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4F329" w14:textId="77777777" w:rsidR="008130CF" w:rsidRDefault="008130CF" w:rsidP="003166C8">
      <w:pPr>
        <w:autoSpaceDE w:val="0"/>
        <w:autoSpaceDN w:val="0"/>
        <w:spacing w:after="500" w:line="220" w:lineRule="exact"/>
        <w:ind w:right="20"/>
      </w:pPr>
    </w:p>
    <w:p w14:paraId="11C15B17" w14:textId="6A3D4C48" w:rsidR="008130CF" w:rsidRDefault="00000000" w:rsidP="003166C8">
      <w:pPr>
        <w:autoSpaceDE w:val="0"/>
        <w:autoSpaceDN w:val="0"/>
        <w:spacing w:before="426" w:after="0" w:line="664" w:lineRule="exact"/>
        <w:ind w:right="20"/>
        <w:jc w:val="center"/>
      </w:pPr>
      <w:r>
        <w:rPr>
          <w:rFonts w:ascii="LiberationSerif" w:eastAsia="LiberationSerif" w:hAnsi="LiberationSerif"/>
          <w:b/>
          <w:color w:val="000000"/>
          <w:sz w:val="60"/>
        </w:rPr>
        <w:t>Devil's</w:t>
      </w:r>
      <w:r w:rsidR="00716FA5">
        <w:rPr>
          <w:rFonts w:ascii="LiberationSerif" w:eastAsia="LiberationSerif" w:hAnsi="LiberationSerif"/>
          <w:b/>
          <w:color w:val="000000"/>
          <w:sz w:val="60"/>
        </w:rPr>
        <w:t xml:space="preserve"> Embrace</w:t>
      </w:r>
    </w:p>
    <w:p w14:paraId="41D04A1C" w14:textId="77777777" w:rsidR="008130CF" w:rsidRDefault="008130CF" w:rsidP="003166C8">
      <w:pPr>
        <w:ind w:right="20"/>
        <w:sectPr w:rsidR="008130CF">
          <w:pgSz w:w="12240" w:h="15840"/>
          <w:pgMar w:top="720" w:right="1420" w:bottom="0" w:left="1440" w:header="720" w:footer="720" w:gutter="0"/>
          <w:cols w:space="720"/>
          <w:docGrid w:linePitch="360"/>
        </w:sectPr>
      </w:pPr>
    </w:p>
    <w:p w14:paraId="6EB7FC52" w14:textId="2C7C252A" w:rsidR="008130CF" w:rsidRDefault="00000000" w:rsidP="003166C8">
      <w:pPr>
        <w:autoSpaceDE w:val="0"/>
        <w:autoSpaceDN w:val="0"/>
        <w:spacing w:before="1904" w:after="0" w:line="374" w:lineRule="exact"/>
        <w:ind w:right="20"/>
        <w:jc w:val="center"/>
      </w:pPr>
      <w:r>
        <w:rPr>
          <w:rFonts w:ascii="LiberationSerif" w:eastAsia="LiberationSerif" w:hAnsi="LiberationSerif"/>
          <w:b/>
          <w:color w:val="000000"/>
          <w:sz w:val="34"/>
        </w:rPr>
        <w:lastRenderedPageBreak/>
        <w:t>Dedication</w:t>
      </w:r>
    </w:p>
    <w:p w14:paraId="2357C210" w14:textId="17B96EB2"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This book is dedicated to the brave men and women of the United States Armed Forces, past and present. Your </w:t>
      </w:r>
      <w:r>
        <w:br/>
      </w:r>
      <w:r>
        <w:rPr>
          <w:rFonts w:ascii="LiberationSerif" w:eastAsia="LiberationSerif" w:hAnsi="LiberationSerif"/>
          <w:color w:val="000000"/>
          <w:sz w:val="30"/>
        </w:rPr>
        <w:t xml:space="preserve">unwavering commitment, sacrifice, and resilience inspire me every day. Your strength, both physical and mental, in the face of unimaginable challenges serves as a testament to the human spirit. This story, a blend of the familiar grit of military service and the fantastical allure of another world, is a small tribute to your courage and unwavering dedication to duty. It’s a reminder that the battles we face, whether on earthly or magical planes, often require the same unwavering courage, strategic thinking, and the unbreakable bonds of camaraderie. To my fellow veterans, thank you for your service. To those currently serving, may this story offer a moment of respite and reaffirm the strength you embody. May it also serve as a small reminder that even in the face of unimaginable odds, love, loyalty, and the unwavering </w:t>
      </w:r>
      <w:r>
        <w:br/>
      </w:r>
      <w:r>
        <w:rPr>
          <w:rFonts w:ascii="LiberationSerif" w:eastAsia="LiberationSerif" w:hAnsi="LiberationSerif"/>
          <w:color w:val="000000"/>
          <w:sz w:val="30"/>
        </w:rPr>
        <w:t>strength of the human spirit can prevail. This is for you, the heroes who fight for freedom, wherever that fight may take you. This is for those who have faced the impossible and emerged victorious, carrying your scars as badges of honor, and finding strength and love in the most unlikely of places. Your stories, whether told or untold, deserve to be heard and celebrated.</w:t>
      </w:r>
    </w:p>
    <w:p w14:paraId="78BCA56B" w14:textId="77777777" w:rsidR="008130CF" w:rsidRDefault="008130CF" w:rsidP="003166C8">
      <w:pPr>
        <w:ind w:right="20"/>
        <w:sectPr w:rsidR="008130CF">
          <w:pgSz w:w="12240" w:h="15840"/>
          <w:pgMar w:top="0" w:right="1420" w:bottom="0" w:left="1440" w:header="720" w:footer="720" w:gutter="0"/>
          <w:cols w:space="720"/>
          <w:docGrid w:linePitch="360"/>
        </w:sectPr>
      </w:pPr>
    </w:p>
    <w:p w14:paraId="7822F041" w14:textId="77777777" w:rsidR="008130CF" w:rsidRDefault="00000000" w:rsidP="003166C8">
      <w:pPr>
        <w:autoSpaceDE w:val="0"/>
        <w:autoSpaceDN w:val="0"/>
        <w:spacing w:before="1904" w:after="0" w:line="374" w:lineRule="exact"/>
        <w:ind w:right="20"/>
        <w:jc w:val="center"/>
      </w:pPr>
      <w:r>
        <w:rPr>
          <w:rFonts w:ascii="LiberationSerif" w:eastAsia="LiberationSerif" w:hAnsi="LiberationSerif"/>
          <w:b/>
          <w:color w:val="000000"/>
          <w:sz w:val="34"/>
        </w:rPr>
        <w:lastRenderedPageBreak/>
        <w:t>Preface</w:t>
      </w:r>
    </w:p>
    <w:p w14:paraId="6F67ED83" w14:textId="4A4D913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genesis of this story lies not in the fertile imagination of a secluded writer, but in the crucible of real-world </w:t>
      </w:r>
      <w:r>
        <w:br/>
      </w:r>
      <w:r>
        <w:rPr>
          <w:rFonts w:ascii="LiberationSerif" w:eastAsia="LiberationSerif" w:hAnsi="LiberationSerif"/>
          <w:color w:val="000000"/>
          <w:sz w:val="30"/>
        </w:rPr>
        <w:t>experience. Years spent serving in the US Army, navigating perilous missions and forging unbreakable bonds with fellow soldiers, have indelibly shaped my perspective on courage, resilience, and the unexpected beauty that can bloom amidst chaos. This book is born from that experience, a fusion of the adrenaline-pumping reality of military operations and the boundless creativity of the fantasy genre. It's a story I want</w:t>
      </w:r>
      <w:r w:rsidR="0031439E">
        <w:rPr>
          <w:rFonts w:ascii="LiberationSerif" w:eastAsia="LiberationSerif" w:hAnsi="LiberationSerif"/>
          <w:color w:val="000000"/>
          <w:sz w:val="30"/>
        </w:rPr>
        <w:t xml:space="preserve"> to live,</w:t>
      </w:r>
      <w:r>
        <w:rPr>
          <w:rFonts w:ascii="LiberationSerif" w:eastAsia="LiberationSerif" w:hAnsi="LiberationSerif"/>
          <w:color w:val="000000"/>
          <w:sz w:val="30"/>
        </w:rPr>
        <w:t xml:space="preserve"> a story about a soldier facing a world completely unlike anything he's ever known, about finding love and loyalty in the most unexpected places, and about the </w:t>
      </w:r>
      <w:r>
        <w:br/>
      </w:r>
      <w:r>
        <w:rPr>
          <w:rFonts w:ascii="LiberationSerif" w:eastAsia="LiberationSerif" w:hAnsi="LiberationSerif"/>
          <w:color w:val="000000"/>
          <w:sz w:val="30"/>
        </w:rPr>
        <w:t xml:space="preserve">indomitable spirit of humanity that shines through even in the darkest of times. I sought to create a world that would resonate with both seasoned fantasy readers and those more familiar with the raw realism of military narratives. Sergeant First Class Marcus Cole is not just a soldier transported to another world; he's a reflection of the strength, skill, and quiet resolve found in countless individuals who have served their countries. And Liliana, the quick-witted devil girl, represents the power of independent female characters </w:t>
      </w:r>
      <w:r>
        <w:br/>
      </w:r>
      <w:r>
        <w:rPr>
          <w:rFonts w:ascii="LiberationSerif" w:eastAsia="LiberationSerif" w:hAnsi="LiberationSerif"/>
          <w:color w:val="000000"/>
          <w:sz w:val="30"/>
        </w:rPr>
        <w:t xml:space="preserve">capable of leading, fighting, and loving with fierce </w:t>
      </w:r>
      <w:r>
        <w:br/>
      </w:r>
      <w:r>
        <w:rPr>
          <w:rFonts w:ascii="LiberationSerif" w:eastAsia="LiberationSerif" w:hAnsi="LiberationSerif"/>
          <w:color w:val="000000"/>
          <w:sz w:val="30"/>
        </w:rPr>
        <w:t xml:space="preserve">determination. Their journey is one of action, suspense, and unexpected romance, crafted to provide readers with an immersive and exciting experience that will keep them on the edge of their seats. I hope this book brings you </w:t>
      </w:r>
      <w:r>
        <w:br/>
      </w:r>
      <w:r>
        <w:rPr>
          <w:rFonts w:ascii="LiberationSerif" w:eastAsia="LiberationSerif" w:hAnsi="LiberationSerif"/>
          <w:color w:val="000000"/>
          <w:sz w:val="30"/>
        </w:rPr>
        <w:t>adventure, thrills, a healthy dose of humor, and a reminder that even amidst magic and fantastical creatures, the human heart remains the most potent force of all. So, buckle up, and get ready for a ride!</w:t>
      </w:r>
    </w:p>
    <w:p w14:paraId="010FBD32" w14:textId="77777777" w:rsidR="008130CF" w:rsidRDefault="008130CF" w:rsidP="003166C8">
      <w:pPr>
        <w:ind w:right="20"/>
        <w:sectPr w:rsidR="008130CF">
          <w:pgSz w:w="12240" w:h="15840"/>
          <w:pgMar w:top="0" w:right="1420" w:bottom="0" w:left="1440" w:header="720" w:footer="720" w:gutter="0"/>
          <w:cols w:space="720"/>
          <w:docGrid w:linePitch="360"/>
        </w:sectPr>
      </w:pPr>
    </w:p>
    <w:p w14:paraId="53D9CB5B" w14:textId="77777777" w:rsidR="008130CF" w:rsidRDefault="00000000" w:rsidP="003166C8">
      <w:pPr>
        <w:autoSpaceDE w:val="0"/>
        <w:autoSpaceDN w:val="0"/>
        <w:spacing w:before="1904" w:after="0" w:line="374" w:lineRule="exact"/>
        <w:ind w:right="20"/>
        <w:jc w:val="center"/>
      </w:pPr>
      <w:r>
        <w:rPr>
          <w:rFonts w:ascii="LiberationSerif" w:eastAsia="LiberationSerif" w:hAnsi="LiberationSerif"/>
          <w:b/>
          <w:color w:val="000000"/>
          <w:sz w:val="34"/>
        </w:rPr>
        <w:lastRenderedPageBreak/>
        <w:t>Introduction</w:t>
      </w:r>
    </w:p>
    <w:p w14:paraId="768BF568" w14:textId="4068D24B" w:rsidR="008130CF" w:rsidRPr="00E44301" w:rsidRDefault="00000000" w:rsidP="003166C8">
      <w:pPr>
        <w:autoSpaceDE w:val="0"/>
        <w:autoSpaceDN w:val="0"/>
        <w:spacing w:before="456" w:after="0" w:line="360" w:lineRule="exact"/>
        <w:ind w:right="20"/>
        <w:rPr>
          <w:sz w:val="28"/>
          <w:szCs w:val="28"/>
        </w:rPr>
        <w:sectPr w:rsidR="008130CF" w:rsidRPr="00E44301">
          <w:pgSz w:w="12240" w:h="15840"/>
          <w:pgMar w:top="0" w:right="1420" w:bottom="0" w:left="1440" w:header="720" w:footer="720" w:gutter="0"/>
          <w:cols w:space="720"/>
          <w:docGrid w:linePitch="360"/>
        </w:sectPr>
      </w:pPr>
      <w:r w:rsidRPr="00E44301">
        <w:rPr>
          <w:rFonts w:ascii="LiberationSerif" w:eastAsia="LiberationSerif" w:hAnsi="LiberationSerif"/>
          <w:color w:val="000000"/>
          <w:sz w:val="28"/>
          <w:szCs w:val="28"/>
        </w:rPr>
        <w:t xml:space="preserve">What happens when the cold, hard reality of military service collides with the vibrant, unpredictable magic of a fantastical realm? That's the question at the heart of this story. Sergeant First Class Marcus Cole, a seasoned combat diver, knows the sting of battle, the weight of responsibility, and the </w:t>
      </w:r>
      <w:r w:rsidRPr="00E44301">
        <w:rPr>
          <w:sz w:val="28"/>
          <w:szCs w:val="28"/>
        </w:rPr>
        <w:br/>
      </w:r>
      <w:r w:rsidRPr="00E44301">
        <w:rPr>
          <w:rFonts w:ascii="LiberationSerif" w:eastAsia="LiberationSerif" w:hAnsi="LiberationSerif"/>
          <w:color w:val="000000"/>
          <w:sz w:val="28"/>
          <w:szCs w:val="28"/>
        </w:rPr>
        <w:t xml:space="preserve">unwavering loyalty shared amongst those who fight side-by-side. But nothing could have prepared him for the moment he's ripped from the depths of an underwater mission and thrust into a world teeming with mythical creatures, powerful wizards, and a sassy, </w:t>
      </w:r>
      <w:r w:rsidR="00E44301" w:rsidRPr="00E44301">
        <w:rPr>
          <w:rFonts w:ascii="LiberationSerif" w:eastAsia="LiberationSerif" w:hAnsi="LiberationSerif"/>
          <w:color w:val="000000"/>
          <w:sz w:val="28"/>
          <w:szCs w:val="28"/>
        </w:rPr>
        <w:t>sarcastic, pink-skinned</w:t>
      </w:r>
      <w:r w:rsidRPr="00E44301">
        <w:rPr>
          <w:rFonts w:ascii="LiberationSerif" w:eastAsia="LiberationSerif" w:hAnsi="LiberationSerif"/>
          <w:color w:val="000000"/>
          <w:sz w:val="28"/>
          <w:szCs w:val="28"/>
        </w:rPr>
        <w:t xml:space="preserve"> devil girl named Liliana. Armed with his trusty M4, a dive knife, his SCUBA gear (initially a source of both amusement and bemusement), and a magically bonded sword,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must navigate this unfamiliar territory, relying on his military instincts and his ever-growing trust in his unlikely ally, Liliana. Their relationship is far from immediate; mistrust and antagonism give way to a grudging respect, which </w:t>
      </w:r>
      <w:r w:rsidRPr="00E44301">
        <w:rPr>
          <w:sz w:val="28"/>
          <w:szCs w:val="28"/>
        </w:rPr>
        <w:br/>
      </w:r>
      <w:r w:rsidRPr="00E44301">
        <w:rPr>
          <w:rFonts w:ascii="LiberationSerif" w:eastAsia="LiberationSerif" w:hAnsi="LiberationSerif"/>
          <w:color w:val="000000"/>
          <w:sz w:val="28"/>
          <w:szCs w:val="28"/>
        </w:rPr>
        <w:t xml:space="preserve">eventually blossoms into a fierce loyalty and, ultimately, love. This is not just a story of high-octane action and </w:t>
      </w:r>
      <w:r w:rsidRPr="00E44301">
        <w:rPr>
          <w:sz w:val="28"/>
          <w:szCs w:val="28"/>
        </w:rPr>
        <w:br/>
      </w:r>
      <w:r w:rsidRPr="00E44301">
        <w:rPr>
          <w:rFonts w:ascii="LiberationSerif" w:eastAsia="LiberationSerif" w:hAnsi="LiberationSerif"/>
          <w:color w:val="000000"/>
          <w:sz w:val="28"/>
          <w:szCs w:val="28"/>
        </w:rPr>
        <w:t xml:space="preserve">fantastical creatures. It is a story about the power of </w:t>
      </w:r>
      <w:r w:rsidRPr="00E44301">
        <w:rPr>
          <w:sz w:val="28"/>
          <w:szCs w:val="28"/>
        </w:rPr>
        <w:br/>
      </w:r>
      <w:r w:rsidRPr="00E44301">
        <w:rPr>
          <w:rFonts w:ascii="LiberationSerif" w:eastAsia="LiberationSerif" w:hAnsi="LiberationSerif"/>
          <w:color w:val="000000"/>
          <w:sz w:val="28"/>
          <w:szCs w:val="28"/>
        </w:rPr>
        <w:t xml:space="preserve">unexpected alliances forged in the crucible of war, about the strength found in vulnerability, and about the transformative power of love in the face of unimaginable adversity. It is a story about cultural clashes and overcoming prejudice. It's about learning to trust, even when your instincts scream otherwise. It's a story about leadership, not simply </w:t>
      </w:r>
      <w:r w:rsidRPr="00E44301">
        <w:rPr>
          <w:sz w:val="28"/>
          <w:szCs w:val="28"/>
        </w:rPr>
        <w:br/>
      </w:r>
      <w:r w:rsidRPr="00E44301">
        <w:rPr>
          <w:rFonts w:ascii="LiberationSerif" w:eastAsia="LiberationSerif" w:hAnsi="LiberationSerif"/>
          <w:color w:val="000000"/>
          <w:sz w:val="28"/>
          <w:szCs w:val="28"/>
        </w:rPr>
        <w:t xml:space="preserve">commanding, but inspiring those under your charge to </w:t>
      </w:r>
      <w:r w:rsidRPr="00E44301">
        <w:rPr>
          <w:sz w:val="28"/>
          <w:szCs w:val="28"/>
        </w:rPr>
        <w:br/>
      </w:r>
      <w:r w:rsidRPr="00E44301">
        <w:rPr>
          <w:rFonts w:ascii="LiberationSerif" w:eastAsia="LiberationSerif" w:hAnsi="LiberationSerif"/>
          <w:color w:val="000000"/>
          <w:sz w:val="28"/>
          <w:szCs w:val="28"/>
        </w:rPr>
        <w:t xml:space="preserve">greatness. It is a narrative woven with threads of suspense, action, and romance, where the lines between reality and fantasy blur, and where the human spirit proves to be the strongest weapon of all. Prepare to enter a world </w:t>
      </w:r>
      <w:r w:rsidR="00E44301" w:rsidRPr="00E44301">
        <w:rPr>
          <w:rFonts w:ascii="LiberationSerif" w:eastAsia="LiberationSerif" w:hAnsi="LiberationSerif"/>
          <w:color w:val="000000"/>
          <w:sz w:val="28"/>
          <w:szCs w:val="28"/>
        </w:rPr>
        <w:t>w</w:t>
      </w:r>
      <w:r w:rsidR="00E44301">
        <w:rPr>
          <w:rFonts w:ascii="LiberationSerif" w:eastAsia="LiberationSerif" w:hAnsi="LiberationSerif"/>
          <w:color w:val="000000"/>
          <w:sz w:val="28"/>
          <w:szCs w:val="28"/>
        </w:rPr>
        <w:t>h</w:t>
      </w:r>
      <w:r w:rsidR="00E44301" w:rsidRPr="00E44301">
        <w:rPr>
          <w:rFonts w:ascii="LiberationSerif" w:eastAsia="LiberationSerif" w:hAnsi="LiberationSerif"/>
          <w:color w:val="000000"/>
          <w:sz w:val="28"/>
          <w:szCs w:val="28"/>
        </w:rPr>
        <w:t>er</w:t>
      </w:r>
      <w:r w:rsidR="00E44301">
        <w:rPr>
          <w:rFonts w:ascii="LiberationSerif" w:eastAsia="LiberationSerif" w:hAnsi="LiberationSerif"/>
          <w:color w:val="000000"/>
          <w:sz w:val="28"/>
          <w:szCs w:val="28"/>
        </w:rPr>
        <w:t>e</w:t>
      </w:r>
    </w:p>
    <w:p w14:paraId="629174A8" w14:textId="580AE250" w:rsidR="008130CF" w:rsidRPr="00E44301" w:rsidRDefault="00000000" w:rsidP="003166C8">
      <w:pPr>
        <w:autoSpaceDE w:val="0"/>
        <w:autoSpaceDN w:val="0"/>
        <w:spacing w:before="1430" w:after="0" w:line="360" w:lineRule="exact"/>
        <w:ind w:right="20"/>
        <w:rPr>
          <w:sz w:val="28"/>
          <w:szCs w:val="28"/>
        </w:rPr>
        <w:sectPr w:rsidR="008130CF" w:rsidRPr="00E44301">
          <w:pgSz w:w="12240" w:h="15840"/>
          <w:pgMar w:top="0" w:right="1420" w:bottom="0" w:left="1440" w:header="720" w:footer="720" w:gutter="0"/>
          <w:cols w:space="720"/>
          <w:docGrid w:linePitch="360"/>
        </w:sectPr>
      </w:pPr>
      <w:r w:rsidRPr="00E44301">
        <w:rPr>
          <w:rFonts w:ascii="LiberationSerif" w:eastAsia="LiberationSerif" w:hAnsi="LiberationSerif"/>
          <w:color w:val="000000"/>
          <w:sz w:val="28"/>
          <w:szCs w:val="28"/>
        </w:rPr>
        <w:lastRenderedPageBreak/>
        <w:t>magic and warfare intertwine, and where the most unlikely of heroes discover their true potential.</w:t>
      </w:r>
    </w:p>
    <w:p w14:paraId="01354CE4" w14:textId="77777777" w:rsidR="008130CF" w:rsidRPr="00E44301" w:rsidRDefault="00000000" w:rsidP="003166C8">
      <w:pPr>
        <w:autoSpaceDE w:val="0"/>
        <w:autoSpaceDN w:val="0"/>
        <w:spacing w:before="1904" w:after="0" w:line="374" w:lineRule="exact"/>
        <w:ind w:right="20"/>
        <w:jc w:val="center"/>
        <w:rPr>
          <w:sz w:val="28"/>
          <w:szCs w:val="28"/>
        </w:rPr>
      </w:pPr>
      <w:r w:rsidRPr="00E44301">
        <w:rPr>
          <w:rFonts w:ascii="LiberationSerif" w:eastAsia="LiberationSerif" w:hAnsi="LiberationSerif"/>
          <w:b/>
          <w:color w:val="000000"/>
          <w:sz w:val="28"/>
          <w:szCs w:val="28"/>
        </w:rPr>
        <w:lastRenderedPageBreak/>
        <w:t>The Mission Begins</w:t>
      </w:r>
    </w:p>
    <w:p w14:paraId="74D383F7" w14:textId="2C8AF6D6" w:rsidR="008130CF" w:rsidRPr="00E44301" w:rsidRDefault="00000000" w:rsidP="003166C8">
      <w:pPr>
        <w:autoSpaceDE w:val="0"/>
        <w:autoSpaceDN w:val="0"/>
        <w:spacing w:before="456" w:after="0" w:line="360" w:lineRule="exact"/>
        <w:ind w:right="20"/>
        <w:rPr>
          <w:sz w:val="28"/>
          <w:szCs w:val="28"/>
        </w:rPr>
      </w:pPr>
      <w:r w:rsidRPr="00E44301">
        <w:rPr>
          <w:rFonts w:ascii="LiberationSerif" w:eastAsia="LiberationSerif" w:hAnsi="LiberationSerif"/>
          <w:color w:val="000000"/>
          <w:sz w:val="28"/>
          <w:szCs w:val="28"/>
        </w:rPr>
        <w:t xml:space="preserve">The frigid Atlantic gnawed at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exposed skin, even through the thick neoprene of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drysuit. His breath, a plume of white in the inky black depths mirrored the icy tendrils of fear that snaked through him. Operation </w:t>
      </w:r>
      <w:r w:rsidRPr="00E44301">
        <w:rPr>
          <w:sz w:val="28"/>
          <w:szCs w:val="28"/>
        </w:rPr>
        <w:br/>
      </w:r>
      <w:r w:rsidRPr="00E44301">
        <w:rPr>
          <w:rFonts w:ascii="LiberationSerif" w:eastAsia="LiberationSerif" w:hAnsi="LiberationSerif"/>
          <w:color w:val="000000"/>
          <w:sz w:val="28"/>
          <w:szCs w:val="28"/>
        </w:rPr>
        <w:t xml:space="preserve">Neptune’s Spear. The name itself echoed the perilous nature of the mission – a clandestine infiltration of a suspected enemy base hidden deep beneath the waves. He checked his gear one last time: his M4 carbine, 120 rounds snug in its waterproof casing; his dive knife, a cold, reassuring weight against his thigh; and the array of specialized equipment that had become an extension of his own body. His heart hammered a frantic rhythm against his ribs, a counterpoint to the rhythmic hiss of his regulator. Years of training </w:t>
      </w:r>
      <w:r w:rsidR="00D828BF" w:rsidRPr="00E44301">
        <w:rPr>
          <w:rFonts w:ascii="LiberationSerif" w:eastAsia="LiberationSerif" w:hAnsi="LiberationSerif"/>
          <w:color w:val="000000"/>
          <w:sz w:val="28"/>
          <w:szCs w:val="28"/>
        </w:rPr>
        <w:t xml:space="preserve">and </w:t>
      </w:r>
      <w:r w:rsidRPr="00E44301">
        <w:rPr>
          <w:rFonts w:ascii="LiberationSerif" w:eastAsia="LiberationSerif" w:hAnsi="LiberationSerif"/>
          <w:color w:val="000000"/>
          <w:sz w:val="28"/>
          <w:szCs w:val="28"/>
        </w:rPr>
        <w:t>countless hours spent mastering the art of underwater warfare, all culminated in this single, heart-stopping moment. The pressure increased as he descended deeper, a silent symphony of crushing weight pressing down.</w:t>
      </w:r>
    </w:p>
    <w:p w14:paraId="717AA353" w14:textId="2B26F59E"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Th</w:t>
      </w:r>
      <w:r w:rsidR="00D828BF" w:rsidRPr="00E44301">
        <w:rPr>
          <w:rFonts w:ascii="LiberationSerif" w:eastAsia="LiberationSerif" w:hAnsi="LiberationSerif"/>
          <w:color w:val="000000"/>
          <w:sz w:val="28"/>
          <w:szCs w:val="28"/>
        </w:rPr>
        <w:t>e</w:t>
      </w:r>
      <w:r w:rsidRPr="00E44301">
        <w:rPr>
          <w:rFonts w:ascii="LiberationSerif" w:eastAsia="LiberationSerif" w:hAnsi="LiberationSerif"/>
          <w:color w:val="000000"/>
          <w:sz w:val="28"/>
          <w:szCs w:val="28"/>
        </w:rPr>
        <w:t xml:space="preserve"> base was known to be heavily fortified, defended not just by physical barriers but by cutting-edge sonar technology. This wasn't merely a dive; it was a silent war waged in the unforgiving abyss. His team, three </w:t>
      </w:r>
      <w:r w:rsidRPr="00E44301">
        <w:rPr>
          <w:sz w:val="28"/>
          <w:szCs w:val="28"/>
        </w:rPr>
        <w:br/>
      </w:r>
      <w:r w:rsidRPr="00E44301">
        <w:rPr>
          <w:rFonts w:ascii="LiberationSerif" w:eastAsia="LiberationSerif" w:hAnsi="LiberationSerif"/>
          <w:color w:val="000000"/>
          <w:sz w:val="28"/>
          <w:szCs w:val="28"/>
        </w:rPr>
        <w:t>seasoned combat divers as capable as himself, were spread out around him, their movements fluid and practiced.</w:t>
      </w:r>
    </w:p>
    <w:p w14:paraId="08D891A1" w14:textId="4EB0EDFD"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Communication was limited to hand signals in this silent world, a choreography of unspoken understanding. The mission was simple – infiltrate, gather intelligence, and exfiltrate. But the ocean, ever capricious, was rarely cooperative.</w:t>
      </w:r>
      <w:r w:rsidR="00D828BF" w:rsidRPr="00E44301">
        <w:rPr>
          <w:rFonts w:ascii="LiberationSerif" w:eastAsia="LiberationSerif" w:hAnsi="LiberationSerif"/>
          <w:color w:val="000000"/>
          <w:sz w:val="28"/>
          <w:szCs w:val="28"/>
        </w:rPr>
        <w:t xml:space="preserve"> As he looked to his left to check on his fellow soldiers everything changed.</w:t>
      </w:r>
    </w:p>
    <w:p w14:paraId="7757854F" w14:textId="7777777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He felt a tremor, a subtle shift in the underwater currents. His ears popped slightly as a sudden change in pressure pulsed through the water. He glanced at his depth gauge, his brow</w:t>
      </w:r>
    </w:p>
    <w:p w14:paraId="73A20DE6"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2AFC2778" w14:textId="24593866"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 xml:space="preserve">furrowing as the </w:t>
      </w:r>
      <w:r w:rsidR="00D828BF" w:rsidRPr="00E44301">
        <w:rPr>
          <w:rFonts w:ascii="LiberationSerif" w:eastAsia="LiberationSerif" w:hAnsi="LiberationSerif"/>
          <w:color w:val="000000"/>
          <w:sz w:val="28"/>
          <w:szCs w:val="28"/>
        </w:rPr>
        <w:t xml:space="preserve">temperature </w:t>
      </w:r>
      <w:r w:rsidRPr="00E44301">
        <w:rPr>
          <w:rFonts w:ascii="LiberationSerif" w:eastAsia="LiberationSerif" w:hAnsi="LiberationSerif"/>
          <w:color w:val="000000"/>
          <w:sz w:val="28"/>
          <w:szCs w:val="28"/>
        </w:rPr>
        <w:t xml:space="preserve">plummeted more sharply than the controlled descent should allow. Something was wrong. Very wrong. His team, his three companions, were gone. One moment they were there, the next, </w:t>
      </w:r>
      <w:r w:rsidR="00D828BF" w:rsidRPr="00E44301">
        <w:rPr>
          <w:rFonts w:ascii="LiberationSerif" w:eastAsia="LiberationSerif" w:hAnsi="LiberationSerif"/>
          <w:color w:val="000000"/>
          <w:sz w:val="28"/>
          <w:szCs w:val="28"/>
        </w:rPr>
        <w:t xml:space="preserve">they </w:t>
      </w:r>
      <w:r w:rsidRPr="00E44301">
        <w:rPr>
          <w:rFonts w:ascii="LiberationSerif" w:eastAsia="LiberationSerif" w:hAnsi="LiberationSerif"/>
          <w:color w:val="000000"/>
          <w:sz w:val="28"/>
          <w:szCs w:val="28"/>
        </w:rPr>
        <w:t>vanished. The ocean around him seemed to twist and writhe, the familiar environment dissolving into a swirling vortex of colors he couldn’t name. His vision blurred, his senses assaulted by a cacophony of sensations – the oppressive weight of the water, now oddly lighter; the cold, now replaced by a strange, unfamiliar warmth</w:t>
      </w:r>
      <w:r w:rsidR="00D828BF" w:rsidRPr="00E44301">
        <w:rPr>
          <w:rFonts w:ascii="LiberationSerif" w:eastAsia="LiberationSerif" w:hAnsi="LiberationSerif"/>
          <w:color w:val="000000"/>
          <w:sz w:val="28"/>
          <w:szCs w:val="28"/>
        </w:rPr>
        <w:t>,</w:t>
      </w:r>
      <w:r w:rsidRPr="00E44301">
        <w:rPr>
          <w:rFonts w:ascii="LiberationSerif" w:eastAsia="LiberationSerif" w:hAnsi="LiberationSerif"/>
          <w:color w:val="000000"/>
          <w:sz w:val="28"/>
          <w:szCs w:val="28"/>
        </w:rPr>
        <w:t xml:space="preserve"> a nauseating spin that threatened to tear him apart. He fought to regain control, to maintain his orientation. But the ocean was no longer the ocean he knew.</w:t>
      </w:r>
    </w:p>
    <w:p w14:paraId="2682E443" w14:textId="19C50223" w:rsidR="008130CF" w:rsidRPr="00E44301"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The vortex intensifie</w:t>
      </w:r>
      <w:r w:rsidR="00D828BF" w:rsidRPr="00E44301">
        <w:rPr>
          <w:rFonts w:ascii="LiberationSerif" w:eastAsia="LiberationSerif" w:hAnsi="LiberationSerif"/>
          <w:color w:val="000000"/>
          <w:sz w:val="28"/>
          <w:szCs w:val="28"/>
        </w:rPr>
        <w:t>d,</w:t>
      </w:r>
      <w:r w:rsidRPr="00E44301">
        <w:rPr>
          <w:rFonts w:ascii="LiberationSerif" w:eastAsia="LiberationSerif" w:hAnsi="LiberationSerif"/>
          <w:color w:val="000000"/>
          <w:sz w:val="28"/>
          <w:szCs w:val="28"/>
        </w:rPr>
        <w:t xml:space="preserve"> a kaleidoscope of swirling light and shifting colors that seemed to bend the very laws of physics. Then, just as suddenly as it had begun, the chaos ceased. The swirling stopped. The pressure shifted again, but this time, not the familiar pressure of the deep. He felt a strange lightness as if he were floating on air rather than struggling against the crushing weight of the water. He opened his eyes, half expecting to see the familiar murky darkness of the ocean floor. Instead, he saw… sunlight. Brilliant, impossibly bright sunlight filter</w:t>
      </w:r>
      <w:r w:rsidR="00D828BF" w:rsidRPr="00E44301">
        <w:rPr>
          <w:rFonts w:ascii="LiberationSerif" w:eastAsia="LiberationSerif" w:hAnsi="LiberationSerif"/>
          <w:color w:val="000000"/>
          <w:sz w:val="28"/>
          <w:szCs w:val="28"/>
        </w:rPr>
        <w:t>ed</w:t>
      </w:r>
      <w:r w:rsidRPr="00E44301">
        <w:rPr>
          <w:rFonts w:ascii="LiberationSerif" w:eastAsia="LiberationSerif" w:hAnsi="LiberationSerif"/>
          <w:color w:val="000000"/>
          <w:sz w:val="28"/>
          <w:szCs w:val="28"/>
        </w:rPr>
        <w:t xml:space="preserve"> through the dense canopy of what looked like giant, bioluminescent mushrooms. He was no longer underwater. He was in a forest, a lush, alien forest teeming with strange, vibrant life. His lungs burned, a </w:t>
      </w:r>
      <w:r w:rsidRPr="00E44301">
        <w:rPr>
          <w:sz w:val="28"/>
          <w:szCs w:val="28"/>
        </w:rPr>
        <w:br/>
      </w:r>
      <w:r w:rsidRPr="00E44301">
        <w:rPr>
          <w:rFonts w:ascii="LiberationSerif" w:eastAsia="LiberationSerif" w:hAnsi="LiberationSerif"/>
          <w:color w:val="000000"/>
          <w:sz w:val="28"/>
          <w:szCs w:val="28"/>
        </w:rPr>
        <w:t>desperate need for air stabbing through him, but surprisingly, he wasn't drowning. He could breathe. He gasped, a ragged sound in the strange, humid air. He coughed, spitting out water, yet his lungs felt clear.</w:t>
      </w:r>
    </w:p>
    <w:p w14:paraId="14656865" w14:textId="0E40F5F8" w:rsidR="00BF3E87" w:rsidRPr="00E44301" w:rsidRDefault="00BF3E87"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Disorientation washed over him, a wave of pure, </w:t>
      </w:r>
      <w:r w:rsidRPr="00E44301">
        <w:rPr>
          <w:sz w:val="28"/>
          <w:szCs w:val="28"/>
        </w:rPr>
        <w:br/>
      </w:r>
      <w:r w:rsidRPr="00E44301">
        <w:rPr>
          <w:rFonts w:ascii="LiberationSerif" w:eastAsia="LiberationSerif" w:hAnsi="LiberationSerif"/>
          <w:color w:val="000000"/>
          <w:sz w:val="28"/>
          <w:szCs w:val="28"/>
        </w:rPr>
        <w:t>unadulterated confusion. Panic, sharp and cold, clawed at him. He struggled to orient himself, his body screaming in protest against the sudden shift in pressure and environment. His lungs burned, not from lack of oxygen, but from the strange, heavy air. The neoprene of his drysuit felt strangely constricting, yet the water that should have surrounded him was absent. He was lying on damp earth, the scent of decaying vegetation thick in his nostrils. His ears still rang from the intensity of the transition, a high-pitched whine that seemed to vibrate through his bones.</w:t>
      </w:r>
    </w:p>
    <w:p w14:paraId="75608F46" w14:textId="77777777" w:rsidR="00BF3E87" w:rsidRPr="00E44301" w:rsidRDefault="00BF3E87" w:rsidP="003166C8">
      <w:pPr>
        <w:autoSpaceDE w:val="0"/>
        <w:autoSpaceDN w:val="0"/>
        <w:spacing w:before="360" w:after="0" w:line="360" w:lineRule="exact"/>
        <w:ind w:right="20"/>
        <w:rPr>
          <w:sz w:val="28"/>
          <w:szCs w:val="28"/>
        </w:rPr>
      </w:pPr>
    </w:p>
    <w:p w14:paraId="067BA4A0" w14:textId="6D28F259"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He checked his equipment – his M4 was still strapped to his back,</w:t>
      </w:r>
      <w:r w:rsidR="00D828BF" w:rsidRPr="00E44301">
        <w:rPr>
          <w:rFonts w:ascii="LiberationSerif" w:eastAsia="LiberationSerif" w:hAnsi="LiberationSerif"/>
          <w:color w:val="000000"/>
          <w:sz w:val="28"/>
          <w:szCs w:val="28"/>
        </w:rPr>
        <w:t xml:space="preserve"> perfectly sealed in its bag,</w:t>
      </w:r>
      <w:r w:rsidRPr="00E44301">
        <w:rPr>
          <w:rFonts w:ascii="LiberationSerif" w:eastAsia="LiberationSerif" w:hAnsi="LiberationSerif"/>
          <w:color w:val="000000"/>
          <w:sz w:val="28"/>
          <w:szCs w:val="28"/>
        </w:rPr>
        <w:t xml:space="preserve"> his dive knife remained secure</w:t>
      </w:r>
      <w:r w:rsidR="00D828BF" w:rsidRPr="00E44301">
        <w:rPr>
          <w:rFonts w:ascii="LiberationSerif" w:eastAsia="LiberationSerif" w:hAnsi="LiberationSerif"/>
          <w:color w:val="000000"/>
          <w:sz w:val="28"/>
          <w:szCs w:val="28"/>
        </w:rPr>
        <w:t xml:space="preserve"> to his thigh</w:t>
      </w:r>
      <w:r w:rsidRPr="00E44301">
        <w:rPr>
          <w:rFonts w:ascii="LiberationSerif" w:eastAsia="LiberationSerif" w:hAnsi="LiberationSerif"/>
          <w:color w:val="000000"/>
          <w:sz w:val="28"/>
          <w:szCs w:val="28"/>
        </w:rPr>
        <w:t>; but his SCUBA gear was…gone. The familiar weight of the tanks and regulator were</w:t>
      </w:r>
    </w:p>
    <w:p w14:paraId="50675023"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267A2988" w14:textId="2B5F2325"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lastRenderedPageBreak/>
        <w:t xml:space="preserve">absent, replaced by a strange lightness. </w:t>
      </w:r>
      <w:r w:rsidR="00BF3E87" w:rsidRPr="00E44301">
        <w:rPr>
          <w:rFonts w:ascii="LiberationSerif" w:eastAsia="LiberationSerif" w:hAnsi="LiberationSerif"/>
          <w:color w:val="000000"/>
          <w:sz w:val="28"/>
          <w:szCs w:val="28"/>
        </w:rPr>
        <w:t xml:space="preserve">He slowly rose to his feet, his legs unsteady. The ground beneath him was soft and yielding, the kind of swampy soil that would suck a man down to his waist. The vegetation was dense and lush, a tangle of vines, oversized ferns, and strange, luminous flowers that glowed with an eerie inner light. He looked up, his gaze snagging on a sky that seemed both impossibly vast and impossibly close. The sun, a fiery orb, hung low in the heavens, casting long, dancing shadows. He was in a jungle, but not a jungle he’d ever seen. The scale was wrong; the colors were too vibrant </w:t>
      </w:r>
      <w:r w:rsidR="000D250E">
        <w:rPr>
          <w:rFonts w:ascii="LiberationSerif" w:eastAsia="LiberationSerif" w:hAnsi="LiberationSerif"/>
          <w:color w:val="000000"/>
          <w:sz w:val="28"/>
          <w:szCs w:val="28"/>
        </w:rPr>
        <w:t xml:space="preserve">and </w:t>
      </w:r>
      <w:r w:rsidR="00BF3E87" w:rsidRPr="00E44301">
        <w:rPr>
          <w:rFonts w:ascii="LiberationSerif" w:eastAsia="LiberationSerif" w:hAnsi="LiberationSerif"/>
          <w:color w:val="000000"/>
          <w:sz w:val="28"/>
          <w:szCs w:val="28"/>
        </w:rPr>
        <w:t>too intense. It felt…unreal.</w:t>
      </w:r>
    </w:p>
    <w:p w14:paraId="796E40C9" w14:textId="77777777" w:rsidR="00E82353"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Panic threatened to overwhelm </w:t>
      </w:r>
      <w:r w:rsidR="00E82353">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a cold fist clutching at </w:t>
      </w:r>
      <w:r w:rsidR="00E8235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throat. </w:t>
      </w:r>
      <w:r w:rsidR="00E8235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fought it down, drawing on years of training, reminding </w:t>
      </w:r>
      <w:r w:rsidR="00E82353">
        <w:rPr>
          <w:rFonts w:ascii="LiberationSerif" w:eastAsia="LiberationSerif" w:hAnsi="LiberationSerif"/>
          <w:color w:val="000000"/>
          <w:sz w:val="28"/>
          <w:szCs w:val="28"/>
        </w:rPr>
        <w:t>myself</w:t>
      </w:r>
      <w:r w:rsidRPr="00E44301">
        <w:rPr>
          <w:rFonts w:ascii="LiberationSerif" w:eastAsia="LiberationSerif" w:hAnsi="LiberationSerif"/>
          <w:color w:val="000000"/>
          <w:sz w:val="28"/>
          <w:szCs w:val="28"/>
        </w:rPr>
        <w:t xml:space="preserve"> of </w:t>
      </w:r>
      <w:r w:rsidR="00E8235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survival instincts. </w:t>
      </w:r>
      <w:r w:rsidR="00E8235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needed to assess the situation, find shelter, determine if </w:t>
      </w:r>
      <w:r w:rsidR="00E8235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was alone.</w:t>
      </w:r>
      <w:r w:rsidR="00D828BF" w:rsidRPr="00E44301">
        <w:rPr>
          <w:rFonts w:ascii="LiberationSerif" w:eastAsia="LiberationSerif" w:hAnsi="LiberationSerif"/>
          <w:color w:val="000000"/>
          <w:sz w:val="28"/>
          <w:szCs w:val="28"/>
        </w:rPr>
        <w:t xml:space="preserve"> </w:t>
      </w:r>
    </w:p>
    <w:p w14:paraId="3797FF94" w14:textId="796A2DDC" w:rsidR="008130CF" w:rsidRPr="00E44301" w:rsidRDefault="00D828BF"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SLLS, Stop Look Listen Smell.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took a knee and began to take in his surroundings. It was all strange and fantastical, but regardless of how he felt. He needed cover and concealment. </w:t>
      </w:r>
      <w:r w:rsidR="00000000" w:rsidRPr="00E44301">
        <w:rPr>
          <w:rFonts w:ascii="LiberationSerif" w:eastAsia="LiberationSerif" w:hAnsi="LiberationSerif"/>
          <w:color w:val="000000"/>
          <w:sz w:val="28"/>
          <w:szCs w:val="28"/>
        </w:rPr>
        <w:t xml:space="preserve"> He started moving, pushing through the dense undergrowth, his boots sinking slightly into soft, mossy earth. The air was thick with the smell of damp earth and something else… something sweet and cloying, strangely alluring. He</w:t>
      </w:r>
      <w:r w:rsidRPr="00E44301">
        <w:rPr>
          <w:rFonts w:ascii="LiberationSerif" w:eastAsia="LiberationSerif" w:hAnsi="LiberationSerif"/>
          <w:color w:val="000000"/>
          <w:sz w:val="28"/>
          <w:szCs w:val="28"/>
        </w:rPr>
        <w:t xml:space="preserve"> </w:t>
      </w:r>
      <w:r w:rsidR="00BF3E87" w:rsidRPr="00E44301">
        <w:rPr>
          <w:rFonts w:ascii="LiberationSerif" w:eastAsia="LiberationSerif" w:hAnsi="LiberationSerif"/>
          <w:color w:val="000000"/>
          <w:sz w:val="28"/>
          <w:szCs w:val="28"/>
        </w:rPr>
        <w:t>gripped the hilt of the knife on his thigh</w:t>
      </w:r>
      <w:r w:rsidR="00000000" w:rsidRPr="00E44301">
        <w:rPr>
          <w:rFonts w:ascii="LiberationSerif" w:eastAsia="LiberationSerif" w:hAnsi="LiberationSerif"/>
          <w:color w:val="000000"/>
          <w:sz w:val="28"/>
          <w:szCs w:val="28"/>
        </w:rPr>
        <w:t xml:space="preserve">, the familiar </w:t>
      </w:r>
      <w:r w:rsidR="00BF3E87" w:rsidRPr="00E44301">
        <w:rPr>
          <w:rFonts w:ascii="LiberationSerif" w:eastAsia="LiberationSerif" w:hAnsi="LiberationSerif"/>
          <w:color w:val="000000"/>
          <w:sz w:val="28"/>
          <w:szCs w:val="28"/>
        </w:rPr>
        <w:t>cold</w:t>
      </w:r>
      <w:r w:rsidR="00000000" w:rsidRPr="00E44301">
        <w:rPr>
          <w:rFonts w:ascii="LiberationSerif" w:eastAsia="LiberationSerif" w:hAnsi="LiberationSerif"/>
          <w:color w:val="000000"/>
          <w:sz w:val="28"/>
          <w:szCs w:val="28"/>
        </w:rPr>
        <w:t xml:space="preserve"> of the weapon a small comfort in this chaotic new reality. As he moved, he heard a rustle in the undergrowth, a sound that made the hairs on the back of his neck stand on end.</w:t>
      </w:r>
    </w:p>
    <w:p w14:paraId="5ABDA911" w14:textId="77777777" w:rsidR="00BF3E87" w:rsidRPr="00E44301" w:rsidRDefault="00BF3E87" w:rsidP="003166C8">
      <w:pPr>
        <w:ind w:right="20"/>
        <w:rPr>
          <w:rFonts w:ascii="LiberationSerif" w:eastAsia="LiberationSerif" w:hAnsi="LiberationSerif"/>
          <w:color w:val="000000"/>
          <w:sz w:val="28"/>
          <w:szCs w:val="28"/>
        </w:rPr>
      </w:pPr>
    </w:p>
    <w:p w14:paraId="46290902" w14:textId="46CF1B98" w:rsidR="008130CF" w:rsidRPr="00E44301" w:rsidRDefault="00BF3E87" w:rsidP="003166C8">
      <w:pPr>
        <w:ind w:right="20"/>
        <w:rPr>
          <w:sz w:val="28"/>
          <w:szCs w:val="28"/>
        </w:rPr>
        <w:sectPr w:rsidR="008130CF" w:rsidRPr="00E44301">
          <w:pgSz w:w="12240" w:h="15840"/>
          <w:pgMar w:top="0" w:right="1420" w:bottom="0" w:left="1440" w:header="720" w:footer="720" w:gutter="0"/>
          <w:cols w:space="720"/>
          <w:docGrid w:linePitch="360"/>
        </w:sectPr>
      </w:pPr>
      <w:r w:rsidRPr="00E44301">
        <w:rPr>
          <w:rFonts w:ascii="LiberationSerif" w:eastAsia="LiberationSerif" w:hAnsi="LiberationSerif"/>
          <w:color w:val="000000"/>
          <w:sz w:val="28"/>
          <w:szCs w:val="28"/>
        </w:rPr>
        <w:t xml:space="preserve">A figure emerged, small, lithe, her skin a vibrant, shocking pink that stood in stark contrast to the greens and browns of the forest. Horns that curled over her head onto themselves, Elegant yet... menacing. She wore full battle armor that looked to be made of the luminescent surroundings. Her body was wiry but strong as if she would pounce on her prey like a stalking lion. She moved with a feline grace, her eyes, sharp and intelligent, narrowed with suspicion as she assessed him. She held a short, wickedly curved blade, its hilt adorned with intricately carved bone. He tried to raise his M4 instinctively, and realized it was still in its waterproof case on his back.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drew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Dive knife knowing it </w:t>
      </w:r>
      <w:r w:rsidR="005F38A2" w:rsidRPr="00E44301">
        <w:rPr>
          <w:rFonts w:ascii="LiberationSerif" w:eastAsia="LiberationSerif" w:hAnsi="LiberationSerif"/>
          <w:color w:val="000000"/>
          <w:sz w:val="28"/>
          <w:szCs w:val="28"/>
        </w:rPr>
        <w:t>wouldn</w:t>
      </w:r>
      <w:r w:rsidR="005F38A2" w:rsidRPr="00E44301">
        <w:rPr>
          <w:rFonts w:ascii="LiberationSerif" w:eastAsia="LiberationSerif" w:hAnsi="LiberationSerif" w:hint="cs"/>
          <w:color w:val="000000"/>
          <w:sz w:val="28"/>
          <w:szCs w:val="28"/>
        </w:rPr>
        <w:t>’</w:t>
      </w:r>
      <w:r w:rsidR="005F38A2" w:rsidRPr="00E44301">
        <w:rPr>
          <w:rFonts w:ascii="LiberationSerif" w:eastAsia="LiberationSerif" w:hAnsi="LiberationSerif"/>
          <w:color w:val="000000"/>
          <w:sz w:val="28"/>
          <w:szCs w:val="28"/>
        </w:rPr>
        <w:t>t</w:t>
      </w:r>
      <w:r w:rsidRPr="00E44301">
        <w:rPr>
          <w:rFonts w:ascii="LiberationSerif" w:eastAsia="LiberationSerif" w:hAnsi="LiberationSerif"/>
          <w:color w:val="000000"/>
          <w:sz w:val="28"/>
          <w:szCs w:val="28"/>
        </w:rPr>
        <w:t xml:space="preserve"> be much against this gorgeously terrifying creature that stood before him. She didn't flinch. Instead, a smirk played on her lips, a challenging, almost defiant expression. Her voice, when she spoke, was surprisingly melodic, yet laced with an undercurrent of something dark and dangerous. "Well, well, A lost little lamb, strayed far from his flock?" Her words were laced with sarcasm, an indicator of her hostile stance.</w:t>
      </w:r>
    </w:p>
    <w:p w14:paraId="7DF12E3F" w14:textId="7242440B"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lastRenderedPageBreak/>
        <w:t xml:space="preserve">"Who are you?"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demanded,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voice rough from disuse,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words strained.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kept his weapon trained on her, his eyes scanning his surroundings, seeking any sign of ambush. </w:t>
      </w:r>
      <w:r w:rsidR="00BF3E87" w:rsidRPr="00E44301">
        <w:rPr>
          <w:rFonts w:ascii="LiberationSerif" w:eastAsia="LiberationSerif" w:hAnsi="LiberationSerif"/>
          <w:color w:val="000000"/>
          <w:sz w:val="28"/>
          <w:szCs w:val="28"/>
        </w:rPr>
        <w:t xml:space="preserve">“Actually, </w:t>
      </w:r>
      <w:r w:rsidR="00F8397A" w:rsidRPr="00E44301">
        <w:rPr>
          <w:rFonts w:ascii="LiberationSerif" w:eastAsia="LiberationSerif" w:hAnsi="LiberationSerif"/>
          <w:color w:val="000000"/>
          <w:sz w:val="28"/>
          <w:szCs w:val="28"/>
        </w:rPr>
        <w:t>what</w:t>
      </w:r>
      <w:r w:rsidR="00BF3E87" w:rsidRPr="00E44301">
        <w:rPr>
          <w:rFonts w:ascii="LiberationSerif" w:eastAsia="LiberationSerif" w:hAnsi="LiberationSerif"/>
          <w:color w:val="000000"/>
          <w:sz w:val="28"/>
          <w:szCs w:val="28"/>
        </w:rPr>
        <w:t xml:space="preserve"> are you?” </w:t>
      </w:r>
      <w:r w:rsidRPr="00E44301">
        <w:rPr>
          <w:rFonts w:ascii="LiberationSerif" w:eastAsia="LiberationSerif" w:hAnsi="LiberationSerif"/>
          <w:color w:val="000000"/>
          <w:sz w:val="28"/>
          <w:szCs w:val="28"/>
        </w:rPr>
        <w:t xml:space="preserve">He knew, instinctively, that he was in danger. This wasn't some ordinary forest. This wasn't Earth. He had been transported somewhere else. Somewhere… magical. This pink-skinned creature, with her sharp eyes, was clearly a resident of this extraordinary new world, and she was not welcoming. This was a far cry from the meticulously planned, precise operation he had just been a part </w:t>
      </w:r>
      <w:r w:rsidR="00F8397A" w:rsidRPr="00E44301">
        <w:rPr>
          <w:rFonts w:ascii="LiberationSerif" w:eastAsia="LiberationSerif" w:hAnsi="LiberationSerif"/>
          <w:color w:val="000000"/>
          <w:sz w:val="28"/>
          <w:szCs w:val="28"/>
        </w:rPr>
        <w:t>of</w:t>
      </w:r>
      <w:r w:rsidRPr="00E44301">
        <w:rPr>
          <w:rFonts w:ascii="LiberationSerif" w:eastAsia="LiberationSerif" w:hAnsi="LiberationSerif"/>
          <w:color w:val="000000"/>
          <w:sz w:val="28"/>
          <w:szCs w:val="28"/>
        </w:rPr>
        <w:t xml:space="preserve"> an underwater ballet of death and precision that had ended with a startlingly impossible shift into something entirely beyond his experience. The transition had been jarring, leaving him confused and disoriented. But one thing was clear: he was going to need all his training and instincts to survive. And perhaps, a little bit of luck.</w:t>
      </w:r>
      <w:r w:rsidR="00BF3E87" w:rsidRPr="00E44301">
        <w:rPr>
          <w:rFonts w:ascii="LiberationSerif" w:eastAsia="LiberationSerif" w:hAnsi="LiberationSerif"/>
          <w:color w:val="000000"/>
          <w:sz w:val="28"/>
          <w:szCs w:val="28"/>
        </w:rPr>
        <w:t xml:space="preserve"> Maybe a lot of luck.</w:t>
      </w:r>
      <w:r w:rsidRPr="00E44301">
        <w:rPr>
          <w:rFonts w:ascii="LiberationSerif" w:eastAsia="LiberationSerif" w:hAnsi="LiberationSerif"/>
          <w:color w:val="000000"/>
          <w:sz w:val="28"/>
          <w:szCs w:val="28"/>
        </w:rPr>
        <w:t xml:space="preserve"> This was the beginning of something entirely new, entirely unexpected, and completely terrifying. The mission had changed. He was no longer infiltrating a base. He was struggling for survival in a world beyond comprehension, and his first encounter was a hostile, sarcastic, pink-skinned warrior who </w:t>
      </w:r>
      <w:r w:rsidR="00BF3E87" w:rsidRPr="00E44301">
        <w:rPr>
          <w:rFonts w:ascii="LiberationSerif" w:eastAsia="LiberationSerif" w:hAnsi="LiberationSerif"/>
          <w:color w:val="000000"/>
          <w:sz w:val="28"/>
          <w:szCs w:val="28"/>
        </w:rPr>
        <w:t xml:space="preserve">he didn’t know if he should be terrified of, or in love with. </w:t>
      </w:r>
    </w:p>
    <w:p w14:paraId="2888201F"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1D2329C1"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6AF3E4B8"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299A5E22" w14:textId="16A32846" w:rsidR="008130CF" w:rsidRPr="00E44301" w:rsidRDefault="00A30664" w:rsidP="003166C8">
      <w:pPr>
        <w:autoSpaceDE w:val="0"/>
        <w:autoSpaceDN w:val="0"/>
        <w:spacing w:before="1790" w:after="0" w:line="360" w:lineRule="exact"/>
        <w:ind w:right="20"/>
        <w:rPr>
          <w:sz w:val="28"/>
          <w:szCs w:val="28"/>
        </w:rPr>
      </w:pPr>
      <w:r>
        <w:rPr>
          <w:rFonts w:ascii="LiberationSerif" w:eastAsia="LiberationSerif" w:hAnsi="LiberationSerif"/>
          <w:color w:val="000000"/>
          <w:sz w:val="28"/>
          <w:szCs w:val="28"/>
        </w:rPr>
        <w:lastRenderedPageBreak/>
        <w:t>I</w:t>
      </w:r>
      <w:r w:rsidR="00000000" w:rsidRPr="00E44301">
        <w:rPr>
          <w:rFonts w:ascii="LiberationSerif" w:eastAsia="LiberationSerif" w:hAnsi="LiberationSerif"/>
          <w:color w:val="000000"/>
          <w:sz w:val="28"/>
          <w:szCs w:val="28"/>
        </w:rPr>
        <w:t xml:space="preserve"> decided </w:t>
      </w:r>
      <w:r>
        <w:rPr>
          <w:rFonts w:ascii="LiberationSerif" w:eastAsia="LiberationSerif" w:hAnsi="LiberationSerif"/>
          <w:color w:val="000000"/>
          <w:sz w:val="28"/>
          <w:szCs w:val="28"/>
        </w:rPr>
        <w:t>I would</w:t>
      </w:r>
      <w:r w:rsidR="00000000" w:rsidRPr="00E44301">
        <w:rPr>
          <w:rFonts w:ascii="LiberationSerif" w:eastAsia="LiberationSerif" w:hAnsi="LiberationSerif"/>
          <w:color w:val="000000"/>
          <w:sz w:val="28"/>
          <w:szCs w:val="28"/>
        </w:rPr>
        <w:t xml:space="preserve"> need to figure out the situation, before trying to decide how to get out of it. “I’m </w:t>
      </w:r>
      <w:r w:rsidR="00BF3E87" w:rsidRPr="00E44301">
        <w:rPr>
          <w:rFonts w:ascii="LiberationSerif" w:eastAsia="LiberationSerif" w:hAnsi="LiberationSerif"/>
          <w:color w:val="000000"/>
          <w:sz w:val="28"/>
          <w:szCs w:val="28"/>
        </w:rPr>
        <w:t xml:space="preserve">SFC </w:t>
      </w:r>
      <w:r w:rsidR="00000000" w:rsidRPr="00E44301">
        <w:rPr>
          <w:rFonts w:ascii="LiberationSerif" w:eastAsia="LiberationSerif" w:hAnsi="LiberationSerif"/>
          <w:color w:val="000000"/>
          <w:sz w:val="28"/>
          <w:szCs w:val="28"/>
        </w:rPr>
        <w:t xml:space="preserve">Marcus Cole,”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t>
      </w:r>
      <w:r w:rsidR="00BF3E87" w:rsidRPr="00E44301">
        <w:rPr>
          <w:rFonts w:ascii="LiberationSerif" w:eastAsia="LiberationSerif" w:hAnsi="LiberationSerif"/>
          <w:color w:val="000000"/>
          <w:sz w:val="28"/>
          <w:szCs w:val="28"/>
        </w:rPr>
        <w:t>started</w:t>
      </w:r>
      <w:r w:rsidR="0000000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voice a low growl. “And I have no idea what kind of world this is, or how I got here.”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kept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w:t>
      </w:r>
      <w:r w:rsidR="00BF3E87" w:rsidRPr="00E44301">
        <w:rPr>
          <w:rFonts w:ascii="LiberationSerif" w:eastAsia="LiberationSerif" w:hAnsi="LiberationSerif"/>
          <w:color w:val="000000"/>
          <w:sz w:val="28"/>
          <w:szCs w:val="28"/>
        </w:rPr>
        <w:t>knife</w:t>
      </w:r>
      <w:r w:rsidR="00000000" w:rsidRPr="00E44301">
        <w:rPr>
          <w:rFonts w:ascii="LiberationSerif" w:eastAsia="LiberationSerif" w:hAnsi="LiberationSerif"/>
          <w:color w:val="000000"/>
          <w:sz w:val="28"/>
          <w:szCs w:val="28"/>
        </w:rPr>
        <w:t xml:space="preserve"> raised, ever vigilant, scanning the surroundings, searching for any other potential threats. The jungle felt alive, the rustling leaves seemed almost to whisper secrets that he couldn't yet comprehend. This new world had tested him; he'd been thrown into the lion's den, and survival had </w:t>
      </w:r>
      <w:r w:rsidR="00BF3E87" w:rsidRPr="00E44301">
        <w:rPr>
          <w:sz w:val="28"/>
          <w:szCs w:val="28"/>
        </w:rPr>
        <w:t>b</w:t>
      </w:r>
      <w:r w:rsidR="00000000" w:rsidRPr="00E44301">
        <w:rPr>
          <w:rFonts w:ascii="LiberationSerif" w:eastAsia="LiberationSerif" w:hAnsi="LiberationSerif"/>
          <w:color w:val="000000"/>
          <w:sz w:val="28"/>
          <w:szCs w:val="28"/>
        </w:rPr>
        <w:t>ecome a very real necessity.</w:t>
      </w:r>
    </w:p>
    <w:p w14:paraId="1264F24E" w14:textId="77777777" w:rsidR="000D250E"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The pink-skinned woman tilted her head, a hint of </w:t>
      </w:r>
      <w:r w:rsidRPr="00E44301">
        <w:rPr>
          <w:sz w:val="28"/>
          <w:szCs w:val="28"/>
        </w:rPr>
        <w:br/>
      </w:r>
      <w:r w:rsidRPr="00E44301">
        <w:rPr>
          <w:rFonts w:ascii="LiberationSerif" w:eastAsia="LiberationSerif" w:hAnsi="LiberationSerif"/>
          <w:color w:val="000000"/>
          <w:sz w:val="28"/>
          <w:szCs w:val="28"/>
        </w:rPr>
        <w:t xml:space="preserve">amusement playing on her lips. </w:t>
      </w:r>
    </w:p>
    <w:p w14:paraId="1B9F8875" w14:textId="77777777" w:rsidR="000D250E"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"Liliana," she said, her voice laced with a hint of amusement. </w:t>
      </w:r>
    </w:p>
    <w:p w14:paraId="61602871" w14:textId="31FBF271" w:rsidR="000D250E"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"And this, my friend, is</w:t>
      </w:r>
      <w:r w:rsidR="00F8397A">
        <w:rPr>
          <w:rFonts w:ascii="LiberationSerif" w:eastAsia="LiberationSerif" w:hAnsi="LiberationSerif"/>
          <w:color w:val="000000"/>
          <w:sz w:val="28"/>
          <w:szCs w:val="28"/>
        </w:rPr>
        <w:t xml:space="preserve"> Lumar</w:t>
      </w:r>
      <w:r w:rsidRPr="00E44301">
        <w:rPr>
          <w:rFonts w:ascii="LiberationSerif" w:eastAsia="LiberationSerif" w:hAnsi="LiberationSerif"/>
          <w:color w:val="000000"/>
          <w:sz w:val="28"/>
          <w:szCs w:val="28"/>
        </w:rPr>
        <w:t xml:space="preserve">. Welcome to hell… or at least, a very close approximation." She paused, her gaze falling upon his weapon. </w:t>
      </w:r>
    </w:p>
    <w:p w14:paraId="2219F86C" w14:textId="11EDC091"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"And I presume that's your rather…primitive method of defense? </w:t>
      </w:r>
      <w:r w:rsidR="00D828BF" w:rsidRPr="00E44301">
        <w:rPr>
          <w:rFonts w:ascii="LiberationSerif" w:eastAsia="LiberationSerif" w:hAnsi="LiberationSerif"/>
          <w:color w:val="000000"/>
          <w:sz w:val="28"/>
          <w:szCs w:val="28"/>
        </w:rPr>
        <w:t>A</w:t>
      </w:r>
      <w:r w:rsidR="00BF3E87" w:rsidRPr="00E44301">
        <w:rPr>
          <w:rFonts w:ascii="LiberationSerif" w:eastAsia="LiberationSerif" w:hAnsi="LiberationSerif"/>
          <w:color w:val="000000"/>
          <w:sz w:val="28"/>
          <w:szCs w:val="28"/>
        </w:rPr>
        <w:t xml:space="preserve">n </w:t>
      </w:r>
      <w:r w:rsidR="00D828BF" w:rsidRPr="00E44301">
        <w:rPr>
          <w:rFonts w:ascii="LiberationSerif" w:eastAsia="LiberationSerif" w:hAnsi="LiberationSerif"/>
          <w:color w:val="000000"/>
          <w:sz w:val="28"/>
          <w:szCs w:val="28"/>
        </w:rPr>
        <w:t>oddly shaped stick?</w:t>
      </w:r>
      <w:r w:rsidRPr="00E44301">
        <w:rPr>
          <w:rFonts w:ascii="LiberationSerif" w:eastAsia="LiberationSerif" w:hAnsi="LiberationSerif"/>
          <w:color w:val="000000"/>
          <w:sz w:val="28"/>
          <w:szCs w:val="28"/>
        </w:rPr>
        <w:t>" Her voice was sardonic, a sharp contrast to the lush beauty of the surrounding jungle. "We're not exactly short on teeth and claws here, you see.</w:t>
      </w:r>
      <w:r w:rsidR="00BF3E87" w:rsidRPr="00E44301">
        <w:rPr>
          <w:rFonts w:ascii="LiberationSerif" w:eastAsia="LiberationSerif" w:hAnsi="LiberationSerif"/>
          <w:color w:val="000000"/>
          <w:sz w:val="28"/>
          <w:szCs w:val="28"/>
        </w:rPr>
        <w:t xml:space="preserve"> And you</w:t>
      </w:r>
      <w:r w:rsidR="000D250E">
        <w:rPr>
          <w:rFonts w:ascii="LiberationSerif" w:eastAsia="LiberationSerif" w:hAnsi="LiberationSerif"/>
          <w:color w:val="000000"/>
          <w:sz w:val="28"/>
          <w:szCs w:val="28"/>
        </w:rPr>
        <w:t>,</w:t>
      </w:r>
      <w:r w:rsidR="00BF3E87" w:rsidRPr="00E44301">
        <w:rPr>
          <w:rFonts w:ascii="LiberationSerif" w:eastAsia="LiberationSerif" w:hAnsi="LiberationSerif"/>
          <w:color w:val="000000"/>
          <w:sz w:val="28"/>
          <w:szCs w:val="28"/>
        </w:rPr>
        <w:t xml:space="preserve"> </w:t>
      </w:r>
      <w:r w:rsidR="000D250E">
        <w:rPr>
          <w:rFonts w:ascii="LiberationSerif" w:eastAsia="LiberationSerif" w:hAnsi="LiberationSerif"/>
          <w:color w:val="000000"/>
          <w:sz w:val="28"/>
          <w:szCs w:val="28"/>
        </w:rPr>
        <w:t>human</w:t>
      </w:r>
      <w:r w:rsidR="00BF3E87" w:rsidRPr="00E44301">
        <w:rPr>
          <w:rFonts w:ascii="LiberationSerif" w:eastAsia="LiberationSerif" w:hAnsi="LiberationSerif"/>
          <w:color w:val="000000"/>
          <w:sz w:val="28"/>
          <w:szCs w:val="28"/>
        </w:rPr>
        <w:t>. Are somewhere you do not belong.”</w:t>
      </w:r>
    </w:p>
    <w:p w14:paraId="29942696" w14:textId="1BF3939F"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The rift that had brought </w:t>
      </w:r>
      <w:r w:rsidR="00A30664">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here seemed to hum with an unseen energy, a subtle vibration that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could feel through the earth itself. It pulsed with a chaotic energy, a gateway between worlds, unstable and unpredictable. </w:t>
      </w:r>
      <w:r w:rsidR="00A30664">
        <w:rPr>
          <w:rFonts w:ascii="LiberationSerif" w:eastAsia="LiberationSerif" w:hAnsi="LiberationSerif"/>
          <w:color w:val="000000"/>
          <w:sz w:val="28"/>
          <w:szCs w:val="28"/>
        </w:rPr>
        <w:t>I</w:t>
      </w:r>
      <w:r w:rsidR="00BF3E87" w:rsidRPr="00E44301">
        <w:rPr>
          <w:rFonts w:ascii="LiberationSerif" w:eastAsia="LiberationSerif" w:hAnsi="LiberationSerif"/>
          <w:color w:val="000000"/>
          <w:sz w:val="28"/>
          <w:szCs w:val="28"/>
        </w:rPr>
        <w:t xml:space="preserve"> had moved at least a click but could feel a pull to this phenomenon. </w:t>
      </w:r>
      <w:r w:rsidR="00A30664">
        <w:rPr>
          <w:rFonts w:ascii="LiberationSerif" w:eastAsia="LiberationSerif" w:hAnsi="LiberationSerif"/>
          <w:color w:val="000000"/>
          <w:sz w:val="28"/>
          <w:szCs w:val="28"/>
        </w:rPr>
        <w:t>I</w:t>
      </w:r>
      <w:r w:rsidR="00BF3E87" w:rsidRPr="00E44301">
        <w:rPr>
          <w:rFonts w:ascii="LiberationSerif" w:eastAsia="LiberationSerif" w:hAnsi="LiberationSerif"/>
          <w:color w:val="000000"/>
          <w:sz w:val="28"/>
          <w:szCs w:val="28"/>
        </w:rPr>
        <w:t xml:space="preserve"> should head back and try to get home. </w:t>
      </w:r>
      <w:r w:rsidRPr="00E44301">
        <w:rPr>
          <w:rFonts w:ascii="LiberationSerif" w:eastAsia="LiberationSerif" w:hAnsi="LiberationSerif"/>
          <w:color w:val="000000"/>
          <w:sz w:val="28"/>
          <w:szCs w:val="28"/>
        </w:rPr>
        <w:t xml:space="preserve">The sheer impossibility of it all weighed heavily on </w:t>
      </w:r>
      <w:r w:rsidR="00A30664">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but the adrenaline of the situation kept </w:t>
      </w:r>
      <w:r w:rsidR="00A30664">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focused.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knew, instinctively, that this was only the beginning. This strange new world, with its pink-skinned warriors and luminous flora, was brimming with danger, but also, he sensed, with an opportunity for something more. The mission was over. Now, survival had become the mission</w:t>
      </w:r>
      <w:r w:rsidR="00A30664">
        <w:rPr>
          <w:rFonts w:ascii="LiberationSerif" w:eastAsia="LiberationSerif" w:hAnsi="LiberationSerif"/>
          <w:color w:val="000000"/>
          <w:sz w:val="28"/>
          <w:szCs w:val="28"/>
        </w:rPr>
        <w:t>.</w:t>
      </w:r>
    </w:p>
    <w:p w14:paraId="33991140" w14:textId="41D6900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The immediate surroundings pulsed with unseen energies. He could almost feel the magic humming in the air. The trees seemed to watch </w:t>
      </w:r>
      <w:r w:rsidR="00A30664">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their leaves rustling with an unsettling intensity. The very air felt charged, thrumming with a power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could barely comprehend. Liliana's words echoed in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mind: "Welcome to hell… or at least, a very close approximation."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shivered, not from the damp jungle air, but from the unsettling feeling that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had stumbled </w:t>
      </w:r>
      <w:r w:rsidRPr="00E44301">
        <w:rPr>
          <w:rFonts w:ascii="LiberationSerif" w:eastAsia="LiberationSerif" w:hAnsi="LiberationSerif"/>
          <w:color w:val="000000"/>
          <w:sz w:val="28"/>
          <w:szCs w:val="28"/>
        </w:rPr>
        <w:lastRenderedPageBreak/>
        <w:t>into something far more dangerous than any enemy base</w:t>
      </w:r>
      <w:r w:rsidR="00A30664">
        <w:rPr>
          <w:rFonts w:ascii="LiberationSerif" w:eastAsia="LiberationSerif" w:hAnsi="LiberationSerif"/>
          <w:color w:val="000000"/>
          <w:sz w:val="28"/>
          <w:szCs w:val="28"/>
        </w:rPr>
        <w:t xml:space="preserve"> from Earth</w:t>
      </w:r>
      <w:r w:rsidRPr="00E44301">
        <w:rPr>
          <w:rFonts w:ascii="LiberationSerif" w:eastAsia="LiberationSerif" w:hAnsi="LiberationSerif"/>
          <w:color w:val="000000"/>
          <w:sz w:val="28"/>
          <w:szCs w:val="28"/>
        </w:rPr>
        <w:t xml:space="preserve">.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life, once so rigidly defined by military protocol, was now an unpredictable tapestry woven from magic, danger, and the sharp, sarcastic wit of a pink-skinned warrior.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was a fish out of water, in more ways than one. But </w:t>
      </w:r>
      <w:r w:rsidR="00A30664">
        <w:rPr>
          <w:rFonts w:ascii="LiberationSerif" w:eastAsia="LiberationSerif" w:hAnsi="LiberationSerif"/>
          <w:color w:val="000000"/>
          <w:sz w:val="28"/>
          <w:szCs w:val="28"/>
        </w:rPr>
        <w:t xml:space="preserve">I, </w:t>
      </w:r>
      <w:r w:rsidRPr="00E44301">
        <w:rPr>
          <w:rFonts w:ascii="LiberationSerif" w:eastAsia="LiberationSerif" w:hAnsi="LiberationSerif"/>
          <w:color w:val="000000"/>
          <w:sz w:val="28"/>
          <w:szCs w:val="28"/>
        </w:rPr>
        <w:t>Marcus Cole wasn't one to back down from a challenge.</w:t>
      </w:r>
    </w:p>
    <w:p w14:paraId="19E2D2D4" w14:textId="6D489C4B" w:rsidR="008130CF" w:rsidRDefault="00A30664" w:rsidP="003166C8">
      <w:pPr>
        <w:autoSpaceDE w:val="0"/>
        <w:autoSpaceDN w:val="0"/>
        <w:spacing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was a soldier, a survivor, and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would find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way through this.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had to.</w:t>
      </w:r>
    </w:p>
    <w:p w14:paraId="567C914D" w14:textId="77777777" w:rsidR="00A30664" w:rsidRPr="00E44301" w:rsidRDefault="00A30664" w:rsidP="003166C8">
      <w:pPr>
        <w:autoSpaceDE w:val="0"/>
        <w:autoSpaceDN w:val="0"/>
        <w:spacing w:after="0" w:line="360" w:lineRule="exact"/>
        <w:ind w:right="20"/>
        <w:rPr>
          <w:sz w:val="28"/>
          <w:szCs w:val="28"/>
        </w:rPr>
      </w:pPr>
    </w:p>
    <w:p w14:paraId="7DE3EE4A" w14:textId="1F8E5327" w:rsidR="0021134B" w:rsidRPr="00E44301" w:rsidRDefault="0021134B" w:rsidP="003166C8">
      <w:pPr>
        <w:ind w:right="20"/>
        <w:rPr>
          <w:sz w:val="28"/>
          <w:szCs w:val="28"/>
        </w:rPr>
      </w:pPr>
      <w:r w:rsidRPr="00E44301">
        <w:rPr>
          <w:sz w:val="28"/>
          <w:szCs w:val="28"/>
        </w:rPr>
        <w:t xml:space="preserve">“Human”, said </w:t>
      </w:r>
      <w:r w:rsidR="000D250E" w:rsidRPr="00E44301">
        <w:rPr>
          <w:sz w:val="28"/>
          <w:szCs w:val="28"/>
        </w:rPr>
        <w:t>Liliana “</w:t>
      </w:r>
      <w:r w:rsidRPr="00E44301">
        <w:rPr>
          <w:sz w:val="28"/>
          <w:szCs w:val="28"/>
        </w:rPr>
        <w:t xml:space="preserve">either you tell me what you want with my </w:t>
      </w:r>
      <w:r w:rsidR="000D250E" w:rsidRPr="00E44301">
        <w:rPr>
          <w:sz w:val="28"/>
          <w:szCs w:val="28"/>
        </w:rPr>
        <w:t>tribe,</w:t>
      </w:r>
      <w:r w:rsidRPr="00E44301">
        <w:rPr>
          <w:sz w:val="28"/>
          <w:szCs w:val="28"/>
        </w:rPr>
        <w:t xml:space="preserve"> or you will perish”</w:t>
      </w:r>
    </w:p>
    <w:p w14:paraId="35EC41EB" w14:textId="77777777" w:rsidR="0021134B" w:rsidRPr="00E44301" w:rsidRDefault="0021134B" w:rsidP="003166C8">
      <w:pPr>
        <w:ind w:right="20"/>
        <w:rPr>
          <w:sz w:val="28"/>
          <w:szCs w:val="28"/>
        </w:rPr>
      </w:pPr>
    </w:p>
    <w:p w14:paraId="14689F31" w14:textId="309BF96B" w:rsidR="0021134B" w:rsidRPr="00E44301" w:rsidRDefault="00872799" w:rsidP="003166C8">
      <w:pPr>
        <w:ind w:right="20"/>
        <w:rPr>
          <w:sz w:val="28"/>
          <w:szCs w:val="28"/>
        </w:rPr>
      </w:pPr>
      <w:r>
        <w:rPr>
          <w:sz w:val="28"/>
          <w:szCs w:val="28"/>
        </w:rPr>
        <w:t>I pulled myself from my</w:t>
      </w:r>
      <w:r w:rsidR="0021134B" w:rsidRPr="00E44301">
        <w:rPr>
          <w:sz w:val="28"/>
          <w:szCs w:val="28"/>
        </w:rPr>
        <w:t xml:space="preserve"> thoughts </w:t>
      </w:r>
      <w:r>
        <w:rPr>
          <w:sz w:val="28"/>
          <w:szCs w:val="28"/>
        </w:rPr>
        <w:t xml:space="preserve">and </w:t>
      </w:r>
      <w:r w:rsidR="0021134B" w:rsidRPr="00E44301">
        <w:rPr>
          <w:sz w:val="28"/>
          <w:szCs w:val="28"/>
        </w:rPr>
        <w:t xml:space="preserve">looked her in the eyes. They were stunning, friendly with a hint of </w:t>
      </w:r>
      <w:r w:rsidR="000D250E" w:rsidRPr="00E44301">
        <w:rPr>
          <w:sz w:val="28"/>
          <w:szCs w:val="28"/>
        </w:rPr>
        <w:t>loyalty, and protectiveness</w:t>
      </w:r>
      <w:r w:rsidR="0021134B" w:rsidRPr="00E44301">
        <w:rPr>
          <w:sz w:val="28"/>
          <w:szCs w:val="28"/>
        </w:rPr>
        <w:t>.</w:t>
      </w:r>
      <w:r>
        <w:rPr>
          <w:sz w:val="28"/>
          <w:szCs w:val="28"/>
        </w:rPr>
        <w:t xml:space="preserve">  Golden and majestic, Cruel and </w:t>
      </w:r>
      <w:r w:rsidR="00A30664">
        <w:rPr>
          <w:sz w:val="28"/>
          <w:szCs w:val="28"/>
        </w:rPr>
        <w:t>protective.</w:t>
      </w:r>
      <w:r w:rsidR="0021134B" w:rsidRPr="00E44301">
        <w:rPr>
          <w:sz w:val="28"/>
          <w:szCs w:val="28"/>
        </w:rPr>
        <w:t xml:space="preserve">  “I am not here for your tribe, I have no idea where I am, what you are</w:t>
      </w:r>
      <w:r w:rsidR="004134A6">
        <w:rPr>
          <w:sz w:val="28"/>
          <w:szCs w:val="28"/>
        </w:rPr>
        <w:t>,</w:t>
      </w:r>
      <w:r w:rsidR="0021134B" w:rsidRPr="00E44301">
        <w:rPr>
          <w:sz w:val="28"/>
          <w:szCs w:val="28"/>
        </w:rPr>
        <w:t xml:space="preserve"> or why everything is so colorful. I am quite lost and could </w:t>
      </w:r>
      <w:r w:rsidR="000D250E" w:rsidRPr="00E44301">
        <w:rPr>
          <w:sz w:val="28"/>
          <w:szCs w:val="28"/>
        </w:rPr>
        <w:t>use your</w:t>
      </w:r>
      <w:r w:rsidR="0021134B" w:rsidRPr="00E44301">
        <w:rPr>
          <w:sz w:val="28"/>
          <w:szCs w:val="28"/>
        </w:rPr>
        <w:t xml:space="preserve"> help getting home”</w:t>
      </w:r>
    </w:p>
    <w:p w14:paraId="3A9AA16A" w14:textId="77777777" w:rsidR="0021134B" w:rsidRPr="00E44301" w:rsidRDefault="0021134B" w:rsidP="003166C8">
      <w:pPr>
        <w:ind w:right="20"/>
        <w:rPr>
          <w:sz w:val="28"/>
          <w:szCs w:val="28"/>
        </w:rPr>
      </w:pPr>
    </w:p>
    <w:p w14:paraId="556B4CF1" w14:textId="53EE5046" w:rsidR="0021134B" w:rsidRPr="00E44301" w:rsidRDefault="0021134B" w:rsidP="003166C8">
      <w:pPr>
        <w:ind w:right="20"/>
        <w:rPr>
          <w:sz w:val="28"/>
          <w:szCs w:val="28"/>
        </w:rPr>
      </w:pPr>
      <w:r w:rsidRPr="00E44301">
        <w:rPr>
          <w:sz w:val="28"/>
          <w:szCs w:val="28"/>
        </w:rPr>
        <w:t>“</w:t>
      </w:r>
      <w:r w:rsidR="00A30664">
        <w:rPr>
          <w:sz w:val="28"/>
          <w:szCs w:val="28"/>
        </w:rPr>
        <w:t>A</w:t>
      </w:r>
      <w:r w:rsidRPr="00E44301">
        <w:rPr>
          <w:sz w:val="28"/>
          <w:szCs w:val="28"/>
        </w:rPr>
        <w:t xml:space="preserve"> lowly human like you does not deserve my help. W</w:t>
      </w:r>
      <w:r w:rsidR="004134A6">
        <w:rPr>
          <w:sz w:val="28"/>
          <w:szCs w:val="28"/>
        </w:rPr>
        <w:t>hy are you here</w:t>
      </w:r>
      <w:r w:rsidRPr="00E44301">
        <w:rPr>
          <w:sz w:val="28"/>
          <w:szCs w:val="28"/>
        </w:rPr>
        <w:t xml:space="preserve">? </w:t>
      </w:r>
      <w:r w:rsidR="004134A6">
        <w:rPr>
          <w:sz w:val="28"/>
          <w:szCs w:val="28"/>
        </w:rPr>
        <w:t>You clearly do not belong here</w:t>
      </w:r>
      <w:r w:rsidR="004134A6" w:rsidRPr="00E44301">
        <w:rPr>
          <w:sz w:val="28"/>
          <w:szCs w:val="28"/>
        </w:rPr>
        <w:t>;</w:t>
      </w:r>
      <w:r w:rsidRPr="00E44301">
        <w:rPr>
          <w:sz w:val="28"/>
          <w:szCs w:val="28"/>
        </w:rPr>
        <w:t xml:space="preserve"> this is a very dangerous land for you”</w:t>
      </w:r>
    </w:p>
    <w:p w14:paraId="405CAD4C" w14:textId="77777777" w:rsidR="0021134B" w:rsidRPr="00E44301" w:rsidRDefault="0021134B" w:rsidP="003166C8">
      <w:pPr>
        <w:ind w:right="20"/>
        <w:rPr>
          <w:sz w:val="28"/>
          <w:szCs w:val="28"/>
        </w:rPr>
      </w:pPr>
    </w:p>
    <w:p w14:paraId="32474F3E" w14:textId="579A0913" w:rsidR="0021134B" w:rsidRPr="00E44301" w:rsidRDefault="00872799" w:rsidP="003166C8">
      <w:pPr>
        <w:ind w:right="20"/>
        <w:rPr>
          <w:sz w:val="28"/>
          <w:szCs w:val="28"/>
        </w:rPr>
      </w:pPr>
      <w:r>
        <w:rPr>
          <w:sz w:val="28"/>
          <w:szCs w:val="28"/>
        </w:rPr>
        <w:t>I</w:t>
      </w:r>
      <w:r w:rsidR="0021134B" w:rsidRPr="00E44301">
        <w:rPr>
          <w:sz w:val="28"/>
          <w:szCs w:val="28"/>
        </w:rPr>
        <w:t xml:space="preserve"> sighed and leaned against a nearby tree. “</w:t>
      </w:r>
      <w:r w:rsidR="000D250E" w:rsidRPr="00E44301">
        <w:rPr>
          <w:sz w:val="28"/>
          <w:szCs w:val="28"/>
        </w:rPr>
        <w:t>Look</w:t>
      </w:r>
      <w:r w:rsidR="0021134B" w:rsidRPr="00E44301">
        <w:rPr>
          <w:sz w:val="28"/>
          <w:szCs w:val="28"/>
        </w:rPr>
        <w:t xml:space="preserve">, I don’t know where to go. I can feel the portal closed and I know you are nothing like I have ever seen. </w:t>
      </w:r>
      <w:r w:rsidR="000D250E" w:rsidRPr="00E44301">
        <w:rPr>
          <w:sz w:val="28"/>
          <w:szCs w:val="28"/>
        </w:rPr>
        <w:t>You’re</w:t>
      </w:r>
      <w:r w:rsidR="0021134B" w:rsidRPr="00E44301">
        <w:rPr>
          <w:sz w:val="28"/>
          <w:szCs w:val="28"/>
        </w:rPr>
        <w:t xml:space="preserve"> right </w:t>
      </w:r>
      <w:r w:rsidR="000D250E" w:rsidRPr="00E44301">
        <w:rPr>
          <w:sz w:val="28"/>
          <w:szCs w:val="28"/>
        </w:rPr>
        <w:t>I’m</w:t>
      </w:r>
      <w:r w:rsidR="0021134B" w:rsidRPr="00E44301">
        <w:rPr>
          <w:sz w:val="28"/>
          <w:szCs w:val="28"/>
        </w:rPr>
        <w:t xml:space="preserve"> not from </w:t>
      </w:r>
      <w:r w:rsidR="000D250E" w:rsidRPr="00E44301">
        <w:rPr>
          <w:sz w:val="28"/>
          <w:szCs w:val="28"/>
        </w:rPr>
        <w:t>here and</w:t>
      </w:r>
      <w:r w:rsidR="0021134B" w:rsidRPr="00E44301">
        <w:rPr>
          <w:sz w:val="28"/>
          <w:szCs w:val="28"/>
        </w:rPr>
        <w:t xml:space="preserve"> I could really use some food and information.  </w:t>
      </w:r>
    </w:p>
    <w:p w14:paraId="771DF38A" w14:textId="65925766" w:rsidR="0021134B" w:rsidRPr="00E44301" w:rsidRDefault="0021134B" w:rsidP="003166C8">
      <w:pPr>
        <w:ind w:right="20"/>
        <w:rPr>
          <w:sz w:val="28"/>
          <w:szCs w:val="28"/>
        </w:rPr>
        <w:sectPr w:rsidR="0021134B" w:rsidRPr="00E44301">
          <w:pgSz w:w="12240" w:h="15840"/>
          <w:pgMar w:top="0" w:right="1420" w:bottom="0" w:left="1440" w:header="720" w:footer="720" w:gutter="0"/>
          <w:cols w:space="720"/>
          <w:docGrid w:linePitch="360"/>
        </w:sectPr>
      </w:pPr>
      <w:r w:rsidRPr="00E44301">
        <w:rPr>
          <w:sz w:val="28"/>
          <w:szCs w:val="28"/>
        </w:rPr>
        <w:t xml:space="preserve">Liliana sat cross-legged in front of </w:t>
      </w:r>
      <w:r w:rsidR="00872799">
        <w:rPr>
          <w:sz w:val="28"/>
          <w:szCs w:val="28"/>
        </w:rPr>
        <w:t>me</w:t>
      </w:r>
      <w:r w:rsidRPr="00E44301">
        <w:rPr>
          <w:sz w:val="28"/>
          <w:szCs w:val="28"/>
        </w:rPr>
        <w:t>, with her bone sword resting on her lap. She eye</w:t>
      </w:r>
      <w:r w:rsidR="00872799">
        <w:rPr>
          <w:sz w:val="28"/>
          <w:szCs w:val="28"/>
        </w:rPr>
        <w:t>d</w:t>
      </w:r>
      <w:r w:rsidRPr="00E44301">
        <w:rPr>
          <w:sz w:val="28"/>
          <w:szCs w:val="28"/>
        </w:rPr>
        <w:t xml:space="preserve"> </w:t>
      </w:r>
      <w:r w:rsidR="00872799">
        <w:rPr>
          <w:sz w:val="28"/>
          <w:szCs w:val="28"/>
        </w:rPr>
        <w:t>me</w:t>
      </w:r>
      <w:r w:rsidRPr="00E44301">
        <w:rPr>
          <w:sz w:val="28"/>
          <w:szCs w:val="28"/>
        </w:rPr>
        <w:t xml:space="preserve"> suspiciously for several seconds before standing and turning away.  She t</w:t>
      </w:r>
      <w:r w:rsidR="00872799">
        <w:rPr>
          <w:sz w:val="28"/>
          <w:szCs w:val="28"/>
        </w:rPr>
        <w:t>ook</w:t>
      </w:r>
      <w:r w:rsidRPr="00E44301">
        <w:rPr>
          <w:sz w:val="28"/>
          <w:szCs w:val="28"/>
        </w:rPr>
        <w:t xml:space="preserve"> two steps forward before sheathing her sword and turn</w:t>
      </w:r>
      <w:r w:rsidR="00872799">
        <w:rPr>
          <w:sz w:val="28"/>
          <w:szCs w:val="28"/>
        </w:rPr>
        <w:t>ed</w:t>
      </w:r>
      <w:r w:rsidRPr="00E44301">
        <w:rPr>
          <w:sz w:val="28"/>
          <w:szCs w:val="28"/>
        </w:rPr>
        <w:t xml:space="preserve"> back to look at </w:t>
      </w:r>
      <w:r w:rsidR="00872799">
        <w:rPr>
          <w:sz w:val="28"/>
          <w:szCs w:val="28"/>
        </w:rPr>
        <w:t>me</w:t>
      </w:r>
      <w:r w:rsidRPr="00E44301">
        <w:rPr>
          <w:sz w:val="28"/>
          <w:szCs w:val="28"/>
        </w:rPr>
        <w:t xml:space="preserve">. “Come, my tribe will determine your fate. I was out hunting. It is a long and dangerous walk back. I will not protect you. If you make it, maybe. You are worthy of the information you seek. </w:t>
      </w:r>
    </w:p>
    <w:p w14:paraId="5EC21CEF"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57DCE7BF" w14:textId="7F94C518" w:rsidR="008130CF" w:rsidRPr="00E44301" w:rsidRDefault="00000000" w:rsidP="003166C8">
      <w:pPr>
        <w:autoSpaceDE w:val="0"/>
        <w:autoSpaceDN w:val="0"/>
        <w:spacing w:before="1904" w:after="0" w:line="374" w:lineRule="exact"/>
        <w:ind w:right="20"/>
        <w:jc w:val="center"/>
        <w:rPr>
          <w:sz w:val="28"/>
          <w:szCs w:val="28"/>
        </w:rPr>
      </w:pPr>
      <w:r w:rsidRPr="00E44301">
        <w:rPr>
          <w:rFonts w:ascii="LiberationSerif" w:eastAsia="LiberationSerif" w:hAnsi="LiberationSerif"/>
          <w:b/>
          <w:color w:val="000000"/>
          <w:sz w:val="28"/>
          <w:szCs w:val="28"/>
        </w:rPr>
        <w:lastRenderedPageBreak/>
        <w:t>A New Weapon</w:t>
      </w:r>
    </w:p>
    <w:p w14:paraId="50B36BF1" w14:textId="518421AA" w:rsidR="008130CF" w:rsidRPr="00E44301" w:rsidRDefault="00000000" w:rsidP="003166C8">
      <w:pPr>
        <w:autoSpaceDE w:val="0"/>
        <w:autoSpaceDN w:val="0"/>
        <w:spacing w:before="456" w:after="0" w:line="360" w:lineRule="exact"/>
        <w:ind w:right="20"/>
        <w:rPr>
          <w:sz w:val="28"/>
          <w:szCs w:val="28"/>
        </w:rPr>
      </w:pPr>
      <w:r w:rsidRPr="00E44301">
        <w:rPr>
          <w:rFonts w:ascii="LiberationSerif" w:eastAsia="LiberationSerif" w:hAnsi="LiberationSerif"/>
          <w:color w:val="000000"/>
          <w:sz w:val="28"/>
          <w:szCs w:val="28"/>
        </w:rPr>
        <w:t xml:space="preserve">The path wound deeper into the oppressive jungle, the air thick with the stench of decay and unseen things. Liliana, her pink skin almost luminous in the dappled shade, moved with a fluid grace that belied her devilish nature. </w:t>
      </w:r>
      <w:r w:rsidR="00872799">
        <w:rPr>
          <w:rFonts w:ascii="LiberationSerif" w:eastAsia="LiberationSerif" w:hAnsi="LiberationSerif"/>
          <w:color w:val="000000"/>
          <w:sz w:val="28"/>
          <w:szCs w:val="28"/>
        </w:rPr>
        <w:t xml:space="preserve">I, </w:t>
      </w:r>
      <w:r w:rsidR="00872799" w:rsidRPr="00E44301">
        <w:rPr>
          <w:rFonts w:ascii="LiberationSerif" w:eastAsia="LiberationSerif" w:hAnsi="LiberationSerif"/>
          <w:color w:val="000000"/>
          <w:sz w:val="28"/>
          <w:szCs w:val="28"/>
        </w:rPr>
        <w:t>meanwhile</w:t>
      </w:r>
      <w:r w:rsidRPr="00E44301">
        <w:rPr>
          <w:rFonts w:ascii="LiberationSerif" w:eastAsia="LiberationSerif" w:hAnsi="LiberationSerif"/>
          <w:color w:val="000000"/>
          <w:sz w:val="28"/>
          <w:szCs w:val="28"/>
        </w:rPr>
        <w:t xml:space="preserve">, struggled to maintain </w:t>
      </w:r>
      <w:r w:rsidR="00872799">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footing, </w:t>
      </w:r>
      <w:r w:rsidR="00872799">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combat boots sinking into the m</w:t>
      </w:r>
      <w:r w:rsidR="00872799">
        <w:rPr>
          <w:rFonts w:ascii="LiberationSerif" w:eastAsia="LiberationSerif" w:hAnsi="LiberationSerif"/>
          <w:color w:val="000000"/>
          <w:sz w:val="28"/>
          <w:szCs w:val="28"/>
        </w:rPr>
        <w:t>ire</w:t>
      </w:r>
      <w:r w:rsidRPr="00E44301">
        <w:rPr>
          <w:rFonts w:ascii="LiberationSerif" w:eastAsia="LiberationSerif" w:hAnsi="LiberationSerif"/>
          <w:color w:val="000000"/>
          <w:sz w:val="28"/>
          <w:szCs w:val="28"/>
        </w:rPr>
        <w:t xml:space="preserve"> with each step. </w:t>
      </w:r>
      <w:r w:rsidR="00872799">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M4 felt </w:t>
      </w:r>
      <w:r w:rsidR="0021134B" w:rsidRPr="00E44301">
        <w:rPr>
          <w:sz w:val="28"/>
          <w:szCs w:val="28"/>
        </w:rPr>
        <w:t xml:space="preserve">heavily </w:t>
      </w:r>
      <w:r w:rsidRPr="00E44301">
        <w:rPr>
          <w:rFonts w:ascii="LiberationSerif" w:eastAsia="LiberationSerif" w:hAnsi="LiberationSerif"/>
          <w:color w:val="000000"/>
          <w:sz w:val="28"/>
          <w:szCs w:val="28"/>
        </w:rPr>
        <w:t>inadequate, a tool of a world far removed from this strange, magical realm.</w:t>
      </w:r>
      <w:r w:rsidR="0021134B" w:rsidRPr="00E44301">
        <w:rPr>
          <w:rFonts w:ascii="LiberationSerif" w:eastAsia="LiberationSerif" w:hAnsi="LiberationSerif"/>
          <w:color w:val="000000"/>
          <w:sz w:val="28"/>
          <w:szCs w:val="28"/>
        </w:rPr>
        <w:t xml:space="preserve"> Strapped to </w:t>
      </w:r>
      <w:r w:rsidR="00872799">
        <w:rPr>
          <w:rFonts w:ascii="LiberationSerif" w:eastAsia="LiberationSerif" w:hAnsi="LiberationSerif"/>
          <w:color w:val="000000"/>
          <w:sz w:val="28"/>
          <w:szCs w:val="28"/>
        </w:rPr>
        <w:t>my</w:t>
      </w:r>
      <w:r w:rsidR="0021134B" w:rsidRPr="00E44301">
        <w:rPr>
          <w:rFonts w:ascii="LiberationSerif" w:eastAsia="LiberationSerif" w:hAnsi="LiberationSerif"/>
          <w:color w:val="000000"/>
          <w:sz w:val="28"/>
          <w:szCs w:val="28"/>
        </w:rPr>
        <w:t xml:space="preserve"> back and unable to be used at the moment. </w:t>
      </w:r>
      <w:r w:rsidR="00872799">
        <w:rPr>
          <w:rFonts w:ascii="LiberationSerif" w:eastAsia="LiberationSerif" w:hAnsi="LiberationSerif"/>
          <w:color w:val="000000"/>
          <w:sz w:val="28"/>
          <w:szCs w:val="28"/>
        </w:rPr>
        <w:t>I</w:t>
      </w:r>
      <w:r w:rsidR="0021134B" w:rsidRPr="00E44301">
        <w:rPr>
          <w:rFonts w:ascii="LiberationSerif" w:eastAsia="LiberationSerif" w:hAnsi="LiberationSerif"/>
          <w:color w:val="000000"/>
          <w:sz w:val="28"/>
          <w:szCs w:val="28"/>
        </w:rPr>
        <w:t xml:space="preserve"> wanted to unpack </w:t>
      </w:r>
      <w:r w:rsidR="00872799">
        <w:rPr>
          <w:rFonts w:ascii="LiberationSerif" w:eastAsia="LiberationSerif" w:hAnsi="LiberationSerif"/>
          <w:color w:val="000000"/>
          <w:sz w:val="28"/>
          <w:szCs w:val="28"/>
        </w:rPr>
        <w:t>my</w:t>
      </w:r>
      <w:r w:rsidR="0021134B" w:rsidRPr="00E44301">
        <w:rPr>
          <w:rFonts w:ascii="LiberationSerif" w:eastAsia="LiberationSerif" w:hAnsi="LiberationSerif"/>
          <w:color w:val="000000"/>
          <w:sz w:val="28"/>
          <w:szCs w:val="28"/>
        </w:rPr>
        <w:t xml:space="preserve"> gear</w:t>
      </w:r>
      <w:r w:rsidR="00872799">
        <w:rPr>
          <w:rFonts w:ascii="LiberationSerif" w:eastAsia="LiberationSerif" w:hAnsi="LiberationSerif"/>
          <w:color w:val="000000"/>
          <w:sz w:val="28"/>
          <w:szCs w:val="28"/>
        </w:rPr>
        <w:t xml:space="preserve">, </w:t>
      </w:r>
      <w:r w:rsidR="0021134B" w:rsidRPr="00E44301">
        <w:rPr>
          <w:rFonts w:ascii="LiberationSerif" w:eastAsia="LiberationSerif" w:hAnsi="LiberationSerif"/>
          <w:color w:val="000000"/>
          <w:sz w:val="28"/>
          <w:szCs w:val="28"/>
        </w:rPr>
        <w:t xml:space="preserve">but </w:t>
      </w:r>
      <w:r w:rsidR="00872799" w:rsidRPr="00E44301">
        <w:rPr>
          <w:rFonts w:ascii="LiberationSerif" w:eastAsia="LiberationSerif" w:hAnsi="LiberationSerif"/>
          <w:color w:val="000000"/>
          <w:sz w:val="28"/>
          <w:szCs w:val="28"/>
        </w:rPr>
        <w:t>Liliana</w:t>
      </w:r>
      <w:r w:rsidR="0021134B" w:rsidRPr="00E44301">
        <w:rPr>
          <w:rFonts w:ascii="LiberationSerif" w:eastAsia="LiberationSerif" w:hAnsi="LiberationSerif"/>
          <w:color w:val="000000"/>
          <w:sz w:val="28"/>
          <w:szCs w:val="28"/>
        </w:rPr>
        <w:t xml:space="preserve"> showed no signs of slowing for </w:t>
      </w:r>
      <w:r w:rsidR="00872799">
        <w:rPr>
          <w:rFonts w:ascii="LiberationSerif" w:eastAsia="LiberationSerif" w:hAnsi="LiberationSerif"/>
          <w:color w:val="000000"/>
          <w:sz w:val="28"/>
          <w:szCs w:val="28"/>
        </w:rPr>
        <w:t>me</w:t>
      </w:r>
      <w:r w:rsidR="0021134B" w:rsidRPr="00E44301">
        <w:rPr>
          <w:rFonts w:ascii="LiberationSerif" w:eastAsia="LiberationSerif" w:hAnsi="LiberationSerif"/>
          <w:color w:val="000000"/>
          <w:sz w:val="28"/>
          <w:szCs w:val="28"/>
        </w:rPr>
        <w:t xml:space="preserve">. </w:t>
      </w:r>
      <w:r w:rsidRPr="00E44301">
        <w:rPr>
          <w:rFonts w:ascii="LiberationSerif" w:eastAsia="LiberationSerif" w:hAnsi="LiberationSerif"/>
          <w:color w:val="000000"/>
          <w:sz w:val="28"/>
          <w:szCs w:val="28"/>
        </w:rPr>
        <w:t xml:space="preserve"> </w:t>
      </w:r>
      <w:r w:rsidR="00872799">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felt utterly out of </w:t>
      </w:r>
      <w:r w:rsidR="00872799">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depth, a fish out of water</w:t>
      </w:r>
      <w:r w:rsidR="00872799">
        <w:rPr>
          <w:rFonts w:ascii="LiberationSerif" w:eastAsia="LiberationSerif" w:hAnsi="LiberationSerif"/>
          <w:color w:val="000000"/>
          <w:sz w:val="28"/>
          <w:szCs w:val="28"/>
        </w:rPr>
        <w:t xml:space="preserve"> if you will, I thought with a chuckle.</w:t>
      </w:r>
      <w:r w:rsidRPr="00E44301">
        <w:rPr>
          <w:rFonts w:ascii="LiberationSerif" w:eastAsia="LiberationSerif" w:hAnsi="LiberationSerif"/>
          <w:color w:val="000000"/>
          <w:sz w:val="28"/>
          <w:szCs w:val="28"/>
        </w:rPr>
        <w:t xml:space="preserve"> </w:t>
      </w:r>
      <w:r w:rsidR="00872799">
        <w:rPr>
          <w:rFonts w:ascii="LiberationSerif" w:eastAsia="LiberationSerif" w:hAnsi="LiberationSerif"/>
          <w:color w:val="000000"/>
          <w:sz w:val="28"/>
          <w:szCs w:val="28"/>
        </w:rPr>
        <w:t>E</w:t>
      </w:r>
      <w:r w:rsidRPr="00E44301">
        <w:rPr>
          <w:rFonts w:ascii="LiberationSerif" w:eastAsia="LiberationSerif" w:hAnsi="LiberationSerif"/>
          <w:color w:val="000000"/>
          <w:sz w:val="28"/>
          <w:szCs w:val="28"/>
        </w:rPr>
        <w:t>xcept this water was teeming with unseen predators and crawling with things that would make even a seasoned soldier scream.</w:t>
      </w:r>
    </w:p>
    <w:p w14:paraId="0E40E96D" w14:textId="1777AED6" w:rsidR="008130CF" w:rsidRPr="00E44301" w:rsidRDefault="00000000"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Then, </w:t>
      </w:r>
      <w:r w:rsidR="00872799">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t>
      </w:r>
      <w:r w:rsidR="0021134B" w:rsidRPr="00E44301">
        <w:rPr>
          <w:rFonts w:ascii="LiberationSerif" w:eastAsia="LiberationSerif" w:hAnsi="LiberationSerif"/>
          <w:color w:val="000000"/>
          <w:sz w:val="28"/>
          <w:szCs w:val="28"/>
        </w:rPr>
        <w:t>heard</w:t>
      </w:r>
      <w:r w:rsidRPr="00E44301">
        <w:rPr>
          <w:rFonts w:ascii="LiberationSerif" w:eastAsia="LiberationSerif" w:hAnsi="LiberationSerif"/>
          <w:color w:val="000000"/>
          <w:sz w:val="28"/>
          <w:szCs w:val="28"/>
        </w:rPr>
        <w:t xml:space="preserve"> it.</w:t>
      </w:r>
    </w:p>
    <w:p w14:paraId="3EC59157" w14:textId="2DA66EBF" w:rsidR="0021134B" w:rsidRPr="00E44301" w:rsidRDefault="0021134B"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A </w:t>
      </w:r>
      <w:r w:rsidR="00E210B8" w:rsidRPr="00E44301">
        <w:rPr>
          <w:rFonts w:ascii="LiberationSerif" w:eastAsia="LiberationSerif" w:hAnsi="LiberationSerif"/>
          <w:color w:val="000000"/>
          <w:sz w:val="28"/>
          <w:szCs w:val="28"/>
        </w:rPr>
        <w:t xml:space="preserve">wet, guttural wheeze that sounded like a dying animal. </w:t>
      </w:r>
      <w:r w:rsidR="00872799">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froze, crouching low behind a moss-covered boulder. Liliana seems to have disappeared and left </w:t>
      </w:r>
      <w:r w:rsidR="00872799">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alone. She did say she </w:t>
      </w:r>
      <w:r w:rsidR="00A52588" w:rsidRPr="00E44301">
        <w:rPr>
          <w:rFonts w:ascii="LiberationSerif" w:eastAsia="LiberationSerif" w:hAnsi="LiberationSerif"/>
          <w:color w:val="000000"/>
          <w:sz w:val="28"/>
          <w:szCs w:val="28"/>
        </w:rPr>
        <w:t>wouldn’t</w:t>
      </w:r>
      <w:r w:rsidR="00E210B8" w:rsidRPr="00E44301">
        <w:rPr>
          <w:rFonts w:ascii="LiberationSerif" w:eastAsia="LiberationSerif" w:hAnsi="LiberationSerif"/>
          <w:color w:val="000000"/>
          <w:sz w:val="28"/>
          <w:szCs w:val="28"/>
        </w:rPr>
        <w:t xml:space="preserve"> protect </w:t>
      </w:r>
      <w:r w:rsidR="00872799">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She could have at least left her sword for </w:t>
      </w:r>
      <w:r w:rsidR="00872799">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w:t>
      </w:r>
      <w:r w:rsidR="00872799">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should have pulled </w:t>
      </w:r>
      <w:r w:rsidR="00872799">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m4 out. </w:t>
      </w:r>
      <w:r w:rsidR="00872799">
        <w:rPr>
          <w:rFonts w:ascii="LiberationSerif" w:eastAsia="LiberationSerif" w:hAnsi="LiberationSerif"/>
          <w:color w:val="000000"/>
          <w:sz w:val="28"/>
          <w:szCs w:val="28"/>
        </w:rPr>
        <w:t xml:space="preserve">I am </w:t>
      </w:r>
      <w:r w:rsidR="00E210B8" w:rsidRPr="00E44301">
        <w:rPr>
          <w:rFonts w:ascii="LiberationSerif" w:eastAsia="LiberationSerif" w:hAnsi="LiberationSerif"/>
          <w:color w:val="000000"/>
          <w:sz w:val="28"/>
          <w:szCs w:val="28"/>
        </w:rPr>
        <w:t xml:space="preserve">a </w:t>
      </w:r>
      <w:proofErr w:type="gramStart"/>
      <w:r w:rsidR="00E210B8" w:rsidRPr="00E44301">
        <w:rPr>
          <w:rFonts w:ascii="LiberationSerif" w:eastAsia="LiberationSerif" w:hAnsi="LiberationSerif"/>
          <w:color w:val="000000"/>
          <w:sz w:val="28"/>
          <w:szCs w:val="28"/>
        </w:rPr>
        <w:t>Soldier</w:t>
      </w:r>
      <w:r w:rsidR="00872799">
        <w:rPr>
          <w:rFonts w:ascii="LiberationSerif" w:eastAsia="LiberationSerif" w:hAnsi="LiberationSerif"/>
          <w:color w:val="000000"/>
          <w:sz w:val="28"/>
          <w:szCs w:val="28"/>
        </w:rPr>
        <w:t>,</w:t>
      </w:r>
      <w:proofErr w:type="gramEnd"/>
      <w:r w:rsidR="00E210B8" w:rsidRPr="00E44301">
        <w:rPr>
          <w:rFonts w:ascii="LiberationSerif" w:eastAsia="LiberationSerif" w:hAnsi="LiberationSerif"/>
          <w:color w:val="000000"/>
          <w:sz w:val="28"/>
          <w:szCs w:val="28"/>
        </w:rPr>
        <w:t xml:space="preserve"> </w:t>
      </w:r>
      <w:r w:rsidR="00872799">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know better than this. The sound came again, closer this time. Followed by the sound of squelching feet on the damp forest floor. </w:t>
      </w:r>
    </w:p>
    <w:p w14:paraId="39330134" w14:textId="034C5693" w:rsidR="00E210B8" w:rsidRPr="00E44301" w:rsidRDefault="00872799" w:rsidP="003166C8">
      <w:pPr>
        <w:autoSpaceDE w:val="0"/>
        <w:autoSpaceDN w:val="0"/>
        <w:spacing w:before="388" w:after="0" w:line="332"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peered around the rock and saw the creature making that horrible sound.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scrambled and pulled </w:t>
      </w:r>
      <w:r>
        <w:rPr>
          <w:rFonts w:ascii="LiberationSerif" w:eastAsia="LiberationSerif" w:hAnsi="LiberationSerif"/>
          <w:color w:val="000000"/>
          <w:sz w:val="28"/>
          <w:szCs w:val="28"/>
        </w:rPr>
        <w:t>my packaged and sealed</w:t>
      </w:r>
      <w:r w:rsidR="00E210B8" w:rsidRPr="00E44301">
        <w:rPr>
          <w:rFonts w:ascii="LiberationSerif" w:eastAsia="LiberationSerif" w:hAnsi="LiberationSerif"/>
          <w:color w:val="000000"/>
          <w:sz w:val="28"/>
          <w:szCs w:val="28"/>
        </w:rPr>
        <w:t xml:space="preserve"> M4 from his back and that’s all it took. The Goblin saw </w:t>
      </w:r>
      <w:r>
        <w:rPr>
          <w:rFonts w:ascii="LiberationSerif" w:eastAsia="LiberationSerif" w:hAnsi="LiberationSerif"/>
          <w:color w:val="000000"/>
          <w:sz w:val="28"/>
          <w:szCs w:val="28"/>
        </w:rPr>
        <w:t xml:space="preserve">me </w:t>
      </w:r>
      <w:r w:rsidR="00E210B8" w:rsidRPr="00E44301">
        <w:rPr>
          <w:rFonts w:ascii="LiberationSerif" w:eastAsia="LiberationSerif" w:hAnsi="LiberationSerif"/>
          <w:color w:val="000000"/>
          <w:sz w:val="28"/>
          <w:szCs w:val="28"/>
        </w:rPr>
        <w:t xml:space="preserve">and jumped. It was covered in grotesque boils as it </w:t>
      </w:r>
      <w:r w:rsidR="00A52588" w:rsidRPr="00E44301">
        <w:rPr>
          <w:rFonts w:ascii="LiberationSerif" w:eastAsia="LiberationSerif" w:hAnsi="LiberationSerif"/>
          <w:color w:val="000000"/>
          <w:sz w:val="28"/>
          <w:szCs w:val="28"/>
        </w:rPr>
        <w:t>descended</w:t>
      </w:r>
      <w:r w:rsidR="00E210B8" w:rsidRPr="00E44301">
        <w:rPr>
          <w:rFonts w:ascii="LiberationSerif" w:eastAsia="LiberationSerif" w:hAnsi="LiberationSerif"/>
          <w:color w:val="000000"/>
          <w:sz w:val="28"/>
          <w:szCs w:val="28"/>
        </w:rPr>
        <w:t xml:space="preserve"> towards </w:t>
      </w:r>
      <w:r>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Oozing a yellowish puss that looked as if it were burning the </w:t>
      </w:r>
      <w:r w:rsidR="00A52588" w:rsidRPr="00E44301">
        <w:rPr>
          <w:rFonts w:ascii="LiberationSerif" w:eastAsia="LiberationSerif" w:hAnsi="LiberationSerif"/>
          <w:color w:val="000000"/>
          <w:sz w:val="28"/>
          <w:szCs w:val="28"/>
        </w:rPr>
        <w:t>creature’s</w:t>
      </w:r>
      <w:r w:rsidR="00E210B8" w:rsidRPr="00E44301">
        <w:rPr>
          <w:rFonts w:ascii="LiberationSerif" w:eastAsia="LiberationSerif" w:hAnsi="LiberationSerif"/>
          <w:color w:val="000000"/>
          <w:sz w:val="28"/>
          <w:szCs w:val="28"/>
        </w:rPr>
        <w:t xml:space="preserve"> skin.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rolled to the side but lost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packaged rifle in the move. Guess it</w:t>
      </w:r>
      <w:r>
        <w:rPr>
          <w:rFonts w:ascii="LiberationSerif" w:eastAsia="LiberationSerif" w:hAnsi="LiberationSerif"/>
          <w:color w:val="000000"/>
          <w:sz w:val="28"/>
          <w:szCs w:val="28"/>
        </w:rPr>
        <w:t>’</w:t>
      </w:r>
      <w:r w:rsidR="00E210B8" w:rsidRPr="00E44301">
        <w:rPr>
          <w:rFonts w:ascii="LiberationSerif" w:eastAsia="LiberationSerif" w:hAnsi="LiberationSerif"/>
          <w:color w:val="000000"/>
          <w:sz w:val="28"/>
          <w:szCs w:val="28"/>
        </w:rPr>
        <w:t xml:space="preserve">s just me and my knife. It was fast, and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had no idea </w:t>
      </w:r>
      <w:r>
        <w:rPr>
          <w:rFonts w:ascii="LiberationSerif" w:eastAsia="LiberationSerif" w:hAnsi="LiberationSerif"/>
          <w:color w:val="000000"/>
          <w:sz w:val="28"/>
          <w:szCs w:val="28"/>
        </w:rPr>
        <w:t>what I was doing.</w:t>
      </w:r>
      <w:r w:rsidR="00E210B8"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Yet I knew, t</w:t>
      </w:r>
      <w:r w:rsidR="00E210B8" w:rsidRPr="00E44301">
        <w:rPr>
          <w:rFonts w:ascii="LiberationSerif" w:eastAsia="LiberationSerif" w:hAnsi="LiberationSerif"/>
          <w:color w:val="000000"/>
          <w:sz w:val="28"/>
          <w:szCs w:val="28"/>
        </w:rPr>
        <w:t xml:space="preserve">here was no running. The goblin turned to face </w:t>
      </w:r>
      <w:r>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its rotting and puss</w:t>
      </w:r>
      <w:r>
        <w:rPr>
          <w:rFonts w:ascii="LiberationSerif" w:eastAsia="LiberationSerif" w:hAnsi="LiberationSerif"/>
          <w:color w:val="000000"/>
          <w:sz w:val="28"/>
          <w:szCs w:val="28"/>
        </w:rPr>
        <w:t>-</w:t>
      </w:r>
      <w:r w:rsidR="00E210B8" w:rsidRPr="00E44301">
        <w:rPr>
          <w:rFonts w:ascii="LiberationSerif" w:eastAsia="LiberationSerif" w:hAnsi="LiberationSerif"/>
          <w:color w:val="000000"/>
          <w:sz w:val="28"/>
          <w:szCs w:val="28"/>
        </w:rPr>
        <w:t xml:space="preserve">filled face grinning. Sharp teeth that looked like they could tear </w:t>
      </w:r>
      <w:r>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apart with ease. </w:t>
      </w:r>
      <w:r w:rsidRPr="00E44301">
        <w:rPr>
          <w:rFonts w:ascii="LiberationSerif" w:eastAsia="LiberationSerif" w:hAnsi="LiberationSerif"/>
          <w:color w:val="000000"/>
          <w:sz w:val="28"/>
          <w:szCs w:val="28"/>
        </w:rPr>
        <w:t>It</w:t>
      </w:r>
      <w:r>
        <w:rPr>
          <w:rFonts w:ascii="LiberationSerif" w:eastAsia="LiberationSerif" w:hAnsi="LiberationSerif"/>
          <w:color w:val="000000"/>
          <w:sz w:val="28"/>
          <w:szCs w:val="28"/>
        </w:rPr>
        <w:t>s</w:t>
      </w:r>
      <w:r w:rsidR="00E210B8" w:rsidRPr="00E44301">
        <w:rPr>
          <w:rFonts w:ascii="LiberationSerif" w:eastAsia="LiberationSerif" w:hAnsi="LiberationSerif"/>
          <w:color w:val="000000"/>
          <w:sz w:val="28"/>
          <w:szCs w:val="28"/>
        </w:rPr>
        <w:t xml:space="preserve"> movements were jerky, almost insect</w:t>
      </w:r>
      <w:r>
        <w:rPr>
          <w:rFonts w:ascii="LiberationSerif" w:eastAsia="LiberationSerif" w:hAnsi="LiberationSerif"/>
          <w:color w:val="000000"/>
          <w:sz w:val="28"/>
          <w:szCs w:val="28"/>
        </w:rPr>
        <w:t>-</w:t>
      </w:r>
      <w:r w:rsidR="00E210B8" w:rsidRPr="00E44301">
        <w:rPr>
          <w:rFonts w:ascii="LiberationSerif" w:eastAsia="LiberationSerif" w:hAnsi="LiberationSerif"/>
          <w:color w:val="000000"/>
          <w:sz w:val="28"/>
          <w:szCs w:val="28"/>
        </w:rPr>
        <w:t xml:space="preserve">like. It crouched and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knew it was about to charge. As </w:t>
      </w:r>
      <w:r w:rsidR="000D250E" w:rsidRPr="00E44301">
        <w:rPr>
          <w:rFonts w:ascii="LiberationSerif" w:eastAsia="LiberationSerif" w:hAnsi="LiberationSerif"/>
          <w:color w:val="000000"/>
          <w:sz w:val="28"/>
          <w:szCs w:val="28"/>
        </w:rPr>
        <w:t>it</w:t>
      </w:r>
      <w:r w:rsidR="00E210B8" w:rsidRPr="00E44301">
        <w:rPr>
          <w:rFonts w:ascii="LiberationSerif" w:eastAsia="LiberationSerif" w:hAnsi="LiberationSerif"/>
          <w:color w:val="000000"/>
          <w:sz w:val="28"/>
          <w:szCs w:val="28"/>
        </w:rPr>
        <w:t xml:space="preserve"> did</w:t>
      </w:r>
      <w:r w:rsidR="000D250E">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w:t>
      </w:r>
      <w:r w:rsidR="000D250E">
        <w:rPr>
          <w:rFonts w:ascii="LiberationSerif" w:eastAsia="LiberationSerif" w:hAnsi="LiberationSerif"/>
          <w:color w:val="000000"/>
          <w:sz w:val="28"/>
          <w:szCs w:val="28"/>
        </w:rPr>
        <w:t>side</w:t>
      </w:r>
      <w:r w:rsidR="00E210B8" w:rsidRPr="00E44301">
        <w:rPr>
          <w:rFonts w:ascii="LiberationSerif" w:eastAsia="LiberationSerif" w:hAnsi="LiberationSerif"/>
          <w:color w:val="000000"/>
          <w:sz w:val="28"/>
          <w:szCs w:val="28"/>
        </w:rPr>
        <w:t xml:space="preserve">stepped and thrust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blade into the </w:t>
      </w:r>
      <w:r w:rsidR="000D250E" w:rsidRPr="00E44301">
        <w:rPr>
          <w:rFonts w:ascii="LiberationSerif" w:eastAsia="LiberationSerif" w:hAnsi="LiberationSerif"/>
          <w:color w:val="000000"/>
          <w:sz w:val="28"/>
          <w:szCs w:val="28"/>
        </w:rPr>
        <w:t>creatur</w:t>
      </w:r>
      <w:r w:rsidR="000D250E">
        <w:rPr>
          <w:rFonts w:ascii="LiberationSerif" w:eastAsia="LiberationSerif" w:hAnsi="LiberationSerif"/>
          <w:color w:val="000000"/>
          <w:sz w:val="28"/>
          <w:szCs w:val="28"/>
        </w:rPr>
        <w:t>e</w:t>
      </w:r>
      <w:r w:rsidR="000D250E" w:rsidRPr="00E44301">
        <w:rPr>
          <w:rFonts w:ascii="LiberationSerif" w:eastAsia="LiberationSerif" w:hAnsi="LiberationSerif"/>
          <w:color w:val="000000"/>
          <w:sz w:val="28"/>
          <w:szCs w:val="28"/>
        </w:rPr>
        <w:t>’s</w:t>
      </w:r>
      <w:r w:rsidR="00E210B8" w:rsidRPr="00E44301">
        <w:rPr>
          <w:rFonts w:ascii="LiberationSerif" w:eastAsia="LiberationSerif" w:hAnsi="LiberationSerif"/>
          <w:color w:val="000000"/>
          <w:sz w:val="28"/>
          <w:szCs w:val="28"/>
        </w:rPr>
        <w:t xml:space="preserve"> chest.  The momentum ripped the knife fro</w:t>
      </w:r>
      <w:r w:rsidR="000D250E">
        <w:rPr>
          <w:rFonts w:ascii="LiberationSerif" w:eastAsia="LiberationSerif" w:hAnsi="LiberationSerif"/>
          <w:color w:val="000000"/>
          <w:sz w:val="28"/>
          <w:szCs w:val="28"/>
        </w:rPr>
        <w:t>m</w:t>
      </w:r>
      <w:r w:rsidR="00E210B8"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grip but that’s ok</w:t>
      </w:r>
      <w:r>
        <w:rPr>
          <w:rFonts w:ascii="LiberationSerif" w:eastAsia="LiberationSerif" w:hAnsi="LiberationSerif"/>
          <w:color w:val="000000"/>
          <w:sz w:val="28"/>
          <w:szCs w:val="28"/>
        </w:rPr>
        <w:t>, nothing survives a 12-inch dive knife to the chest</w:t>
      </w:r>
      <w:r w:rsidR="00E210B8" w:rsidRPr="00E44301">
        <w:rPr>
          <w:rFonts w:ascii="LiberationSerif" w:eastAsia="LiberationSerif" w:hAnsi="LiberationSerif"/>
          <w:color w:val="000000"/>
          <w:sz w:val="28"/>
          <w:szCs w:val="28"/>
        </w:rPr>
        <w:t xml:space="preserve">. The goblin looked at </w:t>
      </w:r>
      <w:r>
        <w:rPr>
          <w:rFonts w:ascii="LiberationSerif" w:eastAsia="LiberationSerif" w:hAnsi="LiberationSerif"/>
          <w:color w:val="000000"/>
          <w:sz w:val="28"/>
          <w:szCs w:val="28"/>
        </w:rPr>
        <w:t>me</w:t>
      </w:r>
      <w:r w:rsidR="00E210B8" w:rsidRPr="00E44301">
        <w:rPr>
          <w:rFonts w:ascii="LiberationSerif" w:eastAsia="LiberationSerif" w:hAnsi="LiberationSerif"/>
          <w:color w:val="000000"/>
          <w:sz w:val="28"/>
          <w:szCs w:val="28"/>
        </w:rPr>
        <w:t xml:space="preserve"> and grinned, pulling the knife out.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frantically looked for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rifle or a </w:t>
      </w:r>
      <w:r w:rsidR="000D250E" w:rsidRPr="00E44301">
        <w:rPr>
          <w:rFonts w:ascii="LiberationSerif" w:eastAsia="LiberationSerif" w:hAnsi="LiberationSerif"/>
          <w:color w:val="000000"/>
          <w:sz w:val="28"/>
          <w:szCs w:val="28"/>
        </w:rPr>
        <w:t>stick</w:t>
      </w:r>
      <w:r w:rsidR="00E210B8" w:rsidRPr="00E44301">
        <w:rPr>
          <w:rFonts w:ascii="LiberationSerif" w:eastAsia="LiberationSerif" w:hAnsi="LiberationSerif"/>
          <w:color w:val="000000"/>
          <w:sz w:val="28"/>
          <w:szCs w:val="28"/>
        </w:rPr>
        <w:t xml:space="preserve"> or something</w:t>
      </w:r>
      <w:r w:rsidR="004134A6">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4134A6">
        <w:rPr>
          <w:rFonts w:ascii="LiberationSerif" w:eastAsia="LiberationSerif" w:hAnsi="LiberationSerif"/>
          <w:color w:val="000000"/>
          <w:sz w:val="28"/>
          <w:szCs w:val="28"/>
        </w:rPr>
        <w:t xml:space="preserve"> could use to fight back</w:t>
      </w:r>
      <w:r w:rsidR="00E210B8" w:rsidRPr="00E44301">
        <w:rPr>
          <w:rFonts w:ascii="LiberationSerif" w:eastAsia="LiberationSerif" w:hAnsi="LiberationSerif"/>
          <w:color w:val="000000"/>
          <w:sz w:val="28"/>
          <w:szCs w:val="28"/>
        </w:rPr>
        <w:t xml:space="preserve">. </w:t>
      </w:r>
    </w:p>
    <w:p w14:paraId="28DC8AE4" w14:textId="1787E398" w:rsidR="00CD3549" w:rsidRDefault="00E210B8"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Th</w:t>
      </w:r>
      <w:r w:rsidR="004134A6">
        <w:rPr>
          <w:rFonts w:ascii="LiberationSerif" w:eastAsia="LiberationSerif" w:hAnsi="LiberationSerif"/>
          <w:color w:val="000000"/>
          <w:sz w:val="28"/>
          <w:szCs w:val="28"/>
        </w:rPr>
        <w:t>en…</w:t>
      </w:r>
      <w:r w:rsidRPr="00E44301">
        <w:rPr>
          <w:rFonts w:ascii="LiberationSerif" w:eastAsia="LiberationSerif" w:hAnsi="LiberationSerif"/>
          <w:color w:val="000000"/>
          <w:sz w:val="28"/>
          <w:szCs w:val="28"/>
        </w:rPr>
        <w:t xml:space="preserve"> </w:t>
      </w:r>
      <w:r w:rsidR="00872799">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saw it. </w:t>
      </w:r>
    </w:p>
    <w:p w14:paraId="4D876C49" w14:textId="34A06721" w:rsidR="00E210B8" w:rsidRPr="00E44301" w:rsidRDefault="00872799" w:rsidP="003166C8">
      <w:pPr>
        <w:autoSpaceDE w:val="0"/>
        <w:autoSpaceDN w:val="0"/>
        <w:spacing w:before="388" w:after="0" w:line="332"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lastRenderedPageBreak/>
        <w:t>My</w:t>
      </w:r>
      <w:r w:rsidR="00E210B8" w:rsidRPr="00E44301">
        <w:rPr>
          <w:rFonts w:ascii="LiberationSerif" w:eastAsia="LiberationSerif" w:hAnsi="LiberationSerif"/>
          <w:color w:val="000000"/>
          <w:sz w:val="28"/>
          <w:szCs w:val="28"/>
        </w:rPr>
        <w:t xml:space="preserve"> rifle</w:t>
      </w:r>
      <w:r w:rsidR="00CD3549">
        <w:rPr>
          <w:rFonts w:ascii="LiberationSerif" w:eastAsia="LiberationSerif" w:hAnsi="LiberationSerif"/>
          <w:color w:val="000000"/>
          <w:sz w:val="28"/>
          <w:szCs w:val="28"/>
        </w:rPr>
        <w:t>.</w:t>
      </w:r>
      <w:r w:rsidR="00E210B8" w:rsidRPr="00E44301">
        <w:rPr>
          <w:rFonts w:ascii="LiberationSerif" w:eastAsia="LiberationSerif" w:hAnsi="LiberationSerif"/>
          <w:color w:val="000000"/>
          <w:sz w:val="28"/>
          <w:szCs w:val="28"/>
        </w:rPr>
        <w:t xml:space="preserve"> </w:t>
      </w:r>
      <w:r w:rsidR="004134A6">
        <w:rPr>
          <w:rFonts w:ascii="LiberationSerif" w:eastAsia="LiberationSerif" w:hAnsi="LiberationSerif"/>
          <w:color w:val="000000"/>
          <w:sz w:val="28"/>
          <w:szCs w:val="28"/>
        </w:rPr>
        <w:t xml:space="preserve">Lodged in the dirt.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lunged for it hoping </w:t>
      </w:r>
      <w:r>
        <w:rPr>
          <w:rFonts w:ascii="LiberationSerif" w:eastAsia="LiberationSerif" w:hAnsi="LiberationSerif"/>
          <w:color w:val="000000"/>
          <w:sz w:val="28"/>
          <w:szCs w:val="28"/>
        </w:rPr>
        <w:t>I’d</w:t>
      </w:r>
      <w:r w:rsidR="00E210B8" w:rsidRPr="00E44301">
        <w:rPr>
          <w:rFonts w:ascii="LiberationSerif" w:eastAsia="LiberationSerif" w:hAnsi="LiberationSerif"/>
          <w:color w:val="000000"/>
          <w:sz w:val="28"/>
          <w:szCs w:val="28"/>
        </w:rPr>
        <w:t xml:space="preserve"> be able to get a single round into that </w:t>
      </w:r>
      <w:r>
        <w:rPr>
          <w:rFonts w:ascii="LiberationSerif" w:eastAsia="LiberationSerif" w:hAnsi="LiberationSerif"/>
          <w:color w:val="000000"/>
          <w:sz w:val="28"/>
          <w:szCs w:val="28"/>
        </w:rPr>
        <w:t xml:space="preserve">horrible monster’s </w:t>
      </w:r>
      <w:r w:rsidR="00E210B8" w:rsidRPr="00E44301">
        <w:rPr>
          <w:rFonts w:ascii="LiberationSerif" w:eastAsia="LiberationSerif" w:hAnsi="LiberationSerif"/>
          <w:color w:val="000000"/>
          <w:sz w:val="28"/>
          <w:szCs w:val="28"/>
        </w:rPr>
        <w:t xml:space="preserve">face. But luck, was not on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side, as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lunged for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rifle </w:t>
      </w:r>
      <w:r>
        <w:rPr>
          <w:rFonts w:ascii="LiberationSerif" w:eastAsia="LiberationSerif" w:hAnsi="LiberationSerif"/>
          <w:color w:val="000000"/>
          <w:sz w:val="28"/>
          <w:szCs w:val="28"/>
        </w:rPr>
        <w:t>my</w:t>
      </w:r>
      <w:r w:rsidR="00E210B8" w:rsidRPr="00E44301">
        <w:rPr>
          <w:rFonts w:ascii="LiberationSerif" w:eastAsia="LiberationSerif" w:hAnsi="LiberationSerif"/>
          <w:color w:val="000000"/>
          <w:sz w:val="28"/>
          <w:szCs w:val="28"/>
        </w:rPr>
        <w:t xml:space="preserve"> boot hit something </w:t>
      </w:r>
      <w:r w:rsidR="000D250E" w:rsidRPr="00E44301">
        <w:rPr>
          <w:rFonts w:ascii="LiberationSerif" w:eastAsia="LiberationSerif" w:hAnsi="LiberationSerif"/>
          <w:color w:val="000000"/>
          <w:sz w:val="28"/>
          <w:szCs w:val="28"/>
        </w:rPr>
        <w:t>hard,</w:t>
      </w:r>
      <w:r w:rsidR="00E210B8" w:rsidRPr="00E44301">
        <w:rPr>
          <w:rFonts w:ascii="LiberationSerif" w:eastAsia="LiberationSerif" w:hAnsi="LiberationSerif"/>
          <w:color w:val="000000"/>
          <w:sz w:val="28"/>
          <w:szCs w:val="28"/>
        </w:rPr>
        <w:t xml:space="preserve"> and </w:t>
      </w:r>
      <w:r>
        <w:rPr>
          <w:rFonts w:ascii="LiberationSerif" w:eastAsia="LiberationSerif" w:hAnsi="LiberationSerif"/>
          <w:color w:val="000000"/>
          <w:sz w:val="28"/>
          <w:szCs w:val="28"/>
        </w:rPr>
        <w:t>I</w:t>
      </w:r>
      <w:r w:rsidR="00E210B8" w:rsidRPr="00E44301">
        <w:rPr>
          <w:rFonts w:ascii="LiberationSerif" w:eastAsia="LiberationSerif" w:hAnsi="LiberationSerif"/>
          <w:color w:val="000000"/>
          <w:sz w:val="28"/>
          <w:szCs w:val="28"/>
        </w:rPr>
        <w:t xml:space="preserve"> fell forward. Although, this may have been the best thing to happen. </w:t>
      </w:r>
      <w:r w:rsidR="00FD0C11" w:rsidRPr="00E44301">
        <w:rPr>
          <w:rFonts w:ascii="LiberationSerif" w:eastAsia="LiberationSerif" w:hAnsi="LiberationSerif"/>
          <w:color w:val="000000"/>
          <w:sz w:val="28"/>
          <w:szCs w:val="28"/>
        </w:rPr>
        <w:t xml:space="preserve">As the goblin flew over </w:t>
      </w:r>
      <w:r>
        <w:rPr>
          <w:rFonts w:ascii="LiberationSerif" w:eastAsia="LiberationSerif" w:hAnsi="LiberationSerif"/>
          <w:color w:val="000000"/>
          <w:sz w:val="28"/>
          <w:szCs w:val="28"/>
        </w:rPr>
        <w:t>my</w:t>
      </w:r>
      <w:r w:rsidR="00FD0C11" w:rsidRPr="00E44301">
        <w:rPr>
          <w:rFonts w:ascii="LiberationSerif" w:eastAsia="LiberationSerif" w:hAnsi="LiberationSerif"/>
          <w:color w:val="000000"/>
          <w:sz w:val="28"/>
          <w:szCs w:val="28"/>
        </w:rPr>
        <w:t xml:space="preserve"> head. </w:t>
      </w:r>
      <w:r>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looked down to see what </w:t>
      </w:r>
      <w:r>
        <w:rPr>
          <w:rFonts w:ascii="LiberationSerif" w:eastAsia="LiberationSerif" w:hAnsi="LiberationSerif"/>
          <w:color w:val="000000"/>
          <w:sz w:val="28"/>
          <w:szCs w:val="28"/>
        </w:rPr>
        <w:t>my</w:t>
      </w:r>
      <w:r w:rsidR="00FD0C11" w:rsidRPr="00E44301">
        <w:rPr>
          <w:rFonts w:ascii="LiberationSerif" w:eastAsia="LiberationSerif" w:hAnsi="LiberationSerif"/>
          <w:color w:val="000000"/>
          <w:sz w:val="28"/>
          <w:szCs w:val="28"/>
        </w:rPr>
        <w:t xml:space="preserve"> boot caught on and saw a glimmer of something metal. It was as if the world slowed, the noises lowered, the groaning of the gobbling disappeared</w:t>
      </w:r>
      <w:r>
        <w:rPr>
          <w:rFonts w:ascii="LiberationSerif" w:eastAsia="LiberationSerif" w:hAnsi="LiberationSerif"/>
          <w:color w:val="000000"/>
          <w:sz w:val="28"/>
          <w:szCs w:val="28"/>
        </w:rPr>
        <w:t>.</w:t>
      </w:r>
      <w:r w:rsidR="00FD0C11"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There was only me</w:t>
      </w:r>
      <w:r w:rsidR="00FD0C11" w:rsidRPr="00E44301">
        <w:rPr>
          <w:rFonts w:ascii="LiberationSerif" w:eastAsia="LiberationSerif" w:hAnsi="LiberationSerif"/>
          <w:color w:val="000000"/>
          <w:sz w:val="28"/>
          <w:szCs w:val="28"/>
        </w:rPr>
        <w:t xml:space="preserve">, and this shiny metal in the ground. </w:t>
      </w:r>
      <w:r>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reached down </w:t>
      </w:r>
      <w:r w:rsidR="000D250E" w:rsidRPr="00E44301">
        <w:rPr>
          <w:rFonts w:ascii="LiberationSerif" w:eastAsia="LiberationSerif" w:hAnsi="LiberationSerif"/>
          <w:color w:val="000000"/>
          <w:sz w:val="28"/>
          <w:szCs w:val="28"/>
        </w:rPr>
        <w:t>a</w:t>
      </w:r>
      <w:r w:rsidR="000D250E">
        <w:rPr>
          <w:rFonts w:ascii="LiberationSerif" w:eastAsia="LiberationSerif" w:hAnsi="LiberationSerif"/>
          <w:color w:val="000000"/>
          <w:sz w:val="28"/>
          <w:szCs w:val="28"/>
        </w:rPr>
        <w:t xml:space="preserve">nd </w:t>
      </w:r>
      <w:r w:rsidR="00FD0C11" w:rsidRPr="00E44301">
        <w:rPr>
          <w:rFonts w:ascii="LiberationSerif" w:eastAsia="LiberationSerif" w:hAnsi="LiberationSerif"/>
          <w:color w:val="000000"/>
          <w:sz w:val="28"/>
          <w:szCs w:val="28"/>
        </w:rPr>
        <w:t xml:space="preserve">grabbed it. A torrent of power flowed through </w:t>
      </w:r>
      <w:r>
        <w:rPr>
          <w:rFonts w:ascii="LiberationSerif" w:eastAsia="LiberationSerif" w:hAnsi="LiberationSerif"/>
          <w:color w:val="000000"/>
          <w:sz w:val="28"/>
          <w:szCs w:val="28"/>
        </w:rPr>
        <w:t>me. Pulling, it</w:t>
      </w:r>
      <w:r w:rsidR="00FD0C11"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 xml:space="preserve">slid out. It was a </w:t>
      </w:r>
      <w:r w:rsidR="00FD0C11" w:rsidRPr="00E44301">
        <w:rPr>
          <w:rFonts w:ascii="LiberationSerif" w:eastAsia="LiberationSerif" w:hAnsi="LiberationSerif"/>
          <w:color w:val="000000"/>
          <w:sz w:val="28"/>
          <w:szCs w:val="28"/>
        </w:rPr>
        <w:t xml:space="preserve">faintly blue glowing sword, ornately carved and deadly looking. Like </w:t>
      </w:r>
      <w:r w:rsidR="000D250E" w:rsidRPr="00E44301">
        <w:rPr>
          <w:rFonts w:ascii="LiberationSerif" w:eastAsia="LiberationSerif" w:hAnsi="LiberationSerif"/>
          <w:color w:val="000000"/>
          <w:sz w:val="28"/>
          <w:szCs w:val="28"/>
        </w:rPr>
        <w:t>some</w:t>
      </w:r>
      <w:r w:rsidR="00FD0C11" w:rsidRPr="00E44301">
        <w:rPr>
          <w:rFonts w:ascii="LiberationSerif" w:eastAsia="LiberationSerif" w:hAnsi="LiberationSerif"/>
          <w:color w:val="000000"/>
          <w:sz w:val="28"/>
          <w:szCs w:val="28"/>
        </w:rPr>
        <w:t>thing straight from a fantasy novel. Adrenaline coursed t</w:t>
      </w:r>
      <w:r w:rsidR="00E44301">
        <w:rPr>
          <w:rFonts w:ascii="LiberationSerif" w:eastAsia="LiberationSerif" w:hAnsi="LiberationSerif"/>
          <w:color w:val="000000"/>
          <w:sz w:val="28"/>
          <w:szCs w:val="28"/>
        </w:rPr>
        <w:t>hr</w:t>
      </w:r>
      <w:r w:rsidR="00FD0C11" w:rsidRPr="00E44301">
        <w:rPr>
          <w:rFonts w:ascii="LiberationSerif" w:eastAsia="LiberationSerif" w:hAnsi="LiberationSerif"/>
          <w:color w:val="000000"/>
          <w:sz w:val="28"/>
          <w:szCs w:val="28"/>
        </w:rPr>
        <w:t xml:space="preserve">ough </w:t>
      </w:r>
      <w:r w:rsidR="00E44301">
        <w:rPr>
          <w:rFonts w:ascii="LiberationSerif" w:eastAsia="LiberationSerif" w:hAnsi="LiberationSerif"/>
          <w:color w:val="000000"/>
          <w:sz w:val="28"/>
          <w:szCs w:val="28"/>
        </w:rPr>
        <w:t>Me</w:t>
      </w:r>
      <w:r w:rsidR="00FD0C11" w:rsidRPr="00E44301">
        <w:rPr>
          <w:rFonts w:ascii="LiberationSerif" w:eastAsia="LiberationSerif" w:hAnsi="LiberationSerif"/>
          <w:color w:val="000000"/>
          <w:sz w:val="28"/>
          <w:szCs w:val="28"/>
        </w:rPr>
        <w:t xml:space="preserve">. </w:t>
      </w:r>
      <w:r w:rsidR="00E44301">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felt </w:t>
      </w:r>
      <w:r w:rsidR="00E44301" w:rsidRPr="00E44301">
        <w:rPr>
          <w:rFonts w:ascii="LiberationSerif" w:eastAsia="LiberationSerif" w:hAnsi="LiberationSerif"/>
          <w:color w:val="000000"/>
          <w:sz w:val="28"/>
          <w:szCs w:val="28"/>
        </w:rPr>
        <w:t>more</w:t>
      </w:r>
      <w:r w:rsidR="00FD0C11" w:rsidRPr="00E44301">
        <w:rPr>
          <w:rFonts w:ascii="LiberationSerif" w:eastAsia="LiberationSerif" w:hAnsi="LiberationSerif"/>
          <w:color w:val="000000"/>
          <w:sz w:val="28"/>
          <w:szCs w:val="28"/>
        </w:rPr>
        <w:t xml:space="preserve"> alive and </w:t>
      </w:r>
      <w:r w:rsidR="00E44301" w:rsidRPr="00E44301">
        <w:rPr>
          <w:rFonts w:ascii="LiberationSerif" w:eastAsia="LiberationSerif" w:hAnsi="LiberationSerif"/>
          <w:color w:val="000000"/>
          <w:sz w:val="28"/>
          <w:szCs w:val="28"/>
        </w:rPr>
        <w:t>stronger</w:t>
      </w:r>
      <w:r w:rsidR="00FD0C11" w:rsidRPr="00E44301">
        <w:rPr>
          <w:rFonts w:ascii="LiberationSerif" w:eastAsia="LiberationSerif" w:hAnsi="LiberationSerif"/>
          <w:color w:val="000000"/>
          <w:sz w:val="28"/>
          <w:szCs w:val="28"/>
        </w:rPr>
        <w:t xml:space="preserve"> than </w:t>
      </w:r>
      <w:r w:rsidR="000D250E">
        <w:rPr>
          <w:rFonts w:ascii="LiberationSerif" w:eastAsia="LiberationSerif" w:hAnsi="LiberationSerif"/>
          <w:color w:val="000000"/>
          <w:sz w:val="28"/>
          <w:szCs w:val="28"/>
        </w:rPr>
        <w:t>I’</w:t>
      </w:r>
      <w:r w:rsidR="00E44301">
        <w:rPr>
          <w:rFonts w:ascii="LiberationSerif" w:eastAsia="LiberationSerif" w:hAnsi="LiberationSerif"/>
          <w:color w:val="000000"/>
          <w:sz w:val="28"/>
          <w:szCs w:val="28"/>
        </w:rPr>
        <w:t>ve</w:t>
      </w:r>
      <w:r w:rsidR="00FD0C11" w:rsidRPr="00E44301">
        <w:rPr>
          <w:rFonts w:ascii="LiberationSerif" w:eastAsia="LiberationSerif" w:hAnsi="LiberationSerif"/>
          <w:color w:val="000000"/>
          <w:sz w:val="28"/>
          <w:szCs w:val="28"/>
        </w:rPr>
        <w:t xml:space="preserve"> ever had in </w:t>
      </w:r>
      <w:r w:rsidR="00E44301">
        <w:rPr>
          <w:rFonts w:ascii="LiberationSerif" w:eastAsia="LiberationSerif" w:hAnsi="LiberationSerif"/>
          <w:color w:val="000000"/>
          <w:sz w:val="28"/>
          <w:szCs w:val="28"/>
        </w:rPr>
        <w:t>my</w:t>
      </w:r>
      <w:r w:rsidR="00FD0C11" w:rsidRPr="00E44301">
        <w:rPr>
          <w:rFonts w:ascii="LiberationSerif" w:eastAsia="LiberationSerif" w:hAnsi="LiberationSerif"/>
          <w:color w:val="000000"/>
          <w:sz w:val="28"/>
          <w:szCs w:val="28"/>
        </w:rPr>
        <w:t xml:space="preserve"> life. And with that everything came rushing back</w:t>
      </w:r>
      <w:r w:rsidR="00E44301">
        <w:rPr>
          <w:rFonts w:ascii="LiberationSerif" w:eastAsia="LiberationSerif" w:hAnsi="LiberationSerif"/>
          <w:color w:val="000000"/>
          <w:sz w:val="28"/>
          <w:szCs w:val="28"/>
        </w:rPr>
        <w:t>. I</w:t>
      </w:r>
      <w:r w:rsidR="00FD0C11" w:rsidRPr="00E44301">
        <w:rPr>
          <w:rFonts w:ascii="LiberationSerif" w:eastAsia="LiberationSerif" w:hAnsi="LiberationSerif"/>
          <w:color w:val="000000"/>
          <w:sz w:val="28"/>
          <w:szCs w:val="28"/>
        </w:rPr>
        <w:t xml:space="preserve"> felt a mental tug to lift the sword. And right at that </w:t>
      </w:r>
      <w:r w:rsidR="000D250E" w:rsidRPr="00E44301">
        <w:rPr>
          <w:rFonts w:ascii="LiberationSerif" w:eastAsia="LiberationSerif" w:hAnsi="LiberationSerif"/>
          <w:color w:val="000000"/>
          <w:sz w:val="28"/>
          <w:szCs w:val="28"/>
        </w:rPr>
        <w:t>moment</w:t>
      </w:r>
      <w:r w:rsidR="00FD0C11" w:rsidRPr="00E44301">
        <w:rPr>
          <w:rFonts w:ascii="LiberationSerif" w:eastAsia="LiberationSerif" w:hAnsi="LiberationSerif"/>
          <w:color w:val="000000"/>
          <w:sz w:val="28"/>
          <w:szCs w:val="28"/>
        </w:rPr>
        <w:t xml:space="preserve"> the gobl</w:t>
      </w:r>
      <w:r w:rsidR="00E44301">
        <w:rPr>
          <w:rFonts w:ascii="LiberationSerif" w:eastAsia="LiberationSerif" w:hAnsi="LiberationSerif"/>
          <w:color w:val="000000"/>
          <w:sz w:val="28"/>
          <w:szCs w:val="28"/>
        </w:rPr>
        <w:t>in</w:t>
      </w:r>
      <w:r w:rsidR="00FD0C11" w:rsidRPr="00E44301">
        <w:rPr>
          <w:rFonts w:ascii="LiberationSerif" w:eastAsia="LiberationSerif" w:hAnsi="LiberationSerif"/>
          <w:color w:val="000000"/>
          <w:sz w:val="28"/>
          <w:szCs w:val="28"/>
        </w:rPr>
        <w:t xml:space="preserve"> hit the sword and fell to the side. That same mental tug told </w:t>
      </w:r>
      <w:r w:rsidR="00E44301">
        <w:rPr>
          <w:rFonts w:ascii="LiberationSerif" w:eastAsia="LiberationSerif" w:hAnsi="LiberationSerif"/>
          <w:color w:val="000000"/>
          <w:sz w:val="28"/>
          <w:szCs w:val="28"/>
        </w:rPr>
        <w:t>me</w:t>
      </w:r>
      <w:r w:rsidR="00FD0C11" w:rsidRPr="00E44301">
        <w:rPr>
          <w:rFonts w:ascii="LiberationSerif" w:eastAsia="LiberationSerif" w:hAnsi="LiberationSerif"/>
          <w:color w:val="000000"/>
          <w:sz w:val="28"/>
          <w:szCs w:val="28"/>
        </w:rPr>
        <w:t xml:space="preserve"> to lif</w:t>
      </w:r>
      <w:r w:rsidR="00E44301">
        <w:rPr>
          <w:rFonts w:ascii="LiberationSerif" w:eastAsia="LiberationSerif" w:hAnsi="LiberationSerif"/>
          <w:color w:val="000000"/>
          <w:sz w:val="28"/>
          <w:szCs w:val="28"/>
        </w:rPr>
        <w:t>t</w:t>
      </w:r>
      <w:r w:rsidR="00FD0C11" w:rsidRPr="00E44301">
        <w:rPr>
          <w:rFonts w:ascii="LiberationSerif" w:eastAsia="LiberationSerif" w:hAnsi="LiberationSerif"/>
          <w:color w:val="000000"/>
          <w:sz w:val="28"/>
          <w:szCs w:val="28"/>
        </w:rPr>
        <w:t xml:space="preserve"> the sword and swing downward while stepping to the left. Confused and disoriented but feeling like </w:t>
      </w:r>
      <w:r w:rsidR="00E44301" w:rsidRPr="00E44301">
        <w:rPr>
          <w:rFonts w:ascii="LiberationSerif" w:eastAsia="LiberationSerif" w:hAnsi="LiberationSerif"/>
          <w:color w:val="000000"/>
          <w:sz w:val="28"/>
          <w:szCs w:val="28"/>
        </w:rPr>
        <w:t>Thor</w:t>
      </w:r>
      <w:r w:rsidR="00FD0C11" w:rsidRPr="00E44301">
        <w:rPr>
          <w:rFonts w:ascii="LiberationSerif" w:eastAsia="LiberationSerif" w:hAnsi="LiberationSerif"/>
          <w:color w:val="000000"/>
          <w:sz w:val="28"/>
          <w:szCs w:val="28"/>
        </w:rPr>
        <w:t xml:space="preserve"> or Hercules himself, </w:t>
      </w:r>
      <w:r>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followed the pull. The gobbling dove </w:t>
      </w:r>
      <w:r w:rsidR="00E44301" w:rsidRPr="00E44301">
        <w:rPr>
          <w:rFonts w:ascii="LiberationSerif" w:eastAsia="LiberationSerif" w:hAnsi="LiberationSerif"/>
          <w:color w:val="000000"/>
          <w:sz w:val="28"/>
          <w:szCs w:val="28"/>
        </w:rPr>
        <w:t>one</w:t>
      </w:r>
      <w:r w:rsidR="00FD0C11" w:rsidRPr="00E44301">
        <w:rPr>
          <w:rFonts w:ascii="LiberationSerif" w:eastAsia="LiberationSerif" w:hAnsi="LiberationSerif"/>
          <w:color w:val="000000"/>
          <w:sz w:val="28"/>
          <w:szCs w:val="28"/>
        </w:rPr>
        <w:t xml:space="preserve"> last time and as </w:t>
      </w:r>
      <w:r>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followed the pulls the sword slammed down </w:t>
      </w:r>
      <w:r w:rsidR="00E44301" w:rsidRPr="00E44301">
        <w:rPr>
          <w:rFonts w:ascii="LiberationSerif" w:eastAsia="LiberationSerif" w:hAnsi="LiberationSerif"/>
          <w:color w:val="000000"/>
          <w:sz w:val="28"/>
          <w:szCs w:val="28"/>
        </w:rPr>
        <w:t>into</w:t>
      </w:r>
      <w:r w:rsidR="00FD0C11" w:rsidRPr="00E44301">
        <w:rPr>
          <w:rFonts w:ascii="LiberationSerif" w:eastAsia="LiberationSerif" w:hAnsi="LiberationSerif"/>
          <w:color w:val="000000"/>
          <w:sz w:val="28"/>
          <w:szCs w:val="28"/>
        </w:rPr>
        <w:t xml:space="preserve"> the back of the goblins neck, severing it. The head </w:t>
      </w:r>
      <w:r w:rsidR="00E44301" w:rsidRPr="00E44301">
        <w:rPr>
          <w:rFonts w:ascii="LiberationSerif" w:eastAsia="LiberationSerif" w:hAnsi="LiberationSerif"/>
          <w:color w:val="000000"/>
          <w:sz w:val="28"/>
          <w:szCs w:val="28"/>
        </w:rPr>
        <w:t>rolled</w:t>
      </w:r>
      <w:r w:rsidR="00FD0C11" w:rsidRPr="00E44301">
        <w:rPr>
          <w:rFonts w:ascii="LiberationSerif" w:eastAsia="LiberationSerif" w:hAnsi="LiberationSerif"/>
          <w:color w:val="000000"/>
          <w:sz w:val="28"/>
          <w:szCs w:val="28"/>
        </w:rPr>
        <w:t xml:space="preserve"> and the goblin laid still. The wind </w:t>
      </w:r>
      <w:r w:rsidR="00E44301" w:rsidRPr="00E44301">
        <w:rPr>
          <w:rFonts w:ascii="LiberationSerif" w:eastAsia="LiberationSerif" w:hAnsi="LiberationSerif"/>
          <w:color w:val="000000"/>
          <w:sz w:val="28"/>
          <w:szCs w:val="28"/>
        </w:rPr>
        <w:t>rustling</w:t>
      </w:r>
      <w:r w:rsidR="00FD0C11" w:rsidRPr="00E44301">
        <w:rPr>
          <w:rFonts w:ascii="LiberationSerif" w:eastAsia="LiberationSerif" w:hAnsi="LiberationSerif"/>
          <w:color w:val="000000"/>
          <w:sz w:val="28"/>
          <w:szCs w:val="28"/>
        </w:rPr>
        <w:t xml:space="preserve"> the trees and his </w:t>
      </w:r>
      <w:r w:rsidR="00E44301" w:rsidRPr="00E44301">
        <w:rPr>
          <w:rFonts w:ascii="LiberationSerif" w:eastAsia="LiberationSerif" w:hAnsi="LiberationSerif"/>
          <w:color w:val="000000"/>
          <w:sz w:val="28"/>
          <w:szCs w:val="28"/>
        </w:rPr>
        <w:t>raged</w:t>
      </w:r>
      <w:r w:rsidR="00FD0C11" w:rsidRPr="00E44301">
        <w:rPr>
          <w:rFonts w:ascii="LiberationSerif" w:eastAsia="LiberationSerif" w:hAnsi="LiberationSerif"/>
          <w:color w:val="000000"/>
          <w:sz w:val="28"/>
          <w:szCs w:val="28"/>
        </w:rPr>
        <w:t xml:space="preserve"> breath was all he could he</w:t>
      </w:r>
      <w:r w:rsidR="00765E7F">
        <w:rPr>
          <w:rFonts w:ascii="LiberationSerif" w:eastAsia="LiberationSerif" w:hAnsi="LiberationSerif"/>
          <w:color w:val="000000"/>
          <w:sz w:val="28"/>
          <w:szCs w:val="28"/>
        </w:rPr>
        <w:t>ar</w:t>
      </w:r>
      <w:r w:rsidR="00FD0C11"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FD0C11" w:rsidRPr="00E44301">
        <w:rPr>
          <w:rFonts w:ascii="LiberationSerif" w:eastAsia="LiberationSerif" w:hAnsi="LiberationSerif"/>
          <w:color w:val="000000"/>
          <w:sz w:val="28"/>
          <w:szCs w:val="28"/>
        </w:rPr>
        <w:t xml:space="preserve"> rai</w:t>
      </w:r>
      <w:r>
        <w:rPr>
          <w:rFonts w:ascii="LiberationSerif" w:eastAsia="LiberationSerif" w:hAnsi="LiberationSerif"/>
          <w:color w:val="000000"/>
          <w:sz w:val="28"/>
          <w:szCs w:val="28"/>
        </w:rPr>
        <w:t>s</w:t>
      </w:r>
      <w:r w:rsidR="00FD0C11" w:rsidRPr="00E44301">
        <w:rPr>
          <w:rFonts w:ascii="LiberationSerif" w:eastAsia="LiberationSerif" w:hAnsi="LiberationSerif"/>
          <w:color w:val="000000"/>
          <w:sz w:val="28"/>
          <w:szCs w:val="28"/>
        </w:rPr>
        <w:t xml:space="preserve">ed the sword to look at it. </w:t>
      </w:r>
    </w:p>
    <w:p w14:paraId="5CB85A63" w14:textId="32E338F3" w:rsidR="00FD0C11" w:rsidRPr="00E44301" w:rsidRDefault="00FD0C11"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It radiated with an unworldly glow and power, its blade had a blue tinge as if it was glowing, pulsing, as if it was happy to have been swung. The goblin</w:t>
      </w:r>
      <w:r w:rsidR="00CB1C2B">
        <w:rPr>
          <w:rFonts w:ascii="LiberationSerif" w:eastAsia="LiberationSerif" w:hAnsi="LiberationSerif"/>
          <w:color w:val="000000"/>
          <w:sz w:val="28"/>
          <w:szCs w:val="28"/>
        </w:rPr>
        <w:t>’</w:t>
      </w:r>
      <w:r w:rsidRPr="00E44301">
        <w:rPr>
          <w:rFonts w:ascii="LiberationSerif" w:eastAsia="LiberationSerif" w:hAnsi="LiberationSerif"/>
          <w:color w:val="000000"/>
          <w:sz w:val="28"/>
          <w:szCs w:val="28"/>
        </w:rPr>
        <w:t xml:space="preserve">s blood dripped off leaving the blade </w:t>
      </w:r>
      <w:r w:rsidR="00E44301" w:rsidRPr="00E44301">
        <w:rPr>
          <w:rFonts w:ascii="LiberationSerif" w:eastAsia="LiberationSerif" w:hAnsi="LiberationSerif"/>
          <w:color w:val="000000"/>
          <w:sz w:val="28"/>
          <w:szCs w:val="28"/>
        </w:rPr>
        <w:t>pristine</w:t>
      </w:r>
      <w:r w:rsidRPr="00E44301">
        <w:rPr>
          <w:rFonts w:ascii="LiberationSerif" w:eastAsia="LiberationSerif" w:hAnsi="LiberationSerif"/>
          <w:color w:val="000000"/>
          <w:sz w:val="28"/>
          <w:szCs w:val="28"/>
        </w:rPr>
        <w:t xml:space="preserve"> without even having to wipe it off. The metal itself was a silvery tone that looked as if it were forged from starlight itself. Runes were etched on both sides. Filling the fuller. The runes seemed to almost dance and shift on the blade. </w:t>
      </w:r>
    </w:p>
    <w:p w14:paraId="4D140301" w14:textId="0771F5FE" w:rsidR="00FD0C11" w:rsidRPr="00E44301" w:rsidRDefault="00FD0C11"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The </w:t>
      </w:r>
      <w:r w:rsidR="00E44301" w:rsidRPr="00E44301">
        <w:rPr>
          <w:rFonts w:ascii="LiberationSerif" w:eastAsia="LiberationSerif" w:hAnsi="LiberationSerif"/>
          <w:color w:val="000000"/>
          <w:sz w:val="28"/>
          <w:szCs w:val="28"/>
        </w:rPr>
        <w:t>cross guard</w:t>
      </w:r>
      <w:r w:rsidRPr="00E44301">
        <w:rPr>
          <w:rFonts w:ascii="LiberationSerif" w:eastAsia="LiberationSerif" w:hAnsi="LiberationSerif"/>
          <w:color w:val="000000"/>
          <w:sz w:val="28"/>
          <w:szCs w:val="28"/>
        </w:rPr>
        <w:t xml:space="preserve"> was equally radiant. It flared slightly </w:t>
      </w:r>
      <w:r w:rsidR="00E44301" w:rsidRPr="00E44301">
        <w:rPr>
          <w:rFonts w:ascii="LiberationSerif" w:eastAsia="LiberationSerif" w:hAnsi="LiberationSerif"/>
          <w:color w:val="000000"/>
          <w:sz w:val="28"/>
          <w:szCs w:val="28"/>
        </w:rPr>
        <w:t>outward like</w:t>
      </w:r>
      <w:r w:rsidR="004D4CC5" w:rsidRPr="00E44301">
        <w:rPr>
          <w:rFonts w:ascii="LiberationSerif" w:eastAsia="LiberationSerif" w:hAnsi="LiberationSerif"/>
          <w:color w:val="000000"/>
          <w:sz w:val="28"/>
          <w:szCs w:val="28"/>
        </w:rPr>
        <w:t xml:space="preserve"> a pair of protective horns. At its center, set into the </w:t>
      </w:r>
      <w:r w:rsidR="00E44301" w:rsidRPr="00E44301">
        <w:rPr>
          <w:rFonts w:ascii="LiberationSerif" w:eastAsia="LiberationSerif" w:hAnsi="LiberationSerif"/>
          <w:color w:val="000000"/>
          <w:sz w:val="28"/>
          <w:szCs w:val="28"/>
        </w:rPr>
        <w:t>cross guard</w:t>
      </w:r>
      <w:r w:rsidR="004D4CC5" w:rsidRPr="00E44301">
        <w:rPr>
          <w:rFonts w:ascii="LiberationSerif" w:eastAsia="LiberationSerif" w:hAnsi="LiberationSerif"/>
          <w:color w:val="000000"/>
          <w:sz w:val="28"/>
          <w:szCs w:val="28"/>
        </w:rPr>
        <w:t xml:space="preserve"> was a single oval</w:t>
      </w:r>
      <w:r w:rsidR="00CB1C2B">
        <w:rPr>
          <w:rFonts w:ascii="LiberationSerif" w:eastAsia="LiberationSerif" w:hAnsi="LiberationSerif"/>
          <w:color w:val="000000"/>
          <w:sz w:val="28"/>
          <w:szCs w:val="28"/>
        </w:rPr>
        <w:t>-</w:t>
      </w:r>
      <w:r w:rsidR="004D4CC5" w:rsidRPr="00E44301">
        <w:rPr>
          <w:rFonts w:ascii="LiberationSerif" w:eastAsia="LiberationSerif" w:hAnsi="LiberationSerif"/>
          <w:color w:val="000000"/>
          <w:sz w:val="28"/>
          <w:szCs w:val="28"/>
        </w:rPr>
        <w:t xml:space="preserve">shaped </w:t>
      </w:r>
      <w:r w:rsidR="00E44301" w:rsidRPr="00E44301">
        <w:rPr>
          <w:rFonts w:ascii="LiberationSerif" w:eastAsia="LiberationSerif" w:hAnsi="LiberationSerif"/>
          <w:color w:val="000000"/>
          <w:sz w:val="28"/>
          <w:szCs w:val="28"/>
        </w:rPr>
        <w:t>jewel. Large</w:t>
      </w:r>
      <w:r w:rsidR="004D4CC5" w:rsidRPr="00E44301">
        <w:rPr>
          <w:rFonts w:ascii="LiberationSerif" w:eastAsia="LiberationSerif" w:hAnsi="LiberationSerif"/>
          <w:color w:val="000000"/>
          <w:sz w:val="28"/>
          <w:szCs w:val="28"/>
        </w:rPr>
        <w:t xml:space="preserve"> and perfectly smooth. The jewel pulsed </w:t>
      </w:r>
      <w:r w:rsidR="00E44301" w:rsidRPr="00E44301">
        <w:rPr>
          <w:rFonts w:ascii="LiberationSerif" w:eastAsia="LiberationSerif" w:hAnsi="LiberationSerif"/>
          <w:color w:val="000000"/>
          <w:sz w:val="28"/>
          <w:szCs w:val="28"/>
        </w:rPr>
        <w:t>rhythmically</w:t>
      </w:r>
      <w:r w:rsidR="004D4CC5" w:rsidRPr="00E44301">
        <w:rPr>
          <w:rFonts w:ascii="LiberationSerif" w:eastAsia="LiberationSerif" w:hAnsi="LiberationSerif"/>
          <w:color w:val="000000"/>
          <w:sz w:val="28"/>
          <w:szCs w:val="28"/>
        </w:rPr>
        <w:t xml:space="preserve">, and </w:t>
      </w:r>
      <w:r w:rsidR="00872799">
        <w:rPr>
          <w:rFonts w:ascii="LiberationSerif" w:eastAsia="LiberationSerif" w:hAnsi="LiberationSerif"/>
          <w:color w:val="000000"/>
          <w:sz w:val="28"/>
          <w:szCs w:val="28"/>
        </w:rPr>
        <w:t>I</w:t>
      </w:r>
      <w:r w:rsidR="004D4CC5" w:rsidRPr="00E44301">
        <w:rPr>
          <w:rFonts w:ascii="LiberationSerif" w:eastAsia="LiberationSerif" w:hAnsi="LiberationSerif"/>
          <w:color w:val="000000"/>
          <w:sz w:val="28"/>
          <w:szCs w:val="28"/>
        </w:rPr>
        <w:t xml:space="preserve"> </w:t>
      </w:r>
      <w:r w:rsidR="00E44301" w:rsidRPr="00E44301">
        <w:rPr>
          <w:rFonts w:ascii="LiberationSerif" w:eastAsia="LiberationSerif" w:hAnsi="LiberationSerif"/>
          <w:color w:val="000000"/>
          <w:sz w:val="28"/>
          <w:szCs w:val="28"/>
        </w:rPr>
        <w:t>felt</w:t>
      </w:r>
      <w:r w:rsidR="004D4CC5" w:rsidRPr="00E44301">
        <w:rPr>
          <w:rFonts w:ascii="LiberationSerif" w:eastAsia="LiberationSerif" w:hAnsi="LiberationSerif"/>
          <w:color w:val="000000"/>
          <w:sz w:val="28"/>
          <w:szCs w:val="28"/>
        </w:rPr>
        <w:t xml:space="preserve"> as if each pulse burrowed deeper into his soul. Its deep sapphire hues swirl like one of the harshest ocean storms on </w:t>
      </w:r>
      <w:r w:rsidR="00CB1C2B">
        <w:rPr>
          <w:rFonts w:ascii="LiberationSerif" w:eastAsia="LiberationSerif" w:hAnsi="LiberationSerif"/>
          <w:color w:val="000000"/>
          <w:sz w:val="28"/>
          <w:szCs w:val="28"/>
        </w:rPr>
        <w:t>E</w:t>
      </w:r>
      <w:r w:rsidR="004D4CC5" w:rsidRPr="00E44301">
        <w:rPr>
          <w:rFonts w:ascii="LiberationSerif" w:eastAsia="LiberationSerif" w:hAnsi="LiberationSerif"/>
          <w:color w:val="000000"/>
          <w:sz w:val="28"/>
          <w:szCs w:val="28"/>
        </w:rPr>
        <w:t xml:space="preserve">arth. The hilt was slightly longer than his fist. Not quite long enough to grip with two hands but long enough he could use two hands if needed. It was wrapped in </w:t>
      </w:r>
      <w:r w:rsidR="000D250E" w:rsidRPr="00E44301">
        <w:rPr>
          <w:rFonts w:ascii="LiberationSerif" w:eastAsia="LiberationSerif" w:hAnsi="LiberationSerif"/>
          <w:color w:val="000000"/>
          <w:sz w:val="28"/>
          <w:szCs w:val="28"/>
        </w:rPr>
        <w:t>leather;</w:t>
      </w:r>
      <w:r w:rsidR="004D4CC5" w:rsidRPr="00E44301">
        <w:rPr>
          <w:rFonts w:ascii="LiberationSerif" w:eastAsia="LiberationSerif" w:hAnsi="LiberationSerif"/>
          <w:color w:val="000000"/>
          <w:sz w:val="28"/>
          <w:szCs w:val="28"/>
        </w:rPr>
        <w:t xml:space="preserve"> it felt worn but worn in a way that it fit his hand perfectly. As if he had been wielding this sword for his entire life. He was so entranced by his find that he </w:t>
      </w:r>
      <w:r w:rsidR="000D250E" w:rsidRPr="00E44301">
        <w:rPr>
          <w:rFonts w:ascii="LiberationSerif" w:eastAsia="LiberationSerif" w:hAnsi="LiberationSerif"/>
          <w:color w:val="000000"/>
          <w:sz w:val="28"/>
          <w:szCs w:val="28"/>
        </w:rPr>
        <w:t>could</w:t>
      </w:r>
      <w:r w:rsidR="000D250E">
        <w:rPr>
          <w:rFonts w:ascii="LiberationSerif" w:eastAsia="LiberationSerif" w:hAnsi="LiberationSerif"/>
          <w:color w:val="000000"/>
          <w:sz w:val="28"/>
          <w:szCs w:val="28"/>
        </w:rPr>
        <w:t xml:space="preserve">n’t </w:t>
      </w:r>
      <w:r w:rsidR="004D4CC5" w:rsidRPr="00E44301">
        <w:rPr>
          <w:rFonts w:ascii="LiberationSerif" w:eastAsia="LiberationSerif" w:hAnsi="LiberationSerif"/>
          <w:color w:val="000000"/>
          <w:sz w:val="28"/>
          <w:szCs w:val="28"/>
        </w:rPr>
        <w:t>tear his graze from the sword he didn’t hear liliana coming up behind him. He heard a faint rustling of the wind and a voice. And it seemed to whisper ocean abyss.</w:t>
      </w:r>
    </w:p>
    <w:p w14:paraId="73757902" w14:textId="418794D0" w:rsidR="004D4CC5" w:rsidRPr="00E44301" w:rsidRDefault="004D4CC5"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Then he heard Liliana. </w:t>
      </w:r>
    </w:p>
    <w:p w14:paraId="4698B19A" w14:textId="6EED9DE2" w:rsidR="004D4CC5" w:rsidRPr="00E44301" w:rsidRDefault="004D4CC5" w:rsidP="003166C8">
      <w:pPr>
        <w:autoSpaceDE w:val="0"/>
        <w:autoSpaceDN w:val="0"/>
        <w:spacing w:before="388" w:after="0" w:line="332"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“Ul</w:t>
      </w:r>
      <w:r w:rsidR="004134A6">
        <w:rPr>
          <w:rFonts w:ascii="LiberationSerif" w:eastAsia="LiberationSerif" w:hAnsi="LiberationSerif"/>
          <w:color w:val="000000"/>
          <w:sz w:val="28"/>
          <w:szCs w:val="28"/>
        </w:rPr>
        <w:t>thmoil</w:t>
      </w:r>
      <w:r w:rsidRPr="00E44301">
        <w:rPr>
          <w:rFonts w:ascii="LiberationSerif" w:eastAsia="LiberationSerif" w:hAnsi="LiberationSerif"/>
          <w:color w:val="000000"/>
          <w:sz w:val="28"/>
          <w:szCs w:val="28"/>
        </w:rPr>
        <w:t xml:space="preserve">” she whispered. </w:t>
      </w:r>
    </w:p>
    <w:p w14:paraId="5AC0F645" w14:textId="77777777" w:rsidR="004D4CC5" w:rsidRPr="00E44301" w:rsidRDefault="004D4CC5" w:rsidP="003166C8">
      <w:pPr>
        <w:autoSpaceDE w:val="0"/>
        <w:autoSpaceDN w:val="0"/>
        <w:spacing w:after="0" w:line="360" w:lineRule="exact"/>
        <w:ind w:right="20"/>
        <w:rPr>
          <w:rFonts w:ascii="LiberationSerif" w:eastAsia="LiberationSerif" w:hAnsi="LiberationSerif"/>
          <w:color w:val="000000"/>
          <w:sz w:val="28"/>
          <w:szCs w:val="28"/>
        </w:rPr>
      </w:pPr>
    </w:p>
    <w:p w14:paraId="6F131F21" w14:textId="564CC8D2"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lastRenderedPageBreak/>
        <w:t xml:space="preserve">Liliana stopped, her eyes widening as she watched him. This wasn’t just any weapon; it was imbued with magic, a </w:t>
      </w:r>
      <w:r w:rsidRPr="00E44301">
        <w:rPr>
          <w:sz w:val="28"/>
          <w:szCs w:val="28"/>
        </w:rPr>
        <w:br/>
      </w:r>
      <w:r w:rsidRPr="00E44301">
        <w:rPr>
          <w:rFonts w:ascii="LiberationSerif" w:eastAsia="LiberationSerif" w:hAnsi="LiberationSerif"/>
          <w:color w:val="000000"/>
          <w:sz w:val="28"/>
          <w:szCs w:val="28"/>
        </w:rPr>
        <w:t>tangible connection to the very essence of this world.</w:t>
      </w:r>
    </w:p>
    <w:p w14:paraId="4B9E21EF"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0C88ABDD" w14:textId="7E081105" w:rsidR="008130CF" w:rsidRPr="00E44301" w:rsidRDefault="004134A6" w:rsidP="003166C8">
      <w:pPr>
        <w:autoSpaceDE w:val="0"/>
        <w:autoSpaceDN w:val="0"/>
        <w:spacing w:before="1790" w:after="0" w:line="360" w:lineRule="exact"/>
        <w:ind w:right="20"/>
        <w:rPr>
          <w:sz w:val="28"/>
          <w:szCs w:val="28"/>
        </w:rPr>
      </w:pPr>
      <w:r>
        <w:rPr>
          <w:rFonts w:ascii="LiberationSerif" w:eastAsia="LiberationSerif" w:hAnsi="LiberationSerif"/>
          <w:color w:val="000000"/>
          <w:sz w:val="28"/>
          <w:szCs w:val="28"/>
        </w:rPr>
        <w:lastRenderedPageBreak/>
        <w:t>I</w:t>
      </w:r>
      <w:r w:rsidR="00000000" w:rsidRPr="00E44301">
        <w:rPr>
          <w:rFonts w:ascii="LiberationSerif" w:eastAsia="LiberationSerif" w:hAnsi="LiberationSerif"/>
          <w:color w:val="000000"/>
          <w:sz w:val="28"/>
          <w:szCs w:val="28"/>
        </w:rPr>
        <w:t xml:space="preserve"> hefted the sword, its weight surprisingly light yet undeniably powerful. The balance was perfect, an extension of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own arm.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instinctively swung, the blade singing a silent song as it sliced through the air, leaving a shimmering trail of energy in its wake.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felt a surge of confidence, a newfound strength that replaced the gnawing uncertainty that had plagued </w:t>
      </w:r>
      <w:r>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 xml:space="preserve"> since arriv</w:t>
      </w:r>
      <w:r>
        <w:rPr>
          <w:rFonts w:ascii="LiberationSerif" w:eastAsia="LiberationSerif" w:hAnsi="LiberationSerif"/>
          <w:color w:val="000000"/>
          <w:sz w:val="28"/>
          <w:szCs w:val="28"/>
        </w:rPr>
        <w:t>ing in this fantastically horrifying world</w:t>
      </w:r>
      <w:r w:rsidR="00000000" w:rsidRPr="00E44301">
        <w:rPr>
          <w:rFonts w:ascii="LiberationSerif" w:eastAsia="LiberationSerif" w:hAnsi="LiberationSerif"/>
          <w:color w:val="000000"/>
          <w:sz w:val="28"/>
          <w:szCs w:val="28"/>
        </w:rPr>
        <w:t xml:space="preserve">. This was more than just a weapon; it was an extension of </w:t>
      </w:r>
      <w:r>
        <w:rPr>
          <w:rFonts w:ascii="LiberationSerif" w:eastAsia="LiberationSerif" w:hAnsi="LiberationSerif"/>
          <w:color w:val="000000"/>
          <w:sz w:val="28"/>
          <w:szCs w:val="28"/>
        </w:rPr>
        <w:t>myself</w:t>
      </w:r>
      <w:r w:rsidR="00000000" w:rsidRPr="00E44301">
        <w:rPr>
          <w:rFonts w:ascii="LiberationSerif" w:eastAsia="LiberationSerif" w:hAnsi="LiberationSerif"/>
          <w:color w:val="000000"/>
          <w:sz w:val="28"/>
          <w:szCs w:val="28"/>
        </w:rPr>
        <w:t xml:space="preserve">, a magical conduit amplifying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own abilities.</w:t>
      </w:r>
    </w:p>
    <w:p w14:paraId="277F0D25" w14:textId="77777777" w:rsidR="004134A6"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"What in God's name…?"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muttered, </w:t>
      </w:r>
      <w:r w:rsidR="004134A6">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voice barely audible above the sudden rustling of unseen creatures in the undergrowth. </w:t>
      </w:r>
      <w:r w:rsidR="004134A6">
        <w:rPr>
          <w:rFonts w:ascii="LiberationSerif" w:eastAsia="LiberationSerif" w:hAnsi="LiberationSerif"/>
          <w:color w:val="000000"/>
          <w:sz w:val="28"/>
          <w:szCs w:val="28"/>
        </w:rPr>
        <w:t>“</w:t>
      </w:r>
      <w:r w:rsidR="004D4CC5" w:rsidRPr="00E44301">
        <w:rPr>
          <w:rFonts w:ascii="LiberationSerif" w:eastAsia="LiberationSerif" w:hAnsi="LiberationSerif"/>
          <w:color w:val="000000"/>
          <w:sz w:val="28"/>
          <w:szCs w:val="28"/>
        </w:rPr>
        <w:t xml:space="preserve">Oceans abyss, </w:t>
      </w:r>
      <w:proofErr w:type="spellStart"/>
      <w:r w:rsidR="004D4CC5" w:rsidRPr="00E44301">
        <w:rPr>
          <w:rFonts w:ascii="LiberationSerif" w:eastAsia="LiberationSerif" w:hAnsi="LiberationSerif"/>
          <w:color w:val="000000"/>
          <w:sz w:val="28"/>
          <w:szCs w:val="28"/>
        </w:rPr>
        <w:t>Ulth</w:t>
      </w:r>
      <w:proofErr w:type="spellEnd"/>
      <w:r w:rsidR="004D4CC5" w:rsidRPr="00E44301">
        <w:rPr>
          <w:rFonts w:ascii="LiberationSerif" w:eastAsia="LiberationSerif" w:hAnsi="LiberationSerif"/>
          <w:color w:val="000000"/>
          <w:sz w:val="28"/>
          <w:szCs w:val="28"/>
        </w:rPr>
        <w:t xml:space="preserve"> something</w:t>
      </w:r>
      <w:r w:rsidR="004134A6">
        <w:rPr>
          <w:rFonts w:ascii="LiberationSerif" w:eastAsia="LiberationSerif" w:hAnsi="LiberationSerif"/>
          <w:color w:val="000000"/>
          <w:sz w:val="28"/>
          <w:szCs w:val="28"/>
        </w:rPr>
        <w:t>?</w:t>
      </w:r>
      <w:r w:rsidR="004D4CC5" w:rsidRPr="00E44301">
        <w:rPr>
          <w:rFonts w:ascii="LiberationSerif" w:eastAsia="LiberationSerif" w:hAnsi="LiberationSerif"/>
          <w:color w:val="000000"/>
          <w:sz w:val="28"/>
          <w:szCs w:val="28"/>
        </w:rPr>
        <w:t xml:space="preserve"> randomly appearing swords, dead goblins, what in the Fuck. Is happening.</w:t>
      </w:r>
      <w:r w:rsidR="004134A6">
        <w:rPr>
          <w:rFonts w:ascii="LiberationSerif" w:eastAsia="LiberationSerif" w:hAnsi="LiberationSerif"/>
          <w:color w:val="000000"/>
          <w:sz w:val="28"/>
          <w:szCs w:val="28"/>
        </w:rPr>
        <w:t xml:space="preserve">” </w:t>
      </w:r>
    </w:p>
    <w:p w14:paraId="28F709FE" w14:textId="4A89E766" w:rsidR="00CB1C2B" w:rsidRDefault="004134A6"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felt a connection to the sword, a kinship that transcended the mere physical. It responded to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thoughts,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intent. It felt as if the sword were an extension of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will, a living entity bound to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very being.</w:t>
      </w:r>
      <w:r w:rsidR="004D4CC5" w:rsidRPr="00E44301">
        <w:rPr>
          <w:rFonts w:ascii="LiberationSerif" w:eastAsia="LiberationSerif" w:hAnsi="LiberationSerif"/>
          <w:color w:val="000000"/>
          <w:sz w:val="28"/>
          <w:szCs w:val="28"/>
        </w:rPr>
        <w:t xml:space="preserve"> It guided </w:t>
      </w:r>
      <w:r>
        <w:rPr>
          <w:rFonts w:ascii="LiberationSerif" w:eastAsia="LiberationSerif" w:hAnsi="LiberationSerif"/>
          <w:color w:val="000000"/>
          <w:sz w:val="28"/>
          <w:szCs w:val="28"/>
        </w:rPr>
        <w:t>me</w:t>
      </w:r>
      <w:r w:rsidR="004D4CC5" w:rsidRPr="00E44301">
        <w:rPr>
          <w:rFonts w:ascii="LiberationSerif" w:eastAsia="LiberationSerif" w:hAnsi="LiberationSerif"/>
          <w:color w:val="000000"/>
          <w:sz w:val="28"/>
          <w:szCs w:val="28"/>
        </w:rPr>
        <w:t>.</w:t>
      </w:r>
    </w:p>
    <w:p w14:paraId="1A25DD3B" w14:textId="6A35B1E8" w:rsidR="008130CF" w:rsidRPr="00CB1C2B"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Liliana, her initial surprise giving way to a mixture of fascination and apprehension, approached cautiously.</w:t>
      </w:r>
    </w:p>
    <w:p w14:paraId="39A4DD5A" w14:textId="2C5ED554"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"That's…a bonded sword," she whispered, her voice laced with a mixture of awe and fear. "</w:t>
      </w:r>
      <w:r w:rsidR="004134A6">
        <w:rPr>
          <w:rFonts w:ascii="LiberationSerif" w:eastAsia="LiberationSerif" w:hAnsi="LiberationSerif"/>
          <w:color w:val="000000"/>
          <w:sz w:val="28"/>
          <w:szCs w:val="28"/>
        </w:rPr>
        <w:t>We have n</w:t>
      </w:r>
      <w:r w:rsidRPr="00E44301">
        <w:rPr>
          <w:rFonts w:ascii="LiberationSerif" w:eastAsia="LiberationSerif" w:hAnsi="LiberationSerif"/>
          <w:color w:val="000000"/>
          <w:sz w:val="28"/>
          <w:szCs w:val="28"/>
        </w:rPr>
        <w:t>ot seen one of those in centuries. They're incredibly rare, imbued with the power of a fallen god."</w:t>
      </w:r>
    </w:p>
    <w:p w14:paraId="04CC9306" w14:textId="583204BC"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He examined the sword more closely. Runes, intricate and ancient, covered the hilt and the blade itself, glowing faintly with an inner </w:t>
      </w:r>
      <w:r w:rsidR="004134A6">
        <w:rPr>
          <w:rFonts w:ascii="LiberationSerif" w:eastAsia="LiberationSerif" w:hAnsi="LiberationSerif"/>
          <w:color w:val="000000"/>
          <w:sz w:val="28"/>
          <w:szCs w:val="28"/>
        </w:rPr>
        <w:t xml:space="preserve">blue </w:t>
      </w:r>
      <w:r w:rsidRPr="00E44301">
        <w:rPr>
          <w:rFonts w:ascii="LiberationSerif" w:eastAsia="LiberationSerif" w:hAnsi="LiberationSerif"/>
          <w:color w:val="000000"/>
          <w:sz w:val="28"/>
          <w:szCs w:val="28"/>
        </w:rPr>
        <w:t xml:space="preserve">light.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ran his fingers along them, feeling a faint thrumming sensation beneath </w:t>
      </w:r>
      <w:r w:rsidR="004134A6">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touch.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t>
      </w:r>
      <w:r w:rsidRPr="00E44301">
        <w:rPr>
          <w:sz w:val="28"/>
          <w:szCs w:val="28"/>
        </w:rPr>
        <w:br/>
      </w:r>
      <w:r w:rsidRPr="00E44301">
        <w:rPr>
          <w:rFonts w:ascii="LiberationSerif" w:eastAsia="LiberationSerif" w:hAnsi="LiberationSerif"/>
          <w:color w:val="000000"/>
          <w:sz w:val="28"/>
          <w:szCs w:val="28"/>
        </w:rPr>
        <w:t xml:space="preserve">instinctively knew how to use it, the movements fluid and natural, as if </w:t>
      </w:r>
      <w:r w:rsidR="004134A6">
        <w:rPr>
          <w:rFonts w:ascii="LiberationSerif" w:eastAsia="LiberationSerif" w:hAnsi="LiberationSerif"/>
          <w:color w:val="000000"/>
          <w:sz w:val="28"/>
          <w:szCs w:val="28"/>
        </w:rPr>
        <w:t>I’d</w:t>
      </w:r>
      <w:r w:rsidRPr="00E44301">
        <w:rPr>
          <w:rFonts w:ascii="LiberationSerif" w:eastAsia="LiberationSerif" w:hAnsi="LiberationSerif"/>
          <w:color w:val="000000"/>
          <w:sz w:val="28"/>
          <w:szCs w:val="28"/>
        </w:rPr>
        <w:t xml:space="preserve"> wielded it for a lifetime.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swung again, this time cleaving a thick vine with effortless precision. The cut was clean, leaving no ragged edges, and the vine seemed to crumble into dust, as if consumed by unseen forces.</w:t>
      </w:r>
    </w:p>
    <w:p w14:paraId="3731120A"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708DE0B2" w14:textId="5784B8F0"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 xml:space="preserve">“A fallen god, </w:t>
      </w:r>
      <w:r w:rsidR="0031439E" w:rsidRPr="00E44301">
        <w:rPr>
          <w:rFonts w:ascii="LiberationSerif" w:eastAsia="LiberationSerif" w:hAnsi="LiberationSerif"/>
          <w:color w:val="000000"/>
          <w:sz w:val="28"/>
          <w:szCs w:val="28"/>
        </w:rPr>
        <w:t>huh? I can get down with that. You can call me God all you want</w:t>
      </w:r>
      <w:r w:rsidR="004134A6">
        <w:rPr>
          <w:rFonts w:ascii="LiberationSerif" w:eastAsia="LiberationSerif" w:hAnsi="LiberationSerif"/>
          <w:color w:val="000000"/>
          <w:sz w:val="28"/>
          <w:szCs w:val="28"/>
        </w:rPr>
        <w:t>.</w:t>
      </w:r>
      <w:r w:rsidRPr="00E44301">
        <w:rPr>
          <w:rFonts w:ascii="LiberationSerif" w:eastAsia="LiberationSerif" w:hAnsi="LiberationSerif"/>
          <w:color w:val="000000"/>
          <w:sz w:val="28"/>
          <w:szCs w:val="28"/>
        </w:rPr>
        <w:t xml:space="preserve">” </w:t>
      </w:r>
      <w:r w:rsidR="004134A6">
        <w:rPr>
          <w:rFonts w:ascii="LiberationSerif" w:eastAsia="LiberationSerif" w:hAnsi="LiberationSerif"/>
          <w:color w:val="000000"/>
          <w:sz w:val="28"/>
          <w:szCs w:val="28"/>
        </w:rPr>
        <w:t xml:space="preserve">I </w:t>
      </w:r>
      <w:proofErr w:type="gramStart"/>
      <w:r w:rsidR="0031439E" w:rsidRPr="00E44301">
        <w:rPr>
          <w:rFonts w:ascii="LiberationSerif" w:eastAsia="LiberationSerif" w:hAnsi="LiberationSerif"/>
          <w:color w:val="000000"/>
          <w:sz w:val="28"/>
          <w:szCs w:val="28"/>
        </w:rPr>
        <w:t>said</w:t>
      </w:r>
      <w:proofErr w:type="gramEnd"/>
      <w:r w:rsidR="0031439E" w:rsidRPr="00E44301">
        <w:rPr>
          <w:rFonts w:ascii="LiberationSerif" w:eastAsia="LiberationSerif" w:hAnsi="LiberationSerif"/>
          <w:color w:val="000000"/>
          <w:sz w:val="28"/>
          <w:szCs w:val="28"/>
        </w:rPr>
        <w:t>. Winking at Liliana</w:t>
      </w:r>
      <w:r w:rsidRPr="00E44301">
        <w:rPr>
          <w:rFonts w:ascii="LiberationSerif" w:eastAsia="LiberationSerif" w:hAnsi="LiberationSerif"/>
          <w:color w:val="000000"/>
          <w:sz w:val="28"/>
          <w:szCs w:val="28"/>
        </w:rPr>
        <w:t>, a shiver r</w:t>
      </w:r>
      <w:r w:rsidR="004134A6">
        <w:rPr>
          <w:rFonts w:ascii="LiberationSerif" w:eastAsia="LiberationSerif" w:hAnsi="LiberationSerif"/>
          <w:color w:val="000000"/>
          <w:sz w:val="28"/>
          <w:szCs w:val="28"/>
        </w:rPr>
        <w:t>an</w:t>
      </w:r>
      <w:r w:rsidRPr="00E44301">
        <w:rPr>
          <w:rFonts w:ascii="LiberationSerif" w:eastAsia="LiberationSerif" w:hAnsi="LiberationSerif"/>
          <w:color w:val="000000"/>
          <w:sz w:val="28"/>
          <w:szCs w:val="28"/>
        </w:rPr>
        <w:t xml:space="preserve"> down </w:t>
      </w:r>
      <w:r w:rsidR="004134A6">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spine.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felt the power thrumming within the blade, a latent energy waiting to be unleashed. It was intoxicating, frightening</w:t>
      </w:r>
      <w:r w:rsidR="004134A6">
        <w:rPr>
          <w:rFonts w:ascii="LiberationSerif" w:eastAsia="LiberationSerif" w:hAnsi="LiberationSerif"/>
          <w:color w:val="000000"/>
          <w:sz w:val="28"/>
          <w:szCs w:val="28"/>
        </w:rPr>
        <w:t xml:space="preserve">, and </w:t>
      </w:r>
      <w:r w:rsidRPr="00E44301">
        <w:rPr>
          <w:rFonts w:ascii="LiberationSerif" w:eastAsia="LiberationSerif" w:hAnsi="LiberationSerif"/>
          <w:color w:val="000000"/>
          <w:sz w:val="28"/>
          <w:szCs w:val="28"/>
        </w:rPr>
        <w:t xml:space="preserve">exhilarating all at once. The weight of responsibility settled upon </w:t>
      </w:r>
      <w:r w:rsidR="004134A6">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heavy as the humid air.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wasn't just a soldier out of place; </w:t>
      </w:r>
      <w:r w:rsidR="004134A6">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was now the wielder of an ancient, powerful artifact.</w:t>
      </w:r>
      <w:r w:rsidR="0031439E" w:rsidRPr="00E44301">
        <w:rPr>
          <w:rFonts w:ascii="LiberationSerif" w:eastAsia="LiberationSerif" w:hAnsi="LiberationSerif"/>
          <w:color w:val="000000"/>
          <w:sz w:val="28"/>
          <w:szCs w:val="28"/>
        </w:rPr>
        <w:t xml:space="preserve"> </w:t>
      </w:r>
    </w:p>
    <w:p w14:paraId="0DF20F6B" w14:textId="4AEC6938"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Liliana nodded, her expression grave. "They say the gods imbued these swords with a portion of their power before their downfall. They are incredibly powerful, but also incredibly dangerous. They choose their wielder, not the other way around. The sword has chosen you, human.</w:t>
      </w:r>
      <w:r w:rsidR="0031439E" w:rsidRPr="00E44301">
        <w:rPr>
          <w:rFonts w:ascii="LiberationSerif" w:eastAsia="LiberationSerif" w:hAnsi="LiberationSerif"/>
          <w:color w:val="000000"/>
          <w:sz w:val="28"/>
          <w:szCs w:val="28"/>
        </w:rPr>
        <w:t xml:space="preserve"> Maybe that will help when my people decide your fate. </w:t>
      </w:r>
      <w:r w:rsidRPr="00E44301">
        <w:rPr>
          <w:rFonts w:ascii="LiberationSerif" w:eastAsia="LiberationSerif" w:hAnsi="LiberationSerif"/>
          <w:color w:val="000000"/>
          <w:sz w:val="28"/>
          <w:szCs w:val="28"/>
        </w:rPr>
        <w:t>"</w:t>
      </w:r>
    </w:p>
    <w:p w14:paraId="115F7D56" w14:textId="783E1B1B" w:rsidR="008130CF" w:rsidRPr="00E44301" w:rsidRDefault="004134A6"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felt a surge of adrenaline. This was more than just survival now; it was destiny. </w:t>
      </w:r>
      <w:r w:rsidR="006A3A4D">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was no longer just a soldier; </w:t>
      </w:r>
      <w:r w:rsidR="006A3A4D">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was a warrior, armed with a weapon of immense power.</w:t>
      </w:r>
      <w:r w:rsidR="006A3A4D">
        <w:rPr>
          <w:rFonts w:ascii="LiberationSerif" w:eastAsia="LiberationSerif" w:hAnsi="LiberationSerif"/>
          <w:color w:val="000000"/>
          <w:sz w:val="28"/>
          <w:szCs w:val="28"/>
        </w:rPr>
        <w:t xml:space="preserve"> </w:t>
      </w:r>
      <w:r w:rsidR="00000000" w:rsidRPr="00E44301">
        <w:rPr>
          <w:rFonts w:ascii="LiberationSerif" w:eastAsia="LiberationSerif" w:hAnsi="LiberationSerif"/>
          <w:color w:val="000000"/>
          <w:sz w:val="28"/>
          <w:szCs w:val="28"/>
        </w:rPr>
        <w:t xml:space="preserve">The weight of the responsibility pressed down on </w:t>
      </w:r>
      <w:r w:rsidR="006A3A4D">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 xml:space="preserve">, a heavy cloak in the already oppressive humidity of the jungle. This was a profound shift, transforming </w:t>
      </w:r>
      <w:r w:rsidR="006A3A4D">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 xml:space="preserve"> from a simply skilled soldier into a potential hero, or perhaps a catastrophic villain if </w:t>
      </w:r>
      <w:r w:rsidR="006A3A4D">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failed to control the power now at </w:t>
      </w:r>
      <w:r w:rsidR="006A3A4D">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disposal.</w:t>
      </w:r>
      <w:r w:rsidR="006A3A4D">
        <w:rPr>
          <w:rFonts w:ascii="LiberationSerif" w:eastAsia="LiberationSerif" w:hAnsi="LiberationSerif"/>
          <w:color w:val="000000"/>
          <w:sz w:val="28"/>
          <w:szCs w:val="28"/>
        </w:rPr>
        <w:t xml:space="preserve"> Maybe I want to be a villain? That sounds like it could be fun. A harem, a dynasty I could have it all. After looking at Liliana and seeing the awe in her face I knew I could never be some overpowered warlord. I just wanted a simple life. </w:t>
      </w:r>
    </w:p>
    <w:p w14:paraId="6843A0F6" w14:textId="77777777" w:rsidR="004D4CC5" w:rsidRPr="00E44301" w:rsidRDefault="004D4CC5" w:rsidP="003166C8">
      <w:pPr>
        <w:autoSpaceDE w:val="0"/>
        <w:autoSpaceDN w:val="0"/>
        <w:spacing w:after="0" w:line="360" w:lineRule="exact"/>
        <w:ind w:right="20"/>
        <w:rPr>
          <w:rFonts w:ascii="LiberationSerif" w:eastAsia="LiberationSerif" w:hAnsi="LiberationSerif"/>
          <w:color w:val="000000"/>
          <w:sz w:val="28"/>
          <w:szCs w:val="28"/>
        </w:rPr>
      </w:pPr>
    </w:p>
    <w:p w14:paraId="08BA7017" w14:textId="22D71837" w:rsidR="004D4CC5" w:rsidRPr="00E44301" w:rsidRDefault="004D4CC5" w:rsidP="003166C8">
      <w:pPr>
        <w:autoSpaceDE w:val="0"/>
        <w:autoSpaceDN w:val="0"/>
        <w:spacing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“Oh shit” </w:t>
      </w:r>
      <w:r w:rsidR="006A3A4D">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said remembering </w:t>
      </w:r>
      <w:r w:rsidR="006A3A4D">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rifle. </w:t>
      </w:r>
      <w:r w:rsidR="006A3A4D">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looked one more time at this new </w:t>
      </w:r>
      <w:r w:rsidR="00CB0C30" w:rsidRPr="00E44301">
        <w:rPr>
          <w:rFonts w:ascii="LiberationSerif" w:eastAsia="LiberationSerif" w:hAnsi="LiberationSerif"/>
          <w:color w:val="000000"/>
          <w:sz w:val="28"/>
          <w:szCs w:val="28"/>
        </w:rPr>
        <w:t>sword and began to stick it into the ground before hearing the plea coming from Liliana. She looked frantic as she yelled “</w:t>
      </w:r>
      <w:r w:rsidR="006A3A4D">
        <w:rPr>
          <w:rFonts w:ascii="LiberationSerif" w:eastAsia="LiberationSerif" w:hAnsi="LiberationSerif"/>
          <w:color w:val="000000"/>
          <w:sz w:val="28"/>
          <w:szCs w:val="28"/>
        </w:rPr>
        <w:t>D</w:t>
      </w:r>
      <w:r w:rsidR="00CB0C30" w:rsidRPr="00E44301">
        <w:rPr>
          <w:rFonts w:ascii="LiberationSerif" w:eastAsia="LiberationSerif" w:hAnsi="LiberationSerif"/>
          <w:color w:val="000000"/>
          <w:sz w:val="28"/>
          <w:szCs w:val="28"/>
        </w:rPr>
        <w:t xml:space="preserve">o not! </w:t>
      </w:r>
      <w:r w:rsidR="006A3A4D">
        <w:rPr>
          <w:rFonts w:ascii="LiberationSerif" w:eastAsia="LiberationSerif" w:hAnsi="LiberationSerif"/>
          <w:color w:val="000000"/>
          <w:sz w:val="28"/>
          <w:szCs w:val="28"/>
        </w:rPr>
        <w:t>P</w:t>
      </w:r>
      <w:r w:rsidR="00CB0C30" w:rsidRPr="00E44301">
        <w:rPr>
          <w:rFonts w:ascii="LiberationSerif" w:eastAsia="LiberationSerif" w:hAnsi="LiberationSerif"/>
          <w:color w:val="000000"/>
          <w:sz w:val="28"/>
          <w:szCs w:val="28"/>
        </w:rPr>
        <w:t xml:space="preserve">lace that sacred blade </w:t>
      </w:r>
      <w:proofErr w:type="gramStart"/>
      <w:r w:rsidR="00CB0C30" w:rsidRPr="00E44301">
        <w:rPr>
          <w:rFonts w:ascii="LiberationSerif" w:eastAsia="LiberationSerif" w:hAnsi="LiberationSerif"/>
          <w:color w:val="000000"/>
          <w:sz w:val="28"/>
          <w:szCs w:val="28"/>
        </w:rPr>
        <w:t>In</w:t>
      </w:r>
      <w:proofErr w:type="gramEnd"/>
      <w:r w:rsidR="00CB0C30" w:rsidRPr="00E44301">
        <w:rPr>
          <w:rFonts w:ascii="LiberationSerif" w:eastAsia="LiberationSerif" w:hAnsi="LiberationSerif"/>
          <w:color w:val="000000"/>
          <w:sz w:val="28"/>
          <w:szCs w:val="28"/>
        </w:rPr>
        <w:t xml:space="preserve"> the dirt” </w:t>
      </w:r>
      <w:r w:rsidR="006A3A4D">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just chuckled and said” </w:t>
      </w:r>
      <w:r w:rsidR="006A3A4D">
        <w:rPr>
          <w:rFonts w:ascii="LiberationSerif" w:eastAsia="LiberationSerif" w:hAnsi="LiberationSerif"/>
          <w:color w:val="000000"/>
          <w:sz w:val="28"/>
          <w:szCs w:val="28"/>
        </w:rPr>
        <w:t>Y</w:t>
      </w:r>
      <w:r w:rsidR="00CB0C30" w:rsidRPr="00E44301">
        <w:rPr>
          <w:rFonts w:ascii="LiberationSerif" w:eastAsia="LiberationSerif" w:hAnsi="LiberationSerif"/>
          <w:color w:val="000000"/>
          <w:sz w:val="28"/>
          <w:szCs w:val="28"/>
        </w:rPr>
        <w:t xml:space="preserve">ou mean the dirt I found it in? Liliana took a step forward with a pleading look and pointed at him. Place it near when you want it to stay and think of it staying. It will obey. </w:t>
      </w:r>
    </w:p>
    <w:p w14:paraId="37CA1ED5" w14:textId="2D96A7CA" w:rsidR="00CB0C30" w:rsidRPr="00E44301" w:rsidRDefault="006A3A4D" w:rsidP="003166C8">
      <w:pPr>
        <w:autoSpaceDE w:val="0"/>
        <w:autoSpaceDN w:val="0"/>
        <w:spacing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didn’t see how that was possible but</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t xml:space="preserve"> </w:t>
      </w:r>
      <w:proofErr w:type="spellStart"/>
      <w:r w:rsidR="00CB0C30" w:rsidRPr="00E44301">
        <w:rPr>
          <w:rFonts w:ascii="LiberationSerif" w:eastAsia="LiberationSerif" w:hAnsi="LiberationSerif"/>
          <w:color w:val="000000"/>
          <w:sz w:val="28"/>
          <w:szCs w:val="28"/>
        </w:rPr>
        <w:t>ya</w:t>
      </w:r>
      <w:proofErr w:type="spellEnd"/>
      <w:r w:rsidR="00CB0C30" w:rsidRPr="00E44301">
        <w:rPr>
          <w:rFonts w:ascii="LiberationSerif" w:eastAsia="LiberationSerif" w:hAnsi="LiberationSerif"/>
          <w:color w:val="000000"/>
          <w:sz w:val="28"/>
          <w:szCs w:val="28"/>
        </w:rPr>
        <w:t xml:space="preserve"> know</w:t>
      </w:r>
      <w:r>
        <w:rPr>
          <w:rFonts w:ascii="LiberationSerif" w:eastAsia="LiberationSerif" w:hAnsi="LiberationSerif"/>
          <w:color w:val="000000"/>
          <w:sz w:val="28"/>
          <w:szCs w:val="28"/>
        </w:rPr>
        <w:t>, I</w:t>
      </w:r>
      <w:r w:rsidR="00CB0C30" w:rsidRPr="00E44301">
        <w:rPr>
          <w:rFonts w:ascii="LiberationSerif" w:eastAsia="LiberationSerif" w:hAnsi="LiberationSerif"/>
          <w:color w:val="000000"/>
          <w:sz w:val="28"/>
          <w:szCs w:val="28"/>
        </w:rPr>
        <w:t xml:space="preserve"> did just kill a goblin. </w:t>
      </w:r>
      <w:r>
        <w:rPr>
          <w:rFonts w:ascii="LiberationSerif" w:eastAsia="LiberationSerif" w:hAnsi="LiberationSerif"/>
          <w:color w:val="000000"/>
          <w:sz w:val="28"/>
          <w:szCs w:val="28"/>
        </w:rPr>
        <w:t xml:space="preserve">I </w:t>
      </w:r>
      <w:r w:rsidR="00CB0C30" w:rsidRPr="00E44301">
        <w:rPr>
          <w:rFonts w:ascii="LiberationSerif" w:eastAsia="LiberationSerif" w:hAnsi="LiberationSerif"/>
          <w:color w:val="000000"/>
          <w:sz w:val="28"/>
          <w:szCs w:val="28"/>
        </w:rPr>
        <w:t xml:space="preserve">held it to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waist like a medieval knight and the leather on the hilt unwrapped itself turning into a sheath and a belt. Wrapping around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waist</w:t>
      </w:r>
      <w:r>
        <w:rPr>
          <w:rFonts w:ascii="LiberationSerif" w:eastAsia="LiberationSerif" w:hAnsi="LiberationSerif"/>
          <w:color w:val="000000"/>
          <w:sz w:val="28"/>
          <w:szCs w:val="28"/>
        </w:rPr>
        <w:t xml:space="preserve"> </w:t>
      </w:r>
      <w:r w:rsidR="00CB0C30" w:rsidRPr="00E44301">
        <w:rPr>
          <w:rFonts w:ascii="LiberationSerif" w:eastAsia="LiberationSerif" w:hAnsi="LiberationSerif"/>
          <w:color w:val="000000"/>
          <w:sz w:val="28"/>
          <w:szCs w:val="28"/>
        </w:rPr>
        <w:t xml:space="preserve">and attaching to </w:t>
      </w:r>
      <w:r>
        <w:rPr>
          <w:rFonts w:ascii="LiberationSerif" w:eastAsia="LiberationSerif" w:hAnsi="LiberationSerif"/>
          <w:color w:val="000000"/>
          <w:sz w:val="28"/>
          <w:szCs w:val="28"/>
        </w:rPr>
        <w:t>me</w:t>
      </w:r>
      <w:r w:rsidR="00CB0C30" w:rsidRPr="00E44301">
        <w:rPr>
          <w:rFonts w:ascii="LiberationSerif" w:eastAsia="LiberationSerif" w:hAnsi="LiberationSerif"/>
          <w:color w:val="000000"/>
          <w:sz w:val="28"/>
          <w:szCs w:val="28"/>
        </w:rPr>
        <w:t>. Impress</w:t>
      </w:r>
      <w:r>
        <w:rPr>
          <w:rFonts w:ascii="LiberationSerif" w:eastAsia="LiberationSerif" w:hAnsi="LiberationSerif"/>
          <w:color w:val="000000"/>
          <w:sz w:val="28"/>
          <w:szCs w:val="28"/>
        </w:rPr>
        <w:t>ive I thought as I</w:t>
      </w:r>
      <w:r w:rsidR="00CB0C30" w:rsidRPr="00E44301">
        <w:rPr>
          <w:rFonts w:ascii="LiberationSerif" w:eastAsia="LiberationSerif" w:hAnsi="LiberationSerif"/>
          <w:color w:val="000000"/>
          <w:sz w:val="28"/>
          <w:szCs w:val="28"/>
        </w:rPr>
        <w:t xml:space="preserve"> began to move towards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w:t>
      </w:r>
      <w:proofErr w:type="gramStart"/>
      <w:r w:rsidR="00CB0C30" w:rsidRPr="00E44301">
        <w:rPr>
          <w:rFonts w:ascii="LiberationSerif" w:eastAsia="LiberationSerif" w:hAnsi="LiberationSerif"/>
          <w:color w:val="000000"/>
          <w:sz w:val="28"/>
          <w:szCs w:val="28"/>
        </w:rPr>
        <w:t>rifle</w:t>
      </w:r>
      <w:proofErr w:type="gramEnd"/>
      <w:r w:rsidR="00CB0C30" w:rsidRPr="00E44301">
        <w:rPr>
          <w:rFonts w:ascii="LiberationSerif" w:eastAsia="LiberationSerif" w:hAnsi="LiberationSerif"/>
          <w:color w:val="000000"/>
          <w:sz w:val="28"/>
          <w:szCs w:val="28"/>
        </w:rPr>
        <w:t xml:space="preserve"> but this damn sword kept hitting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thigh and foot. “</w:t>
      </w:r>
      <w:r w:rsidRPr="00E44301">
        <w:rPr>
          <w:rFonts w:ascii="LiberationSerif" w:eastAsia="LiberationSerif" w:hAnsi="LiberationSerif"/>
          <w:color w:val="000000"/>
          <w:sz w:val="28"/>
          <w:szCs w:val="28"/>
        </w:rPr>
        <w:t>How</w:t>
      </w:r>
      <w:r w:rsidR="00CB0C30" w:rsidRPr="00E44301">
        <w:rPr>
          <w:rFonts w:ascii="LiberationSerif" w:eastAsia="LiberationSerif" w:hAnsi="LiberationSerif"/>
          <w:color w:val="000000"/>
          <w:sz w:val="28"/>
          <w:szCs w:val="28"/>
        </w:rPr>
        <w:t xml:space="preserve"> did knights do this?” </w:t>
      </w:r>
      <w:r>
        <w:rPr>
          <w:rFonts w:ascii="LiberationSerif" w:eastAsia="LiberationSerif" w:hAnsi="LiberationSerif"/>
          <w:color w:val="000000"/>
          <w:sz w:val="28"/>
          <w:szCs w:val="28"/>
        </w:rPr>
        <w:t>I said</w:t>
      </w:r>
      <w:r w:rsidR="00CB0C30" w:rsidRPr="00E44301">
        <w:rPr>
          <w:rFonts w:ascii="LiberationSerif" w:eastAsia="LiberationSerif" w:hAnsi="LiberationSerif"/>
          <w:color w:val="000000"/>
          <w:sz w:val="28"/>
          <w:szCs w:val="28"/>
        </w:rPr>
        <w:t xml:space="preserve"> “</w:t>
      </w:r>
      <w:r w:rsidR="00FB1B2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t’s</w:t>
      </w:r>
      <w:r w:rsidR="00CB0C30" w:rsidRPr="00E44301">
        <w:rPr>
          <w:rFonts w:ascii="LiberationSerif" w:eastAsia="LiberationSerif" w:hAnsi="LiberationSerif"/>
          <w:color w:val="000000"/>
          <w:sz w:val="28"/>
          <w:szCs w:val="28"/>
        </w:rPr>
        <w:t xml:space="preserve"> very </w:t>
      </w:r>
      <w:r w:rsidRPr="00E44301">
        <w:rPr>
          <w:rFonts w:ascii="LiberationSerif" w:eastAsia="LiberationSerif" w:hAnsi="LiberationSerif"/>
          <w:color w:val="000000"/>
          <w:sz w:val="28"/>
          <w:szCs w:val="28"/>
        </w:rPr>
        <w:t>uncomfortable</w:t>
      </w:r>
      <w:r w:rsidR="00CB0C30" w:rsidRPr="00E44301">
        <w:rPr>
          <w:rFonts w:ascii="LiberationSerif" w:eastAsia="LiberationSerif" w:hAnsi="LiberationSerif"/>
          <w:color w:val="000000"/>
          <w:sz w:val="28"/>
          <w:szCs w:val="28"/>
        </w:rPr>
        <w:t xml:space="preserve">.  Liliana gave </w:t>
      </w:r>
      <w:r>
        <w:rPr>
          <w:rFonts w:ascii="LiberationSerif" w:eastAsia="LiberationSerif" w:hAnsi="LiberationSerif"/>
          <w:color w:val="000000"/>
          <w:sz w:val="28"/>
          <w:szCs w:val="28"/>
        </w:rPr>
        <w:t>me</w:t>
      </w:r>
      <w:r w:rsidR="00CB0C30" w:rsidRPr="00E44301">
        <w:rPr>
          <w:rFonts w:ascii="LiberationSerif" w:eastAsia="LiberationSerif" w:hAnsi="LiberationSerif"/>
          <w:color w:val="000000"/>
          <w:sz w:val="28"/>
          <w:szCs w:val="28"/>
        </w:rPr>
        <w:t xml:space="preserve"> a quizzical look. “</w:t>
      </w:r>
      <w:r>
        <w:rPr>
          <w:rFonts w:ascii="LiberationSerif" w:eastAsia="LiberationSerif" w:hAnsi="LiberationSerif"/>
          <w:color w:val="000000"/>
          <w:sz w:val="28"/>
          <w:szCs w:val="28"/>
        </w:rPr>
        <w:t>You'</w:t>
      </w:r>
      <w:r w:rsidR="00CB0C30" w:rsidRPr="00E44301">
        <w:rPr>
          <w:rFonts w:ascii="LiberationSerif" w:eastAsia="LiberationSerif" w:hAnsi="LiberationSerif"/>
          <w:color w:val="000000"/>
          <w:sz w:val="28"/>
          <w:szCs w:val="28"/>
        </w:rPr>
        <w:t xml:space="preserve">re a little short for that. Try your back.” </w:t>
      </w:r>
    </w:p>
    <w:p w14:paraId="1F080484" w14:textId="3960246D" w:rsidR="00CB0C30" w:rsidRPr="00E44301" w:rsidRDefault="006A3A4D" w:rsidP="003166C8">
      <w:pPr>
        <w:autoSpaceDE w:val="0"/>
        <w:autoSpaceDN w:val="0"/>
        <w:spacing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“A little short… 5 foot 7 is very respectable thank you” I muttered under my breath as I</w:t>
      </w:r>
      <w:r w:rsidR="00CB0C30" w:rsidRPr="00E44301">
        <w:rPr>
          <w:rFonts w:ascii="LiberationSerif" w:eastAsia="LiberationSerif" w:hAnsi="LiberationSerif"/>
          <w:color w:val="000000"/>
          <w:sz w:val="28"/>
          <w:szCs w:val="28"/>
        </w:rPr>
        <w:t xml:space="preserve"> removed the </w:t>
      </w:r>
      <w:r>
        <w:rPr>
          <w:rFonts w:ascii="LiberationSerif" w:eastAsia="LiberationSerif" w:hAnsi="LiberationSerif"/>
          <w:color w:val="000000"/>
          <w:sz w:val="28"/>
          <w:szCs w:val="28"/>
        </w:rPr>
        <w:t>s</w:t>
      </w:r>
      <w:r w:rsidR="00CB0C30" w:rsidRPr="00E44301">
        <w:rPr>
          <w:rFonts w:ascii="LiberationSerif" w:eastAsia="LiberationSerif" w:hAnsi="LiberationSerif"/>
          <w:color w:val="000000"/>
          <w:sz w:val="28"/>
          <w:szCs w:val="28"/>
        </w:rPr>
        <w:t>word</w:t>
      </w:r>
      <w:r>
        <w:rPr>
          <w:rFonts w:ascii="LiberationSerif" w:eastAsia="LiberationSerif" w:hAnsi="LiberationSerif"/>
          <w:color w:val="000000"/>
          <w:sz w:val="28"/>
          <w:szCs w:val="28"/>
        </w:rPr>
        <w:t>, t</w:t>
      </w:r>
      <w:r w:rsidR="00CB0C30" w:rsidRPr="00E44301">
        <w:rPr>
          <w:rFonts w:ascii="LiberationSerif" w:eastAsia="LiberationSerif" w:hAnsi="LiberationSerif"/>
          <w:color w:val="000000"/>
          <w:sz w:val="28"/>
          <w:szCs w:val="28"/>
        </w:rPr>
        <w:t>he leather rewrapping a</w:t>
      </w:r>
      <w:r>
        <w:rPr>
          <w:rFonts w:ascii="LiberationSerif" w:eastAsia="LiberationSerif" w:hAnsi="LiberationSerif"/>
          <w:color w:val="000000"/>
          <w:sz w:val="28"/>
          <w:szCs w:val="28"/>
        </w:rPr>
        <w:t>r</w:t>
      </w:r>
      <w:r w:rsidR="00CB0C30" w:rsidRPr="00E44301">
        <w:rPr>
          <w:rFonts w:ascii="LiberationSerif" w:eastAsia="LiberationSerif" w:hAnsi="LiberationSerif"/>
          <w:color w:val="000000"/>
          <w:sz w:val="28"/>
          <w:szCs w:val="28"/>
        </w:rPr>
        <w:t xml:space="preserve">ound the hilt.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didn’t understand how it could </w:t>
      </w:r>
      <w:r>
        <w:rPr>
          <w:rFonts w:ascii="LiberationSerif" w:eastAsia="LiberationSerif" w:hAnsi="LiberationSerif"/>
          <w:color w:val="000000"/>
          <w:sz w:val="28"/>
          <w:szCs w:val="28"/>
        </w:rPr>
        <w:t>know</w:t>
      </w:r>
      <w:r w:rsidR="00CB0C30" w:rsidRPr="00E44301">
        <w:rPr>
          <w:rFonts w:ascii="LiberationSerif" w:eastAsia="LiberationSerif" w:hAnsi="LiberationSerif"/>
          <w:color w:val="000000"/>
          <w:sz w:val="28"/>
          <w:szCs w:val="28"/>
        </w:rPr>
        <w:t xml:space="preserve"> as soon as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decided to grab the hilt</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t was re</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lastRenderedPageBreak/>
        <w:t>wrapped and read</w:t>
      </w:r>
      <w:r>
        <w:rPr>
          <w:rFonts w:ascii="LiberationSerif" w:eastAsia="LiberationSerif" w:hAnsi="LiberationSerif"/>
          <w:color w:val="000000"/>
          <w:sz w:val="28"/>
          <w:szCs w:val="28"/>
        </w:rPr>
        <w:t xml:space="preserve">y </w:t>
      </w:r>
      <w:r w:rsidR="00CB0C30" w:rsidRPr="00E44301">
        <w:rPr>
          <w:rFonts w:ascii="LiberationSerif" w:eastAsia="LiberationSerif" w:hAnsi="LiberationSerif"/>
          <w:color w:val="000000"/>
          <w:sz w:val="28"/>
          <w:szCs w:val="28"/>
        </w:rPr>
        <w:t xml:space="preserve">for </w:t>
      </w:r>
      <w:r>
        <w:rPr>
          <w:rFonts w:ascii="LiberationSerif" w:eastAsia="LiberationSerif" w:hAnsi="LiberationSerif"/>
          <w:color w:val="000000"/>
          <w:sz w:val="28"/>
          <w:szCs w:val="28"/>
        </w:rPr>
        <w:t>me</w:t>
      </w:r>
      <w:r w:rsidR="00CB0C30" w:rsidRPr="00E44301">
        <w:rPr>
          <w:rFonts w:ascii="LiberationSerif" w:eastAsia="LiberationSerif" w:hAnsi="LiberationSerif"/>
          <w:color w:val="000000"/>
          <w:sz w:val="28"/>
          <w:szCs w:val="28"/>
        </w:rPr>
        <w:t xml:space="preserve">. As if the sword knew exactly </w:t>
      </w:r>
      <w:r>
        <w:rPr>
          <w:rFonts w:ascii="LiberationSerif" w:eastAsia="LiberationSerif" w:hAnsi="LiberationSerif"/>
          <w:color w:val="000000"/>
          <w:sz w:val="28"/>
          <w:szCs w:val="28"/>
        </w:rPr>
        <w:t>w</w:t>
      </w:r>
      <w:r w:rsidR="00CB0C30" w:rsidRPr="00E44301">
        <w:rPr>
          <w:rFonts w:ascii="LiberationSerif" w:eastAsia="LiberationSerif" w:hAnsi="LiberationSerif"/>
          <w:color w:val="000000"/>
          <w:sz w:val="28"/>
          <w:szCs w:val="28"/>
        </w:rPr>
        <w:t xml:space="preserve">hat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wanted</w:t>
      </w:r>
      <w:r>
        <w:rPr>
          <w:rFonts w:ascii="LiberationSerif" w:eastAsia="LiberationSerif" w:hAnsi="LiberationSerif"/>
          <w:color w:val="000000"/>
          <w:sz w:val="28"/>
          <w:szCs w:val="28"/>
        </w:rPr>
        <w:t>, even before I made the decision</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took the sword and placed it onto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back. Knowing </w:t>
      </w:r>
      <w:r>
        <w:rPr>
          <w:rFonts w:ascii="LiberationSerif" w:eastAsia="LiberationSerif" w:hAnsi="LiberationSerif"/>
          <w:color w:val="000000"/>
          <w:sz w:val="28"/>
          <w:szCs w:val="28"/>
        </w:rPr>
        <w:t xml:space="preserve">I </w:t>
      </w:r>
      <w:r w:rsidR="00CB0C30" w:rsidRPr="00E44301">
        <w:rPr>
          <w:rFonts w:ascii="LiberationSerif" w:eastAsia="LiberationSerif" w:hAnsi="LiberationSerif"/>
          <w:color w:val="000000"/>
          <w:sz w:val="28"/>
          <w:szCs w:val="28"/>
        </w:rPr>
        <w:t xml:space="preserve">wasn’t skilled enough to draw the blade up like some ninja,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imagined the leather p</w:t>
      </w:r>
      <w:r>
        <w:rPr>
          <w:rFonts w:ascii="LiberationSerif" w:eastAsia="LiberationSerif" w:hAnsi="LiberationSerif"/>
          <w:color w:val="000000"/>
          <w:sz w:val="28"/>
          <w:szCs w:val="28"/>
        </w:rPr>
        <w:t>a</w:t>
      </w:r>
      <w:r w:rsidR="00CB0C30" w:rsidRPr="00E44301">
        <w:rPr>
          <w:rFonts w:ascii="LiberationSerif" w:eastAsia="LiberationSerif" w:hAnsi="LiberationSerif"/>
          <w:color w:val="000000"/>
          <w:sz w:val="28"/>
          <w:szCs w:val="28"/>
        </w:rPr>
        <w:t>rting down the middle</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t obeyed </w:t>
      </w:r>
      <w:r w:rsidR="00CD3549" w:rsidRPr="00E44301">
        <w:rPr>
          <w:rFonts w:ascii="LiberationSerif" w:eastAsia="LiberationSerif" w:hAnsi="LiberationSerif"/>
          <w:color w:val="000000"/>
          <w:sz w:val="28"/>
          <w:szCs w:val="28"/>
        </w:rPr>
        <w:t>seamlessly</w:t>
      </w:r>
      <w:r w:rsidR="00CB0C30" w:rsidRPr="00E44301">
        <w:rPr>
          <w:rFonts w:ascii="LiberationSerif" w:eastAsia="LiberationSerif" w:hAnsi="LiberationSerif"/>
          <w:color w:val="000000"/>
          <w:sz w:val="28"/>
          <w:szCs w:val="28"/>
        </w:rPr>
        <w:t xml:space="preserve">. </w:t>
      </w:r>
      <w:r w:rsidR="00FB1B23">
        <w:rPr>
          <w:rFonts w:ascii="LiberationSerif" w:eastAsia="LiberationSerif" w:hAnsi="LiberationSerif"/>
          <w:color w:val="000000"/>
          <w:sz w:val="28"/>
          <w:szCs w:val="28"/>
        </w:rPr>
        <w:t xml:space="preserve">I </w:t>
      </w:r>
      <w:r w:rsidR="00FB1B23" w:rsidRPr="00E44301">
        <w:rPr>
          <w:rFonts w:ascii="LiberationSerif" w:eastAsia="LiberationSerif" w:hAnsi="LiberationSerif"/>
          <w:color w:val="000000"/>
          <w:sz w:val="28"/>
          <w:szCs w:val="28"/>
        </w:rPr>
        <w:t>could</w:t>
      </w:r>
      <w:r w:rsidR="00CB0C30" w:rsidRPr="00E44301">
        <w:rPr>
          <w:rFonts w:ascii="LiberationSerif" w:eastAsia="LiberationSerif" w:hAnsi="LiberationSerif"/>
          <w:color w:val="000000"/>
          <w:sz w:val="28"/>
          <w:szCs w:val="28"/>
        </w:rPr>
        <w:t xml:space="preserve"> now place the </w:t>
      </w:r>
      <w:r w:rsidR="00CD3549" w:rsidRPr="00E44301">
        <w:rPr>
          <w:rFonts w:ascii="LiberationSerif" w:eastAsia="LiberationSerif" w:hAnsi="LiberationSerif"/>
          <w:color w:val="000000"/>
          <w:sz w:val="28"/>
          <w:szCs w:val="28"/>
        </w:rPr>
        <w:t>sword onto</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back and the leather would </w:t>
      </w:r>
      <w:r>
        <w:rPr>
          <w:rFonts w:ascii="LiberationSerif" w:eastAsia="LiberationSerif" w:hAnsi="LiberationSerif"/>
          <w:color w:val="000000"/>
          <w:sz w:val="28"/>
          <w:szCs w:val="28"/>
        </w:rPr>
        <w:t xml:space="preserve">perfectly wrap and create a sheath. It was so </w:t>
      </w:r>
      <w:r w:rsidR="00FB1B23">
        <w:rPr>
          <w:rFonts w:ascii="LiberationSerif" w:eastAsia="LiberationSerif" w:hAnsi="LiberationSerif"/>
          <w:color w:val="000000"/>
          <w:sz w:val="28"/>
          <w:szCs w:val="28"/>
        </w:rPr>
        <w:t>seamless</w:t>
      </w:r>
      <w:r>
        <w:rPr>
          <w:rFonts w:ascii="LiberationSerif" w:eastAsia="LiberationSerif" w:hAnsi="LiberationSerif"/>
          <w:color w:val="000000"/>
          <w:sz w:val="28"/>
          <w:szCs w:val="28"/>
        </w:rPr>
        <w:t xml:space="preserve"> I could just drop the sword from anywhere and it would attach perfectly to me. Either hip or back depending how I was standing. This sword obviously had a mind of its own. I think he needs a name. she? </w:t>
      </w:r>
      <w:r w:rsidR="00FB1B23">
        <w:rPr>
          <w:rFonts w:ascii="LiberationSerif" w:eastAsia="LiberationSerif" w:hAnsi="LiberationSerif"/>
          <w:color w:val="000000"/>
          <w:sz w:val="28"/>
          <w:szCs w:val="28"/>
        </w:rPr>
        <w:t xml:space="preserve">Derek? The sword churned in annoyance on my back. Not a Derek then. Got it. </w:t>
      </w:r>
      <w:r w:rsidR="00CB0C30" w:rsidRPr="00E44301">
        <w:rPr>
          <w:rFonts w:ascii="LiberationSerif" w:eastAsia="LiberationSerif" w:hAnsi="LiberationSerif"/>
          <w:color w:val="000000"/>
          <w:sz w:val="28"/>
          <w:szCs w:val="28"/>
        </w:rPr>
        <w:t xml:space="preserve"> </w:t>
      </w:r>
    </w:p>
    <w:p w14:paraId="4588786A" w14:textId="77777777" w:rsidR="00CB0C30" w:rsidRPr="00E44301" w:rsidRDefault="00CB0C30" w:rsidP="003166C8">
      <w:pPr>
        <w:autoSpaceDE w:val="0"/>
        <w:autoSpaceDN w:val="0"/>
        <w:spacing w:after="0" w:line="360" w:lineRule="exact"/>
        <w:ind w:right="20"/>
        <w:rPr>
          <w:rFonts w:ascii="LiberationSerif" w:eastAsia="LiberationSerif" w:hAnsi="LiberationSerif"/>
          <w:color w:val="000000"/>
          <w:sz w:val="28"/>
          <w:szCs w:val="28"/>
        </w:rPr>
      </w:pPr>
    </w:p>
    <w:p w14:paraId="1C1CD19A" w14:textId="55A2337D" w:rsidR="005E6CCC" w:rsidRPr="00E44301" w:rsidRDefault="00FB1B23" w:rsidP="003166C8">
      <w:pPr>
        <w:autoSpaceDE w:val="0"/>
        <w:autoSpaceDN w:val="0"/>
        <w:spacing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left Liliana and moved to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M4, </w:t>
      </w:r>
      <w:r>
        <w:rPr>
          <w:rFonts w:ascii="LiberationSerif" w:eastAsia="LiberationSerif" w:hAnsi="LiberationSerif"/>
          <w:color w:val="000000"/>
          <w:sz w:val="28"/>
          <w:szCs w:val="28"/>
        </w:rPr>
        <w:t>unwrapping it</w:t>
      </w:r>
      <w:r w:rsidR="00CB0C30" w:rsidRPr="00E44301">
        <w:rPr>
          <w:rFonts w:ascii="LiberationSerif" w:eastAsia="LiberationSerif" w:hAnsi="LiberationSerif"/>
          <w:color w:val="000000"/>
          <w:sz w:val="28"/>
          <w:szCs w:val="28"/>
        </w:rPr>
        <w:t>,</w:t>
      </w:r>
      <w:r>
        <w:rPr>
          <w:rFonts w:ascii="LiberationSerif" w:eastAsia="LiberationSerif" w:hAnsi="LiberationSerif"/>
          <w:color w:val="000000"/>
          <w:sz w:val="28"/>
          <w:szCs w:val="28"/>
        </w:rPr>
        <w:t xml:space="preserve"> I</w:t>
      </w:r>
      <w:r w:rsidR="00CB0C30" w:rsidRPr="00E44301">
        <w:rPr>
          <w:rFonts w:ascii="LiberationSerif" w:eastAsia="LiberationSerif" w:hAnsi="LiberationSerif"/>
          <w:color w:val="000000"/>
          <w:sz w:val="28"/>
          <w:szCs w:val="28"/>
        </w:rPr>
        <w:t xml:space="preserve"> load</w:t>
      </w:r>
      <w:r>
        <w:rPr>
          <w:rFonts w:ascii="LiberationSerif" w:eastAsia="LiberationSerif" w:hAnsi="LiberationSerif"/>
          <w:color w:val="000000"/>
          <w:sz w:val="28"/>
          <w:szCs w:val="28"/>
        </w:rPr>
        <w:t>ed</w:t>
      </w:r>
      <w:r w:rsidR="00CB0C30" w:rsidRPr="00E44301">
        <w:rPr>
          <w:rFonts w:ascii="LiberationSerif" w:eastAsia="LiberationSerif" w:hAnsi="LiberationSerif"/>
          <w:color w:val="000000"/>
          <w:sz w:val="28"/>
          <w:szCs w:val="28"/>
        </w:rPr>
        <w:t xml:space="preserve"> a magazine and plac</w:t>
      </w:r>
      <w:r>
        <w:rPr>
          <w:rFonts w:ascii="LiberationSerif" w:eastAsia="LiberationSerif" w:hAnsi="LiberationSerif"/>
          <w:color w:val="000000"/>
          <w:sz w:val="28"/>
          <w:szCs w:val="28"/>
        </w:rPr>
        <w:t>ed</w:t>
      </w:r>
      <w:r w:rsidR="00CB0C30" w:rsidRPr="00E44301">
        <w:rPr>
          <w:rFonts w:ascii="LiberationSerif" w:eastAsia="LiberationSerif" w:hAnsi="LiberationSerif"/>
          <w:color w:val="000000"/>
          <w:sz w:val="28"/>
          <w:szCs w:val="28"/>
        </w:rPr>
        <w:t xml:space="preserve"> the rest into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tactical vest,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 xml:space="preserve">cycled two rounds and conducted a functions check. </w:t>
      </w:r>
      <w:r w:rsidR="00CB0C30"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T</w:t>
      </w:r>
      <w:r w:rsidR="00CB0C30" w:rsidRPr="00E44301">
        <w:rPr>
          <w:rFonts w:ascii="LiberationSerif" w:eastAsia="LiberationSerif" w:hAnsi="LiberationSerif"/>
          <w:color w:val="000000"/>
          <w:sz w:val="28"/>
          <w:szCs w:val="28"/>
        </w:rPr>
        <w:t>hen loaded a round, placed the rifle on safe</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t xml:space="preserve"> and clipped in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3</w:t>
      </w:r>
      <w:r>
        <w:rPr>
          <w:rFonts w:ascii="LiberationSerif" w:eastAsia="LiberationSerif" w:hAnsi="LiberationSerif"/>
          <w:color w:val="000000"/>
          <w:sz w:val="28"/>
          <w:szCs w:val="28"/>
        </w:rPr>
        <w:t>-p</w:t>
      </w:r>
      <w:r w:rsidR="00CD3549" w:rsidRPr="00E44301">
        <w:rPr>
          <w:rFonts w:ascii="LiberationSerif" w:eastAsia="LiberationSerif" w:hAnsi="LiberationSerif"/>
          <w:color w:val="000000"/>
          <w:sz w:val="28"/>
          <w:szCs w:val="28"/>
        </w:rPr>
        <w:t>oint</w:t>
      </w:r>
      <w:r w:rsidR="00CB0C30" w:rsidRPr="00E44301">
        <w:rPr>
          <w:rFonts w:ascii="LiberationSerif" w:eastAsia="LiberationSerif" w:hAnsi="LiberationSerif"/>
          <w:color w:val="000000"/>
          <w:sz w:val="28"/>
          <w:szCs w:val="28"/>
        </w:rPr>
        <w:t xml:space="preserve"> harness, letting the weapon dangle right </w:t>
      </w:r>
      <w:r>
        <w:rPr>
          <w:rFonts w:ascii="LiberationSerif" w:eastAsia="LiberationSerif" w:hAnsi="LiberationSerif"/>
          <w:color w:val="000000"/>
          <w:sz w:val="28"/>
          <w:szCs w:val="28"/>
        </w:rPr>
        <w:t>off my</w:t>
      </w:r>
      <w:r w:rsidR="00CB0C30" w:rsidRPr="00E44301">
        <w:rPr>
          <w:rFonts w:ascii="LiberationSerif" w:eastAsia="LiberationSerif" w:hAnsi="LiberationSerif"/>
          <w:color w:val="000000"/>
          <w:sz w:val="28"/>
          <w:szCs w:val="28"/>
        </w:rPr>
        <w:t xml:space="preserve"> right shoulder. Rifle hanging from </w:t>
      </w:r>
      <w:r>
        <w:rPr>
          <w:rFonts w:ascii="LiberationSerif" w:eastAsia="LiberationSerif" w:hAnsi="LiberationSerif"/>
          <w:color w:val="000000"/>
          <w:sz w:val="28"/>
          <w:szCs w:val="28"/>
        </w:rPr>
        <w:t>me</w:t>
      </w:r>
      <w:r w:rsidR="00CB0C30" w:rsidRPr="00E44301">
        <w:rPr>
          <w:rFonts w:ascii="LiberationSerif" w:eastAsia="LiberationSerif" w:hAnsi="LiberationSerif"/>
          <w:color w:val="000000"/>
          <w:sz w:val="28"/>
          <w:szCs w:val="28"/>
        </w:rPr>
        <w:t xml:space="preserve"> and an ancient god</w:t>
      </w:r>
      <w:r>
        <w:rPr>
          <w:rFonts w:ascii="LiberationSerif" w:eastAsia="LiberationSerif" w:hAnsi="LiberationSerif"/>
          <w:color w:val="000000"/>
          <w:sz w:val="28"/>
          <w:szCs w:val="28"/>
        </w:rPr>
        <w:t>-</w:t>
      </w:r>
      <w:r w:rsidR="00CB0C30" w:rsidRPr="00E44301">
        <w:rPr>
          <w:rFonts w:ascii="LiberationSerif" w:eastAsia="LiberationSerif" w:hAnsi="LiberationSerif"/>
          <w:color w:val="000000"/>
          <w:sz w:val="28"/>
          <w:szCs w:val="28"/>
        </w:rPr>
        <w:t xml:space="preserve">imbued sword on </w:t>
      </w:r>
      <w:r>
        <w:rPr>
          <w:rFonts w:ascii="LiberationSerif" w:eastAsia="LiberationSerif" w:hAnsi="LiberationSerif"/>
          <w:color w:val="000000"/>
          <w:sz w:val="28"/>
          <w:szCs w:val="28"/>
        </w:rPr>
        <w:t>my</w:t>
      </w:r>
      <w:r w:rsidR="00CB0C30" w:rsidRPr="00E44301">
        <w:rPr>
          <w:rFonts w:ascii="LiberationSerif" w:eastAsia="LiberationSerif" w:hAnsi="LiberationSerif"/>
          <w:color w:val="000000"/>
          <w:sz w:val="28"/>
          <w:szCs w:val="28"/>
        </w:rPr>
        <w:t xml:space="preserve"> </w:t>
      </w:r>
      <w:r w:rsidR="00CD3549" w:rsidRPr="00E44301">
        <w:rPr>
          <w:rFonts w:ascii="LiberationSerif" w:eastAsia="LiberationSerif" w:hAnsi="LiberationSerif"/>
          <w:color w:val="000000"/>
          <w:sz w:val="28"/>
          <w:szCs w:val="28"/>
        </w:rPr>
        <w:t xml:space="preserve">back, </w:t>
      </w:r>
      <w:r>
        <w:rPr>
          <w:rFonts w:ascii="LiberationSerif" w:eastAsia="LiberationSerif" w:hAnsi="LiberationSerif"/>
          <w:color w:val="000000"/>
          <w:sz w:val="28"/>
          <w:szCs w:val="28"/>
        </w:rPr>
        <w:t xml:space="preserve">I </w:t>
      </w:r>
      <w:r w:rsidR="00CB0C30" w:rsidRPr="00E44301">
        <w:rPr>
          <w:rFonts w:ascii="LiberationSerif" w:eastAsia="LiberationSerif" w:hAnsi="LiberationSerif"/>
          <w:color w:val="000000"/>
          <w:sz w:val="28"/>
          <w:szCs w:val="28"/>
        </w:rPr>
        <w:t xml:space="preserve">felt like </w:t>
      </w:r>
      <w:r>
        <w:rPr>
          <w:rFonts w:ascii="LiberationSerif" w:eastAsia="LiberationSerif" w:hAnsi="LiberationSerif"/>
          <w:color w:val="000000"/>
          <w:sz w:val="28"/>
          <w:szCs w:val="28"/>
        </w:rPr>
        <w:t>I</w:t>
      </w:r>
      <w:r w:rsidR="00CB0C30" w:rsidRPr="00E44301">
        <w:rPr>
          <w:rFonts w:ascii="LiberationSerif" w:eastAsia="LiberationSerif" w:hAnsi="LiberationSerif"/>
          <w:color w:val="000000"/>
          <w:sz w:val="28"/>
          <w:szCs w:val="28"/>
        </w:rPr>
        <w:t xml:space="preserve"> could take on the world. </w:t>
      </w:r>
    </w:p>
    <w:p w14:paraId="1757FCB9" w14:textId="47F5725B" w:rsidR="008130CF" w:rsidRPr="00E44301" w:rsidRDefault="00FB1B23"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t>
      </w:r>
      <w:r w:rsidR="005E6CCC" w:rsidRPr="00E44301">
        <w:rPr>
          <w:rFonts w:ascii="LiberationSerif" w:eastAsia="LiberationSerif" w:hAnsi="LiberationSerif"/>
          <w:color w:val="000000"/>
          <w:sz w:val="28"/>
          <w:szCs w:val="28"/>
        </w:rPr>
        <w:t>pulled out the sword again</w:t>
      </w:r>
      <w:r w:rsidR="00000000" w:rsidRPr="00E44301">
        <w:rPr>
          <w:rFonts w:ascii="LiberationSerif" w:eastAsia="LiberationSerif" w:hAnsi="LiberationSerif"/>
          <w:color w:val="000000"/>
          <w:sz w:val="28"/>
          <w:szCs w:val="28"/>
        </w:rPr>
        <w:t xml:space="preserve">, this time performing a series of combat maneuvers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'd learned during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years in the army.</w:t>
      </w:r>
      <w:r w:rsidR="005E6CCC" w:rsidRPr="00E44301">
        <w:rPr>
          <w:rFonts w:ascii="LiberationSerif" w:eastAsia="LiberationSerif" w:hAnsi="LiberationSerif"/>
          <w:color w:val="000000"/>
          <w:sz w:val="28"/>
          <w:szCs w:val="28"/>
        </w:rPr>
        <w:t xml:space="preserve"> Ways of sidestepping, combining hand</w:t>
      </w:r>
      <w:r>
        <w:rPr>
          <w:rFonts w:ascii="LiberationSerif" w:eastAsia="LiberationSerif" w:hAnsi="LiberationSerif"/>
          <w:color w:val="000000"/>
          <w:sz w:val="28"/>
          <w:szCs w:val="28"/>
        </w:rPr>
        <w:t>-to-</w:t>
      </w:r>
      <w:r w:rsidR="005E6CCC" w:rsidRPr="00E44301">
        <w:rPr>
          <w:rFonts w:ascii="LiberationSerif" w:eastAsia="LiberationSerif" w:hAnsi="LiberationSerif"/>
          <w:color w:val="000000"/>
          <w:sz w:val="28"/>
          <w:szCs w:val="28"/>
        </w:rPr>
        <w:t xml:space="preserve">hand combat with the knowledge of swordplay that just seemed to be downloaded into his head. </w:t>
      </w:r>
    </w:p>
    <w:p w14:paraId="25870CB1" w14:textId="2448B13B"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 xml:space="preserve">The sword responded perfectly, its movements fluid and precise, amplifying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strength and speed. </w:t>
      </w:r>
      <w:r w:rsidR="00FB1B2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felt an almost symbiotic connection with the weapon, an extension of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own will,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own body. It felt like an old friend, a familiar weight in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hand, yet simultaneously alien and extraordinary. The power flowing through </w:t>
      </w:r>
      <w:r w:rsidR="00FB1B23">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was palpable, electric, intoxicating.</w:t>
      </w:r>
      <w:r w:rsidR="005E6CCC" w:rsidRPr="00E44301">
        <w:rPr>
          <w:rFonts w:ascii="LiberationSerif" w:eastAsia="LiberationSerif" w:hAnsi="LiberationSerif"/>
          <w:color w:val="000000"/>
          <w:sz w:val="28"/>
          <w:szCs w:val="28"/>
        </w:rPr>
        <w:t xml:space="preserve"> </w:t>
      </w:r>
      <w:r w:rsidR="00FB1B23">
        <w:rPr>
          <w:rFonts w:ascii="LiberationSerif" w:eastAsia="LiberationSerif" w:hAnsi="LiberationSerif"/>
          <w:color w:val="000000"/>
          <w:sz w:val="28"/>
          <w:szCs w:val="28"/>
        </w:rPr>
        <w:t>I</w:t>
      </w:r>
      <w:r w:rsidR="005E6CCC" w:rsidRPr="00E44301">
        <w:rPr>
          <w:rFonts w:ascii="LiberationSerif" w:eastAsia="LiberationSerif" w:hAnsi="LiberationSerif"/>
          <w:color w:val="000000"/>
          <w:sz w:val="28"/>
          <w:szCs w:val="28"/>
        </w:rPr>
        <w:t xml:space="preserve"> switched to </w:t>
      </w:r>
      <w:r w:rsidR="00FB1B23">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left hand and brought </w:t>
      </w:r>
      <w:r w:rsidR="00FB1B23">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rifle up with </w:t>
      </w:r>
      <w:r w:rsidR="00FB1B23">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right, it was perfect, it was meant to be. </w:t>
      </w:r>
    </w:p>
    <w:p w14:paraId="48FEA0B7" w14:textId="3B59E7B0"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"What does it do?" </w:t>
      </w:r>
      <w:r w:rsidR="00FB1B2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asked,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voice barely a whisper, still stunned by the weapon's power. The question wasn't about the mechanics of the blade; it was about the potential, about</w:t>
      </w:r>
    </w:p>
    <w:p w14:paraId="6B687215"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20ED7529" w14:textId="25472F8D"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 xml:space="preserve">the vast and unknown capabilities this magical sword possessed. </w:t>
      </w:r>
      <w:r w:rsidR="00FB1B2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could feel its energy thrumming beneath </w:t>
      </w:r>
      <w:r w:rsidR="00FB1B23">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touch, a power that seemed limitless.</w:t>
      </w:r>
    </w:p>
    <w:p w14:paraId="50B45E2A" w14:textId="60B141FD"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Liliana </w:t>
      </w:r>
      <w:r w:rsidR="00FB1B23" w:rsidRPr="00E44301">
        <w:rPr>
          <w:rFonts w:ascii="LiberationSerif" w:eastAsia="LiberationSerif" w:hAnsi="LiberationSerif"/>
          <w:color w:val="000000"/>
          <w:sz w:val="28"/>
          <w:szCs w:val="28"/>
        </w:rPr>
        <w:t>hesitated;</w:t>
      </w:r>
      <w:r w:rsidRPr="00E44301">
        <w:rPr>
          <w:rFonts w:ascii="LiberationSerif" w:eastAsia="LiberationSerif" w:hAnsi="LiberationSerif"/>
          <w:color w:val="000000"/>
          <w:sz w:val="28"/>
          <w:szCs w:val="28"/>
        </w:rPr>
        <w:t xml:space="preserve"> her gaze fixed on the sword. "That depends on you," she said finally. "It's not just a weapon, human. It's a conduit. It amplifies your abilities, your intent. If you’re a skilled warrior, it will make you unstoppable. If you're consumed by rage or fear…well, the consequences could be devastating."</w:t>
      </w:r>
    </w:p>
    <w:p w14:paraId="6C066E74" w14:textId="0FC13C09" w:rsidR="005E6CCC" w:rsidRPr="00E44301" w:rsidRDefault="00FB1B23"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understood. This was not a mere tool; it was a responsibility, a potential source of immense power that could lead to either salvation or destruction.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felt the weight of that responsibility settle upon </w:t>
      </w:r>
      <w:r>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 a crushing burden in the humid air. It was a test, a trial by fire</w:t>
      </w:r>
      <w:r>
        <w:rPr>
          <w:rFonts w:ascii="LiberationSerif" w:eastAsia="LiberationSerif" w:hAnsi="LiberationSerif"/>
          <w:color w:val="000000"/>
          <w:sz w:val="28"/>
          <w:szCs w:val="28"/>
        </w:rPr>
        <w:t>-</w:t>
      </w:r>
      <w:r w:rsidR="00000000" w:rsidRPr="00E44301">
        <w:rPr>
          <w:rFonts w:ascii="LiberationSerif" w:eastAsia="LiberationSerif" w:hAnsi="LiberationSerif"/>
          <w:color w:val="000000"/>
          <w:sz w:val="28"/>
          <w:szCs w:val="28"/>
        </w:rPr>
        <w:t xml:space="preserve">forged in the crucible of this alien world. </w:t>
      </w:r>
      <w:r>
        <w:rPr>
          <w:rFonts w:ascii="LiberationSerif" w:eastAsia="LiberationSerif" w:hAnsi="LiberationSerif"/>
          <w:color w:val="000000"/>
          <w:sz w:val="28"/>
          <w:szCs w:val="28"/>
        </w:rPr>
        <w:t xml:space="preserve">I </w:t>
      </w:r>
      <w:r w:rsidR="00000000" w:rsidRPr="00E44301">
        <w:rPr>
          <w:rFonts w:ascii="LiberationSerif" w:eastAsia="LiberationSerif" w:hAnsi="LiberationSerif"/>
          <w:color w:val="000000"/>
          <w:sz w:val="28"/>
          <w:szCs w:val="28"/>
        </w:rPr>
        <w:t xml:space="preserve">needed to control this power, to channel it for good, to use it to survive.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life, and perhaps the fate of this entire world, rested upon his ability to master the magically bonded sword.</w:t>
      </w:r>
      <w:r w:rsidR="005E6CCC" w:rsidRPr="00E44301">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But what did I want? To consume destroy and rebuild? To become a hero? Or to just find my way home?</w:t>
      </w:r>
    </w:p>
    <w:p w14:paraId="328D5AE8" w14:textId="1E2010E2" w:rsidR="008130CF" w:rsidRPr="00E44301" w:rsidRDefault="00FB1B23"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To be honest, I</w:t>
      </w:r>
      <w:r w:rsidR="005E6CCC" w:rsidRPr="00E44301">
        <w:rPr>
          <w:rFonts w:ascii="LiberationSerif" w:eastAsia="LiberationSerif" w:hAnsi="LiberationSerif"/>
          <w:color w:val="000000"/>
          <w:sz w:val="28"/>
          <w:szCs w:val="28"/>
        </w:rPr>
        <w:t xml:space="preserve"> just couldn’t stop thinking. About how hot liliana was! </w:t>
      </w:r>
      <w:r>
        <w:rPr>
          <w:rFonts w:ascii="LiberationSerif" w:eastAsia="LiberationSerif" w:hAnsi="LiberationSerif"/>
          <w:color w:val="000000"/>
          <w:sz w:val="28"/>
          <w:szCs w:val="28"/>
        </w:rPr>
        <w:t>Since when was pink skin so sexy.</w:t>
      </w:r>
    </w:p>
    <w:p w14:paraId="3FE63F6F" w14:textId="495D7D9C" w:rsidR="008130CF" w:rsidRPr="00E44301" w:rsidRDefault="00FB1B23"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Our</w:t>
      </w:r>
      <w:r w:rsidR="00000000" w:rsidRPr="00E44301">
        <w:rPr>
          <w:rFonts w:ascii="LiberationSerif" w:eastAsia="LiberationSerif" w:hAnsi="LiberationSerif"/>
          <w:color w:val="000000"/>
          <w:sz w:val="28"/>
          <w:szCs w:val="28"/>
        </w:rPr>
        <w:t xml:space="preserve"> journey continued, now imbued with a newfound sense of urgency and purpose. The sword, now a constant </w:t>
      </w:r>
      <w:r>
        <w:rPr>
          <w:sz w:val="28"/>
          <w:szCs w:val="28"/>
        </w:rPr>
        <w:t>c</w:t>
      </w:r>
      <w:r w:rsidR="00000000" w:rsidRPr="00E44301">
        <w:rPr>
          <w:rFonts w:ascii="LiberationSerif" w:eastAsia="LiberationSerif" w:hAnsi="LiberationSerif"/>
          <w:color w:val="000000"/>
          <w:sz w:val="28"/>
          <w:szCs w:val="28"/>
        </w:rPr>
        <w:t xml:space="preserve">ompanion felt like both a burden and a blessing. The jungle path, once daunting and filled with uncertainty, now seemed less treacherous.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was adapting, learning to harness the power that flowed through </w:t>
      </w:r>
      <w:r>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 xml:space="preserve"> Each swing, each parry, was a lesson, a step towards mastery. The jungle noises, once frightening, now seemed less menacing, more like a symphony of nature’s harsh beauty.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movements were precise, economical, imbued with a strength and speed that</w:t>
      </w:r>
    </w:p>
    <w:p w14:paraId="7F1C55DE"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6AB0CD3F" w14:textId="77777777" w:rsidR="00FB1B23" w:rsidRDefault="00000000" w:rsidP="003166C8">
      <w:pPr>
        <w:autoSpaceDE w:val="0"/>
        <w:autoSpaceDN w:val="0"/>
        <w:spacing w:before="143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lastRenderedPageBreak/>
        <w:t xml:space="preserve">surprised </w:t>
      </w:r>
      <w:r w:rsidR="00FB1B23">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w:t>
      </w:r>
      <w:r w:rsidR="00FB1B23">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was a soldier, yes, but </w:t>
      </w:r>
      <w:r w:rsidR="00FB1B23">
        <w:rPr>
          <w:rFonts w:ascii="LiberationSerif" w:eastAsia="LiberationSerif" w:hAnsi="LiberationSerif"/>
          <w:color w:val="000000"/>
          <w:sz w:val="28"/>
          <w:szCs w:val="28"/>
        </w:rPr>
        <w:t>now I</w:t>
      </w:r>
      <w:r w:rsidRPr="00E44301">
        <w:rPr>
          <w:rFonts w:ascii="LiberationSerif" w:eastAsia="LiberationSerif" w:hAnsi="LiberationSerif"/>
          <w:color w:val="000000"/>
          <w:sz w:val="28"/>
          <w:szCs w:val="28"/>
        </w:rPr>
        <w:t xml:space="preserve"> was also a warrior, a champion blessed – or perhaps cursed – by the gods of this strange, magical realm.</w:t>
      </w:r>
      <w:r w:rsidR="005E6CCC" w:rsidRPr="00E44301">
        <w:rPr>
          <w:rFonts w:ascii="LiberationSerif" w:eastAsia="LiberationSerif" w:hAnsi="LiberationSerif"/>
          <w:color w:val="000000"/>
          <w:sz w:val="28"/>
          <w:szCs w:val="28"/>
        </w:rPr>
        <w:t xml:space="preserve"> </w:t>
      </w:r>
    </w:p>
    <w:p w14:paraId="7D172FF6" w14:textId="43B8BD8A" w:rsidR="008130CF" w:rsidRPr="00E44301" w:rsidRDefault="00FB1B23" w:rsidP="003166C8">
      <w:pPr>
        <w:autoSpaceDE w:val="0"/>
        <w:autoSpaceDN w:val="0"/>
        <w:spacing w:before="1430" w:after="0" w:line="360" w:lineRule="exact"/>
        <w:ind w:right="20"/>
        <w:rPr>
          <w:sz w:val="28"/>
          <w:szCs w:val="28"/>
        </w:rPr>
      </w:pPr>
      <w:r>
        <w:rPr>
          <w:rFonts w:ascii="LiberationSerif" w:eastAsia="LiberationSerif" w:hAnsi="LiberationSerif"/>
          <w:color w:val="000000"/>
          <w:sz w:val="28"/>
          <w:szCs w:val="28"/>
        </w:rPr>
        <w:t>I</w:t>
      </w:r>
      <w:r w:rsidR="005E6CCC" w:rsidRPr="00E44301">
        <w:rPr>
          <w:rFonts w:ascii="LiberationSerif" w:eastAsia="LiberationSerif" w:hAnsi="LiberationSerif"/>
          <w:color w:val="000000"/>
          <w:sz w:val="28"/>
          <w:szCs w:val="28"/>
        </w:rPr>
        <w:t xml:space="preserve"> fought several more goblins along the way and each time </w:t>
      </w:r>
      <w:r>
        <w:rPr>
          <w:rFonts w:ascii="LiberationSerif" w:eastAsia="LiberationSerif" w:hAnsi="LiberationSerif"/>
          <w:color w:val="000000"/>
          <w:sz w:val="28"/>
          <w:szCs w:val="28"/>
        </w:rPr>
        <w:t>I</w:t>
      </w:r>
      <w:r w:rsidR="005E6CCC" w:rsidRPr="00E44301">
        <w:rPr>
          <w:rFonts w:ascii="LiberationSerif" w:eastAsia="LiberationSerif" w:hAnsi="LiberationSerif"/>
          <w:color w:val="000000"/>
          <w:sz w:val="28"/>
          <w:szCs w:val="28"/>
        </w:rPr>
        <w:t xml:space="preserve"> didn’t feel a need to use </w:t>
      </w:r>
      <w:r>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rifle. </w:t>
      </w:r>
      <w:r>
        <w:rPr>
          <w:rFonts w:ascii="LiberationSerif" w:eastAsia="LiberationSerif" w:hAnsi="LiberationSerif"/>
          <w:color w:val="000000"/>
          <w:sz w:val="28"/>
          <w:szCs w:val="28"/>
        </w:rPr>
        <w:t>Better to save those rounds for when they were really needed. Or maybe it was just the thrill of close combat. I</w:t>
      </w:r>
      <w:r w:rsidR="005E6CCC" w:rsidRPr="00E44301">
        <w:rPr>
          <w:rFonts w:ascii="LiberationSerif" w:eastAsia="LiberationSerif" w:hAnsi="LiberationSerif"/>
          <w:color w:val="000000"/>
          <w:sz w:val="28"/>
          <w:szCs w:val="28"/>
        </w:rPr>
        <w:t xml:space="preserve"> eventually moved </w:t>
      </w:r>
      <w:r>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rifle to </w:t>
      </w:r>
      <w:r>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back and the leather of the sword instinctively wrapped around the rifle holding it in place. Even when </w:t>
      </w:r>
      <w:r>
        <w:rPr>
          <w:rFonts w:ascii="LiberationSerif" w:eastAsia="LiberationSerif" w:hAnsi="LiberationSerif"/>
          <w:color w:val="000000"/>
          <w:sz w:val="28"/>
          <w:szCs w:val="28"/>
        </w:rPr>
        <w:t>I</w:t>
      </w:r>
      <w:r w:rsidR="005E6CCC" w:rsidRPr="00E44301">
        <w:rPr>
          <w:rFonts w:ascii="LiberationSerif" w:eastAsia="LiberationSerif" w:hAnsi="LiberationSerif"/>
          <w:color w:val="000000"/>
          <w:sz w:val="28"/>
          <w:szCs w:val="28"/>
        </w:rPr>
        <w:t xml:space="preserve"> removed the sword and left </w:t>
      </w:r>
      <w:r>
        <w:rPr>
          <w:rFonts w:ascii="LiberationSerif" w:eastAsia="LiberationSerif" w:hAnsi="LiberationSerif"/>
          <w:color w:val="000000"/>
          <w:sz w:val="28"/>
          <w:szCs w:val="28"/>
        </w:rPr>
        <w:t>my</w:t>
      </w:r>
      <w:r w:rsidR="005E6CCC" w:rsidRPr="00E44301">
        <w:rPr>
          <w:rFonts w:ascii="LiberationSerif" w:eastAsia="LiberationSerif" w:hAnsi="LiberationSerif"/>
          <w:color w:val="000000"/>
          <w:sz w:val="28"/>
          <w:szCs w:val="28"/>
        </w:rPr>
        <w:t xml:space="preserve"> rifle</w:t>
      </w:r>
      <w:r w:rsidR="00CB1C2B">
        <w:rPr>
          <w:rFonts w:ascii="LiberationSerif" w:eastAsia="LiberationSerif" w:hAnsi="LiberationSerif"/>
          <w:color w:val="000000"/>
          <w:sz w:val="28"/>
          <w:szCs w:val="28"/>
        </w:rPr>
        <w:t>,</w:t>
      </w:r>
      <w:r w:rsidR="005E6CCC" w:rsidRPr="00E44301">
        <w:rPr>
          <w:rFonts w:ascii="LiberationSerif" w:eastAsia="LiberationSerif" w:hAnsi="LiberationSerif"/>
          <w:color w:val="000000"/>
          <w:sz w:val="28"/>
          <w:szCs w:val="28"/>
        </w:rPr>
        <w:t xml:space="preserve"> strands of leather remained to hold it in place. </w:t>
      </w:r>
      <w:r>
        <w:rPr>
          <w:rFonts w:ascii="LiberationSerif" w:eastAsia="LiberationSerif" w:hAnsi="LiberationSerif"/>
          <w:color w:val="000000"/>
          <w:sz w:val="28"/>
          <w:szCs w:val="28"/>
        </w:rPr>
        <w:t>Scientifically speaking</w:t>
      </w:r>
      <w:r w:rsidR="00E97117">
        <w:rPr>
          <w:rFonts w:ascii="LiberationSerif" w:eastAsia="LiberationSerif" w:hAnsi="LiberationSerif"/>
          <w:color w:val="000000"/>
          <w:sz w:val="28"/>
          <w:szCs w:val="28"/>
        </w:rPr>
        <w:t>, I don’t know what in the fuck is going on. But it’s pretty cool.</w:t>
      </w:r>
    </w:p>
    <w:p w14:paraId="5EB8A867" w14:textId="38CDAAB4" w:rsidR="00CB1C2B" w:rsidRDefault="00E97117"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We</w:t>
      </w:r>
      <w:r w:rsidR="00000000" w:rsidRPr="00E44301">
        <w:rPr>
          <w:rFonts w:ascii="LiberationSerif" w:eastAsia="LiberationSerif" w:hAnsi="LiberationSerif"/>
          <w:color w:val="000000"/>
          <w:sz w:val="28"/>
          <w:szCs w:val="28"/>
        </w:rPr>
        <w:t xml:space="preserve"> moved swiftly and silently,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heightened senses detecting danger before it presented itself. The magically bonded sword hummed softly, a constant reminder of the immense power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now wielded. </w:t>
      </w: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felt the weight of responsibility, the burden of destiny, but also the thrill of the challenge, the excitement of facing whatever this strange world had in store for </w:t>
      </w:r>
      <w:r>
        <w:rPr>
          <w:rFonts w:ascii="LiberationSerif" w:eastAsia="LiberationSerif" w:hAnsi="LiberationSerif"/>
          <w:color w:val="000000"/>
          <w:sz w:val="28"/>
          <w:szCs w:val="28"/>
        </w:rPr>
        <w:t>me</w:t>
      </w:r>
      <w:r w:rsidR="00000000" w:rsidRPr="00E44301">
        <w:rPr>
          <w:rFonts w:ascii="LiberationSerif" w:eastAsia="LiberationSerif" w:hAnsi="LiberationSerif"/>
          <w:color w:val="000000"/>
          <w:sz w:val="28"/>
          <w:szCs w:val="28"/>
        </w:rPr>
        <w:t>.</w:t>
      </w:r>
    </w:p>
    <w:p w14:paraId="61AF47F5" w14:textId="08DFDBEB" w:rsidR="008130CF" w:rsidRDefault="00E97117"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Our</w:t>
      </w:r>
      <w:r w:rsidR="00000000" w:rsidRPr="00E44301">
        <w:rPr>
          <w:rFonts w:ascii="LiberationSerif" w:eastAsia="LiberationSerif" w:hAnsi="LiberationSerif"/>
          <w:color w:val="000000"/>
          <w:sz w:val="28"/>
          <w:szCs w:val="28"/>
        </w:rPr>
        <w:t xml:space="preserve"> journey wasn't easy. </w:t>
      </w:r>
      <w:r>
        <w:rPr>
          <w:rFonts w:ascii="LiberationSerif" w:eastAsia="LiberationSerif" w:hAnsi="LiberationSerif"/>
          <w:color w:val="000000"/>
          <w:sz w:val="28"/>
          <w:szCs w:val="28"/>
        </w:rPr>
        <w:t xml:space="preserve">We </w:t>
      </w:r>
      <w:r w:rsidR="00000000" w:rsidRPr="00E44301">
        <w:rPr>
          <w:rFonts w:ascii="LiberationSerif" w:eastAsia="LiberationSerif" w:hAnsi="LiberationSerif"/>
          <w:color w:val="000000"/>
          <w:sz w:val="28"/>
          <w:szCs w:val="28"/>
        </w:rPr>
        <w:t xml:space="preserve">encountered more monstrous </w:t>
      </w:r>
      <w:proofErr w:type="gramStart"/>
      <w:r w:rsidRPr="00E44301">
        <w:rPr>
          <w:rFonts w:ascii="LiberationSerif" w:eastAsia="LiberationSerif" w:hAnsi="LiberationSerif"/>
          <w:color w:val="000000"/>
          <w:sz w:val="28"/>
          <w:szCs w:val="28"/>
        </w:rPr>
        <w:t>creatures;</w:t>
      </w:r>
      <w:proofErr w:type="gramEnd"/>
      <w:r w:rsidR="00000000" w:rsidRPr="00E44301">
        <w:rPr>
          <w:rFonts w:ascii="LiberationSerif" w:eastAsia="LiberationSerif" w:hAnsi="LiberationSerif"/>
          <w:color w:val="000000"/>
          <w:sz w:val="28"/>
          <w:szCs w:val="28"/>
        </w:rPr>
        <w:t xml:space="preserve"> each</w:t>
      </w:r>
      <w:r w:rsidR="00CB1C2B">
        <w:rPr>
          <w:rFonts w:ascii="LiberationSerif" w:eastAsia="LiberationSerif" w:hAnsi="LiberationSerif"/>
          <w:color w:val="000000"/>
          <w:sz w:val="28"/>
          <w:szCs w:val="28"/>
        </w:rPr>
        <w:t xml:space="preserve"> </w:t>
      </w:r>
      <w:r w:rsidR="00000000" w:rsidRPr="00E44301">
        <w:rPr>
          <w:rFonts w:ascii="LiberationSerif" w:eastAsia="LiberationSerif" w:hAnsi="LiberationSerif"/>
          <w:color w:val="000000"/>
          <w:sz w:val="28"/>
          <w:szCs w:val="28"/>
        </w:rPr>
        <w:t>encounter a brutal test of skill and resilience.</w:t>
      </w:r>
      <w:r>
        <w:rPr>
          <w:rFonts w:ascii="LiberationSerif" w:eastAsia="LiberationSerif" w:hAnsi="LiberationSerif"/>
          <w:color w:val="000000"/>
          <w:sz w:val="28"/>
          <w:szCs w:val="28"/>
        </w:rPr>
        <w:t xml:space="preserve"> Liliana didn’t help me once. Does she even know how to fight? Are those dual daggers and that wicked sword just for show?</w:t>
      </w:r>
      <w:r>
        <w:rPr>
          <w:sz w:val="28"/>
          <w:szCs w:val="28"/>
        </w:rPr>
        <w:t xml:space="preserve"> </w:t>
      </w:r>
      <w:r w:rsidR="00000000" w:rsidRPr="00E44301">
        <w:rPr>
          <w:rFonts w:ascii="LiberationSerif" w:eastAsia="LiberationSerif" w:hAnsi="LiberationSerif"/>
          <w:color w:val="000000"/>
          <w:sz w:val="28"/>
          <w:szCs w:val="28"/>
        </w:rPr>
        <w:t xml:space="preserve">The sword proved indispensable, its magical properties cutting through thick hides and deflecting deadly blows with effortless grace. But it wasn’t just the weapon’s power; it was also </w:t>
      </w:r>
      <w:r>
        <w:rPr>
          <w:rFonts w:ascii="LiberationSerif" w:eastAsia="LiberationSerif" w:hAnsi="LiberationSerif"/>
          <w:color w:val="000000"/>
          <w:sz w:val="28"/>
          <w:szCs w:val="28"/>
        </w:rPr>
        <w:t>my</w:t>
      </w:r>
      <w:r w:rsidR="00000000" w:rsidRPr="00E44301">
        <w:rPr>
          <w:rFonts w:ascii="LiberationSerif" w:eastAsia="LiberationSerif" w:hAnsi="LiberationSerif"/>
          <w:color w:val="000000"/>
          <w:sz w:val="28"/>
          <w:szCs w:val="28"/>
        </w:rPr>
        <w:t xml:space="preserve"> growing understanding of the magical energies that flowed through this world, a subtle relationship that was rapidly developing between the sword and </w:t>
      </w:r>
      <w:r>
        <w:rPr>
          <w:rFonts w:ascii="LiberationSerif" w:eastAsia="LiberationSerif" w:hAnsi="LiberationSerif"/>
          <w:color w:val="000000"/>
          <w:sz w:val="28"/>
          <w:szCs w:val="28"/>
        </w:rPr>
        <w:t xml:space="preserve">myself. Lilliana commented on the blue hue of the sword starting to radiate onto my body as I fought. As if the more Shannon and I bonded the more power it could instill on me. </w:t>
      </w:r>
    </w:p>
    <w:p w14:paraId="3CCB6896" w14:textId="304626FA" w:rsidR="00E97117" w:rsidRPr="00E44301" w:rsidRDefault="00E97117"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The sword jumped on my back angrily. No? not Shannon? Fine.</w:t>
      </w:r>
    </w:p>
    <w:p w14:paraId="1C6868A8" w14:textId="1BB1E31E" w:rsidR="008130CF" w:rsidRPr="00E44301" w:rsidRDefault="00E97117"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Liliana’s</w:t>
      </w:r>
      <w:r w:rsidR="00000000" w:rsidRPr="00E44301">
        <w:rPr>
          <w:rFonts w:ascii="LiberationSerif" w:eastAsia="LiberationSerif" w:hAnsi="LiberationSerif"/>
          <w:color w:val="000000"/>
          <w:sz w:val="28"/>
          <w:szCs w:val="28"/>
        </w:rPr>
        <w:t xml:space="preserve"> knowledge of the local terrain and creatures </w:t>
      </w:r>
      <w:r>
        <w:rPr>
          <w:rFonts w:ascii="LiberationSerif" w:eastAsia="LiberationSerif" w:hAnsi="LiberationSerif"/>
          <w:color w:val="000000"/>
          <w:sz w:val="28"/>
          <w:szCs w:val="28"/>
        </w:rPr>
        <w:t>enhanced my</w:t>
      </w:r>
      <w:r w:rsidR="00000000" w:rsidRPr="00E44301">
        <w:rPr>
          <w:rFonts w:ascii="LiberationSerif" w:eastAsia="LiberationSerif" w:hAnsi="LiberationSerif"/>
          <w:color w:val="000000"/>
          <w:sz w:val="28"/>
          <w:szCs w:val="28"/>
        </w:rPr>
        <w:t xml:space="preserve"> combat skills and the weapon's magical capabilities. </w:t>
      </w:r>
      <w:r>
        <w:rPr>
          <w:rFonts w:ascii="LiberationSerif" w:eastAsia="LiberationSerif" w:hAnsi="LiberationSerif"/>
          <w:color w:val="000000"/>
          <w:sz w:val="28"/>
          <w:szCs w:val="28"/>
        </w:rPr>
        <w:t>We</w:t>
      </w:r>
      <w:r w:rsidR="00000000" w:rsidRPr="00E44301">
        <w:rPr>
          <w:rFonts w:ascii="LiberationSerif" w:eastAsia="LiberationSerif" w:hAnsi="LiberationSerif"/>
          <w:color w:val="000000"/>
          <w:sz w:val="28"/>
          <w:szCs w:val="28"/>
        </w:rPr>
        <w:t xml:space="preserve"> were an unlikely pair, a human soldier and a pink-skinned devil girl, </w:t>
      </w:r>
      <w:r>
        <w:rPr>
          <w:rFonts w:ascii="LiberationSerif" w:eastAsia="LiberationSerif" w:hAnsi="LiberationSerif"/>
          <w:color w:val="000000"/>
          <w:sz w:val="28"/>
          <w:szCs w:val="28"/>
        </w:rPr>
        <w:t>(one that refused to fight with me, but damn did she look good.) I</w:t>
      </w:r>
      <w:r w:rsidR="005E6CCC" w:rsidRPr="00E44301">
        <w:rPr>
          <w:rFonts w:ascii="LiberationSerif" w:eastAsia="LiberationSerif" w:hAnsi="LiberationSerif"/>
          <w:color w:val="000000"/>
          <w:sz w:val="28"/>
          <w:szCs w:val="28"/>
        </w:rPr>
        <w:t xml:space="preserve"> felt as if </w:t>
      </w:r>
      <w:r>
        <w:rPr>
          <w:rFonts w:ascii="LiberationSerif" w:eastAsia="LiberationSerif" w:hAnsi="LiberationSerif"/>
          <w:color w:val="000000"/>
          <w:sz w:val="28"/>
          <w:szCs w:val="28"/>
        </w:rPr>
        <w:t>our</w:t>
      </w:r>
      <w:r w:rsidR="005E6CCC" w:rsidRPr="00E44301">
        <w:rPr>
          <w:rFonts w:ascii="LiberationSerif" w:eastAsia="LiberationSerif" w:hAnsi="LiberationSerif"/>
          <w:color w:val="000000"/>
          <w:sz w:val="28"/>
          <w:szCs w:val="28"/>
        </w:rPr>
        <w:t xml:space="preserve"> relationship was growing. Or maybe it was something else growing. </w:t>
      </w:r>
    </w:p>
    <w:p w14:paraId="62EB0E23" w14:textId="7F01BF06" w:rsidR="008130CF" w:rsidRPr="00E97117" w:rsidRDefault="00000000" w:rsidP="003166C8">
      <w:pPr>
        <w:autoSpaceDE w:val="0"/>
        <w:autoSpaceDN w:val="0"/>
        <w:spacing w:before="360" w:after="0" w:line="360" w:lineRule="exact"/>
        <w:ind w:right="20"/>
        <w:rPr>
          <w:rFonts w:ascii="LiberationSerif" w:eastAsia="LiberationSerif" w:hAnsi="LiberationSerif"/>
          <w:color w:val="000000"/>
          <w:sz w:val="28"/>
          <w:szCs w:val="28"/>
        </w:rPr>
        <w:sectPr w:rsidR="008130CF" w:rsidRPr="00E97117">
          <w:pgSz w:w="12240" w:h="15840"/>
          <w:pgMar w:top="0" w:right="1420" w:bottom="0" w:left="1440" w:header="720" w:footer="720" w:gutter="0"/>
          <w:cols w:space="720"/>
          <w:docGrid w:linePitch="360"/>
        </w:sectPr>
      </w:pPr>
      <w:r w:rsidRPr="00E44301">
        <w:rPr>
          <w:rFonts w:ascii="LiberationSerif" w:eastAsia="LiberationSerif" w:hAnsi="LiberationSerif"/>
          <w:color w:val="000000"/>
          <w:sz w:val="28"/>
          <w:szCs w:val="28"/>
        </w:rPr>
        <w:lastRenderedPageBreak/>
        <w:t xml:space="preserve">As </w:t>
      </w:r>
      <w:r w:rsidR="00E97117">
        <w:rPr>
          <w:rFonts w:ascii="LiberationSerif" w:eastAsia="LiberationSerif" w:hAnsi="LiberationSerif"/>
          <w:color w:val="000000"/>
          <w:sz w:val="28"/>
          <w:szCs w:val="28"/>
        </w:rPr>
        <w:t>we</w:t>
      </w:r>
      <w:r w:rsidRPr="00E44301">
        <w:rPr>
          <w:rFonts w:ascii="LiberationSerif" w:eastAsia="LiberationSerif" w:hAnsi="LiberationSerif"/>
          <w:color w:val="000000"/>
          <w:sz w:val="28"/>
          <w:szCs w:val="28"/>
        </w:rPr>
        <w:t xml:space="preserve"> pushed further into the heart of the jungle, towards Liliana's village, The path ahead remained uncertain, </w:t>
      </w:r>
      <w:r w:rsidR="00E97117">
        <w:rPr>
          <w:rFonts w:ascii="LiberationSerif" w:eastAsia="LiberationSerif" w:hAnsi="LiberationSerif"/>
          <w:color w:val="000000"/>
          <w:sz w:val="28"/>
          <w:szCs w:val="28"/>
        </w:rPr>
        <w:t xml:space="preserve">I </w:t>
      </w:r>
      <w:r w:rsidR="005E6CCC" w:rsidRPr="00E44301">
        <w:rPr>
          <w:sz w:val="28"/>
          <w:szCs w:val="28"/>
        </w:rPr>
        <w:t xml:space="preserve">didn’t know how to get home, and </w:t>
      </w:r>
      <w:r w:rsidR="00E97117">
        <w:rPr>
          <w:sz w:val="28"/>
          <w:szCs w:val="28"/>
        </w:rPr>
        <w:t>I</w:t>
      </w:r>
      <w:r w:rsidR="005E6CCC" w:rsidRPr="00E44301">
        <w:rPr>
          <w:sz w:val="28"/>
          <w:szCs w:val="28"/>
        </w:rPr>
        <w:t xml:space="preserve"> didn’t know what </w:t>
      </w:r>
      <w:r w:rsidR="00E97117">
        <w:rPr>
          <w:sz w:val="28"/>
          <w:szCs w:val="28"/>
        </w:rPr>
        <w:t>I</w:t>
      </w:r>
      <w:r w:rsidR="005E6CCC" w:rsidRPr="00E44301">
        <w:rPr>
          <w:sz w:val="28"/>
          <w:szCs w:val="28"/>
        </w:rPr>
        <w:t xml:space="preserve"> was doing. But damn was </w:t>
      </w:r>
      <w:r w:rsidR="00E97117">
        <w:rPr>
          <w:sz w:val="28"/>
          <w:szCs w:val="28"/>
        </w:rPr>
        <w:t>I</w:t>
      </w:r>
      <w:r w:rsidR="005E6CCC" w:rsidRPr="00E44301">
        <w:rPr>
          <w:sz w:val="28"/>
          <w:szCs w:val="28"/>
        </w:rPr>
        <w:t xml:space="preserve"> enjoying it. </w:t>
      </w:r>
    </w:p>
    <w:p w14:paraId="6E8A4D1F" w14:textId="1141B22E" w:rsidR="008130CF" w:rsidRPr="00E44301" w:rsidRDefault="00A53B50" w:rsidP="003166C8">
      <w:pPr>
        <w:autoSpaceDE w:val="0"/>
        <w:autoSpaceDN w:val="0"/>
        <w:spacing w:before="1904" w:after="0" w:line="374" w:lineRule="exact"/>
        <w:ind w:right="20"/>
        <w:jc w:val="center"/>
        <w:rPr>
          <w:sz w:val="28"/>
          <w:szCs w:val="28"/>
        </w:rPr>
      </w:pPr>
      <w:r>
        <w:rPr>
          <w:rFonts w:ascii="LiberationSerif" w:eastAsia="LiberationSerif" w:hAnsi="LiberationSerif"/>
          <w:b/>
          <w:color w:val="000000"/>
          <w:sz w:val="28"/>
          <w:szCs w:val="28"/>
        </w:rPr>
        <w:lastRenderedPageBreak/>
        <w:t>Danger and a Decision.</w:t>
      </w:r>
    </w:p>
    <w:p w14:paraId="4ABD9A7E" w14:textId="77777777" w:rsidR="008130CF" w:rsidRPr="00E44301" w:rsidRDefault="00000000" w:rsidP="003166C8">
      <w:pPr>
        <w:autoSpaceDE w:val="0"/>
        <w:autoSpaceDN w:val="0"/>
        <w:spacing w:before="456" w:after="0" w:line="360" w:lineRule="exact"/>
        <w:ind w:right="20"/>
        <w:rPr>
          <w:sz w:val="28"/>
          <w:szCs w:val="28"/>
        </w:rPr>
      </w:pPr>
      <w:r w:rsidRPr="00E44301">
        <w:rPr>
          <w:rFonts w:ascii="LiberationSerif" w:eastAsia="LiberationSerif" w:hAnsi="LiberationSerif"/>
          <w:color w:val="000000"/>
          <w:sz w:val="28"/>
          <w:szCs w:val="28"/>
        </w:rPr>
        <w:t>The air hung heavy, thick with the cloying sweetness of rotting vegetation and the acrid tang of something far less natural. We were running, a desperate, breathless scramble through the oppressive undergrowth, the sounds of pursuit echoing behind us – a guttural roar that resonated deep in the chest, the snapping of twigs under unseen, oversized paws.</w:t>
      </w:r>
    </w:p>
    <w:p w14:paraId="66DCB3E8" w14:textId="77777777"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Liliana, surprisingly agile despite her seemingly delicate frame, vaulted over fallen logs with the grace of a seasoned parkour athlete. I, on the other hand, felt every one of my thirty-five years, each muscle screaming in protest as I stumbled through the mire. My combat boots, designed for the ocean floor, were wholly inadequate for this treacherous swamp.</w:t>
      </w:r>
    </w:p>
    <w:p w14:paraId="3BEEA6D8" w14:textId="23D0C1F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The magically bonded sword, a cold, reassuring weight at my </w:t>
      </w:r>
      <w:r w:rsidR="005E6CCC" w:rsidRPr="00E44301">
        <w:rPr>
          <w:rFonts w:ascii="LiberationSerif" w:eastAsia="LiberationSerif" w:hAnsi="LiberationSerif"/>
          <w:color w:val="000000"/>
          <w:sz w:val="28"/>
          <w:szCs w:val="28"/>
        </w:rPr>
        <w:t>back</w:t>
      </w:r>
      <w:r w:rsidRPr="00E44301">
        <w:rPr>
          <w:rFonts w:ascii="LiberationSerif" w:eastAsia="LiberationSerif" w:hAnsi="LiberationSerif"/>
          <w:color w:val="000000"/>
          <w:sz w:val="28"/>
          <w:szCs w:val="28"/>
        </w:rPr>
        <w:t>, offered little solace against the immediate threat. My M4, usually my unwavering companion, felt almost ludicrous in this environment. The jungle was a living thing, a suffocating tapestry of vines, thorny bushes, and trees that seemed determined to ensnare and hold us captive. The oppressive humidity clung to my skin, making each breath a labored effort. I could taste the sweat and the fear, a bitter cocktail that left a metallic tang on my tongue.</w:t>
      </w:r>
      <w:r w:rsidR="005E6CCC" w:rsidRPr="00E44301">
        <w:rPr>
          <w:rFonts w:ascii="LiberationSerif" w:eastAsia="LiberationSerif" w:hAnsi="LiberationSerif"/>
          <w:color w:val="000000"/>
          <w:sz w:val="28"/>
          <w:szCs w:val="28"/>
        </w:rPr>
        <w:t xml:space="preserve"> We had come upon a pack of some type of jungle creature. I was ready to hack and slack with my new </w:t>
      </w:r>
      <w:r w:rsidR="00CB1C2B" w:rsidRPr="00E44301">
        <w:rPr>
          <w:rFonts w:ascii="LiberationSerif" w:eastAsia="LiberationSerif" w:hAnsi="LiberationSerif"/>
          <w:color w:val="000000"/>
          <w:sz w:val="28"/>
          <w:szCs w:val="28"/>
        </w:rPr>
        <w:t>sword,</w:t>
      </w:r>
      <w:r w:rsidR="005E6CCC" w:rsidRPr="00E44301">
        <w:rPr>
          <w:rFonts w:ascii="LiberationSerif" w:eastAsia="LiberationSerif" w:hAnsi="LiberationSerif"/>
          <w:color w:val="000000"/>
          <w:sz w:val="28"/>
          <w:szCs w:val="28"/>
        </w:rPr>
        <w:t xml:space="preserve"> but Liliana immediately took off running. Not knowing where I </w:t>
      </w:r>
      <w:r w:rsidR="00CB1C2B" w:rsidRPr="00E44301">
        <w:rPr>
          <w:rFonts w:ascii="LiberationSerif" w:eastAsia="LiberationSerif" w:hAnsi="LiberationSerif"/>
          <w:color w:val="000000"/>
          <w:sz w:val="28"/>
          <w:szCs w:val="28"/>
        </w:rPr>
        <w:t>was,</w:t>
      </w:r>
      <w:r w:rsidR="005E6CCC" w:rsidRPr="00E44301">
        <w:rPr>
          <w:rFonts w:ascii="LiberationSerif" w:eastAsia="LiberationSerif" w:hAnsi="LiberationSerif"/>
          <w:color w:val="000000"/>
          <w:sz w:val="28"/>
          <w:szCs w:val="28"/>
        </w:rPr>
        <w:t xml:space="preserve"> I decided to trust her knowledge and I followed silently.</w:t>
      </w:r>
    </w:p>
    <w:p w14:paraId="4D8384F5" w14:textId="7777777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Suddenly, Liliana stopped, her pink skin paling slightly under the dense canopy. She pointed a slender finger towards a cluster of iridescent, bioluminescent fungi growing on the base of a giant, gnarled tree. "They're close," she whispered, her voice barely audible above the cacophony of the jungle.</w:t>
      </w:r>
    </w:p>
    <w:p w14:paraId="499098B3" w14:textId="77777777" w:rsidR="008130CF" w:rsidRPr="00E44301" w:rsidRDefault="00000000" w:rsidP="003166C8">
      <w:pPr>
        <w:autoSpaceDE w:val="0"/>
        <w:autoSpaceDN w:val="0"/>
        <w:spacing w:before="28" w:after="0" w:line="332" w:lineRule="exact"/>
        <w:ind w:right="20"/>
        <w:rPr>
          <w:sz w:val="28"/>
          <w:szCs w:val="28"/>
        </w:rPr>
      </w:pPr>
      <w:r w:rsidRPr="00E44301">
        <w:rPr>
          <w:rFonts w:ascii="LiberationSerif" w:eastAsia="LiberationSerif" w:hAnsi="LiberationSerif"/>
          <w:color w:val="000000"/>
          <w:sz w:val="28"/>
          <w:szCs w:val="28"/>
        </w:rPr>
        <w:t>"The Grolak are drawn to these. We have to be quiet."</w:t>
      </w:r>
    </w:p>
    <w:p w14:paraId="4B3EE1DE"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466BEF7E" w14:textId="30950EDE"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 xml:space="preserve">The Grolak. Liliana had mentioned them before, monstrous creatures with razor-sharp claws, </w:t>
      </w:r>
      <w:r w:rsidR="00E97117">
        <w:rPr>
          <w:rFonts w:ascii="LiberationSerif" w:eastAsia="LiberationSerif" w:hAnsi="LiberationSerif"/>
          <w:color w:val="000000"/>
          <w:sz w:val="28"/>
          <w:szCs w:val="28"/>
        </w:rPr>
        <w:t xml:space="preserve">and </w:t>
      </w:r>
      <w:r w:rsidRPr="00E44301">
        <w:rPr>
          <w:rFonts w:ascii="LiberationSerif" w:eastAsia="LiberationSerif" w:hAnsi="LiberationSerif"/>
          <w:color w:val="000000"/>
          <w:sz w:val="28"/>
          <w:szCs w:val="28"/>
        </w:rPr>
        <w:t>thick hides impervious to most weapons</w:t>
      </w:r>
      <w:r w:rsidR="00E97117">
        <w:rPr>
          <w:rFonts w:ascii="LiberationSerif" w:eastAsia="LiberationSerif" w:hAnsi="LiberationSerif"/>
          <w:color w:val="000000"/>
          <w:sz w:val="28"/>
          <w:szCs w:val="28"/>
        </w:rPr>
        <w:t>. In my mind</w:t>
      </w:r>
      <w:r w:rsidR="006268F2">
        <w:rPr>
          <w:rFonts w:ascii="LiberationSerif" w:eastAsia="LiberationSerif" w:hAnsi="LiberationSerif"/>
          <w:color w:val="000000"/>
          <w:sz w:val="28"/>
          <w:szCs w:val="28"/>
        </w:rPr>
        <w:t>,</w:t>
      </w:r>
      <w:r w:rsidR="00E97117">
        <w:rPr>
          <w:rFonts w:ascii="LiberationSerif" w:eastAsia="LiberationSerif" w:hAnsi="LiberationSerif"/>
          <w:color w:val="000000"/>
          <w:sz w:val="28"/>
          <w:szCs w:val="28"/>
        </w:rPr>
        <w:t xml:space="preserve"> I pictured a troll boded with wolverine with </w:t>
      </w:r>
      <w:r w:rsidRPr="00E44301">
        <w:rPr>
          <w:rFonts w:ascii="LiberationSerif" w:eastAsia="LiberationSerif" w:hAnsi="LiberationSerif"/>
          <w:color w:val="000000"/>
          <w:sz w:val="28"/>
          <w:szCs w:val="28"/>
        </w:rPr>
        <w:t>an insatiable hunger for flesh. Their roars had been the source of our terror, the harbinger of our flight.</w:t>
      </w:r>
    </w:p>
    <w:p w14:paraId="35CF998E" w14:textId="35E5164B" w:rsidR="008130CF" w:rsidRPr="00E44301" w:rsidRDefault="00000000" w:rsidP="003166C8">
      <w:pPr>
        <w:autoSpaceDE w:val="0"/>
        <w:autoSpaceDN w:val="0"/>
        <w:spacing w:after="0" w:line="360" w:lineRule="exact"/>
        <w:ind w:right="20"/>
        <w:rPr>
          <w:sz w:val="28"/>
          <w:szCs w:val="28"/>
        </w:rPr>
      </w:pPr>
      <w:r w:rsidRPr="00E44301">
        <w:rPr>
          <w:rFonts w:ascii="LiberationSerif" w:eastAsia="LiberationSerif" w:hAnsi="LiberationSerif"/>
          <w:color w:val="000000"/>
          <w:sz w:val="28"/>
          <w:szCs w:val="28"/>
        </w:rPr>
        <w:t xml:space="preserve">I glanced back, half-expecting to see their hulking forms breaking through the undergrowth. </w:t>
      </w:r>
      <w:r w:rsidR="006268F2">
        <w:rPr>
          <w:rFonts w:ascii="LiberationSerif" w:eastAsia="LiberationSerif" w:hAnsi="LiberationSerif"/>
          <w:color w:val="000000"/>
          <w:sz w:val="28"/>
          <w:szCs w:val="28"/>
        </w:rPr>
        <w:t xml:space="preserve">I saw nothing so we began moving again. </w:t>
      </w:r>
      <w:r w:rsidRPr="00E44301">
        <w:rPr>
          <w:rFonts w:ascii="LiberationSerif" w:eastAsia="LiberationSerif" w:hAnsi="LiberationSerif"/>
          <w:color w:val="000000"/>
          <w:sz w:val="28"/>
          <w:szCs w:val="28"/>
        </w:rPr>
        <w:t>The silence that followed was almost worse than the roars, a suffocating blanket of anticipation that pressed down on my chest.</w:t>
      </w:r>
    </w:p>
    <w:p w14:paraId="78429BD3" w14:textId="2680BA11"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Liliana, ever the pragmatist, began to lead us through a dense thicket of thorny vines, their wicked barbs snagging at our clothes. She moved with uncanny speed and precision, her knowledge of the jungle a stark contrast to my clumsy, soldierly approach. I followed close behind, my senses heightened, each nerve ending screaming its warning. The air grew colder as we moved deeper into the thicket, a strange, unnatural chill that sent shivers down my spine.</w:t>
      </w:r>
    </w:p>
    <w:p w14:paraId="2E60D32E" w14:textId="1ACA4F33"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The path became a labyrinth of narrow tunnels, barely wide enough for us to squeeze through. The smell of decay intensified, mingling with the sweet, sickly fragrance of the fungi. We moved silently, our movements fluid and coordinated</w:t>
      </w:r>
      <w:r w:rsidR="00E82353">
        <w:rPr>
          <w:rFonts w:ascii="LiberationSerif" w:eastAsia="LiberationSerif" w:hAnsi="LiberationSerif"/>
          <w:color w:val="000000"/>
          <w:sz w:val="28"/>
          <w:szCs w:val="28"/>
        </w:rPr>
        <w:t xml:space="preserve">. </w:t>
      </w:r>
      <w:r w:rsidRPr="00E44301">
        <w:rPr>
          <w:rFonts w:ascii="LiberationSerif" w:eastAsia="LiberationSerif" w:hAnsi="LiberationSerif"/>
          <w:color w:val="000000"/>
          <w:sz w:val="28"/>
          <w:szCs w:val="28"/>
        </w:rPr>
        <w:t>I cursed myself for the lack of night vision goggles – a tool that would have been invaluable in this dimly lit, treacherous environment.</w:t>
      </w:r>
    </w:p>
    <w:p w14:paraId="53926A58" w14:textId="4F4C7188"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As we crawled through one particularly tight passage, I felt a cold, </w:t>
      </w:r>
      <w:proofErr w:type="gramStart"/>
      <w:r w:rsidRPr="00E44301">
        <w:rPr>
          <w:rFonts w:ascii="LiberationSerif" w:eastAsia="LiberationSerif" w:hAnsi="LiberationSerif"/>
          <w:color w:val="000000"/>
          <w:sz w:val="28"/>
          <w:szCs w:val="28"/>
        </w:rPr>
        <w:t>slimy</w:t>
      </w:r>
      <w:r w:rsidR="006268F2">
        <w:rPr>
          <w:rFonts w:ascii="LiberationSerif" w:eastAsia="LiberationSerif" w:hAnsi="LiberationSerif"/>
          <w:color w:val="000000"/>
          <w:sz w:val="28"/>
          <w:szCs w:val="28"/>
        </w:rPr>
        <w:t>..</w:t>
      </w:r>
      <w:proofErr w:type="gramEnd"/>
      <w:r w:rsidR="006268F2">
        <w:rPr>
          <w:rFonts w:ascii="LiberationSerif" w:eastAsia="LiberationSerif" w:hAnsi="LiberationSerif"/>
          <w:color w:val="000000"/>
          <w:sz w:val="28"/>
          <w:szCs w:val="28"/>
        </w:rPr>
        <w:t xml:space="preserve"> I don’t </w:t>
      </w:r>
      <w:proofErr w:type="gramStart"/>
      <w:r w:rsidR="006268F2">
        <w:rPr>
          <w:rFonts w:ascii="LiberationSerif" w:eastAsia="LiberationSerif" w:hAnsi="LiberationSerif"/>
          <w:color w:val="000000"/>
          <w:sz w:val="28"/>
          <w:szCs w:val="28"/>
        </w:rPr>
        <w:t>know..</w:t>
      </w:r>
      <w:proofErr w:type="gramEnd"/>
      <w:r w:rsidRPr="00E44301">
        <w:rPr>
          <w:rFonts w:ascii="LiberationSerif" w:eastAsia="LiberationSerif" w:hAnsi="LiberationSerif"/>
          <w:color w:val="000000"/>
          <w:sz w:val="28"/>
          <w:szCs w:val="28"/>
        </w:rPr>
        <w:t xml:space="preserve"> </w:t>
      </w:r>
      <w:proofErr w:type="gramStart"/>
      <w:r w:rsidRPr="00E44301">
        <w:rPr>
          <w:rFonts w:ascii="LiberationSerif" w:eastAsia="LiberationSerif" w:hAnsi="LiberationSerif"/>
          <w:color w:val="000000"/>
          <w:sz w:val="28"/>
          <w:szCs w:val="28"/>
        </w:rPr>
        <w:t>something</w:t>
      </w:r>
      <w:r w:rsidR="006268F2">
        <w:rPr>
          <w:rFonts w:ascii="LiberationSerif" w:eastAsia="LiberationSerif" w:hAnsi="LiberationSerif"/>
          <w:color w:val="000000"/>
          <w:sz w:val="28"/>
          <w:szCs w:val="28"/>
        </w:rPr>
        <w:t>..</w:t>
      </w:r>
      <w:proofErr w:type="gramEnd"/>
      <w:r w:rsidRPr="00E44301">
        <w:rPr>
          <w:rFonts w:ascii="LiberationSerif" w:eastAsia="LiberationSerif" w:hAnsi="LiberationSerif"/>
          <w:color w:val="000000"/>
          <w:sz w:val="28"/>
          <w:szCs w:val="28"/>
        </w:rPr>
        <w:t xml:space="preserve"> </w:t>
      </w:r>
      <w:r w:rsidR="00CB1C2B" w:rsidRPr="00E44301">
        <w:rPr>
          <w:rFonts w:ascii="LiberationSerif" w:eastAsia="LiberationSerif" w:hAnsi="LiberationSerif"/>
          <w:color w:val="000000"/>
          <w:sz w:val="28"/>
          <w:szCs w:val="28"/>
        </w:rPr>
        <w:t>brush</w:t>
      </w:r>
      <w:r w:rsidRPr="00E44301">
        <w:rPr>
          <w:rFonts w:ascii="LiberationSerif" w:eastAsia="LiberationSerif" w:hAnsi="LiberationSerif"/>
          <w:color w:val="000000"/>
          <w:sz w:val="28"/>
          <w:szCs w:val="28"/>
        </w:rPr>
        <w:t xml:space="preserve"> against my hand. I recoiled instinctively, my heart leaping into my throat. I glanced down, my breath catching in my chest. A long, spindly creature with multiple eyes and grasping claws clung to the side of the tunnel. Its skin was a translucent green, and I could see its internal organs pulsating beneath its surface.</w:t>
      </w:r>
    </w:p>
    <w:p w14:paraId="33069B9E"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3F8E5C41" w14:textId="77777777" w:rsidR="006268F2" w:rsidRDefault="00000000" w:rsidP="003166C8">
      <w:pPr>
        <w:autoSpaceDE w:val="0"/>
        <w:autoSpaceDN w:val="0"/>
        <w:spacing w:before="143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lastRenderedPageBreak/>
        <w:t>Liliana, sensing my reaction, quickly dispatched the creature with a swift, silent strike of her dagger. The thing dissolved into a puddle of viscous green slime, leaving a lingering stench that made my stomach churn. I fought back a wave of nausea. The experience served as a brutal reminder of the dangers that lurked in this world, dangers far more insidious and terrifying than anything I had ever encountered in combat.</w:t>
      </w:r>
      <w:r w:rsidR="00CB1C2B">
        <w:rPr>
          <w:rFonts w:ascii="LiberationSerif" w:eastAsia="LiberationSerif" w:hAnsi="LiberationSerif"/>
          <w:color w:val="000000"/>
          <w:sz w:val="28"/>
          <w:szCs w:val="28"/>
        </w:rPr>
        <w:t xml:space="preserve"> </w:t>
      </w:r>
      <w:r w:rsidR="006268F2">
        <w:rPr>
          <w:rFonts w:ascii="LiberationSerif" w:eastAsia="LiberationSerif" w:hAnsi="LiberationSerif"/>
          <w:color w:val="000000"/>
          <w:sz w:val="28"/>
          <w:szCs w:val="28"/>
        </w:rPr>
        <w:t xml:space="preserve">Yet, I was in a new world. With my rifle and a god-imbued sword. Why was I running. I should be stepping up and proving myself. </w:t>
      </w:r>
    </w:p>
    <w:p w14:paraId="03D02160" w14:textId="3AB15172" w:rsidR="00CB1C2B" w:rsidRDefault="00CB1C2B" w:rsidP="003166C8">
      <w:pPr>
        <w:autoSpaceDE w:val="0"/>
        <w:autoSpaceDN w:val="0"/>
        <w:spacing w:before="143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stopped moving and I looked at Liliana. </w:t>
      </w:r>
    </w:p>
    <w:p w14:paraId="3CC0250B" w14:textId="3FD98B69" w:rsidR="00CB1C2B" w:rsidRDefault="00CB1C2B" w:rsidP="003166C8">
      <w:pPr>
        <w:autoSpaceDE w:val="0"/>
        <w:autoSpaceDN w:val="0"/>
        <w:spacing w:before="143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“I’m done running” I said looking her in the eye.</w:t>
      </w:r>
    </w:p>
    <w:p w14:paraId="2C04B851" w14:textId="3BCC41CE" w:rsidR="00CB1C2B" w:rsidRDefault="00CB1C2B" w:rsidP="003166C8">
      <w:pPr>
        <w:autoSpaceDE w:val="0"/>
        <w:autoSpaceDN w:val="0"/>
        <w:spacing w:before="143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w:t>
      </w:r>
      <w:r w:rsidR="006268F2">
        <w:rPr>
          <w:rFonts w:ascii="LiberationSerif" w:eastAsia="LiberationSerif" w:hAnsi="LiberationSerif"/>
          <w:color w:val="000000"/>
          <w:sz w:val="28"/>
          <w:szCs w:val="28"/>
        </w:rPr>
        <w:t>For the love of Azrithal</w:t>
      </w:r>
      <w:r>
        <w:rPr>
          <w:rFonts w:ascii="LiberationSerif" w:eastAsia="LiberationSerif" w:hAnsi="LiberationSerif"/>
          <w:color w:val="000000"/>
          <w:sz w:val="28"/>
          <w:szCs w:val="28"/>
        </w:rPr>
        <w:t>, we cannot beat a Grolak, let alone multiple Grolak.”</w:t>
      </w:r>
    </w:p>
    <w:p w14:paraId="11199E9B" w14:textId="77D95D23" w:rsidR="00CB1C2B" w:rsidRDefault="006268F2" w:rsidP="003166C8">
      <w:pPr>
        <w:autoSpaceDE w:val="0"/>
        <w:autoSpaceDN w:val="0"/>
        <w:spacing w:before="143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John pulsed happily until I thought of him as John. Damn, what is your name then? So temperamental. </w:t>
      </w:r>
      <w:r w:rsidR="00CB1C2B">
        <w:rPr>
          <w:rFonts w:ascii="LiberationSerif" w:eastAsia="LiberationSerif" w:hAnsi="LiberationSerif"/>
          <w:color w:val="000000"/>
          <w:sz w:val="28"/>
          <w:szCs w:val="28"/>
        </w:rPr>
        <w:t xml:space="preserve">“I am new here. But I am a Soldier. I will no longer run” I said as I pulled my rifle into its familiar place on my shoulder. </w:t>
      </w:r>
    </w:p>
    <w:p w14:paraId="0C28D830" w14:textId="77777777" w:rsidR="00CB1C2B" w:rsidRPr="00CB1C2B" w:rsidRDefault="00CB1C2B" w:rsidP="003166C8">
      <w:pPr>
        <w:autoSpaceDE w:val="0"/>
        <w:autoSpaceDN w:val="0"/>
        <w:spacing w:before="1430" w:after="0" w:line="360" w:lineRule="exact"/>
        <w:ind w:right="20"/>
        <w:rPr>
          <w:rFonts w:ascii="LiberationSerif" w:eastAsia="LiberationSerif" w:hAnsi="LiberationSerif"/>
          <w:color w:val="000000"/>
          <w:sz w:val="28"/>
          <w:szCs w:val="28"/>
        </w:rPr>
      </w:pPr>
    </w:p>
    <w:p w14:paraId="79AA6C54" w14:textId="22DA701C" w:rsidR="008130CF" w:rsidRDefault="00CB1C2B"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T</w:t>
      </w:r>
      <w:r w:rsidRPr="00E44301">
        <w:rPr>
          <w:rFonts w:ascii="LiberationSerif" w:eastAsia="LiberationSerif" w:hAnsi="LiberationSerif"/>
          <w:color w:val="000000"/>
          <w:sz w:val="28"/>
          <w:szCs w:val="28"/>
        </w:rPr>
        <w:t xml:space="preserve">he sound of the Grolak’s pursuit </w:t>
      </w:r>
      <w:r>
        <w:rPr>
          <w:rFonts w:ascii="LiberationSerif" w:eastAsia="LiberationSerif" w:hAnsi="LiberationSerif"/>
          <w:color w:val="000000"/>
          <w:sz w:val="28"/>
          <w:szCs w:val="28"/>
        </w:rPr>
        <w:t>grew louder and we moved to a thicket of brush that created a fatal funnel for the Grolak. b</w:t>
      </w:r>
      <w:r w:rsidRPr="00E44301">
        <w:rPr>
          <w:rFonts w:ascii="LiberationSerif" w:eastAsia="LiberationSerif" w:hAnsi="LiberationSerif"/>
          <w:color w:val="000000"/>
          <w:sz w:val="28"/>
          <w:szCs w:val="28"/>
        </w:rPr>
        <w:t xml:space="preserve">ut the jungle held other dangers that awaited us. Giant spiders the size of small dogs scuttled across our path, their hairy legs making a disturbing scratching sound. Venomous </w:t>
      </w:r>
      <w:r w:rsidRPr="00E44301">
        <w:rPr>
          <w:rFonts w:ascii="LiberationSerif" w:eastAsia="LiberationSerif" w:hAnsi="LiberationSerif"/>
          <w:color w:val="000000"/>
          <w:sz w:val="28"/>
          <w:szCs w:val="28"/>
        </w:rPr>
        <w:lastRenderedPageBreak/>
        <w:t>snakes, their scales shimmering with an iridescent sheen, slithered amongst the roots of ancient trees.</w:t>
      </w:r>
      <w:r>
        <w:rPr>
          <w:rFonts w:ascii="LiberationSerif" w:eastAsia="LiberationSerif" w:hAnsi="LiberationSerif"/>
          <w:color w:val="000000"/>
          <w:sz w:val="28"/>
          <w:szCs w:val="28"/>
        </w:rPr>
        <w:t xml:space="preserve"> I ignored them all as I rotated my selector switch from safe to semi and got down to a knee. </w:t>
      </w:r>
    </w:p>
    <w:p w14:paraId="001BA68F" w14:textId="29918BBB" w:rsidR="00CB1C2B" w:rsidRDefault="00CB1C2B"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Liliana behind me sat dead quiet. A testament to her resolve. She didn’t think we could win but when I decided to stay, she </w:t>
      </w:r>
      <w:r w:rsidR="006268F2">
        <w:rPr>
          <w:rFonts w:ascii="LiberationSerif" w:eastAsia="LiberationSerif" w:hAnsi="LiberationSerif"/>
          <w:color w:val="000000"/>
          <w:sz w:val="28"/>
          <w:szCs w:val="28"/>
        </w:rPr>
        <w:t>would not</w:t>
      </w:r>
      <w:r>
        <w:rPr>
          <w:rFonts w:ascii="LiberationSerif" w:eastAsia="LiberationSerif" w:hAnsi="LiberationSerif"/>
          <w:color w:val="000000"/>
          <w:sz w:val="28"/>
          <w:szCs w:val="28"/>
        </w:rPr>
        <w:t xml:space="preserve"> abandon me. I looked her in the eye and there was a spark in them</w:t>
      </w:r>
      <w:r w:rsidR="006268F2">
        <w:rPr>
          <w:rFonts w:ascii="LiberationSerif" w:eastAsia="LiberationSerif" w:hAnsi="LiberationSerif"/>
          <w:color w:val="000000"/>
          <w:sz w:val="28"/>
          <w:szCs w:val="28"/>
        </w:rPr>
        <w:t>. W</w:t>
      </w:r>
      <w:r>
        <w:rPr>
          <w:rFonts w:ascii="LiberationSerif" w:eastAsia="LiberationSerif" w:hAnsi="LiberationSerif"/>
          <w:color w:val="000000"/>
          <w:sz w:val="28"/>
          <w:szCs w:val="28"/>
        </w:rPr>
        <w:t xml:space="preserve">ith a nod of </w:t>
      </w:r>
      <w:r w:rsidR="006268F2">
        <w:rPr>
          <w:rFonts w:ascii="LiberationSerif" w:eastAsia="LiberationSerif" w:hAnsi="LiberationSerif"/>
          <w:color w:val="000000"/>
          <w:sz w:val="28"/>
          <w:szCs w:val="28"/>
        </w:rPr>
        <w:t>approval,</w:t>
      </w:r>
      <w:r>
        <w:rPr>
          <w:rFonts w:ascii="LiberationSerif" w:eastAsia="LiberationSerif" w:hAnsi="LiberationSerif"/>
          <w:color w:val="000000"/>
          <w:sz w:val="28"/>
          <w:szCs w:val="28"/>
        </w:rPr>
        <w:t xml:space="preserve"> we had resolved to either </w:t>
      </w:r>
      <w:r w:rsidR="005F6B84">
        <w:rPr>
          <w:rFonts w:ascii="LiberationSerif" w:eastAsia="LiberationSerif" w:hAnsi="LiberationSerif"/>
          <w:color w:val="000000"/>
          <w:sz w:val="28"/>
          <w:szCs w:val="28"/>
        </w:rPr>
        <w:t>triumph over this foe or die as</w:t>
      </w:r>
      <w:r w:rsidR="006268F2">
        <w:rPr>
          <w:rFonts w:ascii="LiberationSerif" w:eastAsia="LiberationSerif" w:hAnsi="LiberationSerif"/>
          <w:color w:val="000000"/>
          <w:sz w:val="28"/>
          <w:szCs w:val="28"/>
        </w:rPr>
        <w:t xml:space="preserve"> warriors</w:t>
      </w:r>
      <w:r w:rsidR="005F6B84">
        <w:rPr>
          <w:rFonts w:ascii="LiberationSerif" w:eastAsia="LiberationSerif" w:hAnsi="LiberationSerif"/>
          <w:color w:val="000000"/>
          <w:sz w:val="28"/>
          <w:szCs w:val="28"/>
        </w:rPr>
        <w:t xml:space="preserve">. </w:t>
      </w:r>
    </w:p>
    <w:p w14:paraId="2D1E30C1" w14:textId="6F193CA6" w:rsidR="005F6B84" w:rsidRDefault="005F6B84"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crouched low in the shadows of the trees and the forest seemed to go silent.  Three Grolak stepped into the clearing before us and began their descent into the fatal funnel of trees. Their glowing eyes pierced through the luminescent trees. </w:t>
      </w:r>
      <w:r w:rsidR="006268F2">
        <w:rPr>
          <w:rFonts w:ascii="LiberationSerif" w:eastAsia="LiberationSerif" w:hAnsi="LiberationSerif"/>
          <w:color w:val="000000"/>
          <w:sz w:val="28"/>
          <w:szCs w:val="28"/>
        </w:rPr>
        <w:t xml:space="preserve">They each had 4 wickedly long claws wiry hairy bodies and a stench from the worst Sulphur mines. </w:t>
      </w:r>
    </w:p>
    <w:p w14:paraId="7C371433" w14:textId="21A96E53" w:rsidR="005F6B84" w:rsidRDefault="005F6B84"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With a deep breath, I looked down the scope of my ACOG and trained the sight on the first one’s head. Barely 50 meters away this was an easy shot. </w:t>
      </w:r>
    </w:p>
    <w:p w14:paraId="6E4C39BF" w14:textId="3485D6E5" w:rsidR="005F6B84" w:rsidRDefault="005F6B84"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With a tight squeeze of the trigger</w:t>
      </w:r>
      <w:r w:rsidR="00A64684">
        <w:rPr>
          <w:rFonts w:ascii="LiberationSerif" w:eastAsia="LiberationSerif" w:hAnsi="LiberationSerif"/>
          <w:color w:val="000000"/>
          <w:sz w:val="28"/>
          <w:szCs w:val="28"/>
        </w:rPr>
        <w:t>,</w:t>
      </w:r>
      <w:r>
        <w:rPr>
          <w:rFonts w:ascii="LiberationSerif" w:eastAsia="LiberationSerif" w:hAnsi="LiberationSerif"/>
          <w:color w:val="000000"/>
          <w:sz w:val="28"/>
          <w:szCs w:val="28"/>
        </w:rPr>
        <w:t xml:space="preserve"> the first Grolak crumpled. A 5.56 round burying itself into its forehead. Liliana dropped to the ground in confusion of the </w:t>
      </w:r>
      <w:r w:rsidR="00AE4EEB">
        <w:rPr>
          <w:rFonts w:ascii="LiberationSerif" w:eastAsia="LiberationSerif" w:hAnsi="LiberationSerif"/>
          <w:color w:val="000000"/>
          <w:sz w:val="28"/>
          <w:szCs w:val="28"/>
        </w:rPr>
        <w:t xml:space="preserve">loud </w:t>
      </w:r>
      <w:r>
        <w:rPr>
          <w:rFonts w:ascii="LiberationSerif" w:eastAsia="LiberationSerif" w:hAnsi="LiberationSerif"/>
          <w:color w:val="000000"/>
          <w:sz w:val="28"/>
          <w:szCs w:val="28"/>
        </w:rPr>
        <w:t xml:space="preserve">sound. </w:t>
      </w:r>
      <w:r w:rsidR="006268F2">
        <w:rPr>
          <w:rFonts w:ascii="LiberationSerif" w:eastAsia="LiberationSerif" w:hAnsi="LiberationSerif"/>
          <w:color w:val="000000"/>
          <w:sz w:val="28"/>
          <w:szCs w:val="28"/>
        </w:rPr>
        <w:t xml:space="preserve">Without another thought, </w:t>
      </w:r>
      <w:r>
        <w:rPr>
          <w:rFonts w:ascii="LiberationSerif" w:eastAsia="LiberationSerif" w:hAnsi="LiberationSerif"/>
          <w:color w:val="000000"/>
          <w:sz w:val="28"/>
          <w:szCs w:val="28"/>
        </w:rPr>
        <w:t xml:space="preserve">I rose to my feet </w:t>
      </w:r>
      <w:r w:rsidR="006268F2">
        <w:rPr>
          <w:rFonts w:ascii="LiberationSerif" w:eastAsia="LiberationSerif" w:hAnsi="LiberationSerif"/>
          <w:color w:val="000000"/>
          <w:sz w:val="28"/>
          <w:szCs w:val="28"/>
        </w:rPr>
        <w:t xml:space="preserve">and </w:t>
      </w:r>
      <w:r>
        <w:rPr>
          <w:rFonts w:ascii="LiberationSerif" w:eastAsia="LiberationSerif" w:hAnsi="LiberationSerif"/>
          <w:color w:val="000000"/>
          <w:sz w:val="28"/>
          <w:szCs w:val="28"/>
        </w:rPr>
        <w:t>stepp</w:t>
      </w:r>
      <w:r w:rsidR="006268F2">
        <w:rPr>
          <w:rFonts w:ascii="LiberationSerif" w:eastAsia="LiberationSerif" w:hAnsi="LiberationSerif"/>
          <w:color w:val="000000"/>
          <w:sz w:val="28"/>
          <w:szCs w:val="28"/>
        </w:rPr>
        <w:t>ed</w:t>
      </w:r>
      <w:r>
        <w:rPr>
          <w:rFonts w:ascii="LiberationSerif" w:eastAsia="LiberationSerif" w:hAnsi="LiberationSerif"/>
          <w:color w:val="000000"/>
          <w:sz w:val="28"/>
          <w:szCs w:val="28"/>
        </w:rPr>
        <w:t xml:space="preserve"> forward. The adrenaline and excitement of the battle overcame my better senses. As I stepped forward the Second Grolak </w:t>
      </w:r>
      <w:r w:rsidR="00A64684">
        <w:rPr>
          <w:rFonts w:ascii="LiberationSerif" w:eastAsia="LiberationSerif" w:hAnsi="LiberationSerif"/>
          <w:color w:val="000000"/>
          <w:sz w:val="28"/>
          <w:szCs w:val="28"/>
        </w:rPr>
        <w:t>roared,</w:t>
      </w:r>
      <w:r>
        <w:rPr>
          <w:rFonts w:ascii="LiberationSerif" w:eastAsia="LiberationSerif" w:hAnsi="LiberationSerif"/>
          <w:color w:val="000000"/>
          <w:sz w:val="28"/>
          <w:szCs w:val="28"/>
        </w:rPr>
        <w:t xml:space="preserve"> a</w:t>
      </w:r>
      <w:r w:rsidR="00A64684">
        <w:rPr>
          <w:rFonts w:ascii="LiberationSerif" w:eastAsia="LiberationSerif" w:hAnsi="LiberationSerif"/>
          <w:color w:val="000000"/>
          <w:sz w:val="28"/>
          <w:szCs w:val="28"/>
        </w:rPr>
        <w:t xml:space="preserve">nd the putrid smell of its breath wafted across my </w:t>
      </w:r>
      <w:r w:rsidR="006268F2">
        <w:rPr>
          <w:rFonts w:ascii="LiberationSerif" w:eastAsia="LiberationSerif" w:hAnsi="LiberationSerif"/>
          <w:color w:val="000000"/>
          <w:sz w:val="28"/>
          <w:szCs w:val="28"/>
        </w:rPr>
        <w:t xml:space="preserve">face. </w:t>
      </w:r>
      <w:r w:rsidR="00A64684">
        <w:rPr>
          <w:rFonts w:ascii="LiberationSerif" w:eastAsia="LiberationSerif" w:hAnsi="LiberationSerif"/>
          <w:color w:val="000000"/>
          <w:sz w:val="28"/>
          <w:szCs w:val="28"/>
        </w:rPr>
        <w:t xml:space="preserve">I fired two rounds into its chest. The third Grolak was already on its charge, and I had to roll to the side to avoid the slash of its claws. As I came out of my role I fired </w:t>
      </w:r>
      <w:proofErr w:type="gramStart"/>
      <w:r w:rsidR="00A64684">
        <w:rPr>
          <w:rFonts w:ascii="LiberationSerif" w:eastAsia="LiberationSerif" w:hAnsi="LiberationSerif"/>
          <w:color w:val="000000"/>
          <w:sz w:val="28"/>
          <w:szCs w:val="28"/>
        </w:rPr>
        <w:t>once</w:t>
      </w:r>
      <w:proofErr w:type="gramEnd"/>
      <w:r w:rsidR="00A64684">
        <w:rPr>
          <w:rFonts w:ascii="LiberationSerif" w:eastAsia="LiberationSerif" w:hAnsi="LiberationSerif"/>
          <w:color w:val="000000"/>
          <w:sz w:val="28"/>
          <w:szCs w:val="28"/>
        </w:rPr>
        <w:t xml:space="preserve"> and the round slammed into its shoulder. With </w:t>
      </w:r>
      <w:r w:rsidR="006268F2">
        <w:rPr>
          <w:rFonts w:ascii="LiberationSerif" w:eastAsia="LiberationSerif" w:hAnsi="LiberationSerif"/>
          <w:color w:val="000000"/>
          <w:sz w:val="28"/>
          <w:szCs w:val="28"/>
        </w:rPr>
        <w:t>a guttural</w:t>
      </w:r>
      <w:r w:rsidR="00A64684">
        <w:rPr>
          <w:rFonts w:ascii="LiberationSerif" w:eastAsia="LiberationSerif" w:hAnsi="LiberationSerif"/>
          <w:color w:val="000000"/>
          <w:sz w:val="28"/>
          <w:szCs w:val="28"/>
        </w:rPr>
        <w:t xml:space="preserve"> roar the Grolak </w:t>
      </w:r>
      <w:r w:rsidR="00354923">
        <w:rPr>
          <w:rFonts w:ascii="LiberationSerif" w:eastAsia="LiberationSerif" w:hAnsi="LiberationSerif"/>
          <w:color w:val="000000"/>
          <w:sz w:val="28"/>
          <w:szCs w:val="28"/>
        </w:rPr>
        <w:t>spit,</w:t>
      </w:r>
      <w:r w:rsidR="00A64684">
        <w:rPr>
          <w:rFonts w:ascii="LiberationSerif" w:eastAsia="LiberationSerif" w:hAnsi="LiberationSerif"/>
          <w:color w:val="000000"/>
          <w:sz w:val="28"/>
          <w:szCs w:val="28"/>
        </w:rPr>
        <w:t xml:space="preserve"> and it was as if the spit was </w:t>
      </w:r>
      <w:r w:rsidR="006268F2">
        <w:rPr>
          <w:rFonts w:ascii="LiberationSerif" w:eastAsia="LiberationSerif" w:hAnsi="LiberationSerif"/>
          <w:color w:val="000000"/>
          <w:sz w:val="28"/>
          <w:szCs w:val="28"/>
        </w:rPr>
        <w:t>some type of</w:t>
      </w:r>
      <w:r w:rsidR="00A64684">
        <w:rPr>
          <w:rFonts w:ascii="LiberationSerif" w:eastAsia="LiberationSerif" w:hAnsi="LiberationSerif"/>
          <w:color w:val="000000"/>
          <w:sz w:val="28"/>
          <w:szCs w:val="28"/>
        </w:rPr>
        <w:t xml:space="preserve"> acid. The glob hit the tree beside </w:t>
      </w:r>
      <w:r w:rsidR="00AE4EEB">
        <w:rPr>
          <w:rFonts w:ascii="LiberationSerif" w:eastAsia="LiberationSerif" w:hAnsi="LiberationSerif"/>
          <w:color w:val="000000"/>
          <w:sz w:val="28"/>
          <w:szCs w:val="28"/>
        </w:rPr>
        <w:t>me,</w:t>
      </w:r>
      <w:r w:rsidR="00A64684">
        <w:rPr>
          <w:rFonts w:ascii="LiberationSerif" w:eastAsia="LiberationSerif" w:hAnsi="LiberationSerif"/>
          <w:color w:val="000000"/>
          <w:sz w:val="28"/>
          <w:szCs w:val="28"/>
        </w:rPr>
        <w:t xml:space="preserve"> and it sizzled and melted. Some goblets bounced and hit my shoulder. The pain was like nothing I ha</w:t>
      </w:r>
      <w:r w:rsidR="00AE4EEB">
        <w:rPr>
          <w:rFonts w:ascii="LiberationSerif" w:eastAsia="LiberationSerif" w:hAnsi="LiberationSerif"/>
          <w:color w:val="000000"/>
          <w:sz w:val="28"/>
          <w:szCs w:val="28"/>
        </w:rPr>
        <w:t>d</w:t>
      </w:r>
      <w:r w:rsidR="00A64684">
        <w:rPr>
          <w:rFonts w:ascii="LiberationSerif" w:eastAsia="LiberationSerif" w:hAnsi="LiberationSerif"/>
          <w:color w:val="000000"/>
          <w:sz w:val="28"/>
          <w:szCs w:val="28"/>
        </w:rPr>
        <w:t xml:space="preserve"> felt. The smell of burnt flesh stunned me for a moment and it was just enough time for the Grolak to leap. </w:t>
      </w:r>
    </w:p>
    <w:p w14:paraId="5E9A13DA" w14:textId="56DCF8F8" w:rsidR="00A64684" w:rsidRDefault="00A64684"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knew I was </w:t>
      </w:r>
      <w:r w:rsidR="00AE4EEB">
        <w:rPr>
          <w:rFonts w:ascii="LiberationSerif" w:eastAsia="LiberationSerif" w:hAnsi="LiberationSerif"/>
          <w:color w:val="000000"/>
          <w:sz w:val="28"/>
          <w:szCs w:val="28"/>
        </w:rPr>
        <w:t>too</w:t>
      </w:r>
      <w:r>
        <w:rPr>
          <w:rFonts w:ascii="LiberationSerif" w:eastAsia="LiberationSerif" w:hAnsi="LiberationSerif"/>
          <w:color w:val="000000"/>
          <w:sz w:val="28"/>
          <w:szCs w:val="28"/>
        </w:rPr>
        <w:t xml:space="preserve"> close to fire and for a moment didn’t know what to do as the Grolak fell onto me. </w:t>
      </w:r>
    </w:p>
    <w:p w14:paraId="6CE310BC" w14:textId="5E1576A1" w:rsidR="00A64684" w:rsidRDefault="00703E37"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In that exact moment, Jared</w:t>
      </w:r>
      <w:r w:rsidR="00A64684">
        <w:rPr>
          <w:rFonts w:ascii="LiberationSerif" w:eastAsia="LiberationSerif" w:hAnsi="LiberationSerif"/>
          <w:color w:val="000000"/>
          <w:sz w:val="28"/>
          <w:szCs w:val="28"/>
        </w:rPr>
        <w:t xml:space="preserve"> seemed to know what I needed</w:t>
      </w:r>
      <w:r>
        <w:rPr>
          <w:rFonts w:ascii="LiberationSerif" w:eastAsia="LiberationSerif" w:hAnsi="LiberationSerif"/>
          <w:color w:val="000000"/>
          <w:sz w:val="28"/>
          <w:szCs w:val="28"/>
        </w:rPr>
        <w:t>. I</w:t>
      </w:r>
      <w:r w:rsidR="00A64684">
        <w:rPr>
          <w:rFonts w:ascii="LiberationSerif" w:eastAsia="LiberationSerif" w:hAnsi="LiberationSerif"/>
          <w:color w:val="000000"/>
          <w:sz w:val="28"/>
          <w:szCs w:val="28"/>
        </w:rPr>
        <w:t>n my moment of hesitation</w:t>
      </w:r>
      <w:r>
        <w:rPr>
          <w:rFonts w:ascii="LiberationSerif" w:eastAsia="LiberationSerif" w:hAnsi="LiberationSerif"/>
          <w:color w:val="000000"/>
          <w:sz w:val="28"/>
          <w:szCs w:val="28"/>
        </w:rPr>
        <w:t>,</w:t>
      </w:r>
      <w:r w:rsidR="00A64684">
        <w:rPr>
          <w:rFonts w:ascii="LiberationSerif" w:eastAsia="LiberationSerif" w:hAnsi="LiberationSerif"/>
          <w:color w:val="000000"/>
          <w:sz w:val="28"/>
          <w:szCs w:val="28"/>
        </w:rPr>
        <w:t xml:space="preserve"> the leather wrapping let go of my back and pulled itself around my fingers. I felt i</w:t>
      </w:r>
      <w:r>
        <w:rPr>
          <w:rFonts w:ascii="LiberationSerif" w:eastAsia="LiberationSerif" w:hAnsi="LiberationSerif"/>
          <w:color w:val="000000"/>
          <w:sz w:val="28"/>
          <w:szCs w:val="28"/>
        </w:rPr>
        <w:t>t</w:t>
      </w:r>
      <w:r w:rsidR="00A64684">
        <w:rPr>
          <w:rFonts w:ascii="LiberationSerif" w:eastAsia="LiberationSerif" w:hAnsi="LiberationSerif"/>
          <w:color w:val="000000"/>
          <w:sz w:val="28"/>
          <w:szCs w:val="28"/>
        </w:rPr>
        <w:t xml:space="preserve"> pull itself into my grasp</w:t>
      </w:r>
      <w:r>
        <w:rPr>
          <w:rFonts w:ascii="LiberationSerif" w:eastAsia="LiberationSerif" w:hAnsi="LiberationSerif"/>
          <w:color w:val="000000"/>
          <w:sz w:val="28"/>
          <w:szCs w:val="28"/>
        </w:rPr>
        <w:t xml:space="preserve">, pulling on my fingers to force them around the hilt. </w:t>
      </w:r>
      <w:r w:rsidR="00A64684">
        <w:rPr>
          <w:rFonts w:ascii="LiberationSerif" w:eastAsia="LiberationSerif" w:hAnsi="LiberationSerif"/>
          <w:color w:val="000000"/>
          <w:sz w:val="28"/>
          <w:szCs w:val="28"/>
        </w:rPr>
        <w:t xml:space="preserve"> </w:t>
      </w:r>
      <w:r>
        <w:rPr>
          <w:rFonts w:ascii="LiberationSerif" w:eastAsia="LiberationSerif" w:hAnsi="LiberationSerif"/>
          <w:color w:val="000000"/>
          <w:sz w:val="28"/>
          <w:szCs w:val="28"/>
        </w:rPr>
        <w:t xml:space="preserve">After a stinging pulse to tell me Jared wasn’t its name, it showed me in my mind a path to follow. </w:t>
      </w:r>
      <w:r w:rsidR="00A64684">
        <w:rPr>
          <w:rFonts w:ascii="LiberationSerif" w:eastAsia="LiberationSerif" w:hAnsi="LiberationSerif"/>
          <w:color w:val="000000"/>
          <w:sz w:val="28"/>
          <w:szCs w:val="28"/>
        </w:rPr>
        <w:t xml:space="preserve">With a swing fueled by </w:t>
      </w:r>
      <w:r w:rsidR="00AE4EEB">
        <w:rPr>
          <w:rFonts w:ascii="LiberationSerif" w:eastAsia="LiberationSerif" w:hAnsi="LiberationSerif"/>
          <w:color w:val="000000"/>
          <w:sz w:val="28"/>
          <w:szCs w:val="28"/>
        </w:rPr>
        <w:t xml:space="preserve">the </w:t>
      </w:r>
      <w:r w:rsidR="00A64684">
        <w:rPr>
          <w:rFonts w:ascii="LiberationSerif" w:eastAsia="LiberationSerif" w:hAnsi="LiberationSerif"/>
          <w:color w:val="000000"/>
          <w:sz w:val="28"/>
          <w:szCs w:val="28"/>
        </w:rPr>
        <w:t>strength I didn’t know existed</w:t>
      </w:r>
      <w:r>
        <w:rPr>
          <w:rFonts w:ascii="LiberationSerif" w:eastAsia="LiberationSerif" w:hAnsi="LiberationSerif"/>
          <w:color w:val="000000"/>
          <w:sz w:val="28"/>
          <w:szCs w:val="28"/>
        </w:rPr>
        <w:t xml:space="preserve">. </w:t>
      </w:r>
      <w:r w:rsidR="00A64684">
        <w:rPr>
          <w:rFonts w:ascii="LiberationSerif" w:eastAsia="LiberationSerif" w:hAnsi="LiberationSerif"/>
          <w:color w:val="000000"/>
          <w:sz w:val="28"/>
          <w:szCs w:val="28"/>
        </w:rPr>
        <w:t xml:space="preserve">I </w:t>
      </w:r>
      <w:r w:rsidR="00AE4EEB">
        <w:rPr>
          <w:rFonts w:ascii="LiberationSerif" w:eastAsia="LiberationSerif" w:hAnsi="LiberationSerif"/>
          <w:color w:val="000000"/>
          <w:sz w:val="28"/>
          <w:szCs w:val="28"/>
        </w:rPr>
        <w:t xml:space="preserve">swung </w:t>
      </w:r>
      <w:r w:rsidR="00AE4EEB" w:rsidRPr="00703E37">
        <w:rPr>
          <w:rFonts w:ascii="LiberationSerif" w:eastAsia="LiberationSerif" w:hAnsi="LiberationSerif"/>
          <w:color w:val="000000"/>
          <w:sz w:val="28"/>
          <w:szCs w:val="28"/>
        </w:rPr>
        <w:t>the sword into the Grolak’s ribs. T</w:t>
      </w:r>
      <w:r w:rsidR="00AE4EEB">
        <w:rPr>
          <w:rFonts w:ascii="LiberationSerif" w:eastAsia="LiberationSerif" w:hAnsi="LiberationSerif"/>
          <w:color w:val="000000"/>
          <w:sz w:val="28"/>
          <w:szCs w:val="28"/>
        </w:rPr>
        <w:t xml:space="preserve">he force pushed it to the side. I </w:t>
      </w:r>
      <w:r>
        <w:rPr>
          <w:rFonts w:ascii="LiberationSerif" w:eastAsia="LiberationSerif" w:hAnsi="LiberationSerif"/>
          <w:color w:val="000000"/>
          <w:sz w:val="28"/>
          <w:szCs w:val="28"/>
        </w:rPr>
        <w:t xml:space="preserve">dropped </w:t>
      </w:r>
      <w:r w:rsidR="00AE4EEB">
        <w:rPr>
          <w:rFonts w:ascii="LiberationSerif" w:eastAsia="LiberationSerif" w:hAnsi="LiberationSerif"/>
          <w:color w:val="000000"/>
          <w:sz w:val="28"/>
          <w:szCs w:val="28"/>
        </w:rPr>
        <w:t>the sword</w:t>
      </w:r>
      <w:r>
        <w:rPr>
          <w:rFonts w:ascii="LiberationSerif" w:eastAsia="LiberationSerif" w:hAnsi="LiberationSerif"/>
          <w:color w:val="000000"/>
          <w:sz w:val="28"/>
          <w:szCs w:val="28"/>
        </w:rPr>
        <w:t xml:space="preserve"> at the end of my swing</w:t>
      </w:r>
      <w:r w:rsidR="00AE4EEB">
        <w:rPr>
          <w:rFonts w:ascii="LiberationSerif" w:eastAsia="LiberationSerif" w:hAnsi="LiberationSerif"/>
          <w:color w:val="000000"/>
          <w:sz w:val="28"/>
          <w:szCs w:val="28"/>
        </w:rPr>
        <w:t xml:space="preserve"> and the leather wrapped to my waist</w:t>
      </w:r>
      <w:r>
        <w:rPr>
          <w:rFonts w:ascii="LiberationSerif" w:eastAsia="LiberationSerif" w:hAnsi="LiberationSerif"/>
          <w:color w:val="000000"/>
          <w:sz w:val="28"/>
          <w:szCs w:val="28"/>
        </w:rPr>
        <w:t xml:space="preserve"> instantly. I </w:t>
      </w:r>
      <w:r w:rsidR="00AE4EEB">
        <w:rPr>
          <w:rFonts w:ascii="LiberationSerif" w:eastAsia="LiberationSerif" w:hAnsi="LiberationSerif"/>
          <w:color w:val="000000"/>
          <w:sz w:val="28"/>
          <w:szCs w:val="28"/>
        </w:rPr>
        <w:t>pulled my rifle to my shoulder stepping to the side</w:t>
      </w:r>
      <w:r>
        <w:rPr>
          <w:rFonts w:ascii="LiberationSerif" w:eastAsia="LiberationSerif" w:hAnsi="LiberationSerif"/>
          <w:color w:val="000000"/>
          <w:sz w:val="28"/>
          <w:szCs w:val="28"/>
        </w:rPr>
        <w:t xml:space="preserve">, </w:t>
      </w:r>
      <w:r w:rsidR="00AE4EEB">
        <w:rPr>
          <w:rFonts w:ascii="LiberationSerif" w:eastAsia="LiberationSerif" w:hAnsi="LiberationSerif"/>
          <w:color w:val="000000"/>
          <w:sz w:val="28"/>
          <w:szCs w:val="28"/>
        </w:rPr>
        <w:t>fir</w:t>
      </w:r>
      <w:r>
        <w:rPr>
          <w:rFonts w:ascii="LiberationSerif" w:eastAsia="LiberationSerif" w:hAnsi="LiberationSerif"/>
          <w:color w:val="000000"/>
          <w:sz w:val="28"/>
          <w:szCs w:val="28"/>
        </w:rPr>
        <w:t>ing</w:t>
      </w:r>
      <w:r w:rsidR="00AE4EEB">
        <w:rPr>
          <w:rFonts w:ascii="LiberationSerif" w:eastAsia="LiberationSerif" w:hAnsi="LiberationSerif"/>
          <w:color w:val="000000"/>
          <w:sz w:val="28"/>
          <w:szCs w:val="28"/>
        </w:rPr>
        <w:t xml:space="preserve"> 4 rounds into the Grolak. </w:t>
      </w:r>
    </w:p>
    <w:p w14:paraId="379009B0" w14:textId="0AC213F4" w:rsidR="00703E37" w:rsidRDefault="00703E37"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lastRenderedPageBreak/>
        <w:t xml:space="preserve">I looked backed at Lilliana and saw her staring at me in bewilderment. </w:t>
      </w:r>
    </w:p>
    <w:p w14:paraId="34B32158" w14:textId="77777777" w:rsidR="00703E37" w:rsidRDefault="00703E37" w:rsidP="003166C8">
      <w:pPr>
        <w:autoSpaceDE w:val="0"/>
        <w:autoSpaceDN w:val="0"/>
        <w:spacing w:before="360" w:after="0" w:line="360" w:lineRule="exact"/>
        <w:ind w:right="20"/>
        <w:rPr>
          <w:rFonts w:ascii="LiberationSerif" w:eastAsia="LiberationSerif" w:hAnsi="LiberationSerif"/>
          <w:color w:val="000000"/>
          <w:sz w:val="28"/>
          <w:szCs w:val="28"/>
        </w:rPr>
      </w:pPr>
    </w:p>
    <w:p w14:paraId="21854A47" w14:textId="05D24669" w:rsidR="00A64684" w:rsidRDefault="00A64684"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Liliana stared at the human from the brush in amazement. He stood </w:t>
      </w:r>
      <w:proofErr w:type="spellStart"/>
      <w:r>
        <w:rPr>
          <w:rFonts w:ascii="LiberationSerif" w:eastAsia="LiberationSerif" w:hAnsi="LiberationSerif"/>
          <w:color w:val="000000"/>
          <w:sz w:val="28"/>
          <w:szCs w:val="28"/>
        </w:rPr>
        <w:t>there</w:t>
      </w:r>
      <w:r w:rsidR="00703E37">
        <w:rPr>
          <w:rFonts w:ascii="LiberationSerif" w:eastAsia="LiberationSerif" w:hAnsi="LiberationSerif"/>
          <w:color w:val="000000"/>
          <w:sz w:val="28"/>
          <w:szCs w:val="28"/>
        </w:rPr>
        <w:t>an</w:t>
      </w:r>
      <w:proofErr w:type="spellEnd"/>
      <w:r w:rsidR="00703E37">
        <w:rPr>
          <w:rFonts w:ascii="LiberationSerif" w:eastAsia="LiberationSerif" w:hAnsi="LiberationSerif"/>
          <w:color w:val="000000"/>
          <w:sz w:val="28"/>
          <w:szCs w:val="28"/>
        </w:rPr>
        <w:t xml:space="preserve"> </w:t>
      </w:r>
      <w:proofErr w:type="spellStart"/>
      <w:r w:rsidR="00703E37">
        <w:rPr>
          <w:rFonts w:ascii="LiberationSerif" w:eastAsia="LiberationSerif" w:hAnsi="LiberationSerif"/>
          <w:color w:val="000000"/>
          <w:sz w:val="28"/>
          <w:szCs w:val="28"/>
        </w:rPr>
        <w:t>u</w:t>
      </w:r>
      <w:r>
        <w:rPr>
          <w:rFonts w:ascii="LiberationSerif" w:eastAsia="LiberationSerif" w:hAnsi="LiberationSerif"/>
          <w:color w:val="000000"/>
          <w:sz w:val="28"/>
          <w:szCs w:val="28"/>
        </w:rPr>
        <w:t>lthmoil</w:t>
      </w:r>
      <w:proofErr w:type="spellEnd"/>
      <w:r>
        <w:rPr>
          <w:rFonts w:ascii="LiberationSerif" w:eastAsia="LiberationSerif" w:hAnsi="LiberationSerif"/>
          <w:color w:val="000000"/>
          <w:sz w:val="28"/>
          <w:szCs w:val="28"/>
        </w:rPr>
        <w:t xml:space="preserve"> </w:t>
      </w:r>
      <w:r w:rsidR="00AE4EEB">
        <w:rPr>
          <w:rFonts w:ascii="LiberationSerif" w:eastAsia="LiberationSerif" w:hAnsi="LiberationSerif"/>
          <w:color w:val="000000"/>
          <w:sz w:val="28"/>
          <w:szCs w:val="28"/>
        </w:rPr>
        <w:t>at his side with his strange loud contraption in hand</w:t>
      </w:r>
      <w:r>
        <w:rPr>
          <w:rFonts w:ascii="LiberationSerif" w:eastAsia="LiberationSerif" w:hAnsi="LiberationSerif"/>
          <w:color w:val="000000"/>
          <w:sz w:val="28"/>
          <w:szCs w:val="28"/>
        </w:rPr>
        <w:t xml:space="preserve"> looking like a god. His entire body </w:t>
      </w:r>
      <w:r w:rsidR="00AE4EEB">
        <w:rPr>
          <w:rFonts w:ascii="LiberationSerif" w:eastAsia="LiberationSerif" w:hAnsi="LiberationSerif"/>
          <w:color w:val="000000"/>
          <w:sz w:val="28"/>
          <w:szCs w:val="28"/>
        </w:rPr>
        <w:t>glowed with a blue hue that coalesced down to his bonded sword. Three Grolak lay around him. The monstrosities that have plagued this forest for generations. A creature that took a team of devils t</w:t>
      </w:r>
      <w:r w:rsidR="00AE4EEB">
        <w:rPr>
          <w:rFonts w:ascii="LiberationSerif" w:eastAsia="LiberationSerif" w:hAnsi="LiberationSerif"/>
          <w:i/>
          <w:iCs/>
          <w:color w:val="000000"/>
          <w:sz w:val="28"/>
          <w:szCs w:val="28"/>
        </w:rPr>
        <w:t xml:space="preserve">o </w:t>
      </w:r>
      <w:r w:rsidR="00AE4EEB" w:rsidRPr="00AE4EEB">
        <w:rPr>
          <w:rFonts w:ascii="LiberationSerif" w:eastAsia="LiberationSerif" w:hAnsi="LiberationSerif"/>
          <w:color w:val="000000"/>
          <w:sz w:val="28"/>
          <w:szCs w:val="28"/>
        </w:rPr>
        <w:t>f</w:t>
      </w:r>
      <w:r w:rsidR="00AE4EEB">
        <w:rPr>
          <w:rFonts w:ascii="LiberationSerif" w:eastAsia="LiberationSerif" w:hAnsi="LiberationSerif"/>
          <w:color w:val="000000"/>
          <w:sz w:val="28"/>
          <w:szCs w:val="28"/>
        </w:rPr>
        <w:t>ell</w:t>
      </w:r>
      <w:r w:rsidR="00AE4EEB">
        <w:rPr>
          <w:rFonts w:ascii="LiberationSerif" w:eastAsia="LiberationSerif" w:hAnsi="LiberationSerif"/>
          <w:i/>
          <w:iCs/>
          <w:color w:val="000000"/>
          <w:sz w:val="28"/>
          <w:szCs w:val="28"/>
        </w:rPr>
        <w:t xml:space="preserve">. </w:t>
      </w:r>
      <w:r w:rsidR="00AE4EEB">
        <w:rPr>
          <w:rFonts w:ascii="LiberationSerif" w:eastAsia="LiberationSerif" w:hAnsi="LiberationSerif"/>
          <w:color w:val="000000"/>
          <w:sz w:val="28"/>
          <w:szCs w:val="28"/>
        </w:rPr>
        <w:t xml:space="preserve">Yet, there he was a strange human not from this land, and he had claimed the lives of three in moments.  As he turned to look at Liliana she saw a smirk play across his face. A Maniacal love of battle. Green blood covering his strange overgarments. Her breath hitched and with a </w:t>
      </w:r>
      <w:r w:rsidR="00F8397A">
        <w:rPr>
          <w:rFonts w:ascii="LiberationSerif" w:eastAsia="LiberationSerif" w:hAnsi="LiberationSerif"/>
          <w:color w:val="000000"/>
          <w:sz w:val="28"/>
          <w:szCs w:val="28"/>
        </w:rPr>
        <w:t xml:space="preserve">start she moved to kneel. </w:t>
      </w:r>
    </w:p>
    <w:p w14:paraId="279673AE" w14:textId="66F1F809" w:rsidR="00F8397A" w:rsidRDefault="00F8397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 have not been honest with human. Let us make a fire and speak.”</w:t>
      </w:r>
    </w:p>
    <w:p w14:paraId="5573FAAF" w14:textId="6BC55419" w:rsidR="00F8397A" w:rsidRDefault="00F8397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After Liliana made a fire and they settled down to a cooked and roasted Grolak meant Liliana began to speak.</w:t>
      </w:r>
    </w:p>
    <w:p w14:paraId="0AE26728" w14:textId="44E974A4" w:rsidR="00F8397A" w:rsidRDefault="00F8397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“What is your name?”</w:t>
      </w:r>
    </w:p>
    <w:p w14:paraId="04F96865" w14:textId="4C62DC15" w:rsidR="00F8397A" w:rsidRDefault="00F8397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“SGT Marcus Cole of the US Army.”</w:t>
      </w:r>
    </w:p>
    <w:p w14:paraId="3F67F9D0" w14:textId="7BC2524F" w:rsidR="00F8397A" w:rsidRDefault="00F8397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am Liliana </w:t>
      </w:r>
      <w:proofErr w:type="spellStart"/>
      <w:r>
        <w:rPr>
          <w:rFonts w:ascii="LiberationSerif" w:eastAsia="LiberationSerif" w:hAnsi="LiberationSerif"/>
          <w:color w:val="000000"/>
          <w:sz w:val="28"/>
          <w:szCs w:val="28"/>
        </w:rPr>
        <w:t>Varrakai</w:t>
      </w:r>
      <w:proofErr w:type="spellEnd"/>
      <w:r>
        <w:rPr>
          <w:rFonts w:ascii="LiberationSerif" w:eastAsia="LiberationSerif" w:hAnsi="LiberationSerif"/>
          <w:color w:val="000000"/>
          <w:sz w:val="28"/>
          <w:szCs w:val="28"/>
        </w:rPr>
        <w:t xml:space="preserve"> of the Aravethra people. My people have been enslaved for over a century. I was in the first today attempting to carry a message o</w:t>
      </w:r>
      <w:r w:rsidR="00354923">
        <w:rPr>
          <w:rFonts w:ascii="LiberationSerif" w:eastAsia="LiberationSerif" w:hAnsi="LiberationSerif"/>
          <w:color w:val="000000"/>
          <w:sz w:val="28"/>
          <w:szCs w:val="28"/>
        </w:rPr>
        <w:t>f</w:t>
      </w:r>
      <w:r>
        <w:rPr>
          <w:rFonts w:ascii="LiberationSerif" w:eastAsia="LiberationSerif" w:hAnsi="LiberationSerif"/>
          <w:color w:val="000000"/>
          <w:sz w:val="28"/>
          <w:szCs w:val="28"/>
        </w:rPr>
        <w:t xml:space="preserve"> rebellion to a neighboring tribe.” </w:t>
      </w:r>
    </w:p>
    <w:p w14:paraId="0E6C5478" w14:textId="7EB19207" w:rsidR="00F8397A" w:rsidRDefault="00872799"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F8397A" w:rsidRPr="00354923">
        <w:rPr>
          <w:rFonts w:ascii="LiberationSerif" w:eastAsia="LiberationSerif" w:hAnsi="LiberationSerif"/>
          <w:color w:val="000000"/>
          <w:sz w:val="28"/>
          <w:szCs w:val="28"/>
        </w:rPr>
        <w:t xml:space="preserve"> looked at her with a newfound curiosity, “I need to ask. What are you and </w:t>
      </w:r>
      <w:r w:rsidR="00354923" w:rsidRPr="00354923">
        <w:rPr>
          <w:rFonts w:ascii="LiberationSerif" w:eastAsia="LiberationSerif" w:hAnsi="LiberationSerif"/>
          <w:color w:val="000000"/>
          <w:sz w:val="28"/>
          <w:szCs w:val="28"/>
        </w:rPr>
        <w:t>where</w:t>
      </w:r>
      <w:r w:rsidR="00F8397A" w:rsidRPr="00354923">
        <w:rPr>
          <w:rFonts w:ascii="LiberationSerif" w:eastAsia="LiberationSerif" w:hAnsi="LiberationSerif"/>
          <w:color w:val="000000"/>
          <w:sz w:val="28"/>
          <w:szCs w:val="28"/>
        </w:rPr>
        <w:t xml:space="preserve"> are we</w:t>
      </w:r>
      <w:r w:rsidR="00354923" w:rsidRPr="00354923">
        <w:rPr>
          <w:rFonts w:ascii="LiberationSerif" w:eastAsia="LiberationSerif" w:hAnsi="LiberationSerif"/>
          <w:color w:val="000000"/>
          <w:sz w:val="28"/>
          <w:szCs w:val="28"/>
        </w:rPr>
        <w:t>?</w:t>
      </w:r>
      <w:r w:rsidR="00354923">
        <w:rPr>
          <w:rFonts w:ascii="LiberationSerif" w:eastAsia="LiberationSerif" w:hAnsi="LiberationSerif"/>
          <w:color w:val="000000"/>
          <w:sz w:val="28"/>
          <w:szCs w:val="28"/>
        </w:rPr>
        <w:t xml:space="preserve"> </w:t>
      </w:r>
    </w:p>
    <w:p w14:paraId="0537D298" w14:textId="132AF095" w:rsidR="00354923" w:rsidRDefault="00354923"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With a </w:t>
      </w:r>
      <w:r w:rsidR="004B06F1">
        <w:rPr>
          <w:rFonts w:ascii="LiberationSerif" w:eastAsia="LiberationSerif" w:hAnsi="LiberationSerif"/>
          <w:color w:val="000000"/>
          <w:sz w:val="28"/>
          <w:szCs w:val="28"/>
        </w:rPr>
        <w:t>q</w:t>
      </w:r>
      <w:r>
        <w:rPr>
          <w:rFonts w:ascii="LiberationSerif" w:eastAsia="LiberationSerif" w:hAnsi="LiberationSerif"/>
          <w:color w:val="000000"/>
          <w:sz w:val="28"/>
          <w:szCs w:val="28"/>
        </w:rPr>
        <w:t>uizzical look</w:t>
      </w:r>
      <w:r w:rsidR="004B06F1">
        <w:rPr>
          <w:rFonts w:ascii="LiberationSerif" w:eastAsia="LiberationSerif" w:hAnsi="LiberationSerif"/>
          <w:color w:val="000000"/>
          <w:sz w:val="28"/>
          <w:szCs w:val="28"/>
        </w:rPr>
        <w:t>,</w:t>
      </w:r>
      <w:r>
        <w:rPr>
          <w:rFonts w:ascii="LiberationSerif" w:eastAsia="LiberationSerif" w:hAnsi="LiberationSerif"/>
          <w:color w:val="000000"/>
          <w:sz w:val="28"/>
          <w:szCs w:val="28"/>
        </w:rPr>
        <w:t xml:space="preserve"> she said “We are devils. Have you never met one before?”</w:t>
      </w:r>
    </w:p>
    <w:p w14:paraId="537F8223" w14:textId="3F9E1A54" w:rsidR="00354923" w:rsidRDefault="00354923"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will be honest with you. And I would appreciate your discretion because I don’t think many would react well to this information. A few hours </w:t>
      </w:r>
      <w:proofErr w:type="gramStart"/>
      <w:r>
        <w:rPr>
          <w:rFonts w:ascii="LiberationSerif" w:eastAsia="LiberationSerif" w:hAnsi="LiberationSerif"/>
          <w:color w:val="000000"/>
          <w:sz w:val="28"/>
          <w:szCs w:val="28"/>
        </w:rPr>
        <w:t>ago</w:t>
      </w:r>
      <w:proofErr w:type="gramEnd"/>
      <w:r>
        <w:rPr>
          <w:rFonts w:ascii="LiberationSerif" w:eastAsia="LiberationSerif" w:hAnsi="LiberationSerif"/>
          <w:color w:val="000000"/>
          <w:sz w:val="28"/>
          <w:szCs w:val="28"/>
        </w:rPr>
        <w:t xml:space="preserve"> I was deep underwater conducting a mission to end a threat to my country. And </w:t>
      </w:r>
      <w:r w:rsidR="004B06F1">
        <w:rPr>
          <w:rFonts w:ascii="LiberationSerif" w:eastAsia="LiberationSerif" w:hAnsi="LiberationSerif"/>
          <w:color w:val="000000"/>
          <w:sz w:val="28"/>
          <w:szCs w:val="28"/>
        </w:rPr>
        <w:t xml:space="preserve">the </w:t>
      </w:r>
      <w:r>
        <w:rPr>
          <w:rFonts w:ascii="LiberationSerif" w:eastAsia="LiberationSerif" w:hAnsi="LiberationSerif"/>
          <w:color w:val="000000"/>
          <w:sz w:val="28"/>
          <w:szCs w:val="28"/>
        </w:rPr>
        <w:t>next thing I knew I was here. In this strange land and you were insulting me. The sun is different than my home the forest the animals. I have no idea what any of this is.”</w:t>
      </w:r>
    </w:p>
    <w:p w14:paraId="309102BF" w14:textId="182E2BC6" w:rsidR="00354923" w:rsidRDefault="00354923"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Liliana stared for a </w:t>
      </w:r>
      <w:r w:rsidR="004B06F1">
        <w:rPr>
          <w:rFonts w:ascii="LiberationSerif" w:eastAsia="LiberationSerif" w:hAnsi="LiberationSerif"/>
          <w:color w:val="000000"/>
          <w:sz w:val="28"/>
          <w:szCs w:val="28"/>
        </w:rPr>
        <w:t>momen</w:t>
      </w:r>
      <w:r>
        <w:rPr>
          <w:rFonts w:ascii="LiberationSerif" w:eastAsia="LiberationSerif" w:hAnsi="LiberationSerif"/>
          <w:color w:val="000000"/>
          <w:sz w:val="28"/>
          <w:szCs w:val="28"/>
        </w:rPr>
        <w:t>t before replying “</w:t>
      </w:r>
      <w:r w:rsidR="004B06F1">
        <w:rPr>
          <w:rFonts w:ascii="LiberationSerif" w:eastAsia="LiberationSerif" w:hAnsi="LiberationSerif"/>
          <w:color w:val="000000"/>
          <w:sz w:val="28"/>
          <w:szCs w:val="28"/>
        </w:rPr>
        <w:t>I am inclined to not believe you</w:t>
      </w:r>
      <w:r w:rsidR="00F903FA">
        <w:rPr>
          <w:rFonts w:ascii="LiberationSerif" w:eastAsia="LiberationSerif" w:hAnsi="LiberationSerif"/>
          <w:color w:val="000000"/>
          <w:sz w:val="28"/>
          <w:szCs w:val="28"/>
        </w:rPr>
        <w:t>. Y</w:t>
      </w:r>
      <w:r w:rsidR="004B06F1">
        <w:rPr>
          <w:rFonts w:ascii="LiberationSerif" w:eastAsia="LiberationSerif" w:hAnsi="LiberationSerif"/>
          <w:color w:val="000000"/>
          <w:sz w:val="28"/>
          <w:szCs w:val="28"/>
        </w:rPr>
        <w:t>et, no human would dare enter our territory and you do seem lost, I will trade trusting you for your assistance.”</w:t>
      </w:r>
    </w:p>
    <w:p w14:paraId="61159C55" w14:textId="0763B78F" w:rsidR="004B06F1" w:rsidRDefault="004B06F1"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lastRenderedPageBreak/>
        <w:t xml:space="preserve">“Considering I am even here, and you have helped me. I will take that deal. Welcome to the danger zone, I guess.” </w:t>
      </w:r>
      <w:r w:rsidR="00872799">
        <w:rPr>
          <w:rFonts w:ascii="LiberationSerif" w:eastAsia="LiberationSerif" w:hAnsi="LiberationSerif"/>
          <w:color w:val="000000"/>
          <w:sz w:val="28"/>
          <w:szCs w:val="28"/>
        </w:rPr>
        <w:t>I</w:t>
      </w:r>
      <w:r>
        <w:rPr>
          <w:rFonts w:ascii="LiberationSerif" w:eastAsia="LiberationSerif" w:hAnsi="LiberationSerif"/>
          <w:color w:val="000000"/>
          <w:sz w:val="28"/>
          <w:szCs w:val="28"/>
        </w:rPr>
        <w:t xml:space="preserve"> replied with a chuckle.</w:t>
      </w:r>
    </w:p>
    <w:p w14:paraId="647ED6CD" w14:textId="057504CC" w:rsidR="004B06F1" w:rsidRDefault="004B06F1"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w:t>
      </w:r>
      <w:r w:rsidR="00C9546B">
        <w:rPr>
          <w:rFonts w:ascii="LiberationSerif" w:eastAsia="LiberationSerif" w:hAnsi="LiberationSerif"/>
          <w:color w:val="000000"/>
          <w:sz w:val="28"/>
          <w:szCs w:val="28"/>
        </w:rPr>
        <w:t xml:space="preserve">You are very odd human, </w:t>
      </w:r>
      <w:r>
        <w:rPr>
          <w:rFonts w:ascii="LiberationSerif" w:eastAsia="LiberationSerif" w:hAnsi="LiberationSerif"/>
          <w:color w:val="000000"/>
          <w:sz w:val="28"/>
          <w:szCs w:val="28"/>
        </w:rPr>
        <w:t xml:space="preserve">There is a wizard </w:t>
      </w:r>
      <w:r w:rsidR="00C9546B">
        <w:rPr>
          <w:rFonts w:ascii="LiberationSerif" w:eastAsia="LiberationSerif" w:hAnsi="LiberationSerif"/>
          <w:color w:val="000000"/>
          <w:sz w:val="28"/>
          <w:szCs w:val="28"/>
        </w:rPr>
        <w:t xml:space="preserve">who wreaks of </w:t>
      </w:r>
      <w:r w:rsidR="00F903FA">
        <w:rPr>
          <w:rFonts w:ascii="LiberationSerif" w:eastAsia="LiberationSerif" w:hAnsi="LiberationSerif"/>
          <w:color w:val="000000"/>
          <w:sz w:val="28"/>
          <w:szCs w:val="28"/>
        </w:rPr>
        <w:t>de</w:t>
      </w:r>
      <w:r w:rsidR="00C9546B">
        <w:rPr>
          <w:rFonts w:ascii="LiberationSerif" w:eastAsia="LiberationSerif" w:hAnsi="LiberationSerif"/>
          <w:color w:val="000000"/>
          <w:sz w:val="28"/>
          <w:szCs w:val="28"/>
        </w:rPr>
        <w:t>cay</w:t>
      </w:r>
      <w:r>
        <w:rPr>
          <w:rFonts w:ascii="LiberationSerif" w:eastAsia="LiberationSerif" w:hAnsi="LiberationSerif"/>
          <w:color w:val="000000"/>
          <w:sz w:val="28"/>
          <w:szCs w:val="28"/>
        </w:rPr>
        <w:t xml:space="preserve"> that has enslaved my people. He forces us into the mines. We mine gemstones that he uses to enslave the souls of our people. These souls add to his power. No one can stand up to him. He has become so powerful that our only chance i</w:t>
      </w:r>
      <w:r w:rsidR="0095270A">
        <w:rPr>
          <w:rFonts w:ascii="LiberationSerif" w:eastAsia="LiberationSerif" w:hAnsi="LiberationSerif"/>
          <w:color w:val="000000"/>
          <w:sz w:val="28"/>
          <w:szCs w:val="28"/>
        </w:rPr>
        <w:t>s</w:t>
      </w:r>
      <w:r>
        <w:rPr>
          <w:rFonts w:ascii="LiberationSerif" w:eastAsia="LiberationSerif" w:hAnsi="LiberationSerif"/>
          <w:color w:val="000000"/>
          <w:sz w:val="28"/>
          <w:szCs w:val="28"/>
        </w:rPr>
        <w:t xml:space="preserve"> to gather the forces of all of our people. If you join </w:t>
      </w:r>
      <w:r w:rsidR="00F903FA">
        <w:rPr>
          <w:rFonts w:ascii="LiberationSerif" w:eastAsia="LiberationSerif" w:hAnsi="LiberationSerif"/>
          <w:color w:val="000000"/>
          <w:sz w:val="28"/>
          <w:szCs w:val="28"/>
        </w:rPr>
        <w:t>us,</w:t>
      </w:r>
      <w:r>
        <w:rPr>
          <w:rFonts w:ascii="LiberationSerif" w:eastAsia="LiberationSerif" w:hAnsi="LiberationSerif"/>
          <w:color w:val="000000"/>
          <w:sz w:val="28"/>
          <w:szCs w:val="28"/>
        </w:rPr>
        <w:t xml:space="preserve"> I truly believe we may have a chance.</w:t>
      </w:r>
      <w:r w:rsidR="00703E37">
        <w:rPr>
          <w:rFonts w:ascii="LiberationSerif" w:eastAsia="LiberationSerif" w:hAnsi="LiberationSerif"/>
          <w:color w:val="000000"/>
          <w:sz w:val="28"/>
          <w:szCs w:val="28"/>
        </w:rPr>
        <w:t xml:space="preserve"> I believe you will be the one to lead us to victory. A rock that is at the center of our oracle’s domain holds a picture of a man with three Grolak slain at his feet. It is believed the runes surrounding the carving says, a soul, a victory, and God.</w:t>
      </w:r>
      <w:r>
        <w:rPr>
          <w:rFonts w:ascii="LiberationSerif" w:eastAsia="LiberationSerif" w:hAnsi="LiberationSerif"/>
          <w:color w:val="000000"/>
          <w:sz w:val="28"/>
          <w:szCs w:val="28"/>
        </w:rPr>
        <w:t>” Replied Liliana with a measure o</w:t>
      </w:r>
      <w:r w:rsidR="0095270A">
        <w:rPr>
          <w:rFonts w:ascii="LiberationSerif" w:eastAsia="LiberationSerif" w:hAnsi="LiberationSerif"/>
          <w:color w:val="000000"/>
          <w:sz w:val="28"/>
          <w:szCs w:val="28"/>
        </w:rPr>
        <w:t>f</w:t>
      </w:r>
      <w:r>
        <w:rPr>
          <w:rFonts w:ascii="LiberationSerif" w:eastAsia="LiberationSerif" w:hAnsi="LiberationSerif"/>
          <w:color w:val="000000"/>
          <w:sz w:val="28"/>
          <w:szCs w:val="28"/>
        </w:rPr>
        <w:t xml:space="preserve"> grief in her voice.</w:t>
      </w:r>
    </w:p>
    <w:p w14:paraId="6F9C02C3" w14:textId="3FE73E87" w:rsidR="004B06F1" w:rsidRDefault="00872799"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w:t>
      </w:r>
      <w:r w:rsidR="004B06F1">
        <w:rPr>
          <w:rFonts w:ascii="LiberationSerif" w:eastAsia="LiberationSerif" w:hAnsi="LiberationSerif"/>
          <w:color w:val="000000"/>
          <w:sz w:val="28"/>
          <w:szCs w:val="28"/>
        </w:rPr>
        <w:t xml:space="preserve"> looked into her eyes, stood up</w:t>
      </w:r>
      <w:r w:rsidR="0095270A">
        <w:rPr>
          <w:rFonts w:ascii="LiberationSerif" w:eastAsia="LiberationSerif" w:hAnsi="LiberationSerif"/>
          <w:color w:val="000000"/>
          <w:sz w:val="28"/>
          <w:szCs w:val="28"/>
        </w:rPr>
        <w:t>,</w:t>
      </w:r>
      <w:r w:rsidR="004B06F1">
        <w:rPr>
          <w:rFonts w:ascii="LiberationSerif" w:eastAsia="LiberationSerif" w:hAnsi="LiberationSerif"/>
          <w:color w:val="000000"/>
          <w:sz w:val="28"/>
          <w:szCs w:val="28"/>
        </w:rPr>
        <w:t xml:space="preserve"> and sat next to her. “I’m not sure if it’s the new world, the adrenaline</w:t>
      </w:r>
      <w:r w:rsidR="00703E37">
        <w:rPr>
          <w:rFonts w:ascii="LiberationSerif" w:eastAsia="LiberationSerif" w:hAnsi="LiberationSerif"/>
          <w:color w:val="000000"/>
          <w:sz w:val="28"/>
          <w:szCs w:val="28"/>
        </w:rPr>
        <w:t xml:space="preserve"> or </w:t>
      </w:r>
      <w:r w:rsidR="0095270A">
        <w:rPr>
          <w:rFonts w:ascii="LiberationSerif" w:eastAsia="LiberationSerif" w:hAnsi="LiberationSerif"/>
          <w:color w:val="000000"/>
          <w:sz w:val="28"/>
          <w:szCs w:val="28"/>
        </w:rPr>
        <w:t xml:space="preserve">your gorgeous smile, but if you need my help. You have it. </w:t>
      </w:r>
      <w:r w:rsidR="00703E37">
        <w:rPr>
          <w:rFonts w:ascii="LiberationSerif" w:eastAsia="LiberationSerif" w:hAnsi="LiberationSerif"/>
          <w:color w:val="000000"/>
          <w:sz w:val="28"/>
          <w:szCs w:val="28"/>
        </w:rPr>
        <w:t>I’m not a savior but… b</w:t>
      </w:r>
      <w:r w:rsidR="0095270A">
        <w:rPr>
          <w:rFonts w:ascii="LiberationSerif" w:eastAsia="LiberationSerif" w:hAnsi="LiberationSerif"/>
          <w:color w:val="000000"/>
          <w:sz w:val="28"/>
          <w:szCs w:val="28"/>
        </w:rPr>
        <w:t>ack home all I had was my job. No family, no kids, and the only friends I had were drinking friends. Wait do y’all have beer?”</w:t>
      </w:r>
    </w:p>
    <w:p w14:paraId="0CFBD0F3" w14:textId="0D3C6356"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She laughed and said “Yes, we have ale, mead, and win</w:t>
      </w:r>
      <w:r w:rsidR="00703E37">
        <w:rPr>
          <w:rFonts w:ascii="LiberationSerif" w:eastAsia="LiberationSerif" w:hAnsi="LiberationSerif"/>
          <w:color w:val="000000"/>
          <w:sz w:val="28"/>
          <w:szCs w:val="28"/>
        </w:rPr>
        <w:t>e. H</w:t>
      </w:r>
      <w:r>
        <w:rPr>
          <w:rFonts w:ascii="LiberationSerif" w:eastAsia="LiberationSerif" w:hAnsi="LiberationSerif"/>
          <w:color w:val="000000"/>
          <w:sz w:val="28"/>
          <w:szCs w:val="28"/>
        </w:rPr>
        <w:t>ere</w:t>
      </w:r>
      <w:r w:rsidR="00703E37">
        <w:rPr>
          <w:rFonts w:ascii="LiberationSerif" w:eastAsia="LiberationSerif" w:hAnsi="LiberationSerif"/>
          <w:color w:val="000000"/>
          <w:sz w:val="28"/>
          <w:szCs w:val="28"/>
        </w:rPr>
        <w:t>. Drink.</w:t>
      </w:r>
      <w:r>
        <w:rPr>
          <w:rFonts w:ascii="LiberationSerif" w:eastAsia="LiberationSerif" w:hAnsi="LiberationSerif"/>
          <w:color w:val="000000"/>
          <w:sz w:val="28"/>
          <w:szCs w:val="28"/>
        </w:rPr>
        <w:t>”</w:t>
      </w:r>
    </w:p>
    <w:p w14:paraId="31B4CDD0" w14:textId="3A6396F9"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Handing over a wineskin like something from the dark ages, I took a swig. “it’s, </w:t>
      </w:r>
      <w:r w:rsidR="00703E37">
        <w:rPr>
          <w:rFonts w:ascii="LiberationSerif" w:eastAsia="LiberationSerif" w:hAnsi="LiberationSerif"/>
          <w:color w:val="000000"/>
          <w:sz w:val="28"/>
          <w:szCs w:val="28"/>
        </w:rPr>
        <w:t xml:space="preserve">holy fuck </w:t>
      </w:r>
      <w:r>
        <w:rPr>
          <w:rFonts w:ascii="LiberationSerif" w:eastAsia="LiberationSerif" w:hAnsi="LiberationSerif"/>
          <w:color w:val="000000"/>
          <w:sz w:val="28"/>
          <w:szCs w:val="28"/>
        </w:rPr>
        <w:t>it’s orgasmic!”</w:t>
      </w:r>
    </w:p>
    <w:p w14:paraId="327920A9" w14:textId="536858D4"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“I do not know what that means human, SGT Marcus Cole of the US Army.”</w:t>
      </w:r>
    </w:p>
    <w:p w14:paraId="6AC6BC72" w14:textId="249DC3AC"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“Just Marcus is fine.”</w:t>
      </w:r>
    </w:p>
    <w:p w14:paraId="46ED2A8B" w14:textId="5ABE1662"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“Thank you for your assistance. We can stay here tonight but tomorrow there will be lots of planning to be done.”</w:t>
      </w:r>
    </w:p>
    <w:p w14:paraId="0E38FA74" w14:textId="58C432DF" w:rsidR="0095270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“Sleep well Marcus,” </w:t>
      </w:r>
      <w:r w:rsidR="00703E37">
        <w:rPr>
          <w:rFonts w:ascii="LiberationSerif" w:eastAsia="LiberationSerif" w:hAnsi="LiberationSerif"/>
          <w:color w:val="000000"/>
          <w:sz w:val="28"/>
          <w:szCs w:val="28"/>
        </w:rPr>
        <w:t>she</w:t>
      </w:r>
      <w:r>
        <w:rPr>
          <w:rFonts w:ascii="LiberationSerif" w:eastAsia="LiberationSerif" w:hAnsi="LiberationSerif"/>
          <w:color w:val="000000"/>
          <w:sz w:val="28"/>
          <w:szCs w:val="28"/>
        </w:rPr>
        <w:t xml:space="preserve"> said as she moved near the fire and l</w:t>
      </w:r>
      <w:r w:rsidR="00703E37">
        <w:rPr>
          <w:rFonts w:ascii="LiberationSerif" w:eastAsia="LiberationSerif" w:hAnsi="LiberationSerif"/>
          <w:color w:val="000000"/>
          <w:sz w:val="28"/>
          <w:szCs w:val="28"/>
        </w:rPr>
        <w:t>ay</w:t>
      </w:r>
      <w:r>
        <w:rPr>
          <w:rFonts w:ascii="LiberationSerif" w:eastAsia="LiberationSerif" w:hAnsi="LiberationSerif"/>
          <w:color w:val="000000"/>
          <w:sz w:val="28"/>
          <w:szCs w:val="28"/>
        </w:rPr>
        <w:t xml:space="preserve"> down. </w:t>
      </w:r>
    </w:p>
    <w:p w14:paraId="06C033ED" w14:textId="31842C9E" w:rsidR="00AE4EEB" w:rsidRPr="00AE4EEB"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Pr>
          <w:rFonts w:ascii="LiberationSerif" w:eastAsia="LiberationSerif" w:hAnsi="LiberationSerif"/>
          <w:color w:val="000000"/>
          <w:sz w:val="28"/>
          <w:szCs w:val="28"/>
        </w:rPr>
        <w:t xml:space="preserve">I did the same opposite of her. </w:t>
      </w:r>
      <w:r w:rsidR="00872799">
        <w:rPr>
          <w:rFonts w:ascii="LiberationSerif" w:eastAsia="LiberationSerif" w:hAnsi="LiberationSerif"/>
          <w:color w:val="000000"/>
          <w:sz w:val="28"/>
          <w:szCs w:val="28"/>
        </w:rPr>
        <w:t xml:space="preserve">Brett </w:t>
      </w:r>
      <w:r>
        <w:rPr>
          <w:rFonts w:ascii="LiberationSerif" w:eastAsia="LiberationSerif" w:hAnsi="LiberationSerif"/>
          <w:color w:val="000000"/>
          <w:sz w:val="28"/>
          <w:szCs w:val="28"/>
        </w:rPr>
        <w:t>uncoiled from my hip and seemed to settle down next to me.</w:t>
      </w:r>
      <w:r w:rsidR="00872799">
        <w:rPr>
          <w:rFonts w:ascii="LiberationSerif" w:eastAsia="LiberationSerif" w:hAnsi="LiberationSerif"/>
          <w:color w:val="000000"/>
          <w:sz w:val="28"/>
          <w:szCs w:val="28"/>
        </w:rPr>
        <w:t xml:space="preserve"> It pulsed, telling me Brett wasn’t it either. “Fine” I said to it, boy or girl?” It pulsed slow, rhythmically, like a flowing river. “I don’t know why. But Girl is the impression I get.” She hummed contentedly.</w:t>
      </w:r>
      <w:r>
        <w:rPr>
          <w:rFonts w:ascii="LiberationSerif" w:eastAsia="LiberationSerif" w:hAnsi="LiberationSerif"/>
          <w:color w:val="000000"/>
          <w:sz w:val="28"/>
          <w:szCs w:val="28"/>
        </w:rPr>
        <w:t xml:space="preserve"> I could feel its presence like a beacon in my soil. I knew where </w:t>
      </w:r>
      <w:r w:rsidR="00872799">
        <w:rPr>
          <w:rFonts w:ascii="LiberationSerif" w:eastAsia="LiberationSerif" w:hAnsi="LiberationSerif"/>
          <w:color w:val="000000"/>
          <w:sz w:val="28"/>
          <w:szCs w:val="28"/>
        </w:rPr>
        <w:t>she</w:t>
      </w:r>
      <w:r>
        <w:rPr>
          <w:rFonts w:ascii="LiberationSerif" w:eastAsia="LiberationSerif" w:hAnsi="LiberationSerif"/>
          <w:color w:val="000000"/>
          <w:sz w:val="28"/>
          <w:szCs w:val="28"/>
        </w:rPr>
        <w:t xml:space="preserve"> was at all </w:t>
      </w:r>
      <w:r w:rsidR="00872799">
        <w:rPr>
          <w:rFonts w:ascii="LiberationSerif" w:eastAsia="LiberationSerif" w:hAnsi="LiberationSerif"/>
          <w:color w:val="000000"/>
          <w:sz w:val="28"/>
          <w:szCs w:val="28"/>
        </w:rPr>
        <w:t>times,</w:t>
      </w:r>
      <w:r>
        <w:rPr>
          <w:rFonts w:ascii="LiberationSerif" w:eastAsia="LiberationSerif" w:hAnsi="LiberationSerif"/>
          <w:color w:val="000000"/>
          <w:sz w:val="28"/>
          <w:szCs w:val="28"/>
        </w:rPr>
        <w:t xml:space="preserve"> and I could feel </w:t>
      </w:r>
      <w:r w:rsidR="00872799">
        <w:rPr>
          <w:rFonts w:ascii="LiberationSerif" w:eastAsia="LiberationSerif" w:hAnsi="LiberationSerif"/>
          <w:color w:val="000000"/>
          <w:sz w:val="28"/>
          <w:szCs w:val="28"/>
        </w:rPr>
        <w:t>her</w:t>
      </w:r>
      <w:r>
        <w:rPr>
          <w:rFonts w:ascii="LiberationSerif" w:eastAsia="LiberationSerif" w:hAnsi="LiberationSerif"/>
          <w:color w:val="000000"/>
          <w:sz w:val="28"/>
          <w:szCs w:val="28"/>
        </w:rPr>
        <w:t xml:space="preserve"> pulsing like the deepest abyss of the ocean. I looked at the gem and it really did resemble those dives when I looked down and the ocean</w:t>
      </w:r>
      <w:r w:rsidR="00872799">
        <w:rPr>
          <w:rFonts w:ascii="LiberationSerif" w:eastAsia="LiberationSerif" w:hAnsi="LiberationSerif"/>
          <w:color w:val="000000"/>
          <w:sz w:val="28"/>
          <w:szCs w:val="28"/>
        </w:rPr>
        <w:t xml:space="preserve"> w</w:t>
      </w:r>
      <w:r>
        <w:rPr>
          <w:rFonts w:ascii="LiberationSerif" w:eastAsia="LiberationSerif" w:hAnsi="LiberationSerif"/>
          <w:color w:val="000000"/>
          <w:sz w:val="28"/>
          <w:szCs w:val="28"/>
        </w:rPr>
        <w:t xml:space="preserve">ould continue on </w:t>
      </w:r>
      <w:r w:rsidR="00872799">
        <w:rPr>
          <w:rFonts w:ascii="LiberationSerif" w:eastAsia="LiberationSerif" w:hAnsi="LiberationSerif"/>
          <w:color w:val="000000"/>
          <w:sz w:val="28"/>
          <w:szCs w:val="28"/>
        </w:rPr>
        <w:t xml:space="preserve">for </w:t>
      </w:r>
      <w:r>
        <w:rPr>
          <w:rFonts w:ascii="LiberationSerif" w:eastAsia="LiberationSerif" w:hAnsi="LiberationSerif"/>
          <w:color w:val="000000"/>
          <w:sz w:val="28"/>
          <w:szCs w:val="28"/>
        </w:rPr>
        <w:t xml:space="preserve">thousands of feet. A sense of calm radiated through </w:t>
      </w:r>
      <w:r w:rsidR="00872799">
        <w:rPr>
          <w:rFonts w:ascii="LiberationSerif" w:eastAsia="LiberationSerif" w:hAnsi="LiberationSerif"/>
          <w:color w:val="000000"/>
          <w:sz w:val="28"/>
          <w:szCs w:val="28"/>
        </w:rPr>
        <w:t>me,</w:t>
      </w:r>
      <w:r>
        <w:rPr>
          <w:rFonts w:ascii="LiberationSerif" w:eastAsia="LiberationSerif" w:hAnsi="LiberationSerif"/>
          <w:color w:val="000000"/>
          <w:sz w:val="28"/>
          <w:szCs w:val="28"/>
        </w:rPr>
        <w:t xml:space="preserve"> and I drifted off to sleep. </w:t>
      </w:r>
    </w:p>
    <w:p w14:paraId="09047C93" w14:textId="27B0CAF8" w:rsidR="0095270A" w:rsidRPr="00F903FA" w:rsidRDefault="0095270A" w:rsidP="003166C8">
      <w:pPr>
        <w:autoSpaceDE w:val="0"/>
        <w:autoSpaceDN w:val="0"/>
        <w:spacing w:before="360" w:after="0" w:line="360" w:lineRule="exact"/>
        <w:ind w:right="20"/>
        <w:rPr>
          <w:rFonts w:ascii="LiberationSerif" w:eastAsia="LiberationSerif" w:hAnsi="LiberationSerif"/>
          <w:color w:val="000000"/>
          <w:sz w:val="28"/>
          <w:szCs w:val="28"/>
        </w:rPr>
      </w:pPr>
      <w:r w:rsidRPr="00F903FA">
        <w:rPr>
          <w:rFonts w:ascii="LiberationSerif" w:eastAsia="LiberationSerif" w:hAnsi="LiberationSerif"/>
          <w:color w:val="000000"/>
          <w:sz w:val="28"/>
          <w:szCs w:val="28"/>
        </w:rPr>
        <w:lastRenderedPageBreak/>
        <w:t xml:space="preserve">I awoke to the sounds of rustling. </w:t>
      </w:r>
      <w:r w:rsidR="00F903FA" w:rsidRPr="00F903FA">
        <w:rPr>
          <w:rFonts w:ascii="LiberationSerif" w:eastAsia="LiberationSerif" w:hAnsi="LiberationSerif"/>
          <w:color w:val="000000"/>
          <w:sz w:val="28"/>
          <w:szCs w:val="28"/>
        </w:rPr>
        <w:t xml:space="preserve">Liliana was gathering herself for the upcoming journey. </w:t>
      </w:r>
      <w:r w:rsidR="00F903FA">
        <w:rPr>
          <w:rFonts w:ascii="LiberationSerif" w:eastAsia="LiberationSerif" w:hAnsi="LiberationSerif"/>
          <w:color w:val="000000"/>
          <w:sz w:val="28"/>
          <w:szCs w:val="28"/>
        </w:rPr>
        <w:t>I gathered myself checked my rifle and looked at her. With a nod I agreed I was ready.</w:t>
      </w:r>
    </w:p>
    <w:p w14:paraId="1A0AC96E" w14:textId="5B2FBF41" w:rsidR="008130CF" w:rsidRPr="00E44301" w:rsidRDefault="00000000" w:rsidP="003166C8">
      <w:pPr>
        <w:autoSpaceDE w:val="0"/>
        <w:autoSpaceDN w:val="0"/>
        <w:spacing w:before="360" w:after="0" w:line="360" w:lineRule="exact"/>
        <w:ind w:right="20"/>
        <w:rPr>
          <w:sz w:val="28"/>
          <w:szCs w:val="28"/>
        </w:rPr>
      </w:pPr>
      <w:r w:rsidRPr="00F903FA">
        <w:rPr>
          <w:rFonts w:ascii="LiberationSerif" w:eastAsia="LiberationSerif" w:hAnsi="LiberationSerif"/>
          <w:color w:val="000000"/>
          <w:sz w:val="28"/>
          <w:szCs w:val="28"/>
        </w:rPr>
        <w:t xml:space="preserve">The terrain became increasingly treacherous, a treacherous mix of slippery mud, treacherous ravines, and dense, impenetrable vegetation. I was starting to feel the physical effects of </w:t>
      </w:r>
      <w:r w:rsidR="00F903FA">
        <w:rPr>
          <w:rFonts w:ascii="LiberationSerif" w:eastAsia="LiberationSerif" w:hAnsi="LiberationSerif"/>
          <w:color w:val="000000"/>
          <w:sz w:val="28"/>
          <w:szCs w:val="28"/>
        </w:rPr>
        <w:t xml:space="preserve">yesterday’s brutal fight, </w:t>
      </w:r>
      <w:r w:rsidRPr="00E44301">
        <w:rPr>
          <w:rFonts w:ascii="LiberationSerif" w:eastAsia="LiberationSerif" w:hAnsi="LiberationSerif"/>
          <w:color w:val="000000"/>
          <w:sz w:val="28"/>
          <w:szCs w:val="28"/>
        </w:rPr>
        <w:t>sharp pain shot through my left ankle, the result of a misstep over a hidden root.</w:t>
      </w:r>
      <w:r w:rsidR="006813C8" w:rsidRPr="00E44301">
        <w:rPr>
          <w:rFonts w:ascii="LiberationSerif" w:eastAsia="LiberationSerif" w:hAnsi="LiberationSerif"/>
          <w:color w:val="000000"/>
          <w:sz w:val="28"/>
          <w:szCs w:val="28"/>
        </w:rPr>
        <w:t xml:space="preserve"> Or maybe when I tripped on this sword? </w:t>
      </w:r>
    </w:p>
    <w:p w14:paraId="2ADE3EA1" w14:textId="36B0759A"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Liliana noticed my faltering steps and stopped her </w:t>
      </w:r>
      <w:r w:rsidRPr="00E44301">
        <w:rPr>
          <w:sz w:val="28"/>
          <w:szCs w:val="28"/>
        </w:rPr>
        <w:br/>
      </w:r>
      <w:r w:rsidRPr="00E44301">
        <w:rPr>
          <w:rFonts w:ascii="LiberationSerif" w:eastAsia="LiberationSerif" w:hAnsi="LiberationSerif"/>
          <w:color w:val="000000"/>
          <w:sz w:val="28"/>
          <w:szCs w:val="28"/>
        </w:rPr>
        <w:t>expression one of concern. She offered me a small, strangely glowing berry. “Eat it,” she said. “It will give you some strength.” Hesitantly, I popped it into my mouth. The taste was unlike anything I had ever experienced – earthy, sweet, and with a faint metallic aftertaste. A wave of warmth washed over me, invigorating my tired body, revitalizing my exhausted muscles. My ankle, although still sore, felt less strained.</w:t>
      </w:r>
    </w:p>
    <w:p w14:paraId="2B156CC6"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6FFAA9F0" w14:textId="77582BAC"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With renewed determination, I pressed onwards. The path, or rather, our escape route, was a constant test of endurance, a battle against both our pursuers and the hostile environment itself. The humid air was getting thicker, the shadows deeper, the sounds of the jungle more ominous. A low growl rumbled through the undergrowth</w:t>
      </w:r>
      <w:r w:rsidR="001E6A26">
        <w:rPr>
          <w:rFonts w:ascii="LiberationSerif" w:eastAsia="LiberationSerif" w:hAnsi="LiberationSerif"/>
          <w:color w:val="000000"/>
          <w:sz w:val="28"/>
          <w:szCs w:val="28"/>
        </w:rPr>
        <w:t xml:space="preserve">. As exhilarating as yesterday’s battle was. I wasn’t looking for another so soon. </w:t>
      </w:r>
    </w:p>
    <w:p w14:paraId="7E565D5C" w14:textId="0B4DF37A"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We stumbled out of the thicket into a small clearing. In the center of the clearing stood a towering tree, its branches reaching towards the sky like gnarled fingers. From its boughs hung a series of elaborate woven platforms, connected by precarious-looking rope bridges. "The village," Liliana breathed, a mixture of relief and exhaustion etched on her face.</w:t>
      </w:r>
    </w:p>
    <w:p w14:paraId="52489851" w14:textId="20B845AC" w:rsidR="008130CF" w:rsidRPr="00E44301" w:rsidRDefault="00872799"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T</w:t>
      </w:r>
      <w:r w:rsidR="00000000" w:rsidRPr="00E44301">
        <w:rPr>
          <w:rFonts w:ascii="LiberationSerif" w:eastAsia="LiberationSerif" w:hAnsi="LiberationSerif"/>
          <w:color w:val="000000"/>
          <w:sz w:val="28"/>
          <w:szCs w:val="28"/>
        </w:rPr>
        <w:t xml:space="preserve">he sight of the village – however precarious – offered a sliver of hope. A chance to escape. A chance to rest. A chance to fight back. I braced myself, the weight of the magically bonded sword a reassuring weight </w:t>
      </w:r>
      <w:r w:rsidR="001E6A26">
        <w:rPr>
          <w:rFonts w:ascii="LiberationSerif" w:eastAsia="LiberationSerif" w:hAnsi="LiberationSerif"/>
          <w:color w:val="000000"/>
          <w:sz w:val="28"/>
          <w:szCs w:val="28"/>
        </w:rPr>
        <w:t>on my back</w:t>
      </w:r>
      <w:r w:rsidR="00000000" w:rsidRPr="00E44301">
        <w:rPr>
          <w:rFonts w:ascii="LiberationSerif" w:eastAsia="LiberationSerif" w:hAnsi="LiberationSerif"/>
          <w:color w:val="000000"/>
          <w:sz w:val="28"/>
          <w:szCs w:val="28"/>
        </w:rPr>
        <w:t>. We were not out of danger yet, far from it. But we had found refuge, a temporary sanctuary in this hostile, magical realm. We had a chance to regroup and to plan our next move. The fight was far from over, but for now, we had found a moment to catch our breath. The scent of smoke, faint but detectable, hinted at a comforting fire. We were not alone in this wilderness. We had found our way to the edge of safety, but the true fight for survival had only just begun. And I, the soldier, the diver, the magically empowered warrior, was</w:t>
      </w:r>
      <w:r>
        <w:rPr>
          <w:rFonts w:ascii="LiberationSerif" w:eastAsia="LiberationSerif" w:hAnsi="LiberationSerif"/>
          <w:color w:val="000000"/>
          <w:sz w:val="28"/>
          <w:szCs w:val="28"/>
        </w:rPr>
        <w:t xml:space="preserve">… falling in love with a pink devil, what the fuck is wrong with me. </w:t>
      </w:r>
    </w:p>
    <w:p w14:paraId="46084C0B"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475A1C0F" w14:textId="16EE60BA" w:rsidR="008130CF" w:rsidRPr="00E44301" w:rsidRDefault="00000000" w:rsidP="003166C8">
      <w:pPr>
        <w:autoSpaceDE w:val="0"/>
        <w:autoSpaceDN w:val="0"/>
        <w:spacing w:before="1904" w:after="0" w:line="374" w:lineRule="exact"/>
        <w:ind w:right="20"/>
        <w:jc w:val="center"/>
        <w:rPr>
          <w:sz w:val="28"/>
          <w:szCs w:val="28"/>
        </w:rPr>
      </w:pPr>
      <w:r w:rsidRPr="00E44301">
        <w:rPr>
          <w:rFonts w:ascii="LiberationSerif" w:eastAsia="LiberationSerif" w:hAnsi="LiberationSerif"/>
          <w:b/>
          <w:color w:val="000000"/>
          <w:sz w:val="28"/>
          <w:szCs w:val="28"/>
        </w:rPr>
        <w:lastRenderedPageBreak/>
        <w:t xml:space="preserve">The </w:t>
      </w:r>
      <w:r w:rsidR="001E6A26">
        <w:rPr>
          <w:rFonts w:ascii="LiberationSerif" w:eastAsia="LiberationSerif" w:hAnsi="LiberationSerif"/>
          <w:b/>
          <w:color w:val="000000"/>
          <w:sz w:val="28"/>
          <w:szCs w:val="28"/>
        </w:rPr>
        <w:t>Aravethra</w:t>
      </w:r>
      <w:r w:rsidRPr="00E44301">
        <w:rPr>
          <w:rFonts w:ascii="LiberationSerif" w:eastAsia="LiberationSerif" w:hAnsi="LiberationSerif"/>
          <w:b/>
          <w:color w:val="000000"/>
          <w:sz w:val="28"/>
          <w:szCs w:val="28"/>
        </w:rPr>
        <w:t xml:space="preserve"> Plight</w:t>
      </w:r>
    </w:p>
    <w:p w14:paraId="66F35206" w14:textId="6E60F820" w:rsidR="008130CF" w:rsidRPr="00E44301" w:rsidRDefault="00000000" w:rsidP="003166C8">
      <w:pPr>
        <w:autoSpaceDE w:val="0"/>
        <w:autoSpaceDN w:val="0"/>
        <w:spacing w:before="456" w:after="0" w:line="360" w:lineRule="exact"/>
        <w:ind w:right="20"/>
        <w:rPr>
          <w:sz w:val="28"/>
          <w:szCs w:val="28"/>
        </w:rPr>
      </w:pPr>
      <w:r w:rsidRPr="00E44301">
        <w:rPr>
          <w:rFonts w:ascii="LiberationSerif" w:eastAsia="LiberationSerif" w:hAnsi="LiberationSerif"/>
          <w:color w:val="000000"/>
          <w:sz w:val="28"/>
          <w:szCs w:val="28"/>
        </w:rPr>
        <w:t>The air hung heavy with the scent of sulfur and decay, a stark contrast to the vibrant, almost offensively pink skin of Liliana's people. They were the Devil Tribe, not for any inherent wickedness, but for the fiery, crimson hues that marked their bodies, their eyes like molten gold, reflecting the hellish landscape they called home. Their once-proud village, nestled amidst jagged, volcanic peaks, was now a shadow of its former self – a collection of ramshackle huts, their vibrant colors dulled by ash and neglect, a testament to the wizard</w:t>
      </w:r>
      <w:r w:rsidR="001E6A26">
        <w:rPr>
          <w:rFonts w:ascii="LiberationSerif" w:eastAsia="LiberationSerif" w:hAnsi="LiberationSerif"/>
          <w:color w:val="000000"/>
          <w:sz w:val="28"/>
          <w:szCs w:val="28"/>
        </w:rPr>
        <w:t>’s</w:t>
      </w:r>
      <w:r w:rsidRPr="00E44301">
        <w:rPr>
          <w:rFonts w:ascii="LiberationSerif" w:eastAsia="LiberationSerif" w:hAnsi="LiberationSerif"/>
          <w:color w:val="000000"/>
          <w:sz w:val="28"/>
          <w:szCs w:val="28"/>
        </w:rPr>
        <w:t xml:space="preserve"> cruel reign.</w:t>
      </w:r>
      <w:r w:rsidR="001E6A26">
        <w:rPr>
          <w:rFonts w:ascii="LiberationSerif" w:eastAsia="LiberationSerif" w:hAnsi="LiberationSerif"/>
          <w:color w:val="000000"/>
          <w:sz w:val="28"/>
          <w:szCs w:val="28"/>
        </w:rPr>
        <w:t xml:space="preserve"> A wizard she had told me was named Zarvokh the withered.</w:t>
      </w:r>
    </w:p>
    <w:p w14:paraId="23F5E764" w14:textId="3128FDF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Liliana, her usual sharp wit subdued by a grim determination, led </w:t>
      </w:r>
      <w:r w:rsidR="00872799">
        <w:rPr>
          <w:rFonts w:ascii="LiberationSerif" w:eastAsia="LiberationSerif" w:hAnsi="LiberationSerif"/>
          <w:color w:val="000000"/>
          <w:sz w:val="28"/>
          <w:szCs w:val="28"/>
        </w:rPr>
        <w:t xml:space="preserve">me </w:t>
      </w:r>
      <w:r w:rsidRPr="00E44301">
        <w:rPr>
          <w:rFonts w:ascii="LiberationSerif" w:eastAsia="LiberationSerif" w:hAnsi="LiberationSerif"/>
          <w:color w:val="000000"/>
          <w:sz w:val="28"/>
          <w:szCs w:val="28"/>
        </w:rPr>
        <w:t>through the ravaged settlement.</w:t>
      </w:r>
      <w:r w:rsidR="006813C8" w:rsidRPr="00E44301">
        <w:rPr>
          <w:sz w:val="28"/>
          <w:szCs w:val="28"/>
        </w:rPr>
        <w:t xml:space="preserve"> </w:t>
      </w:r>
      <w:r w:rsidRPr="00E44301">
        <w:rPr>
          <w:rFonts w:ascii="LiberationSerif" w:eastAsia="LiberationSerif" w:hAnsi="LiberationSerif"/>
          <w:color w:val="000000"/>
          <w:sz w:val="28"/>
          <w:szCs w:val="28"/>
        </w:rPr>
        <w:t>The silence was broken only by the occasional whimper from a child or the labored cough of a weary adult. Their faces were gaunt, etched with lines of suffering and despair, but their eyes held a flicker of defiance, a stubborn refusal to be broken. Each dwelling was a testament to the wizard's cruelty. Broken tools lay scattered, fields lay fallow, and the once-thriving farms were now barren wastelands. The air was thick with the unspoken horror of their enslavement.</w:t>
      </w:r>
    </w:p>
    <w:p w14:paraId="2BBAA884" w14:textId="181E5D73"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"They work the sulfur mines," Liliana explained, her voice low and tight with suppressed rage. "Day and night. Those who falter… well, let's just say </w:t>
      </w:r>
      <w:r w:rsidR="009A4E76">
        <w:rPr>
          <w:rFonts w:ascii="LiberationSerif" w:eastAsia="LiberationSerif" w:hAnsi="LiberationSerif"/>
          <w:color w:val="000000"/>
          <w:sz w:val="28"/>
          <w:szCs w:val="28"/>
        </w:rPr>
        <w:t>Zarvokh</w:t>
      </w:r>
      <w:r w:rsidRPr="00E44301">
        <w:rPr>
          <w:rFonts w:ascii="LiberationSerif" w:eastAsia="LiberationSerif" w:hAnsi="LiberationSerif"/>
          <w:color w:val="000000"/>
          <w:sz w:val="28"/>
          <w:szCs w:val="28"/>
        </w:rPr>
        <w:t xml:space="preserve"> has no patience for weakness." She gestured towards a crudely constructed structure, barely standing against the harsh wind, smoke billowing from its rusty chimney. "That's where they refine the sulfur. He uses it </w:t>
      </w:r>
      <w:r w:rsidR="001E6A26">
        <w:rPr>
          <w:rFonts w:ascii="LiberationSerif" w:eastAsia="LiberationSerif" w:hAnsi="LiberationSerif"/>
          <w:color w:val="000000"/>
          <w:sz w:val="28"/>
          <w:szCs w:val="28"/>
        </w:rPr>
        <w:t>to make his gems that trap souls</w:t>
      </w:r>
      <w:r w:rsidRPr="00E44301">
        <w:rPr>
          <w:rFonts w:ascii="LiberationSerif" w:eastAsia="LiberationSerif" w:hAnsi="LiberationSerif"/>
          <w:color w:val="000000"/>
          <w:sz w:val="28"/>
          <w:szCs w:val="28"/>
        </w:rPr>
        <w:t>."</w:t>
      </w:r>
    </w:p>
    <w:p w14:paraId="32DFAAD8" w14:textId="7E932869" w:rsidR="008130CF" w:rsidRPr="00E44301" w:rsidRDefault="00872799" w:rsidP="003166C8">
      <w:pPr>
        <w:autoSpaceDE w:val="0"/>
        <w:autoSpaceDN w:val="0"/>
        <w:spacing w:before="360" w:after="0" w:line="360" w:lineRule="exact"/>
        <w:ind w:right="20"/>
        <w:rPr>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shuddered, imagining the brutal conditions within those mines, the endless toil, the constant fear of</w:t>
      </w:r>
    </w:p>
    <w:p w14:paraId="49A9E09B"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168BE3C4" w14:textId="0034DA6E" w:rsidR="006813C8" w:rsidRPr="00E44301" w:rsidRDefault="00000000" w:rsidP="003166C8">
      <w:pPr>
        <w:autoSpaceDE w:val="0"/>
        <w:autoSpaceDN w:val="0"/>
        <w:spacing w:before="143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lastRenderedPageBreak/>
        <w:t xml:space="preserve">punishment. This was a deliberate, systematic oppression of an entire people, a cruelty born not of necessity, but of pure, unadulterated malice. </w:t>
      </w:r>
      <w:r w:rsidR="00E82353">
        <w:rPr>
          <w:rFonts w:ascii="LiberationSerif" w:eastAsia="LiberationSerif" w:hAnsi="LiberationSerif"/>
          <w:color w:val="000000"/>
          <w:sz w:val="28"/>
          <w:szCs w:val="28"/>
        </w:rPr>
        <w:t>I had</w:t>
      </w:r>
      <w:r w:rsidRPr="00E44301">
        <w:rPr>
          <w:rFonts w:ascii="LiberationSerif" w:eastAsia="LiberationSerif" w:hAnsi="LiberationSerif"/>
          <w:color w:val="000000"/>
          <w:sz w:val="28"/>
          <w:szCs w:val="28"/>
        </w:rPr>
        <w:t xml:space="preserve"> seen brutality in combat zones, but this was something far more insidious, a slow, agonizing erosion of the human spirit. </w:t>
      </w:r>
    </w:p>
    <w:p w14:paraId="151A86BC" w14:textId="31F21ED4" w:rsidR="008130CF" w:rsidRPr="00E44301" w:rsidRDefault="00E82353" w:rsidP="003166C8">
      <w:pPr>
        <w:autoSpaceDE w:val="0"/>
        <w:autoSpaceDN w:val="0"/>
        <w:spacing w:before="1430" w:after="0" w:line="360" w:lineRule="exact"/>
        <w:ind w:right="20"/>
        <w:rPr>
          <w:sz w:val="28"/>
          <w:szCs w:val="28"/>
        </w:rPr>
      </w:pPr>
      <w:r>
        <w:rPr>
          <w:rFonts w:ascii="LiberationSerif" w:eastAsia="LiberationSerif" w:hAnsi="LiberationSerif"/>
          <w:color w:val="000000"/>
          <w:sz w:val="28"/>
          <w:szCs w:val="28"/>
        </w:rPr>
        <w:t>I</w:t>
      </w:r>
      <w:r w:rsidR="00000000" w:rsidRPr="00E44301">
        <w:rPr>
          <w:rFonts w:ascii="LiberationSerif" w:eastAsia="LiberationSerif" w:hAnsi="LiberationSerif"/>
          <w:color w:val="000000"/>
          <w:sz w:val="28"/>
          <w:szCs w:val="28"/>
        </w:rPr>
        <w:t xml:space="preserve"> noticed several children, ragged and thin, playing amongst the broken pottery and rubble. They were playing war games, reenacting skirmishes with sticks and stones, their innocent faces grim, already mimicking the harsh realities of their lives.</w:t>
      </w:r>
    </w:p>
    <w:p w14:paraId="35AF8768" w14:textId="60608D5D"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As they walked, Liliana began to describe the intricate social structure of her tribe. Before </w:t>
      </w:r>
      <w:r w:rsidR="009A4E76">
        <w:rPr>
          <w:rFonts w:ascii="LiberationSerif" w:eastAsia="LiberationSerif" w:hAnsi="LiberationSerif"/>
          <w:color w:val="000000"/>
          <w:sz w:val="28"/>
          <w:szCs w:val="28"/>
        </w:rPr>
        <w:t>Zarvokh</w:t>
      </w:r>
      <w:r w:rsidR="009A4E76" w:rsidRPr="00E44301">
        <w:rPr>
          <w:rFonts w:ascii="LiberationSerif" w:eastAsia="LiberationSerif" w:hAnsi="LiberationSerif"/>
          <w:color w:val="000000"/>
          <w:sz w:val="28"/>
          <w:szCs w:val="28"/>
        </w:rPr>
        <w:t xml:space="preserve"> </w:t>
      </w:r>
      <w:r w:rsidRPr="00E44301">
        <w:rPr>
          <w:rFonts w:ascii="LiberationSerif" w:eastAsia="LiberationSerif" w:hAnsi="LiberationSerif"/>
          <w:color w:val="000000"/>
          <w:sz w:val="28"/>
          <w:szCs w:val="28"/>
        </w:rPr>
        <w:t xml:space="preserve">'s arrival, they had been a fiercely independent people, known for their skilled </w:t>
      </w:r>
      <w:r w:rsidR="006813C8" w:rsidRPr="00E44301">
        <w:rPr>
          <w:sz w:val="28"/>
          <w:szCs w:val="28"/>
        </w:rPr>
        <w:t>c</w:t>
      </w:r>
      <w:r w:rsidRPr="00E44301">
        <w:rPr>
          <w:rFonts w:ascii="LiberationSerif" w:eastAsia="LiberationSerif" w:hAnsi="LiberationSerif"/>
          <w:color w:val="000000"/>
          <w:sz w:val="28"/>
          <w:szCs w:val="28"/>
        </w:rPr>
        <w:t xml:space="preserve">raftsmanship and fierce warriors. Their society, while seemingly harsh to outsiders, was deeply rooted in </w:t>
      </w:r>
      <w:r w:rsidRPr="00E44301">
        <w:rPr>
          <w:sz w:val="28"/>
          <w:szCs w:val="28"/>
        </w:rPr>
        <w:br/>
      </w:r>
      <w:r w:rsidRPr="00E44301">
        <w:rPr>
          <w:rFonts w:ascii="LiberationSerif" w:eastAsia="LiberationSerif" w:hAnsi="LiberationSerif"/>
          <w:color w:val="000000"/>
          <w:sz w:val="28"/>
          <w:szCs w:val="28"/>
        </w:rPr>
        <w:t xml:space="preserve">community and mutual support. Each member had a </w:t>
      </w:r>
      <w:r w:rsidRPr="00E44301">
        <w:rPr>
          <w:sz w:val="28"/>
          <w:szCs w:val="28"/>
        </w:rPr>
        <w:br/>
      </w:r>
      <w:r w:rsidRPr="00E44301">
        <w:rPr>
          <w:rFonts w:ascii="LiberationSerif" w:eastAsia="LiberationSerif" w:hAnsi="LiberationSerif"/>
          <w:color w:val="000000"/>
          <w:sz w:val="28"/>
          <w:szCs w:val="28"/>
        </w:rPr>
        <w:t xml:space="preserve">designated role, from the miners who extracted the sulfur to the artisans who crafted tools and weapons. A complex system of elders guided their decisions, ensuring fairness and justice within their small society. </w:t>
      </w:r>
      <w:r w:rsidR="009A4E76">
        <w:rPr>
          <w:rFonts w:ascii="LiberationSerif" w:eastAsia="LiberationSerif" w:hAnsi="LiberationSerif"/>
          <w:color w:val="000000"/>
          <w:sz w:val="28"/>
          <w:szCs w:val="28"/>
        </w:rPr>
        <w:t>Zarvokh</w:t>
      </w:r>
      <w:r w:rsidRPr="00E44301">
        <w:rPr>
          <w:rFonts w:ascii="LiberationSerif" w:eastAsia="LiberationSerif" w:hAnsi="LiberationSerif"/>
          <w:color w:val="000000"/>
          <w:sz w:val="28"/>
          <w:szCs w:val="28"/>
        </w:rPr>
        <w:t xml:space="preserve"> had ruthlessly exploited this structure, twisting it to serve his own ends. He'd separated families, forcing them to work in the mines, and he'd systematically eliminated the elders, replacing them with brutal overseers who enforced his cruel laws.</w:t>
      </w:r>
    </w:p>
    <w:p w14:paraId="29EA6199" w14:textId="7777777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"He feeds us just enough to keep us alive," she continued, her voice laced with bitterness. "Enough to work, enough to breed, but never enough to resist." She pointed to a group of young women, their bodies thin and frail, their eyes hollow.</w:t>
      </w:r>
    </w:p>
    <w:p w14:paraId="1FAEE2A1" w14:textId="77777777" w:rsidR="008130CF" w:rsidRPr="00E44301" w:rsidRDefault="00000000" w:rsidP="003166C8">
      <w:pPr>
        <w:autoSpaceDE w:val="0"/>
        <w:autoSpaceDN w:val="0"/>
        <w:spacing w:before="28" w:after="0" w:line="332" w:lineRule="exact"/>
        <w:ind w:right="20"/>
        <w:rPr>
          <w:sz w:val="28"/>
          <w:szCs w:val="28"/>
        </w:rPr>
      </w:pPr>
      <w:r w:rsidRPr="00E44301">
        <w:rPr>
          <w:rFonts w:ascii="LiberationSerif" w:eastAsia="LiberationSerif" w:hAnsi="LiberationSerif"/>
          <w:color w:val="000000"/>
          <w:sz w:val="28"/>
          <w:szCs w:val="28"/>
        </w:rPr>
        <w:t>"The ones he deems 'worthy' he keeps for his… pleasure.</w:t>
      </w:r>
    </w:p>
    <w:p w14:paraId="13390F3C" w14:textId="77777777" w:rsidR="008130CF" w:rsidRPr="00E44301" w:rsidRDefault="00000000" w:rsidP="003166C8">
      <w:pPr>
        <w:autoSpaceDE w:val="0"/>
        <w:autoSpaceDN w:val="0"/>
        <w:spacing w:before="28" w:after="0" w:line="332" w:lineRule="exact"/>
        <w:ind w:right="20"/>
        <w:rPr>
          <w:sz w:val="28"/>
          <w:szCs w:val="28"/>
        </w:rPr>
      </w:pPr>
      <w:r w:rsidRPr="00E44301">
        <w:rPr>
          <w:rFonts w:ascii="LiberationSerif" w:eastAsia="LiberationSerif" w:hAnsi="LiberationSerif"/>
          <w:color w:val="000000"/>
          <w:sz w:val="28"/>
          <w:szCs w:val="28"/>
        </w:rPr>
        <w:t>The rest… are left to wither."</w:t>
      </w:r>
    </w:p>
    <w:p w14:paraId="159F6644" w14:textId="55FEA761" w:rsidR="008130CF" w:rsidRPr="00E44301" w:rsidRDefault="00000000" w:rsidP="003166C8">
      <w:pPr>
        <w:autoSpaceDE w:val="0"/>
        <w:autoSpaceDN w:val="0"/>
        <w:spacing w:before="360" w:after="0" w:line="360" w:lineRule="exact"/>
        <w:ind w:right="20"/>
        <w:rPr>
          <w:sz w:val="28"/>
          <w:szCs w:val="28"/>
        </w:rPr>
        <w:sectPr w:rsidR="008130CF" w:rsidRPr="00E44301">
          <w:pgSz w:w="12240" w:h="15840"/>
          <w:pgMar w:top="0" w:right="1420" w:bottom="0" w:left="1440" w:header="720" w:footer="720" w:gutter="0"/>
          <w:cols w:space="720"/>
          <w:docGrid w:linePitch="360"/>
        </w:sectPr>
      </w:pPr>
      <w:r w:rsidRPr="00E44301">
        <w:rPr>
          <w:rFonts w:ascii="LiberationSerif" w:eastAsia="LiberationSerif" w:hAnsi="LiberationSerif"/>
          <w:color w:val="000000"/>
          <w:sz w:val="28"/>
          <w:szCs w:val="28"/>
        </w:rPr>
        <w:t xml:space="preserve">The realization of the wizard's full cruelty hit </w:t>
      </w:r>
      <w:r w:rsidR="00872799">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like a physical blow. This wasn’t simply enslavement; this was</w:t>
      </w:r>
    </w:p>
    <w:p w14:paraId="1F22F374" w14:textId="77A26058"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 xml:space="preserve">dehumanization, a calculated attempt to crush the spirit of an entire people. </w:t>
      </w:r>
      <w:r w:rsidR="006813C8" w:rsidRPr="00E44301">
        <w:rPr>
          <w:rFonts w:ascii="LiberationSerif" w:eastAsia="LiberationSerif" w:hAnsi="LiberationSerif"/>
          <w:color w:val="000000"/>
          <w:sz w:val="28"/>
          <w:szCs w:val="28"/>
        </w:rPr>
        <w:t>Not just an attem</w:t>
      </w:r>
      <w:r w:rsidR="004E539A">
        <w:rPr>
          <w:rFonts w:ascii="LiberationSerif" w:eastAsia="LiberationSerif" w:hAnsi="LiberationSerif"/>
          <w:color w:val="000000"/>
          <w:sz w:val="28"/>
          <w:szCs w:val="28"/>
        </w:rPr>
        <w:t>p</w:t>
      </w:r>
      <w:r w:rsidR="006813C8" w:rsidRPr="00E44301">
        <w:rPr>
          <w:rFonts w:ascii="LiberationSerif" w:eastAsia="LiberationSerif" w:hAnsi="LiberationSerif"/>
          <w:color w:val="000000"/>
          <w:sz w:val="28"/>
          <w:szCs w:val="28"/>
        </w:rPr>
        <w:t xml:space="preserve">t, but he was very successful. These poor people were suffering. </w:t>
      </w:r>
      <w:r w:rsidRPr="00E44301">
        <w:rPr>
          <w:rFonts w:ascii="LiberationSerif" w:eastAsia="LiberationSerif" w:hAnsi="LiberationSerif"/>
          <w:color w:val="000000"/>
          <w:sz w:val="28"/>
          <w:szCs w:val="28"/>
        </w:rPr>
        <w:t>He thought of his own experiences, the camaraderie he shared with his fellow soldiers, the unwavering loyalty that bound them together. He saw the same loyalty, though strained and tested, reflected in the faces of Liliana's people. Even in their despair, there was a sense of unity, a shared determination to survive.</w:t>
      </w:r>
    </w:p>
    <w:p w14:paraId="76548B60" w14:textId="4DBC873B" w:rsidR="006813C8" w:rsidRPr="00E44301" w:rsidRDefault="00000000"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 xml:space="preserve">The scale of </w:t>
      </w:r>
      <w:r w:rsidR="009A4E76">
        <w:rPr>
          <w:rFonts w:ascii="LiberationSerif" w:eastAsia="LiberationSerif" w:hAnsi="LiberationSerif"/>
          <w:color w:val="000000"/>
          <w:sz w:val="28"/>
          <w:szCs w:val="28"/>
        </w:rPr>
        <w:t>Zarvokh’s</w:t>
      </w:r>
      <w:r w:rsidRPr="00E44301">
        <w:rPr>
          <w:rFonts w:ascii="LiberationSerif" w:eastAsia="LiberationSerif" w:hAnsi="LiberationSerif"/>
          <w:color w:val="000000"/>
          <w:sz w:val="28"/>
          <w:szCs w:val="28"/>
        </w:rPr>
        <w:t xml:space="preserve"> power began to dawn on </w:t>
      </w:r>
      <w:r w:rsidR="00872799">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xml:space="preserve">. </w:t>
      </w:r>
    </w:p>
    <w:p w14:paraId="3842E035" w14:textId="77777777" w:rsidR="00A87A27" w:rsidRDefault="006813C8" w:rsidP="003166C8">
      <w:pPr>
        <w:autoSpaceDE w:val="0"/>
        <w:autoSpaceDN w:val="0"/>
        <w:spacing w:before="360" w:after="0" w:line="360" w:lineRule="exact"/>
        <w:ind w:right="20"/>
        <w:rPr>
          <w:rFonts w:ascii="LiberationSerif" w:eastAsia="LiberationSerif" w:hAnsi="LiberationSerif"/>
          <w:color w:val="000000"/>
          <w:sz w:val="28"/>
          <w:szCs w:val="28"/>
        </w:rPr>
      </w:pPr>
      <w:r w:rsidRPr="00E44301">
        <w:rPr>
          <w:rFonts w:ascii="LiberationSerif" w:eastAsia="LiberationSerif" w:hAnsi="LiberationSerif"/>
          <w:color w:val="000000"/>
          <w:sz w:val="28"/>
          <w:szCs w:val="28"/>
        </w:rPr>
        <w:t>He looked at Lilliana and stared deep into her soul. “</w:t>
      </w:r>
      <w:proofErr w:type="gramStart"/>
      <w:r w:rsidRPr="00E44301">
        <w:rPr>
          <w:rFonts w:ascii="LiberationSerif" w:eastAsia="LiberationSerif" w:hAnsi="LiberationSerif"/>
          <w:color w:val="000000"/>
          <w:sz w:val="28"/>
          <w:szCs w:val="28"/>
        </w:rPr>
        <w:t>how</w:t>
      </w:r>
      <w:proofErr w:type="gramEnd"/>
      <w:r w:rsidRPr="00E44301">
        <w:rPr>
          <w:rFonts w:ascii="LiberationSerif" w:eastAsia="LiberationSerif" w:hAnsi="LiberationSerif"/>
          <w:color w:val="000000"/>
          <w:sz w:val="28"/>
          <w:szCs w:val="28"/>
        </w:rPr>
        <w:t xml:space="preserve"> do we stop him?”  Liliana stumbled. “We Don’t, </w:t>
      </w:r>
      <w:proofErr w:type="spellStart"/>
      <w:r w:rsidRPr="00E44301">
        <w:rPr>
          <w:rFonts w:ascii="LiberationSerif" w:eastAsia="LiberationSerif" w:hAnsi="LiberationSerif"/>
          <w:color w:val="000000"/>
          <w:sz w:val="28"/>
          <w:szCs w:val="28"/>
        </w:rPr>
        <w:t>its</w:t>
      </w:r>
      <w:proofErr w:type="spellEnd"/>
      <w:r w:rsidRPr="00E44301">
        <w:rPr>
          <w:rFonts w:ascii="LiberationSerif" w:eastAsia="LiberationSerif" w:hAnsi="LiberationSerif"/>
          <w:color w:val="000000"/>
          <w:sz w:val="28"/>
          <w:szCs w:val="28"/>
        </w:rPr>
        <w:t xml:space="preserve"> not possible” I looked over at the people nearby and chuckled.  Looking back at Lilliana I said, “</w:t>
      </w:r>
      <w:r w:rsidR="00E44301" w:rsidRPr="00E44301">
        <w:rPr>
          <w:rFonts w:ascii="LiberationSerif" w:eastAsia="LiberationSerif" w:hAnsi="LiberationSerif"/>
          <w:color w:val="000000"/>
          <w:sz w:val="28"/>
          <w:szCs w:val="28"/>
        </w:rPr>
        <w:t xml:space="preserve">you’ve never had me before. And you’ve never had Fred,” patting the new sword on my back. It hummed discontentedly and I looked over my shoulder, “no? not </w:t>
      </w:r>
      <w:proofErr w:type="spellStart"/>
      <w:r w:rsidR="00E44301" w:rsidRPr="00E44301">
        <w:rPr>
          <w:rFonts w:ascii="LiberationSerif" w:eastAsia="LiberationSerif" w:hAnsi="LiberationSerif"/>
          <w:color w:val="000000"/>
          <w:sz w:val="28"/>
          <w:szCs w:val="28"/>
        </w:rPr>
        <w:t>fred</w:t>
      </w:r>
      <w:proofErr w:type="spellEnd"/>
      <w:r w:rsidR="00E44301" w:rsidRPr="00E44301">
        <w:rPr>
          <w:rFonts w:ascii="LiberationSerif" w:eastAsia="LiberationSerif" w:hAnsi="LiberationSerif"/>
          <w:color w:val="000000"/>
          <w:sz w:val="28"/>
          <w:szCs w:val="28"/>
        </w:rPr>
        <w:t xml:space="preserve">? </w:t>
      </w:r>
      <w:r w:rsidR="00A87A27">
        <w:rPr>
          <w:rFonts w:ascii="LiberationSerif" w:eastAsia="LiberationSerif" w:hAnsi="LiberationSerif"/>
          <w:color w:val="000000"/>
          <w:sz w:val="28"/>
          <w:szCs w:val="28"/>
        </w:rPr>
        <w:t>W</w:t>
      </w:r>
      <w:r w:rsidR="00E44301" w:rsidRPr="00E44301">
        <w:rPr>
          <w:rFonts w:ascii="LiberationSerif" w:eastAsia="LiberationSerif" w:hAnsi="LiberationSerif"/>
          <w:color w:val="000000"/>
          <w:sz w:val="28"/>
          <w:szCs w:val="28"/>
        </w:rPr>
        <w:t xml:space="preserve">e can </w:t>
      </w:r>
      <w:proofErr w:type="gramStart"/>
      <w:r w:rsidR="00E44301" w:rsidRPr="00E44301">
        <w:rPr>
          <w:rFonts w:ascii="LiberationSerif" w:eastAsia="LiberationSerif" w:hAnsi="LiberationSerif"/>
          <w:color w:val="000000"/>
          <w:sz w:val="28"/>
          <w:szCs w:val="28"/>
        </w:rPr>
        <w:t>work shop</w:t>
      </w:r>
      <w:proofErr w:type="gramEnd"/>
      <w:r w:rsidR="00E44301" w:rsidRPr="00E44301">
        <w:rPr>
          <w:rFonts w:ascii="LiberationSerif" w:eastAsia="LiberationSerif" w:hAnsi="LiberationSerif"/>
          <w:color w:val="000000"/>
          <w:sz w:val="28"/>
          <w:szCs w:val="28"/>
        </w:rPr>
        <w:t xml:space="preserve"> it.</w:t>
      </w:r>
      <w:r w:rsidR="00A87A27">
        <w:rPr>
          <w:rFonts w:ascii="LiberationSerif" w:eastAsia="LiberationSerif" w:hAnsi="LiberationSerif"/>
          <w:color w:val="000000"/>
          <w:sz w:val="28"/>
          <w:szCs w:val="28"/>
        </w:rPr>
        <w:t>”</w:t>
      </w:r>
    </w:p>
    <w:p w14:paraId="1AE27E30" w14:textId="1D73C601" w:rsidR="008130CF" w:rsidRPr="00E44301" w:rsidRDefault="00E44301"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 We began walking again and as I looked </w:t>
      </w:r>
      <w:proofErr w:type="gramStart"/>
      <w:r w:rsidRPr="00E44301">
        <w:rPr>
          <w:rFonts w:ascii="LiberationSerif" w:eastAsia="LiberationSerif" w:hAnsi="LiberationSerif"/>
          <w:color w:val="000000"/>
          <w:sz w:val="28"/>
          <w:szCs w:val="28"/>
        </w:rPr>
        <w:t>around</w:t>
      </w:r>
      <w:proofErr w:type="gramEnd"/>
      <w:r w:rsidRPr="00E44301">
        <w:rPr>
          <w:rFonts w:ascii="LiberationSerif" w:eastAsia="LiberationSerif" w:hAnsi="LiberationSerif"/>
          <w:color w:val="000000"/>
          <w:sz w:val="28"/>
          <w:szCs w:val="28"/>
        </w:rPr>
        <w:t xml:space="preserve"> I </w:t>
      </w:r>
      <w:r w:rsidR="00A87A27">
        <w:rPr>
          <w:rFonts w:ascii="LiberationSerif" w:eastAsia="LiberationSerif" w:hAnsi="LiberationSerif"/>
          <w:color w:val="000000"/>
          <w:sz w:val="28"/>
          <w:szCs w:val="28"/>
        </w:rPr>
        <w:t>felt as if I had to</w:t>
      </w:r>
      <w:r w:rsidRPr="00E44301">
        <w:rPr>
          <w:rFonts w:ascii="LiberationSerif" w:eastAsia="LiberationSerif" w:hAnsi="LiberationSerif"/>
          <w:color w:val="000000"/>
          <w:sz w:val="28"/>
          <w:szCs w:val="28"/>
        </w:rPr>
        <w:t xml:space="preserve"> help. </w:t>
      </w:r>
      <w:r w:rsidR="006813C8" w:rsidRPr="00E44301">
        <w:rPr>
          <w:rFonts w:ascii="LiberationSerif" w:eastAsia="LiberationSerif" w:hAnsi="LiberationSerif"/>
          <w:color w:val="000000"/>
          <w:sz w:val="28"/>
          <w:szCs w:val="28"/>
        </w:rPr>
        <w:t xml:space="preserve">This wasn't just a matter of freeing a few dozen captives. This was a rebellion against a powerful wizard who had subjugated an entire people. The sheer number of people under </w:t>
      </w:r>
      <w:r w:rsidR="009A4E76">
        <w:rPr>
          <w:rFonts w:ascii="LiberationSerif" w:eastAsia="LiberationSerif" w:hAnsi="LiberationSerif"/>
          <w:color w:val="000000"/>
          <w:sz w:val="28"/>
          <w:szCs w:val="28"/>
        </w:rPr>
        <w:t>Zarvokh</w:t>
      </w:r>
      <w:r w:rsidR="006813C8" w:rsidRPr="00E44301">
        <w:rPr>
          <w:rFonts w:ascii="LiberationSerif" w:eastAsia="LiberationSerif" w:hAnsi="LiberationSerif"/>
          <w:color w:val="000000"/>
          <w:sz w:val="28"/>
          <w:szCs w:val="28"/>
        </w:rPr>
        <w:t>'s control was staggering; it would take far more than just h</w:t>
      </w:r>
      <w:r w:rsidR="00A87A27">
        <w:rPr>
          <w:rFonts w:ascii="LiberationSerif" w:eastAsia="LiberationSerif" w:hAnsi="LiberationSerif"/>
          <w:color w:val="000000"/>
          <w:sz w:val="28"/>
          <w:szCs w:val="28"/>
        </w:rPr>
        <w:t>e</w:t>
      </w:r>
      <w:r w:rsidR="006813C8" w:rsidRPr="00E44301">
        <w:rPr>
          <w:rFonts w:ascii="LiberationSerif" w:eastAsia="LiberationSerif" w:hAnsi="LiberationSerif"/>
          <w:color w:val="000000"/>
          <w:sz w:val="28"/>
          <w:szCs w:val="28"/>
        </w:rPr>
        <w:t xml:space="preserve"> and Liliana to overcome this threat. He wondered about the potential for an uprising, assessing the strengths and weaknesses of the Devil Tribe's remaining fighters. Many were clearly weakened by malnutrition and overwork.</w:t>
      </w:r>
    </w:p>
    <w:p w14:paraId="7E0FB121" w14:textId="05913A03"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"There are others who resist," Liliana said</w:t>
      </w:r>
      <w:r w:rsidR="00E44301" w:rsidRPr="00E44301">
        <w:rPr>
          <w:rFonts w:ascii="LiberationSerif" w:eastAsia="LiberationSerif" w:hAnsi="LiberationSerif"/>
          <w:color w:val="000000"/>
          <w:sz w:val="28"/>
          <w:szCs w:val="28"/>
        </w:rPr>
        <w:t xml:space="preserve"> not stopping her stride </w:t>
      </w:r>
      <w:proofErr w:type="gramStart"/>
      <w:r w:rsidR="00E44301" w:rsidRPr="00E44301">
        <w:rPr>
          <w:rFonts w:ascii="LiberationSerif" w:eastAsia="LiberationSerif" w:hAnsi="LiberationSerif"/>
          <w:color w:val="000000"/>
          <w:sz w:val="28"/>
          <w:szCs w:val="28"/>
        </w:rPr>
        <w:t>yet</w:t>
      </w:r>
      <w:r w:rsidRPr="00E44301">
        <w:rPr>
          <w:rFonts w:ascii="LiberationSerif" w:eastAsia="LiberationSerif" w:hAnsi="LiberationSerif"/>
          <w:color w:val="000000"/>
          <w:sz w:val="28"/>
          <w:szCs w:val="28"/>
        </w:rPr>
        <w:t>,</w:t>
      </w:r>
      <w:proofErr w:type="gramEnd"/>
      <w:r w:rsidRPr="00E44301">
        <w:rPr>
          <w:rFonts w:ascii="LiberationSerif" w:eastAsia="LiberationSerif" w:hAnsi="LiberationSerif"/>
          <w:color w:val="000000"/>
          <w:sz w:val="28"/>
          <w:szCs w:val="28"/>
        </w:rPr>
        <w:t xml:space="preserve"> seeming to read </w:t>
      </w:r>
      <w:r w:rsidR="00E44301" w:rsidRPr="00E44301">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thoughts. "Hidden amongst the others, waiting for the right moment to strike. </w:t>
      </w:r>
      <w:r w:rsidR="00E44301" w:rsidRPr="00E44301">
        <w:rPr>
          <w:rFonts w:ascii="LiberationSerif" w:eastAsia="LiberationSerif" w:hAnsi="LiberationSerif"/>
          <w:color w:val="000000"/>
          <w:sz w:val="28"/>
          <w:szCs w:val="28"/>
        </w:rPr>
        <w:t>W</w:t>
      </w:r>
      <w:r w:rsidRPr="00E44301">
        <w:rPr>
          <w:rFonts w:ascii="LiberationSerif" w:eastAsia="LiberationSerif" w:hAnsi="LiberationSerif"/>
          <w:color w:val="000000"/>
          <w:sz w:val="28"/>
          <w:szCs w:val="28"/>
        </w:rPr>
        <w:t>e need someone strong enough</w:t>
      </w:r>
      <w:r w:rsidR="00E44301" w:rsidRPr="00E44301">
        <w:rPr>
          <w:rFonts w:ascii="LiberationSerif" w:eastAsia="LiberationSerif" w:hAnsi="LiberationSerif"/>
          <w:color w:val="000000"/>
          <w:sz w:val="28"/>
          <w:szCs w:val="28"/>
        </w:rPr>
        <w:t xml:space="preserve"> and </w:t>
      </w:r>
      <w:r w:rsidRPr="00E44301">
        <w:rPr>
          <w:rFonts w:ascii="LiberationSerif" w:eastAsia="LiberationSerif" w:hAnsi="LiberationSerif"/>
          <w:color w:val="000000"/>
          <w:sz w:val="28"/>
          <w:szCs w:val="28"/>
        </w:rPr>
        <w:t xml:space="preserve">smart enough, to unite them." She looked at </w:t>
      </w:r>
      <w:r w:rsidR="00872799">
        <w:rPr>
          <w:rFonts w:ascii="LiberationSerif" w:eastAsia="LiberationSerif" w:hAnsi="LiberationSerif"/>
          <w:color w:val="000000"/>
          <w:sz w:val="28"/>
          <w:szCs w:val="28"/>
        </w:rPr>
        <w:t>me</w:t>
      </w:r>
      <w:r w:rsidRPr="00E44301">
        <w:rPr>
          <w:rFonts w:ascii="LiberationSerif" w:eastAsia="LiberationSerif" w:hAnsi="LiberationSerif"/>
          <w:color w:val="000000"/>
          <w:sz w:val="28"/>
          <w:szCs w:val="28"/>
        </w:rPr>
        <w:t>, her golden eyes searching his. There was a plea in her gaze, a silent question that resonated far beyond the words. The weight of responsibility settled heavily on</w:t>
      </w:r>
      <w:r w:rsidR="00872799">
        <w:rPr>
          <w:rFonts w:ascii="LiberationSerif" w:eastAsia="LiberationSerif" w:hAnsi="LiberationSerif"/>
          <w:color w:val="000000"/>
          <w:sz w:val="28"/>
          <w:szCs w:val="28"/>
        </w:rPr>
        <w:t xml:space="preserve"> my</w:t>
      </w:r>
      <w:r w:rsidRPr="00E44301">
        <w:rPr>
          <w:rFonts w:ascii="LiberationSerif" w:eastAsia="LiberationSerif" w:hAnsi="LiberationSerif"/>
          <w:color w:val="000000"/>
          <w:sz w:val="28"/>
          <w:szCs w:val="28"/>
        </w:rPr>
        <w:t xml:space="preserve"> shoulders.</w:t>
      </w:r>
    </w:p>
    <w:p w14:paraId="3B0B39F2" w14:textId="77777777"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He wasn’t a messiah, not a magical hero plucked from the pages of a fairy tale. He was a soldier, trained to kill and to survive. He knew how to strategize, how to fight, and how to lead men into battle. But leading a tribe of pink-skinned devils against a powerful wizard? That was a challenge far beyond anything he’d ever faced. Yet, looking at the haunted faces surrounding them, at the raw courage flickering in</w:t>
      </w:r>
    </w:p>
    <w:p w14:paraId="38BAD59A" w14:textId="77777777" w:rsidR="008130CF" w:rsidRPr="00E44301" w:rsidRDefault="008130CF" w:rsidP="003166C8">
      <w:pPr>
        <w:ind w:right="20"/>
        <w:rPr>
          <w:sz w:val="28"/>
          <w:szCs w:val="28"/>
        </w:rPr>
        <w:sectPr w:rsidR="008130CF" w:rsidRPr="00E44301">
          <w:pgSz w:w="12240" w:h="15840"/>
          <w:pgMar w:top="0" w:right="1420" w:bottom="0" w:left="1440" w:header="720" w:footer="720" w:gutter="0"/>
          <w:cols w:space="720"/>
          <w:docGrid w:linePitch="360"/>
        </w:sectPr>
      </w:pPr>
    </w:p>
    <w:p w14:paraId="72A142DE" w14:textId="77777777" w:rsidR="008130CF" w:rsidRPr="00E44301" w:rsidRDefault="00000000" w:rsidP="003166C8">
      <w:pPr>
        <w:autoSpaceDE w:val="0"/>
        <w:autoSpaceDN w:val="0"/>
        <w:spacing w:before="1430" w:after="0" w:line="360" w:lineRule="exact"/>
        <w:ind w:right="20"/>
        <w:rPr>
          <w:sz w:val="28"/>
          <w:szCs w:val="28"/>
        </w:rPr>
      </w:pPr>
      <w:r w:rsidRPr="00E44301">
        <w:rPr>
          <w:rFonts w:ascii="LiberationSerif" w:eastAsia="LiberationSerif" w:hAnsi="LiberationSerif"/>
          <w:color w:val="000000"/>
          <w:sz w:val="28"/>
          <w:szCs w:val="28"/>
        </w:rPr>
        <w:lastRenderedPageBreak/>
        <w:t>Liliana's eyes, he felt a surge of grim determination. He wouldn't let them down. He couldn't.</w:t>
      </w:r>
    </w:p>
    <w:p w14:paraId="2F8F3B41" w14:textId="54688C29"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The next few hours were a blur of hushed conversations, hurried meetings, and careful planning. </w:t>
      </w:r>
      <w:r w:rsidR="00A30664">
        <w:rPr>
          <w:rFonts w:ascii="LiberationSerif" w:eastAsia="LiberationSerif" w:hAnsi="LiberationSerif"/>
          <w:color w:val="000000"/>
          <w:sz w:val="28"/>
          <w:szCs w:val="28"/>
        </w:rPr>
        <w:t>Drawing</w:t>
      </w:r>
      <w:r w:rsidRPr="00E44301">
        <w:rPr>
          <w:rFonts w:ascii="LiberationSerif" w:eastAsia="LiberationSerif" w:hAnsi="LiberationSerif"/>
          <w:color w:val="000000"/>
          <w:sz w:val="28"/>
          <w:szCs w:val="28"/>
        </w:rPr>
        <w:t xml:space="preserve"> on </w:t>
      </w:r>
      <w:r w:rsidR="00A30664">
        <w:rPr>
          <w:rFonts w:ascii="LiberationSerif" w:eastAsia="LiberationSerif" w:hAnsi="LiberationSerif"/>
          <w:color w:val="000000"/>
          <w:sz w:val="28"/>
          <w:szCs w:val="28"/>
        </w:rPr>
        <w:t>my</w:t>
      </w:r>
      <w:r w:rsidRPr="00E44301">
        <w:rPr>
          <w:rFonts w:ascii="LiberationSerif" w:eastAsia="LiberationSerif" w:hAnsi="LiberationSerif"/>
          <w:color w:val="000000"/>
          <w:sz w:val="28"/>
          <w:szCs w:val="28"/>
        </w:rPr>
        <w:t xml:space="preserve"> military experience, began to assess the situation.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quickly identified the key elements needed for a successful rebellion: intelligence gathering, strategic planning, and most importantly, a unified force. </w:t>
      </w:r>
      <w:r w:rsidR="00A30664">
        <w:rPr>
          <w:rFonts w:ascii="LiberationSerif" w:eastAsia="LiberationSerif" w:hAnsi="LiberationSerif"/>
          <w:color w:val="000000"/>
          <w:sz w:val="28"/>
          <w:szCs w:val="28"/>
        </w:rPr>
        <w:t>I</w:t>
      </w:r>
      <w:r w:rsidRPr="00E44301">
        <w:rPr>
          <w:rFonts w:ascii="LiberationSerif" w:eastAsia="LiberationSerif" w:hAnsi="LiberationSerif"/>
          <w:color w:val="000000"/>
          <w:sz w:val="28"/>
          <w:szCs w:val="28"/>
        </w:rPr>
        <w:t xml:space="preserve"> learned of the hidden pockets of resistance within the mines, the disgruntled overseers who had grown weary of </w:t>
      </w:r>
      <w:r w:rsidR="009A4E76">
        <w:rPr>
          <w:rFonts w:ascii="LiberationSerif" w:eastAsia="LiberationSerif" w:hAnsi="LiberationSerif"/>
          <w:color w:val="000000"/>
          <w:sz w:val="28"/>
          <w:szCs w:val="28"/>
        </w:rPr>
        <w:t>Zarvokh</w:t>
      </w:r>
      <w:r w:rsidRPr="00E44301">
        <w:rPr>
          <w:rFonts w:ascii="LiberationSerif" w:eastAsia="LiberationSerif" w:hAnsi="LiberationSerif"/>
          <w:color w:val="000000"/>
          <w:sz w:val="28"/>
          <w:szCs w:val="28"/>
        </w:rPr>
        <w:t xml:space="preserve">’s cruelty. He learned of the weaknesses in the wizard's defenses, the vulnerabilities in his seemingly impenetrable fortress. Most importantly, he learned of </w:t>
      </w:r>
      <w:r w:rsidR="009A4E76">
        <w:rPr>
          <w:rFonts w:ascii="LiberationSerif" w:eastAsia="LiberationSerif" w:hAnsi="LiberationSerif"/>
          <w:color w:val="000000"/>
          <w:sz w:val="28"/>
          <w:szCs w:val="28"/>
        </w:rPr>
        <w:t>Zarvokh</w:t>
      </w:r>
      <w:r w:rsidRPr="00E44301">
        <w:rPr>
          <w:rFonts w:ascii="LiberationSerif" w:eastAsia="LiberationSerif" w:hAnsi="LiberationSerif"/>
          <w:color w:val="000000"/>
          <w:sz w:val="28"/>
          <w:szCs w:val="28"/>
        </w:rPr>
        <w:t>'s obsession with power, his arrogance, his blind faith in his own invincibility.</w:t>
      </w:r>
    </w:p>
    <w:p w14:paraId="24E10927" w14:textId="079471A8" w:rsidR="008130CF" w:rsidRPr="00E44301" w:rsidRDefault="00000000" w:rsidP="003166C8">
      <w:pPr>
        <w:autoSpaceDE w:val="0"/>
        <w:autoSpaceDN w:val="0"/>
        <w:spacing w:before="360" w:after="0" w:line="360" w:lineRule="exact"/>
        <w:ind w:right="20"/>
        <w:rPr>
          <w:sz w:val="28"/>
          <w:szCs w:val="28"/>
        </w:rPr>
      </w:pPr>
      <w:r w:rsidRPr="00E44301">
        <w:rPr>
          <w:rFonts w:ascii="LiberationSerif" w:eastAsia="LiberationSerif" w:hAnsi="LiberationSerif"/>
          <w:color w:val="000000"/>
          <w:sz w:val="28"/>
          <w:szCs w:val="28"/>
        </w:rPr>
        <w:t xml:space="preserve">Through it all, Liliana was his invaluable guide, translating his military jargon into the dialect of her people, bridging the cultural gap between a seasoned soldier and a devil </w:t>
      </w:r>
      <w:r w:rsidR="003166C8">
        <w:rPr>
          <w:rFonts w:ascii="LiberationSerif" w:eastAsia="LiberationSerif" w:hAnsi="LiberationSerif"/>
          <w:color w:val="000000"/>
          <w:sz w:val="30"/>
        </w:rPr>
        <w:t>Queen</w:t>
      </w:r>
      <w:r w:rsidRPr="00E44301">
        <w:rPr>
          <w:rFonts w:ascii="LiberationSerif" w:eastAsia="LiberationSerif" w:hAnsi="LiberationSerif"/>
          <w:color w:val="000000"/>
          <w:sz w:val="28"/>
          <w:szCs w:val="28"/>
        </w:rPr>
        <w:t xml:space="preserve">. Her understanding of </w:t>
      </w:r>
      <w:r w:rsidR="009A4E76">
        <w:rPr>
          <w:rFonts w:ascii="LiberationSerif" w:eastAsia="LiberationSerif" w:hAnsi="LiberationSerif"/>
          <w:color w:val="000000"/>
          <w:sz w:val="28"/>
          <w:szCs w:val="28"/>
        </w:rPr>
        <w:t>Zarvokh</w:t>
      </w:r>
      <w:r w:rsidR="009A4E76" w:rsidRPr="00E44301">
        <w:rPr>
          <w:rFonts w:ascii="LiberationSerif" w:eastAsia="LiberationSerif" w:hAnsi="LiberationSerif"/>
          <w:color w:val="000000"/>
          <w:sz w:val="28"/>
          <w:szCs w:val="28"/>
        </w:rPr>
        <w:t xml:space="preserve"> </w:t>
      </w:r>
      <w:r w:rsidRPr="00E44301">
        <w:rPr>
          <w:rFonts w:ascii="LiberationSerif" w:eastAsia="LiberationSerif" w:hAnsi="LiberationSerif"/>
          <w:color w:val="000000"/>
          <w:sz w:val="28"/>
          <w:szCs w:val="28"/>
        </w:rPr>
        <w:t>'s tactics, her knowledge of the terrain, and her intimate understanding of her people were proving to be more valuable than any weapon. Their unlikely alliance, forged in the crucible of shared adversity, deepened with each passing moment, a bond built not on romance, but on mutual respect and a burning desire to liberate her people.</w:t>
      </w:r>
    </w:p>
    <w:p w14:paraId="6B401E76" w14:textId="0CFE3377" w:rsidR="005F38A2" w:rsidRDefault="00000000" w:rsidP="003166C8">
      <w:pPr>
        <w:autoSpaceDE w:val="0"/>
        <w:autoSpaceDN w:val="0"/>
        <w:spacing w:after="0" w:line="360" w:lineRule="exact"/>
        <w:ind w:right="20"/>
        <w:rPr>
          <w:rFonts w:ascii="LiberationSerif" w:eastAsia="LiberationSerif" w:hAnsi="LiberationSerif"/>
          <w:iCs/>
          <w:color w:val="000000"/>
          <w:sz w:val="28"/>
          <w:szCs w:val="28"/>
        </w:rPr>
      </w:pPr>
      <w:r w:rsidRPr="00E44301">
        <w:rPr>
          <w:rFonts w:ascii="LiberationSerif" w:eastAsia="LiberationSerif" w:hAnsi="LiberationSerif"/>
          <w:color w:val="000000"/>
          <w:sz w:val="28"/>
          <w:szCs w:val="28"/>
        </w:rPr>
        <w:t xml:space="preserve">He was starting to see the resilience within this tribe, a strength that had been hidden under layers of despair. The fight for freedom wouldn’t be easy, but with Liliana’s knowledge and his experience, it was a fight he was willing to undertake. </w:t>
      </w:r>
      <w:r w:rsidR="00E44301" w:rsidRPr="00E44301">
        <w:rPr>
          <w:rFonts w:ascii="LiberationSerif" w:eastAsia="LiberationSerif" w:hAnsi="LiberationSerif"/>
          <w:iCs/>
          <w:color w:val="000000"/>
          <w:sz w:val="28"/>
          <w:szCs w:val="28"/>
        </w:rPr>
        <w:t xml:space="preserve">Jessica pulsed on his back in anticipation. Right up until he thought of it as </w:t>
      </w:r>
      <w:r w:rsidR="00851103" w:rsidRPr="00E44301">
        <w:rPr>
          <w:rFonts w:ascii="LiberationSerif" w:eastAsia="LiberationSerif" w:hAnsi="LiberationSerif"/>
          <w:iCs/>
          <w:color w:val="000000"/>
          <w:sz w:val="28"/>
          <w:szCs w:val="28"/>
        </w:rPr>
        <w:t>Jessica</w:t>
      </w:r>
      <w:r w:rsidR="00E44301" w:rsidRPr="00E44301">
        <w:rPr>
          <w:rFonts w:ascii="LiberationSerif" w:eastAsia="LiberationSerif" w:hAnsi="LiberationSerif"/>
          <w:iCs/>
          <w:color w:val="000000"/>
          <w:sz w:val="28"/>
          <w:szCs w:val="28"/>
        </w:rPr>
        <w:t>. Guess that’s not a good name either. Picky</w:t>
      </w:r>
      <w:r w:rsidR="005F38A2">
        <w:rPr>
          <w:rFonts w:ascii="LiberationSerif" w:eastAsia="LiberationSerif" w:hAnsi="LiberationSerif"/>
          <w:iCs/>
          <w:color w:val="000000"/>
          <w:sz w:val="28"/>
          <w:szCs w:val="28"/>
        </w:rPr>
        <w:t xml:space="preserve"> ass</w:t>
      </w:r>
      <w:r w:rsidR="00E44301" w:rsidRPr="00E44301">
        <w:rPr>
          <w:rFonts w:ascii="LiberationSerif" w:eastAsia="LiberationSerif" w:hAnsi="LiberationSerif"/>
          <w:iCs/>
          <w:color w:val="000000"/>
          <w:sz w:val="28"/>
          <w:szCs w:val="28"/>
        </w:rPr>
        <w:t xml:space="preserve"> sword. </w:t>
      </w:r>
    </w:p>
    <w:p w14:paraId="6828DD28" w14:textId="3FF6923B" w:rsidR="008130CF" w:rsidRPr="00E44301" w:rsidRDefault="005F38A2" w:rsidP="003166C8">
      <w:pPr>
        <w:autoSpaceDE w:val="0"/>
        <w:autoSpaceDN w:val="0"/>
        <w:spacing w:after="0" w:line="360" w:lineRule="exact"/>
        <w:ind w:right="20"/>
        <w:rPr>
          <w:sz w:val="28"/>
          <w:szCs w:val="28"/>
        </w:rPr>
      </w:pPr>
      <w:r>
        <w:rPr>
          <w:rFonts w:ascii="LiberationSerif" w:eastAsia="LiberationSerif" w:hAnsi="LiberationSerif"/>
          <w:iCs/>
          <w:color w:val="000000"/>
          <w:sz w:val="28"/>
          <w:szCs w:val="28"/>
        </w:rPr>
        <w:t xml:space="preserve"> </w:t>
      </w:r>
      <w:r w:rsidRPr="005F38A2">
        <w:rPr>
          <w:rFonts w:ascii="LiberationSerif" w:eastAsia="LiberationSerif" w:hAnsi="LiberationSerif"/>
          <w:iCs/>
          <w:color w:val="000000"/>
          <w:sz w:val="28"/>
          <w:szCs w:val="28"/>
        </w:rPr>
        <w:t xml:space="preserve">The </w:t>
      </w:r>
      <w:r w:rsidRPr="00E44301">
        <w:rPr>
          <w:rFonts w:ascii="LiberationSerif" w:eastAsia="LiberationSerif" w:hAnsi="LiberationSerif"/>
          <w:color w:val="000000"/>
          <w:sz w:val="28"/>
          <w:szCs w:val="28"/>
        </w:rPr>
        <w:t>road ahead was fraught with peril, but they were ready.</w:t>
      </w:r>
      <w:r w:rsidR="00E44301" w:rsidRPr="00E44301">
        <w:rPr>
          <w:rFonts w:ascii="LiberationSerif" w:eastAsia="LiberationSerif" w:hAnsi="LiberationSerif"/>
          <w:color w:val="000000"/>
          <w:sz w:val="28"/>
          <w:szCs w:val="28"/>
        </w:rPr>
        <w:t xml:space="preserve"> Even if his </w:t>
      </w:r>
      <w:r>
        <w:rPr>
          <w:rFonts w:ascii="LiberationSerif" w:eastAsia="LiberationSerif" w:hAnsi="LiberationSerif"/>
          <w:color w:val="000000"/>
          <w:sz w:val="28"/>
          <w:szCs w:val="28"/>
        </w:rPr>
        <w:t xml:space="preserve">  </w:t>
      </w:r>
      <w:r w:rsidR="00E44301" w:rsidRPr="00E44301">
        <w:rPr>
          <w:rFonts w:ascii="LiberationSerif" w:eastAsia="LiberationSerif" w:hAnsi="LiberationSerif"/>
          <w:color w:val="000000"/>
          <w:sz w:val="28"/>
          <w:szCs w:val="28"/>
        </w:rPr>
        <w:t>sword didn’t like names,</w:t>
      </w:r>
      <w:r w:rsidRPr="00E44301">
        <w:rPr>
          <w:rFonts w:ascii="LiberationSerif" w:eastAsia="LiberationSerif" w:hAnsi="LiberationSerif"/>
          <w:color w:val="000000"/>
          <w:sz w:val="28"/>
          <w:szCs w:val="28"/>
        </w:rPr>
        <w:t xml:space="preserve"> </w:t>
      </w:r>
      <w:r w:rsidR="00E44301" w:rsidRPr="00E44301">
        <w:rPr>
          <w:rFonts w:ascii="LiberationSerif" w:eastAsia="LiberationSerif" w:hAnsi="LiberationSerif"/>
          <w:color w:val="000000"/>
          <w:sz w:val="28"/>
          <w:szCs w:val="28"/>
        </w:rPr>
        <w:t>t</w:t>
      </w:r>
      <w:r w:rsidRPr="00E44301">
        <w:rPr>
          <w:rFonts w:ascii="LiberationSerif" w:eastAsia="LiberationSerif" w:hAnsi="LiberationSerif"/>
          <w:color w:val="000000"/>
          <w:sz w:val="28"/>
          <w:szCs w:val="28"/>
        </w:rPr>
        <w:t>he rebellion was about to begin.</w:t>
      </w:r>
    </w:p>
    <w:p w14:paraId="02B92605" w14:textId="77777777" w:rsidR="008130CF" w:rsidRDefault="008130CF" w:rsidP="003166C8">
      <w:pPr>
        <w:ind w:right="20"/>
        <w:sectPr w:rsidR="008130CF">
          <w:pgSz w:w="12240" w:h="15840"/>
          <w:pgMar w:top="0" w:right="1420" w:bottom="0" w:left="1440" w:header="720" w:footer="720" w:gutter="0"/>
          <w:cols w:space="720"/>
          <w:docGrid w:linePitch="360"/>
        </w:sectPr>
      </w:pPr>
    </w:p>
    <w:p w14:paraId="13F4432B" w14:textId="77777777" w:rsidR="008130CF" w:rsidRPr="00E44301" w:rsidRDefault="00000000" w:rsidP="003166C8">
      <w:pPr>
        <w:autoSpaceDE w:val="0"/>
        <w:autoSpaceDN w:val="0"/>
        <w:spacing w:before="1904" w:after="0" w:line="374" w:lineRule="exact"/>
        <w:ind w:right="20"/>
        <w:rPr>
          <w:highlight w:val="yellow"/>
        </w:rPr>
      </w:pPr>
      <w:r w:rsidRPr="00E44301">
        <w:rPr>
          <w:rFonts w:ascii="LiberationSerif" w:eastAsia="LiberationSerif" w:hAnsi="LiberationSerif"/>
          <w:b/>
          <w:color w:val="000000"/>
          <w:sz w:val="34"/>
          <w:highlight w:val="yellow"/>
        </w:rPr>
        <w:lastRenderedPageBreak/>
        <w:t>A Glimpse of the Enemy</w:t>
      </w:r>
    </w:p>
    <w:p w14:paraId="1CC188B1" w14:textId="5919789D" w:rsidR="008130CF" w:rsidRDefault="00000000" w:rsidP="003166C8">
      <w:pPr>
        <w:autoSpaceDE w:val="0"/>
        <w:autoSpaceDN w:val="0"/>
        <w:spacing w:before="456" w:after="0" w:line="360" w:lineRule="exact"/>
        <w:ind w:right="20"/>
      </w:pPr>
      <w:r w:rsidRPr="00E44301">
        <w:rPr>
          <w:rFonts w:ascii="LiberationSerif" w:eastAsia="LiberationSerif" w:hAnsi="LiberationSerif"/>
          <w:color w:val="000000"/>
          <w:sz w:val="30"/>
          <w:highlight w:val="yellow"/>
        </w:rPr>
        <w:t>From our vantage point, high</w:t>
      </w:r>
      <w:r>
        <w:rPr>
          <w:rFonts w:ascii="LiberationSerif" w:eastAsia="LiberationSerif" w:hAnsi="LiberationSerif"/>
          <w:color w:val="000000"/>
          <w:sz w:val="30"/>
        </w:rPr>
        <w:t xml:space="preserve"> on a ridge overlooking the valley, the fortress of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loomed, a monstrous obsidian spire that clawed at the bruised, purple sky. It wasn't merely a building; it was a monument to dark power, a testament to the wizard's twisted ambition. Jagged shards of black rock, seemingly defying gravity, spiraled upwards, culminating in a pointed peak that vanished into the swirling mists. Runes, etched deep into the obsidian surface, pulsed with an inner light, a sickly green glow that seemed to writhe and shift, hinting at the potent magic within.</w:t>
      </w:r>
    </w:p>
    <w:p w14:paraId="47A59E0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her usually vibrant skin paled slightly, pointed a slender finger towards the fortress. "That's where he keeps the heart of the volcano," she whispered, her voice barely audible above the wind. "He draws power from it, fuels his magic. It's the source of his strength, the reason he can control us."</w:t>
      </w:r>
    </w:p>
    <w:p w14:paraId="37AC676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raised my binoculars, the familiar weight comforting in this strange, magical world. Through the lenses, the fortress revealed more of its secrets. Defensive enchantments, </w:t>
      </w:r>
      <w:r>
        <w:br/>
      </w:r>
      <w:r>
        <w:rPr>
          <w:rFonts w:ascii="LiberationSerif" w:eastAsia="LiberationSerif" w:hAnsi="LiberationSerif"/>
          <w:color w:val="000000"/>
          <w:sz w:val="30"/>
        </w:rPr>
        <w:t xml:space="preserve">shimmering force fields rippled around the structure, </w:t>
      </w:r>
      <w:r>
        <w:br/>
      </w:r>
      <w:r>
        <w:rPr>
          <w:rFonts w:ascii="LiberationSerif" w:eastAsia="LiberationSerif" w:hAnsi="LiberationSerif"/>
          <w:color w:val="000000"/>
          <w:sz w:val="30"/>
        </w:rPr>
        <w:t xml:space="preserve">invisible to the naked eye but clearly detectable by the </w:t>
      </w:r>
      <w:r>
        <w:br/>
      </w:r>
      <w:r>
        <w:rPr>
          <w:rFonts w:ascii="LiberationSerif" w:eastAsia="LiberationSerif" w:hAnsi="LiberationSerif"/>
          <w:color w:val="000000"/>
          <w:sz w:val="30"/>
        </w:rPr>
        <w:t xml:space="preserve">distortion of the air. Towers, adorned with grotesque </w:t>
      </w:r>
      <w:r>
        <w:br/>
      </w:r>
      <w:r>
        <w:rPr>
          <w:rFonts w:ascii="LiberationSerif" w:eastAsia="LiberationSerif" w:hAnsi="LiberationSerif"/>
          <w:color w:val="000000"/>
          <w:sz w:val="30"/>
        </w:rPr>
        <w:t xml:space="preserve">gargoyles, stood guard, their stony eyes seeming to follow our every move. The air crackled with latent energy, a </w:t>
      </w:r>
      <w:r>
        <w:br/>
      </w:r>
      <w:r>
        <w:rPr>
          <w:rFonts w:ascii="LiberationSerif" w:eastAsia="LiberationSerif" w:hAnsi="LiberationSerif"/>
          <w:color w:val="000000"/>
          <w:sz w:val="30"/>
        </w:rPr>
        <w:t>palpable sense of dread hanging heavy in the air. This wasn't just a fortress; it was a nexus of dark magic, a place where nightmares took physical form.</w:t>
      </w:r>
    </w:p>
    <w:p w14:paraId="6C08CE9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we observed, a flash of raw magical power erupted from the fortress. A beam of emerald green energy shot into the</w:t>
      </w:r>
    </w:p>
    <w:p w14:paraId="28EA325A" w14:textId="77777777" w:rsidR="008130CF" w:rsidRDefault="008130CF" w:rsidP="003166C8">
      <w:pPr>
        <w:ind w:right="20"/>
        <w:sectPr w:rsidR="008130CF">
          <w:pgSz w:w="12240" w:h="15840"/>
          <w:pgMar w:top="0" w:right="1420" w:bottom="0" w:left="1440" w:header="720" w:footer="720" w:gutter="0"/>
          <w:cols w:space="720"/>
          <w:docGrid w:linePitch="360"/>
        </w:sectPr>
      </w:pPr>
    </w:p>
    <w:p w14:paraId="3B9A62D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sky, momentarily piercing the swirling mists before </w:t>
      </w:r>
      <w:r>
        <w:br/>
      </w:r>
      <w:r>
        <w:rPr>
          <w:rFonts w:ascii="LiberationSerif" w:eastAsia="LiberationSerif" w:hAnsi="LiberationSerif"/>
          <w:color w:val="000000"/>
          <w:sz w:val="30"/>
        </w:rPr>
        <w:t>dissipating into nothingness. The earth trembled slightly beneath our feet. Liliana gasped, her hand flying to her mouth. "He's testing his power," she said, her voice hushed with awe and fear. "He feels our presence. He knows we're watching."</w:t>
      </w:r>
    </w:p>
    <w:p w14:paraId="2CCF8CA8" w14:textId="7763A8D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implications were chilling.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wasn't just some isolated sorcerer; he possessed power on a scale I'd never encountered, even in my time with the US Army. This wasn't a simple rebellion; it was a war against a force that </w:t>
      </w:r>
      <w:r>
        <w:br/>
      </w:r>
      <w:r>
        <w:rPr>
          <w:rFonts w:ascii="LiberationSerif" w:eastAsia="LiberationSerif" w:hAnsi="LiberationSerif"/>
          <w:color w:val="000000"/>
          <w:sz w:val="30"/>
        </w:rPr>
        <w:t>manipulated the very fabric of reality. The odds seemed insurmountable. Yet, looking at Liliana, her fiery defiance burning in her golden eyes, I felt a surge of determination. We might be facing an impossible task, but we weren't alone. We had each other, and the combined strength of a desperate people fighting for their freedom.</w:t>
      </w:r>
    </w:p>
    <w:p w14:paraId="3153D0BD" w14:textId="0E854AD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 descended from the ridge, the imposing silhouette of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fortress a constant reminder of the challenge that lay ahead. Liliana led me through a network of hidden paths, avoiding the main roads that were likely under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surveillance. The landscape mirrored the oppressive nature of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rule: barren volcanic rock, twisted trees gnarled by ash and fire, a landscape drained of life. The silence was punctuated only by the wind whistling through the volcanic vents and the occasional distant rumble, a reminder of the fiery heart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was plundering for his dark magic.</w:t>
      </w:r>
    </w:p>
    <w:p w14:paraId="777BB5FA" w14:textId="7AD65F4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path led us to a hidden cave, a natural shelter concealed behind a waterfall. Inside, a small group of Liliana's people were gathered. They were the core of the rebellion, the bravest and most skilled warriors of the Devil Tribe. Their faces were grim, etched with worry, but their eyes burned with a resolute fire – a testament to their determination to break free from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's tyranny.</w:t>
      </w:r>
    </w:p>
    <w:p w14:paraId="6001376C" w14:textId="77777777" w:rsidR="008130CF" w:rsidRDefault="008130CF" w:rsidP="003166C8">
      <w:pPr>
        <w:ind w:right="20"/>
        <w:sectPr w:rsidR="008130CF">
          <w:pgSz w:w="12240" w:h="15840"/>
          <w:pgMar w:top="0" w:right="1420" w:bottom="0" w:left="1440" w:header="720" w:footer="720" w:gutter="0"/>
          <w:cols w:space="720"/>
          <w:docGrid w:linePitch="360"/>
        </w:sectPr>
      </w:pPr>
    </w:p>
    <w:p w14:paraId="29B810F6" w14:textId="3B17ED56"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Liliana introduced me to the group. There was Gorok, a hulking brute of a man whose strength was surpassed only by his loyalty to Liliana. His skin was a deeper shade of crimson than the others, marked by scars that told tales of battles fought and won against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Then there was Lyra, a swift and agile warrior whose skill with a blade was legendary among her people. Her eyes, though filled with sadness, held a glint of cunning intelligence, a </w:t>
      </w:r>
      <w:r>
        <w:br/>
      </w:r>
      <w:r>
        <w:rPr>
          <w:rFonts w:ascii="LiberationSerif" w:eastAsia="LiberationSerif" w:hAnsi="LiberationSerif"/>
          <w:color w:val="000000"/>
          <w:sz w:val="30"/>
        </w:rPr>
        <w:t xml:space="preserve">testament to her strategic mind. And lastly, there was Kael, a wizened old man whose knowledge of the land and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weaknesses proved invaluable to their cause. He was the tribe's shaman, possessing a deep understanding of both the land and the magic that permeated it.</w:t>
      </w:r>
    </w:p>
    <w:p w14:paraId="156F8855" w14:textId="55F535D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meeting was tense, each word weighed carefully. I laid out my plan, a military strategy adapted for this fantastical world. My knowledge of infiltration, explosives (though creating them here would prove challenging), and tactical maneuvers were met with surprised glances, followed by a growing sense of hope. I spoke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fortress as a carefully constructed structure, and thus, must have </w:t>
      </w:r>
      <w:r>
        <w:br/>
      </w:r>
      <w:r>
        <w:rPr>
          <w:rFonts w:ascii="LiberationSerif" w:eastAsia="LiberationSerif" w:hAnsi="LiberationSerif"/>
          <w:color w:val="000000"/>
          <w:sz w:val="30"/>
        </w:rPr>
        <w:t xml:space="preserve">vulnerabilities, and it was up to them to know the land better than anyone. Liliana, ever the translator and strategist, </w:t>
      </w:r>
      <w:r>
        <w:br/>
      </w:r>
      <w:r>
        <w:rPr>
          <w:rFonts w:ascii="LiberationSerif" w:eastAsia="LiberationSerif" w:hAnsi="LiberationSerif"/>
          <w:color w:val="000000"/>
          <w:sz w:val="30"/>
        </w:rPr>
        <w:t xml:space="preserve">helped me communicate effectively, bridging the gap </w:t>
      </w:r>
      <w:r>
        <w:br/>
      </w:r>
      <w:r>
        <w:rPr>
          <w:rFonts w:ascii="LiberationSerif" w:eastAsia="LiberationSerif" w:hAnsi="LiberationSerif"/>
          <w:color w:val="000000"/>
          <w:sz w:val="30"/>
        </w:rPr>
        <w:t xml:space="preserve">between cultures. We discussed the locations of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patrols, the best routes for infiltration, and the strategic targets within the fortress. We needed to strike at the heart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's power, disabling his access to the volcanic heart before launching a full-scale assault.</w:t>
      </w:r>
    </w:p>
    <w:p w14:paraId="72CDEBFC" w14:textId="0FAB331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Kael, the shaman, revealed something crucial – a hidden passage, known only to a few, that led directly to the lower levels of the fortress. It was a dangerous route, fraught with magical traps and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most loyal guards, but it offered a chance to strike at the heart of his operation without facing</w:t>
      </w:r>
    </w:p>
    <w:p w14:paraId="60E30AD8" w14:textId="77777777" w:rsidR="008130CF" w:rsidRDefault="008130CF" w:rsidP="003166C8">
      <w:pPr>
        <w:ind w:right="20"/>
        <w:sectPr w:rsidR="008130CF">
          <w:pgSz w:w="12240" w:h="15840"/>
          <w:pgMar w:top="0" w:right="1420" w:bottom="0" w:left="1440" w:header="720" w:footer="720" w:gutter="0"/>
          <w:cols w:space="720"/>
          <w:docGrid w:linePitch="360"/>
        </w:sectPr>
      </w:pPr>
    </w:p>
    <w:p w14:paraId="0123FAA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his full might head-on. This was a much-needed advantage, a sliver of hope in the overwhelming darkness.</w:t>
      </w:r>
    </w:p>
    <w:p w14:paraId="5C54A280" w14:textId="6F33BBE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discussion extended well into the night, the flickering firelight casting long shadows on the cave walls. Each </w:t>
      </w:r>
      <w:r>
        <w:br/>
      </w:r>
      <w:r>
        <w:rPr>
          <w:rFonts w:ascii="LiberationSerif" w:eastAsia="LiberationSerif" w:hAnsi="LiberationSerif"/>
          <w:color w:val="000000"/>
          <w:sz w:val="30"/>
        </w:rPr>
        <w:t xml:space="preserve">warrior contributed their unique skills and knowledge, </w:t>
      </w:r>
      <w:r>
        <w:br/>
      </w:r>
      <w:r>
        <w:rPr>
          <w:rFonts w:ascii="LiberationSerif" w:eastAsia="LiberationSerif" w:hAnsi="LiberationSerif"/>
          <w:color w:val="000000"/>
          <w:sz w:val="30"/>
        </w:rPr>
        <w:t xml:space="preserve">painting a clearer picture of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defenses and </w:t>
      </w:r>
      <w:r>
        <w:br/>
      </w:r>
      <w:r>
        <w:rPr>
          <w:rFonts w:ascii="LiberationSerif" w:eastAsia="LiberationSerif" w:hAnsi="LiberationSerif"/>
          <w:color w:val="000000"/>
          <w:sz w:val="30"/>
        </w:rPr>
        <w:t xml:space="preserve">vulnerabilities. As the meeting concluded, I felt a sense of camaraderie growing between us. We were a mismatched group – a human soldier from another world, a devil </w:t>
      </w:r>
      <w:r>
        <w:br/>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a hulking brute, an agile warrior, and a wise old shaman – but we were united by a common purpose: to liberate the Devil Tribe from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tyrannical grip. This wasn't just a fight for their freedom, it was a fight for </w:t>
      </w:r>
      <w:r>
        <w:br/>
      </w:r>
      <w:r>
        <w:rPr>
          <w:rFonts w:ascii="LiberationSerif" w:eastAsia="LiberationSerif" w:hAnsi="LiberationSerif"/>
          <w:color w:val="000000"/>
          <w:sz w:val="30"/>
        </w:rPr>
        <w:t>survival, a fight against a power that threatened to engulf the entire world in its shadow.</w:t>
      </w:r>
    </w:p>
    <w:p w14:paraId="35EAF8AB" w14:textId="24B5F24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plan was intricate, requiring a combination of stealth, cunning, and brute force. We would infiltrate the fortress using Kael's secret passage, taking out key personnel and disabling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defenses. Gorok, with his immense strength, would serve as our vanguard, clearing the way while Lyra would provide cover with her deadly accuracy. Liliana and I would work together, guiding the assault and ensuring communication, </w:t>
      </w:r>
      <w:r w:rsidR="00E82353">
        <w:rPr>
          <w:rFonts w:ascii="LiberationSerif" w:eastAsia="LiberationSerif" w:hAnsi="LiberationSerif"/>
          <w:color w:val="000000"/>
          <w:sz w:val="30"/>
        </w:rPr>
        <w:t>I</w:t>
      </w:r>
      <w:r>
        <w:rPr>
          <w:rFonts w:ascii="LiberationSerif" w:eastAsia="LiberationSerif" w:hAnsi="LiberationSerif"/>
          <w:color w:val="000000"/>
          <w:sz w:val="30"/>
        </w:rPr>
        <w:t xml:space="preserve"> would provide a tactical edge in navigating through the fortress’s complex layout. The plan was not without risks, but it was our best hope. The time for planning was over; it was time for action.</w:t>
      </w:r>
    </w:p>
    <w:p w14:paraId="12529A35" w14:textId="21465B6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next morning, as the first rays of dawn painted the volcanic peaks with streaks of fiery orange and crimson, we began our descent towards the fortress, the imposing </w:t>
      </w:r>
      <w:r>
        <w:br/>
      </w:r>
      <w:r>
        <w:rPr>
          <w:rFonts w:ascii="LiberationSerif" w:eastAsia="LiberationSerif" w:hAnsi="LiberationSerif"/>
          <w:color w:val="000000"/>
          <w:sz w:val="30"/>
        </w:rPr>
        <w:t xml:space="preserve">silhouette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stronghold looming ever larger, a testament to the immense challenge that lay ahead. We moved with the stealth of seasoned soldiers, our footsteps</w:t>
      </w:r>
    </w:p>
    <w:p w14:paraId="05F28DD1" w14:textId="77777777" w:rsidR="008130CF" w:rsidRDefault="008130CF" w:rsidP="003166C8">
      <w:pPr>
        <w:ind w:right="20"/>
        <w:sectPr w:rsidR="008130CF">
          <w:pgSz w:w="12240" w:h="15840"/>
          <w:pgMar w:top="0" w:right="1420" w:bottom="0" w:left="1440" w:header="720" w:footer="720" w:gutter="0"/>
          <w:cols w:space="720"/>
          <w:docGrid w:linePitch="360"/>
        </w:sectPr>
      </w:pPr>
    </w:p>
    <w:p w14:paraId="453744FF" w14:textId="620AE288"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silent on the volcanic rock. The air crackled with </w:t>
      </w:r>
      <w:r>
        <w:br/>
      </w:r>
      <w:r>
        <w:rPr>
          <w:rFonts w:ascii="LiberationSerif" w:eastAsia="LiberationSerif" w:hAnsi="LiberationSerif"/>
          <w:color w:val="000000"/>
          <w:sz w:val="30"/>
        </w:rPr>
        <w:t xml:space="preserve">anticipation and the palpable sense of impending doom. Every step felt momentous. The fate of the Devil Tribe, and perhaps even the world, rested on our shoulders. The path was long and arduous, yet the unwavering resolve in the eyes of my companions spurred me onward. We would face the wizard, and we would prevail. This wasn't just a mission; it was a crusade for freedom. And I, Sergeant First Class </w:t>
      </w:r>
      <w:r>
        <w:br/>
      </w:r>
      <w:r>
        <w:rPr>
          <w:rFonts w:ascii="LiberationSerif" w:eastAsia="LiberationSerif" w:hAnsi="LiberationSerif"/>
          <w:color w:val="000000"/>
          <w:sz w:val="30"/>
        </w:rPr>
        <w:t xml:space="preserve">Marcus Cole, was ready for the fight. The journey to </w:t>
      </w:r>
      <w:r>
        <w:br/>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fortress, a journey into the heart of darkness, had begun.</w:t>
      </w:r>
    </w:p>
    <w:p w14:paraId="745EBBB5" w14:textId="77777777" w:rsidR="008130CF" w:rsidRDefault="008130CF" w:rsidP="003166C8">
      <w:pPr>
        <w:ind w:right="20"/>
        <w:sectPr w:rsidR="008130CF">
          <w:pgSz w:w="12240" w:h="15840"/>
          <w:pgMar w:top="0" w:right="1420" w:bottom="0" w:left="1440" w:header="720" w:footer="720" w:gutter="0"/>
          <w:cols w:space="720"/>
          <w:docGrid w:linePitch="360"/>
        </w:sectPr>
      </w:pPr>
    </w:p>
    <w:p w14:paraId="7153FD1F" w14:textId="77777777" w:rsidR="008130CF" w:rsidRDefault="00000000" w:rsidP="003166C8">
      <w:pPr>
        <w:autoSpaceDE w:val="0"/>
        <w:autoSpaceDN w:val="0"/>
        <w:spacing w:before="1904" w:after="0" w:line="374" w:lineRule="exact"/>
        <w:ind w:right="20"/>
        <w:jc w:val="center"/>
      </w:pPr>
      <w:r>
        <w:rPr>
          <w:rFonts w:ascii="LiberationSerif" w:eastAsia="LiberationSerif" w:hAnsi="LiberationSerif"/>
          <w:b/>
          <w:color w:val="000000"/>
          <w:sz w:val="34"/>
        </w:rPr>
        <w:lastRenderedPageBreak/>
        <w:t>Forged in Shared Adversity</w:t>
      </w:r>
    </w:p>
    <w:p w14:paraId="3E227D88" w14:textId="1FE9027A"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descent was treacherous. Loose volcanic rock crumbled under our boots, sending small avalanches skittering down the slopes. The air thinned with each step, the biting chill a constant reminder of the altitude. Liliana, despite her </w:t>
      </w:r>
      <w:r>
        <w:br/>
      </w:r>
      <w:r>
        <w:rPr>
          <w:rFonts w:ascii="LiberationSerif" w:eastAsia="LiberationSerif" w:hAnsi="LiberationSerif"/>
          <w:color w:val="000000"/>
          <w:sz w:val="30"/>
        </w:rPr>
        <w:t xml:space="preserve">devilish heritage, seemed surprisingly adept at navigating the harsh terrain. Her lithe form moved with an almost feline grace, her pink skin contrasting starkly against the dark volcanic rock. She pointed out hidden crevices and </w:t>
      </w:r>
      <w:r>
        <w:br/>
      </w:r>
      <w:r>
        <w:rPr>
          <w:rFonts w:ascii="LiberationSerif" w:eastAsia="LiberationSerif" w:hAnsi="LiberationSerif"/>
          <w:color w:val="000000"/>
          <w:sz w:val="30"/>
        </w:rPr>
        <w:t xml:space="preserve">precarious ledges, her knowledge of this unforgiving </w:t>
      </w:r>
      <w:r>
        <w:br/>
      </w:r>
      <w:r>
        <w:rPr>
          <w:rFonts w:ascii="LiberationSerif" w:eastAsia="LiberationSerif" w:hAnsi="LiberationSerif"/>
          <w:color w:val="000000"/>
          <w:sz w:val="30"/>
        </w:rPr>
        <w:t xml:space="preserve">landscape invaluable. I found myself relying on her instincts, on her understanding of this world, a world so alien yet so captivating. </w:t>
      </w:r>
    </w:p>
    <w:p w14:paraId="4C369A3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Our initial animosity, the clash of cultures and personalities, began to melt away under the pressure of shared adversity.</w:t>
      </w:r>
    </w:p>
    <w:p w14:paraId="65C6A7E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We moved as a unit, a well-oiled machine, our actions </w:t>
      </w:r>
      <w:r>
        <w:br/>
      </w:r>
      <w:r>
        <w:rPr>
          <w:rFonts w:ascii="LiberationSerif" w:eastAsia="LiberationSerif" w:hAnsi="LiberationSerif"/>
          <w:color w:val="000000"/>
          <w:sz w:val="30"/>
        </w:rPr>
        <w:t xml:space="preserve">coordinated without a spoken word. I found myself covering her rear, my M4 rifle ever ready, while she moved ahead, scouting for danger. Her pink skin, once a source of </w:t>
      </w:r>
      <w:r>
        <w:br/>
      </w:r>
      <w:r>
        <w:rPr>
          <w:rFonts w:ascii="LiberationSerif" w:eastAsia="LiberationSerif" w:hAnsi="LiberationSerif"/>
          <w:color w:val="000000"/>
          <w:sz w:val="30"/>
        </w:rPr>
        <w:t>amusement – and let’s be honest, initial apprehension – now seemed a mark of strength and resilience. The way she moved, the keen intelligence in her emerald eyes, spoke volumes of her strength.</w:t>
      </w:r>
    </w:p>
    <w:p w14:paraId="112397F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incident particularly cemented our burgeoning trust. We were traversing a narrow ledge, hundreds of feet above the jagged rocks below, when a monstrous rock scorpion, its pincers dripping venom, dropped from above. Liliana </w:t>
      </w:r>
      <w:r>
        <w:br/>
      </w:r>
      <w:r>
        <w:rPr>
          <w:rFonts w:ascii="LiberationSerif" w:eastAsia="LiberationSerif" w:hAnsi="LiberationSerif"/>
          <w:color w:val="000000"/>
          <w:sz w:val="30"/>
        </w:rPr>
        <w:t>reacted instantaneously, shoving me aside as the creature lunged. The scorpion’s attack missed me completely, its</w:t>
      </w:r>
    </w:p>
    <w:p w14:paraId="1D8AADAA" w14:textId="77777777" w:rsidR="008130CF" w:rsidRDefault="008130CF" w:rsidP="003166C8">
      <w:pPr>
        <w:ind w:right="20"/>
        <w:sectPr w:rsidR="008130CF">
          <w:pgSz w:w="12240" w:h="15840"/>
          <w:pgMar w:top="0" w:right="1420" w:bottom="0" w:left="1440" w:header="720" w:footer="720" w:gutter="0"/>
          <w:cols w:space="720"/>
          <w:docGrid w:linePitch="360"/>
        </w:sectPr>
      </w:pPr>
    </w:p>
    <w:p w14:paraId="6C3503A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venomous stinger aimed at her instead. But with a swift movement that defied my understanding of physics, Liliana rolled away from its strike, flipping it over with a deft kick.</w:t>
      </w:r>
    </w:p>
    <w:p w14:paraId="48DB41DE"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Then, with a vicious, satisfying crunch, she snapped its spine.</w:t>
      </w:r>
    </w:p>
    <w:p w14:paraId="1E7AADB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"Next time," she muttered, dusting off her crimson tunic, "you’ll actually be prepared."</w:t>
      </w:r>
    </w:p>
    <w:p w14:paraId="636693E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chuckled, a genuine laugh that sprang from a relieved heart. "I'll try to keep up," I replied, a genuine warmth </w:t>
      </w:r>
      <w:r>
        <w:br/>
      </w:r>
      <w:r>
        <w:rPr>
          <w:rFonts w:ascii="LiberationSerif" w:eastAsia="LiberationSerif" w:hAnsi="LiberationSerif"/>
          <w:color w:val="000000"/>
          <w:sz w:val="30"/>
        </w:rPr>
        <w:t>blossoming in my chest. Her sarcastic tone, her dry wit, were no longer jarring. They were comforting. Familiar, even. It was strange, the way trust could blossom in the face of such overwhelming danger.</w:t>
      </w:r>
    </w:p>
    <w:p w14:paraId="7143EF22" w14:textId="4F8ECE0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we progressed, I learned more about her tribe. It wasn't just about survival. There was a rich culture, a deep-rooted history, erased by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cruel regime. The enslavement wasn't just physical; it was a systematic dismantling of their identity, their traditions, their very spirit. I learned about their powerful magic, a raw, untamed energy that flowed through their blood, a magic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was cruelly exploiting to bolster his own power. This was no longer just a mission; it was a fight for their very existence.</w:t>
      </w:r>
    </w:p>
    <w:p w14:paraId="5639E7B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landscape continued to test us. We navigated </w:t>
      </w:r>
      <w:r>
        <w:br/>
      </w:r>
      <w:r>
        <w:rPr>
          <w:rFonts w:ascii="LiberationSerif" w:eastAsia="LiberationSerif" w:hAnsi="LiberationSerif"/>
          <w:color w:val="000000"/>
          <w:sz w:val="30"/>
        </w:rPr>
        <w:t xml:space="preserve">treacherous ravines, dodged giant, venomous spiders the size of small dogs, and crossed bubbling streams that hissed with poisonous vapors. There were moments of pure terror, </w:t>
      </w:r>
      <w:r>
        <w:br/>
      </w:r>
      <w:r>
        <w:rPr>
          <w:rFonts w:ascii="LiberationSerif" w:eastAsia="LiberationSerif" w:hAnsi="LiberationSerif"/>
          <w:color w:val="000000"/>
          <w:sz w:val="30"/>
        </w:rPr>
        <w:t>moments where death felt like a breath away. But with each challenge overcome, our bond solidified. We were no longer just a soldier and a devil girl, but companions, comrades in arms, bound by a shared purpose.</w:t>
      </w:r>
    </w:p>
    <w:p w14:paraId="067BDEDB" w14:textId="77777777" w:rsidR="008130CF" w:rsidRDefault="008130CF" w:rsidP="003166C8">
      <w:pPr>
        <w:ind w:right="20"/>
        <w:sectPr w:rsidR="008130CF">
          <w:pgSz w:w="12240" w:h="15840"/>
          <w:pgMar w:top="0" w:right="1420" w:bottom="0" w:left="1440" w:header="720" w:footer="720" w:gutter="0"/>
          <w:cols w:space="720"/>
          <w:docGrid w:linePitch="360"/>
        </w:sectPr>
      </w:pPr>
    </w:p>
    <w:p w14:paraId="59213CF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During one particularly harrowing climb, I slipped on loose rock, tumbling down a steep incline. I landed hard, the wind knocked from my lungs. Pain shot through my leg, a searing agony that threatened to overwhelm me. I felt a sharp, </w:t>
      </w:r>
      <w:r>
        <w:br/>
      </w:r>
      <w:r>
        <w:rPr>
          <w:rFonts w:ascii="LiberationSerif" w:eastAsia="LiberationSerif" w:hAnsi="LiberationSerif"/>
          <w:color w:val="000000"/>
          <w:sz w:val="30"/>
        </w:rPr>
        <w:t>intense pain, as if something had pierced my leg. It wasn't just the fall, something had bitten me, something venomous.</w:t>
      </w:r>
    </w:p>
    <w:p w14:paraId="6B2BCB0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vision swam, the edges of the world blurring. I felt myself drifting into darkness, fear clenching my heart. Then, a hand grasped mine, pulling me back from the abyss. It was Liliana, her eyes wide with concern, her face etched with worry. She examined my leg, her touch surprisingly gentle. I saw the puncture wound, tiny but deep, oozing a dark, </w:t>
      </w:r>
      <w:r>
        <w:br/>
      </w:r>
      <w:r>
        <w:rPr>
          <w:rFonts w:ascii="LiberationSerif" w:eastAsia="LiberationSerif" w:hAnsi="LiberationSerif"/>
          <w:color w:val="000000"/>
          <w:sz w:val="30"/>
        </w:rPr>
        <w:t>viscous fluid.</w:t>
      </w:r>
    </w:p>
    <w:p w14:paraId="0A18D7D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"Poisonous spider," she murmured, her voice laced with grim determination. She dug into her pack, producing a small pouch filled with strange, aromatic herbs. With </w:t>
      </w:r>
      <w:r>
        <w:br/>
      </w:r>
      <w:r>
        <w:rPr>
          <w:rFonts w:ascii="LiberationSerif" w:eastAsia="LiberationSerif" w:hAnsi="LiberationSerif"/>
          <w:color w:val="000000"/>
          <w:sz w:val="30"/>
        </w:rPr>
        <w:t>practiced hands, she crushed the herbs, applying the paste to the wound. It stung, a fiery burning sensation that rivaled the pain of the bite.</w:t>
      </w:r>
    </w:p>
    <w:p w14:paraId="761BFB3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"It'll hurt," she said, her voice low and reassuring, "but it will save you."</w:t>
      </w:r>
    </w:p>
    <w:p w14:paraId="2A82213D" w14:textId="113A130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Hours passed while she tended my wound, her hands never faltering. She kept up a steady stream of low-key </w:t>
      </w:r>
      <w:r>
        <w:br/>
      </w:r>
      <w:r>
        <w:rPr>
          <w:rFonts w:ascii="LiberationSerif" w:eastAsia="LiberationSerif" w:hAnsi="LiberationSerif"/>
          <w:color w:val="000000"/>
          <w:sz w:val="30"/>
        </w:rPr>
        <w:t xml:space="preserve">conversation, talking about her life before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rule, her dreams for the future. Listening to her, I felt a deep </w:t>
      </w:r>
      <w:r>
        <w:br/>
      </w:r>
      <w:r>
        <w:rPr>
          <w:rFonts w:ascii="LiberationSerif" w:eastAsia="LiberationSerif" w:hAnsi="LiberationSerif"/>
          <w:color w:val="000000"/>
          <w:sz w:val="30"/>
        </w:rPr>
        <w:t xml:space="preserve">connection, a bond that went beyond our shared mission. It was a bond forged in the crucible of fear, pain, and </w:t>
      </w:r>
      <w:r>
        <w:br/>
      </w:r>
      <w:r>
        <w:rPr>
          <w:rFonts w:ascii="LiberationSerif" w:eastAsia="LiberationSerif" w:hAnsi="LiberationSerif"/>
          <w:color w:val="000000"/>
          <w:sz w:val="30"/>
        </w:rPr>
        <w:t>unwavering mutual support.</w:t>
      </w:r>
    </w:p>
    <w:p w14:paraId="5D41DF2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 sun began to set, casting long shadows across the desolate landscape, we finally reached a relatively safe spot, a small overhang that offered minimal protection from the</w:t>
      </w:r>
    </w:p>
    <w:p w14:paraId="4319B0C8" w14:textId="77777777" w:rsidR="008130CF" w:rsidRDefault="008130CF" w:rsidP="003166C8">
      <w:pPr>
        <w:ind w:right="20"/>
        <w:sectPr w:rsidR="008130CF">
          <w:pgSz w:w="12240" w:h="15840"/>
          <w:pgMar w:top="0" w:right="1420" w:bottom="0" w:left="1440" w:header="720" w:footer="720" w:gutter="0"/>
          <w:cols w:space="720"/>
          <w:docGrid w:linePitch="360"/>
        </w:sectPr>
      </w:pPr>
    </w:p>
    <w:p w14:paraId="4B9FC08C"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elements. Exhausted, wounded, but also strangely </w:t>
      </w:r>
      <w:r>
        <w:br/>
      </w:r>
      <w:r>
        <w:rPr>
          <w:rFonts w:ascii="LiberationSerif" w:eastAsia="LiberationSerif" w:hAnsi="LiberationSerif"/>
          <w:color w:val="000000"/>
          <w:sz w:val="30"/>
        </w:rPr>
        <w:t xml:space="preserve">exhilarated, we huddled together, sharing what little food and water we had left. The silence between us was </w:t>
      </w:r>
      <w:r>
        <w:br/>
      </w:r>
      <w:r>
        <w:rPr>
          <w:rFonts w:ascii="LiberationSerif" w:eastAsia="LiberationSerif" w:hAnsi="LiberationSerif"/>
          <w:color w:val="000000"/>
          <w:sz w:val="30"/>
        </w:rPr>
        <w:t>comfortable, filled with a shared understanding that transcended words.</w:t>
      </w:r>
    </w:p>
    <w:p w14:paraId="4AAA972C" w14:textId="5B0AA4E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next morning, the pain in my leg had lessened </w:t>
      </w:r>
      <w:r>
        <w:br/>
      </w:r>
      <w:r>
        <w:rPr>
          <w:rFonts w:ascii="LiberationSerif" w:eastAsia="LiberationSerif" w:hAnsi="LiberationSerif"/>
          <w:color w:val="000000"/>
          <w:sz w:val="30"/>
        </w:rPr>
        <w:t xml:space="preserve">significantly. Liliana's herbal remedy had worked its magic, proving once again the value of her knowledge, her inherent understanding of this strange world. Looking at her, at the compassion in her eyes, I realized that our alliance wasn't just a matter of convenience. It was a genuine partnership, forged in the fires of adversity, fueled by mutual respect and a growing, undeniable affection. We were different, yes, but our differences didn't matter. We were united by a shared cause, a shared fate, and a shared dream of freedom. And as we continued our perilous journey toward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fortress, I knew, with a certainty that settled deep in my soul, that we would face whatever lay ahead, together.</w:t>
      </w:r>
    </w:p>
    <w:p w14:paraId="0D76446F" w14:textId="029B6E7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Our journey continued, each day presenting new challenges, new threats. We encountered grotesque creatures born from the shadow of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power: grotesque rock beings </w:t>
      </w:r>
      <w:r>
        <w:br/>
      </w:r>
      <w:r>
        <w:rPr>
          <w:rFonts w:ascii="LiberationSerif" w:eastAsia="LiberationSerif" w:hAnsi="LiberationSerif"/>
          <w:color w:val="000000"/>
          <w:sz w:val="30"/>
        </w:rPr>
        <w:t>animated by dark magic, packs of ravenous shadow wolves, and winged horrors that haunted the night sky. We fought with the ferocity of cornered animals</w:t>
      </w:r>
      <w:r w:rsidR="00E82353">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Liliana’s innate magical abilities proving </w:t>
      </w:r>
      <w:r w:rsidR="00E82353">
        <w:rPr>
          <w:rFonts w:ascii="LiberationSerif" w:eastAsia="LiberationSerif" w:hAnsi="LiberationSerif"/>
          <w:color w:val="000000"/>
          <w:sz w:val="30"/>
        </w:rPr>
        <w:t>to be death incarnate</w:t>
      </w:r>
      <w:r>
        <w:rPr>
          <w:rFonts w:ascii="LiberationSerif" w:eastAsia="LiberationSerif" w:hAnsi="LiberationSerif"/>
          <w:color w:val="000000"/>
          <w:sz w:val="30"/>
        </w:rPr>
        <w:t>. She showed me how to use my fighting skills to take down creatures that were resistant to bullets, and the combination proved devastatingly effective.</w:t>
      </w:r>
    </w:p>
    <w:p w14:paraId="0D2C1AD0" w14:textId="2D33976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we neared the fortress, we started encountering scouts, the advance guard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These were no </w:t>
      </w:r>
      <w:r>
        <w:br/>
      </w:r>
      <w:r>
        <w:rPr>
          <w:rFonts w:ascii="LiberationSerif" w:eastAsia="LiberationSerif" w:hAnsi="LiberationSerif"/>
          <w:color w:val="000000"/>
          <w:sz w:val="30"/>
        </w:rPr>
        <w:t>ordinary soldiers; they were warped, twisted beings, their bodies infused with dark magic, their movements jerky and unnatural. Each encounter was a brutal clash of steel and</w:t>
      </w:r>
    </w:p>
    <w:p w14:paraId="700D51C9" w14:textId="77777777" w:rsidR="008130CF" w:rsidRDefault="008130CF" w:rsidP="003166C8">
      <w:pPr>
        <w:ind w:right="20"/>
        <w:sectPr w:rsidR="008130CF">
          <w:pgSz w:w="12240" w:h="15840"/>
          <w:pgMar w:top="0" w:right="1420" w:bottom="0" w:left="1440" w:header="720" w:footer="720" w:gutter="0"/>
          <w:cols w:space="720"/>
          <w:docGrid w:linePitch="360"/>
        </w:sectPr>
      </w:pPr>
    </w:p>
    <w:p w14:paraId="4A077D0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magic, a dance of death where we relied on our skills and our instincts.</w:t>
      </w:r>
    </w:p>
    <w:p w14:paraId="1C53B2A2" w14:textId="24181E5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evening, while we were resting, Liliana recounted tales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cruelty, of how he had twisted the magic of her people to fuel his own dark ambition. She spoke of her people's desperation, their broken spirits, the slow erosion of their culture and traditions. Her voice was filled with a quiet rage that burned beneath the surface of her usual sarcastic demeanor. I listened, my heart heavy with the weight of her story, a story that resonated with my own experiences in the conflicts I had seen. The fight against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wasn't just a fight for freedom; it was a fight for their very soul, a fight to reclaim their identity, their dignity.</w:t>
      </w:r>
    </w:p>
    <w:p w14:paraId="51F8C2D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understood then the depth of her commitment, the fire that burned within her. It wasn't just a battle; it was a crusade, fueled by love for her people, for her home, for a future she desperately longed for. And that fire, that unwavering </w:t>
      </w:r>
      <w:r>
        <w:br/>
      </w:r>
      <w:r>
        <w:rPr>
          <w:rFonts w:ascii="LiberationSerif" w:eastAsia="LiberationSerif" w:hAnsi="LiberationSerif"/>
          <w:color w:val="000000"/>
          <w:sz w:val="30"/>
        </w:rPr>
        <w:t>devotion, ignited a similar fire within me. This was more than just a mission; it was a cause worth fighting for, worth dying for.</w:t>
      </w:r>
    </w:p>
    <w:p w14:paraId="4F56E78D" w14:textId="5D6CC0B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final approach to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fortress was fraught with peril. We moved through a landscape of twisted trees and jagged rock formations, every shadow seeming to conceal a new threat. The air crackled with dark energy, the oppressive atmosphere weighing down on us like a physical burden. We could feel the fortress's malevolent presence, a palpable sense of dread that chilled us to the bone.</w:t>
      </w:r>
    </w:p>
    <w:p w14:paraId="53FDF053" w14:textId="672B695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Yet, despite the fear, a strange calmness descended upon us. We were ready. We were united, not just as a soldier and a devil girl, but as two warriors facing an insurmountable enemy, prepared to fight for everything we believed in. The shadow of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's fortress loomed before us, a dark</w:t>
      </w:r>
    </w:p>
    <w:p w14:paraId="4FF993C4" w14:textId="77777777" w:rsidR="008130CF" w:rsidRDefault="008130CF" w:rsidP="003166C8">
      <w:pPr>
        <w:ind w:right="20"/>
        <w:sectPr w:rsidR="008130CF">
          <w:pgSz w:w="12240" w:h="15840"/>
          <w:pgMar w:top="0" w:right="1420" w:bottom="0" w:left="1440" w:header="720" w:footer="720" w:gutter="0"/>
          <w:cols w:space="720"/>
          <w:docGrid w:linePitch="360"/>
        </w:sectPr>
      </w:pPr>
    </w:p>
    <w:p w14:paraId="34A6AA75"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monument to oppression. But we were no longer afraid. We were ready to fight. We were ready to reclaim what was rightfully ours. And we would not fail.</w:t>
      </w:r>
    </w:p>
    <w:p w14:paraId="78E625B0" w14:textId="77777777" w:rsidR="008130CF" w:rsidRDefault="008130CF" w:rsidP="003166C8">
      <w:pPr>
        <w:ind w:right="20"/>
        <w:sectPr w:rsidR="008130CF">
          <w:pgSz w:w="12240" w:h="15840"/>
          <w:pgMar w:top="0" w:right="1420" w:bottom="0" w:left="1440" w:header="720" w:footer="720" w:gutter="0"/>
          <w:cols w:space="720"/>
          <w:docGrid w:linePitch="360"/>
        </w:sectPr>
      </w:pPr>
    </w:p>
    <w:p w14:paraId="3040D350"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Path to Liberation</w:t>
      </w:r>
    </w:p>
    <w:p w14:paraId="41F78000" w14:textId="5100EBAD"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wind howled a mournful dirge around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fortress, a symphony of icy gusts and the distant rumble of volcanic activity. We huddled in a sheltered crevice, the biting wind a stark contrast to the heat radiating from Liliana’s </w:t>
      </w:r>
      <w:r>
        <w:br/>
      </w:r>
      <w:r>
        <w:rPr>
          <w:rFonts w:ascii="LiberationSerif" w:eastAsia="LiberationSerif" w:hAnsi="LiberationSerif"/>
          <w:color w:val="000000"/>
          <w:sz w:val="30"/>
        </w:rPr>
        <w:t xml:space="preserve">surprisingly warm skin. She sketched in the dust, her nimble fingers tracing the layout of the fortress – a sprawling, </w:t>
      </w:r>
      <w:r>
        <w:br/>
      </w:r>
      <w:r>
        <w:rPr>
          <w:rFonts w:ascii="LiberationSerif" w:eastAsia="LiberationSerif" w:hAnsi="LiberationSerif"/>
          <w:color w:val="000000"/>
          <w:sz w:val="30"/>
        </w:rPr>
        <w:t xml:space="preserve">obsidian monstrosity clinging precariously to the </w:t>
      </w:r>
      <w:r>
        <w:br/>
      </w:r>
      <w:r>
        <w:rPr>
          <w:rFonts w:ascii="LiberationSerif" w:eastAsia="LiberationSerif" w:hAnsi="LiberationSerif"/>
          <w:color w:val="000000"/>
          <w:sz w:val="30"/>
        </w:rPr>
        <w:t xml:space="preserve">mountainside. I needed a plan, a methodical approach to liberating her people. This wasn't a simple firefight; this was a siege, a carefully </w:t>
      </w:r>
      <w:r>
        <w:br/>
      </w:r>
      <w:r>
        <w:rPr>
          <w:rFonts w:ascii="LiberationSerif" w:eastAsia="LiberationSerif" w:hAnsi="LiberationSerif"/>
          <w:color w:val="000000"/>
          <w:sz w:val="30"/>
        </w:rPr>
        <w:t>orchestrated assault against a powerful sorcerer.</w:t>
      </w:r>
    </w:p>
    <w:p w14:paraId="4EF654F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has a lot of men, Marcus," Liliana said, her voice low, almost a whisper. "And worse, his magic… it’s…</w:t>
      </w:r>
      <w:r>
        <w:br/>
      </w:r>
      <w:r>
        <w:rPr>
          <w:rFonts w:ascii="LiberationSerif" w:eastAsia="LiberationSerif" w:hAnsi="LiberationSerif"/>
          <w:color w:val="000000"/>
          <w:sz w:val="30"/>
        </w:rPr>
        <w:t>pervasive."</w:t>
      </w:r>
    </w:p>
    <w:p w14:paraId="5B26872F" w14:textId="47E45A4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"How pervasive?" I asked, my gaze fixed on her drawing. The fortress was less a structure and more a chaotic cluster of towers, walls, and what appeared to be magically-</w:t>
      </w:r>
      <w:r>
        <w:br/>
      </w:r>
      <w:r>
        <w:rPr>
          <w:rFonts w:ascii="LiberationSerif" w:eastAsia="LiberationSerif" w:hAnsi="LiberationSerif"/>
          <w:color w:val="000000"/>
          <w:sz w:val="30"/>
        </w:rPr>
        <w:t xml:space="preserve">reinforced caverns. There were obvious weak points, </w:t>
      </w:r>
      <w:r>
        <w:br/>
      </w:r>
      <w:r>
        <w:rPr>
          <w:rFonts w:ascii="LiberationSerif" w:eastAsia="LiberationSerif" w:hAnsi="LiberationSerif"/>
          <w:color w:val="000000"/>
          <w:sz w:val="30"/>
        </w:rPr>
        <w:t xml:space="preserve">chokepoints ripe for exploitation, but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magic was the wildcard.</w:t>
      </w:r>
    </w:p>
    <w:p w14:paraId="701CEEC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can sense movement, feel intentions. He’s woven his magic into the very rock," she explained, tracing a line on the drawing. "That tower there… it’s his main observation point. He’ll see us coming from miles away if we try a direct assault."</w:t>
      </w:r>
    </w:p>
    <w:p w14:paraId="2101979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My mind raced. A frontal assault was suicide. We needed subterfuge, deception, a way to bypass his defenses and strike at the heart of his operation. My years in the Army,</w:t>
      </w:r>
    </w:p>
    <w:p w14:paraId="55227950" w14:textId="77777777" w:rsidR="008130CF" w:rsidRDefault="008130CF" w:rsidP="003166C8">
      <w:pPr>
        <w:ind w:right="20"/>
        <w:sectPr w:rsidR="008130CF">
          <w:pgSz w:w="12240" w:h="15840"/>
          <w:pgMar w:top="0" w:right="1420" w:bottom="0" w:left="1440" w:header="720" w:footer="720" w:gutter="0"/>
          <w:cols w:space="720"/>
          <w:docGrid w:linePitch="360"/>
        </w:sectPr>
      </w:pPr>
    </w:p>
    <w:p w14:paraId="2694E800" w14:textId="77777777" w:rsidR="008130CF" w:rsidRDefault="00000000" w:rsidP="003166C8">
      <w:pPr>
        <w:autoSpaceDE w:val="0"/>
        <w:autoSpaceDN w:val="0"/>
        <w:spacing w:before="1430" w:after="0" w:line="360" w:lineRule="exact"/>
        <w:ind w:right="20"/>
        <w:jc w:val="both"/>
      </w:pPr>
      <w:r>
        <w:rPr>
          <w:rFonts w:ascii="LiberationSerif" w:eastAsia="LiberationSerif" w:hAnsi="LiberationSerif"/>
          <w:color w:val="000000"/>
          <w:sz w:val="30"/>
        </w:rPr>
        <w:lastRenderedPageBreak/>
        <w:t>honed in the crucible of countless missions, came to my aid. We needed intelligence, a way to identify weak points in his defenses beyond the obvious physical vulnerabilities.</w:t>
      </w:r>
    </w:p>
    <w:p w14:paraId="39951E1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need intel," I said, more to myself than to Liliana. "We need to know his patrol patterns, his weaknesses, his blind spots."</w:t>
      </w:r>
    </w:p>
    <w:p w14:paraId="28B04D3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Liliana's eyes widened. "There are spies," she said, a flicker of hope in her voice. "Some of my people, those who </w:t>
      </w:r>
      <w:r>
        <w:br/>
      </w:r>
      <w:r>
        <w:rPr>
          <w:rFonts w:ascii="LiberationSerif" w:eastAsia="LiberationSerif" w:hAnsi="LiberationSerif"/>
          <w:color w:val="000000"/>
          <w:sz w:val="30"/>
        </w:rPr>
        <w:t>escaped the initial capture… they work in the shadows, gathering information."</w:t>
      </w:r>
    </w:p>
    <w:p w14:paraId="0E902B27" w14:textId="70C6864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This was it – our chance. A network of informants, a way into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fortress without triggering his magical </w:t>
      </w:r>
      <w:r>
        <w:br/>
      </w:r>
      <w:r>
        <w:rPr>
          <w:rFonts w:ascii="LiberationSerif" w:eastAsia="LiberationSerif" w:hAnsi="LiberationSerif"/>
          <w:color w:val="000000"/>
          <w:sz w:val="30"/>
        </w:rPr>
        <w:t>defenses. I immediately started structuring a plan, using the principles of reconnaissance and maneuver warfare I’d learned and honed during my military career.</w:t>
      </w:r>
    </w:p>
    <w:p w14:paraId="4BD432A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"We'll use a three-pronged approach," I explained, tapping my finger on the sketch. "First, the spies. We need to </w:t>
      </w:r>
      <w:r>
        <w:br/>
      </w:r>
      <w:r>
        <w:rPr>
          <w:rFonts w:ascii="LiberationSerif" w:eastAsia="LiberationSerif" w:hAnsi="LiberationSerif"/>
          <w:color w:val="000000"/>
          <w:sz w:val="30"/>
        </w:rPr>
        <w:t>establish a secure communication channel, so they can feed us real-time intel. Second, we need a diversion. Something large enough to draw his attention away from our main objective, something that will make him move his troops."</w:t>
      </w:r>
    </w:p>
    <w:p w14:paraId="26A85FC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nodded, her pink skin flushing with excitement. "And the third?"</w:t>
      </w:r>
    </w:p>
    <w:p w14:paraId="246F1BB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third is the actual assault," I answered, a grim smile playing on my lips. "We’ll use the information gathered to find the weakest point in his defenses, exploiting the cracks in his armor. We hit hard, fast, and precisely. We’ll avoid the main defensive lines, taking advantage of terrain to achieve surprise."</w:t>
      </w:r>
    </w:p>
    <w:p w14:paraId="55877E85" w14:textId="77777777" w:rsidR="008130CF" w:rsidRDefault="008130CF" w:rsidP="003166C8">
      <w:pPr>
        <w:ind w:right="20"/>
        <w:sectPr w:rsidR="008130CF">
          <w:pgSz w:w="12240" w:h="15840"/>
          <w:pgMar w:top="0" w:right="1420" w:bottom="0" w:left="1440" w:header="720" w:footer="720" w:gutter="0"/>
          <w:cols w:space="720"/>
          <w:docGrid w:linePitch="360"/>
        </w:sectPr>
      </w:pPr>
    </w:p>
    <w:p w14:paraId="4A0D86E3" w14:textId="28820573"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next few days were a whirlwind of activity. We </w:t>
      </w:r>
      <w:r>
        <w:br/>
      </w:r>
      <w:r>
        <w:rPr>
          <w:rFonts w:ascii="LiberationSerif" w:eastAsia="LiberationSerif" w:hAnsi="LiberationSerif"/>
          <w:color w:val="000000"/>
          <w:sz w:val="30"/>
        </w:rPr>
        <w:t xml:space="preserve">established contact with the spies, utilizing a system of coded messages delivered by small, magically-enhanced ravens – Liliana’s unique contribution. The ravens, trained by her tribe, proved to be incredibly swift and reliable </w:t>
      </w:r>
      <w:r>
        <w:br/>
      </w:r>
      <w:r>
        <w:rPr>
          <w:rFonts w:ascii="LiberationSerif" w:eastAsia="LiberationSerif" w:hAnsi="LiberationSerif"/>
          <w:color w:val="000000"/>
          <w:sz w:val="30"/>
        </w:rPr>
        <w:t xml:space="preserve">messengers. The intelligence started flowing – patrol routes, guard rotations, areas of weaker magical protection, even the layout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inner chambers. It was a goldmine of tactical information.</w:t>
      </w:r>
    </w:p>
    <w:p w14:paraId="03FC92C0" w14:textId="3385670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diversion was more challenging. We couldn't afford a massive frontal assault, but something small and quick was ineffective. We needed something…spectacular. Liliana suggested utilizing a powerful earth elemental that was loyal to her tribe, hidden deep within the volcanic region. It was a risky gamble, but it could distract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long enough.</w:t>
      </w:r>
    </w:p>
    <w:p w14:paraId="0B9692E4" w14:textId="2ECDAA2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earth elemental, a towering behemoth of rock and </w:t>
      </w:r>
      <w:r>
        <w:br/>
      </w:r>
      <w:r>
        <w:rPr>
          <w:rFonts w:ascii="LiberationSerif" w:eastAsia="LiberationSerif" w:hAnsi="LiberationSerif"/>
          <w:color w:val="000000"/>
          <w:sz w:val="30"/>
        </w:rPr>
        <w:t xml:space="preserve">magma, was a force of nature. Its power was formidable. With Liliana’s guidance and control, it rose from its slumber, its rumbling roar echoing through the mountains. The </w:t>
      </w:r>
      <w:r>
        <w:br/>
      </w:r>
      <w:r>
        <w:rPr>
          <w:rFonts w:ascii="LiberationSerif" w:eastAsia="LiberationSerif" w:hAnsi="LiberationSerif"/>
          <w:color w:val="000000"/>
          <w:sz w:val="30"/>
        </w:rPr>
        <w:t xml:space="preserve">creature was a distraction of monumental proportions, </w:t>
      </w:r>
      <w:r>
        <w:br/>
      </w:r>
      <w:r>
        <w:rPr>
          <w:rFonts w:ascii="LiberationSerif" w:eastAsia="LiberationSerif" w:hAnsi="LiberationSerif"/>
          <w:color w:val="000000"/>
          <w:sz w:val="30"/>
        </w:rPr>
        <w:t xml:space="preserve">drawing a significant portion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forces away from the main fortress. It created confusion and chaos, acting as a powerful distraction whilst we acted covertly.</w:t>
      </w:r>
    </w:p>
    <w:p w14:paraId="2A8DDEB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Our primary assault team would consist of Liliana, myself, and a small group of her most loyal warriors, seasoned in guerilla warfare and familiar with the terrain. I utilized military tactical formations, emphasizing speed and </w:t>
      </w:r>
      <w:r>
        <w:br/>
      </w:r>
      <w:r>
        <w:rPr>
          <w:rFonts w:ascii="LiberationSerif" w:eastAsia="LiberationSerif" w:hAnsi="LiberationSerif"/>
          <w:color w:val="000000"/>
          <w:sz w:val="30"/>
        </w:rPr>
        <w:t xml:space="preserve">precision. We would use the cover of darkness and the </w:t>
      </w:r>
      <w:r>
        <w:br/>
      </w:r>
      <w:r>
        <w:rPr>
          <w:rFonts w:ascii="LiberationSerif" w:eastAsia="LiberationSerif" w:hAnsi="LiberationSerif"/>
          <w:color w:val="000000"/>
          <w:sz w:val="30"/>
        </w:rPr>
        <w:t>distraction of the earth elemental to infiltrate the fortress through a less defended section. The spies confirmed the section's vulnerability – a previously unnoticed crevice leading into a rarely patrolled section of the fortress. It was a</w:t>
      </w:r>
    </w:p>
    <w:p w14:paraId="1FA5DA90" w14:textId="77777777" w:rsidR="008130CF" w:rsidRDefault="008130CF" w:rsidP="003166C8">
      <w:pPr>
        <w:ind w:right="20"/>
        <w:sectPr w:rsidR="008130CF">
          <w:pgSz w:w="12240" w:h="15840"/>
          <w:pgMar w:top="0" w:right="1420" w:bottom="0" w:left="1440" w:header="720" w:footer="720" w:gutter="0"/>
          <w:cols w:space="720"/>
          <w:docGrid w:linePitch="360"/>
        </w:sectPr>
      </w:pPr>
    </w:p>
    <w:p w14:paraId="38BE961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risky move, but I had complete faith in the warriors, and we had the element of surprise.</w:t>
      </w:r>
    </w:p>
    <w:p w14:paraId="02919B2C" w14:textId="39DA413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 armed ourselves accordingly. My M4 rifle, while </w:t>
      </w:r>
      <w:r>
        <w:br/>
      </w:r>
      <w:r>
        <w:rPr>
          <w:rFonts w:ascii="LiberationSerif" w:eastAsia="LiberationSerif" w:hAnsi="LiberationSerif"/>
          <w:color w:val="000000"/>
          <w:sz w:val="30"/>
        </w:rPr>
        <w:t xml:space="preserve">seemingly out of place in this magical world, was still </w:t>
      </w:r>
      <w:r>
        <w:br/>
      </w:r>
      <w:r>
        <w:rPr>
          <w:rFonts w:ascii="LiberationSerif" w:eastAsia="LiberationSerif" w:hAnsi="LiberationSerif"/>
          <w:color w:val="000000"/>
          <w:sz w:val="30"/>
        </w:rPr>
        <w:t xml:space="preserve">reliable. The 120 rounds were precious, but they would be used efficiently. My dive knife, sturdy and sharp, would be our backup, alongside </w:t>
      </w:r>
      <w:r w:rsidR="006575FF">
        <w:rPr>
          <w:rFonts w:ascii="LiberationSerif" w:eastAsia="LiberationSerif" w:hAnsi="LiberationSerif"/>
          <w:color w:val="000000"/>
          <w:sz w:val="30"/>
        </w:rPr>
        <w:t xml:space="preserve">Ulthmoil </w:t>
      </w:r>
      <w:r w:rsidR="00CD3549">
        <w:rPr>
          <w:rFonts w:ascii="LiberationSerif" w:eastAsia="LiberationSerif" w:hAnsi="LiberationSerif"/>
          <w:color w:val="000000"/>
          <w:sz w:val="30"/>
        </w:rPr>
        <w:t>the</w:t>
      </w:r>
      <w:r w:rsidR="006575FF">
        <w:rPr>
          <w:rFonts w:ascii="LiberationSerif" w:eastAsia="LiberationSerif" w:hAnsi="LiberationSerif"/>
          <w:color w:val="000000"/>
          <w:sz w:val="30"/>
        </w:rPr>
        <w:t xml:space="preserve"> Deep Abyss, my</w:t>
      </w:r>
      <w:r>
        <w:rPr>
          <w:rFonts w:ascii="LiberationSerif" w:eastAsia="LiberationSerif" w:hAnsi="LiberationSerif"/>
          <w:color w:val="000000"/>
          <w:sz w:val="30"/>
        </w:rPr>
        <w:t xml:space="preserve"> sword that had become an extension of my arm. Liliana carried her twin daggers, weapons honed by generations of devilish warriors.</w:t>
      </w:r>
    </w:p>
    <w:p w14:paraId="26FAA92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night of the assault was cold and starless. The wind whispered secrets through the volcanic rocks, but we were focused, our nerves taut with anticipation. We moved silently, our movements fluid and coordinated, each of us a well-oiled cog in a finely tuned war machine.</w:t>
      </w:r>
    </w:p>
    <w:p w14:paraId="7937D931" w14:textId="2EB4A36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we approached the crevice, a wave of magical energy pulsed from the fortress, a tangible sign of </w:t>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's power.</w:t>
      </w:r>
    </w:p>
    <w:p w14:paraId="6E941B1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But this time, it was weaker, thin, diffused from the main defenses, precisely as the spies had reported. The distraction was working.</w:t>
      </w:r>
    </w:p>
    <w:p w14:paraId="42E04FF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entered the crevice, the darkness swallowing us whole. The air was thick with the smell of sulfur and the faint scent of fear. This was it. The final push. The moment of truth.</w:t>
      </w:r>
    </w:p>
    <w:p w14:paraId="3267C3DE"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liberation of Liliana’s people was within our grasp, within our reach. We were ready. We were united. We were unstoppable. The fight for freedom was about to begin.</w:t>
      </w:r>
    </w:p>
    <w:p w14:paraId="51D1E407" w14:textId="77777777" w:rsidR="008130CF" w:rsidRDefault="008130CF" w:rsidP="003166C8">
      <w:pPr>
        <w:ind w:right="20"/>
        <w:sectPr w:rsidR="008130CF">
          <w:pgSz w:w="12240" w:h="15840"/>
          <w:pgMar w:top="0" w:right="1420" w:bottom="0" w:left="1440" w:header="720" w:footer="720" w:gutter="0"/>
          <w:cols w:space="720"/>
          <w:docGrid w:linePitch="360"/>
        </w:sectPr>
      </w:pPr>
    </w:p>
    <w:p w14:paraId="7C25CC3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Strength in Numbers</w:t>
      </w:r>
    </w:p>
    <w:p w14:paraId="5118347E" w14:textId="2ADCE5F0"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obsidian walls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fortress loomed before us, a stark, unforgiving silhouette against the bruised purple of the twilight sky. Liliana, ever the pragmatist despite her fiery spirit, pointed to a cluster of caves hidden behind a curtain of frozen waterfall. "There," she hissed, her voice barely </w:t>
      </w:r>
      <w:r>
        <w:br/>
      </w:r>
      <w:r>
        <w:rPr>
          <w:rFonts w:ascii="LiberationSerif" w:eastAsia="LiberationSerif" w:hAnsi="LiberationSerif"/>
          <w:color w:val="000000"/>
          <w:sz w:val="30"/>
        </w:rPr>
        <w:t>audible above the wind's howl, "lives the Stone Clan.</w:t>
      </w:r>
    </w:p>
    <w:p w14:paraId="28A2AFCC" w14:textId="63663FA8"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They've been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unwilling quarry workers for generations. Bitter, hardened, but strong."</w:t>
      </w:r>
    </w:p>
    <w:p w14:paraId="043EFFC7" w14:textId="0D780914" w:rsidR="008130CF" w:rsidRDefault="00E82353" w:rsidP="003166C8">
      <w:pPr>
        <w:autoSpaceDE w:val="0"/>
        <w:autoSpaceDN w:val="0"/>
        <w:spacing w:before="360" w:after="0" w:line="360" w:lineRule="exact"/>
        <w:ind w:right="20"/>
      </w:pPr>
      <w:r>
        <w:rPr>
          <w:rFonts w:ascii="LiberationSerif" w:eastAsia="LiberationSerif" w:hAnsi="LiberationSerif"/>
          <w:color w:val="000000"/>
          <w:sz w:val="30"/>
        </w:rPr>
        <w:t xml:space="preserve">I </w:t>
      </w:r>
      <w:r w:rsidR="00000000">
        <w:rPr>
          <w:rFonts w:ascii="LiberationSerif" w:eastAsia="LiberationSerif" w:hAnsi="LiberationSerif"/>
          <w:color w:val="000000"/>
          <w:sz w:val="30"/>
        </w:rPr>
        <w:t xml:space="preserve">immediately assessed the situation. We needed manpower, and the Stone Clan, despite their forced servitude, represented a potentially significant asset. Their familiarity with the fortress's inner workings and their </w:t>
      </w:r>
      <w:r w:rsidR="00000000">
        <w:br/>
      </w:r>
      <w:r w:rsidR="00000000">
        <w:rPr>
          <w:rFonts w:ascii="LiberationSerif" w:eastAsia="LiberationSerif" w:hAnsi="LiberationSerif"/>
          <w:color w:val="000000"/>
          <w:sz w:val="30"/>
        </w:rPr>
        <w:t xml:space="preserve">inherent resilience would be invaluable. But convincing them to join our rebellion, to risk their lives against a </w:t>
      </w:r>
      <w:r w:rsidR="00000000">
        <w:br/>
      </w:r>
      <w:r w:rsidR="00000000">
        <w:rPr>
          <w:rFonts w:ascii="LiberationSerif" w:eastAsia="LiberationSerif" w:hAnsi="LiberationSerif"/>
          <w:color w:val="000000"/>
          <w:sz w:val="30"/>
        </w:rPr>
        <w:t>powerful sorcerer, wouldn't be easy. This wasn't a matter of issuing orders; this was about forging alliances, building trust.</w:t>
      </w:r>
    </w:p>
    <w:p w14:paraId="7FE7208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 approached the caves cautiously, my M4 rifle held ready, Liliana's twin daggers glinting in the fading light. The </w:t>
      </w:r>
      <w:r>
        <w:br/>
      </w:r>
      <w:r>
        <w:rPr>
          <w:rFonts w:ascii="LiberationSerif" w:eastAsia="LiberationSerif" w:hAnsi="LiberationSerif"/>
          <w:color w:val="000000"/>
          <w:sz w:val="30"/>
        </w:rPr>
        <w:t>entrance was guarded by a hulking rock golem, its stony flesh scarred and cracked, animated by some dark magic.</w:t>
      </w:r>
    </w:p>
    <w:p w14:paraId="60D7AD7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Liliana, with a wink and a low whistle, produced a small, intricately carved wooden flute. She played a haunting melody, a mournful tune that seemed to resonate with the very stones themselves. The golem, its movements </w:t>
      </w:r>
      <w:r>
        <w:br/>
      </w:r>
      <w:r>
        <w:rPr>
          <w:rFonts w:ascii="LiberationSerif" w:eastAsia="LiberationSerif" w:hAnsi="LiberationSerif"/>
          <w:color w:val="000000"/>
          <w:sz w:val="30"/>
        </w:rPr>
        <w:t>previously jerky and aggressive, paused, its head slowly tilting. The music, I realized, was some form of ancient enchantment, a language understood by the earth-bound creatures of this world. The golem's stony gaze softened, its massive form lowering until it slumped to the ground, inert.</w:t>
      </w:r>
    </w:p>
    <w:p w14:paraId="4D268094" w14:textId="77777777" w:rsidR="008130CF" w:rsidRDefault="008130CF" w:rsidP="003166C8">
      <w:pPr>
        <w:ind w:right="20"/>
        <w:sectPr w:rsidR="008130CF">
          <w:pgSz w:w="12240" w:h="15840"/>
          <w:pgMar w:top="0" w:right="1420" w:bottom="0" w:left="1440" w:header="720" w:footer="720" w:gutter="0"/>
          <w:cols w:space="720"/>
          <w:docGrid w:linePitch="360"/>
        </w:sectPr>
      </w:pPr>
    </w:p>
    <w:p w14:paraId="591F7924" w14:textId="17D2D356"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Inside the caves, we found a community carved out of the very rock. The Stone Clan were as Liliana described: </w:t>
      </w:r>
      <w:r>
        <w:br/>
      </w:r>
      <w:r>
        <w:rPr>
          <w:rFonts w:ascii="LiberationSerif" w:eastAsia="LiberationSerif" w:hAnsi="LiberationSerif"/>
          <w:color w:val="000000"/>
          <w:sz w:val="30"/>
        </w:rPr>
        <w:t xml:space="preserve">weathered, scarred, their eyes reflecting years of hardship and oppression. Their leader, a woman named Gorok with arms like granite pillars and a gaze that could cut through steel, regarded us with suspicion. Liliana stepped forward, her pink skin a stark contrast to the Clan’s grey, almost translucent flesh. She spoke in a guttural dialect I didn't understand, but the passion in her voice was undeniable. She was recounting our story, our shared struggle against </w:t>
      </w:r>
      <w:r>
        <w:br/>
      </w:r>
      <w:r w:rsidR="00A87A27">
        <w:rPr>
          <w:rFonts w:ascii="LiberationSerif" w:eastAsia="LiberationSerif" w:hAnsi="LiberationSerif"/>
          <w:color w:val="000000"/>
          <w:sz w:val="28"/>
          <w:szCs w:val="28"/>
        </w:rPr>
        <w:t>Zarvokh</w:t>
      </w:r>
      <w:r w:rsidR="00A87A27">
        <w:rPr>
          <w:rFonts w:ascii="LiberationSerif" w:eastAsia="LiberationSerif" w:hAnsi="LiberationSerif"/>
          <w:color w:val="000000"/>
          <w:sz w:val="30"/>
        </w:rPr>
        <w:t xml:space="preserve"> </w:t>
      </w:r>
      <w:r>
        <w:rPr>
          <w:rFonts w:ascii="LiberationSerif" w:eastAsia="LiberationSerif" w:hAnsi="LiberationSerif"/>
          <w:color w:val="000000"/>
          <w:sz w:val="30"/>
        </w:rPr>
        <w:t>r’s tyranny.</w:t>
      </w:r>
    </w:p>
    <w:p w14:paraId="27774FF1" w14:textId="074707D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Gorok listened impassively, her gaze shifting between </w:t>
      </w:r>
      <w:r>
        <w:br/>
      </w:r>
      <w:r>
        <w:rPr>
          <w:rFonts w:ascii="LiberationSerif" w:eastAsia="LiberationSerif" w:hAnsi="LiberationSerif"/>
          <w:color w:val="000000"/>
          <w:sz w:val="30"/>
        </w:rPr>
        <w:t>Liliana and me. After a long silence, she spoke, her voice a low rumble that echoed through the cavern.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power is immense,” she stated, her words laced with weariness.</w:t>
      </w:r>
    </w:p>
    <w:p w14:paraId="27429FAD"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“We have tried to rebel before. Many have died.”</w:t>
      </w:r>
    </w:p>
    <w:p w14:paraId="41F4827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countered with a fierce energy. “But we are not alone this time. This man,” she gestured towards me, “he is a warrior from another world, a world of advanced weapons and relentless strategies. He will help us. He fights for </w:t>
      </w:r>
      <w:r>
        <w:br/>
      </w:r>
      <w:r>
        <w:rPr>
          <w:rFonts w:ascii="LiberationSerif" w:eastAsia="LiberationSerif" w:hAnsi="LiberationSerif"/>
          <w:color w:val="000000"/>
          <w:sz w:val="30"/>
        </w:rPr>
        <w:t>freedom, just like we do.”</w:t>
      </w:r>
    </w:p>
    <w:p w14:paraId="5C3F030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 stepped forward, placing my M4 on the ground. It wasn't necessary to understand their language to convey resolve.</w:t>
      </w:r>
    </w:p>
    <w:p w14:paraId="7863E28E"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My eyes met Gorok’s, communicating a silent promise of strength and dedication. I pointed to my dive knife, its blade still bearing traces of battles past, then to Liliana’s daggers.</w:t>
      </w:r>
    </w:p>
    <w:p w14:paraId="2AF7589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"Together," I said in English, the meaning, I hoped, transcending language barriers. "Together we will fight."</w:t>
      </w:r>
    </w:p>
    <w:p w14:paraId="6E0DC3F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Clan remained hesitant, their history of oppression evident in their guarded expressions. But the sight of my weaponry, the unwavering resolve in Liliana’s eyes, and the</w:t>
      </w:r>
    </w:p>
    <w:p w14:paraId="212395ED" w14:textId="77777777" w:rsidR="008130CF" w:rsidRDefault="008130CF" w:rsidP="003166C8">
      <w:pPr>
        <w:ind w:right="20"/>
        <w:sectPr w:rsidR="008130CF">
          <w:pgSz w:w="12240" w:h="15840"/>
          <w:pgMar w:top="0" w:right="1420" w:bottom="0" w:left="1440" w:header="720" w:footer="720" w:gutter="0"/>
          <w:cols w:space="720"/>
          <w:docGrid w:linePitch="360"/>
        </w:sectPr>
      </w:pPr>
    </w:p>
    <w:p w14:paraId="6D3B6BC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shared sense of desperate hope ignited a flicker of rebellion in their hearts. They understood the language of survival, of courage in the face of overwhelming odds. Slowly, heads began to nod.</w:t>
      </w:r>
    </w:p>
    <w:p w14:paraId="1BA1AFF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Gorok, her granite face showing the faintest hint of a crack—a crack of hope—finally spoke. "We will fight," she said, her voice carrying the weight of generations of suppressed anger. “But we need more than just warriors. We need strategy. We need numbers.”</w:t>
      </w:r>
    </w:p>
    <w:p w14:paraId="24E88374" w14:textId="2C6B3D0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 spent the next few hours strategizing. Gorok, it turned out, had an unparalleled knowledge of the fortress's layout, the weak points in its defenses, and the patrol routes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She described hidden passages, secret tunnels, and unguarded areas. Liliana, her quick wit and strategic mind already proving invaluable, added her </w:t>
      </w:r>
      <w:r>
        <w:br/>
      </w:r>
      <w:r>
        <w:rPr>
          <w:rFonts w:ascii="LiberationSerif" w:eastAsia="LiberationSerif" w:hAnsi="LiberationSerif"/>
          <w:color w:val="000000"/>
          <w:sz w:val="30"/>
        </w:rPr>
        <w:t>insights, suggesting diversionary tactics and ambushes.</w:t>
      </w:r>
    </w:p>
    <w:p w14:paraId="0707C220" w14:textId="45A2E4A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military expertise focused on logistical planning, </w:t>
      </w:r>
      <w:r>
        <w:br/>
      </w:r>
      <w:r>
        <w:rPr>
          <w:rFonts w:ascii="LiberationSerif" w:eastAsia="LiberationSerif" w:hAnsi="LiberationSerif"/>
          <w:color w:val="000000"/>
          <w:sz w:val="30"/>
        </w:rPr>
        <w:t xml:space="preserve">devising the most efficient use of our limited resources and personnel. I outlined a three-pronged assault – a distraction at the main gate to draw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away, a flanking maneuver using the hidden tunnels to infiltrate the fortress’s interior, and a final assault on the central tower where </w:t>
      </w:r>
      <w:r>
        <w:br/>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himself resided. Our combined forces—the Stone Clan’s strength and experience, Liliana’s tactical genius, and my own military precision—created a formidable fighting force.</w:t>
      </w:r>
    </w:p>
    <w:p w14:paraId="4FAEF5F4" w14:textId="61FC689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But even with the Stone Clan’s allegiance, we needed more allies. We couldn’t liberate an entire tribe single-handedly. The next target: the Shadow Elves, a reclusive race living in the deepest parts of the swamp bordering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territory. They were skilled archers, deadly assassins, and masters of stealth. Their help could potentially be the turning point.</w:t>
      </w:r>
    </w:p>
    <w:p w14:paraId="061E718D" w14:textId="77777777" w:rsidR="008130CF" w:rsidRDefault="008130CF" w:rsidP="003166C8">
      <w:pPr>
        <w:ind w:right="20"/>
        <w:sectPr w:rsidR="008130CF">
          <w:pgSz w:w="12240" w:h="15840"/>
          <w:pgMar w:top="0" w:right="1420" w:bottom="0" w:left="1440" w:header="720" w:footer="720" w:gutter="0"/>
          <w:cols w:space="720"/>
          <w:docGrid w:linePitch="360"/>
        </w:sectPr>
      </w:pPr>
    </w:p>
    <w:p w14:paraId="58F6F4E1"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Reaching the Shadow Elves proved to be a challenge in itself. The swamp was a treacherous labyrinth of murky waters, carnivorous plants, and creatures straight out of nightmares. We navigated through the suffocating humidity, the air thick with the scent of decay and damp earth. Liliana, familiar with the terrain, led the way, her knowledge of the swamp's hidden paths proving crucial.</w:t>
      </w:r>
    </w:p>
    <w:p w14:paraId="151D4098" w14:textId="0F16787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Shadow Elves’ settlement was a hidden oasis within the swamp, a cluster of intricately woven dwellings concealed beneath a canopy of giant, luminous mushrooms. Their leader, a stoic elf named Faelar, was initially resistant, </w:t>
      </w:r>
      <w:r>
        <w:br/>
      </w:r>
      <w:r>
        <w:rPr>
          <w:rFonts w:ascii="LiberationSerif" w:eastAsia="LiberationSerif" w:hAnsi="LiberationSerif"/>
          <w:color w:val="000000"/>
          <w:sz w:val="30"/>
        </w:rPr>
        <w:t xml:space="preserve">distrustful of outsiders. But Liliana, through a combination of diplomacy and sheer force of personality, managed to convince them of our cause. She spoke of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cruelty, of the shared oppression they all faced under his tyrannical rule. Faelar, his eyes reflecting the eerie glow of the </w:t>
      </w:r>
      <w:r>
        <w:br/>
      </w:r>
      <w:r>
        <w:rPr>
          <w:rFonts w:ascii="LiberationSerif" w:eastAsia="LiberationSerif" w:hAnsi="LiberationSerif"/>
          <w:color w:val="000000"/>
          <w:sz w:val="30"/>
        </w:rPr>
        <w:t>mushrooms, remained silent for a long time before finally nodding.</w:t>
      </w:r>
    </w:p>
    <w:p w14:paraId="1E43CD6E" w14:textId="19C1C7F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Shadow Elves agreed to join us. Their skills in archery and stealth would prove vital for our assault on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fortress. They were experts at silent takedowns and long-range attacks, skills that would complement the Stone Clan’s strength and our own direct assault. With the Shadow Elves on our side, our rebellion was truly gaining momentum. Our strength in numbers was growing, solidifying our chances of defeating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w:t>
      </w:r>
    </w:p>
    <w:p w14:paraId="2A2CB00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Our next stop was the Whispering Woods, home to the Dryads – tree-dwelling beings fiercely protective of their forest home. Their aid was less about brute force and more about strategic advantages. The Dryads possessed an </w:t>
      </w:r>
      <w:r>
        <w:br/>
      </w:r>
      <w:r>
        <w:rPr>
          <w:rFonts w:ascii="LiberationSerif" w:eastAsia="LiberationSerif" w:hAnsi="LiberationSerif"/>
          <w:color w:val="000000"/>
          <w:sz w:val="30"/>
        </w:rPr>
        <w:t>intimate knowledge of the forest, its secrets, and its hidden</w:t>
      </w:r>
    </w:p>
    <w:p w14:paraId="0F68F54D" w14:textId="77777777" w:rsidR="008130CF" w:rsidRDefault="008130CF" w:rsidP="003166C8">
      <w:pPr>
        <w:ind w:right="20"/>
        <w:sectPr w:rsidR="008130CF">
          <w:pgSz w:w="12240" w:h="15840"/>
          <w:pgMar w:top="0" w:right="1420" w:bottom="0" w:left="1440" w:header="720" w:footer="720" w:gutter="0"/>
          <w:cols w:space="720"/>
          <w:docGrid w:linePitch="360"/>
        </w:sectPr>
      </w:pPr>
    </w:p>
    <w:p w14:paraId="489743C5" w14:textId="509B5A91"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pathways. Their help would be instrumental in diverting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’s forces and creating chaos within his ranks.</w:t>
      </w:r>
    </w:p>
    <w:p w14:paraId="6E0FAA44" w14:textId="302CD73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Convincing the Dryads was a delicate dance of diplomacy and respect for nature. I had to leave my military instincts at the door. Liliana, surprisingly, proved to be the key. She possessed a deep understanding and respect for the natural world, a connection that resonated with the Dryads. She spoke to them not as a conqueror, but as a fellow guardian of the environment, united in their fight against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w:t>
      </w:r>
      <w:r>
        <w:br/>
      </w:r>
      <w:r>
        <w:rPr>
          <w:rFonts w:ascii="LiberationSerif" w:eastAsia="LiberationSerif" w:hAnsi="LiberationSerif"/>
          <w:color w:val="000000"/>
          <w:sz w:val="30"/>
        </w:rPr>
        <w:t>destructive power.</w:t>
      </w:r>
    </w:p>
    <w:p w14:paraId="6A03DA67" w14:textId="0483339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Dryads, usually reclusive, agreed to assist us under a few conditions. </w:t>
      </w:r>
      <w:r w:rsidR="00A87A27">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had been encroaching on their sacred groves, destroying their ancient trees, and polluting their sacred springs. Their aid was contingent on our promise to protect their forest after </w:t>
      </w:r>
      <w:proofErr w:type="spellStart"/>
      <w:r w:rsidR="006D4D1F">
        <w:rPr>
          <w:rFonts w:ascii="LiberationSerif" w:eastAsia="LiberationSerif" w:hAnsi="LiberationSerif"/>
          <w:color w:val="000000"/>
          <w:sz w:val="28"/>
          <w:szCs w:val="28"/>
        </w:rPr>
        <w:t>Zarvok</w:t>
      </w:r>
      <w:r>
        <w:rPr>
          <w:rFonts w:ascii="LiberationSerif" w:eastAsia="LiberationSerif" w:hAnsi="LiberationSerif"/>
          <w:color w:val="000000"/>
          <w:sz w:val="30"/>
        </w:rPr>
        <w:t>’s</w:t>
      </w:r>
      <w:proofErr w:type="spellEnd"/>
      <w:r>
        <w:rPr>
          <w:rFonts w:ascii="LiberationSerif" w:eastAsia="LiberationSerif" w:hAnsi="LiberationSerif"/>
          <w:color w:val="000000"/>
          <w:sz w:val="30"/>
        </w:rPr>
        <w:t xml:space="preserve"> defeat, a promise I willingly gave.</w:t>
      </w:r>
    </w:p>
    <w:p w14:paraId="30DE8A3E" w14:textId="3BEDE9F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With the Stone Clan, the Shadow Elves, and the Dryads on our side, our rebellion was no longer a small band of rebels, but a formidable army ready to face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forces. Each group brought unique skills and perspectives, </w:t>
      </w:r>
      <w:r>
        <w:br/>
      </w:r>
      <w:r>
        <w:rPr>
          <w:rFonts w:ascii="LiberationSerif" w:eastAsia="LiberationSerif" w:hAnsi="LiberationSerif"/>
          <w:color w:val="000000"/>
          <w:sz w:val="30"/>
        </w:rPr>
        <w:t xml:space="preserve">complementing each other to form a cohesive and </w:t>
      </w:r>
      <w:r>
        <w:br/>
      </w:r>
      <w:r>
        <w:rPr>
          <w:rFonts w:ascii="LiberationSerif" w:eastAsia="LiberationSerif" w:hAnsi="LiberationSerif"/>
          <w:color w:val="000000"/>
          <w:sz w:val="30"/>
        </w:rPr>
        <w:t xml:space="preserve">unstoppable force. We had allies, we had numbers, and we had a plan. The liberation of Liliana's people was no longer a distant dream; it was within our grasp. The final battle was about to begin. The wind whispered through the trees, </w:t>
      </w:r>
      <w:r>
        <w:br/>
      </w:r>
      <w:r>
        <w:rPr>
          <w:rFonts w:ascii="LiberationSerif" w:eastAsia="LiberationSerif" w:hAnsi="LiberationSerif"/>
          <w:color w:val="000000"/>
          <w:sz w:val="30"/>
        </w:rPr>
        <w:t>carrying a promise of hope, a promise of freedom, a promise of victory.</w:t>
      </w:r>
    </w:p>
    <w:p w14:paraId="646A4AC8" w14:textId="77777777" w:rsidR="008130CF" w:rsidRDefault="008130CF" w:rsidP="003166C8">
      <w:pPr>
        <w:ind w:right="20"/>
        <w:sectPr w:rsidR="008130CF">
          <w:pgSz w:w="12240" w:h="15840"/>
          <w:pgMar w:top="0" w:right="1420" w:bottom="0" w:left="1440" w:header="720" w:footer="720" w:gutter="0"/>
          <w:cols w:space="720"/>
          <w:docGrid w:linePitch="360"/>
        </w:sectPr>
      </w:pPr>
    </w:p>
    <w:p w14:paraId="5CC3C7D3"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Navigating Perilous Terrain</w:t>
      </w:r>
    </w:p>
    <w:p w14:paraId="5DD5DC71"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air hung thick and heavy, a suffocating blanket of </w:t>
      </w:r>
      <w:r>
        <w:br/>
      </w:r>
      <w:r>
        <w:rPr>
          <w:rFonts w:ascii="LiberationSerif" w:eastAsia="LiberationSerif" w:hAnsi="LiberationSerif"/>
          <w:color w:val="000000"/>
          <w:sz w:val="30"/>
        </w:rPr>
        <w:t>humidity and decay. The swamp, dubbed the Swamps of Despair by the locals, lived up to its grim name. Giant, carnivorous pitcher plants, their gaping maws lined with razor-sharp teeth, towered over the murky water, their sickly sweet scent a deceptive lure. Twisted, gnarled cypress trees clawed at the sky, their branches draped with Spanish moss that swayed like the ghostly limbs of drowned men. The ground beneath their feet was treacherous, a spongy carpet of mud and decaying vegetation that threatened to swallow them whole with each step.</w:t>
      </w:r>
    </w:p>
    <w:p w14:paraId="7076BF61" w14:textId="536DFC04" w:rsidR="008130CF" w:rsidRDefault="00A30664" w:rsidP="003166C8">
      <w:pPr>
        <w:autoSpaceDE w:val="0"/>
        <w:autoSpaceDN w:val="0"/>
        <w:spacing w:before="360" w:after="0" w:line="360" w:lineRule="exact"/>
        <w:ind w:right="20"/>
      </w:pP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rifle held </w:t>
      </w:r>
      <w:r>
        <w:rPr>
          <w:rFonts w:ascii="LiberationSerif" w:eastAsia="LiberationSerif" w:hAnsi="LiberationSerif"/>
          <w:color w:val="000000"/>
          <w:sz w:val="30"/>
        </w:rPr>
        <w:t>ready;</w:t>
      </w:r>
      <w:r w:rsidR="00000000">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I </w:t>
      </w:r>
      <w:r w:rsidR="00000000">
        <w:rPr>
          <w:rFonts w:ascii="LiberationSerif" w:eastAsia="LiberationSerif" w:hAnsi="LiberationSerif"/>
          <w:color w:val="000000"/>
          <w:sz w:val="30"/>
        </w:rPr>
        <w:t xml:space="preserve">scanned the oppressive gloom. Liliana, her vibrant pink skin somehow even more striking against the drab landscape, moved with a surprising grace through the swamp. Her long, pointed ears twitched, catching sounds imperceptible to </w:t>
      </w:r>
      <w:r>
        <w:rPr>
          <w:rFonts w:ascii="LiberationSerif" w:eastAsia="LiberationSerif" w:hAnsi="LiberationSerif"/>
          <w:color w:val="000000"/>
          <w:sz w:val="30"/>
        </w:rPr>
        <w:t>me</w:t>
      </w:r>
      <w:r w:rsidR="00000000">
        <w:rPr>
          <w:rFonts w:ascii="LiberationSerif" w:eastAsia="LiberationSerif" w:hAnsi="LiberationSerif"/>
          <w:color w:val="000000"/>
          <w:sz w:val="30"/>
        </w:rPr>
        <w:t xml:space="preserve">. She’d told </w:t>
      </w:r>
      <w:r>
        <w:rPr>
          <w:rFonts w:ascii="LiberationSerif" w:eastAsia="LiberationSerif" w:hAnsi="LiberationSerif"/>
          <w:color w:val="000000"/>
          <w:sz w:val="30"/>
        </w:rPr>
        <w:t>me</w:t>
      </w:r>
      <w:r w:rsidR="00000000">
        <w:rPr>
          <w:rFonts w:ascii="LiberationSerif" w:eastAsia="LiberationSerif" w:hAnsi="LiberationSerif"/>
          <w:color w:val="000000"/>
          <w:sz w:val="30"/>
        </w:rPr>
        <w:t xml:space="preserve"> tales of the swamp’s inhabitants – creatures born of the stagnant water and decaying life, things that lurked in the shadows and preyed on the unwary.</w:t>
      </w:r>
    </w:p>
    <w:p w14:paraId="1698CE66" w14:textId="1BAC143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"Careful," she hissed, her voice barely a whisper above the croaking of unseen amphibians. "The Mud Lurkers are particularly fond of fresh meat."</w:t>
      </w:r>
    </w:p>
    <w:p w14:paraId="7F32D0BB" w14:textId="5F58104F" w:rsidR="008130CF" w:rsidRDefault="00E82353"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moved silently, </w:t>
      </w:r>
      <w:r w:rsidR="00A30664">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boots sinking slightly into the mud with each step, </w:t>
      </w:r>
      <w:r w:rsidR="00A30664">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senses on high alert. </w:t>
      </w:r>
      <w:r w:rsidR="00A30664">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wasn't used to facing creatures born of myth and legend, but he knew how to assess a threat. And this swamp was teeming with them.</w:t>
      </w:r>
    </w:p>
    <w:p w14:paraId="5B7E802E" w14:textId="77777777" w:rsidR="008130CF" w:rsidRDefault="008130CF" w:rsidP="003166C8">
      <w:pPr>
        <w:ind w:right="20"/>
        <w:sectPr w:rsidR="008130CF">
          <w:pgSz w:w="12240" w:h="15840"/>
          <w:pgMar w:top="0" w:right="1420" w:bottom="0" w:left="1440" w:header="720" w:footer="720" w:gutter="0"/>
          <w:cols w:space="720"/>
          <w:docGrid w:linePitch="360"/>
        </w:sectPr>
      </w:pPr>
    </w:p>
    <w:p w14:paraId="1F08546E"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A snapping twig sent a jolt through him. He whirled around, his rifle raised, only to see a grotesque creature slithering out of the murky water. It was a Mud Lurker, a creature of </w:t>
      </w:r>
      <w:r>
        <w:br/>
      </w:r>
      <w:r>
        <w:rPr>
          <w:rFonts w:ascii="LiberationSerif" w:eastAsia="LiberationSerif" w:hAnsi="LiberationSerif"/>
          <w:color w:val="000000"/>
          <w:sz w:val="30"/>
        </w:rPr>
        <w:t>nightmare – a hulking mass of mud and decaying flesh, its eyes glowing with a malevolent light. Thick, clawed limbs propelled it forward, leaving a trail of churning mud in its wake.</w:t>
      </w:r>
    </w:p>
    <w:p w14:paraId="1D9BD322" w14:textId="4BF2230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Before </w:t>
      </w:r>
      <w:r w:rsidR="00A30664">
        <w:rPr>
          <w:rFonts w:ascii="LiberationSerif" w:eastAsia="LiberationSerif" w:hAnsi="LiberationSerif"/>
          <w:color w:val="000000"/>
          <w:sz w:val="30"/>
        </w:rPr>
        <w:t>I</w:t>
      </w:r>
      <w:r>
        <w:rPr>
          <w:rFonts w:ascii="LiberationSerif" w:eastAsia="LiberationSerif" w:hAnsi="LiberationSerif"/>
          <w:color w:val="000000"/>
          <w:sz w:val="30"/>
        </w:rPr>
        <w:t xml:space="preserve"> could react, Liliana sprang into action, her own uniquely crafted, wickedly sharp dagger flashing in the dim light. She moved with a lethal grace, a whirlwind of motion that both surprised and impressed </w:t>
      </w:r>
      <w:r w:rsidR="00A30664">
        <w:rPr>
          <w:rFonts w:ascii="LiberationSerif" w:eastAsia="LiberationSerif" w:hAnsi="LiberationSerif"/>
          <w:color w:val="000000"/>
          <w:sz w:val="30"/>
        </w:rPr>
        <w:t>me</w:t>
      </w:r>
      <w:r>
        <w:rPr>
          <w:rFonts w:ascii="LiberationSerif" w:eastAsia="LiberationSerif" w:hAnsi="LiberationSerif"/>
          <w:color w:val="000000"/>
          <w:sz w:val="30"/>
        </w:rPr>
        <w:t>. The Mud Lurker roared, its guttural cry echoing through the swamp, and lunged at Liliana.</w:t>
      </w:r>
    </w:p>
    <w:p w14:paraId="7DFF8AA7" w14:textId="34539ADD" w:rsidR="008130CF" w:rsidRDefault="00A30664"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fired a burst from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M4, the sharp crack of the weapon echoing through the stillness. The bullet</w:t>
      </w:r>
      <w:r w:rsidR="007B0CDD">
        <w:rPr>
          <w:rFonts w:ascii="LiberationSerif" w:eastAsia="LiberationSerif" w:hAnsi="LiberationSerif"/>
          <w:color w:val="000000"/>
          <w:sz w:val="30"/>
        </w:rPr>
        <w:t>s</w:t>
      </w:r>
      <w:r w:rsidR="00000000">
        <w:rPr>
          <w:rFonts w:ascii="LiberationSerif" w:eastAsia="LiberationSerif" w:hAnsi="LiberationSerif"/>
          <w:color w:val="000000"/>
          <w:sz w:val="30"/>
        </w:rPr>
        <w:t xml:space="preserve"> ripped through the Mud Lurker's flesh, but it didn't falter. It continued its advance, seemingly impervious to the gunfire.</w:t>
      </w:r>
    </w:p>
    <w:p w14:paraId="4F771790" w14:textId="11F10BC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agile and quick, danced around the creature, using her dagger to inflict precise wounds. Her movements were fluid, deadly, and almost balletic. The creature, momentarily distracted, stumbled, giving </w:t>
      </w:r>
      <w:r w:rsidR="007B0CDD">
        <w:rPr>
          <w:rFonts w:ascii="LiberationSerif" w:eastAsia="LiberationSerif" w:hAnsi="LiberationSerif"/>
          <w:color w:val="000000"/>
          <w:sz w:val="30"/>
        </w:rPr>
        <w:t>me</w:t>
      </w:r>
      <w:r>
        <w:rPr>
          <w:rFonts w:ascii="LiberationSerif" w:eastAsia="LiberationSerif" w:hAnsi="LiberationSerif"/>
          <w:color w:val="000000"/>
          <w:sz w:val="30"/>
        </w:rPr>
        <w:t xml:space="preserve"> an opening.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switched to single shots, aiming for the creature's eyes. The Mud Lurker shrieked in pain as the bullets found their mark.</w:t>
      </w:r>
    </w:p>
    <w:p w14:paraId="26CFC28F"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Finally, with a sickening thud, it collapsed into the muddy water, its form dissolving into the swamp itself.</w:t>
      </w:r>
    </w:p>
    <w:p w14:paraId="0B67BA3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stood panting, adrenaline coursing through their veins. The silence that followed was broken only by the drip, drip, drip of water from the trees and the occasional croak of a frog.</w:t>
      </w:r>
    </w:p>
    <w:p w14:paraId="255FE11E" w14:textId="77777777" w:rsidR="008130CF" w:rsidRDefault="008130CF" w:rsidP="003166C8">
      <w:pPr>
        <w:ind w:right="20"/>
        <w:sectPr w:rsidR="008130CF">
          <w:pgSz w:w="12240" w:h="15840"/>
          <w:pgMar w:top="0" w:right="1420" w:bottom="0" w:left="1440" w:header="720" w:footer="720" w:gutter="0"/>
          <w:cols w:space="720"/>
          <w:docGrid w:linePitch="360"/>
        </w:sectPr>
      </w:pPr>
    </w:p>
    <w:p w14:paraId="6A4C0F84" w14:textId="1968E01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"They're resilient,"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said,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voice still rough from the exertion.</w:t>
      </w:r>
    </w:p>
    <w:p w14:paraId="02FC301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"Indeed," Liliana replied, wiping mud from her dagger with a practiced hand. "And there are worse things in these swamps than Mud Lurkers."</w:t>
      </w:r>
    </w:p>
    <w:p w14:paraId="1FCCD25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pressed on, venturing deeper into the heart of the swamps. The air grew colder, the shadows deeper. They encountered other creatures - giant, venomous spiders that spun webs that could ensnare a man; grotesque swamp-things that lurked among the roots of the ancient trees; and eerie, glowing fungi that pulsed with a sinister light.</w:t>
      </w:r>
    </w:p>
    <w:p w14:paraId="0FAE4F78" w14:textId="70351E3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Each encounter tested </w:t>
      </w:r>
      <w:r w:rsidR="007B0CDD">
        <w:rPr>
          <w:rFonts w:ascii="LiberationSerif" w:eastAsia="LiberationSerif" w:hAnsi="LiberationSerif"/>
          <w:color w:val="000000"/>
          <w:sz w:val="30"/>
        </w:rPr>
        <w:t>our</w:t>
      </w:r>
      <w:r>
        <w:rPr>
          <w:rFonts w:ascii="LiberationSerif" w:eastAsia="LiberationSerif" w:hAnsi="LiberationSerif"/>
          <w:color w:val="000000"/>
          <w:sz w:val="30"/>
        </w:rPr>
        <w:t xml:space="preserve"> skills, </w:t>
      </w:r>
      <w:r w:rsidR="007B0CDD">
        <w:rPr>
          <w:rFonts w:ascii="LiberationSerif" w:eastAsia="LiberationSerif" w:hAnsi="LiberationSerif"/>
          <w:color w:val="000000"/>
          <w:sz w:val="30"/>
        </w:rPr>
        <w:t>our</w:t>
      </w:r>
      <w:r>
        <w:rPr>
          <w:rFonts w:ascii="LiberationSerif" w:eastAsia="LiberationSerif" w:hAnsi="LiberationSerif"/>
          <w:color w:val="000000"/>
          <w:sz w:val="30"/>
        </w:rPr>
        <w:t xml:space="preserve"> strength, and </w:t>
      </w:r>
      <w:r w:rsidR="007B0CDD">
        <w:rPr>
          <w:rFonts w:ascii="LiberationSerif" w:eastAsia="LiberationSerif" w:hAnsi="LiberationSerif"/>
          <w:color w:val="000000"/>
          <w:sz w:val="30"/>
        </w:rPr>
        <w:t>our</w:t>
      </w:r>
      <w:r>
        <w:rPr>
          <w:rFonts w:ascii="LiberationSerif" w:eastAsia="LiberationSerif" w:hAnsi="LiberationSerif"/>
          <w:color w:val="000000"/>
          <w:sz w:val="30"/>
        </w:rPr>
        <w:t xml:space="preserve"> growing bond. They fought side-by-side, their initial mistrust gradually giving way to mutual respect and an unlikely </w:t>
      </w:r>
      <w:r>
        <w:br/>
      </w:r>
      <w:r>
        <w:rPr>
          <w:rFonts w:ascii="LiberationSerif" w:eastAsia="LiberationSerif" w:hAnsi="LiberationSerif"/>
          <w:color w:val="000000"/>
          <w:sz w:val="30"/>
        </w:rPr>
        <w:t xml:space="preserve">camaraderie.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training provided a structure </w:t>
      </w:r>
      <w:r w:rsidR="007B0CDD">
        <w:rPr>
          <w:rFonts w:ascii="LiberationSerif" w:eastAsia="LiberationSerif" w:hAnsi="LiberationSerif"/>
          <w:color w:val="000000"/>
          <w:sz w:val="30"/>
        </w:rPr>
        <w:t>our</w:t>
      </w:r>
      <w:r>
        <w:rPr>
          <w:rFonts w:ascii="LiberationSerif" w:eastAsia="LiberationSerif" w:hAnsi="LiberationSerif"/>
          <w:color w:val="000000"/>
          <w:sz w:val="30"/>
        </w:rPr>
        <w:t xml:space="preserve"> survival, while Liliana's knowledge of the swamp's inhabitants and its hidden pathways proved invaluable.</w:t>
      </w:r>
    </w:p>
    <w:p w14:paraId="2D2B5C6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journey through the Swamps of Despair was a relentless test of endurance. They had to navigate treacherous bogs, leap across gaps choked with poisonous plants, and climb over submerged logs that threatened to pull them down into the murky depths. The constant humidity, the oppressive heat, and the ever-present threat of monstrous creatures pushed them to their limits. They rationed their water </w:t>
      </w:r>
      <w:r>
        <w:br/>
      </w:r>
      <w:r>
        <w:rPr>
          <w:rFonts w:ascii="LiberationSerif" w:eastAsia="LiberationSerif" w:hAnsi="LiberationSerif"/>
          <w:color w:val="000000"/>
          <w:sz w:val="30"/>
        </w:rPr>
        <w:t>carefully, and their supplies dwindled rapidly.</w:t>
      </w:r>
    </w:p>
    <w:p w14:paraId="7383A80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night, huddled together for warmth amidst the tangle of roots and vegetation, a torrential downpour began. The rain hammered down, turning the swamp into a raging torrent. They found a small cave, offering a meager refuge from the elements, but the threat remained. The sound of something</w:t>
      </w:r>
    </w:p>
    <w:p w14:paraId="1CD26752" w14:textId="77777777" w:rsidR="008130CF" w:rsidRDefault="008130CF" w:rsidP="003166C8">
      <w:pPr>
        <w:ind w:right="20"/>
        <w:sectPr w:rsidR="008130CF">
          <w:pgSz w:w="12240" w:h="15840"/>
          <w:pgMar w:top="0" w:right="1420" w:bottom="0" w:left="1440" w:header="720" w:footer="720" w:gutter="0"/>
          <w:cols w:space="720"/>
          <w:docGrid w:linePitch="360"/>
        </w:sectPr>
      </w:pPr>
    </w:p>
    <w:p w14:paraId="4ED2669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large moving through the water outside their refuge kept them awake and on edge.</w:t>
      </w:r>
    </w:p>
    <w:p w14:paraId="78B78D3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By the time they finally emerged from the swamps, several days later, they were exhausted, battered, and bruised. Their clothes were tattered, and they were covered in mud, </w:t>
      </w:r>
      <w:r>
        <w:br/>
      </w:r>
      <w:r>
        <w:rPr>
          <w:rFonts w:ascii="LiberationSerif" w:eastAsia="LiberationSerif" w:hAnsi="LiberationSerif"/>
          <w:color w:val="000000"/>
          <w:sz w:val="30"/>
        </w:rPr>
        <w:t>leeches, and various cuts and scrapes. But they had survived.</w:t>
      </w:r>
    </w:p>
    <w:p w14:paraId="34B184AC"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 had faced the Swamps of Despair, and they had </w:t>
      </w:r>
      <w:r>
        <w:br/>
      </w:r>
      <w:r>
        <w:rPr>
          <w:rFonts w:ascii="LiberationSerif" w:eastAsia="LiberationSerif" w:hAnsi="LiberationSerif"/>
          <w:color w:val="000000"/>
          <w:sz w:val="30"/>
        </w:rPr>
        <w:t xml:space="preserve">emerged victorious. Their alliance, forged in the crucible of shared adversity, was stronger than ever. Their escape from the swamps, however, was far from their final challenge. The wizard and his forces awaited them. The brief respite offered a chance to regroup and strategize before the final </w:t>
      </w:r>
      <w:r>
        <w:br/>
      </w:r>
      <w:r>
        <w:rPr>
          <w:rFonts w:ascii="LiberationSerif" w:eastAsia="LiberationSerif" w:hAnsi="LiberationSerif"/>
          <w:color w:val="000000"/>
          <w:sz w:val="30"/>
        </w:rPr>
        <w:t>confrontation. Their journey was far from over. The battle for freedom had only just begun. The sight of the wizard's fortress looming in the distance only served to reinforce the enormity of the task that lay ahead.</w:t>
      </w:r>
    </w:p>
    <w:p w14:paraId="193B808C" w14:textId="77777777" w:rsidR="008130CF" w:rsidRDefault="008130CF" w:rsidP="003166C8">
      <w:pPr>
        <w:ind w:right="20"/>
        <w:sectPr w:rsidR="008130CF">
          <w:pgSz w:w="12240" w:h="15840"/>
          <w:pgMar w:top="0" w:right="1420" w:bottom="0" w:left="1440" w:header="720" w:footer="720" w:gutter="0"/>
          <w:cols w:space="720"/>
          <w:docGrid w:linePitch="360"/>
        </w:sectPr>
      </w:pPr>
    </w:p>
    <w:p w14:paraId="1ABF27F8"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Ambush A Confrontation with the Wizards Forces</w:t>
      </w:r>
    </w:p>
    <w:p w14:paraId="326D15E8" w14:textId="0F00732F"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wizard’s fortress, a jagged spire of obsidian piercing the bruised purple sky, loomed before them. It was less a fortress and more a malevolent monument to dark magic, its </w:t>
      </w:r>
      <w:r>
        <w:br/>
      </w:r>
      <w:r>
        <w:rPr>
          <w:rFonts w:ascii="LiberationSerif" w:eastAsia="LiberationSerif" w:hAnsi="LiberationSerif"/>
          <w:color w:val="000000"/>
          <w:sz w:val="30"/>
        </w:rPr>
        <w:t xml:space="preserve">shadowed walls whispering tales of cruelty and oppression. The air crackled with an unnatural energy, a palpable sense of foreboding that settled heavily on </w:t>
      </w:r>
      <w:r w:rsidR="007B0CDD">
        <w:rPr>
          <w:rFonts w:ascii="LiberationSerif" w:eastAsia="LiberationSerif" w:hAnsi="LiberationSerif"/>
          <w:color w:val="000000"/>
          <w:sz w:val="30"/>
        </w:rPr>
        <w:t>mine</w:t>
      </w:r>
      <w:r>
        <w:rPr>
          <w:rFonts w:ascii="LiberationSerif" w:eastAsia="LiberationSerif" w:hAnsi="LiberationSerif"/>
          <w:color w:val="000000"/>
          <w:sz w:val="30"/>
        </w:rPr>
        <w:t xml:space="preserve"> and Liliana’s shoulders. They’d expected resistance, anticipated a battle, but nothing could have truly prepared them for the sheer scale and brutality of the ambush that followed.</w:t>
      </w:r>
    </w:p>
    <w:p w14:paraId="1DEE43B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Before they could even reach the outer perimeter, the ground erupted. Massive, hulking creatures, vaguely reptilian in form, burst from the earth, their scales shimmering obsidian in the fading light. Their roars echoed through the desolate landscape, a symphony of monstrous rage. These weren’t just mindless beasts; they were organized, coordinated, moving with a terrifying precision that spoke of disciplined training. Liliana cursed, her usually bright eyes flashing with a dangerous gleam. "Wizard's hellhounds," she hissed, her pink skin taking on a slightly darker hue. "They’re stronger than before. He’s been experimenting…"</w:t>
      </w:r>
    </w:p>
    <w:p w14:paraId="58A7B20B" w14:textId="6DAE183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hellhounds, at least a dozen of them, were far larger and more powerful than anything they had encountered in the swamps. Their claws, tipped with wickedly sharp obsidian, tore through the earth with ease, leaving gouges that could swallow a man whole. Their jaws were lined with rows of razor-sharp teeth, and their eyes glowed with an infernal light.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raised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M4, the familiar weight of the </w:t>
      </w:r>
      <w:r>
        <w:br/>
      </w:r>
      <w:r>
        <w:rPr>
          <w:rFonts w:ascii="LiberationSerif" w:eastAsia="LiberationSerif" w:hAnsi="LiberationSerif"/>
          <w:color w:val="000000"/>
          <w:sz w:val="30"/>
        </w:rPr>
        <w:t>weapon a small comfort in the face of such overwhelming odds. He squeezed off a burst, the bullets ripping through the</w:t>
      </w:r>
    </w:p>
    <w:p w14:paraId="34663A8C" w14:textId="77777777" w:rsidR="008130CF" w:rsidRDefault="008130CF" w:rsidP="003166C8">
      <w:pPr>
        <w:ind w:right="20"/>
        <w:sectPr w:rsidR="008130CF">
          <w:pgSz w:w="12240" w:h="15840"/>
          <w:pgMar w:top="0" w:right="1420" w:bottom="0" w:left="1440" w:header="720" w:footer="720" w:gutter="0"/>
          <w:cols w:space="720"/>
          <w:docGrid w:linePitch="360"/>
        </w:sectPr>
      </w:pPr>
    </w:p>
    <w:p w14:paraId="50E0CB9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air, tearing into one of the beasts’ flanks. It roared in pain, its hide surprisingly resistant to the assault.</w:t>
      </w:r>
    </w:p>
    <w:p w14:paraId="5AEEA18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agile and deadly, danced around the creatures, her movements a blur of motion. Her twin daggers, shimmering with an inner fire, flashed in the twilight, each strike precise and lethal. She moved with an almost supernatural grace, weaving through the hellhounds’ attacks, her pink skin a stark contrast to the dark, brutal efficiency of her combat. She dispatched two of the beasts with brutal efficiency, their bodies collapsing with a sickening thud. But the others pressed in, their numbers overwhelming.</w:t>
      </w:r>
    </w:p>
    <w:p w14:paraId="0FB71A00" w14:textId="6EB770C5" w:rsidR="008130CF" w:rsidRDefault="007B0CDD"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took cover behind a jagged outcropping of rock</w:t>
      </w:r>
      <w:r>
        <w:rPr>
          <w:rFonts w:ascii="LiberationSerif" w:eastAsia="LiberationSerif" w:hAnsi="LiberationSerif"/>
          <w:color w:val="000000"/>
          <w:sz w:val="30"/>
        </w:rPr>
        <w:t>, my</w:t>
      </w:r>
      <w:r w:rsidR="00000000">
        <w:rPr>
          <w:rFonts w:ascii="LiberationSerif" w:eastAsia="LiberationSerif" w:hAnsi="LiberationSerif"/>
          <w:color w:val="000000"/>
          <w:sz w:val="30"/>
        </w:rPr>
        <w:t xml:space="preserve"> M4, with its </w:t>
      </w:r>
      <w:r w:rsidR="00000000">
        <w:br/>
      </w:r>
      <w:r w:rsidR="00000000">
        <w:rPr>
          <w:rFonts w:ascii="LiberationSerif" w:eastAsia="LiberationSerif" w:hAnsi="LiberationSerif"/>
          <w:color w:val="000000"/>
          <w:sz w:val="30"/>
        </w:rPr>
        <w:t xml:space="preserve">limited ammunition, was no match for this horde. He had to conserve his fire. He switched to his dive knife, the polished steel gleaming faintly in the dying light. He moved with the fluid grace of a seasoned combat diver, his movements </w:t>
      </w:r>
      <w:r w:rsidR="00000000">
        <w:br/>
      </w:r>
      <w:r w:rsidR="00000000">
        <w:rPr>
          <w:rFonts w:ascii="LiberationSerif" w:eastAsia="LiberationSerif" w:hAnsi="LiberationSerif"/>
          <w:color w:val="000000"/>
          <w:sz w:val="30"/>
        </w:rPr>
        <w:t xml:space="preserve">economical and precise. He darted forward, using the cover of the hellhounds’ chaotic attacks to slip in close and strike. He aimed for the creatures’ eyes and throats, the vulnerable points. His knife proved to be more effective than his rifle at this close range, the obsidian-like scales offering little </w:t>
      </w:r>
      <w:r w:rsidR="00000000">
        <w:br/>
      </w:r>
      <w:r w:rsidR="00000000">
        <w:rPr>
          <w:rFonts w:ascii="LiberationSerif" w:eastAsia="LiberationSerif" w:hAnsi="LiberationSerif"/>
          <w:color w:val="000000"/>
          <w:sz w:val="30"/>
        </w:rPr>
        <w:t>protection against the brutal precision of his trained attacks. He felt the familiar thrill of battle surging through his veins –the adrenaline masking the raw terror. This wasn't a training exercise. This was a fight for survival.</w:t>
      </w:r>
    </w:p>
    <w:p w14:paraId="7E6D2BB1" w14:textId="6CDB470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battle raged for what seemed like an eternity. Liliana</w:t>
      </w:r>
      <w:r w:rsidR="007B0CDD">
        <w:rPr>
          <w:rFonts w:ascii="LiberationSerif" w:eastAsia="LiberationSerif" w:hAnsi="LiberationSerif"/>
          <w:color w:val="000000"/>
          <w:sz w:val="30"/>
        </w:rPr>
        <w:t xml:space="preserve"> and I</w:t>
      </w:r>
      <w:r>
        <w:rPr>
          <w:rFonts w:ascii="LiberationSerif" w:eastAsia="LiberationSerif" w:hAnsi="LiberationSerif"/>
          <w:color w:val="000000"/>
          <w:sz w:val="30"/>
        </w:rPr>
        <w:t xml:space="preserve"> fighting back-to-back, were a whirlwind of deadly action. Their movements were perfectly </w:t>
      </w:r>
      <w:r>
        <w:br/>
      </w:r>
      <w:r>
        <w:rPr>
          <w:rFonts w:ascii="LiberationSerif" w:eastAsia="LiberationSerif" w:hAnsi="LiberationSerif"/>
          <w:color w:val="000000"/>
          <w:sz w:val="30"/>
        </w:rPr>
        <w:t xml:space="preserve">synchronized, a testament to the bond forged in the crucible of shared adversity.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tactical expertise, honed on countless battlefields, coupled with Liliana's innate agility and magical prowess, proved to be </w:t>
      </w:r>
      <w:proofErr w:type="gramStart"/>
      <w:r>
        <w:rPr>
          <w:rFonts w:ascii="LiberationSerif" w:eastAsia="LiberationSerif" w:hAnsi="LiberationSerif"/>
          <w:color w:val="000000"/>
          <w:sz w:val="30"/>
        </w:rPr>
        <w:t>a formidable</w:t>
      </w:r>
      <w:proofErr w:type="gramEnd"/>
    </w:p>
    <w:p w14:paraId="3D322042" w14:textId="77777777" w:rsidR="008130CF" w:rsidRDefault="008130CF" w:rsidP="003166C8">
      <w:pPr>
        <w:ind w:right="20"/>
        <w:sectPr w:rsidR="008130CF">
          <w:pgSz w:w="12240" w:h="15840"/>
          <w:pgMar w:top="0" w:right="1420" w:bottom="0" w:left="1440" w:header="720" w:footer="720" w:gutter="0"/>
          <w:cols w:space="720"/>
          <w:docGrid w:linePitch="360"/>
        </w:sectPr>
      </w:pPr>
    </w:p>
    <w:p w14:paraId="470C60A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combination. Yet, they were outnumbered, their ammunition dwindling, the hellhounds relentless.</w:t>
      </w:r>
    </w:p>
    <w:p w14:paraId="40E527AF" w14:textId="42E791E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Just as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thought their combined efforts were failing, a new wave of attackers emerged from the shadows of the fortress. These weren't hellhounds, but humanoids –</w:t>
      </w:r>
      <w:r>
        <w:br/>
      </w:r>
      <w:r>
        <w:rPr>
          <w:rFonts w:ascii="LiberationSerif" w:eastAsia="LiberationSerif" w:hAnsi="LiberationSerif"/>
          <w:color w:val="000000"/>
          <w:sz w:val="30"/>
        </w:rPr>
        <w:t xml:space="preserve">grotesque, twisted figures clad in dark armor, their faces hidden behind grotesque helmets. They wielded wicked-looking weapons, some resembling scythes, others crude but effective clubs tipped with bone. They moved with </w:t>
      </w:r>
      <w:r>
        <w:br/>
      </w:r>
      <w:r>
        <w:rPr>
          <w:rFonts w:ascii="LiberationSerif" w:eastAsia="LiberationSerif" w:hAnsi="LiberationSerif"/>
          <w:color w:val="000000"/>
          <w:sz w:val="30"/>
        </w:rPr>
        <w:t>calculated brutality, their attacks focused and methodical. They were clearly the wizard's elite guard, his most loyal and deadly soldiers.</w:t>
      </w:r>
    </w:p>
    <w:p w14:paraId="32303AD1" w14:textId="2057F9D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of them, larger than the rest and clad in obsidian armor that seemed to absorb the light, stepped forward. He held a staff topped with a skull that pulsed with an ominous green light.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recognized him instantly – the wizard’s </w:t>
      </w:r>
      <w:r>
        <w:br/>
      </w:r>
      <w:r>
        <w:rPr>
          <w:rFonts w:ascii="LiberationSerif" w:eastAsia="LiberationSerif" w:hAnsi="LiberationSerif"/>
          <w:color w:val="000000"/>
          <w:sz w:val="30"/>
        </w:rPr>
        <w:t xml:space="preserve">second-in-command, a powerful sorceror whose name was whispered in fear throughout the land. This was no mere ambush; this was a carefully orchestrated assault, a </w:t>
      </w:r>
      <w:r>
        <w:br/>
      </w:r>
      <w:r>
        <w:rPr>
          <w:rFonts w:ascii="LiberationSerif" w:eastAsia="LiberationSerif" w:hAnsi="LiberationSerif"/>
          <w:color w:val="000000"/>
          <w:sz w:val="30"/>
        </w:rPr>
        <w:t>demonstration of the wizard’s overwhelming power.</w:t>
      </w:r>
    </w:p>
    <w:p w14:paraId="7F4D4062" w14:textId="3DF2AA7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sensing the shift in the tide, used her magic to create a diversion. She unleashed a wave of searing fire, engulfing several of the lesser creatures in a fiery inferno. It gave </w:t>
      </w:r>
      <w:r w:rsidR="007B0CDD">
        <w:rPr>
          <w:rFonts w:ascii="LiberationSerif" w:eastAsia="LiberationSerif" w:hAnsi="LiberationSerif"/>
          <w:color w:val="000000"/>
          <w:sz w:val="30"/>
        </w:rPr>
        <w:t>me</w:t>
      </w:r>
      <w:r>
        <w:rPr>
          <w:rFonts w:ascii="LiberationSerif" w:eastAsia="LiberationSerif" w:hAnsi="LiberationSerif"/>
          <w:color w:val="000000"/>
          <w:sz w:val="30"/>
        </w:rPr>
        <w:t xml:space="preserve"> a much-needed breathing space to reload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M4.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took aim, picking off several of the elite guard before they could close in. But the sorceror raised his staff, unleashing a wave of dark energy that sent </w:t>
      </w:r>
      <w:r w:rsidR="007B0CDD">
        <w:rPr>
          <w:rFonts w:ascii="LiberationSerif" w:eastAsia="LiberationSerif" w:hAnsi="LiberationSerif"/>
          <w:color w:val="000000"/>
          <w:sz w:val="30"/>
        </w:rPr>
        <w:t>me</w:t>
      </w:r>
      <w:r>
        <w:rPr>
          <w:rFonts w:ascii="LiberationSerif" w:eastAsia="LiberationSerif" w:hAnsi="LiberationSerif"/>
          <w:color w:val="000000"/>
          <w:sz w:val="30"/>
        </w:rPr>
        <w:t xml:space="preserve"> reeling backward. He felt a searing pain, a burning sensation that seemed to drain the strength from his body.</w:t>
      </w:r>
    </w:p>
    <w:p w14:paraId="51ABF55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situation was dire. They were outmatched, </w:t>
      </w:r>
      <w:r>
        <w:br/>
      </w:r>
      <w:r>
        <w:rPr>
          <w:rFonts w:ascii="LiberationSerif" w:eastAsia="LiberationSerif" w:hAnsi="LiberationSerif"/>
          <w:color w:val="000000"/>
          <w:sz w:val="30"/>
        </w:rPr>
        <w:t xml:space="preserve">outmaneuvered, and running out of time. The sorceror </w:t>
      </w:r>
      <w:r>
        <w:br/>
      </w:r>
      <w:r>
        <w:rPr>
          <w:rFonts w:ascii="LiberationSerif" w:eastAsia="LiberationSerif" w:hAnsi="LiberationSerif"/>
          <w:color w:val="000000"/>
          <w:sz w:val="30"/>
        </w:rPr>
        <w:t>advanced, his eyes burning with malevolent intent. It seemed</w:t>
      </w:r>
    </w:p>
    <w:p w14:paraId="4CF03A03" w14:textId="77777777" w:rsidR="008130CF" w:rsidRDefault="008130CF" w:rsidP="003166C8">
      <w:pPr>
        <w:ind w:right="20"/>
        <w:sectPr w:rsidR="008130CF">
          <w:pgSz w:w="12240" w:h="15840"/>
          <w:pgMar w:top="0" w:right="1420" w:bottom="0" w:left="1440" w:header="720" w:footer="720" w:gutter="0"/>
          <w:cols w:space="720"/>
          <w:docGrid w:linePitch="360"/>
        </w:sectPr>
      </w:pPr>
    </w:p>
    <w:p w14:paraId="36EE676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their valiant effort was futile. Escape seemed impossible, and their defeat imminent. Yet, somewhere deep within, a spark of defiance remained. They weren't ready to surrender. Not yet. They had to find a way to turn the tide. They had to survive. The fight for freedom was far from over. The fight for their lives was just beginning. The ambush had shattered their confidence, but it hadn't broken their spirit. They would fight. They would find a way. They had to. Their future, and perhaps the future of Liliana's people, depended on it. The sounds of battle continued, a cacophony of growls, roars, and the clang of steel against steel. This was merely the beginning of a brutal and devastating fight for survival. The wizard was far more powerful than they had anticipated. The ambush was not a mere skirmish, but a strategic maneuver designed to test their strength, to break their will. They were trapped in a desperate struggle for survival against </w:t>
      </w:r>
      <w:r>
        <w:br/>
      </w:r>
      <w:r>
        <w:rPr>
          <w:rFonts w:ascii="LiberationSerif" w:eastAsia="LiberationSerif" w:hAnsi="LiberationSerif"/>
          <w:color w:val="000000"/>
          <w:sz w:val="30"/>
        </w:rPr>
        <w:t>overwhelming odds. But they would not break. Not yet.</w:t>
      </w:r>
    </w:p>
    <w:p w14:paraId="73017384" w14:textId="77777777" w:rsidR="008130CF" w:rsidRDefault="008130CF" w:rsidP="003166C8">
      <w:pPr>
        <w:ind w:right="20"/>
        <w:sectPr w:rsidR="008130CF">
          <w:pgSz w:w="12240" w:h="15840"/>
          <w:pgMar w:top="0" w:right="1420" w:bottom="0" w:left="1440" w:header="720" w:footer="720" w:gutter="0"/>
          <w:cols w:space="720"/>
          <w:docGrid w:linePitch="360"/>
        </w:sectPr>
      </w:pPr>
    </w:p>
    <w:p w14:paraId="19B98963"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Test of Willpower</w:t>
      </w:r>
    </w:p>
    <w:p w14:paraId="72E66170" w14:textId="1AC6224E"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sorceror’s laughter echoed like the crack of doom, a chilling sound that sliced through the chaos of battle. His magical blasts continued to rain down, each one a searing wave of energy that threatened to obliterate them. Liliana, her pink skin slick with sweat and blood, deflected a blast with her scimitar, the force of the impact sending her </w:t>
      </w:r>
      <w:r>
        <w:br/>
      </w:r>
      <w:r>
        <w:rPr>
          <w:rFonts w:ascii="LiberationSerif" w:eastAsia="LiberationSerif" w:hAnsi="LiberationSerif"/>
          <w:color w:val="000000"/>
          <w:sz w:val="30"/>
        </w:rPr>
        <w:t>sprawling.</w:t>
      </w:r>
      <w:r w:rsidR="007B0CDD">
        <w:rPr>
          <w:rFonts w:ascii="LiberationSerif" w:eastAsia="LiberationSerif" w:hAnsi="LiberationSerif"/>
          <w:color w:val="000000"/>
          <w:sz w:val="30"/>
        </w:rPr>
        <w:t xml:space="preserve"> D</w:t>
      </w:r>
      <w:r>
        <w:rPr>
          <w:rFonts w:ascii="LiberationSerif" w:eastAsia="LiberationSerif" w:hAnsi="LiberationSerif"/>
          <w:color w:val="000000"/>
          <w:sz w:val="30"/>
        </w:rPr>
        <w:t xml:space="preserve">espite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depleted magazine and aching muscles, </w:t>
      </w:r>
      <w:r w:rsidR="007B0CDD">
        <w:rPr>
          <w:rFonts w:ascii="LiberationSerif" w:eastAsia="LiberationSerif" w:hAnsi="LiberationSerif"/>
          <w:color w:val="000000"/>
          <w:sz w:val="30"/>
        </w:rPr>
        <w:t xml:space="preserve">I </w:t>
      </w:r>
      <w:r>
        <w:rPr>
          <w:rFonts w:ascii="LiberationSerif" w:eastAsia="LiberationSerif" w:hAnsi="LiberationSerif"/>
          <w:color w:val="000000"/>
          <w:sz w:val="30"/>
        </w:rPr>
        <w:t>returned fir</w:t>
      </w:r>
      <w:r w:rsidR="007B0CDD">
        <w:rPr>
          <w:rFonts w:ascii="LiberationSerif" w:eastAsia="LiberationSerif" w:hAnsi="LiberationSerif"/>
          <w:color w:val="000000"/>
          <w:sz w:val="30"/>
        </w:rPr>
        <w:t>e</w:t>
      </w:r>
      <w:r>
        <w:rPr>
          <w:rFonts w:ascii="LiberationSerif" w:eastAsia="LiberationSerif" w:hAnsi="LiberationSerif"/>
          <w:color w:val="000000"/>
          <w:sz w:val="30"/>
        </w:rPr>
        <w:t>, each shot a desperate prayer against the overwhelming might of the dark wizard.</w:t>
      </w:r>
      <w:r w:rsidR="007B0CDD">
        <w:t xml:space="preserve">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dives in the US Army taught </w:t>
      </w:r>
      <w:r w:rsidR="007B0CDD">
        <w:rPr>
          <w:rFonts w:ascii="LiberationSerif" w:eastAsia="LiberationSerif" w:hAnsi="LiberationSerif"/>
          <w:color w:val="000000"/>
          <w:sz w:val="30"/>
        </w:rPr>
        <w:t>me</w:t>
      </w:r>
      <w:r>
        <w:rPr>
          <w:rFonts w:ascii="LiberationSerif" w:eastAsia="LiberationSerif" w:hAnsi="LiberationSerif"/>
          <w:color w:val="000000"/>
          <w:sz w:val="30"/>
        </w:rPr>
        <w:t xml:space="preserve"> to adapt and survive, but this was unlike anything </w:t>
      </w:r>
      <w:r w:rsidR="007B0CDD">
        <w:rPr>
          <w:rFonts w:ascii="LiberationSerif" w:eastAsia="LiberationSerif" w:hAnsi="LiberationSerif"/>
          <w:color w:val="000000"/>
          <w:sz w:val="30"/>
        </w:rPr>
        <w:t>I</w:t>
      </w:r>
      <w:r>
        <w:rPr>
          <w:rFonts w:ascii="LiberationSerif" w:eastAsia="LiberationSerif" w:hAnsi="LiberationSerif"/>
          <w:color w:val="000000"/>
          <w:sz w:val="30"/>
        </w:rPr>
        <w:t>'d ever faced.</w:t>
      </w:r>
    </w:p>
    <w:p w14:paraId="0B34FBB4" w14:textId="473DF153" w:rsidR="008130CF" w:rsidRDefault="007B0CDD" w:rsidP="003166C8">
      <w:pPr>
        <w:autoSpaceDE w:val="0"/>
        <w:autoSpaceDN w:val="0"/>
        <w:spacing w:before="360" w:after="0" w:line="360" w:lineRule="exact"/>
        <w:ind w:right="20"/>
      </w:pPr>
      <w:r>
        <w:rPr>
          <w:rFonts w:ascii="LiberationSerif" w:eastAsia="LiberationSerif" w:hAnsi="LiberationSerif"/>
          <w:color w:val="000000"/>
          <w:sz w:val="30"/>
        </w:rPr>
        <w:t>Our</w:t>
      </w:r>
      <w:r w:rsidR="00000000">
        <w:rPr>
          <w:rFonts w:ascii="LiberationSerif" w:eastAsia="LiberationSerif" w:hAnsi="LiberationSerif"/>
          <w:color w:val="000000"/>
          <w:sz w:val="30"/>
        </w:rPr>
        <w:t xml:space="preserve"> initial plan – a swift strike, a decisive blow – had been shattered. The wizard's fortress wasn't just a stronghold; it was a living entity, pulsing with dark magic, its defenses a labyrinth of enchanted traps and monstrous guardians. They had underestimated his power, his foresight. He'd anticipated their every move, prepared for their attack with chilling efficiency.</w:t>
      </w:r>
    </w:p>
    <w:p w14:paraId="0AA8DF2B" w14:textId="2E2C3B6C" w:rsidR="008130CF" w:rsidRDefault="007B0CDD"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found himself pressed against a crumbling wall, the smell of ozone and scorched earth filling his nostrils. He checked his remaining ammunition; a grim reminder of his dwindling resources. Thirty rounds. Thirty chances to </w:t>
      </w:r>
      <w:r w:rsidR="00000000">
        <w:br/>
      </w:r>
      <w:r w:rsidR="00000000">
        <w:rPr>
          <w:rFonts w:ascii="LiberationSerif" w:eastAsia="LiberationSerif" w:hAnsi="LiberationSerif"/>
          <w:color w:val="000000"/>
          <w:sz w:val="30"/>
        </w:rPr>
        <w:t>survive. He needed a miracle. Or perhaps, something more…resourceful.</w:t>
      </w:r>
    </w:p>
    <w:p w14:paraId="0B861FA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ever the pragmatist, despite the fear that flickered in her eyes, began to assess the situation with ruthless </w:t>
      </w:r>
      <w:r>
        <w:br/>
      </w:r>
      <w:r>
        <w:rPr>
          <w:rFonts w:ascii="LiberationSerif" w:eastAsia="LiberationSerif" w:hAnsi="LiberationSerif"/>
          <w:color w:val="000000"/>
          <w:sz w:val="30"/>
        </w:rPr>
        <w:t>efficiency. "We can't fight him head-on," she shouted over the din of battle, her voice hoarse but resolute. "He's too powerful. We need to change our tactics." She gestured</w:t>
      </w:r>
    </w:p>
    <w:p w14:paraId="3378475E" w14:textId="77777777" w:rsidR="008130CF" w:rsidRDefault="008130CF" w:rsidP="003166C8">
      <w:pPr>
        <w:ind w:right="20"/>
        <w:sectPr w:rsidR="008130CF">
          <w:pgSz w:w="12240" w:h="15840"/>
          <w:pgMar w:top="0" w:right="1420" w:bottom="0" w:left="1440" w:header="720" w:footer="720" w:gutter="0"/>
          <w:cols w:space="720"/>
          <w:docGrid w:linePitch="360"/>
        </w:sectPr>
      </w:pPr>
    </w:p>
    <w:p w14:paraId="2856BFDC" w14:textId="7154CA08"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towards a network of tunnels that snaked away from the base of the fortress, a system of escape routes carved into the very rock itself. "The tunnels! They lead to the swamp. It's treacherous, but it's our best chance."</w:t>
      </w:r>
    </w:p>
    <w:p w14:paraId="230B252E" w14:textId="22D0780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swamp. The very thought sent a shiver down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spine. He'd witnessed the horrors within its murky depths during his initial explorations, creatures of nightmare that lurked in the shadows, their eyes glowing like malevolent embers. But it was better than facing the wizard's wrath directly. They had no choice.</w:t>
      </w:r>
    </w:p>
    <w:p w14:paraId="7D9E0968" w14:textId="0720583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retreated, fighting a desperate rearguard action, using the cover of the crumbling walls and the chaos of battle to their advantage.</w:t>
      </w:r>
      <w:r w:rsidR="007B0CDD">
        <w:rPr>
          <w:rFonts w:ascii="LiberationSerif" w:eastAsia="LiberationSerif" w:hAnsi="LiberationSerif"/>
          <w:color w:val="000000"/>
          <w:sz w:val="30"/>
        </w:rPr>
        <w:t xml:space="preserve"> E</w:t>
      </w:r>
      <w:r>
        <w:rPr>
          <w:rFonts w:ascii="LiberationSerif" w:eastAsia="LiberationSerif" w:hAnsi="LiberationSerif"/>
          <w:color w:val="000000"/>
          <w:sz w:val="30"/>
        </w:rPr>
        <w:t xml:space="preserve">mploying every ounce of </w:t>
      </w:r>
      <w:r w:rsidR="007B0CDD">
        <w:rPr>
          <w:rFonts w:ascii="LiberationSerif" w:eastAsia="LiberationSerif" w:hAnsi="LiberationSerif"/>
          <w:color w:val="000000"/>
          <w:sz w:val="30"/>
        </w:rPr>
        <w:t>my</w:t>
      </w:r>
      <w:r w:rsidR="007B0CDD">
        <w:t xml:space="preserve"> </w:t>
      </w:r>
      <w:r>
        <w:rPr>
          <w:rFonts w:ascii="LiberationSerif" w:eastAsia="LiberationSerif" w:hAnsi="LiberationSerif"/>
          <w:color w:val="000000"/>
          <w:sz w:val="30"/>
        </w:rPr>
        <w:t>combat training</w:t>
      </w:r>
      <w:r w:rsidR="007B0CDD">
        <w:rPr>
          <w:rFonts w:ascii="LiberationSerif" w:eastAsia="LiberationSerif" w:hAnsi="LiberationSerif"/>
          <w:color w:val="000000"/>
          <w:sz w:val="30"/>
        </w:rPr>
        <w:t xml:space="preserve"> I </w:t>
      </w:r>
      <w:r>
        <w:rPr>
          <w:rFonts w:ascii="LiberationSerif" w:eastAsia="LiberationSerif" w:hAnsi="LiberationSerif"/>
          <w:color w:val="000000"/>
          <w:sz w:val="30"/>
        </w:rPr>
        <w:t>kept the sorce</w:t>
      </w:r>
      <w:r w:rsidR="007B0CDD">
        <w:rPr>
          <w:rFonts w:ascii="LiberationSerif" w:eastAsia="LiberationSerif" w:hAnsi="LiberationSerif"/>
          <w:color w:val="000000"/>
          <w:sz w:val="30"/>
        </w:rPr>
        <w:t>re</w:t>
      </w:r>
      <w:r>
        <w:rPr>
          <w:rFonts w:ascii="LiberationSerif" w:eastAsia="LiberationSerif" w:hAnsi="LiberationSerif"/>
          <w:color w:val="000000"/>
          <w:sz w:val="30"/>
        </w:rPr>
        <w:t xml:space="preserve">r's attention focused on </w:t>
      </w:r>
      <w:r w:rsidR="007B0CDD">
        <w:rPr>
          <w:rFonts w:ascii="LiberationSerif" w:eastAsia="LiberationSerif" w:hAnsi="LiberationSerif"/>
          <w:color w:val="000000"/>
          <w:sz w:val="30"/>
        </w:rPr>
        <w:t>me.</w:t>
      </w:r>
      <w:r>
        <w:rPr>
          <w:rFonts w:ascii="LiberationSerif" w:eastAsia="LiberationSerif" w:hAnsi="LiberationSerif"/>
          <w:color w:val="000000"/>
          <w:sz w:val="30"/>
        </w:rPr>
        <w:t xml:space="preserve"> </w:t>
      </w:r>
      <w:r w:rsidR="007B0CDD">
        <w:rPr>
          <w:rFonts w:ascii="LiberationSerif" w:eastAsia="LiberationSerif" w:hAnsi="LiberationSerif"/>
          <w:color w:val="000000"/>
          <w:sz w:val="30"/>
        </w:rPr>
        <w:t>U</w:t>
      </w:r>
      <w:r>
        <w:rPr>
          <w:rFonts w:ascii="LiberationSerif" w:eastAsia="LiberationSerif" w:hAnsi="LiberationSerif"/>
          <w:color w:val="000000"/>
          <w:sz w:val="30"/>
        </w:rPr>
        <w:t>sing calculated diversions and tactical maneuvers to buy Liliana precious time.</w:t>
      </w:r>
      <w:r w:rsidR="007B0CDD">
        <w:rPr>
          <w:rFonts w:ascii="LiberationSerif" w:eastAsia="LiberationSerif" w:hAnsi="LiberationSerif"/>
          <w:color w:val="000000"/>
          <w:sz w:val="30"/>
        </w:rPr>
        <w:t xml:space="preserve"> I</w:t>
      </w:r>
      <w:r>
        <w:rPr>
          <w:rFonts w:ascii="LiberationSerif" w:eastAsia="LiberationSerif" w:hAnsi="LiberationSerif"/>
          <w:color w:val="000000"/>
          <w:sz w:val="30"/>
        </w:rPr>
        <w:t xml:space="preserve"> dove behind shattered columns, </w:t>
      </w:r>
      <w:r w:rsidR="007B0CDD">
        <w:rPr>
          <w:rFonts w:ascii="LiberationSerif" w:eastAsia="LiberationSerif" w:hAnsi="LiberationSerif"/>
          <w:color w:val="000000"/>
          <w:sz w:val="30"/>
        </w:rPr>
        <w:t xml:space="preserve">My </w:t>
      </w:r>
      <w:r>
        <w:rPr>
          <w:rFonts w:ascii="LiberationSerif" w:eastAsia="LiberationSerif" w:hAnsi="LiberationSerif"/>
          <w:color w:val="000000"/>
          <w:sz w:val="30"/>
        </w:rPr>
        <w:t xml:space="preserve">M4 spitting out death, while she, with her agility and </w:t>
      </w:r>
      <w:r>
        <w:br/>
      </w:r>
      <w:r>
        <w:rPr>
          <w:rFonts w:ascii="LiberationSerif" w:eastAsia="LiberationSerif" w:hAnsi="LiberationSerif"/>
          <w:color w:val="000000"/>
          <w:sz w:val="30"/>
        </w:rPr>
        <w:t>knowledge of the fortress’s layout</w:t>
      </w:r>
      <w:r w:rsidR="007B0CDD">
        <w:rPr>
          <w:rFonts w:ascii="LiberationSerif" w:eastAsia="LiberationSerif" w:hAnsi="LiberationSerif"/>
          <w:color w:val="000000"/>
          <w:sz w:val="30"/>
        </w:rPr>
        <w:t>,</w:t>
      </w:r>
      <w:r>
        <w:rPr>
          <w:rFonts w:ascii="LiberationSerif" w:eastAsia="LiberationSerif" w:hAnsi="LiberationSerif"/>
          <w:color w:val="000000"/>
          <w:sz w:val="30"/>
        </w:rPr>
        <w:t xml:space="preserve"> guided their escape.</w:t>
      </w:r>
    </w:p>
    <w:p w14:paraId="32DBE7B9" w14:textId="7EE5871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tunnels were claustrophobic, a maze of narrow passages that tested their physical and mental limits. The air was thick with the stench of decay, the sounds of dripping water and unseen things scratching against the stone walls a constant reminder of the dangers that lurked nearby. </w:t>
      </w:r>
    </w:p>
    <w:p w14:paraId="3955714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ran for what felt like an eternity, the sound of the wizard's pursuit echoing behind them, growing fainter with each passing moment. Just as they reached the tunnel's exit, a monstrous creature erupted from the swamp's depths. It was a grotesque thing, a hybrid of reptile and insect, its</w:t>
      </w:r>
    </w:p>
    <w:p w14:paraId="1DE8BA05" w14:textId="77777777" w:rsidR="008130CF" w:rsidRDefault="008130CF" w:rsidP="003166C8">
      <w:pPr>
        <w:ind w:right="20"/>
        <w:sectPr w:rsidR="008130CF">
          <w:pgSz w:w="12240" w:h="15840"/>
          <w:pgMar w:top="0" w:right="1420" w:bottom="0" w:left="1440" w:header="720" w:footer="720" w:gutter="0"/>
          <w:cols w:space="720"/>
          <w:docGrid w:linePitch="360"/>
        </w:sectPr>
      </w:pPr>
    </w:p>
    <w:p w14:paraId="04350EE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chitinous carapace gleaming under the sickly green light filtering through the dense canopy above. Its mandibles clicked menacingly, its multifaceted eyes burning with predatory hunger.</w:t>
      </w:r>
    </w:p>
    <w:p w14:paraId="0288CF5E" w14:textId="0ABBDE5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reacted instantly, drawing her scimitar and lunging at the creature, her movements a whirlwind of furious grace. The creature roared, lashing out with its powerful limbs, its claws tearing at the earth.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fired his remaining rounds into its exposed </w:t>
      </w:r>
      <w:r>
        <w:br/>
      </w:r>
      <w:r>
        <w:rPr>
          <w:rFonts w:ascii="LiberationSerif" w:eastAsia="LiberationSerif" w:hAnsi="LiberationSerif"/>
          <w:color w:val="000000"/>
          <w:sz w:val="30"/>
        </w:rPr>
        <w:t>underbelly. Several shots found their mark, but the creature was remarkably resilient, seemingly immune to even the most potent weapons.</w:t>
      </w:r>
    </w:p>
    <w:p w14:paraId="558805C4" w14:textId="07B9BCF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Desperate,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plunged </w:t>
      </w:r>
      <w:r w:rsidR="007B0CDD">
        <w:rPr>
          <w:rFonts w:ascii="LiberationSerif" w:eastAsia="LiberationSerif" w:hAnsi="LiberationSerif"/>
          <w:color w:val="000000"/>
          <w:sz w:val="30"/>
        </w:rPr>
        <w:t>my</w:t>
      </w:r>
      <w:r>
        <w:rPr>
          <w:rFonts w:ascii="LiberationSerif" w:eastAsia="LiberationSerif" w:hAnsi="LiberationSerif"/>
          <w:color w:val="000000"/>
          <w:sz w:val="30"/>
        </w:rPr>
        <w:t xml:space="preserve"> dive knife into its eye, the blade sinking deep into the creature's flesh. The creature screeched in agony, its body convulsing violently before collapsing into the swamp, its body disappearing beneath the murky surface. They were safe, for now.</w:t>
      </w:r>
    </w:p>
    <w:p w14:paraId="5E52080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swamp itself presented a different kind of threat. The ground was unstable, a treacherous mire of mud and </w:t>
      </w:r>
      <w:r>
        <w:br/>
      </w:r>
      <w:r>
        <w:rPr>
          <w:rFonts w:ascii="LiberationSerif" w:eastAsia="LiberationSerif" w:hAnsi="LiberationSerif"/>
          <w:color w:val="000000"/>
          <w:sz w:val="30"/>
        </w:rPr>
        <w:t>decaying vegetation. Giant, carnivorous plants snaked their way through the undergrowth, their leaves edged with razor-sharp spines. Strange, luminescent fungi cast an eerie glow on the landscape, their poisonous spores drifting through the air. They pushed onward, ever vigilant, each step fraught with danger.</w:t>
      </w:r>
    </w:p>
    <w:p w14:paraId="0C0A942B" w14:textId="4CD032F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moved deeper into the swamp, the oppressive humidity clinging to them like a shroud. The oppressive air weighed on their lungs, and the constant threat of unseen dangers kept them on edge.</w:t>
      </w:r>
      <w:r w:rsidR="007B0CDD">
        <w:t xml:space="preserve">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nstincts honed by years of operating in hazardous </w:t>
      </w:r>
      <w:r>
        <w:br/>
      </w:r>
      <w:r>
        <w:rPr>
          <w:rFonts w:ascii="LiberationSerif" w:eastAsia="LiberationSerif" w:hAnsi="LiberationSerif"/>
          <w:color w:val="000000"/>
          <w:sz w:val="30"/>
        </w:rPr>
        <w:t xml:space="preserve">environments guiding </w:t>
      </w:r>
      <w:r w:rsidR="007B0CDD">
        <w:rPr>
          <w:rFonts w:ascii="LiberationSerif" w:eastAsia="LiberationSerif" w:hAnsi="LiberationSerif"/>
          <w:color w:val="000000"/>
          <w:sz w:val="30"/>
        </w:rPr>
        <w:t>our</w:t>
      </w:r>
      <w:r>
        <w:rPr>
          <w:rFonts w:ascii="LiberationSerif" w:eastAsia="LiberationSerif" w:hAnsi="LiberationSerif"/>
          <w:color w:val="000000"/>
          <w:sz w:val="30"/>
        </w:rPr>
        <w:t xml:space="preserve"> movements. </w:t>
      </w:r>
      <w:r w:rsidR="007B0CDD">
        <w:rPr>
          <w:rFonts w:ascii="LiberationSerif" w:eastAsia="LiberationSerif" w:hAnsi="LiberationSerif"/>
          <w:color w:val="000000"/>
          <w:sz w:val="30"/>
        </w:rPr>
        <w:t>I</w:t>
      </w:r>
      <w:r>
        <w:rPr>
          <w:rFonts w:ascii="LiberationSerif" w:eastAsia="LiberationSerif" w:hAnsi="LiberationSerif"/>
          <w:color w:val="000000"/>
          <w:sz w:val="30"/>
        </w:rPr>
        <w:t xml:space="preserve"> led </w:t>
      </w:r>
      <w:r w:rsidR="007B0CDD">
        <w:rPr>
          <w:rFonts w:ascii="LiberationSerif" w:eastAsia="LiberationSerif" w:hAnsi="LiberationSerif"/>
          <w:color w:val="000000"/>
          <w:sz w:val="30"/>
        </w:rPr>
        <w:t>us</w:t>
      </w:r>
      <w:r>
        <w:rPr>
          <w:rFonts w:ascii="LiberationSerif" w:eastAsia="LiberationSerif" w:hAnsi="LiberationSerif"/>
          <w:color w:val="000000"/>
          <w:sz w:val="30"/>
        </w:rPr>
        <w:t xml:space="preserve"> through the most stable areas, assessing potential threats, guiding</w:t>
      </w:r>
    </w:p>
    <w:p w14:paraId="0CE2DBC3" w14:textId="77777777" w:rsidR="008130CF" w:rsidRDefault="008130CF" w:rsidP="003166C8">
      <w:pPr>
        <w:ind w:right="20"/>
        <w:sectPr w:rsidR="008130CF">
          <w:pgSz w:w="12240" w:h="15840"/>
          <w:pgMar w:top="0" w:right="1420" w:bottom="0" w:left="1440" w:header="720" w:footer="720" w:gutter="0"/>
          <w:cols w:space="720"/>
          <w:docGrid w:linePitch="360"/>
        </w:sectPr>
      </w:pPr>
    </w:p>
    <w:p w14:paraId="76158CC5" w14:textId="44680235"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them along hidden paths that the swamp itself seemed to conceal. Liliana's knowledge of the local flora and fauna proved invaluable. She identified edible plants, pointed out areas to avoid, her sharp eyes spotting dangers that </w:t>
      </w:r>
      <w:r w:rsidR="00E82353">
        <w:rPr>
          <w:rFonts w:ascii="LiberationSerif" w:eastAsia="LiberationSerif" w:hAnsi="LiberationSerif"/>
          <w:color w:val="000000"/>
          <w:sz w:val="30"/>
        </w:rPr>
        <w:t>I</w:t>
      </w:r>
      <w:r>
        <w:rPr>
          <w:rFonts w:ascii="LiberationSerif" w:eastAsia="LiberationSerif" w:hAnsi="LiberationSerif"/>
          <w:color w:val="000000"/>
          <w:sz w:val="30"/>
        </w:rPr>
        <w:t xml:space="preserve"> would have missed.</w:t>
      </w:r>
    </w:p>
    <w:p w14:paraId="5D428D1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Several times, they found themselves trapped – once, nearly swallowed whole by a quicksand bog – requiring all their strength, skill, and courage to escape. The constant threat of the swamp’s dangers tested their physical endurance, but more importantly, their mental fortitude. The constant </w:t>
      </w:r>
      <w:r>
        <w:br/>
      </w:r>
      <w:r>
        <w:rPr>
          <w:rFonts w:ascii="LiberationSerif" w:eastAsia="LiberationSerif" w:hAnsi="LiberationSerif"/>
          <w:color w:val="000000"/>
          <w:sz w:val="30"/>
        </w:rPr>
        <w:t>struggle for survival, the knowledge that one misstep could lead to their death, stretched their willpower to its absolute limit.</w:t>
      </w:r>
    </w:p>
    <w:p w14:paraId="5D2ACB4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were pushing their physical limitations. Hunger </w:t>
      </w:r>
      <w:r>
        <w:br/>
      </w:r>
      <w:r>
        <w:rPr>
          <w:rFonts w:ascii="LiberationSerif" w:eastAsia="LiberationSerif" w:hAnsi="LiberationSerif"/>
          <w:color w:val="000000"/>
          <w:sz w:val="30"/>
        </w:rPr>
        <w:t>gnawed at their bellies, thirst parched their throats. The lack of sleep further depleted their energy levels. But the fear of capture, of being returned to the wizard’s clutches, fuelled their relentless push onwards. The thought of their shared fate, of their people’s freedom, kept their determination strong. The bond between them had grown stronger than the swamp itself, forged in the crucible of shared survival. It wasn’t just a survival of the fittest, but a survival of mutual support.</w:t>
      </w:r>
    </w:p>
    <w:p w14:paraId="4DC601B1" w14:textId="77777777" w:rsidR="008130CF" w:rsidRDefault="008130CF" w:rsidP="003166C8">
      <w:pPr>
        <w:ind w:right="20"/>
        <w:sectPr w:rsidR="008130CF">
          <w:pgSz w:w="12240" w:h="15840"/>
          <w:pgMar w:top="0" w:right="1420" w:bottom="0" w:left="1440" w:header="720" w:footer="720" w:gutter="0"/>
          <w:cols w:space="720"/>
          <w:docGrid w:linePitch="360"/>
        </w:sectPr>
      </w:pPr>
    </w:p>
    <w:p w14:paraId="403BD066"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As days bled into nights, their journey through the </w:t>
      </w:r>
      <w:r>
        <w:br/>
      </w:r>
      <w:r>
        <w:rPr>
          <w:rFonts w:ascii="LiberationSerif" w:eastAsia="LiberationSerif" w:hAnsi="LiberationSerif"/>
          <w:color w:val="000000"/>
          <w:sz w:val="30"/>
        </w:rPr>
        <w:t xml:space="preserve">treacherous swamp evolved into a test of wills, a trial of endurance, and a testament to their unwavering </w:t>
      </w:r>
      <w:r>
        <w:br/>
      </w:r>
      <w:r>
        <w:rPr>
          <w:rFonts w:ascii="LiberationSerif" w:eastAsia="LiberationSerif" w:hAnsi="LiberationSerif"/>
          <w:color w:val="000000"/>
          <w:sz w:val="30"/>
        </w:rPr>
        <w:t>determination. It wasn't merely a flight for survival; it was a forging of their souls, binding them in an unbreakable bond of respect, admiration, and love. The swamp, with all its terrors, had proven to be a brutal but necessary crucible, shaping them into something stronger, something more resilient, something ready for whatever challenges still lay ahead. They emerged from the swamp's depths, weary but alive, their bond stronger than ever, their resolve steeled by the relentless test of their survival.</w:t>
      </w:r>
    </w:p>
    <w:p w14:paraId="51B69E83" w14:textId="77777777" w:rsidR="008130CF" w:rsidRDefault="008130CF" w:rsidP="003166C8">
      <w:pPr>
        <w:ind w:right="20"/>
        <w:sectPr w:rsidR="008130CF">
          <w:pgSz w:w="12240" w:h="15840"/>
          <w:pgMar w:top="0" w:right="1420" w:bottom="0" w:left="1440" w:header="720" w:footer="720" w:gutter="0"/>
          <w:cols w:space="720"/>
          <w:docGrid w:linePitch="360"/>
        </w:sectPr>
      </w:pPr>
    </w:p>
    <w:p w14:paraId="65EBF00A"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Fleeing the Swamp</w:t>
      </w:r>
    </w:p>
    <w:p w14:paraId="2764916B"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air hung thick and heavy, a miasma of decay and damp earth clinging to their skin like a second layer. The swamp, having yielded its monstrous denizens, now presented a new challenge: escape. The path behind them was a treacherous labyrinth of mud, water, and tangled vegetation – a death trap even more insidious than the creatures that lurked within its depths. Liliana, her pink skin streaked with mud and grime, pointed towards a sliver of pale light filtering through the dense canopy ahead. "That way," she rasped, her voice hoarse from shouting over the cacophony of the swamp. "If we're lucky, it leads to higher ground."</w:t>
      </w:r>
    </w:p>
    <w:p w14:paraId="582B6AEB" w14:textId="797CDA4A" w:rsidR="008130CF" w:rsidRDefault="00E82353"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nodded,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eyes scanning the environment.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M4, now </w:t>
      </w:r>
      <w:r>
        <w:rPr>
          <w:rFonts w:ascii="LiberationSerif" w:eastAsia="LiberationSerif" w:hAnsi="LiberationSerif"/>
          <w:color w:val="000000"/>
          <w:sz w:val="30"/>
        </w:rPr>
        <w:t>powered with spiritual ammo, felt</w:t>
      </w:r>
      <w:r w:rsidR="00000000">
        <w:rPr>
          <w:rFonts w:ascii="LiberationSerif" w:eastAsia="LiberationSerif" w:hAnsi="LiberationSerif"/>
          <w:color w:val="000000"/>
          <w:sz w:val="30"/>
        </w:rPr>
        <w:t xml:space="preserve"> inadequate against the vastness of the oppressive, suffocating swamp. His dive knife, usually a reliable tool, was caked in mud and sluggish from the constant dampness. The </w:t>
      </w:r>
      <w:r w:rsidR="00000000">
        <w:br/>
      </w:r>
      <w:r w:rsidR="00000000">
        <w:rPr>
          <w:rFonts w:ascii="LiberationSerif" w:eastAsia="LiberationSerif" w:hAnsi="LiberationSerif"/>
          <w:color w:val="000000"/>
          <w:sz w:val="30"/>
        </w:rPr>
        <w:t>magically bonded sword, a gift from an unexpected ally encountered earlier, offered a slight glimmer of hope, its unfamiliar weight reassuring in his hand. But even magic wouldn't save them if they got bogged down again. The previous encounters had taught them brutal lessons; they needed to move decisively and efficiently.</w:t>
      </w:r>
    </w:p>
    <w:p w14:paraId="3EF16699" w14:textId="04D26E9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progress was agonizingly slow. Every step was a battle against the sucking mud, which threatened to engulf them whole. Giant, carnivorous plants, their leaves tipped with razor-sharp spines, reached out like grasping claws, </w:t>
      </w:r>
      <w:r>
        <w:br/>
      </w:r>
      <w:r>
        <w:rPr>
          <w:rFonts w:ascii="LiberationSerif" w:eastAsia="LiberationSerif" w:hAnsi="LiberationSerif"/>
          <w:color w:val="000000"/>
          <w:sz w:val="30"/>
        </w:rPr>
        <w:t xml:space="preserve">threatening to tear their flesh. Liliana, surprisingly agile despite her devilish appearance, moved with feline grace, her movements fluid and precise as she navigated the </w:t>
      </w:r>
      <w:r>
        <w:br/>
      </w:r>
      <w:r>
        <w:rPr>
          <w:rFonts w:ascii="LiberationSerif" w:eastAsia="LiberationSerif" w:hAnsi="LiberationSerif"/>
          <w:color w:val="000000"/>
          <w:sz w:val="30"/>
        </w:rPr>
        <w:t xml:space="preserve">treacherous terrain. </w:t>
      </w:r>
      <w:r w:rsidR="00E82353">
        <w:rPr>
          <w:rFonts w:ascii="LiberationSerif" w:eastAsia="LiberationSerif" w:hAnsi="LiberationSerif"/>
          <w:color w:val="000000"/>
          <w:sz w:val="30"/>
        </w:rPr>
        <w:t>I s</w:t>
      </w:r>
      <w:r>
        <w:rPr>
          <w:rFonts w:ascii="LiberationSerif" w:eastAsia="LiberationSerif" w:hAnsi="LiberationSerif"/>
          <w:color w:val="000000"/>
          <w:sz w:val="30"/>
        </w:rPr>
        <w:t>ought out the more stable ground, often diverting their path to avoid seemingly insurmountable obstacles. He used the stock of his rifle as a makeshift walking stick, pushing it into the mud to test its solidity before placing his weight upon it.</w:t>
      </w:r>
    </w:p>
    <w:p w14:paraId="4DF9CA2E"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More than once, he sank knee-deep into the mire, forcing him to expend valuable energy to free himself.</w:t>
      </w:r>
    </w:p>
    <w:p w14:paraId="02CE354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lastRenderedPageBreak/>
        <w:t xml:space="preserve">The oppressive humidity seemed to thicken, the air growing heavy with an almost palpable sense of dread. The sounds of the swamp, once a constant background hum, intensified –the croaks of unseen amphibians, the rustle of unseen </w:t>
      </w:r>
      <w:r>
        <w:br/>
      </w:r>
      <w:r>
        <w:rPr>
          <w:rFonts w:ascii="LiberationSerif" w:eastAsia="LiberationSerif" w:hAnsi="LiberationSerif"/>
          <w:color w:val="000000"/>
          <w:sz w:val="30"/>
        </w:rPr>
        <w:t xml:space="preserve">creatures in the undergrowth, the ominous drip, drip, drip of water from the overhanging foliage. Each sound felt </w:t>
      </w:r>
      <w:r>
        <w:br/>
      </w:r>
      <w:r>
        <w:rPr>
          <w:rFonts w:ascii="LiberationSerif" w:eastAsia="LiberationSerif" w:hAnsi="LiberationSerif"/>
          <w:color w:val="000000"/>
          <w:sz w:val="30"/>
        </w:rPr>
        <w:t xml:space="preserve">amplified, twisting into a symphony of impending doom that gnawed at their nerves. They pressed on, driven by a primal instinct for survival, each breath a reminder of their </w:t>
      </w:r>
      <w:r>
        <w:br/>
      </w:r>
      <w:r>
        <w:rPr>
          <w:rFonts w:ascii="LiberationSerif" w:eastAsia="LiberationSerif" w:hAnsi="LiberationSerif"/>
          <w:color w:val="000000"/>
          <w:sz w:val="30"/>
        </w:rPr>
        <w:t>precarious situation.</w:t>
      </w:r>
    </w:p>
    <w:p w14:paraId="3BDFCF1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they pushed deeper into the swamp’s heart, the vegetation became increasingly dense. Twisted, gnarled trees, their branches draped with thick, clinging vines, formed a </w:t>
      </w:r>
      <w:r>
        <w:br/>
      </w:r>
      <w:r>
        <w:rPr>
          <w:rFonts w:ascii="LiberationSerif" w:eastAsia="LiberationSerif" w:hAnsi="LiberationSerif"/>
          <w:color w:val="000000"/>
          <w:sz w:val="30"/>
        </w:rPr>
        <w:t>claustrophobic tunnel that swallowed the already faint light.</w:t>
      </w:r>
    </w:p>
    <w:p w14:paraId="1417C84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Visibility dwindled, transforming the swamp into a </w:t>
      </w:r>
      <w:r>
        <w:br/>
      </w:r>
      <w:r>
        <w:rPr>
          <w:rFonts w:ascii="LiberationSerif" w:eastAsia="LiberationSerif" w:hAnsi="LiberationSerif"/>
          <w:color w:val="000000"/>
          <w:sz w:val="30"/>
        </w:rPr>
        <w:t>suffocating labyrinth of shadows. The air grew even more fetid, a noxious brew of decaying matter and stagnant water that stung their nostrils and choked their lungs.</w:t>
      </w:r>
    </w:p>
    <w:p w14:paraId="6F6BE58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Suddenly, a low growl echoed through the darkness, sending a shiver down Marcus’s spine. He gripped his sword tighter, his senses heightened, every muscle tense. Liliana’s hand instinctively sought his, her fingers cold and clammy. They moved silently, their movements fluid and synchronized, their shared experience in the swamp’s depths forging an almost telepathic connection between them.</w:t>
      </w:r>
    </w:p>
    <w:p w14:paraId="19511E53" w14:textId="77777777" w:rsidR="008130CF" w:rsidRDefault="008130CF" w:rsidP="003166C8">
      <w:pPr>
        <w:ind w:right="20"/>
        <w:sectPr w:rsidR="008130CF">
          <w:pgSz w:w="12240" w:h="15840"/>
          <w:pgMar w:top="0" w:right="1420" w:bottom="0" w:left="1440" w:header="720" w:footer="720" w:gutter="0"/>
          <w:cols w:space="720"/>
          <w:docGrid w:linePitch="360"/>
        </w:sectPr>
      </w:pPr>
    </w:p>
    <w:p w14:paraId="58050522"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They cautiously navigated around a massive, decaying log, its surface teeming with iridescent insects and glistening with slime. As they rounded it, they found themselves facing a new threat – a herd of swamp rhinos, their thick hides glistening in the gloom. These weren’t the delicate rhinos of the earth Marcus knew. These were brutal, reptilian </w:t>
      </w:r>
      <w:r>
        <w:br/>
      </w:r>
      <w:r>
        <w:rPr>
          <w:rFonts w:ascii="LiberationSerif" w:eastAsia="LiberationSerif" w:hAnsi="LiberationSerif"/>
          <w:color w:val="000000"/>
          <w:sz w:val="30"/>
        </w:rPr>
        <w:t xml:space="preserve">monstrosities, their horns wickedly curved, their eyes </w:t>
      </w:r>
      <w:r>
        <w:br/>
      </w:r>
      <w:r>
        <w:rPr>
          <w:rFonts w:ascii="LiberationSerif" w:eastAsia="LiberationSerif" w:hAnsi="LiberationSerif"/>
          <w:color w:val="000000"/>
          <w:sz w:val="30"/>
        </w:rPr>
        <w:t>glowing with malevolent intelligence.</w:t>
      </w:r>
    </w:p>
    <w:p w14:paraId="53A2BEE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of the beasts, larger than the others, let out a deafening snort, its breath hot and foul, making the ground tremble beneath their feet. It charged, its massive bulk seemingly unstoppable. Marcus reacted instinctively, thrusting his sword forward just as the rhino lowered its head, the blade meeting its thick hide with a dull thud. The creature </w:t>
      </w:r>
      <w:r>
        <w:br/>
      </w:r>
      <w:r>
        <w:rPr>
          <w:rFonts w:ascii="LiberationSerif" w:eastAsia="LiberationSerif" w:hAnsi="LiberationSerif"/>
          <w:color w:val="000000"/>
          <w:sz w:val="30"/>
        </w:rPr>
        <w:t>staggered back, its snorting rage echoing through the swamp.</w:t>
      </w:r>
    </w:p>
    <w:p w14:paraId="258327D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It was clear that the sword, despite its magical properties, wouldn't pierce this beast’s armor; they needed a different tactic.</w:t>
      </w:r>
    </w:p>
    <w:p w14:paraId="339C679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her face grim, signaled for them to retreat. She moved with surprising speed and agility, darting through the trees, leading Marcus through the undergrowth while </w:t>
      </w:r>
      <w:r>
        <w:br/>
      </w:r>
      <w:r>
        <w:rPr>
          <w:rFonts w:ascii="LiberationSerif" w:eastAsia="LiberationSerif" w:hAnsi="LiberationSerif"/>
          <w:color w:val="000000"/>
          <w:sz w:val="30"/>
        </w:rPr>
        <w:t>avoiding the rhino’s clumsy but deadly charges. They used the dense foliage to their advantage, slipping through gaps and weaving their way through the treacherous terrain, their hearts pounding in their chests. The rhinos' bellows pursued them, their thunderous footsteps shaking the earth.</w:t>
      </w:r>
    </w:p>
    <w:p w14:paraId="123E780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After what seemed like an eternity, they finally broke free of the rhino herd, collapsing against a slightly elevated bank, gasping for air. They lay there, exhausted and bruised, their clothes torn and muddy, their bodies aching. The sense of relief was immense, but it was short-lived. The swamp still held them in its grip, and the possibility of further dangers remained very real. They couldn't afford to rest long.</w:t>
      </w:r>
    </w:p>
    <w:p w14:paraId="018E6CAC" w14:textId="77777777" w:rsidR="008130CF" w:rsidRDefault="008130CF" w:rsidP="003166C8">
      <w:pPr>
        <w:ind w:right="20"/>
        <w:sectPr w:rsidR="008130CF">
          <w:pgSz w:w="12240" w:h="15840"/>
          <w:pgMar w:top="0" w:right="1420" w:bottom="0" w:left="1440" w:header="720" w:footer="720" w:gutter="0"/>
          <w:cols w:space="720"/>
          <w:docGrid w:linePitch="360"/>
        </w:sectPr>
      </w:pPr>
    </w:p>
    <w:p w14:paraId="4FEBBFB3"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As they regained their breath, they noticed a faint shimmer in the distance, a break in the oppressive canopy overhead, suggesting a path towards clearer skies. It was a beacon of hope in the heart of darkness. With renewed determination, they rose to their feet, the image of escape fueling their weary bodies. With every painful step, they moved towards that distant shimmer of light, towards the promise of a better, safer future.</w:t>
      </w:r>
    </w:p>
    <w:p w14:paraId="22261F3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journey was torturous. They encountered more obstacles– a treacherous bog that threatened to swallow them whole, a tangle of venomous snakes that hissed and lunged, a swarm of giant, bloodthirsty insects that attacked with relentless ferocity. But they persevered, their determination fueled by a shared desire to escape the swamp's deadly embrace. They fought their way through thickets of thorny bushes, scaled slippery mud banks, and waded through stagnant pools. Each victory over the swamp's challenges strengthened their bond, proving that they could withstand any adversity as long as they faced it together. The memory of the dark wizard, the crushing weight of captivity, the brutal gladiatorial combats– all fueled their escape.</w:t>
      </w:r>
    </w:p>
    <w:p w14:paraId="2B88DA4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Finally, after what felt like days, they stumbled out of the swamp's suffocating grasp. The relief was overwhelming, the sunlight warm on their faces. The change was immediate and dramatic. The air was crisp and clear, a welcome contrast to the swamp's fetid air. Ahead, they saw a rolling landscape, dotted with trees and streams, a stark contrast to the </w:t>
      </w:r>
      <w:r>
        <w:br/>
      </w:r>
      <w:r>
        <w:rPr>
          <w:rFonts w:ascii="LiberationSerif" w:eastAsia="LiberationSerif" w:hAnsi="LiberationSerif"/>
          <w:color w:val="000000"/>
          <w:sz w:val="30"/>
        </w:rPr>
        <w:t xml:space="preserve">oppressive darkness of the swamp. They had escaped. For now, they were safe. But they knew this was only the </w:t>
      </w:r>
      <w:r>
        <w:br/>
      </w:r>
      <w:r>
        <w:rPr>
          <w:rFonts w:ascii="LiberationSerif" w:eastAsia="LiberationSerif" w:hAnsi="LiberationSerif"/>
          <w:color w:val="000000"/>
          <w:sz w:val="30"/>
        </w:rPr>
        <w:t>beginning. The dark wizard’s threat still loomed large, and their journey was far from over. Their escape was a narrow one, a testament to their resilience and their growing love. The swamp had tested them, pushing them to their limits, yet</w:t>
      </w:r>
    </w:p>
    <w:p w14:paraId="3C2A7FFA" w14:textId="77777777" w:rsidR="008130CF" w:rsidRDefault="008130CF" w:rsidP="003166C8">
      <w:pPr>
        <w:ind w:right="20"/>
        <w:sectPr w:rsidR="008130CF">
          <w:pgSz w:w="12240" w:h="15840"/>
          <w:pgMar w:top="0" w:right="1420" w:bottom="0" w:left="1440" w:header="720" w:footer="720" w:gutter="0"/>
          <w:cols w:space="720"/>
          <w:docGrid w:linePitch="360"/>
        </w:sectPr>
      </w:pPr>
    </w:p>
    <w:p w14:paraId="457C7DC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they emerged stronger, their bond forged in the crucible of survival, ready to face whatever lay ahead.</w:t>
      </w:r>
    </w:p>
    <w:p w14:paraId="53F1FA9B" w14:textId="77777777" w:rsidR="008130CF" w:rsidRDefault="008130CF" w:rsidP="003166C8">
      <w:pPr>
        <w:ind w:right="20"/>
        <w:sectPr w:rsidR="008130CF">
          <w:pgSz w:w="12240" w:h="15840"/>
          <w:pgMar w:top="0" w:right="1420" w:bottom="0" w:left="1440" w:header="720" w:footer="720" w:gutter="0"/>
          <w:cols w:space="720"/>
          <w:docGrid w:linePitch="360"/>
        </w:sectPr>
      </w:pPr>
    </w:p>
    <w:p w14:paraId="0527F8CF"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Temporary Safe Haven</w:t>
      </w:r>
    </w:p>
    <w:p w14:paraId="6980D146" w14:textId="77777777" w:rsidR="008130CF" w:rsidRDefault="00000000" w:rsidP="003166C8">
      <w:pPr>
        <w:autoSpaceDE w:val="0"/>
        <w:autoSpaceDN w:val="0"/>
        <w:spacing w:before="484" w:after="0" w:line="332" w:lineRule="exact"/>
        <w:ind w:right="20"/>
      </w:pPr>
      <w:r>
        <w:rPr>
          <w:rFonts w:ascii="LiberationSerif" w:eastAsia="LiberationSerif" w:hAnsi="LiberationSerif"/>
          <w:color w:val="000000"/>
          <w:sz w:val="30"/>
        </w:rPr>
        <w:t>The rolling landscape offered a deceptive sense of peace.</w:t>
      </w:r>
    </w:p>
    <w:p w14:paraId="0DE94D7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sun, though welcome, beat down relentlessly, and the air, while cleaner than the swamp's miasma, still held a dampness that clung to their clothes and skin. Liliana, ever pragmatic, surveyed their surroundings with a critical eye. Her pink skin, usually vibrant, was dull with exhaustion, the mud clinging stubbornly to her intricate tattoos. Marcus, his own body aching from the brutal ordeal in the swamp, felt the familiar weight of his M4 rifle – a comforting presence in this strange new world.</w:t>
      </w:r>
    </w:p>
    <w:p w14:paraId="4A4E6CD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need shelter," Liliana stated, her voice still rough but regaining its familiar edge. "And water. Plenty of it."</w:t>
      </w:r>
    </w:p>
    <w:p w14:paraId="3DB1F89A"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Marcus nodded, his gaze sweeping across the landscape.</w:t>
      </w:r>
    </w:p>
    <w:p w14:paraId="6F9B01E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There were no signs of human habitation – or anything resembling it – only dense forests and the occasional </w:t>
      </w:r>
      <w:r>
        <w:br/>
      </w:r>
      <w:r>
        <w:rPr>
          <w:rFonts w:ascii="LiberationSerif" w:eastAsia="LiberationSerif" w:hAnsi="LiberationSerif"/>
          <w:color w:val="000000"/>
          <w:sz w:val="30"/>
        </w:rPr>
        <w:t>outcropping of rock. The sun was beginning its descent, promising a cold night. Finding shelter before nightfall was paramount.</w:t>
      </w:r>
    </w:p>
    <w:p w14:paraId="28A4486B" w14:textId="58417A3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pushed onward, their progress slower now, the </w:t>
      </w:r>
      <w:r>
        <w:br/>
      </w:r>
      <w:r>
        <w:rPr>
          <w:rFonts w:ascii="LiberationSerif" w:eastAsia="LiberationSerif" w:hAnsi="LiberationSerif"/>
          <w:color w:val="000000"/>
          <w:sz w:val="30"/>
        </w:rPr>
        <w:t xml:space="preserve">exhaustion weighing heavily upon them. The terrain, while less treacherous than the swamp, still presented its </w:t>
      </w:r>
      <w:r>
        <w:br/>
      </w:r>
      <w:r>
        <w:rPr>
          <w:rFonts w:ascii="LiberationSerif" w:eastAsia="LiberationSerif" w:hAnsi="LiberationSerif"/>
          <w:color w:val="000000"/>
          <w:sz w:val="30"/>
        </w:rPr>
        <w:t xml:space="preserve">challenges. Thick undergrowth snagged at their clothing, and unseen obstacles tripped them more than once. </w:t>
      </w:r>
      <w:proofErr w:type="gramStart"/>
      <w:r w:rsidR="00E82353">
        <w:rPr>
          <w:rFonts w:ascii="LiberationSerif" w:eastAsia="LiberationSerif" w:hAnsi="LiberationSerif"/>
          <w:color w:val="000000"/>
          <w:sz w:val="30"/>
        </w:rPr>
        <w:t xml:space="preserve">I </w:t>
      </w:r>
      <w:r>
        <w:rPr>
          <w:rFonts w:ascii="LiberationSerif" w:eastAsia="LiberationSerif" w:hAnsi="LiberationSerif"/>
          <w:color w:val="000000"/>
          <w:sz w:val="30"/>
        </w:rPr>
        <w:t xml:space="preserve"> took</w:t>
      </w:r>
      <w:proofErr w:type="gramEnd"/>
      <w:r>
        <w:rPr>
          <w:rFonts w:ascii="LiberationSerif" w:eastAsia="LiberationSerif" w:hAnsi="LiberationSerif"/>
          <w:color w:val="000000"/>
          <w:sz w:val="30"/>
        </w:rPr>
        <w:t xml:space="preserve"> point, carefully clearing a path through the tangled vegetation. Liliana followed, her senses sharper than his, constantly alert to any potential dangers.</w:t>
      </w:r>
    </w:p>
    <w:p w14:paraId="417AFA87" w14:textId="77777777" w:rsidR="008130CF" w:rsidRDefault="008130CF" w:rsidP="003166C8">
      <w:pPr>
        <w:ind w:right="20"/>
        <w:sectPr w:rsidR="008130CF">
          <w:pgSz w:w="12240" w:h="15840"/>
          <w:pgMar w:top="0" w:right="1420" w:bottom="0" w:left="1440" w:header="720" w:footer="720" w:gutter="0"/>
          <w:cols w:space="720"/>
          <w:docGrid w:linePitch="360"/>
        </w:sectPr>
      </w:pPr>
    </w:p>
    <w:p w14:paraId="25E9D5B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As dusk approached, they stumbled upon a small, hidden cave tucked away beneath a rocky overhang. It offered </w:t>
      </w:r>
      <w:r>
        <w:br/>
      </w:r>
      <w:r>
        <w:rPr>
          <w:rFonts w:ascii="LiberationSerif" w:eastAsia="LiberationSerif" w:hAnsi="LiberationSerif"/>
          <w:color w:val="000000"/>
          <w:sz w:val="30"/>
        </w:rPr>
        <w:t xml:space="preserve">meager protection from the elements, but it was enough. The entrance was partially obscured by a curtain of vines, </w:t>
      </w:r>
      <w:r>
        <w:br/>
      </w:r>
      <w:r>
        <w:rPr>
          <w:rFonts w:ascii="LiberationSerif" w:eastAsia="LiberationSerif" w:hAnsi="LiberationSerif"/>
          <w:color w:val="000000"/>
          <w:sz w:val="30"/>
        </w:rPr>
        <w:t>providing some camouflage. Inside, the air was cool and damp, a welcome respite from the oppressive heat of the day.</w:t>
      </w:r>
    </w:p>
    <w:p w14:paraId="16B8FB6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"Not exactly the Ritz," Liliana quipped, her sarcasm a thin veil over her exhaustion. She collapsed against the cave wall, her breath coming in ragged gasps.</w:t>
      </w:r>
    </w:p>
    <w:p w14:paraId="5190F55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equally spent, sat beside her, carefully unloading his M4. He checked the magazine, ensuring he had sufficient ammunition – a routine he'd performed countless times in his life, a reflex action even in this fantastical realm. He ran a hand through his sweat-soaked hair, the weight of his </w:t>
      </w:r>
      <w:r>
        <w:br/>
      </w:r>
      <w:r>
        <w:rPr>
          <w:rFonts w:ascii="LiberationSerif" w:eastAsia="LiberationSerif" w:hAnsi="LiberationSerif"/>
          <w:color w:val="000000"/>
          <w:sz w:val="30"/>
        </w:rPr>
        <w:t>experiences pressing down on him. He had survived the swamp, but the challenges ahead were undoubtedly greater.</w:t>
      </w:r>
    </w:p>
    <w:p w14:paraId="41218F9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need to figure out our next move," Marcus said, his voice low. "The wizard… we need to find a way to stop him."</w:t>
      </w:r>
    </w:p>
    <w:p w14:paraId="3F8E13B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nodded, her eyes fixed on the entrance of the cave. "Our people are suffering. They need us. We cannot fail them." She then added a wry comment, "And I want my bloody throne back."</w:t>
      </w:r>
    </w:p>
    <w:p w14:paraId="4896D2A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Their conversation was punctuated by the sounds of the night – the rustling of leaves, the chirping of unseen insects, the occasional hoot of an owl. The cave offered little comfort against the night's sounds, and the darkness was thick and palpable, a stark contrast to the bright sunlight of the day.</w:t>
      </w:r>
    </w:p>
    <w:p w14:paraId="5D1C50F2"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Marcus lit a small fire using his lighter, a luxury he hadn't expected to have in this world. The flames danced and flickered, casting dancing shadows on the cave walls. The</w:t>
      </w:r>
    </w:p>
    <w:p w14:paraId="225A2C8E" w14:textId="77777777" w:rsidR="008130CF" w:rsidRDefault="008130CF" w:rsidP="003166C8">
      <w:pPr>
        <w:ind w:right="20"/>
        <w:sectPr w:rsidR="008130CF">
          <w:pgSz w:w="12240" w:h="15840"/>
          <w:pgMar w:top="0" w:right="1420" w:bottom="0" w:left="1440" w:header="720" w:footer="720" w:gutter="0"/>
          <w:cols w:space="720"/>
          <w:docGrid w:linePitch="360"/>
        </w:sectPr>
      </w:pPr>
    </w:p>
    <w:p w14:paraId="786C18D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heat was welcome, but it also revealed the extent of their injuries.</w:t>
      </w:r>
    </w:p>
    <w:p w14:paraId="6602582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examined Liliana’s arms, noticing deep gashes from the swamp creatures' claws. They were mostly superficial, but they needed cleaning. He carefully cleaned the wounds with water collected from a nearby stream, using his dive knife to gently clear away any debris. Liliana winced but remained stoic, her usual sarcastic banter absent. The gravity of their situation had finally sunk in.</w:t>
      </w:r>
    </w:p>
    <w:p w14:paraId="02FCE53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then examined his own cuts and bruises. The swamp had been relentless. He cleaned his wounds as well, the pain reminding him of his mortality in this strange world. He felt the cool steel of his magically bonded sword resting against his thigh; it was a comfort, a reminder of a power he was still learning to harness.</w:t>
      </w:r>
    </w:p>
    <w:p w14:paraId="3AF1BA3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After tending to their wounds, they shared their meager rations - some dried meat and fruit that Liliana had managed to salvage from their previous camp. The food was barely enough, but it sustained them. As they ate, they talked, sharing their anxieties and hopes. They discussed their escape from the swamp, the near misses and the sheer luck that had kept them alive. They spoke of the wizard and his cruelty, and the desperate plight of Liliana's people. The conversation helped to ease the tension and to fortify their bond.</w:t>
      </w:r>
    </w:p>
    <w:p w14:paraId="6682481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With the fire providing warmth and a modicum of light, Marcus shared what he knew of military strategy and tactical planning, drawing diagrams in the dirt with a twig. Liliana, in turn, shared her knowledge of the land, the local creatures, and the political dynamics of the devil tribe. Their combined knowledge proved invaluable; Marcus’ military experience supplemented Liliana's native intelligence. Their combined</w:t>
      </w:r>
    </w:p>
    <w:p w14:paraId="2F13B4D4" w14:textId="77777777" w:rsidR="008130CF" w:rsidRDefault="008130CF" w:rsidP="003166C8">
      <w:pPr>
        <w:ind w:right="20"/>
        <w:sectPr w:rsidR="008130CF">
          <w:pgSz w:w="12240" w:h="15840"/>
          <w:pgMar w:top="0" w:right="1420" w:bottom="0" w:left="1440" w:header="720" w:footer="720" w:gutter="0"/>
          <w:cols w:space="720"/>
          <w:docGrid w:linePitch="360"/>
        </w:sectPr>
      </w:pPr>
    </w:p>
    <w:p w14:paraId="220CFE2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skills, honed in disparate ways, were creating a synergy that proved more potent than either could have imagined.</w:t>
      </w:r>
    </w:p>
    <w:p w14:paraId="677E456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Hours passed in quiet contemplation. The fire eventually died down, leaving them in near darkness. The sounds of the night intensified, and the cave's damp air grew colder. They huddled close together, sharing body heat, the unspoken understanding between them deepening. They were alone, wounded, and far from home, but they were together. They were survivors.</w:t>
      </w:r>
    </w:p>
    <w:p w14:paraId="72386AB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temporary haven provided a vital respite, a moment to heal both physically and emotionally. They were far from safe; the shadow of the dark wizard still loomed large. But in this small, hidden cave, they found a flicker of hope, a </w:t>
      </w:r>
      <w:r>
        <w:br/>
      </w:r>
      <w:r>
        <w:rPr>
          <w:rFonts w:ascii="LiberationSerif" w:eastAsia="LiberationSerif" w:hAnsi="LiberationSerif"/>
          <w:color w:val="000000"/>
          <w:sz w:val="30"/>
        </w:rPr>
        <w:t xml:space="preserve">renewed resolve. The swamp had tested them, had pushed them to their limits, but they had survived. And they would continue to survive, together. The dawn would bring new challenges, but they would face them, united, their bond forged in the crucible of shared adversity. They would find a way to fight back, to reclaim Liliana's throne, and to free her people from the dark wizard's clutches. Their journey was far from over, but for now, they had found a temporary safe haven. And that, in itself, was a victory. The temporary shelter allowed them to plan their next move, a crucial step in their fight against the enslaving wizard. They needed to find a way to gather allies, resources, and intelligence. They needed to strike when the opportunity presented itself, but their strategy would require careful planning and precise execution. Their combined skills, military tactics and </w:t>
      </w:r>
      <w:r>
        <w:br/>
      </w:r>
      <w:r>
        <w:rPr>
          <w:rFonts w:ascii="LiberationSerif" w:eastAsia="LiberationSerif" w:hAnsi="LiberationSerif"/>
          <w:color w:val="000000"/>
          <w:sz w:val="30"/>
        </w:rPr>
        <w:t>devilish cunning, were their greatest weapons in this fight. They would prevail. They had to.</w:t>
      </w:r>
    </w:p>
    <w:p w14:paraId="7962A51A" w14:textId="77777777" w:rsidR="008130CF" w:rsidRDefault="008130CF" w:rsidP="003166C8">
      <w:pPr>
        <w:ind w:right="20"/>
        <w:sectPr w:rsidR="008130CF">
          <w:pgSz w:w="12240" w:h="15840"/>
          <w:pgMar w:top="0" w:right="1420" w:bottom="0" w:left="1440" w:header="720" w:footer="720" w:gutter="0"/>
          <w:cols w:space="720"/>
          <w:docGrid w:linePitch="360"/>
        </w:sectPr>
      </w:pPr>
    </w:p>
    <w:p w14:paraId="5864C051"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Falling into the Enemys Hands</w:t>
      </w:r>
    </w:p>
    <w:p w14:paraId="2C32D698"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humid air hung heavy, thick with the stench of decay and the cloying sweetness of unfamiliar blossoms. We had found a semblance of safety, a hidden grotto nestled deep within the labyrinthine swamps. Liliana, ever vigilant, her pink skin shimmering faintly in the dim light, sharpened her obsidian dagger, the blade reflecting the flickering flames of our makeshift fire. My own M4 felt oddly inadequate in this world, its familiar weight a small comfort against the </w:t>
      </w:r>
      <w:r>
        <w:br/>
      </w:r>
      <w:r>
        <w:rPr>
          <w:rFonts w:ascii="LiberationSerif" w:eastAsia="LiberationSerif" w:hAnsi="LiberationSerif"/>
          <w:color w:val="000000"/>
          <w:sz w:val="30"/>
        </w:rPr>
        <w:t xml:space="preserve">looming threat of the wizard and his forces. I checked the remaining rounds – a grim reminder of our dwindling </w:t>
      </w:r>
      <w:r>
        <w:br/>
      </w:r>
      <w:r>
        <w:rPr>
          <w:rFonts w:ascii="LiberationSerif" w:eastAsia="LiberationSerif" w:hAnsi="LiberationSerif"/>
          <w:color w:val="000000"/>
          <w:sz w:val="30"/>
        </w:rPr>
        <w:t>resources.</w:t>
      </w:r>
    </w:p>
    <w:p w14:paraId="355F3FA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past few days had been a blur of desperate flight, </w:t>
      </w:r>
      <w:r>
        <w:br/>
      </w:r>
      <w:r>
        <w:rPr>
          <w:rFonts w:ascii="LiberationSerif" w:eastAsia="LiberationSerif" w:hAnsi="LiberationSerif"/>
          <w:color w:val="000000"/>
          <w:sz w:val="30"/>
        </w:rPr>
        <w:t xml:space="preserve">harrowing encounters with creatures that defied description, and the ever-present fear of discovery. Liliana's knowledge of the swamp, honed by years of survival under the wizard's oppressive rule, had been our lifeline. She moved through the treacherous terrain with a grace that belied her fierce spirit, her every step measured and purposeful. Our bond, forged in the crucible of shared adversity, had deepened, transforming from an uneasy alliance into something akin to kinship. Her sarcastic wit, though initially grating, had become a source of unexpected comfort in the face of </w:t>
      </w:r>
      <w:r>
        <w:br/>
      </w:r>
      <w:r>
        <w:rPr>
          <w:rFonts w:ascii="LiberationSerif" w:eastAsia="LiberationSerif" w:hAnsi="LiberationSerif"/>
          <w:color w:val="000000"/>
          <w:sz w:val="30"/>
        </w:rPr>
        <w:t>relentless danger.</w:t>
      </w:r>
    </w:p>
    <w:p w14:paraId="221A2A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That night, as we huddled around the fire, the air alive with the chirps and croaks of unseen creatures, a sliver of doubt pierced my resolve. We were making progress, chipping away at the wizard's control over Liliana's tribe, but the path ahead remained shrouded in uncertainty. The wizard's power was immense, his reach seemingly boundless. Our small</w:t>
      </w:r>
    </w:p>
    <w:p w14:paraId="60D5F276" w14:textId="77777777" w:rsidR="008130CF" w:rsidRDefault="008130CF" w:rsidP="003166C8">
      <w:pPr>
        <w:ind w:right="20"/>
        <w:sectPr w:rsidR="008130CF">
          <w:pgSz w:w="12240" w:h="15840"/>
          <w:pgMar w:top="0" w:right="1420" w:bottom="0" w:left="1440" w:header="720" w:footer="720" w:gutter="0"/>
          <w:cols w:space="720"/>
          <w:docGrid w:linePitch="360"/>
        </w:sectPr>
      </w:pPr>
    </w:p>
    <w:p w14:paraId="0AC389F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band of rebels felt like a fragile spark against a raging inferno.</w:t>
      </w:r>
    </w:p>
    <w:p w14:paraId="0A8F735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It was then that the betrayal struck, swift and merciless. Not from the wizard's forces, but from within our own ranks. A member of Liliana's tribe, a young woman named Lyra who had sworn unwavering loyalty, revealed herself as a double agent. Her eyes, once bright with rebellion, now held a cold, calculating glint. The firelight danced in the betrayal in her eyes.</w:t>
      </w:r>
    </w:p>
    <w:p w14:paraId="3C48781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Lyra had apparently been working for the wizard, feeding him information on our movements, subtly sabotaging our efforts from within. Her treachery felt like a physical blow. It was a sickening realization; the weight of it settling in my stomach like a stone. She had been our guide, privy to our most crucial strategies. The thought sickened me, my </w:t>
      </w:r>
      <w:r>
        <w:br/>
      </w:r>
      <w:r>
        <w:rPr>
          <w:rFonts w:ascii="LiberationSerif" w:eastAsia="LiberationSerif" w:hAnsi="LiberationSerif"/>
          <w:color w:val="000000"/>
          <w:sz w:val="30"/>
        </w:rPr>
        <w:t>stomach churning with a mix of anger and disbelief.</w:t>
      </w:r>
    </w:p>
    <w:p w14:paraId="4333FFF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ambush was swift and brutal. While we slept, Lyra lured us into a trap. The wizard's forces emerged from the </w:t>
      </w:r>
      <w:r>
        <w:br/>
      </w:r>
      <w:r>
        <w:rPr>
          <w:rFonts w:ascii="LiberationSerif" w:eastAsia="LiberationSerif" w:hAnsi="LiberationSerif"/>
          <w:color w:val="000000"/>
          <w:sz w:val="30"/>
        </w:rPr>
        <w:t xml:space="preserve">shadows, their movements fluid and silent as phantoms. I awoke to the chilling sound of steel meeting flesh, the air filled with screams and the harsh clash of weapons. Liliana fought with the ferocity of a cornered animal, her dagger flashing like a streak of lightning. I raised my M4, its </w:t>
      </w:r>
      <w:r>
        <w:br/>
      </w:r>
      <w:r>
        <w:rPr>
          <w:rFonts w:ascii="LiberationSerif" w:eastAsia="LiberationSerif" w:hAnsi="LiberationSerif"/>
          <w:color w:val="000000"/>
          <w:sz w:val="30"/>
        </w:rPr>
        <w:t xml:space="preserve">familiar weight a small comfort in this strange and hostile land. But the odds were stacked against us, the enemy </w:t>
      </w:r>
      <w:r>
        <w:br/>
      </w:r>
      <w:r>
        <w:rPr>
          <w:rFonts w:ascii="LiberationSerif" w:eastAsia="LiberationSerif" w:hAnsi="LiberationSerif"/>
          <w:color w:val="000000"/>
          <w:sz w:val="30"/>
        </w:rPr>
        <w:t>overwhelming in their numbers and power.</w:t>
      </w:r>
    </w:p>
    <w:p w14:paraId="3CF093D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Despite my best efforts, I was overwhelmed. The magical creatures fighting alongside the wizard's human soldiers proved a formidable opponent, their attacks unpredictable and deadly. One moment I was firing, the next I was </w:t>
      </w:r>
      <w:r>
        <w:br/>
      </w:r>
      <w:r>
        <w:rPr>
          <w:rFonts w:ascii="LiberationSerif" w:eastAsia="LiberationSerif" w:hAnsi="LiberationSerif"/>
          <w:color w:val="000000"/>
          <w:sz w:val="30"/>
        </w:rPr>
        <w:t>wrestling a creature that looked like a cross between a wolf and a thorny vine, its claws tearing at my protective gear, its</w:t>
      </w:r>
    </w:p>
    <w:p w14:paraId="74651791" w14:textId="77777777" w:rsidR="008130CF" w:rsidRDefault="008130CF" w:rsidP="003166C8">
      <w:pPr>
        <w:ind w:right="20"/>
        <w:sectPr w:rsidR="008130CF">
          <w:pgSz w:w="12240" w:h="15840"/>
          <w:pgMar w:top="0" w:right="1420" w:bottom="0" w:left="1440" w:header="720" w:footer="720" w:gutter="0"/>
          <w:cols w:space="720"/>
          <w:docGrid w:linePitch="360"/>
        </w:sectPr>
      </w:pPr>
    </w:p>
    <w:p w14:paraId="6545FBC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venomous barbs piercing my skin. I fought back with a primal scream, the adrenaline surging through me, blurring my vision. The taste of blood filled my mouth as I finally managed to overpower the creature.</w:t>
      </w:r>
    </w:p>
    <w:p w14:paraId="48D9D77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It was during the desperate struggle that I received a blow to the head, a searing pain that plunged me into darkness. I remember the disorienting chaos – the screams, the clash of steel, the chilling laughter of the wizard echoing in my ears –before oblivion claimed me.</w:t>
      </w:r>
    </w:p>
    <w:p w14:paraId="682CC57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When I awoke, the world swam in and out of focus. A </w:t>
      </w:r>
      <w:r>
        <w:br/>
      </w:r>
      <w:r>
        <w:rPr>
          <w:rFonts w:ascii="LiberationSerif" w:eastAsia="LiberationSerif" w:hAnsi="LiberationSerif"/>
          <w:color w:val="000000"/>
          <w:sz w:val="30"/>
        </w:rPr>
        <w:t>throbbing headache pulsed behind my eyes. I was bound, my hands secured behind my back with thick ropes, my body aching from the brutal fight. I was lying on a cold stone floor, the rough texture grating against my skin. The air was thick with the stench of sweat, blood, and something else – a cloying, acrid odor that made my nostrils burn. The only light source came from a flickering torch on the wall, casting long, distorted shadows across the room. My surroundings were stark, cold, unwelcoming; a stark contrast to the humid swamp we had just escaped.</w:t>
      </w:r>
    </w:p>
    <w:p w14:paraId="189FD45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eyes slowly adjusted to the dim light. I was in a stone chamber, roughly hewn and damp. The walls were bare, save for the flickering torch and a large, iron-bound door. The air was still, except for my ragged breaths. I tried to move, a sharp pain shooting through my shoulder, reminding me of the beating I had endured. My body screamed in protest at the slightest movement. My dive knife, thankfully, still </w:t>
      </w:r>
      <w:r>
        <w:br/>
      </w:r>
      <w:r>
        <w:rPr>
          <w:rFonts w:ascii="LiberationSerif" w:eastAsia="LiberationSerif" w:hAnsi="LiberationSerif"/>
          <w:color w:val="000000"/>
          <w:sz w:val="30"/>
        </w:rPr>
        <w:t>remained strapped to my leg.</w:t>
      </w:r>
    </w:p>
    <w:p w14:paraId="46A13E2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door creaked open, revealing a towering figure </w:t>
      </w:r>
      <w:r>
        <w:br/>
      </w:r>
      <w:r>
        <w:rPr>
          <w:rFonts w:ascii="LiberationSerif" w:eastAsia="LiberationSerif" w:hAnsi="LiberationSerif"/>
          <w:color w:val="000000"/>
          <w:sz w:val="30"/>
        </w:rPr>
        <w:t>silhouetted against the dim light outside. The figure stepped inside, the torchlight finally illuminating his features. It was the wizard, his eyes glittering with malevolent satisfaction.</w:t>
      </w:r>
    </w:p>
    <w:p w14:paraId="32DB563C" w14:textId="77777777" w:rsidR="008130CF" w:rsidRDefault="008130CF" w:rsidP="003166C8">
      <w:pPr>
        <w:ind w:right="20"/>
        <w:sectPr w:rsidR="008130CF">
          <w:pgSz w:w="12240" w:h="15840"/>
          <w:pgMar w:top="0" w:right="1420" w:bottom="0" w:left="1440" w:header="720" w:footer="720" w:gutter="0"/>
          <w:cols w:space="720"/>
          <w:docGrid w:linePitch="360"/>
        </w:sectPr>
      </w:pPr>
    </w:p>
    <w:p w14:paraId="2388086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His long white beard reached his chest, and his robes, embroidered with arcane symbols, seemed to shimmer with an inner light. His gaze was piercing, cold and unrelenting.</w:t>
      </w:r>
    </w:p>
    <w:p w14:paraId="34B616C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"Ah, Sergeant Cole," the wizard sneered, his voice smooth yet chilling. "I must say, you are quite tenacious. However, even your skills are no match for my power. You have fought well but you have underestimated my reach."</w:t>
      </w:r>
    </w:p>
    <w:p w14:paraId="4894AA3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gestured toward the chamber's far side, where a group of hulking figures were being led toward the exit. They </w:t>
      </w:r>
      <w:r>
        <w:br/>
      </w:r>
      <w:r>
        <w:rPr>
          <w:rFonts w:ascii="LiberationSerif" w:eastAsia="LiberationSerif" w:hAnsi="LiberationSerif"/>
          <w:color w:val="000000"/>
          <w:sz w:val="30"/>
        </w:rPr>
        <w:t>appeared to be gladiators preparing for their bouts, their bodies scarred and weathered from countless battles.</w:t>
      </w:r>
    </w:p>
    <w:p w14:paraId="0A528BE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"You will be joining them. This isn't a battlefield, Sergeant Cole. This is my arena, and you will be a spectacle." He chuckled, a sound that sent shivers down my spine. "A fascinating specimen for my esteemed guests to wager on.</w:t>
      </w:r>
    </w:p>
    <w:p w14:paraId="1BCDA576"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This is an entertainment that they crave."</w:t>
      </w:r>
    </w:p>
    <w:p w14:paraId="3B516E78" w14:textId="4CAAF30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Panic began to surge within me, but I pushed it down, </w:t>
      </w:r>
      <w:r>
        <w:br/>
      </w:r>
      <w:r>
        <w:rPr>
          <w:rFonts w:ascii="LiberationSerif" w:eastAsia="LiberationSerif" w:hAnsi="LiberationSerif"/>
          <w:color w:val="000000"/>
          <w:sz w:val="30"/>
        </w:rPr>
        <w:t xml:space="preserve">replacing it with cold, calculated focus. I had to survive. This was not the end. I would find a way to use this to my </w:t>
      </w:r>
      <w:r>
        <w:br/>
      </w:r>
      <w:r>
        <w:rPr>
          <w:rFonts w:ascii="LiberationSerif" w:eastAsia="LiberationSerif" w:hAnsi="LiberationSerif"/>
          <w:color w:val="000000"/>
          <w:sz w:val="30"/>
        </w:rPr>
        <w:t xml:space="preserve">advantage. To survive. To escape. To fight again. For </w:t>
      </w:r>
      <w:r>
        <w:br/>
      </w:r>
      <w:r>
        <w:rPr>
          <w:rFonts w:ascii="LiberationSerif" w:eastAsia="LiberationSerif" w:hAnsi="LiberationSerif"/>
          <w:color w:val="000000"/>
          <w:sz w:val="30"/>
        </w:rPr>
        <w:t>Liliana. For freedom.</w:t>
      </w:r>
    </w:p>
    <w:p w14:paraId="3E07B9D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gaze fell upon the wizard’s words, carefully chosen, a subtle threat, a promise of a bloody spectacle. The </w:t>
      </w:r>
      <w:r>
        <w:br/>
      </w:r>
      <w:r>
        <w:rPr>
          <w:rFonts w:ascii="LiberationSerif" w:eastAsia="LiberationSerif" w:hAnsi="LiberationSerif"/>
          <w:color w:val="000000"/>
          <w:sz w:val="30"/>
        </w:rPr>
        <w:t>gladiatorial combat was not just a display of power, but a calculated strategy, a means to subjugate, to crush any remaining resistance, a performance for his twisted</w:t>
      </w:r>
    </w:p>
    <w:p w14:paraId="4970B163" w14:textId="77777777" w:rsidR="008130CF" w:rsidRDefault="008130CF" w:rsidP="003166C8">
      <w:pPr>
        <w:ind w:right="20"/>
        <w:sectPr w:rsidR="008130CF">
          <w:pgSz w:w="12240" w:h="15840"/>
          <w:pgMar w:top="0" w:right="1420" w:bottom="0" w:left="1440" w:header="720" w:footer="720" w:gutter="0"/>
          <w:cols w:space="720"/>
          <w:docGrid w:linePitch="360"/>
        </w:sectPr>
      </w:pPr>
    </w:p>
    <w:p w14:paraId="035205B9"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amusement. This wasn't a random fight to the death; it was a calculated display of strength, a demonstration of the </w:t>
      </w:r>
      <w:r>
        <w:br/>
      </w:r>
      <w:r>
        <w:rPr>
          <w:rFonts w:ascii="LiberationSerif" w:eastAsia="LiberationSerif" w:hAnsi="LiberationSerif"/>
          <w:color w:val="000000"/>
          <w:sz w:val="30"/>
        </w:rPr>
        <w:t>wizard's might, a warning to any who dared to oppose him.</w:t>
      </w:r>
    </w:p>
    <w:p w14:paraId="7CB24D1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wizard's laughter echoed in the chamber, a chilling reminder of the danger I was in. But in those echoing sounds, there was also a vulnerability, a weakness, a dependence on the spectacle, on the drama, that I could potentially exploit.</w:t>
      </w:r>
    </w:p>
    <w:p w14:paraId="5F45599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was relying on his audience, on his perceived </w:t>
      </w:r>
      <w:r>
        <w:br/>
      </w:r>
      <w:r>
        <w:rPr>
          <w:rFonts w:ascii="LiberationSerif" w:eastAsia="LiberationSerif" w:hAnsi="LiberationSerif"/>
          <w:color w:val="000000"/>
          <w:sz w:val="30"/>
        </w:rPr>
        <w:t xml:space="preserve">invincibility, on the fear he instilled in the hearts of his </w:t>
      </w:r>
      <w:r>
        <w:br/>
      </w:r>
      <w:r>
        <w:rPr>
          <w:rFonts w:ascii="LiberationSerif" w:eastAsia="LiberationSerif" w:hAnsi="LiberationSerif"/>
          <w:color w:val="000000"/>
          <w:sz w:val="30"/>
        </w:rPr>
        <w:t xml:space="preserve">subjects. This was not just a gladiatorial arena; it was a </w:t>
      </w:r>
      <w:r>
        <w:br/>
      </w:r>
      <w:r>
        <w:rPr>
          <w:rFonts w:ascii="LiberationSerif" w:eastAsia="LiberationSerif" w:hAnsi="LiberationSerif"/>
          <w:color w:val="000000"/>
          <w:sz w:val="30"/>
        </w:rPr>
        <w:t>carefully orchestrated theatre, a play with a carefully scripted narrative that I could potentially disrupt.</w:t>
      </w:r>
    </w:p>
    <w:p w14:paraId="028B7AD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My capture had not been random. Lyra’s betrayal had been calculated, the outcome orchestrated for the wizard's own twisted entertainment. I was a pawn, a powerful pawn, in a game far larger than any single battle.</w:t>
      </w:r>
    </w:p>
    <w:p w14:paraId="3BF409F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they led me toward the arena, the adrenaline coursing through my veins, I began to formulate my plan. Survival was paramount, but this was more than just a fight for survival. It was a battle for opportunity, a chance to turn the tide, to strike back at the heart of the wizard's power. And it all started in the arena, beneath the gaze of the wizard and his perverse audience.</w:t>
      </w:r>
    </w:p>
    <w:p w14:paraId="1C2EC7E9" w14:textId="77777777" w:rsidR="008130CF" w:rsidRDefault="008130CF" w:rsidP="003166C8">
      <w:pPr>
        <w:ind w:right="20"/>
        <w:sectPr w:rsidR="008130CF">
          <w:pgSz w:w="12240" w:h="15840"/>
          <w:pgMar w:top="0" w:right="1420" w:bottom="0" w:left="1440" w:header="720" w:footer="720" w:gutter="0"/>
          <w:cols w:space="720"/>
          <w:docGrid w:linePitch="360"/>
        </w:sectPr>
      </w:pPr>
    </w:p>
    <w:p w14:paraId="49B80033"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Forced into Gladiatorial Combat</w:t>
      </w:r>
    </w:p>
    <w:p w14:paraId="32EC741A"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rough-hewn stones of the arena walls pressed in, a claustrophobic embrace that smelled of sweat, blood, and something akin to burnt sugar. The air vibrated with the roar of the crowd – a cacophony of guttural shouts and ecstatic screams that sent a shiver down my spine. I hadn't </w:t>
      </w:r>
      <w:r>
        <w:br/>
      </w:r>
      <w:r>
        <w:rPr>
          <w:rFonts w:ascii="LiberationSerif" w:eastAsia="LiberationSerif" w:hAnsi="LiberationSerif"/>
          <w:color w:val="000000"/>
          <w:sz w:val="30"/>
        </w:rPr>
        <w:t>encountered anything quite like this in my years of service, not even in the chaos of Fallujah. This was a different kind of hell, a visceral, primal spectacle fueled by bloodlust and magic.</w:t>
      </w:r>
    </w:p>
    <w:p w14:paraId="342EDF8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captors, hulking figures with skin the color of polished obsidian and eyes that gleamed with cruel amusement, shoved me into the arena. My hands were bound behind my back, the rough ropes cutting into my wrists. My M4 was gone, confiscated along with everything else except my dive knife, a pathetically small weapon against whatever horrors awaited me. The magically bonded sword, however, </w:t>
      </w:r>
      <w:r>
        <w:br/>
      </w:r>
      <w:r>
        <w:rPr>
          <w:rFonts w:ascii="LiberationSerif" w:eastAsia="LiberationSerif" w:hAnsi="LiberationSerif"/>
          <w:color w:val="000000"/>
          <w:sz w:val="30"/>
        </w:rPr>
        <w:t xml:space="preserve">remained strapped to my back – a silent promise of a </w:t>
      </w:r>
      <w:r>
        <w:br/>
      </w:r>
      <w:r>
        <w:rPr>
          <w:rFonts w:ascii="LiberationSerif" w:eastAsia="LiberationSerif" w:hAnsi="LiberationSerif"/>
          <w:color w:val="000000"/>
          <w:sz w:val="30"/>
        </w:rPr>
        <w:t>fighting chance.</w:t>
      </w:r>
    </w:p>
    <w:p w14:paraId="05427FA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opponent materialized from the shadows – a towering beast of a man, or perhaps something more. His skin was a sickly green, his muscles bulging beneath scales that </w:t>
      </w:r>
      <w:r>
        <w:br/>
      </w:r>
      <w:r>
        <w:rPr>
          <w:rFonts w:ascii="LiberationSerif" w:eastAsia="LiberationSerif" w:hAnsi="LiberationSerif"/>
          <w:color w:val="000000"/>
          <w:sz w:val="30"/>
        </w:rPr>
        <w:t>shimmered with an unnatural iridescence. Two wickedly curved horns sprouted from his forehead, and his eyes burned with a predatory gleam. He wielded a massive club, its head fashioned from a bone that looked disturbingly human.</w:t>
      </w:r>
    </w:p>
    <w:p w14:paraId="632837A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crowd’s cheers escalated into a frenzy as the obsidian-skinned guards released me. The ropes fell away, and the familiar weight of the dive knife brought a small measure of</w:t>
      </w:r>
    </w:p>
    <w:p w14:paraId="18EC09E4" w14:textId="77777777" w:rsidR="008130CF" w:rsidRDefault="008130CF" w:rsidP="003166C8">
      <w:pPr>
        <w:ind w:right="20"/>
        <w:sectPr w:rsidR="008130CF">
          <w:pgSz w:w="12240" w:h="15840"/>
          <w:pgMar w:top="0" w:right="1420" w:bottom="0" w:left="1440" w:header="720" w:footer="720" w:gutter="0"/>
          <w:cols w:space="720"/>
          <w:docGrid w:linePitch="360"/>
        </w:sectPr>
      </w:pPr>
    </w:p>
    <w:p w14:paraId="32442BD9" w14:textId="62FAA1A4"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comfort. My plan, born of desperation began to unfold. My strategy was simple, brutal, and relied heavily on my training and the unexpected. I was a soldier, not a gladiator, but I would fight like one.</w:t>
      </w:r>
    </w:p>
    <w:p w14:paraId="7C52EA4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moved with the fluid grace honed from years spent </w:t>
      </w:r>
      <w:r>
        <w:br/>
      </w:r>
      <w:r>
        <w:rPr>
          <w:rFonts w:ascii="LiberationSerif" w:eastAsia="LiberationSerif" w:hAnsi="LiberationSerif"/>
          <w:color w:val="000000"/>
          <w:sz w:val="30"/>
        </w:rPr>
        <w:t xml:space="preserve">underwater, a phantom slipping between the beast’s clumsy lunges. He swung the club, aiming for my head, but I was already moving. I rolled, narrowly avoiding the bone's </w:t>
      </w:r>
      <w:r>
        <w:br/>
      </w:r>
      <w:r>
        <w:rPr>
          <w:rFonts w:ascii="LiberationSerif" w:eastAsia="LiberationSerif" w:hAnsi="LiberationSerif"/>
          <w:color w:val="000000"/>
          <w:sz w:val="30"/>
        </w:rPr>
        <w:t xml:space="preserve">crushing impact, the ground jarring my body. As he </w:t>
      </w:r>
      <w:r>
        <w:br/>
      </w:r>
      <w:r>
        <w:rPr>
          <w:rFonts w:ascii="LiberationSerif" w:eastAsia="LiberationSerif" w:hAnsi="LiberationSerif"/>
          <w:color w:val="000000"/>
          <w:sz w:val="30"/>
        </w:rPr>
        <w:t>overextended, I saw my chance. I used the momentum of his swing against him, my body darting forward, low to the ground. My dive knife, surprisingly effective in this brutal context, found its mark, slicing deep into his leg with a sickening thud.</w:t>
      </w:r>
    </w:p>
    <w:p w14:paraId="13F202A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 roar of pain and fury erupted from the beast. He stumbled, giving me a brief window of opportunity. I sprang to my feet, using the momentum to deliver a swift kick to his chest, sending him reeling back. The crowd was now a roaring tempest, a mix of shock and excitement at the unexpected turn of events.</w:t>
      </w:r>
    </w:p>
    <w:p w14:paraId="465C93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recovered quickly, his anger fueling his movements. He charged again, his movements less clumsy, fueled by rage. This time, I didn't dodge. I met his attack head-on, using the momentum of his swing to bring him off balance. I used the element of surprise; while he expected another dodge, my movements were calculated and decisive. I parried his blow with the back of my forearm, the force of the impact still sending a jolt up my arm.</w:t>
      </w:r>
    </w:p>
    <w:p w14:paraId="688C4B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fight became a brutal dance of death, a ballet of pain and skill. I was outnumbered, outmatched in terms of raw </w:t>
      </w:r>
      <w:r>
        <w:br/>
      </w:r>
      <w:r>
        <w:rPr>
          <w:rFonts w:ascii="LiberationSerif" w:eastAsia="LiberationSerif" w:hAnsi="LiberationSerif"/>
          <w:color w:val="000000"/>
          <w:sz w:val="30"/>
        </w:rPr>
        <w:t>strength, but I was faster, more agile, more cunning. My training had taught me to anticipate, to read my opponent's</w:t>
      </w:r>
    </w:p>
    <w:p w14:paraId="69322170" w14:textId="77777777" w:rsidR="008130CF" w:rsidRDefault="008130CF" w:rsidP="003166C8">
      <w:pPr>
        <w:ind w:right="20"/>
        <w:sectPr w:rsidR="008130CF">
          <w:pgSz w:w="12240" w:h="15840"/>
          <w:pgMar w:top="0" w:right="1420" w:bottom="0" w:left="1440" w:header="720" w:footer="720" w:gutter="0"/>
          <w:cols w:space="720"/>
          <w:docGrid w:linePitch="360"/>
        </w:sectPr>
      </w:pPr>
    </w:p>
    <w:p w14:paraId="4339BCAC"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movements, to exploit his weaknesses. Every cut, every strike was precise, aimed at disabling rather than simply injuring. I needed him incapacitated, not killed, at least not yet. I had a larger game to play.</w:t>
      </w:r>
    </w:p>
    <w:p w14:paraId="1907FD6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 weaved and bobbed, using the arena’s confines to my advantage. Each time he charged, I used his own force against him, redirecting his energy, wearing him down. My dive knife became an extension of my body, flashing with deadly precision. A deep gash across his arm drew a fresh roar of agony from him, accompanied by a wave of green ichor.</w:t>
      </w:r>
    </w:p>
    <w:p w14:paraId="6291605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crowd's reaction was telling. Their initial excitement had morphed into a tense anticipation. They were no longer simply enjoying a spectacle; they were witnessing a battle of wills, a struggle against impossible odds. My relentless </w:t>
      </w:r>
      <w:r>
        <w:br/>
      </w:r>
      <w:r>
        <w:rPr>
          <w:rFonts w:ascii="LiberationSerif" w:eastAsia="LiberationSerif" w:hAnsi="LiberationSerif"/>
          <w:color w:val="000000"/>
          <w:sz w:val="30"/>
        </w:rPr>
        <w:t xml:space="preserve">attack, my calculated maneuvers, were proving to be more than just a skilled display. It was a demonstration of </w:t>
      </w:r>
      <w:r>
        <w:br/>
      </w:r>
      <w:r>
        <w:rPr>
          <w:rFonts w:ascii="LiberationSerif" w:eastAsia="LiberationSerif" w:hAnsi="LiberationSerif"/>
          <w:color w:val="000000"/>
          <w:sz w:val="30"/>
        </w:rPr>
        <w:t>resilience, of an unyielding spirit that resonated with them on a primal level.</w:t>
      </w:r>
    </w:p>
    <w:p w14:paraId="7E29B01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 knew I couldn't sustain this pace forever. My strength was fading, the cuts on my arms and legs burning. But the beast was tiring faster. He was now relying on brute strength, his attacks wild and unpredictable. This was my moment.</w:t>
      </w:r>
    </w:p>
    <w:p w14:paraId="20561F7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With a final, desperate surge of adrenaline, I feigned a </w:t>
      </w:r>
      <w:r>
        <w:br/>
      </w:r>
      <w:r>
        <w:rPr>
          <w:rFonts w:ascii="LiberationSerif" w:eastAsia="LiberationSerif" w:hAnsi="LiberationSerif"/>
          <w:color w:val="000000"/>
          <w:sz w:val="30"/>
        </w:rPr>
        <w:t>retreat, drawing him in. As he lunged, I sidestepped, my dive knife flashing once more, this time aimed at the soft flesh beneath his jaw. He crumpled to his knees, his roars turning into gurgling gasps. The crowd went silent, stunned into a hush.</w:t>
      </w:r>
    </w:p>
    <w:p w14:paraId="2301739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 stood over him, my breath ragged, my body screaming in protest. My dive knife was dripping with blood, the green</w:t>
      </w:r>
    </w:p>
    <w:p w14:paraId="09BC4884" w14:textId="77777777" w:rsidR="008130CF" w:rsidRDefault="008130CF" w:rsidP="003166C8">
      <w:pPr>
        <w:ind w:right="20"/>
        <w:sectPr w:rsidR="008130CF">
          <w:pgSz w:w="12240" w:h="15840"/>
          <w:pgMar w:top="0" w:right="1420" w:bottom="0" w:left="1440" w:header="720" w:footer="720" w:gutter="0"/>
          <w:cols w:space="720"/>
          <w:docGrid w:linePitch="360"/>
        </w:sectPr>
      </w:pPr>
    </w:p>
    <w:p w14:paraId="1736AF92"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ichor mixing with my own. But I was still standing. I had won. The silence hung heavy in the air, broken only by my own labored breathing. Then, a slow clap began in the stands, hesitant at first, then building into a thunderous ovation. It was a strange victory, won not by brute force but by strategy and sheer will.</w:t>
      </w:r>
    </w:p>
    <w:p w14:paraId="27FA2FA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obsidian-skinned guards rushed into the arena. This wasn’t just a gladiatorial contest; it was a display of power, a test to gauge my strength and resolve. My performance had clearly impressed them, and, more importantly, the wizard who watched from the shadows of the royal box. This </w:t>
      </w:r>
      <w:r>
        <w:br/>
      </w:r>
      <w:r>
        <w:rPr>
          <w:rFonts w:ascii="LiberationSerif" w:eastAsia="LiberationSerif" w:hAnsi="LiberationSerif"/>
          <w:color w:val="000000"/>
          <w:sz w:val="30"/>
        </w:rPr>
        <w:t>victory, hard-fought and unexpected, was more than just survival. It was a stepping stone, a chance to gain leverage.</w:t>
      </w:r>
    </w:p>
    <w:p w14:paraId="44041687"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It was a chance to play the game on my own terms, to turn this twisted situation to my advantage, and perhaps, even to find a way to escape this infernal arena and rescue Liliana.</w:t>
      </w:r>
    </w:p>
    <w:p w14:paraId="6BE11D9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lingering scent of blood and sweat hung in the air, a testament to the brutal contest, but beneath it all, I smelled the faint promise of freedom. The fight had been won, but the war was far from over. The wizard’s eyes, though I couldn’t see them, were surely assessing me, calculating my value, his next move in this deadly game. And I would play it well.</w:t>
      </w:r>
    </w:p>
    <w:p w14:paraId="36394748" w14:textId="77777777" w:rsidR="008130CF" w:rsidRDefault="008130CF" w:rsidP="003166C8">
      <w:pPr>
        <w:ind w:right="20"/>
        <w:sectPr w:rsidR="008130CF">
          <w:pgSz w:w="12240" w:h="15840"/>
          <w:pgMar w:top="0" w:right="1420" w:bottom="0" w:left="1440" w:header="720" w:footer="720" w:gutter="0"/>
          <w:cols w:space="720"/>
          <w:docGrid w:linePitch="360"/>
        </w:sectPr>
      </w:pPr>
    </w:p>
    <w:p w14:paraId="4E7060C2"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Turn of Events</w:t>
      </w:r>
    </w:p>
    <w:p w14:paraId="483CD6E1"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roar of the crowd subsided, replaced by a stunned silence. My opponent, a hulking brute with scales the color of midnight and eyes like burning coals, lay still in the dust.</w:t>
      </w:r>
    </w:p>
    <w:p w14:paraId="610C5EDC"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His chest, once heaving with violent breaths, was now impossibly still. I stood over him, my breath ragged, my body screaming in protest, but my mind was already </w:t>
      </w:r>
      <w:r>
        <w:br/>
      </w:r>
      <w:r>
        <w:rPr>
          <w:rFonts w:ascii="LiberationSerif" w:eastAsia="LiberationSerif" w:hAnsi="LiberationSerif"/>
          <w:color w:val="000000"/>
          <w:sz w:val="30"/>
        </w:rPr>
        <w:t xml:space="preserve">calculating. The M4, still strapped to my back, remained untouched. The dive knife, usually my most reliable </w:t>
      </w:r>
      <w:r>
        <w:br/>
      </w:r>
      <w:r>
        <w:rPr>
          <w:rFonts w:ascii="LiberationSerif" w:eastAsia="LiberationSerif" w:hAnsi="LiberationSerif"/>
          <w:color w:val="000000"/>
          <w:sz w:val="30"/>
        </w:rPr>
        <w:t>companion, felt strangely inadequate against such powerful adversaries. The enchanted sword, a gift of unforeseen circumstance, however, had proved more than a match. Its weight felt oddly familiar, an extension of my will, slicing through the creature’s thick hide with unnerving ease.</w:t>
      </w:r>
    </w:p>
    <w:p w14:paraId="32A0180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obsidian-skinned guards, initially shocked into silence, erupted into a cacophony of excited chatter, their guttural language a mixture of awe and something akin to fear. Their initial assessment of me – a captured soldier, a mere </w:t>
      </w:r>
      <w:r>
        <w:br/>
      </w:r>
      <w:r>
        <w:rPr>
          <w:rFonts w:ascii="LiberationSerif" w:eastAsia="LiberationSerif" w:hAnsi="LiberationSerif"/>
          <w:color w:val="000000"/>
          <w:sz w:val="30"/>
        </w:rPr>
        <w:t xml:space="preserve">plaything for their amusement – had undergone a seismic shift. I was no longer just a fighter; I was a spectacle, a </w:t>
      </w:r>
      <w:r>
        <w:br/>
      </w:r>
      <w:r>
        <w:rPr>
          <w:rFonts w:ascii="LiberationSerif" w:eastAsia="LiberationSerif" w:hAnsi="LiberationSerif"/>
          <w:color w:val="000000"/>
          <w:sz w:val="30"/>
        </w:rPr>
        <w:t>legend in the making. Their eyes, sharp and assessing, darted over my scarred body, over the magical sword still dripping with the creature's ichor, and finally, settled on my face.</w:t>
      </w:r>
    </w:p>
    <w:p w14:paraId="42C7ADC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There was no longer the contempt I had come to expect; instead, I saw a flicker of respect, a grudging </w:t>
      </w:r>
      <w:r>
        <w:br/>
      </w:r>
      <w:r>
        <w:rPr>
          <w:rFonts w:ascii="LiberationSerif" w:eastAsia="LiberationSerif" w:hAnsi="LiberationSerif"/>
          <w:color w:val="000000"/>
          <w:sz w:val="30"/>
        </w:rPr>
        <w:t>acknowledgment of my skill.</w:t>
      </w:r>
    </w:p>
    <w:p w14:paraId="016252D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 figure emerged from the shadows of the royal box, his silhouette tall and imposing. He wore flowing robes of deep purple, embroidered with arcane symbols that shimmered faintly in the arena’s flickering torchlight. Even from a distance, I could sense the immense power radiating from</w:t>
      </w:r>
    </w:p>
    <w:p w14:paraId="341171CD" w14:textId="77777777" w:rsidR="008130CF" w:rsidRDefault="008130CF" w:rsidP="003166C8">
      <w:pPr>
        <w:ind w:right="20"/>
        <w:sectPr w:rsidR="008130CF">
          <w:pgSz w:w="12240" w:h="15840"/>
          <w:pgMar w:top="0" w:right="1420" w:bottom="0" w:left="1440" w:header="720" w:footer="720" w:gutter="0"/>
          <w:cols w:space="720"/>
          <w:docGrid w:linePitch="360"/>
        </w:sectPr>
      </w:pPr>
    </w:p>
    <w:p w14:paraId="1C47A1F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him, the palpable weight of his magical aura. This was the wizard, the puppet master pulling the strings of this </w:t>
      </w:r>
      <w:r>
        <w:br/>
      </w:r>
      <w:r>
        <w:rPr>
          <w:rFonts w:ascii="LiberationSerif" w:eastAsia="LiberationSerif" w:hAnsi="LiberationSerif"/>
          <w:color w:val="000000"/>
          <w:sz w:val="30"/>
        </w:rPr>
        <w:t>nightmarish theater. His presence alone was enough to make the very air crackle with anticipation.</w:t>
      </w:r>
    </w:p>
    <w:p w14:paraId="031C38B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spoke, his voice echoing through the arena, amplified by some unseen magical force. The language was alien, but the tone was unmistakable: commanding, assessing, and subtly laced with a grudging admiration. The guards translated in hushed whispers, relaying his words to the assembled </w:t>
      </w:r>
      <w:r>
        <w:br/>
      </w:r>
      <w:r>
        <w:rPr>
          <w:rFonts w:ascii="LiberationSerif" w:eastAsia="LiberationSerif" w:hAnsi="LiberationSerif"/>
          <w:color w:val="000000"/>
          <w:sz w:val="30"/>
        </w:rPr>
        <w:t>spectators, their voices barely audible above the still buzzing crowd. He had ordered that I be brought before him.</w:t>
      </w:r>
    </w:p>
    <w:p w14:paraId="6CB8690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guards led me to the royal box, a meticulously crafted structure of dark wood and polished obsidian. I walked with a practiced gait, my injured ribs protesting with each step, but my posture remained defiant. I made no attempt to hide my weariness or pain; in fact, I carried myself with an air of calculated indifference, allowing them to see my strength, both physical and mental. My capture had been an </w:t>
      </w:r>
      <w:r>
        <w:br/>
      </w:r>
      <w:r>
        <w:rPr>
          <w:rFonts w:ascii="LiberationSerif" w:eastAsia="LiberationSerif" w:hAnsi="LiberationSerif"/>
          <w:color w:val="000000"/>
          <w:sz w:val="30"/>
        </w:rPr>
        <w:t>unforeseen setback, but I refused to let it crush my spirit. This was my battlefield now, and I would play the game as adeptly as I had played in the arena.</w:t>
      </w:r>
    </w:p>
    <w:p w14:paraId="79A14D7A" w14:textId="3B7F554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wizard, whose name the guards revealed as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scrutinized me from head to toe. His eyes, a chilling shade of emerald green, held an unsettling mix of curiosity and </w:t>
      </w:r>
      <w:r>
        <w:br/>
      </w:r>
      <w:r>
        <w:rPr>
          <w:rFonts w:ascii="LiberationSerif" w:eastAsia="LiberationSerif" w:hAnsi="LiberationSerif"/>
          <w:color w:val="000000"/>
          <w:sz w:val="30"/>
        </w:rPr>
        <w:t>something akin to hunger. He sat upon a throne of twisted blackwood, his fingers toying with a jeweled orb that pulsed with inner light. The orb seemed to throb in sync with my heartbeat, a subtle but unnerving connection.</w:t>
      </w:r>
    </w:p>
    <w:p w14:paraId="3C262F17" w14:textId="7E14D75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"Impressive,"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finally said, his voice a low rumble that shook the very foundations of the box. The guards translated his words, their voices laced with an unnerving mixture of fear and awe. “You have surpassed even my</w:t>
      </w:r>
    </w:p>
    <w:p w14:paraId="1FE9633E" w14:textId="77777777" w:rsidR="008130CF" w:rsidRDefault="008130CF" w:rsidP="003166C8">
      <w:pPr>
        <w:ind w:right="20"/>
        <w:sectPr w:rsidR="008130CF">
          <w:pgSz w:w="12240" w:h="15840"/>
          <w:pgMar w:top="0" w:right="1420" w:bottom="0" w:left="1440" w:header="720" w:footer="720" w:gutter="0"/>
          <w:cols w:space="720"/>
          <w:docGrid w:linePitch="360"/>
        </w:sectPr>
      </w:pPr>
    </w:p>
    <w:p w14:paraId="57910BD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expectations. Your resilience, your skill... they are truly remarkable."</w:t>
      </w:r>
    </w:p>
    <w:p w14:paraId="72808B3A" w14:textId="6498B58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“You might also note my tactical adaptability,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I replied, my words sharp and clear despite the lingering pain in my side. My voice echoed strangely in the box, magnified by the same magic that amplified his. I was surprised by my own audacity, but I refused to be intimidated. This was a gamble, playing to his perceived ego, but it felt like my best option.</w:t>
      </w:r>
    </w:p>
    <w:p w14:paraId="486A1287" w14:textId="13E8C426" w:rsidR="008130CF" w:rsidRDefault="006D4D1F" w:rsidP="003166C8">
      <w:pPr>
        <w:autoSpaceDE w:val="0"/>
        <w:autoSpaceDN w:val="0"/>
        <w:spacing w:before="360" w:after="0" w:line="360" w:lineRule="exact"/>
        <w:ind w:right="20"/>
      </w:pPr>
      <w:r>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chuckled, a sound that was both chilling and strangely disarming. “Audacity is a quality I admire.</w:t>
      </w:r>
    </w:p>
    <w:p w14:paraId="28559298" w14:textId="77777777" w:rsidR="008130CF" w:rsidRDefault="00000000" w:rsidP="003166C8">
      <w:pPr>
        <w:autoSpaceDE w:val="0"/>
        <w:autoSpaceDN w:val="0"/>
        <w:spacing w:after="0" w:line="360" w:lineRule="exact"/>
        <w:ind w:right="20"/>
        <w:jc w:val="center"/>
      </w:pPr>
      <w:r>
        <w:rPr>
          <w:rFonts w:ascii="LiberationSerif" w:eastAsia="LiberationSerif" w:hAnsi="LiberationSerif"/>
          <w:color w:val="000000"/>
          <w:sz w:val="30"/>
        </w:rPr>
        <w:t>However, I am not known for my compassion. Your display of strength has changed nothing. You are still my prisoner.”</w:t>
      </w:r>
    </w:p>
    <w:p w14:paraId="75E5AAF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allegiance remains to my own people," I said, a </w:t>
      </w:r>
      <w:r>
        <w:br/>
      </w:r>
      <w:r>
        <w:rPr>
          <w:rFonts w:ascii="LiberationSerif" w:eastAsia="LiberationSerif" w:hAnsi="LiberationSerif"/>
          <w:color w:val="000000"/>
          <w:sz w:val="30"/>
        </w:rPr>
        <w:t>calculated lie meant to increase my bargaining power. "Perhaps my skills could be better utilized elsewhere. Your enemies number more than you anticipate, and my abilities could prove valuable."</w:t>
      </w:r>
    </w:p>
    <w:p w14:paraId="06DD504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studied me for a long moment, his emerald eyes boring into mine. The silence stretched, broken only by the faint whisper of the crowd outside. The orb in his hand pulsed faster, mirroring the rising tension in the box. Then, a slow smile spread across his lips.</w:t>
      </w:r>
    </w:p>
    <w:p w14:paraId="735C84D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"You are bold, soldier. Perhaps too bold for your own good. However, boldness can be a useful tool. Tell me, what is it that you desire in exchange for your loyalty?"</w:t>
      </w:r>
    </w:p>
    <w:p w14:paraId="3F60DA9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This was my chance. I carefully constructed my response, speaking slowly and deliberately, weighing each word. "The freedom of the Pink Devils, the release of Liliana and her</w:t>
      </w:r>
    </w:p>
    <w:p w14:paraId="01AD9178" w14:textId="77777777" w:rsidR="008130CF" w:rsidRDefault="008130CF" w:rsidP="003166C8">
      <w:pPr>
        <w:ind w:right="20"/>
        <w:sectPr w:rsidR="008130CF">
          <w:pgSz w:w="12240" w:h="15840"/>
          <w:pgMar w:top="0" w:right="1420" w:bottom="0" w:left="1440" w:header="720" w:footer="720" w:gutter="0"/>
          <w:cols w:space="720"/>
          <w:docGrid w:linePitch="360"/>
        </w:sectPr>
      </w:pPr>
    </w:p>
    <w:p w14:paraId="7AB2632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people from your cruel grip, and safe passage back to my own world."</w:t>
      </w:r>
    </w:p>
    <w:p w14:paraId="289403EE" w14:textId="18D7FAA8" w:rsidR="008130CF" w:rsidRDefault="006D4D1F" w:rsidP="003166C8">
      <w:pPr>
        <w:autoSpaceDE w:val="0"/>
        <w:autoSpaceDN w:val="0"/>
        <w:spacing w:before="360" w:after="0" w:line="360" w:lineRule="exact"/>
        <w:ind w:right="20"/>
      </w:pPr>
      <w:r>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's smile widened, revealing teeth that were just a little too sharp. “Ambitious. Very ambitious. Yet, I find that I am strangely intrigued. You understand the value of leverage, a trait rarely found in those who are soon to be eliminated. We shall see. We shall see if your audacious demands align with the reality of your situation."</w:t>
      </w:r>
    </w:p>
    <w:p w14:paraId="5167839F"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He snapped his fingers, and the guards promptly retreated.</w:t>
      </w:r>
    </w:p>
    <w:p w14:paraId="0B315384" w14:textId="1A0EB7E9" w:rsidR="008130CF" w:rsidRDefault="006D4D1F" w:rsidP="003166C8">
      <w:pPr>
        <w:autoSpaceDE w:val="0"/>
        <w:autoSpaceDN w:val="0"/>
        <w:spacing w:after="0" w:line="360" w:lineRule="exact"/>
        <w:ind w:right="20"/>
      </w:pPr>
      <w:r>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turned to a nearby window overlooking the arena. The crowd still roared and chanted, oblivious to the dramatic shift that had occurred. The air hung heavy with unspoken threats and hidden intentions. My unexpected victory in the arena was far from a decisive blow; it was only the </w:t>
      </w:r>
      <w:r>
        <w:br/>
      </w:r>
      <w:r>
        <w:rPr>
          <w:rFonts w:ascii="LiberationSerif" w:eastAsia="LiberationSerif" w:hAnsi="LiberationSerif"/>
          <w:color w:val="000000"/>
          <w:sz w:val="30"/>
        </w:rPr>
        <w:t>beginning of a new, more complex game, a game where the stakes were life and death, and the odds were heavily stacked against me. My fight for survival, for Liliana, and for my return home, had only just begun. The arena’s blood-soaked sand was a testament to the battles already fought, a grim reminder that winning a single fight meant nothing if you couldn't win the war.</w:t>
      </w:r>
    </w:p>
    <w:p w14:paraId="7E5D9FE1" w14:textId="5931F79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days that followed were a whirlwind of negotiations, subtle manipulations, and thinly veiled threats.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kept me close, not as a prisoner in chains, but as a prized </w:t>
      </w:r>
      <w:r>
        <w:br/>
      </w:r>
      <w:r>
        <w:rPr>
          <w:rFonts w:ascii="LiberationSerif" w:eastAsia="LiberationSerif" w:hAnsi="LiberationSerif"/>
          <w:color w:val="000000"/>
          <w:sz w:val="30"/>
        </w:rPr>
        <w:t>possession, a chess piece in his grand scheme. He seemed genuinely fascinated by my resilience, my resourcefulness, and most importantly, my refusal to be broken. He tested me in countless ways – pitting me against other skilled warriors, quizzing me on my military tactics, even using illusions to assess my mental fortitude.</w:t>
      </w:r>
    </w:p>
    <w:p w14:paraId="68CB6C0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 learned to use my skills to both charm and intimidate. My battlefield experience, honed during countless missions, now</w:t>
      </w:r>
    </w:p>
    <w:p w14:paraId="5EFC3AF5" w14:textId="77777777" w:rsidR="008130CF" w:rsidRDefault="008130CF" w:rsidP="003166C8">
      <w:pPr>
        <w:ind w:right="20"/>
        <w:sectPr w:rsidR="008130CF">
          <w:pgSz w:w="12240" w:h="15840"/>
          <w:pgMar w:top="0" w:right="1420" w:bottom="0" w:left="1440" w:header="720" w:footer="720" w:gutter="0"/>
          <w:cols w:space="720"/>
          <w:docGrid w:linePitch="360"/>
        </w:sectPr>
      </w:pPr>
    </w:p>
    <w:p w14:paraId="0D6EB0DC" w14:textId="7FE88BE6"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served a new purpose: survival in a world far removed from any battlefield I had previously known. I studied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observing his every move, attempting to unravel the </w:t>
      </w:r>
      <w:r>
        <w:br/>
      </w:r>
      <w:r>
        <w:rPr>
          <w:rFonts w:ascii="LiberationSerif" w:eastAsia="LiberationSerif" w:hAnsi="LiberationSerif"/>
          <w:color w:val="000000"/>
          <w:sz w:val="30"/>
        </w:rPr>
        <w:t xml:space="preserve">intricacies of his plans, searching for any weakness I could exploit. I learned of his grand design, a plan that went far beyond merely subjugating the Pink Devils; he sought to control the entire kingdom, using magic to crush all </w:t>
      </w:r>
      <w:r>
        <w:br/>
      </w:r>
      <w:r>
        <w:rPr>
          <w:rFonts w:ascii="LiberationSerif" w:eastAsia="LiberationSerif" w:hAnsi="LiberationSerif"/>
          <w:color w:val="000000"/>
          <w:sz w:val="30"/>
        </w:rPr>
        <w:t>resistance.</w:t>
      </w:r>
    </w:p>
    <w:p w14:paraId="6A8391F4" w14:textId="3E6DF4C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In the quiet moments, between sessions of strategic </w:t>
      </w:r>
      <w:r>
        <w:br/>
      </w:r>
      <w:r>
        <w:rPr>
          <w:rFonts w:ascii="LiberationSerif" w:eastAsia="LiberationSerif" w:hAnsi="LiberationSerif"/>
          <w:color w:val="000000"/>
          <w:sz w:val="30"/>
        </w:rPr>
        <w:t xml:space="preserve">maneuvering and displays of brute strength, I reflected on my journey. The transition from seasoned soldier to </w:t>
      </w:r>
      <w:r>
        <w:br/>
      </w:r>
      <w:r>
        <w:rPr>
          <w:rFonts w:ascii="LiberationSerif" w:eastAsia="LiberationSerif" w:hAnsi="LiberationSerif"/>
          <w:color w:val="000000"/>
          <w:sz w:val="30"/>
        </w:rPr>
        <w:t xml:space="preserve">gladiatorial combatant, from prisoner to potential ally, had been jarring, but not impossible. I found a grim satisfaction in adapting, in surviving. I learned to make use of the </w:t>
      </w:r>
      <w:r>
        <w:br/>
      </w:r>
      <w:r>
        <w:rPr>
          <w:rFonts w:ascii="LiberationSerif" w:eastAsia="LiberationSerif" w:hAnsi="LiberationSerif"/>
          <w:color w:val="000000"/>
          <w:sz w:val="30"/>
        </w:rPr>
        <w:t xml:space="preserve">situation; I used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interest in my abilities as leverage.</w:t>
      </w:r>
    </w:p>
    <w:p w14:paraId="54833A0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fascination with the "earth-born" technology of my weapons was another unexpected boon. The M4, though limited in ammunition, held a strange allure. He found it both primitive and strangely effective, a stark contrast to the delicate, elegant weaponry his magic provided. This </w:t>
      </w:r>
      <w:r>
        <w:br/>
      </w:r>
      <w:r>
        <w:rPr>
          <w:rFonts w:ascii="LiberationSerif" w:eastAsia="LiberationSerif" w:hAnsi="LiberationSerif"/>
          <w:color w:val="000000"/>
          <w:sz w:val="30"/>
        </w:rPr>
        <w:t xml:space="preserve">fascination, I realised, was a chink in his otherwise </w:t>
      </w:r>
      <w:r>
        <w:br/>
      </w:r>
      <w:r>
        <w:rPr>
          <w:rFonts w:ascii="LiberationSerif" w:eastAsia="LiberationSerif" w:hAnsi="LiberationSerif"/>
          <w:color w:val="000000"/>
          <w:sz w:val="30"/>
        </w:rPr>
        <w:t>seemingly impenetrable armor.</w:t>
      </w:r>
    </w:p>
    <w:p w14:paraId="4955BFB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knowledge of modern tactics, military strategy, and weaponry proved invaluable to him. My unconventional ideas were not only novel but effective in the context of this magical world. He began to see me not as just a soldier, but as a strategist, capable of devising plans that would leave him with a larger army and more efficient means of </w:t>
      </w:r>
      <w:r>
        <w:br/>
      </w:r>
      <w:r>
        <w:rPr>
          <w:rFonts w:ascii="LiberationSerif" w:eastAsia="LiberationSerif" w:hAnsi="LiberationSerif"/>
          <w:color w:val="000000"/>
          <w:sz w:val="30"/>
        </w:rPr>
        <w:t>controlling his newly subjugated territories.</w:t>
      </w:r>
    </w:p>
    <w:p w14:paraId="79A97B0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subtle shift in our dynamic was palpable. The power dynamic was slowly tilting, not through brute force but through skillful maneuvering. I was slowly becoming a</w:t>
      </w:r>
    </w:p>
    <w:p w14:paraId="75E2367A" w14:textId="77777777" w:rsidR="008130CF" w:rsidRDefault="008130CF" w:rsidP="003166C8">
      <w:pPr>
        <w:ind w:right="20"/>
        <w:sectPr w:rsidR="008130CF">
          <w:pgSz w:w="12240" w:h="15840"/>
          <w:pgMar w:top="0" w:right="1420" w:bottom="0" w:left="1440" w:header="720" w:footer="720" w:gutter="0"/>
          <w:cols w:space="720"/>
          <w:docGrid w:linePitch="360"/>
        </w:sectPr>
      </w:pPr>
    </w:p>
    <w:p w14:paraId="0250CC4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trusted advisor and a valuable asset, rather than simply a captive. But my true goal remained unchanged: to rescue Liliana and to find a way home. This subtle dance of power, this intricate game of cat and mouse, was just a means to an end. The unexpected victory in the arena had been a crucial first step, but the true battle for freedom was far from over.</w:t>
      </w:r>
    </w:p>
    <w:p w14:paraId="70BA61B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next move, I knew, had to be carefully planned, a </w:t>
      </w:r>
      <w:r>
        <w:br/>
      </w:r>
      <w:r>
        <w:rPr>
          <w:rFonts w:ascii="LiberationSerif" w:eastAsia="LiberationSerif" w:hAnsi="LiberationSerif"/>
          <w:color w:val="000000"/>
          <w:sz w:val="30"/>
        </w:rPr>
        <w:t>calculated risk that would either secure my escape or seal my doom.</w:t>
      </w:r>
    </w:p>
    <w:p w14:paraId="3942943A" w14:textId="77777777" w:rsidR="008130CF" w:rsidRDefault="008130CF" w:rsidP="003166C8">
      <w:pPr>
        <w:ind w:right="20"/>
        <w:sectPr w:rsidR="008130CF">
          <w:pgSz w:w="12240" w:h="15840"/>
          <w:pgMar w:top="0" w:right="1420" w:bottom="0" w:left="1440" w:header="720" w:footer="720" w:gutter="0"/>
          <w:cols w:space="720"/>
          <w:docGrid w:linePitch="360"/>
        </w:sectPr>
      </w:pPr>
    </w:p>
    <w:p w14:paraId="4A3D4638"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Gaining Favor with the Captors</w:t>
      </w:r>
    </w:p>
    <w:p w14:paraId="2BBBA152"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cheers of the crowd, a wave of sound that had </w:t>
      </w:r>
      <w:r>
        <w:br/>
      </w:r>
      <w:r>
        <w:rPr>
          <w:rFonts w:ascii="LiberationSerif" w:eastAsia="LiberationSerif" w:hAnsi="LiberationSerif"/>
          <w:color w:val="000000"/>
          <w:sz w:val="30"/>
        </w:rPr>
        <w:t xml:space="preserve">threatened to drown me moments before, now receded, leaving an unnerving silence in its wake. The air hung thick with the scent of blood and sweat, a familiar aroma from countless battlefields, yet here, in this alien world, it felt profoundly different. My victory, brutal and swift, had not gone unnoticed. The obsidian-skinned overseer, a creature whose very presence radiated menace, approached, his gaze sharp and assessing. He circled me, his scaled fingers </w:t>
      </w:r>
      <w:r>
        <w:br/>
      </w:r>
      <w:r>
        <w:rPr>
          <w:rFonts w:ascii="LiberationSerif" w:eastAsia="LiberationSerif" w:hAnsi="LiberationSerif"/>
          <w:color w:val="000000"/>
          <w:sz w:val="30"/>
        </w:rPr>
        <w:t>drumming against his chest, a gesture that seemed both inquisitive and threatening.</w:t>
      </w:r>
    </w:p>
    <w:p w14:paraId="58288B7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spoke in a guttural tongue, the words unfamiliar, but the tone unmistakable – a grudging respect tinged with </w:t>
      </w:r>
      <w:r>
        <w:br/>
      </w:r>
      <w:r>
        <w:rPr>
          <w:rFonts w:ascii="LiberationSerif" w:eastAsia="LiberationSerif" w:hAnsi="LiberationSerif"/>
          <w:color w:val="000000"/>
          <w:sz w:val="30"/>
        </w:rPr>
        <w:t>suspicion. Liliana, her usually vibrant pink skin pale with worry, watched from the sidelines, her eyes communicating a silent plea. I couldn't risk any overt display of defiance; my survival depended on navigating this delicate situation with caution. Instead, I offered a slight bow, my hand resting lightly on the hilt of the enchanted sword. The weight of it was comforting, a familiar anchor in this chaotic world.</w:t>
      </w:r>
    </w:p>
    <w:p w14:paraId="267C76A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overseer's attention shifted to the fallen gladiator, a monstrous lizard-man whose size and ferocity had seemed insurmountable just moments before. With a flick of his wrist, he signaled for the body to be removed. The efficiency of the cleanup crew was chilling; they worked with a </w:t>
      </w:r>
      <w:r>
        <w:br/>
      </w:r>
      <w:r>
        <w:rPr>
          <w:rFonts w:ascii="LiberationSerif" w:eastAsia="LiberationSerif" w:hAnsi="LiberationSerif"/>
          <w:color w:val="000000"/>
          <w:sz w:val="30"/>
        </w:rPr>
        <w:t xml:space="preserve">practiced ruthlessness, their movements precise and swift, as if disposing of refuse rather than a slain warrior. This </w:t>
      </w:r>
      <w:r>
        <w:br/>
      </w:r>
      <w:r>
        <w:rPr>
          <w:rFonts w:ascii="LiberationSerif" w:eastAsia="LiberationSerif" w:hAnsi="LiberationSerif"/>
          <w:color w:val="000000"/>
          <w:sz w:val="30"/>
        </w:rPr>
        <w:t xml:space="preserve">ritualistic dispatch highlighted the cold reality of my </w:t>
      </w:r>
      <w:r>
        <w:br/>
      </w:r>
      <w:r>
        <w:rPr>
          <w:rFonts w:ascii="LiberationSerif" w:eastAsia="LiberationSerif" w:hAnsi="LiberationSerif"/>
          <w:color w:val="000000"/>
          <w:sz w:val="30"/>
        </w:rPr>
        <w:t>situation: I was not just a prisoner, but a piece in a larger, far more sinister game.</w:t>
      </w:r>
    </w:p>
    <w:p w14:paraId="0FDFE31F" w14:textId="77777777" w:rsidR="008130CF" w:rsidRDefault="008130CF" w:rsidP="003166C8">
      <w:pPr>
        <w:ind w:right="20"/>
        <w:sectPr w:rsidR="008130CF">
          <w:pgSz w:w="12240" w:h="15840"/>
          <w:pgMar w:top="0" w:right="1420" w:bottom="0" w:left="1440" w:header="720" w:footer="720" w:gutter="0"/>
          <w:cols w:space="720"/>
          <w:docGrid w:linePitch="360"/>
        </w:sectPr>
      </w:pPr>
    </w:p>
    <w:p w14:paraId="1B18CD91" w14:textId="10E8C3C4"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Over the following days, I discovered that the arena was not just a spectacle but a crucial element of the power structure within the Devil tribe. Victorious gladiators were often </w:t>
      </w:r>
      <w:r>
        <w:br/>
      </w:r>
      <w:r>
        <w:rPr>
          <w:rFonts w:ascii="LiberationSerif" w:eastAsia="LiberationSerif" w:hAnsi="LiberationSerif"/>
          <w:color w:val="000000"/>
          <w:sz w:val="30"/>
        </w:rPr>
        <w:t>rewarded with influence, a chance to climb the ranks, to earn favor with the tribal leaders. This was my opportunity. My unexpected skills, a lethal combination of human grit and the magical enhancement of the enchanted sword, had set me apart. I trained relentlessly, pushing myself beyond my physical limits. Each muscle screamed in protest, but my spirit remained unyielding.</w:t>
      </w:r>
    </w:p>
    <w:p w14:paraId="2192FB1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began to study the customs and hierarchy of the tribe. Their culture, while alien, was rich in traditions and complex social structures. I learned their language, picking up words and phrases from conversations overheard in the gladiatorial quarters. I discovered a deep-seated respect for strength and cunning, qualities I possessed in abundance. My days were filled with a rigorous routine, punctuated by grueling </w:t>
      </w:r>
      <w:r>
        <w:br/>
      </w:r>
      <w:r>
        <w:rPr>
          <w:rFonts w:ascii="LiberationSerif" w:eastAsia="LiberationSerif" w:hAnsi="LiberationSerif"/>
          <w:color w:val="000000"/>
          <w:sz w:val="30"/>
        </w:rPr>
        <w:t xml:space="preserve">training sessions and careful observation. The other </w:t>
      </w:r>
      <w:r>
        <w:br/>
      </w:r>
      <w:r>
        <w:rPr>
          <w:rFonts w:ascii="LiberationSerif" w:eastAsia="LiberationSerif" w:hAnsi="LiberationSerif"/>
          <w:color w:val="000000"/>
          <w:sz w:val="30"/>
        </w:rPr>
        <w:t xml:space="preserve">gladiators, initially wary of the human, began to see me as something different, something more than just another </w:t>
      </w:r>
      <w:r>
        <w:br/>
      </w:r>
      <w:r>
        <w:rPr>
          <w:rFonts w:ascii="LiberationSerif" w:eastAsia="LiberationSerif" w:hAnsi="LiberationSerif"/>
          <w:color w:val="000000"/>
          <w:sz w:val="30"/>
        </w:rPr>
        <w:t>competitor.</w:t>
      </w:r>
    </w:p>
    <w:p w14:paraId="1EB7327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avoided outright displays of defiance, but I subtly </w:t>
      </w:r>
      <w:r>
        <w:br/>
      </w:r>
      <w:r>
        <w:rPr>
          <w:rFonts w:ascii="LiberationSerif" w:eastAsia="LiberationSerif" w:hAnsi="LiberationSerif"/>
          <w:color w:val="000000"/>
          <w:sz w:val="30"/>
        </w:rPr>
        <w:t xml:space="preserve">challenged the existing power dynamics. I offered advice during training sessions, not as a command but as a </w:t>
      </w:r>
      <w:r>
        <w:br/>
      </w:r>
      <w:r>
        <w:rPr>
          <w:rFonts w:ascii="LiberationSerif" w:eastAsia="LiberationSerif" w:hAnsi="LiberationSerif"/>
          <w:color w:val="000000"/>
          <w:sz w:val="30"/>
        </w:rPr>
        <w:t>suggestion, my expertise slowly gaining recognition. I used my strategic knowledge, learned on countless battlefields, to offer insights into combat techniques, subtly highlighting flaws in their approach and offering more efficient strategies.</w:t>
      </w:r>
    </w:p>
    <w:p w14:paraId="7516DC6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My suggestions were never arrogant, but rather helpful, delivered with a calm confidence that commanded respect.</w:t>
      </w:r>
    </w:p>
    <w:p w14:paraId="09128D4D" w14:textId="77777777" w:rsidR="008130CF" w:rsidRDefault="008130CF" w:rsidP="003166C8">
      <w:pPr>
        <w:ind w:right="20"/>
        <w:sectPr w:rsidR="008130CF">
          <w:pgSz w:w="12240" w:h="15840"/>
          <w:pgMar w:top="0" w:right="1420" w:bottom="0" w:left="1440" w:header="720" w:footer="720" w:gutter="0"/>
          <w:cols w:space="720"/>
          <w:docGrid w:linePitch="360"/>
        </w:sectPr>
      </w:pPr>
    </w:p>
    <w:p w14:paraId="27C37ED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One of the gladiators, a hulking brute named Gorg, initially viewed me with hostility, seeing me as a threat to his </w:t>
      </w:r>
      <w:r>
        <w:br/>
      </w:r>
      <w:r>
        <w:rPr>
          <w:rFonts w:ascii="LiberationSerif" w:eastAsia="LiberationSerif" w:hAnsi="LiberationSerif"/>
          <w:color w:val="000000"/>
          <w:sz w:val="30"/>
        </w:rPr>
        <w:t xml:space="preserve">position. Gorg was a veteran of many arena fights, his body scarred a testament to his battles. He challenged me to a sparring match, a test of strength and skill. I did not shy away; instead, I met his challenge head-on. Our fight was brutal, a clash of two different fighting styles, raw power versus strategic precision. While Gorg’s strength was </w:t>
      </w:r>
      <w:r>
        <w:br/>
      </w:r>
      <w:r>
        <w:rPr>
          <w:rFonts w:ascii="LiberationSerif" w:eastAsia="LiberationSerif" w:hAnsi="LiberationSerif"/>
          <w:color w:val="000000"/>
          <w:sz w:val="30"/>
        </w:rPr>
        <w:t xml:space="preserve">undeniable, my agility and tactical understanding proved superior. The fight ended not with a clear victory, but with a grudging respect. Gorg, defeated but not broken, saw the value in my insights, and over time, he became an </w:t>
      </w:r>
      <w:r>
        <w:br/>
      </w:r>
      <w:r>
        <w:rPr>
          <w:rFonts w:ascii="LiberationSerif" w:eastAsia="LiberationSerif" w:hAnsi="LiberationSerif"/>
          <w:color w:val="000000"/>
          <w:sz w:val="30"/>
        </w:rPr>
        <w:t>unexpected ally.</w:t>
      </w:r>
    </w:p>
    <w:p w14:paraId="11E5DCF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This alliance with Gorg, however, was far from simply a matter of mutual respect. It was a strategic move, a </w:t>
      </w:r>
      <w:r>
        <w:br/>
      </w:r>
      <w:r>
        <w:rPr>
          <w:rFonts w:ascii="LiberationSerif" w:eastAsia="LiberationSerif" w:hAnsi="LiberationSerif"/>
          <w:color w:val="000000"/>
          <w:sz w:val="30"/>
        </w:rPr>
        <w:t>calculated risk. Gorg had connections within the tribe, access to information that was otherwise unavailable to me.</w:t>
      </w:r>
    </w:p>
    <w:p w14:paraId="3A5AC7EC"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Through him, I began to gather intel about the tribal </w:t>
      </w:r>
      <w:r>
        <w:br/>
      </w:r>
      <w:r>
        <w:rPr>
          <w:rFonts w:ascii="LiberationSerif" w:eastAsia="LiberationSerif" w:hAnsi="LiberationSerif"/>
          <w:color w:val="000000"/>
          <w:sz w:val="30"/>
        </w:rPr>
        <w:t>leadership, their weaknesses, and their alliances. Gorg, though initially reluctant, saw the value in my plans. He understood that my success could mean a better future for him, a higher position within the ranks of the gladiators. The potential for mutual benefit fueled our alliance.</w:t>
      </w:r>
    </w:p>
    <w:p w14:paraId="47B47A8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bond with Liliana also evolved. While our physical distance remained considerable, our communication was more subtle. I learned to use small gestures, shared glances, subtle movements, to communicate without directly defying my captors. She, in turn, began to leverage her position within the tribe to gain information and resources for me, subtly undermining the authority of those who sought to keep me subjugated. Her assistance was invaluable, </w:t>
      </w:r>
      <w:r>
        <w:br/>
      </w:r>
      <w:r>
        <w:rPr>
          <w:rFonts w:ascii="LiberationSerif" w:eastAsia="LiberationSerif" w:hAnsi="LiberationSerif"/>
          <w:color w:val="000000"/>
          <w:sz w:val="30"/>
        </w:rPr>
        <w:t xml:space="preserve">providing me with crucial information that allowed me to fine-tune my strategy and anticipate the moves of my </w:t>
      </w:r>
      <w:r>
        <w:br/>
      </w:r>
      <w:r>
        <w:rPr>
          <w:rFonts w:ascii="LiberationSerif" w:eastAsia="LiberationSerif" w:hAnsi="LiberationSerif"/>
          <w:color w:val="000000"/>
          <w:sz w:val="30"/>
        </w:rPr>
        <w:t>adversaries.</w:t>
      </w:r>
    </w:p>
    <w:p w14:paraId="71CE80E9" w14:textId="77777777" w:rsidR="008130CF" w:rsidRDefault="008130CF" w:rsidP="003166C8">
      <w:pPr>
        <w:ind w:right="20"/>
        <w:sectPr w:rsidR="008130CF">
          <w:pgSz w:w="12240" w:h="15840"/>
          <w:pgMar w:top="0" w:right="1420" w:bottom="0" w:left="1440" w:header="720" w:footer="720" w:gutter="0"/>
          <w:cols w:space="720"/>
          <w:docGrid w:linePitch="360"/>
        </w:sectPr>
      </w:pPr>
    </w:p>
    <w:p w14:paraId="1A3456FE" w14:textId="553AD9B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The shift in my status was subtle, a gradual accumulation of trust and respect. It was not a sudden burst of goodwill but a careful cultivation of alliances. I learned to anticipate their needs, offering help and advice where it was most needed. I was no longer just a captive gladiator but a valuable asset, a rising star in their arena. My victories continued, each one raising my profile and solidifying my position.</w:t>
      </w:r>
    </w:p>
    <w:p w14:paraId="64FA1AEC" w14:textId="57CABBF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carefully orchestrated ascent within the tribe's ranks, however, was far from secure. The obsidian-skinned </w:t>
      </w:r>
      <w:r>
        <w:br/>
      </w:r>
      <w:r>
        <w:rPr>
          <w:rFonts w:ascii="LiberationSerif" w:eastAsia="LiberationSerif" w:hAnsi="LiberationSerif"/>
          <w:color w:val="000000"/>
          <w:sz w:val="30"/>
        </w:rPr>
        <w:t xml:space="preserve">overseer, whose name I eventually learned was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watched my progress with a mixture of fascination and apprehension. He knew my value, but he also feared my potential. He held the reins of power, but my growing </w:t>
      </w:r>
      <w:r>
        <w:br/>
      </w:r>
      <w:r>
        <w:rPr>
          <w:rFonts w:ascii="LiberationSerif" w:eastAsia="LiberationSerif" w:hAnsi="LiberationSerif"/>
          <w:color w:val="000000"/>
          <w:sz w:val="30"/>
        </w:rPr>
        <w:t>influence threatened his authority. The tension between us became a palpable thing, a silent battle of wills played out in the arena and beyond.</w:t>
      </w:r>
    </w:p>
    <w:p w14:paraId="69E7C8F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I continued my preparations, subtly laying the groundwork for a more significant escape attempt. My alliance with Gorg and Liliana was expanding, recruiting other gladiators and gaining the trust of some of the tribe's lower-ranking </w:t>
      </w:r>
      <w:r>
        <w:br/>
      </w:r>
      <w:r>
        <w:rPr>
          <w:rFonts w:ascii="LiberationSerif" w:eastAsia="LiberationSerif" w:hAnsi="LiberationSerif"/>
          <w:color w:val="000000"/>
          <w:sz w:val="30"/>
        </w:rPr>
        <w:t xml:space="preserve">members. I understood the risks involved, but I was </w:t>
      </w:r>
      <w:r>
        <w:br/>
      </w:r>
      <w:r>
        <w:rPr>
          <w:rFonts w:ascii="LiberationSerif" w:eastAsia="LiberationSerif" w:hAnsi="LiberationSerif"/>
          <w:color w:val="000000"/>
          <w:sz w:val="30"/>
        </w:rPr>
        <w:t xml:space="preserve">determined to play the long game, to turn my captivity into an advantage, using it to gain strength and allies while laying the foundations for a strategic and effective escape. Each victory in the arena was not just a personal triumph, but a step closer to my ultimate goal: reclaiming my freedom and, more importantly, rescuing Liliana from the clutches of the tyrannical wizard who enslaved her people. The future </w:t>
      </w:r>
      <w:r>
        <w:br/>
      </w:r>
      <w:r>
        <w:rPr>
          <w:rFonts w:ascii="LiberationSerif" w:eastAsia="LiberationSerif" w:hAnsi="LiberationSerif"/>
          <w:color w:val="000000"/>
          <w:sz w:val="30"/>
        </w:rPr>
        <w:t>remained uncertain, but my resolve was steadfast. The game had begun, and I was ready to play.</w:t>
      </w:r>
    </w:p>
    <w:p w14:paraId="7C15A7E2" w14:textId="77777777" w:rsidR="008130CF" w:rsidRDefault="008130CF" w:rsidP="003166C8">
      <w:pPr>
        <w:ind w:right="20"/>
        <w:sectPr w:rsidR="008130CF">
          <w:pgSz w:w="12240" w:h="15840"/>
          <w:pgMar w:top="0" w:right="1420" w:bottom="0" w:left="1440" w:header="720" w:footer="720" w:gutter="0"/>
          <w:cols w:space="720"/>
          <w:docGrid w:linePitch="360"/>
        </w:sectPr>
      </w:pPr>
    </w:p>
    <w:p w14:paraId="65D6887A"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Planting Discord Among the Enemy</w:t>
      </w:r>
    </w:p>
    <w:p w14:paraId="723EA86D" w14:textId="653C95FA"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obsidian overseer, whose name I learned was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seemed pleased with my performance. His satisfaction, however, was a chilling thing, a predator’s contentment after a successful hunt. He didn't offer praise; instead, he merely nodded, a curt acknowledgment that barely registered as human. His eyes, though, held a flicker of something akin to respect, a dangerous glint in the darkness that hinted at a potential understanding beyond simple brutality. This </w:t>
      </w:r>
      <w:r>
        <w:br/>
      </w:r>
      <w:r>
        <w:rPr>
          <w:rFonts w:ascii="LiberationSerif" w:eastAsia="LiberationSerif" w:hAnsi="LiberationSerif"/>
          <w:color w:val="000000"/>
          <w:sz w:val="30"/>
        </w:rPr>
        <w:t>understanding, I knew, was the key.</w:t>
      </w:r>
    </w:p>
    <w:p w14:paraId="68D06451" w14:textId="61FA69D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victories in the arena weren't simply about survival; they were carefully orchestrated performances designed to attract attention, not just from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but from the other gladiators and even some of the seemingly loyal soldiers guarding the arena. Each fight, meticulously planned, allowed me to showcase not only my combat prowess but also my cunning and resourcefulness. I feigned moments of vulnerability, allowing opponents to gain a momentary advantage before swiftly turning the tables, demonstrating a resilience and adaptability that resonated with those watching. The </w:t>
      </w:r>
      <w:r>
        <w:br/>
      </w:r>
      <w:r>
        <w:rPr>
          <w:rFonts w:ascii="LiberationSerif" w:eastAsia="LiberationSerif" w:hAnsi="LiberationSerif"/>
          <w:color w:val="000000"/>
          <w:sz w:val="30"/>
        </w:rPr>
        <w:t>whispers started subtly, then grew louder. "The human," they'd murmur, "he's different."</w:t>
      </w:r>
    </w:p>
    <w:p w14:paraId="1DA5680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strategy went beyond mere fighting. I befriended Gorg, a hulking Orc gladiator who possessed a surprising </w:t>
      </w:r>
      <w:r>
        <w:br/>
      </w:r>
      <w:r>
        <w:rPr>
          <w:rFonts w:ascii="LiberationSerif" w:eastAsia="LiberationSerif" w:hAnsi="LiberationSerif"/>
          <w:color w:val="000000"/>
          <w:sz w:val="30"/>
        </w:rPr>
        <w:t xml:space="preserve">intelligence, hidden beneath his brutal exterior. He became my confidant, my sounding board, and, more importantly, a potential ally. Gorg, it turned out, harbored resentment </w:t>
      </w:r>
      <w:r>
        <w:br/>
      </w:r>
      <w:r>
        <w:rPr>
          <w:rFonts w:ascii="LiberationSerif" w:eastAsia="LiberationSerif" w:hAnsi="LiberationSerif"/>
          <w:color w:val="000000"/>
          <w:sz w:val="30"/>
        </w:rPr>
        <w:t>toward the wizard, Zaltar, not only for the enslavement of his people but also for a personal grievance – a betrayal of trust that left him scarred, both physically and emotionally. Gorg's discontent was a seed, ready to sprout into rebellion.</w:t>
      </w:r>
    </w:p>
    <w:p w14:paraId="6D95480F" w14:textId="77777777" w:rsidR="008130CF" w:rsidRDefault="008130CF" w:rsidP="003166C8">
      <w:pPr>
        <w:ind w:right="20"/>
        <w:sectPr w:rsidR="008130CF">
          <w:pgSz w:w="12240" w:h="15840"/>
          <w:pgMar w:top="0" w:right="1420" w:bottom="0" w:left="1440" w:header="720" w:footer="720" w:gutter="0"/>
          <w:cols w:space="720"/>
          <w:docGrid w:linePitch="360"/>
        </w:sectPr>
      </w:pPr>
    </w:p>
    <w:p w14:paraId="12FA4E07"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Over the next few weeks, my influence grew. Each victory cemented my position as a force to be reckoned with, but more importantly, it gave me access to information. While ostensibly a prisoner, my status as a favored gladiator </w:t>
      </w:r>
      <w:r>
        <w:br/>
      </w:r>
      <w:r>
        <w:rPr>
          <w:rFonts w:ascii="LiberationSerif" w:eastAsia="LiberationSerif" w:hAnsi="LiberationSerif"/>
          <w:color w:val="000000"/>
          <w:sz w:val="30"/>
        </w:rPr>
        <w:t>afforded me a degree of freedom. I'd casually engage in conversations with other prisoners, particularly those from Zaltar's own armies. The dissatisfaction ran deep. They were tired of the endless battles, the meager rations, the constant fear of Zaltar's wrath. Their complaints weren’t overt; they were subtle, mumbled under their breath, expressions of weariness and resentment. Yet, these murmurs held the potential to ignite a wildfire.</w:t>
      </w:r>
    </w:p>
    <w:p w14:paraId="27902FA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approach was subtle, a slow burn rather than a sudden explosion. I didn't preach rebellion outright; instead, I </w:t>
      </w:r>
      <w:r>
        <w:br/>
      </w:r>
      <w:r>
        <w:rPr>
          <w:rFonts w:ascii="LiberationSerif" w:eastAsia="LiberationSerif" w:hAnsi="LiberationSerif"/>
          <w:color w:val="000000"/>
          <w:sz w:val="30"/>
        </w:rPr>
        <w:t>planted seeds of doubt, of questioning the wizard's authority.</w:t>
      </w:r>
    </w:p>
    <w:p w14:paraId="6180A342"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I shared stories of other lands, of freedom and self-</w:t>
      </w:r>
      <w:r>
        <w:br/>
      </w:r>
      <w:r>
        <w:rPr>
          <w:rFonts w:ascii="LiberationSerif" w:eastAsia="LiberationSerif" w:hAnsi="LiberationSerif"/>
          <w:color w:val="000000"/>
          <w:sz w:val="30"/>
        </w:rPr>
        <w:t xml:space="preserve">determination, stories designed to stir their imagination and contrast with their current reality. I spoke of honor, of </w:t>
      </w:r>
      <w:r>
        <w:br/>
      </w:r>
      <w:r>
        <w:rPr>
          <w:rFonts w:ascii="LiberationSerif" w:eastAsia="LiberationSerif" w:hAnsi="LiberationSerif"/>
          <w:color w:val="000000"/>
          <w:sz w:val="30"/>
        </w:rPr>
        <w:t>loyalty, but loyalty to one’s self, one’s people, not to a cruel and tyrannical overlord. I subtly emphasized the inherent strength within them, buried beneath years of oppression.</w:t>
      </w:r>
    </w:p>
    <w:p w14:paraId="1F03FE6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night, under the cloak of darkness, I met with Gorg and three other gladiators – a wiry elf named Faelar, a stoic dwarf named Borin, and a surprisingly agile human, a thief named Lyra, who was as quick-witted as Liliana. They were all, in their own ways, dissatisfied with their lives under Zaltar's rule, longing for a change. This was my inner circle, my core group for sowing the seeds of rebellion.</w:t>
      </w:r>
    </w:p>
    <w:p w14:paraId="7743B70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wizard's grip weakens," I told them, my voice low. "His soldiers are tired, disillusioned. They yearn for something more." I held up my magically bonded sword, its ethereal</w:t>
      </w:r>
    </w:p>
    <w:p w14:paraId="7BD203F9" w14:textId="77777777" w:rsidR="008130CF" w:rsidRDefault="008130CF" w:rsidP="003166C8">
      <w:pPr>
        <w:ind w:right="20"/>
        <w:sectPr w:rsidR="008130CF">
          <w:pgSz w:w="12240" w:h="15840"/>
          <w:pgMar w:top="0" w:right="1420" w:bottom="0" w:left="1440" w:header="720" w:footer="720" w:gutter="0"/>
          <w:cols w:space="720"/>
          <w:docGrid w:linePitch="360"/>
        </w:sectPr>
      </w:pPr>
    </w:p>
    <w:p w14:paraId="42EF65B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glow illuminating our faces in the dim light. "We offer them that something more."</w:t>
      </w:r>
    </w:p>
    <w:p w14:paraId="751DD38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Gorg grunted in agreement. "Zaltar has broken his word to many. He’s lost their loyalty."</w:t>
      </w:r>
    </w:p>
    <w:p w14:paraId="1447D448" w14:textId="77777777" w:rsidR="008130CF" w:rsidRDefault="00000000" w:rsidP="003166C8">
      <w:pPr>
        <w:autoSpaceDE w:val="0"/>
        <w:autoSpaceDN w:val="0"/>
        <w:spacing w:before="360" w:after="0" w:line="360" w:lineRule="exact"/>
        <w:ind w:right="20"/>
        <w:jc w:val="center"/>
      </w:pPr>
      <w:r>
        <w:rPr>
          <w:rFonts w:ascii="LiberationSerif" w:eastAsia="LiberationSerif" w:hAnsi="LiberationSerif"/>
          <w:color w:val="000000"/>
          <w:sz w:val="30"/>
        </w:rPr>
        <w:t>Faelar, ever the pragmatist, voiced a concern. "But his magic…it's powerful. How do we contend with that?"</w:t>
      </w:r>
    </w:p>
    <w:p w14:paraId="22A78E8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don't fight him directly," I explained. "Not yet. We fight his mind. We erode his authority. We convince his soldiers that their cause is lost, that following him leads only to misery. We give them a reason to fight for something better than him."</w:t>
      </w:r>
    </w:p>
    <w:p w14:paraId="11135F4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plan was multifaceted. We would work from within, using our positions to spread dissent. Lyra, with her skills in infiltration and deception, would focus on gathering </w:t>
      </w:r>
      <w:r>
        <w:br/>
      </w:r>
      <w:r>
        <w:rPr>
          <w:rFonts w:ascii="LiberationSerif" w:eastAsia="LiberationSerif" w:hAnsi="LiberationSerif"/>
          <w:color w:val="000000"/>
          <w:sz w:val="30"/>
        </w:rPr>
        <w:t>intelligence and planting misinformation amongst the ranks of Zaltar's soldiers. Borin, strong and resolute, would rally support amongst the gladiators. Faelar would use his agility to spread rumors and propaganda. Gorg and I would focus on weakening Zaltar's authority from within the arena, staging dramatic victories that showed the weakness of his army.</w:t>
      </w:r>
    </w:p>
    <w:p w14:paraId="2F3B144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Our first act was subtle. Lyra, using her skills, managed to replace some of Zaltar's supply documents with falsified ones, exaggerating losses and downplaying successes. This helped fuel the existing doubts within the army. Meanwhile, Borin started to quietly recruit disenchanted gladiators, focusing on those who had lost their families or loved ones fighting for Zaltar. He offered them a glimmer of hope, the chance to fight for a better future, a future free from Zaltar's tyranny.</w:t>
      </w:r>
    </w:p>
    <w:p w14:paraId="088536A5" w14:textId="77777777" w:rsidR="008130CF" w:rsidRDefault="008130CF" w:rsidP="003166C8">
      <w:pPr>
        <w:ind w:right="20"/>
        <w:sectPr w:rsidR="008130CF">
          <w:pgSz w:w="12240" w:h="15840"/>
          <w:pgMar w:top="0" w:right="1420" w:bottom="0" w:left="1440" w:header="720" w:footer="720" w:gutter="0"/>
          <w:cols w:space="720"/>
          <w:docGrid w:linePitch="360"/>
        </w:sectPr>
      </w:pPr>
    </w:p>
    <w:p w14:paraId="798E056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My victories in the arena became more than just displays of skill; they were carefully choreographed acts of defiance. I’d leave my opponents just barely alive, allowing them to spread tales of my ruthlessness while simultaneously </w:t>
      </w:r>
      <w:r>
        <w:br/>
      </w:r>
      <w:r>
        <w:rPr>
          <w:rFonts w:ascii="LiberationSerif" w:eastAsia="LiberationSerif" w:hAnsi="LiberationSerif"/>
          <w:color w:val="000000"/>
          <w:sz w:val="30"/>
        </w:rPr>
        <w:t>showcasing the inadequacy of Zaltar’s forces. The subtle message was clear: even his best warriors were no match for me, a testament to Zaltar's weakening power.</w:t>
      </w:r>
    </w:p>
    <w:p w14:paraId="5872E3E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Over the following weeks, we continued to work, slowly but surely chipping away at Zaltar's authority. The whispers intensified. The murmurs turned to open conversations. The discontent became palpable. We had lit a spark, and it was beginning to spread like wildfire.</w:t>
      </w:r>
    </w:p>
    <w:p w14:paraId="4A9D6BC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night, under the cover of a storm, we met again, our small band augmented by several newly recruited gladiators and even some sympathetic soldiers from Zaltar’s ranks. The mood was electric, charged with a sense of purpose that had been absent for years. They looked to me, to Gorg, to Faelar, to Borin, and to Lyra, not as gladiators or prisoners, but as leaders, as saviors.</w:t>
      </w:r>
    </w:p>
    <w:p w14:paraId="143CBC37" w14:textId="77777777" w:rsidR="008130CF" w:rsidRDefault="00000000" w:rsidP="003166C8">
      <w:pPr>
        <w:autoSpaceDE w:val="0"/>
        <w:autoSpaceDN w:val="0"/>
        <w:spacing w:before="360" w:after="0" w:line="360" w:lineRule="exact"/>
        <w:ind w:right="20"/>
        <w:jc w:val="both"/>
      </w:pPr>
      <w:r>
        <w:rPr>
          <w:rFonts w:ascii="LiberationSerif" w:eastAsia="LiberationSerif" w:hAnsi="LiberationSerif"/>
          <w:color w:val="000000"/>
          <w:sz w:val="30"/>
        </w:rPr>
        <w:t>"The time is near," I announced, my voice firm. "Zaltar is weaker than he seems. His grip is slipping. We will strike when he is at his most vulnerable."</w:t>
      </w:r>
    </w:p>
    <w:p w14:paraId="790D34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Our plan was bold, audacious, even reckless. But the fear was gone, replaced by a burning desire for freedom, a </w:t>
      </w:r>
      <w:r>
        <w:br/>
      </w:r>
      <w:r>
        <w:rPr>
          <w:rFonts w:ascii="LiberationSerif" w:eastAsia="LiberationSerif" w:hAnsi="LiberationSerif"/>
          <w:color w:val="000000"/>
          <w:sz w:val="30"/>
        </w:rPr>
        <w:t>desperate hope for a better future. The seeds of rebellion had been planted, watered by the tears of the oppressed and nourished by the hope of freedom. Now, it was time for them to bloom. The revolution had begun. And I, the unlikely leader, stood ready to guide them. The fight for freedom, a freedom that had initially seemed a distant dream, was now a tangible reality, born from the ashes of captivity, forged in the crucible of gladiatorial combat. The odds were stacked</w:t>
      </w:r>
    </w:p>
    <w:p w14:paraId="0A9CD2F5" w14:textId="77777777" w:rsidR="008130CF" w:rsidRDefault="008130CF" w:rsidP="003166C8">
      <w:pPr>
        <w:ind w:right="20"/>
        <w:sectPr w:rsidR="008130CF">
          <w:pgSz w:w="12240" w:h="15840"/>
          <w:pgMar w:top="0" w:right="1420" w:bottom="0" w:left="1440" w:header="720" w:footer="720" w:gutter="0"/>
          <w:cols w:space="720"/>
          <w:docGrid w:linePitch="360"/>
        </w:sectPr>
      </w:pPr>
    </w:p>
    <w:p w14:paraId="3D55B81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against us, but the fire of rebellion burned bright within each heart, a flame that even Zaltar's formidable magic wouldn't be able to extinguish. The war for Liliana's people, and for my own freedom, was about to begin in earnest. And this time, I wouldn’t be fighting alone. I had an army, an army of the dispossessed, and together, we would bring down Zaltar, one carefully placed seed of rebellion at a time.</w:t>
      </w:r>
    </w:p>
    <w:p w14:paraId="1C839E26" w14:textId="77777777" w:rsidR="008130CF" w:rsidRDefault="008130CF" w:rsidP="003166C8">
      <w:pPr>
        <w:ind w:right="20"/>
        <w:sectPr w:rsidR="008130CF">
          <w:pgSz w:w="12240" w:h="15840"/>
          <w:pgMar w:top="0" w:right="1420" w:bottom="0" w:left="1440" w:header="720" w:footer="720" w:gutter="0"/>
          <w:cols w:space="720"/>
          <w:docGrid w:linePitch="360"/>
        </w:sectPr>
      </w:pPr>
    </w:p>
    <w:p w14:paraId="0056EB34"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Taking Charge of the Situation</w:t>
      </w:r>
    </w:p>
    <w:p w14:paraId="2189E3BD" w14:textId="2E8C6A0B"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flickering torchlight cast long, dancing shadows across the rough-hewn faces of the Devil Tribe gathered in the cavernous council chamber. A hush fell over the assembled demons, their crimson and purple skin reflecting the flames. Days ago, they had been slaves, cowed and broken under the iron fist of the wizard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Now, they looked to a human– a being they had once considered an enemy – for guidance.</w:t>
      </w:r>
    </w:p>
    <w:p w14:paraId="41F285D4"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Marcus Cole, Sergeant First Class, US Army, stood before them, his M4 rifle resting easily across his back, the </w:t>
      </w:r>
      <w:r>
        <w:br/>
      </w:r>
      <w:r>
        <w:rPr>
          <w:rFonts w:ascii="LiberationSerif" w:eastAsia="LiberationSerif" w:hAnsi="LiberationSerif"/>
          <w:color w:val="000000"/>
          <w:sz w:val="30"/>
        </w:rPr>
        <w:t>magically bonded sword strapped to his thigh. He felt the weight of their expectant gazes, a weight far heavier than any weapon he’d ever carried. This wasn't a fireteam; this was a tribe, a culture vastly different from his own, yet united by a shared desire for freedom.</w:t>
      </w:r>
    </w:p>
    <w:p w14:paraId="1004F8C6" w14:textId="5DF7FD99" w:rsidR="008130CF" w:rsidRDefault="00E82353"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’d led men and women into the teeth of combat, men and women who depended on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judgment,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decisiveness. This was no different, despite the pink skin, the horns, and the distinctly un-American magic crackling </w:t>
      </w:r>
      <w:r w:rsidR="00000000">
        <w:br/>
      </w:r>
      <w:r w:rsidR="00000000">
        <w:rPr>
          <w:rFonts w:ascii="LiberationSerif" w:eastAsia="LiberationSerif" w:hAnsi="LiberationSerif"/>
          <w:color w:val="000000"/>
          <w:sz w:val="30"/>
        </w:rPr>
        <w:t xml:space="preserve">faintly in the air. </w:t>
      </w: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cleared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throat, the sound amplified by the cavern's acoustics.</w:t>
      </w:r>
    </w:p>
    <w:p w14:paraId="29C886D8" w14:textId="748999A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"We've won a battle," </w:t>
      </w:r>
      <w:r w:rsidR="00E82353">
        <w:rPr>
          <w:rFonts w:ascii="LiberationSerif" w:eastAsia="LiberationSerif" w:hAnsi="LiberationSerif"/>
          <w:color w:val="000000"/>
          <w:sz w:val="30"/>
        </w:rPr>
        <w:t>I</w:t>
      </w:r>
      <w:r>
        <w:rPr>
          <w:rFonts w:ascii="LiberationSerif" w:eastAsia="LiberationSerif" w:hAnsi="LiberationSerif"/>
          <w:color w:val="000000"/>
          <w:sz w:val="30"/>
        </w:rPr>
        <w:t xml:space="preserve"> began, </w:t>
      </w:r>
      <w:r w:rsidR="00E82353">
        <w:rPr>
          <w:rFonts w:ascii="LiberationSerif" w:eastAsia="LiberationSerif" w:hAnsi="LiberationSerif"/>
          <w:color w:val="000000"/>
          <w:sz w:val="30"/>
        </w:rPr>
        <w:t>my</w:t>
      </w:r>
      <w:r>
        <w:rPr>
          <w:rFonts w:ascii="LiberationSerif" w:eastAsia="LiberationSerif" w:hAnsi="LiberationSerif"/>
          <w:color w:val="000000"/>
          <w:sz w:val="30"/>
        </w:rPr>
        <w:t xml:space="preserve"> voice firm and even, "but the war is far from over.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is wounded, but he's not broken. He'll be back, stronger and more ruthless than ever. We need to prepare."</w:t>
      </w:r>
    </w:p>
    <w:p w14:paraId="0CE9C7D1" w14:textId="1F38BCEB" w:rsidR="008130CF" w:rsidRDefault="00E82353" w:rsidP="003166C8">
      <w:pPr>
        <w:autoSpaceDE w:val="0"/>
        <w:autoSpaceDN w:val="0"/>
        <w:spacing w:before="360" w:after="0" w:line="360" w:lineRule="exact"/>
        <w:ind w:right="20"/>
      </w:pP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words resonated with the assembled demons. Their initial skepticism towards this unlikely leader had begun to melt away, replaced by a grudging admiration for his courage and tactical prowess. They'd seen </w:t>
      </w:r>
      <w:r>
        <w:rPr>
          <w:rFonts w:ascii="LiberationSerif" w:eastAsia="LiberationSerif" w:hAnsi="LiberationSerif"/>
          <w:color w:val="000000"/>
          <w:sz w:val="30"/>
        </w:rPr>
        <w:t>me</w:t>
      </w:r>
      <w:r w:rsidR="00000000">
        <w:rPr>
          <w:rFonts w:ascii="LiberationSerif" w:eastAsia="LiberationSerif" w:hAnsi="LiberationSerif"/>
          <w:color w:val="000000"/>
          <w:sz w:val="30"/>
        </w:rPr>
        <w:t xml:space="preserve"> fight in the</w:t>
      </w:r>
    </w:p>
    <w:p w14:paraId="7FA34B01" w14:textId="77777777" w:rsidR="008130CF" w:rsidRDefault="008130CF" w:rsidP="003166C8">
      <w:pPr>
        <w:ind w:right="20"/>
        <w:sectPr w:rsidR="008130CF">
          <w:pgSz w:w="12240" w:h="15840"/>
          <w:pgMar w:top="0" w:right="1420" w:bottom="0" w:left="1440" w:header="720" w:footer="720" w:gutter="0"/>
          <w:cols w:space="720"/>
          <w:docGrid w:linePitch="360"/>
        </w:sectPr>
      </w:pPr>
    </w:p>
    <w:p w14:paraId="36815A67" w14:textId="55A3E0A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arena, a whirlwind of calculated violence that had silenced even the most hardened gladiators. They'd seen </w:t>
      </w:r>
      <w:r w:rsidR="00E82353">
        <w:rPr>
          <w:rFonts w:ascii="LiberationSerif" w:eastAsia="LiberationSerif" w:hAnsi="LiberationSerif"/>
          <w:color w:val="000000"/>
          <w:sz w:val="30"/>
        </w:rPr>
        <w:t>me</w:t>
      </w:r>
      <w:r>
        <w:rPr>
          <w:rFonts w:ascii="LiberationSerif" w:eastAsia="LiberationSerif" w:hAnsi="LiberationSerif"/>
          <w:color w:val="000000"/>
          <w:sz w:val="30"/>
        </w:rPr>
        <w:t xml:space="preserve"> survive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dungeons, his spirit unbroken. They'd seen </w:t>
      </w:r>
      <w:r w:rsidR="00E82353">
        <w:rPr>
          <w:rFonts w:ascii="LiberationSerif" w:eastAsia="LiberationSerif" w:hAnsi="LiberationSerif"/>
          <w:color w:val="000000"/>
          <w:sz w:val="30"/>
        </w:rPr>
        <w:t>me</w:t>
      </w:r>
      <w:r>
        <w:rPr>
          <w:rFonts w:ascii="LiberationSerif" w:eastAsia="LiberationSerif" w:hAnsi="LiberationSerif"/>
          <w:color w:val="000000"/>
          <w:sz w:val="30"/>
        </w:rPr>
        <w:t>, more importantly, fight</w:t>
      </w:r>
      <w:r w:rsidR="00E82353">
        <w:rPr>
          <w:rFonts w:ascii="LiberationSerif" w:eastAsia="LiberationSerif" w:hAnsi="LiberationSerif"/>
          <w:color w:val="000000"/>
          <w:sz w:val="30"/>
        </w:rPr>
        <w:t xml:space="preserve"> </w:t>
      </w:r>
      <w:r w:rsidRPr="00E82353">
        <w:rPr>
          <w:rFonts w:ascii="LiberationSerif" w:eastAsia="LiberationSerif" w:hAnsi="LiberationSerif"/>
          <w:iCs/>
          <w:color w:val="000000"/>
          <w:sz w:val="30"/>
        </w:rPr>
        <w:t>for</w:t>
      </w:r>
      <w:r w:rsidR="00E82353">
        <w:rPr>
          <w:rFonts w:ascii="LiberationSerif" w:eastAsia="LiberationSerif" w:hAnsi="LiberationSerif"/>
          <w:i/>
          <w:color w:val="000000"/>
          <w:sz w:val="30"/>
        </w:rPr>
        <w:t xml:space="preserve"> </w:t>
      </w:r>
      <w:r>
        <w:rPr>
          <w:rFonts w:ascii="LiberationSerif" w:eastAsia="LiberationSerif" w:hAnsi="LiberationSerif"/>
          <w:color w:val="000000"/>
          <w:sz w:val="30"/>
        </w:rPr>
        <w:t>them.</w:t>
      </w:r>
    </w:p>
    <w:p w14:paraId="1B75F0C5" w14:textId="4C57C3D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"But what do we do?" a deep voice rumbled from the back of the chamber, the words coming from a towering demon with skin the color of dried blood and horns that curled like ram's horns. His name was Gorth, and he was one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's most trusted lieutenants before his capture and conversion.</w:t>
      </w:r>
    </w:p>
    <w:p w14:paraId="16A276C2" w14:textId="0D2AC43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had anticipated this question. He'd spent the last few days studying the layout of the wizard’s fortress, gleaned from whispered conversations and snatched moments of observation. He also used his familiarity with military strategy – adapting his knowledge to the unique challenges of this magical world.</w:t>
      </w:r>
    </w:p>
    <w:p w14:paraId="71B2A500" w14:textId="21378CC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“First," he said, his gaze sweeping across their faces, "we consolidate our forces. We gather all those who are still loyal to Liliana and who have escaped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clutches. We need numbers, but more importantly, we need unity.” He paused, letting his words sink in. "Second, we establish a secure base of operations. The swamps are treacherous, but they offer cover. We'll fortify our position, making it defensible against any attack."</w:t>
      </w:r>
    </w:p>
    <w:p w14:paraId="6D70D78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 murmur of agreement rippled through the assembled demons. His plan was simple, yet effective, and it resonated with their own innate understanding of survival. He </w:t>
      </w:r>
      <w:r>
        <w:br/>
      </w:r>
      <w:r>
        <w:rPr>
          <w:rFonts w:ascii="LiberationSerif" w:eastAsia="LiberationSerif" w:hAnsi="LiberationSerif"/>
          <w:color w:val="000000"/>
          <w:sz w:val="30"/>
        </w:rPr>
        <w:t>continued, outlining his strategy in detail – the creation of a defensive perimeter, the establishment of watch posts, the implementation of a rotating patrol system. He spoke of utilizing their knowledge of the terrain to their advantage, setting traps, and using the swamp's natural defenses to their benefit.</w:t>
      </w:r>
    </w:p>
    <w:p w14:paraId="1D0835EC" w14:textId="77777777" w:rsidR="008130CF" w:rsidRDefault="008130CF" w:rsidP="003166C8">
      <w:pPr>
        <w:ind w:right="20"/>
        <w:sectPr w:rsidR="008130CF">
          <w:pgSz w:w="12240" w:h="15840"/>
          <w:pgMar w:top="0" w:right="1420" w:bottom="0" w:left="1440" w:header="720" w:footer="720" w:gutter="0"/>
          <w:cols w:space="720"/>
          <w:docGrid w:linePitch="360"/>
        </w:sectPr>
      </w:pPr>
    </w:p>
    <w:p w14:paraId="5F097247" w14:textId="4041D92B"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He also addressed the issue of supplies. Food and water were scarce, and their existing stores were dwindling. He </w:t>
      </w:r>
      <w:r>
        <w:br/>
      </w:r>
      <w:r>
        <w:rPr>
          <w:rFonts w:ascii="LiberationSerif" w:eastAsia="LiberationSerif" w:hAnsi="LiberationSerif"/>
          <w:color w:val="000000"/>
          <w:sz w:val="30"/>
        </w:rPr>
        <w:t xml:space="preserve">proposed foraging expeditions, carefully planned and </w:t>
      </w:r>
      <w:r>
        <w:br/>
      </w:r>
      <w:r>
        <w:rPr>
          <w:rFonts w:ascii="LiberationSerif" w:eastAsia="LiberationSerif" w:hAnsi="LiberationSerif"/>
          <w:color w:val="000000"/>
          <w:sz w:val="30"/>
        </w:rPr>
        <w:t xml:space="preserve">executed to minimize risks. He emphasized the importance of teamwork, reminding them that their combined strength was far greater than their individual capabilities. He talked about intelligence gathering, assigning trusted members of the tribe to scout </w:t>
      </w:r>
      <w:proofErr w:type="spellStart"/>
      <w:r w:rsidR="006D4D1F">
        <w:rPr>
          <w:rFonts w:ascii="LiberationSerif" w:eastAsia="LiberationSerif" w:hAnsi="LiberationSerif"/>
          <w:color w:val="000000"/>
          <w:sz w:val="28"/>
          <w:szCs w:val="28"/>
        </w:rPr>
        <w:t>Zarvok</w:t>
      </w:r>
      <w:r>
        <w:rPr>
          <w:rFonts w:ascii="LiberationSerif" w:eastAsia="LiberationSerif" w:hAnsi="LiberationSerif"/>
          <w:color w:val="000000"/>
          <w:sz w:val="30"/>
        </w:rPr>
        <w:t>’s</w:t>
      </w:r>
      <w:proofErr w:type="spellEnd"/>
      <w:r>
        <w:rPr>
          <w:rFonts w:ascii="LiberationSerif" w:eastAsia="LiberationSerif" w:hAnsi="LiberationSerif"/>
          <w:color w:val="000000"/>
          <w:sz w:val="30"/>
        </w:rPr>
        <w:t xml:space="preserve"> movements and report back.</w:t>
      </w:r>
    </w:p>
    <w:p w14:paraId="0871FBF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words were infused with the practical experience of a seasoned soldier. He wasn't just giving orders; he was </w:t>
      </w:r>
      <w:r>
        <w:br/>
      </w:r>
      <w:r>
        <w:rPr>
          <w:rFonts w:ascii="LiberationSerif" w:eastAsia="LiberationSerif" w:hAnsi="LiberationSerif"/>
          <w:color w:val="000000"/>
          <w:sz w:val="30"/>
        </w:rPr>
        <w:t xml:space="preserve">sharing knowledge, imparting his expertise, and forging a bond of mutual respect. He demonstrated not just command, but also a genuine care for their well-being. He even </w:t>
      </w:r>
      <w:r>
        <w:br/>
      </w:r>
      <w:r>
        <w:rPr>
          <w:rFonts w:ascii="LiberationSerif" w:eastAsia="LiberationSerif" w:hAnsi="LiberationSerif"/>
          <w:color w:val="000000"/>
          <w:sz w:val="30"/>
        </w:rPr>
        <w:t>incorporated elements of Liliana’s suggestions, showcasing a willingness to learn and adapt. His inclusion of Liliana's insights into the culture, her language, and her understanding of the swamp’s hidden paths, helped to alleviate the fears and resistance from certain members.</w:t>
      </w:r>
    </w:p>
    <w:p w14:paraId="17DB007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planning sessions stretched late into the night. Marcus worked tirelessly alongside Liliana, their shared </w:t>
      </w:r>
      <w:r>
        <w:br/>
      </w:r>
      <w:r>
        <w:rPr>
          <w:rFonts w:ascii="LiberationSerif" w:eastAsia="LiberationSerif" w:hAnsi="LiberationSerif"/>
          <w:color w:val="000000"/>
          <w:sz w:val="30"/>
        </w:rPr>
        <w:t xml:space="preserve">understanding deepening with each strategic decision made. He found himself captivated by her insight, her ability to see patterns and connections that he'd missed. She, in turn, found herself increasingly drawn to his unwavering resolve and calm demeanor amidst the chaos. Their love was not a </w:t>
      </w:r>
      <w:r>
        <w:br/>
      </w:r>
      <w:r>
        <w:rPr>
          <w:rFonts w:ascii="LiberationSerif" w:eastAsia="LiberationSerif" w:hAnsi="LiberationSerif"/>
          <w:color w:val="000000"/>
          <w:sz w:val="30"/>
        </w:rPr>
        <w:t xml:space="preserve">fairytale romance; it was a bond forged in the crucible of shared struggle, a partnership of mutual respect and </w:t>
      </w:r>
      <w:r>
        <w:br/>
      </w:r>
      <w:r>
        <w:rPr>
          <w:rFonts w:ascii="LiberationSerif" w:eastAsia="LiberationSerif" w:hAnsi="LiberationSerif"/>
          <w:color w:val="000000"/>
          <w:sz w:val="30"/>
        </w:rPr>
        <w:t>unwavering loyalty.</w:t>
      </w:r>
    </w:p>
    <w:p w14:paraId="47AE1D7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also understood the need to address the psychological impact of slavery. He initiated informal training sessions, focusing less on tactical maneuvers and more on building morale. He shared stories of his own military experiences,</w:t>
      </w:r>
    </w:p>
    <w:p w14:paraId="7DAC38B6" w14:textId="77777777" w:rsidR="008130CF" w:rsidRDefault="008130CF" w:rsidP="003166C8">
      <w:pPr>
        <w:ind w:right="20"/>
        <w:sectPr w:rsidR="008130CF">
          <w:pgSz w:w="12240" w:h="15840"/>
          <w:pgMar w:top="0" w:right="1420" w:bottom="0" w:left="1440" w:header="720" w:footer="720" w:gutter="0"/>
          <w:cols w:space="720"/>
          <w:docGrid w:linePitch="360"/>
        </w:sectPr>
      </w:pPr>
    </w:p>
    <w:p w14:paraId="530894F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focusing on instances of courage, resilience, and </w:t>
      </w:r>
      <w:r>
        <w:br/>
      </w:r>
      <w:r>
        <w:rPr>
          <w:rFonts w:ascii="LiberationSerif" w:eastAsia="LiberationSerif" w:hAnsi="LiberationSerif"/>
          <w:color w:val="000000"/>
          <w:sz w:val="30"/>
        </w:rPr>
        <w:t xml:space="preserve">camaraderie. He encouraged them to share their own stories, to help them process their trauma and rediscover their own strength. He understood that winning the battle was just half the war; winning their hearts and minds was equally </w:t>
      </w:r>
      <w:r>
        <w:br/>
      </w:r>
      <w:r>
        <w:rPr>
          <w:rFonts w:ascii="LiberationSerif" w:eastAsia="LiberationSerif" w:hAnsi="LiberationSerif"/>
          <w:color w:val="000000"/>
          <w:sz w:val="30"/>
        </w:rPr>
        <w:t>important.</w:t>
      </w:r>
    </w:p>
    <w:p w14:paraId="0B4731C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observing from the sidelines, was amazed. She’d expected a brutish military approach, a forceful imposition of order. Instead, she witnessed a leader who understood the importance of empathy and cultural sensitivity. He listened to their concerns, he valued their input, and he treated them as equals, not subordinates. This human, this stranger from another world, was gradually becoming their leader, not through force, but through earned respect and a shared vision of freedom.</w:t>
      </w:r>
    </w:p>
    <w:p w14:paraId="46E80DA3" w14:textId="71702CB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days that followed were a whirlwind of activity. The Devil Tribe, energized by Marcus’s leadership and inspired by Liliana’s unwavering belief, worked tirelessly to prepare for the inevitable confrontation with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The cavernous council chamber became a hub of strategic planning, a crucible where military tactics met arcane knowledge.</w:t>
      </w:r>
      <w:r w:rsidR="006611AF">
        <w:t xml:space="preserve"> </w:t>
      </w:r>
      <w:r>
        <w:rPr>
          <w:rFonts w:ascii="LiberationSerif" w:eastAsia="LiberationSerif" w:hAnsi="LiberationSerif"/>
          <w:color w:val="000000"/>
          <w:sz w:val="30"/>
        </w:rPr>
        <w:t xml:space="preserve">The once-defeated tribe was now a formidable fighting force, ready to reclaim their freedom. They were ready to fight for their future, a future that now seemed possible, a future guided by the unlikely hero from another world, and their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Liliana. The air buzzed with a renewed sense of purpose, a potent cocktail of fear and determination, fueled by the shared understanding that their fight was not just for survival, but for a new dawn.</w:t>
      </w:r>
    </w:p>
    <w:p w14:paraId="4F6004EC" w14:textId="77777777" w:rsidR="008130CF" w:rsidRDefault="008130CF" w:rsidP="003166C8">
      <w:pPr>
        <w:ind w:right="20"/>
        <w:sectPr w:rsidR="008130CF">
          <w:pgSz w:w="12240" w:h="15840"/>
          <w:pgMar w:top="0" w:right="1420" w:bottom="0" w:left="1440" w:header="720" w:footer="720" w:gutter="0"/>
          <w:cols w:space="720"/>
          <w:docGrid w:linePitch="360"/>
        </w:sectPr>
      </w:pPr>
    </w:p>
    <w:p w14:paraId="31A9C25A"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Cultural Understanding</w:t>
      </w:r>
    </w:p>
    <w:p w14:paraId="5891D0C2"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initial days were a blur of frantic activity, a chaotic dance between military precision and devilish ingenuity. Marcus, used to the streamlined efficiency of a US Army squad, found himself navigating a labyrinthine system of communication and decision-making far removed from anything he’d encountered before. The tribe’s structure, though hierarchical, was less rigid than his own military chain of command. Decisions weren't handed down; they were debated, argued, and ultimately decided through a consensus that often involved a surprising amount of theatrical posturing and surprisingly eloquent insults.</w:t>
      </w:r>
    </w:p>
    <w:p w14:paraId="6D02890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ever the translator and cultural bridge, acted as his indispensable guide. She explained the nuances of Devil Tribe customs, the intricate web of family loyalties and ancient grudges that shaped their interactions. Marcus </w:t>
      </w:r>
      <w:r>
        <w:br/>
      </w:r>
      <w:r>
        <w:rPr>
          <w:rFonts w:ascii="LiberationSerif" w:eastAsia="LiberationSerif" w:hAnsi="LiberationSerif"/>
          <w:color w:val="000000"/>
          <w:sz w:val="30"/>
        </w:rPr>
        <w:t>learned that a simple nod from a Devil could mean approval, or defiance, depending on the subtle tilt of the head and the accompanying grunt or hiss. A seemingly innocuous gesture, misinterpreted, could ignite a conflict far more destructive than any direct confrontation.</w:t>
      </w:r>
    </w:p>
    <w:p w14:paraId="1550AB1D" w14:textId="21024B7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particularly challenging aspect was understanding their concept of leadership. Unlike the strict, hierarchical structure of the US Army, the Devil Tribe's leadership was far more nuanced. While Liliana held the title of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her authority wasn't absolute. It was based on respect, earned through strength, cunning, and a deep understanding of the tribe's needs and desires. </w:t>
      </w:r>
      <w:r w:rsidR="003166C8">
        <w:rPr>
          <w:rFonts w:ascii="LiberationSerif" w:eastAsia="LiberationSerif" w:hAnsi="LiberationSerif"/>
          <w:color w:val="000000"/>
          <w:sz w:val="30"/>
        </w:rPr>
        <w:t xml:space="preserve">I had to </w:t>
      </w:r>
      <w:r>
        <w:rPr>
          <w:rFonts w:ascii="LiberationSerif" w:eastAsia="LiberationSerif" w:hAnsi="LiberationSerif"/>
          <w:color w:val="000000"/>
          <w:sz w:val="30"/>
        </w:rPr>
        <w:t xml:space="preserve">lead by example, by showing </w:t>
      </w:r>
      <w:r w:rsidR="003166C8">
        <w:rPr>
          <w:rFonts w:ascii="LiberationSerif" w:eastAsia="LiberationSerif" w:hAnsi="LiberationSerif"/>
          <w:color w:val="000000"/>
          <w:sz w:val="30"/>
        </w:rPr>
        <w:t>my</w:t>
      </w:r>
      <w:r>
        <w:rPr>
          <w:rFonts w:ascii="LiberationSerif" w:eastAsia="LiberationSerif" w:hAnsi="LiberationSerif"/>
          <w:color w:val="000000"/>
          <w:sz w:val="30"/>
        </w:rPr>
        <w:t xml:space="preserve"> willingness to share the burden, to fight alongside </w:t>
      </w:r>
      <w:r w:rsidR="003166C8">
        <w:rPr>
          <w:rFonts w:ascii="LiberationSerif" w:eastAsia="LiberationSerif" w:hAnsi="LiberationSerif"/>
          <w:color w:val="000000"/>
          <w:sz w:val="30"/>
        </w:rPr>
        <w:t>my</w:t>
      </w:r>
      <w:r>
        <w:rPr>
          <w:rFonts w:ascii="LiberationSerif" w:eastAsia="LiberationSerif" w:hAnsi="LiberationSerif"/>
          <w:color w:val="000000"/>
          <w:sz w:val="30"/>
        </w:rPr>
        <w:t xml:space="preserve"> people, and to listen to their concerns.</w:t>
      </w:r>
    </w:p>
    <w:p w14:paraId="52C146E2" w14:textId="77777777" w:rsidR="008130CF" w:rsidRDefault="008130CF" w:rsidP="003166C8">
      <w:pPr>
        <w:ind w:right="20"/>
        <w:sectPr w:rsidR="008130CF">
          <w:pgSz w:w="12240" w:h="15840"/>
          <w:pgMar w:top="0" w:right="1420" w:bottom="0" w:left="1440" w:header="720" w:footer="720" w:gutter="0"/>
          <w:cols w:space="720"/>
          <w:docGrid w:linePitch="360"/>
        </w:sectPr>
      </w:pPr>
    </w:p>
    <w:p w14:paraId="5BC933A7"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He spent hours observing their training exercises, their </w:t>
      </w:r>
      <w:r>
        <w:br/>
      </w:r>
      <w:r>
        <w:rPr>
          <w:rFonts w:ascii="LiberationSerif" w:eastAsia="LiberationSerif" w:hAnsi="LiberationSerif"/>
          <w:color w:val="000000"/>
          <w:sz w:val="30"/>
        </w:rPr>
        <w:t xml:space="preserve">unique fighting styles, and their uncanny ability to blend into the swamp’s treacherous environment. Their weapon choices were as diverse as their personalities: some wielded </w:t>
      </w:r>
      <w:r>
        <w:br/>
      </w:r>
      <w:r>
        <w:rPr>
          <w:rFonts w:ascii="LiberationSerif" w:eastAsia="LiberationSerif" w:hAnsi="LiberationSerif"/>
          <w:color w:val="000000"/>
          <w:sz w:val="30"/>
        </w:rPr>
        <w:t>wickedly curved scimitars, others favored long spears tipped with venomous thorns, while others preferred brutal, spiked maces. He saw the raw power they possessed, a power honed over generations of survival in a hostile land. He saw their resilience, their unwavering loyalty to one another, qualities forged in the fires of adversity.</w:t>
      </w:r>
    </w:p>
    <w:p w14:paraId="50CF688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discovered that trust among the Devil Tribe wasn't earned overnight. It was a slow, deliberate process, built on shared experiences, mutual respect, and a willingness to overcome differences. He started by proving his worth, not just through military prowess, but through acts of kindness and empathy. He helped tend to the wounded, shared his rations, and participated in their communal rituals, even those that felt profoundly alien to him. He learned their songs, their stories, and their history, understanding that their past was inextricably linked to their present and their hopes for the future.</w:t>
      </w:r>
    </w:p>
    <w:p w14:paraId="3FEAF61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learned of their history of oppression, centuries spent under the iron fist of various tyrannical rulers, their spirits slowly being crushed under the weight of constant struggle. This history fueled their deep-seated mistrust of outsiders, a mistrust that Marcus understood but couldn't simply wish away. He listened to their tales of hardship, their </w:t>
      </w:r>
      <w:r>
        <w:br/>
      </w:r>
      <w:r>
        <w:rPr>
          <w:rFonts w:ascii="LiberationSerif" w:eastAsia="LiberationSerif" w:hAnsi="LiberationSerif"/>
          <w:color w:val="000000"/>
          <w:sz w:val="30"/>
        </w:rPr>
        <w:t xml:space="preserve">lamentations over lost loved ones, and their dreams for a future free from the shackles of slavery. This wasn't just a military operation; it was a cultural immersion, a journey into the heart of a people grappling with centuries of </w:t>
      </w:r>
      <w:r>
        <w:br/>
      </w:r>
      <w:r>
        <w:rPr>
          <w:rFonts w:ascii="LiberationSerif" w:eastAsia="LiberationSerif" w:hAnsi="LiberationSerif"/>
          <w:color w:val="000000"/>
          <w:sz w:val="30"/>
        </w:rPr>
        <w:t>oppression.</w:t>
      </w:r>
    </w:p>
    <w:p w14:paraId="33EF966A" w14:textId="77777777" w:rsidR="008130CF" w:rsidRDefault="008130CF" w:rsidP="003166C8">
      <w:pPr>
        <w:ind w:right="20"/>
        <w:sectPr w:rsidR="008130CF">
          <w:pgSz w:w="12240" w:h="15840"/>
          <w:pgMar w:top="0" w:right="1420" w:bottom="0" w:left="1440" w:header="720" w:footer="720" w:gutter="0"/>
          <w:cols w:space="720"/>
          <w:docGrid w:linePitch="360"/>
        </w:sectPr>
      </w:pPr>
    </w:p>
    <w:p w14:paraId="096A33F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One evening, as they sat around a crackling fire, a grizzled elder, whose face was a roadmap of scars, told Marcus a story of a previous uprising, a rebellion crushed ruthlessly by a previous oppressive ruler. He described the betrayal, the ensuing slaughter, and the lingering scars of that tragedy, both physical and emotional. The elder’s voice was filled with a mixture of sorrow and simmering anger. This was not merely a war for freedom; it was a fight for cultural survival, a battle to reclaim their identity and their dignity. Marcus understood then the depth of their distrust, the weight of their history. It wasn't just about winning a war; it was about earning their trust, healing their wounds, and helping them rebuild their shattered culture.</w:t>
      </w:r>
    </w:p>
    <w:p w14:paraId="4A58E4F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process wasn't always easy. There were moments of tension, misunderstandings, and even outright arguments.</w:t>
      </w:r>
    </w:p>
    <w:p w14:paraId="4F55E90C"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But Marcus, with Liliana's constant guidance, remained patient, persistent, and unwavering in his commitment to building bridges. He demonstrated his capabilities not </w:t>
      </w:r>
      <w:r>
        <w:br/>
      </w:r>
      <w:r>
        <w:rPr>
          <w:rFonts w:ascii="LiberationSerif" w:eastAsia="LiberationSerif" w:hAnsi="LiberationSerif"/>
          <w:color w:val="000000"/>
          <w:sz w:val="30"/>
        </w:rPr>
        <w:t xml:space="preserve">through arrogant displays of power, but through quiet acts of service and genuine compassion. He learned to temper his direct, military style of communication with the more </w:t>
      </w:r>
      <w:r>
        <w:br/>
      </w:r>
      <w:r>
        <w:rPr>
          <w:rFonts w:ascii="LiberationSerif" w:eastAsia="LiberationSerif" w:hAnsi="LiberationSerif"/>
          <w:color w:val="000000"/>
          <w:sz w:val="30"/>
        </w:rPr>
        <w:t xml:space="preserve">nuanced, indirect approach favored by the Devil Tribe. He learned the value of patience, of listening more than he spoke, of allowing the tribe to set the pace of their </w:t>
      </w:r>
      <w:r>
        <w:br/>
      </w:r>
      <w:r>
        <w:rPr>
          <w:rFonts w:ascii="LiberationSerif" w:eastAsia="LiberationSerif" w:hAnsi="LiberationSerif"/>
          <w:color w:val="000000"/>
          <w:sz w:val="30"/>
        </w:rPr>
        <w:t>integration.</w:t>
      </w:r>
    </w:p>
    <w:p w14:paraId="2DDA461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discovered that their humor, though often dark and tinged with sarcasm, was a vital part of their culture, a way of </w:t>
      </w:r>
      <w:r>
        <w:br/>
      </w:r>
      <w:r>
        <w:rPr>
          <w:rFonts w:ascii="LiberationSerif" w:eastAsia="LiberationSerif" w:hAnsi="LiberationSerif"/>
          <w:color w:val="000000"/>
          <w:sz w:val="30"/>
        </w:rPr>
        <w:t>coping with the harsh realities of their lives. He learned to laugh at their jokes, even when he didn't fully understand the nuances of their devilish wit. He participated in their games and festivities, embracing their traditions, even the ones that seemed bizarre and unsettling to his Western sensibilities.</w:t>
      </w:r>
    </w:p>
    <w:p w14:paraId="29C03DFF" w14:textId="77777777" w:rsidR="008130CF" w:rsidRDefault="008130CF" w:rsidP="003166C8">
      <w:pPr>
        <w:ind w:right="20"/>
        <w:sectPr w:rsidR="008130CF">
          <w:pgSz w:w="12240" w:h="15840"/>
          <w:pgMar w:top="0" w:right="1420" w:bottom="0" w:left="1440" w:header="720" w:footer="720" w:gutter="0"/>
          <w:cols w:space="720"/>
          <w:docGrid w:linePitch="360"/>
        </w:sectPr>
      </w:pPr>
    </w:p>
    <w:p w14:paraId="4F171E5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He started to understand their intricate social dynamics, the complex web of relationships and alliances that shaped their society. He learned to navigate these complexities, to </w:t>
      </w:r>
      <w:r>
        <w:br/>
      </w:r>
      <w:r>
        <w:rPr>
          <w:rFonts w:ascii="LiberationSerif" w:eastAsia="LiberationSerif" w:hAnsi="LiberationSerif"/>
          <w:color w:val="000000"/>
          <w:sz w:val="30"/>
        </w:rPr>
        <w:t xml:space="preserve">identify and leverage key alliances, and to recognize </w:t>
      </w:r>
      <w:r>
        <w:br/>
      </w:r>
      <w:r>
        <w:rPr>
          <w:rFonts w:ascii="LiberationSerif" w:eastAsia="LiberationSerif" w:hAnsi="LiberationSerif"/>
          <w:color w:val="000000"/>
          <w:sz w:val="30"/>
        </w:rPr>
        <w:t xml:space="preserve">potential sources of conflict before they escalated. He </w:t>
      </w:r>
      <w:r>
        <w:br/>
      </w:r>
      <w:r>
        <w:rPr>
          <w:rFonts w:ascii="LiberationSerif" w:eastAsia="LiberationSerif" w:hAnsi="LiberationSerif"/>
          <w:color w:val="000000"/>
          <w:sz w:val="30"/>
        </w:rPr>
        <w:t xml:space="preserve">learned the importance of respecting their elders, their </w:t>
      </w:r>
      <w:r>
        <w:br/>
      </w:r>
      <w:r>
        <w:rPr>
          <w:rFonts w:ascii="LiberationSerif" w:eastAsia="LiberationSerif" w:hAnsi="LiberationSerif"/>
          <w:color w:val="000000"/>
          <w:sz w:val="30"/>
        </w:rPr>
        <w:t>traditions, and their beliefs. He began to understand the importance of their spiritual connection to the swamp, their deep reverence for the ancient spirits that dwelled within its depths.</w:t>
      </w:r>
    </w:p>
    <w:p w14:paraId="44F43DC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even began to appreciate their unique artistic expressions, their intricate body paintings, their haunting songs, and their powerful storytelling traditions. He saw the strength and resilience embedded within their culture, a culture forged in the crucible of survival. He began to see the Devil Tribe not as a group of monstrous creatures, but as a complex, resilient society striving for survival and self-determination.</w:t>
      </w:r>
    </w:p>
    <w:p w14:paraId="68F4033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day, while observing a training session, Marcus noticed a young devil struggling with a particular fighting technique. He approached the young devil, offering his assistance. He patiently guided the young warrior, correcting their posture, showing them more efficient ways to execute the move. The young devil, initially hesitant, eventually warmed to </w:t>
      </w:r>
      <w:r>
        <w:br/>
      </w:r>
      <w:r>
        <w:rPr>
          <w:rFonts w:ascii="LiberationSerif" w:eastAsia="LiberationSerif" w:hAnsi="LiberationSerif"/>
          <w:color w:val="000000"/>
          <w:sz w:val="30"/>
        </w:rPr>
        <w:t xml:space="preserve">Marcus's tutelage, and a quiet respect began to blossom between them. This seemingly small act of mentorship </w:t>
      </w:r>
      <w:r>
        <w:br/>
      </w:r>
      <w:r>
        <w:rPr>
          <w:rFonts w:ascii="LiberationSerif" w:eastAsia="LiberationSerif" w:hAnsi="LiberationSerif"/>
          <w:color w:val="000000"/>
          <w:sz w:val="30"/>
        </w:rPr>
        <w:t>became a symbol of the growing trust between Marcus and the tribe. His willingness to teach, to share his knowledge and experience, was as important as his ability to lead them in battle. He had become more than just their war leader; he had become their teacher, their mentor, their friend.</w:t>
      </w:r>
    </w:p>
    <w:p w14:paraId="742D419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transformation wasn't instantaneous. There were still moments of friction, cultural clashes that tested his patience and understanding. Yet, through persistent effort, mutual</w:t>
      </w:r>
    </w:p>
    <w:p w14:paraId="0739C5BA" w14:textId="77777777" w:rsidR="008130CF" w:rsidRDefault="008130CF" w:rsidP="003166C8">
      <w:pPr>
        <w:ind w:right="20"/>
        <w:sectPr w:rsidR="008130CF">
          <w:pgSz w:w="12240" w:h="15840"/>
          <w:pgMar w:top="0" w:right="1420" w:bottom="0" w:left="1440" w:header="720" w:footer="720" w:gutter="0"/>
          <w:cols w:space="720"/>
          <w:docGrid w:linePitch="360"/>
        </w:sectPr>
      </w:pPr>
    </w:p>
    <w:p w14:paraId="4E6326E5"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respect, and a shared vision of freedom, the gap between the human soldier and the devil tribe slowly narrowed. The unlikely alliance, forged in the fires of desperation, was steadily solidifying into a bond of trust and mutual respect, a bond that would prove crucial in the battles that lay ahead.</w:t>
      </w:r>
    </w:p>
    <w:p w14:paraId="4CD7ED1E" w14:textId="1899009B"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future remained uncertain, but with each passing day, Marcus found himself increasingly integrated into the tribe, no longer just an outsider, but a vital member of their </w:t>
      </w:r>
      <w:r>
        <w:br/>
      </w:r>
      <w:r>
        <w:rPr>
          <w:rFonts w:ascii="LiberationSerif" w:eastAsia="LiberationSerif" w:hAnsi="LiberationSerif"/>
          <w:color w:val="000000"/>
          <w:sz w:val="30"/>
        </w:rPr>
        <w:t xml:space="preserve">community, a leader they were willing to follow into the heart of darkness. And for the first time,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felt a sense of belonging, a sense of purpose that transcended </w:t>
      </w:r>
      <w:r w:rsidR="00AF3838">
        <w:rPr>
          <w:rFonts w:ascii="LiberationSerif" w:eastAsia="LiberationSerif" w:hAnsi="LiberationSerif"/>
          <w:color w:val="000000"/>
          <w:sz w:val="30"/>
        </w:rPr>
        <w:t xml:space="preserve">my </w:t>
      </w:r>
      <w:r>
        <w:rPr>
          <w:rFonts w:ascii="LiberationSerif" w:eastAsia="LiberationSerif" w:hAnsi="LiberationSerif"/>
          <w:color w:val="000000"/>
          <w:sz w:val="30"/>
        </w:rPr>
        <w:t xml:space="preserve">own background.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was a soldier, a leader, a husband, and now, a member of a tribe fighting for its very existence, a tribe that had unexpectedly, surprisingly, </w:t>
      </w:r>
      <w:r>
        <w:br/>
      </w:r>
      <w:r>
        <w:rPr>
          <w:rFonts w:ascii="LiberationSerif" w:eastAsia="LiberationSerif" w:hAnsi="LiberationSerif"/>
          <w:color w:val="000000"/>
          <w:sz w:val="30"/>
        </w:rPr>
        <w:t>embraced him as one of their own.</w:t>
      </w:r>
    </w:p>
    <w:p w14:paraId="12B06E25" w14:textId="77777777" w:rsidR="008130CF" w:rsidRDefault="008130CF" w:rsidP="003166C8">
      <w:pPr>
        <w:ind w:right="20"/>
        <w:sectPr w:rsidR="008130CF">
          <w:pgSz w:w="12240" w:h="15840"/>
          <w:pgMar w:top="0" w:right="1420" w:bottom="0" w:left="1440" w:header="720" w:footer="720" w:gutter="0"/>
          <w:cols w:space="720"/>
          <w:docGrid w:linePitch="360"/>
        </w:sectPr>
      </w:pPr>
    </w:p>
    <w:p w14:paraId="157E378B"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Utilizing Insider Knowledge</w:t>
      </w:r>
    </w:p>
    <w:p w14:paraId="26258885"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whispers started subtly, slithering through the tangled network of the devil tribe like venomous snakes.</w:t>
      </w:r>
    </w:p>
    <w:p w14:paraId="08F3129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Information, gleaned from overheard conversations, hushed anxieties, and the almost imperceptible shifts in body </w:t>
      </w:r>
      <w:r>
        <w:br/>
      </w:r>
      <w:r>
        <w:rPr>
          <w:rFonts w:ascii="LiberationSerif" w:eastAsia="LiberationSerif" w:hAnsi="LiberationSerif"/>
          <w:color w:val="000000"/>
          <w:sz w:val="30"/>
        </w:rPr>
        <w:t xml:space="preserve">language, painted a picture far more detailed than any </w:t>
      </w:r>
      <w:r>
        <w:br/>
      </w:r>
      <w:r>
        <w:rPr>
          <w:rFonts w:ascii="LiberationSerif" w:eastAsia="LiberationSerif" w:hAnsi="LiberationSerif"/>
          <w:color w:val="000000"/>
          <w:sz w:val="30"/>
        </w:rPr>
        <w:t xml:space="preserve">battlefield report Marcus had ever received. He learned of the wizard’s weaknesses, not just in terms of magical </w:t>
      </w:r>
      <w:r>
        <w:br/>
      </w:r>
      <w:r>
        <w:rPr>
          <w:rFonts w:ascii="LiberationSerif" w:eastAsia="LiberationSerif" w:hAnsi="LiberationSerif"/>
          <w:color w:val="000000"/>
          <w:sz w:val="30"/>
        </w:rPr>
        <w:t xml:space="preserve">prowess, but in his logistical vulnerabilities. His supply lines, for instance, were notoriously stretched thin, relying on a precarious network of goblin mercenaries and unwilling human conscripts. The goblin clans, notoriously fickle and prone to betrayal, were constantly bickering amongst </w:t>
      </w:r>
      <w:r>
        <w:br/>
      </w:r>
      <w:r>
        <w:rPr>
          <w:rFonts w:ascii="LiberationSerif" w:eastAsia="LiberationSerif" w:hAnsi="LiberationSerif"/>
          <w:color w:val="000000"/>
          <w:sz w:val="30"/>
        </w:rPr>
        <w:t>themselves, their loyalty bought only by the wizard’s brute force and intimidation. Marcus saw an opportunity, a chink in the wizard’s seemingly impenetrable armor.</w:t>
      </w:r>
    </w:p>
    <w:p w14:paraId="701BD34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spent his days immersed in the tribe's daily life, attending council meetings that resembled a chaotic blend of political maneuvering and theatrical performances. He learned to navigate the intricate web of alliances and rivalries, </w:t>
      </w:r>
      <w:r>
        <w:br/>
      </w:r>
      <w:r>
        <w:rPr>
          <w:rFonts w:ascii="LiberationSerif" w:eastAsia="LiberationSerif" w:hAnsi="LiberationSerif"/>
          <w:color w:val="000000"/>
          <w:sz w:val="30"/>
        </w:rPr>
        <w:t xml:space="preserve">mastering the subtle art of persuasion and manipulation that was far removed from the direct orders of his military </w:t>
      </w:r>
      <w:r>
        <w:br/>
      </w:r>
      <w:r>
        <w:rPr>
          <w:rFonts w:ascii="LiberationSerif" w:eastAsia="LiberationSerif" w:hAnsi="LiberationSerif"/>
          <w:color w:val="000000"/>
          <w:sz w:val="30"/>
        </w:rPr>
        <w:t xml:space="preserve">experience. Liliana, his wife and queen, became his </w:t>
      </w:r>
      <w:r>
        <w:br/>
      </w:r>
      <w:r>
        <w:rPr>
          <w:rFonts w:ascii="LiberationSerif" w:eastAsia="LiberationSerif" w:hAnsi="LiberationSerif"/>
          <w:color w:val="000000"/>
          <w:sz w:val="30"/>
        </w:rPr>
        <w:t>invaluable advisor, translating the nuances of the tribe's customs and interpreting the coded messages embedded within their seemingly innocuous conversations. Her insights were crucial, providing a level of cultural understanding that Marcus, despite his best efforts, could never have achieved on his own.</w:t>
      </w:r>
    </w:p>
    <w:p w14:paraId="7685817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afternoon, while overseeing the training of the devilish warriors, Marcus noticed a pattern in their equipment. Many</w:t>
      </w:r>
    </w:p>
    <w:p w14:paraId="7AC4AC6F" w14:textId="77777777" w:rsidR="008130CF" w:rsidRDefault="008130CF" w:rsidP="003166C8">
      <w:pPr>
        <w:ind w:right="20"/>
        <w:sectPr w:rsidR="008130CF">
          <w:pgSz w:w="12240" w:h="15840"/>
          <w:pgMar w:top="0" w:right="1420" w:bottom="0" w:left="1440" w:header="720" w:footer="720" w:gutter="0"/>
          <w:cols w:space="720"/>
          <w:docGrid w:linePitch="360"/>
        </w:sectPr>
      </w:pPr>
    </w:p>
    <w:p w14:paraId="6618286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carried weapons of surprisingly low quality, their blades dull, their armor patched and worn. This wasn't a matter of simple resource scarcity; it was a strategic choice by the wizard, keeping the tribe's fighting strength deliberately weakened, making them dependent on his "generosity" for proper equipment. This observation, coupled with his </w:t>
      </w:r>
      <w:r>
        <w:br/>
      </w:r>
      <w:r>
        <w:rPr>
          <w:rFonts w:ascii="LiberationSerif" w:eastAsia="LiberationSerif" w:hAnsi="LiberationSerif"/>
          <w:color w:val="000000"/>
          <w:sz w:val="30"/>
        </w:rPr>
        <w:t>knowledge of the goblin mercenaries' greed and unreliability, began to crystallize his plan.</w:t>
      </w:r>
    </w:p>
    <w:p w14:paraId="47D361B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started subtly influencing the tribe's council, suggesting improvements to their training regime, focusing on guerilla tactics and ambushes, skills he had perfected in his military career. He emphasized the need for speed and agility, </w:t>
      </w:r>
      <w:r>
        <w:br/>
      </w:r>
      <w:r>
        <w:rPr>
          <w:rFonts w:ascii="LiberationSerif" w:eastAsia="LiberationSerif" w:hAnsi="LiberationSerif"/>
          <w:color w:val="000000"/>
          <w:sz w:val="30"/>
        </w:rPr>
        <w:t xml:space="preserve">highlighting their natural advantages against the wizard's slow-moving, heavily armored forces. He proposed </w:t>
      </w:r>
      <w:r>
        <w:br/>
      </w:r>
      <w:r>
        <w:rPr>
          <w:rFonts w:ascii="LiberationSerif" w:eastAsia="LiberationSerif" w:hAnsi="LiberationSerif"/>
          <w:color w:val="000000"/>
          <w:sz w:val="30"/>
        </w:rPr>
        <w:t xml:space="preserve">strategies that didn't require the kind of heavy weaponry the wizard controlled, relying instead on their superior </w:t>
      </w:r>
      <w:r>
        <w:br/>
      </w:r>
      <w:r>
        <w:rPr>
          <w:rFonts w:ascii="LiberationSerif" w:eastAsia="LiberationSerif" w:hAnsi="LiberationSerif"/>
          <w:color w:val="000000"/>
          <w:sz w:val="30"/>
        </w:rPr>
        <w:t>knowledge of the terrain and their innate fighting skills. The discussions were often heated, filled with passionate debate and fierce arguments, a far cry from the structured briefings he was used to, but Marcus persisted, patiently winning over the wavering council members with his strategic acumen and unwavering confidence.</w:t>
      </w:r>
    </w:p>
    <w:p w14:paraId="1358A9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next step involved the goblins. He used his insider </w:t>
      </w:r>
      <w:r>
        <w:br/>
      </w:r>
      <w:r>
        <w:rPr>
          <w:rFonts w:ascii="LiberationSerif" w:eastAsia="LiberationSerif" w:hAnsi="LiberationSerif"/>
          <w:color w:val="000000"/>
          <w:sz w:val="30"/>
        </w:rPr>
        <w:t xml:space="preserve">knowledge to exploit the internal conflicts within the various goblin clans. He secretly met with the leaders of several disgruntled clans, promising them a better deal, a larger share of the spoils, if they were to secretly divert or sabotage the wizard's supply lines. He offered them not empty </w:t>
      </w:r>
      <w:r>
        <w:br/>
      </w:r>
      <w:r>
        <w:rPr>
          <w:rFonts w:ascii="LiberationSerif" w:eastAsia="LiberationSerif" w:hAnsi="LiberationSerif"/>
          <w:color w:val="000000"/>
          <w:sz w:val="30"/>
        </w:rPr>
        <w:t>promises, but tangible incentives, utilizing his understanding of the wizard's logistical weaknesses to propose a plan that would benefit both parties. This wasn’t a simplistic act of bribery; it was a carefully orchestrated operation, a strategic maneuver designed to weaken the wizard's forces from</w:t>
      </w:r>
    </w:p>
    <w:p w14:paraId="4B6410E4" w14:textId="77777777" w:rsidR="008130CF" w:rsidRDefault="008130CF" w:rsidP="003166C8">
      <w:pPr>
        <w:ind w:right="20"/>
        <w:sectPr w:rsidR="008130CF">
          <w:pgSz w:w="12240" w:h="15840"/>
          <w:pgMar w:top="0" w:right="1420" w:bottom="0" w:left="1440" w:header="720" w:footer="720" w:gutter="0"/>
          <w:cols w:space="720"/>
          <w:docGrid w:linePitch="360"/>
        </w:sectPr>
      </w:pPr>
    </w:p>
    <w:p w14:paraId="58E8E8D2"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within, undermining his control and sowing seeds of discord among his mercenaries.</w:t>
      </w:r>
    </w:p>
    <w:p w14:paraId="7A38B300" w14:textId="61B5CB8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operation was painstakingly slow, a dance of deception and manipulation that required immense patience and </w:t>
      </w:r>
      <w:r>
        <w:br/>
      </w:r>
      <w:r>
        <w:rPr>
          <w:rFonts w:ascii="LiberationSerif" w:eastAsia="LiberationSerif" w:hAnsi="LiberationSerif"/>
          <w:color w:val="000000"/>
          <w:sz w:val="30"/>
        </w:rPr>
        <w:t xml:space="preserve">precision. Each step had to be meticulously planned, each contact carefully managed, each piece of information </w:t>
      </w:r>
      <w:r>
        <w:br/>
      </w:r>
      <w:r>
        <w:rPr>
          <w:rFonts w:ascii="LiberationSerif" w:eastAsia="LiberationSerif" w:hAnsi="LiberationSerif"/>
          <w:color w:val="000000"/>
          <w:sz w:val="30"/>
        </w:rPr>
        <w:t>strategically leaked to maximize its impact. Marcus, the soldier accustomed to direct action, found himself engaging in a different kind of warfare, a war of whispers and shadows, where the true battlefield lay in the realm of information and manipulation.</w:t>
      </w:r>
    </w:p>
    <w:p w14:paraId="6C380AB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also leveraged his newfound understanding of the </w:t>
      </w:r>
      <w:r>
        <w:br/>
      </w:r>
      <w:r>
        <w:rPr>
          <w:rFonts w:ascii="LiberationSerif" w:eastAsia="LiberationSerif" w:hAnsi="LiberationSerif"/>
          <w:color w:val="000000"/>
          <w:sz w:val="30"/>
        </w:rPr>
        <w:t>magical landscape. He’d learned from the tribe’s shamans about ley lines, powerful currents of magical energy that crisscrossed the land. He realized these could be exploited to his advantage. By cleverly positioning his forces along these ley lines, he could amplify their strength, creating strategic chokepoints where the wizard's forces would be vulnerable to ambushes. He worked with the tribe's shamans, learning to harness the subtle energies of the ley lines, incorporating these potent forces into his battle plans.</w:t>
      </w:r>
    </w:p>
    <w:p w14:paraId="3D0041A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 weeks turned into months, Marcus's strategies began to bear fruit. The wizard's supply lines were disrupted, his mercenaries less reliable, and his forces increasingly </w:t>
      </w:r>
      <w:r>
        <w:br/>
      </w:r>
      <w:r>
        <w:rPr>
          <w:rFonts w:ascii="LiberationSerif" w:eastAsia="LiberationSerif" w:hAnsi="LiberationSerif"/>
          <w:color w:val="000000"/>
          <w:sz w:val="30"/>
        </w:rPr>
        <w:t>demoralized. The meticulously planned sabotage operations, executed with cunning precision by the disgruntled goblin clans, created chaos and confusion within the wizard's army.</w:t>
      </w:r>
    </w:p>
    <w:p w14:paraId="4DE2C961"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tribe, invigorated by their initial successes and empowered by Marcus's leadership, grew stronger, their confidence soaring with each victory.</w:t>
      </w:r>
    </w:p>
    <w:p w14:paraId="10546CCD" w14:textId="77777777" w:rsidR="008130CF" w:rsidRDefault="008130CF" w:rsidP="003166C8">
      <w:pPr>
        <w:ind w:right="20"/>
        <w:sectPr w:rsidR="008130CF">
          <w:pgSz w:w="12240" w:h="15840"/>
          <w:pgMar w:top="0" w:right="1420" w:bottom="0" w:left="1440" w:header="720" w:footer="720" w:gutter="0"/>
          <w:cols w:space="720"/>
          <w:docGrid w:linePitch="360"/>
        </w:sectPr>
      </w:pPr>
    </w:p>
    <w:p w14:paraId="11DEB0CB"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The wizard, initially unconcerned, began to sense the shift in the balance of power. His once-iron grip on the devil tribe was loosening, his control over his own forces waning. He responded with increased brutality, further escalating the conflict, but his attacks were less effective, their impact significantly blunted by Marcus's tactical prowess and the tribe's newfound strength. The shift was palpable; the tide was turning.</w:t>
      </w:r>
    </w:p>
    <w:p w14:paraId="273117B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This strategic advantage wasn't just about military might; it was about intelligence, understanding, and the masterful manipulation of human – and goblin – nature. Marcus, the seasoned soldier, had adapted his skills, translating his </w:t>
      </w:r>
      <w:r>
        <w:br/>
      </w:r>
      <w:r>
        <w:rPr>
          <w:rFonts w:ascii="LiberationSerif" w:eastAsia="LiberationSerif" w:hAnsi="LiberationSerif"/>
          <w:color w:val="000000"/>
          <w:sz w:val="30"/>
        </w:rPr>
        <w:t>military expertise into a new context. He wasn't just fighting a war; he was playing a complex game of strategy, and he was playing it brilliantly. His understanding of the wizard's weaknesses, his ability to leverage the tribe's strengths, and his cunning manipulation of his enemies were all testaments to his adaptability and leadership. The victory, when it came, wouldn't be merely a clash of arms, but the culmination of months of carefully laid plans, executed with precision and unwavering determination. The battle for freedom wasn't just a fight for survival; it was a war of wits, a war Marcus was winning.</w:t>
      </w:r>
    </w:p>
    <w:p w14:paraId="2166A0C4" w14:textId="77777777" w:rsidR="008130CF" w:rsidRDefault="008130CF" w:rsidP="003166C8">
      <w:pPr>
        <w:ind w:right="20"/>
        <w:sectPr w:rsidR="008130CF">
          <w:pgSz w:w="12240" w:h="15840"/>
          <w:pgMar w:top="0" w:right="1420" w:bottom="0" w:left="1440" w:header="720" w:footer="720" w:gutter="0"/>
          <w:cols w:space="720"/>
          <w:docGrid w:linePitch="360"/>
        </w:sectPr>
      </w:pPr>
    </w:p>
    <w:p w14:paraId="79325345"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Deepening Relationships</w:t>
      </w:r>
    </w:p>
    <w:p w14:paraId="1AB176A1"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flickering torchlight danced across Liliana’s face, </w:t>
      </w:r>
      <w:r>
        <w:br/>
      </w:r>
      <w:r>
        <w:rPr>
          <w:rFonts w:ascii="LiberationSerif" w:eastAsia="LiberationSerif" w:hAnsi="LiberationSerif"/>
          <w:color w:val="000000"/>
          <w:sz w:val="30"/>
        </w:rPr>
        <w:t xml:space="preserve">highlighting the sharp angles of her cheekbones and the vibrant pink of her skin. She was perched on a rough-hewn stool, meticulously cleaning her twin scimitars, the polished steel gleaming ominously. The rhythmic scrape of the </w:t>
      </w:r>
      <w:r>
        <w:br/>
      </w:r>
      <w:r>
        <w:rPr>
          <w:rFonts w:ascii="LiberationSerif" w:eastAsia="LiberationSerif" w:hAnsi="LiberationSerif"/>
          <w:color w:val="000000"/>
          <w:sz w:val="30"/>
        </w:rPr>
        <w:t>whetstone was a counterpoint to the crackling fire and the low hum of conversation from the other warriors gathered in the large cavern that served as their makeshift war room. Marcus, leaning against a cool, damp rock wall, watched her, a quiet admiration simmering within him.</w:t>
      </w:r>
    </w:p>
    <w:p w14:paraId="2520BC0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He'd seen her fight, seen the raw power and terrifying grace she possessed. He'd seen her vulnerability too, the flicker of fear in her eyes during the gladiatorial combat, the </w:t>
      </w:r>
      <w:r>
        <w:br/>
      </w:r>
      <w:r>
        <w:rPr>
          <w:rFonts w:ascii="LiberationSerif" w:eastAsia="LiberationSerif" w:hAnsi="LiberationSerif"/>
          <w:color w:val="000000"/>
          <w:sz w:val="30"/>
        </w:rPr>
        <w:t>exhaustion etched onto her face after long days of training. But it was the moments in between, the quiet shared glances, the easy banter, the way she looked at him with a mixture of respect and something akin to affection, that truly touched him. He'd seen a lot of death in his life, a lot of bloodshed, but he'd never encountered a love quite like this – a love forged in the fires of war, tested by betrayal and fear, and yet, burning brighter with each passing day.</w:t>
      </w:r>
    </w:p>
    <w:p w14:paraId="73D9511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approached her, the rough-hewn stone floor cool beneath his bare feet. The scent of woodsmoke and something </w:t>
      </w:r>
      <w:r>
        <w:br/>
      </w:r>
      <w:r>
        <w:rPr>
          <w:rFonts w:ascii="LiberationSerif" w:eastAsia="LiberationSerif" w:hAnsi="LiberationSerif"/>
          <w:color w:val="000000"/>
          <w:sz w:val="30"/>
        </w:rPr>
        <w:t xml:space="preserve">distinctly devilish – a subtle musk that he now found </w:t>
      </w:r>
      <w:r>
        <w:br/>
      </w:r>
      <w:r>
        <w:rPr>
          <w:rFonts w:ascii="LiberationSerif" w:eastAsia="LiberationSerif" w:hAnsi="LiberationSerif"/>
          <w:color w:val="000000"/>
          <w:sz w:val="30"/>
        </w:rPr>
        <w:t>strangely appealing – hung heavy in the air. He sat beside her, the warmth of the fire radiating onto his skin.</w:t>
      </w:r>
    </w:p>
    <w:p w14:paraId="7308102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"Still polishing those blades, my love?" he asked, his voice low and gentle.</w:t>
      </w:r>
    </w:p>
    <w:p w14:paraId="1760A8AC" w14:textId="77777777" w:rsidR="008130CF" w:rsidRDefault="008130CF" w:rsidP="003166C8">
      <w:pPr>
        <w:ind w:right="20"/>
        <w:sectPr w:rsidR="008130CF">
          <w:pgSz w:w="12240" w:h="15840"/>
          <w:pgMar w:top="0" w:right="1420" w:bottom="0" w:left="1440" w:header="720" w:footer="720" w:gutter="0"/>
          <w:cols w:space="720"/>
          <w:docGrid w:linePitch="360"/>
        </w:sectPr>
      </w:pPr>
    </w:p>
    <w:p w14:paraId="723395B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Liliana looked up, her eyes, usually so sharp and cynical, softening as they met his. A small smile played on her lips.</w:t>
      </w:r>
    </w:p>
    <w:p w14:paraId="400469E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"They need to be perfect," she replied, her voice a husky whisper. "For the wizard. And for you."</w:t>
      </w:r>
    </w:p>
    <w:p w14:paraId="045F68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reached out, his fingers brushing against hers as he took the whetstone from her. Her skin was surprisingly soft, </w:t>
      </w:r>
      <w:r>
        <w:br/>
      </w:r>
      <w:r>
        <w:rPr>
          <w:rFonts w:ascii="LiberationSerif" w:eastAsia="LiberationSerif" w:hAnsi="LiberationSerif"/>
          <w:color w:val="000000"/>
          <w:sz w:val="30"/>
        </w:rPr>
        <w:t>almost delicate, a stark contrast to the fierce warrior she was.</w:t>
      </w:r>
    </w:p>
    <w:p w14:paraId="5B316AA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 felt a jolt of electricity, a familiar thrum of connection that had become as comforting as the steady beat of his own heart.</w:t>
      </w:r>
    </w:p>
    <w:p w14:paraId="11D64FB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"We'll win this, Liliana," he said, his voice filled with conviction. "Together."</w:t>
      </w:r>
    </w:p>
    <w:p w14:paraId="65BD8D73" w14:textId="77777777" w:rsidR="008130CF" w:rsidRDefault="00000000" w:rsidP="003166C8">
      <w:pPr>
        <w:autoSpaceDE w:val="0"/>
        <w:autoSpaceDN w:val="0"/>
        <w:spacing w:before="360" w:after="0" w:line="360" w:lineRule="exact"/>
        <w:ind w:right="20"/>
        <w:jc w:val="both"/>
      </w:pPr>
      <w:r>
        <w:rPr>
          <w:rFonts w:ascii="LiberationSerif" w:eastAsia="LiberationSerif" w:hAnsi="LiberationSerif"/>
          <w:color w:val="000000"/>
          <w:sz w:val="30"/>
        </w:rPr>
        <w:t>She nodded, her gaze intense. "Together," she echoed, her voice resonating with a fierce determination that mirrored his own.</w:t>
      </w:r>
    </w:p>
    <w:p w14:paraId="33E870C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coming days were a whirlwind of activity. Marcus, using his military expertise, oversaw the training of the devil warriors. He adapted his combat strategies, incorporating the unique abilities of the devils – their inherent magic, their speed, their ferocity – into his plans. He taught them new formations, new tactics, instilling in them a sense of </w:t>
      </w:r>
      <w:r>
        <w:br/>
      </w:r>
      <w:r>
        <w:rPr>
          <w:rFonts w:ascii="LiberationSerif" w:eastAsia="LiberationSerif" w:hAnsi="LiberationSerif"/>
          <w:color w:val="000000"/>
          <w:sz w:val="30"/>
        </w:rPr>
        <w:t>discipline and teamwork that had been previously lacking.</w:t>
      </w:r>
    </w:p>
    <w:p w14:paraId="773B9A1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 saw their initial skepticism slowly morph into respect, then into unwavering loyalty. They fought for him, not just for their freedom, but for the man who had believed in them, who had seen their potential when others only saw monsters.</w:t>
      </w:r>
    </w:p>
    <w:p w14:paraId="44938B1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meanwhile, was instrumental in forging alliances with other tribes. Her sharp wit and uncanny ability to read people – both human and otherworldly – proved invaluable.</w:t>
      </w:r>
    </w:p>
    <w:p w14:paraId="6B4B113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She navigated the complex web of political alliances, smoothing ruffled feathers, brokering deals, and ensuring</w:t>
      </w:r>
    </w:p>
    <w:p w14:paraId="39E08FD3" w14:textId="77777777" w:rsidR="008130CF" w:rsidRDefault="008130CF" w:rsidP="003166C8">
      <w:pPr>
        <w:ind w:right="20"/>
        <w:sectPr w:rsidR="008130CF">
          <w:pgSz w:w="12240" w:h="15840"/>
          <w:pgMar w:top="0" w:right="1420" w:bottom="0" w:left="1440" w:header="720" w:footer="720" w:gutter="0"/>
          <w:cols w:space="720"/>
          <w:docGrid w:linePitch="360"/>
        </w:sectPr>
      </w:pPr>
    </w:p>
    <w:p w14:paraId="76FA5C8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that the disparate factions remained united in their common goal. Her diplomatic skills were as formidable as her </w:t>
      </w:r>
      <w:r>
        <w:br/>
      </w:r>
      <w:r>
        <w:rPr>
          <w:rFonts w:ascii="LiberationSerif" w:eastAsia="LiberationSerif" w:hAnsi="LiberationSerif"/>
          <w:color w:val="000000"/>
          <w:sz w:val="30"/>
        </w:rPr>
        <w:t xml:space="preserve">fighting prowess, a testament to her intelligence and </w:t>
      </w:r>
      <w:r>
        <w:br/>
      </w:r>
      <w:r>
        <w:rPr>
          <w:rFonts w:ascii="LiberationSerif" w:eastAsia="LiberationSerif" w:hAnsi="LiberationSerif"/>
          <w:color w:val="000000"/>
          <w:sz w:val="30"/>
        </w:rPr>
        <w:t>leadership.</w:t>
      </w:r>
    </w:p>
    <w:p w14:paraId="7DBBAC4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relationship deepened not just through shared battles and strategic planning, but through quiet moments shared amidst the chaos. They would sit by the fire, exchanging stories of their past lives – Marcus recounting his </w:t>
      </w:r>
      <w:r>
        <w:br/>
      </w:r>
      <w:r>
        <w:rPr>
          <w:rFonts w:ascii="LiberationSerif" w:eastAsia="LiberationSerif" w:hAnsi="LiberationSerif"/>
          <w:color w:val="000000"/>
          <w:sz w:val="30"/>
        </w:rPr>
        <w:t xml:space="preserve">experiences in the human world, Liliana sharing tales of her devilish heritage and the rich culture that had been stolen from her people. They learned about each other's </w:t>
      </w:r>
      <w:r>
        <w:br/>
      </w:r>
      <w:r>
        <w:rPr>
          <w:rFonts w:ascii="LiberationSerif" w:eastAsia="LiberationSerif" w:hAnsi="LiberationSerif"/>
          <w:color w:val="000000"/>
          <w:sz w:val="30"/>
        </w:rPr>
        <w:t>vulnerabilities, their fears, their dreams. They found solace in each other's company, a haven of peace in the midst of the raging war.</w:t>
      </w:r>
    </w:p>
    <w:p w14:paraId="23CE3ED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evening, as they sat huddled together under a star-strewn sky, Liliana confessed her fears about the upcoming battle. "What if we fail, Marcus?" she asked, her voice barely a whisper. "What if we lose everything?"</w:t>
      </w:r>
    </w:p>
    <w:p w14:paraId="3A4CDC5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held her close, feeling the warmth of her body </w:t>
      </w:r>
      <w:r>
        <w:br/>
      </w:r>
      <w:r>
        <w:rPr>
          <w:rFonts w:ascii="LiberationSerif" w:eastAsia="LiberationSerif" w:hAnsi="LiberationSerif"/>
          <w:color w:val="000000"/>
          <w:sz w:val="30"/>
        </w:rPr>
        <w:t>against his. "We won't fail," he said, his voice firm and reassuring. "We have each other. And that's all that matters."</w:t>
      </w:r>
    </w:p>
    <w:p w14:paraId="31AD346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His words, simple yet profound, resonated deep within her heart. She knew he was right. Their bond, forged in the crucible of war, had become something stronger, something more enduring than either of them had ever imagined. It was a bond that transcended race, culture, and even worlds. It was a love built on mutual respect, shared sacrifice, and unwavering loyalty. A love that would carry them through the darkest of times and ultimately lead them to victory.</w:t>
      </w:r>
    </w:p>
    <w:p w14:paraId="5CC0C5A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training intensified. Marcus pushed them hard, </w:t>
      </w:r>
      <w:r>
        <w:br/>
      </w:r>
      <w:r>
        <w:rPr>
          <w:rFonts w:ascii="LiberationSerif" w:eastAsia="LiberationSerif" w:hAnsi="LiberationSerif"/>
          <w:color w:val="000000"/>
          <w:sz w:val="30"/>
        </w:rPr>
        <w:t>demanding excellence, but he also showed them compassion,</w:t>
      </w:r>
    </w:p>
    <w:p w14:paraId="6A6BC799" w14:textId="77777777" w:rsidR="008130CF" w:rsidRDefault="008130CF" w:rsidP="003166C8">
      <w:pPr>
        <w:ind w:right="20"/>
        <w:sectPr w:rsidR="008130CF">
          <w:pgSz w:w="12240" w:h="15840"/>
          <w:pgMar w:top="0" w:right="1420" w:bottom="0" w:left="1440" w:header="720" w:footer="720" w:gutter="0"/>
          <w:cols w:space="720"/>
          <w:docGrid w:linePitch="360"/>
        </w:sectPr>
      </w:pPr>
    </w:p>
    <w:p w14:paraId="43D5254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understanding their fears and celebrating their successes. He learned their names, their strengths, their weaknesses. He treated them not as an army, but as a family. And in doing so, he earned their unwavering loyalty, turning a ragtag band of rebels into a formidable fighting force. He learned to speak their language, absorbing the nuances of their culture, their customs, their beliefs. He wasn't just leading them; he was becoming one of them.</w:t>
      </w:r>
    </w:p>
    <w:p w14:paraId="6304EA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in turn, grew to understand Marcus's worldview, his sense of duty, his unwavering commitment to his people. She saw beyond the uniform, beyond the weapons, and into the heart of a man who was as fiercely loyal and devoted as she was. She learned to appreciate his strategic mind, his calm under pressure, and his unwavering compassion. She saw in him the strength and resilience she had always craved, and she found comfort and safety in his arms.</w:t>
      </w:r>
    </w:p>
    <w:p w14:paraId="4E9DFC1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bond extended beyond the purely romantic. It was a partnership, a powerful alliance forged in the face of </w:t>
      </w:r>
      <w:r>
        <w:br/>
      </w:r>
      <w:r>
        <w:rPr>
          <w:rFonts w:ascii="LiberationSerif" w:eastAsia="LiberationSerif" w:hAnsi="LiberationSerif"/>
          <w:color w:val="000000"/>
          <w:sz w:val="30"/>
        </w:rPr>
        <w:t xml:space="preserve">adversity. They complemented each other, their strengths and weaknesses perfectly balanced, their minds working in </w:t>
      </w:r>
      <w:r>
        <w:br/>
      </w:r>
      <w:r>
        <w:rPr>
          <w:rFonts w:ascii="LiberationSerif" w:eastAsia="LiberationSerif" w:hAnsi="LiberationSerif"/>
          <w:color w:val="000000"/>
          <w:sz w:val="30"/>
        </w:rPr>
        <w:t>perfect harmony. They were two halves of a whole, two warriors united in their purpose. They were lovers, yes, but they were also comrades, friends, and family.</w:t>
      </w:r>
    </w:p>
    <w:p w14:paraId="1DDDEACF" w14:textId="333BD69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whispers of trust and respect echoed throughout the camp, spreading like wildfire among the warriors. They saw the undeniable bond between their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and the human warrior, a bond that radiated strength and hope. It was a bond that inspired them, a beacon of light in the darkness of their struggle. It was the very essence of their unity, the </w:t>
      </w:r>
      <w:r>
        <w:br/>
      </w:r>
      <w:r>
        <w:rPr>
          <w:rFonts w:ascii="LiberationSerif" w:eastAsia="LiberationSerif" w:hAnsi="LiberationSerif"/>
          <w:color w:val="000000"/>
          <w:sz w:val="30"/>
        </w:rPr>
        <w:t>foundation upon which their victory would be built.</w:t>
      </w:r>
    </w:p>
    <w:p w14:paraId="6585CDD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strengthening of their bond wasn't just a matter of personal connection; it was a strategic imperative. Their</w:t>
      </w:r>
    </w:p>
    <w:p w14:paraId="59372F69" w14:textId="77777777" w:rsidR="008130CF" w:rsidRDefault="008130CF" w:rsidP="003166C8">
      <w:pPr>
        <w:ind w:right="20"/>
        <w:sectPr w:rsidR="008130CF">
          <w:pgSz w:w="12240" w:h="15840"/>
          <w:pgMar w:top="0" w:right="1420" w:bottom="0" w:left="1440" w:header="720" w:footer="720" w:gutter="0"/>
          <w:cols w:space="720"/>
          <w:docGrid w:linePitch="360"/>
        </w:sectPr>
      </w:pPr>
    </w:p>
    <w:p w14:paraId="3522BBB7" w14:textId="27347F90"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united front instilled a sense of confidence and purpose that permeated the entire tribe. The warriors fought harder, </w:t>
      </w:r>
      <w:r>
        <w:br/>
      </w:r>
      <w:r>
        <w:rPr>
          <w:rFonts w:ascii="LiberationSerif" w:eastAsia="LiberationSerif" w:hAnsi="LiberationSerif"/>
          <w:color w:val="000000"/>
          <w:sz w:val="30"/>
        </w:rPr>
        <w:t xml:space="preserve">trained longer, and displayed a level of determination that hadn't been seen before. They fought for their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for their leader, and for the future they were fighting to create –a future where they could live free from the wizard’s </w:t>
      </w:r>
      <w:r>
        <w:br/>
      </w:r>
      <w:r>
        <w:rPr>
          <w:rFonts w:ascii="LiberationSerif" w:eastAsia="LiberationSerif" w:hAnsi="LiberationSerif"/>
          <w:color w:val="000000"/>
          <w:sz w:val="30"/>
        </w:rPr>
        <w:t xml:space="preserve">oppression. And at the heart of it all was the unwavering bond between Marcus and Liliana, a testament to the power of love and loyalty in the face of unimaginable odds. The coming battle wouldn't just be a test of their military </w:t>
      </w:r>
      <w:r>
        <w:br/>
      </w:r>
      <w:r>
        <w:rPr>
          <w:rFonts w:ascii="LiberationSerif" w:eastAsia="LiberationSerif" w:hAnsi="LiberationSerif"/>
          <w:color w:val="000000"/>
          <w:sz w:val="30"/>
        </w:rPr>
        <w:t>prowess; it would be a testament to the strength of their bond– a bond that would ultimately determine the fate of their people.</w:t>
      </w:r>
    </w:p>
    <w:p w14:paraId="10883CE4" w14:textId="77777777" w:rsidR="008130CF" w:rsidRDefault="008130CF" w:rsidP="003166C8">
      <w:pPr>
        <w:ind w:right="20"/>
        <w:sectPr w:rsidR="008130CF">
          <w:pgSz w:w="12240" w:h="15840"/>
          <w:pgMar w:top="0" w:right="1420" w:bottom="0" w:left="1440" w:header="720" w:footer="720" w:gutter="0"/>
          <w:cols w:space="720"/>
          <w:docGrid w:linePitch="360"/>
        </w:sectPr>
      </w:pPr>
    </w:p>
    <w:p w14:paraId="5594AF6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The Final Battle Plans</w:t>
      </w:r>
    </w:p>
    <w:p w14:paraId="4419BB37"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air hung heavy with anticipation, thick with the scent of woodsmoke and sweat. Outside the cavern, the wind howled a mournful dirge, mirroring the anxiety that gnawed at the edges of Marcus’s resolve. He ran a hand through his </w:t>
      </w:r>
      <w:r>
        <w:br/>
      </w:r>
      <w:r>
        <w:rPr>
          <w:rFonts w:ascii="LiberationSerif" w:eastAsia="LiberationSerif" w:hAnsi="LiberationSerif"/>
          <w:color w:val="000000"/>
          <w:sz w:val="30"/>
        </w:rPr>
        <w:t>already-messy hair, the rough texture a familiar comfort in the face of the looming conflict. Liliana, ever practical, had already dismissed the romantic notions swirling around their burgeoning relationship. The focus now was stark and brutal: survival.</w:t>
      </w:r>
    </w:p>
    <w:p w14:paraId="2A2FFAA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wizard's forces are spread thin," she stated, her voice low and sharp as she tapped a crude map drawn in charcoal on a large, flat rock. It depicted the wizard's sprawling fortress, a monstrous edifice of black stone perched </w:t>
      </w:r>
      <w:r>
        <w:br/>
      </w:r>
      <w:r>
        <w:rPr>
          <w:rFonts w:ascii="LiberationSerif" w:eastAsia="LiberationSerif" w:hAnsi="LiberationSerif"/>
          <w:color w:val="000000"/>
          <w:sz w:val="30"/>
        </w:rPr>
        <w:t>precariously on a cliff overlooking a churning river.</w:t>
      </w:r>
    </w:p>
    <w:p w14:paraId="0DB0CCE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Connecting lines showed the locations of the wizard's outposts and patrols. "His main strength lies within the fortress itself, but his patrols are vulnerable."</w:t>
      </w:r>
    </w:p>
    <w:p w14:paraId="52B1EF78" w14:textId="3796E82C" w:rsidR="008130CF" w:rsidRDefault="00AF3838" w:rsidP="003166C8">
      <w:pPr>
        <w:autoSpaceDE w:val="0"/>
        <w:autoSpaceDN w:val="0"/>
        <w:spacing w:before="360"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studied the map trac</w:t>
      </w:r>
      <w:r>
        <w:rPr>
          <w:rFonts w:ascii="LiberationSerif" w:eastAsia="LiberationSerif" w:hAnsi="LiberationSerif"/>
          <w:color w:val="000000"/>
          <w:sz w:val="30"/>
        </w:rPr>
        <w:t>ing</w:t>
      </w:r>
      <w:r w:rsidR="00000000">
        <w:rPr>
          <w:rFonts w:ascii="LiberationSerif" w:eastAsia="LiberationSerif" w:hAnsi="LiberationSerif"/>
          <w:color w:val="000000"/>
          <w:sz w:val="30"/>
        </w:rPr>
        <w:t xml:space="preserve"> the lines with a calloused finger,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mind already calculating probabilities, risk assessments, and potential points of failure. His experience in unconventional warfare, honed during years of service in the US Army, served him well in this fantastical setting. He saw possibilities that the native warriors might have missed.</w:t>
      </w:r>
    </w:p>
    <w:p w14:paraId="0F3CACD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"We need a multi-pronged attack," he said, his voice calm despite the turmoil within. "A diversionary force will hit the southern outpost, drawing his attention away from the main assault. A smaller, stealthier unit will infiltrate the eastern flank, targeting his supply lines. The main force, under my</w:t>
      </w:r>
    </w:p>
    <w:p w14:paraId="25C0145E" w14:textId="77777777" w:rsidR="008130CF" w:rsidRDefault="008130CF" w:rsidP="003166C8">
      <w:pPr>
        <w:ind w:right="20"/>
        <w:sectPr w:rsidR="008130CF">
          <w:pgSz w:w="12240" w:h="15840"/>
          <w:pgMar w:top="0" w:right="1420" w:bottom="0" w:left="1440" w:header="720" w:footer="720" w:gutter="0"/>
          <w:cols w:space="720"/>
          <w:docGrid w:linePitch="360"/>
        </w:sectPr>
      </w:pPr>
    </w:p>
    <w:p w14:paraId="54DA269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command and yours, Liliana, will launch a direct assault on the fortress."</w:t>
      </w:r>
    </w:p>
    <w:p w14:paraId="5006B9B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nodded, her eyes gleaming with a predatory intensity. "A classic pincer movement, Sergeant. But what of their magical defenses?"</w:t>
      </w:r>
    </w:p>
    <w:p w14:paraId="2D101D17" w14:textId="7CBABFA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That was the crux of the matter. The wizard,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was a formidable sorcerer, his power amplified by ancient artifacts and dark magic. His fortress was protected by wards and enchantments, and his troops were augmented with various magical creatures. The challenge was not just military </w:t>
      </w:r>
      <w:r>
        <w:br/>
      </w:r>
      <w:r>
        <w:rPr>
          <w:rFonts w:ascii="LiberationSerif" w:eastAsia="LiberationSerif" w:hAnsi="LiberationSerif"/>
          <w:color w:val="000000"/>
          <w:sz w:val="30"/>
        </w:rPr>
        <w:t>strategy, but also countering his magical abilities.</w:t>
      </w:r>
    </w:p>
    <w:p w14:paraId="5E38D33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"We need to neutralize those defenses first," Marcus replied. He pointed to a specific location on the map, a hidden ravine that snaked towards the base of the fortress. "This ravine provides cover. We can use it to approach the fortress </w:t>
      </w:r>
      <w:r>
        <w:br/>
      </w:r>
      <w:r>
        <w:rPr>
          <w:rFonts w:ascii="LiberationSerif" w:eastAsia="LiberationSerif" w:hAnsi="LiberationSerif"/>
          <w:color w:val="000000"/>
          <w:sz w:val="30"/>
        </w:rPr>
        <w:t xml:space="preserve">undetected, and then strike at the heart of his magical </w:t>
      </w:r>
      <w:r>
        <w:br/>
      </w:r>
      <w:r>
        <w:rPr>
          <w:rFonts w:ascii="LiberationSerif" w:eastAsia="LiberationSerif" w:hAnsi="LiberationSerif"/>
          <w:color w:val="000000"/>
          <w:sz w:val="30"/>
        </w:rPr>
        <w:t>defenses."</w:t>
      </w:r>
    </w:p>
    <w:p w14:paraId="450CF43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"And how do we do that, Sergeant?" One of the elder </w:t>
      </w:r>
      <w:r>
        <w:br/>
      </w:r>
      <w:r>
        <w:rPr>
          <w:rFonts w:ascii="LiberationSerif" w:eastAsia="LiberationSerif" w:hAnsi="LiberationSerif"/>
          <w:color w:val="000000"/>
          <w:sz w:val="30"/>
        </w:rPr>
        <w:t xml:space="preserve">warriors, a grizzled veteran named Gorok, spoke up. His voice, though gravelly, carried the weight of years of </w:t>
      </w:r>
      <w:r>
        <w:br/>
      </w:r>
      <w:r>
        <w:rPr>
          <w:rFonts w:ascii="LiberationSerif" w:eastAsia="LiberationSerif" w:hAnsi="LiberationSerif"/>
          <w:color w:val="000000"/>
          <w:sz w:val="30"/>
        </w:rPr>
        <w:t>experience. He was skeptical, as were many of the others, but their loyalty to Liliana and their growing respect for Marcus kept their doubts from escalating into open rebellion.</w:t>
      </w:r>
    </w:p>
    <w:p w14:paraId="1D0119FA" w14:textId="6496C33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your knowledge of the local terrain and </w:t>
      </w:r>
      <w:r w:rsidR="006D4D1F">
        <w:rPr>
          <w:rFonts w:ascii="LiberationSerif" w:eastAsia="LiberationSerif" w:hAnsi="LiberationSerif"/>
          <w:color w:val="000000"/>
          <w:sz w:val="28"/>
          <w:szCs w:val="28"/>
        </w:rPr>
        <w:t>Zarvokh’s</w:t>
      </w:r>
      <w:r>
        <w:rPr>
          <w:rFonts w:ascii="LiberationSerif" w:eastAsia="LiberationSerif" w:hAnsi="LiberationSerif"/>
          <w:color w:val="000000"/>
          <w:sz w:val="30"/>
        </w:rPr>
        <w:t xml:space="preserve"> practices is invaluable," Marcus stated, turning his gaze towards Liliana. "We'll use your knowledge to identify weaknesses in his defenses, and I will coordinate the assault.</w:t>
      </w:r>
    </w:p>
    <w:p w14:paraId="4E4E504E" w14:textId="34F1AA5C"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We must work together, blending our skills to overcome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He paused, taking a deep breath to steady his nerves. The weight of responsibility pressed down on him, heavier than any pack he’d ever carried.</w:t>
      </w:r>
    </w:p>
    <w:p w14:paraId="2D6B9AED" w14:textId="77777777" w:rsidR="008130CF" w:rsidRDefault="008130CF" w:rsidP="003166C8">
      <w:pPr>
        <w:ind w:right="20"/>
        <w:sectPr w:rsidR="008130CF">
          <w:pgSz w:w="12240" w:h="15840"/>
          <w:pgMar w:top="0" w:right="1420" w:bottom="0" w:left="1440" w:header="720" w:footer="720" w:gutter="0"/>
          <w:cols w:space="720"/>
          <w:docGrid w:linePitch="360"/>
        </w:sectPr>
      </w:pPr>
    </w:p>
    <w:p w14:paraId="142340BB" w14:textId="71271B85"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Liliana’s response was a sharp grin. "It's a good plan, </w:t>
      </w:r>
      <w:r>
        <w:br/>
      </w:r>
      <w:r>
        <w:rPr>
          <w:rFonts w:ascii="LiberationSerif" w:eastAsia="LiberationSerif" w:hAnsi="LiberationSerif"/>
          <w:color w:val="000000"/>
          <w:sz w:val="30"/>
        </w:rPr>
        <w:t xml:space="preserve">Sergeant. But we'll need more than just brute force. We need cunning. I've studied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rituals. He relies heavily on specific chants and incantations to maintain his magical defenses."</w:t>
      </w:r>
    </w:p>
    <w:p w14:paraId="2776F61D" w14:textId="0D53F9D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discussion that followed was intense, a whirlwind of strategy, tactics, and logistics. Marcus, drawing upon his military expertise, laid out the precise order of attack, detailing troop deployment, communication protocols, and contingency plans. </w:t>
      </w:r>
      <w:r w:rsidR="006611AF">
        <w:rPr>
          <w:rFonts w:ascii="LiberationSerif" w:eastAsia="LiberationSerif" w:hAnsi="LiberationSerif"/>
          <w:color w:val="000000"/>
          <w:sz w:val="28"/>
          <w:szCs w:val="28"/>
        </w:rPr>
        <w:t xml:space="preserve">Liliana </w:t>
      </w:r>
      <w:r>
        <w:rPr>
          <w:rFonts w:ascii="LiberationSerif" w:eastAsia="LiberationSerif" w:hAnsi="LiberationSerif"/>
          <w:color w:val="000000"/>
          <w:sz w:val="30"/>
        </w:rPr>
        <w:t>identified vulnerable points in the magical defenses and suggested ways to exploit them. Her suggestions were unconventional, even reckless, but they held a spark of brilliance that impressed even the most seasoned warriors.</w:t>
      </w:r>
    </w:p>
    <w:p w14:paraId="19CC8882" w14:textId="593D4C6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Gorok and the other elders, initially hesitant, began to see the value in the collaboration between the human sergeant and their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They contributed their knowledge of the terrain, the habits of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patrols, and the strengths and weaknesses of their own warriors. The synergy was palpable, a potent blend of military precision and magical insight that gave them a fighting chance.</w:t>
      </w:r>
    </w:p>
    <w:p w14:paraId="569DB22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spent the next few days in meticulous preparation. Weapons were sharpened, armor was checked, and supplies were gathered. The warriors trained relentlessly, honing their skills and preparing for the brutal fight ahead. Marcus, </w:t>
      </w:r>
      <w:r>
        <w:br/>
      </w:r>
      <w:r>
        <w:rPr>
          <w:rFonts w:ascii="LiberationSerif" w:eastAsia="LiberationSerif" w:hAnsi="LiberationSerif"/>
          <w:color w:val="000000"/>
          <w:sz w:val="30"/>
        </w:rPr>
        <w:t xml:space="preserve">drawing upon his experience, implemented rigorous training regimens, focusing on close-quarters combat, stealth </w:t>
      </w:r>
      <w:r>
        <w:br/>
      </w:r>
      <w:r>
        <w:rPr>
          <w:rFonts w:ascii="LiberationSerif" w:eastAsia="LiberationSerif" w:hAnsi="LiberationSerif"/>
          <w:color w:val="000000"/>
          <w:sz w:val="30"/>
        </w:rPr>
        <w:t>techniques, and coordinated maneuvers. He adapted his tactics to suit the unique strengths and weaknesses of the devil warriors, teaching them to work together as a cohesive unit.</w:t>
      </w:r>
    </w:p>
    <w:p w14:paraId="7AC759BA" w14:textId="77777777" w:rsidR="008130CF" w:rsidRDefault="008130CF" w:rsidP="003166C8">
      <w:pPr>
        <w:ind w:right="20"/>
        <w:sectPr w:rsidR="008130CF">
          <w:pgSz w:w="12240" w:h="15840"/>
          <w:pgMar w:top="0" w:right="1420" w:bottom="0" w:left="1440" w:header="720" w:footer="720" w:gutter="0"/>
          <w:cols w:space="720"/>
          <w:docGrid w:linePitch="360"/>
        </w:sectPr>
      </w:pPr>
    </w:p>
    <w:p w14:paraId="4CCA282F"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The SCUBA gear, initially useless in this world, proved surprisingly helpful. The waterproof bags provided a secure way to carry vital supplies, and the waterproof torches provided a much-needed source of light in the dark ravine.</w:t>
      </w:r>
    </w:p>
    <w:p w14:paraId="0274776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dive knife, honed to a razor's edge, proved a deadly weapon in close combat. Marcus's M4 rifle, with its </w:t>
      </w:r>
      <w:r>
        <w:br/>
      </w:r>
      <w:r>
        <w:rPr>
          <w:rFonts w:ascii="LiberationSerif" w:eastAsia="LiberationSerif" w:hAnsi="LiberationSerif"/>
          <w:color w:val="000000"/>
          <w:sz w:val="30"/>
        </w:rPr>
        <w:t xml:space="preserve">remaining 120 rounds, was a powerful weapon, but </w:t>
      </w:r>
      <w:r>
        <w:br/>
      </w:r>
      <w:r>
        <w:rPr>
          <w:rFonts w:ascii="LiberationSerif" w:eastAsia="LiberationSerif" w:hAnsi="LiberationSerif"/>
          <w:color w:val="000000"/>
          <w:sz w:val="30"/>
        </w:rPr>
        <w:t>ammunition was limited and precious; each shot needed to count. His magically-bonded sword, a gift from a grateful villager, pulsed faintly with power, adding an element of magical offense to the arsenal.</w:t>
      </w:r>
    </w:p>
    <w:p w14:paraId="49158C9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Beyond the practical preparations, there was also a sense of camaraderie building amongst the warriors. Marcus’s </w:t>
      </w:r>
      <w:r>
        <w:br/>
      </w:r>
      <w:r>
        <w:rPr>
          <w:rFonts w:ascii="LiberationSerif" w:eastAsia="LiberationSerif" w:hAnsi="LiberationSerif"/>
          <w:color w:val="000000"/>
          <w:sz w:val="30"/>
        </w:rPr>
        <w:t xml:space="preserve">leadership style, a blend of firmness and empathy, had </w:t>
      </w:r>
      <w:r>
        <w:br/>
      </w:r>
      <w:r>
        <w:rPr>
          <w:rFonts w:ascii="LiberationSerif" w:eastAsia="LiberationSerif" w:hAnsi="LiberationSerif"/>
          <w:color w:val="000000"/>
          <w:sz w:val="30"/>
        </w:rPr>
        <w:t>earned him their respect. He wasn't just their leader; he was one of them, sharing their hardships and fighting alongside them. Liliana, meanwhile, worked tirelessly to ensure that everyone understood their roles in the upcoming battle. Her leadership wasn't based on fear, but on inspiring unwavering loyalty and fierce determination.</w:t>
      </w:r>
    </w:p>
    <w:p w14:paraId="5ABEBB4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night before the battle, Marcus and Liliana sat together by the fire, a comfortable silence settling between them. The flames flickered, casting dancing shadows on their faces.</w:t>
      </w:r>
    </w:p>
    <w:p w14:paraId="62241F8F"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weight of their responsibility was immense, but they faced it together, united by a bond forged in the crucible of war and a shared belief in their cause. They were not merely fighting for survival; they were fighting for freedom, for their people, and for a future where love and loyalty would prevail. The upcoming battle was not just a test of their military prowess; it was a testament to the strength of their unwavering alliance, a bond that would determine the fate of an entire people. And as they looked into each other's eyes, both knew, with unshakeable certainty, that they would face</w:t>
      </w:r>
    </w:p>
    <w:p w14:paraId="1EDB9FB2" w14:textId="77777777" w:rsidR="008130CF" w:rsidRDefault="008130CF" w:rsidP="003166C8">
      <w:pPr>
        <w:ind w:right="20"/>
        <w:sectPr w:rsidR="008130CF">
          <w:pgSz w:w="12240" w:h="15840"/>
          <w:pgMar w:top="0" w:right="1420" w:bottom="0" w:left="1440" w:header="720" w:footer="720" w:gutter="0"/>
          <w:cols w:space="720"/>
          <w:docGrid w:linePitch="360"/>
        </w:sectPr>
      </w:pPr>
    </w:p>
    <w:p w14:paraId="6A8A34F8" w14:textId="73D3C742"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whatever came next, together. The final preparations were complete, and dawn would bring the final confrontation with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w:t>
      </w:r>
    </w:p>
    <w:p w14:paraId="531F0EF8" w14:textId="77777777" w:rsidR="008130CF" w:rsidRDefault="008130CF" w:rsidP="003166C8">
      <w:pPr>
        <w:ind w:right="20"/>
        <w:sectPr w:rsidR="008130CF">
          <w:pgSz w:w="12240" w:h="15840"/>
          <w:pgMar w:top="0" w:right="1420" w:bottom="0" w:left="1440" w:header="720" w:footer="720" w:gutter="0"/>
          <w:cols w:space="720"/>
          <w:docGrid w:linePitch="360"/>
        </w:sectPr>
      </w:pPr>
    </w:p>
    <w:p w14:paraId="698E2A1D"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Inspiring Hope and Courage</w:t>
      </w:r>
    </w:p>
    <w:p w14:paraId="0DF29B91"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air hung heavy with the scent of woodsmoke and </w:t>
      </w:r>
      <w:r>
        <w:br/>
      </w:r>
      <w:r>
        <w:rPr>
          <w:rFonts w:ascii="LiberationSerif" w:eastAsia="LiberationSerif" w:hAnsi="LiberationSerif"/>
          <w:color w:val="000000"/>
          <w:sz w:val="30"/>
        </w:rPr>
        <w:t xml:space="preserve">anticipation. A crackling fire cast flickering shadows across the assembled warriors, their faces a mixture of </w:t>
      </w:r>
      <w:r>
        <w:br/>
      </w:r>
      <w:r>
        <w:rPr>
          <w:rFonts w:ascii="LiberationSerif" w:eastAsia="LiberationSerif" w:hAnsi="LiberationSerif"/>
          <w:color w:val="000000"/>
          <w:sz w:val="30"/>
        </w:rPr>
        <w:t xml:space="preserve">apprehension and grim determination. Before them, a </w:t>
      </w:r>
      <w:r>
        <w:br/>
      </w:r>
      <w:r>
        <w:rPr>
          <w:rFonts w:ascii="LiberationSerif" w:eastAsia="LiberationSerif" w:hAnsi="LiberationSerif"/>
          <w:color w:val="000000"/>
          <w:sz w:val="30"/>
        </w:rPr>
        <w:t>makeshift stage of rough-hewn timber held a single figure –Marcus Cole, the former US Army combat diver, now the unlikely leader of Liliana’s devil tribe. His M4 rifle, usually his constant companion, leaned against the stage, replaced by the magically bonded sword, its hilt warm in his hand.</w:t>
      </w:r>
    </w:p>
    <w:p w14:paraId="2F46B4E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wasn't wearing his usual fatigues; instead, he was </w:t>
      </w:r>
      <w:r>
        <w:br/>
      </w:r>
      <w:r>
        <w:rPr>
          <w:rFonts w:ascii="LiberationSerif" w:eastAsia="LiberationSerif" w:hAnsi="LiberationSerif"/>
          <w:color w:val="000000"/>
          <w:sz w:val="30"/>
        </w:rPr>
        <w:t xml:space="preserve">adorned in a crudely fashioned armor made from scavenged materials, a stark contrast to the vibrant, almost garish, </w:t>
      </w:r>
      <w:r>
        <w:br/>
      </w:r>
      <w:r>
        <w:rPr>
          <w:rFonts w:ascii="LiberationSerif" w:eastAsia="LiberationSerif" w:hAnsi="LiberationSerif"/>
          <w:color w:val="000000"/>
          <w:sz w:val="30"/>
        </w:rPr>
        <w:t xml:space="preserve">clothing of his warriors. Yet, there was an undeniable aura of authority about him, a calm intensity that radiated from his steely gaze. He had earned their respect, not through </w:t>
      </w:r>
      <w:r>
        <w:br/>
      </w:r>
      <w:r>
        <w:rPr>
          <w:rFonts w:ascii="LiberationSerif" w:eastAsia="LiberationSerif" w:hAnsi="LiberationSerif"/>
          <w:color w:val="000000"/>
          <w:sz w:val="30"/>
        </w:rPr>
        <w:t>inherited power, but through shared hardship, unwavering courage, and a strategic mind that belied his foreign origins.</w:t>
      </w:r>
    </w:p>
    <w:p w14:paraId="4697211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began to speak, his voice amplified by the magic subtly woven into the surrounding environment, a gift from </w:t>
      </w:r>
      <w:r>
        <w:br/>
      </w:r>
      <w:r>
        <w:rPr>
          <w:rFonts w:ascii="LiberationSerif" w:eastAsia="LiberationSerif" w:hAnsi="LiberationSerif"/>
          <w:color w:val="000000"/>
          <w:sz w:val="30"/>
        </w:rPr>
        <w:t>Liliana's people. "I know fear. I know doubt. I've stared into the abyss, faced death head-on more times than I can count," his voice resonated, carrying across the hushed crowd. "In my world, we call it combat. Here… here it’s a fight for survival, a fight for freedom, a fight for everything you hold dear."</w:t>
      </w:r>
    </w:p>
    <w:p w14:paraId="2EDC5B8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gestured to the vibrant painted faces and horns of the warriors, their skin a multitude of shades of pink, purple, and crimson. Their fierce expressions were tempered by a </w:t>
      </w:r>
      <w:r>
        <w:br/>
      </w:r>
      <w:r>
        <w:rPr>
          <w:rFonts w:ascii="LiberationSerif" w:eastAsia="LiberationSerif" w:hAnsi="LiberationSerif"/>
          <w:color w:val="000000"/>
          <w:sz w:val="30"/>
        </w:rPr>
        <w:t>hopeful undercurrent, mirroring his own resolve. "Some of</w:t>
      </w:r>
    </w:p>
    <w:p w14:paraId="56AFEF0E" w14:textId="77777777" w:rsidR="008130CF" w:rsidRDefault="008130CF" w:rsidP="003166C8">
      <w:pPr>
        <w:ind w:right="20"/>
        <w:sectPr w:rsidR="008130CF">
          <w:pgSz w:w="12240" w:h="15840"/>
          <w:pgMar w:top="0" w:right="1420" w:bottom="0" w:left="1440" w:header="720" w:footer="720" w:gutter="0"/>
          <w:cols w:space="720"/>
          <w:docGrid w:linePitch="360"/>
        </w:sectPr>
      </w:pPr>
    </w:p>
    <w:p w14:paraId="3672E1F3" w14:textId="7B65DCA1"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you have known nothing but slavery under the iron fist of Zar</w:t>
      </w:r>
      <w:r w:rsidR="006611AF">
        <w:rPr>
          <w:rFonts w:ascii="LiberationSerif" w:eastAsia="LiberationSerif" w:hAnsi="LiberationSerif"/>
          <w:color w:val="000000"/>
          <w:sz w:val="30"/>
        </w:rPr>
        <w:t>vokh</w:t>
      </w:r>
      <w:r>
        <w:rPr>
          <w:rFonts w:ascii="LiberationSerif" w:eastAsia="LiberationSerif" w:hAnsi="LiberationSerif"/>
          <w:color w:val="000000"/>
          <w:sz w:val="30"/>
        </w:rPr>
        <w:t>. Some of you have lost loved ones. Some of you carry the scars of battle, physical and emotional."</w:t>
      </w:r>
    </w:p>
    <w:p w14:paraId="7052F66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paused, letting his words sink in. He knew these people, their hopes and their fears. He'd fought alongside them, bled with them, shared their meager rations, and </w:t>
      </w:r>
      <w:r>
        <w:br/>
      </w:r>
      <w:r>
        <w:rPr>
          <w:rFonts w:ascii="LiberationSerif" w:eastAsia="LiberationSerif" w:hAnsi="LiberationSerif"/>
          <w:color w:val="000000"/>
          <w:sz w:val="30"/>
        </w:rPr>
        <w:t xml:space="preserve">experienced their sorrow. He understood their unique </w:t>
      </w:r>
      <w:r>
        <w:br/>
      </w:r>
      <w:r>
        <w:rPr>
          <w:rFonts w:ascii="LiberationSerif" w:eastAsia="LiberationSerif" w:hAnsi="LiberationSerif"/>
          <w:color w:val="000000"/>
          <w:sz w:val="30"/>
        </w:rPr>
        <w:t xml:space="preserve">culture, and the strength that lay within its heart. He'd </w:t>
      </w:r>
      <w:r>
        <w:br/>
      </w:r>
      <w:r>
        <w:rPr>
          <w:rFonts w:ascii="LiberationSerif" w:eastAsia="LiberationSerif" w:hAnsi="LiberationSerif"/>
          <w:color w:val="000000"/>
          <w:sz w:val="30"/>
        </w:rPr>
        <w:t>learned their language, their traditions, and their beliefs. He'd even learned to appreciate their fiery humor – a quality that resonated deeply with Liliana, his beloved wife.</w:t>
      </w:r>
    </w:p>
    <w:p w14:paraId="39C3A011" w14:textId="31B2E1F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"But I also see strength. I see resilience. I see a spirit that refuses to be broken. I see warriors who are willing to fight for their freedom, for their families, for their future." His voice rose with conviction. "</w:t>
      </w:r>
      <w:r w:rsidR="006611AF" w:rsidRPr="006611AF">
        <w:rPr>
          <w:rFonts w:ascii="LiberationSerif" w:eastAsia="LiberationSerif" w:hAnsi="LiberationSerif"/>
          <w:color w:val="000000"/>
          <w:sz w:val="30"/>
        </w:rPr>
        <w:t xml:space="preserve">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may be powerful, his magic formidable. But he is not invincible. He does not possess the one weapon that we have – the unwavering spirit of freedom.”</w:t>
      </w:r>
    </w:p>
    <w:p w14:paraId="20E06D24" w14:textId="4134677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pointed to the sky, a sky usually obscured by the </w:t>
      </w:r>
      <w:r>
        <w:br/>
      </w:r>
      <w:r>
        <w:rPr>
          <w:rFonts w:ascii="LiberationSerif" w:eastAsia="LiberationSerif" w:hAnsi="LiberationSerif"/>
          <w:color w:val="000000"/>
          <w:sz w:val="30"/>
        </w:rPr>
        <w:t xml:space="preserve">oppressive presence of </w:t>
      </w:r>
      <w:proofErr w:type="gramStart"/>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w:t>
      </w:r>
      <w:proofErr w:type="gramEnd"/>
      <w:r w:rsidR="006611AF">
        <w:rPr>
          <w:rFonts w:ascii="LiberationSerif" w:eastAsia="LiberationSerif" w:hAnsi="LiberationSerif"/>
          <w:color w:val="000000"/>
          <w:sz w:val="30"/>
        </w:rPr>
        <w:t xml:space="preserve">s </w:t>
      </w:r>
      <w:r>
        <w:rPr>
          <w:rFonts w:ascii="LiberationSerif" w:eastAsia="LiberationSerif" w:hAnsi="LiberationSerif"/>
          <w:color w:val="000000"/>
          <w:sz w:val="30"/>
        </w:rPr>
        <w:t>fortress, but now clear under a brilliant sun. "We are outnumbered. We are outmatched in terms of weaponry and magic. But we have something that he doesn’t possess: We fight for our lives. We fight for our loved ones. We fight for our future. We fight for what is right and just!”</w:t>
      </w:r>
    </w:p>
    <w:p w14:paraId="5CC7C40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saw Liliana amongst the warriors, her normally sarcastic smirk replaced with an expression of fierce determination. Their eyes met, and he saw the unwavering love and trust reflected in her depths. This wasn't just a battle for her people; it was a battle for their shared future.</w:t>
      </w:r>
    </w:p>
    <w:p w14:paraId="76B96650" w14:textId="77777777" w:rsidR="008130CF" w:rsidRDefault="008130CF" w:rsidP="003166C8">
      <w:pPr>
        <w:ind w:right="20"/>
        <w:sectPr w:rsidR="008130CF">
          <w:pgSz w:w="12240" w:h="15840"/>
          <w:pgMar w:top="0" w:right="1420" w:bottom="0" w:left="1440" w:header="720" w:footer="720" w:gutter="0"/>
          <w:cols w:space="720"/>
          <w:docGrid w:linePitch="360"/>
        </w:sectPr>
      </w:pPr>
    </w:p>
    <w:p w14:paraId="4196F65C" w14:textId="2F3AF9E8"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"Remember the swamp," he continued, his voice now a low growl, a reminiscence of </w:t>
      </w:r>
      <w:r w:rsidR="00AF3838">
        <w:rPr>
          <w:rFonts w:ascii="LiberationSerif" w:eastAsia="LiberationSerif" w:hAnsi="LiberationSerif"/>
          <w:color w:val="000000"/>
          <w:sz w:val="30"/>
        </w:rPr>
        <w:t>my prior</w:t>
      </w:r>
      <w:r>
        <w:rPr>
          <w:rFonts w:ascii="LiberationSerif" w:eastAsia="LiberationSerif" w:hAnsi="LiberationSerif"/>
          <w:color w:val="000000"/>
          <w:sz w:val="30"/>
        </w:rPr>
        <w:t xml:space="preserve"> </w:t>
      </w:r>
      <w:r w:rsidR="00AF3838">
        <w:rPr>
          <w:rFonts w:ascii="LiberationSerif" w:eastAsia="LiberationSerif" w:hAnsi="LiberationSerif"/>
          <w:color w:val="000000"/>
          <w:sz w:val="30"/>
        </w:rPr>
        <w:t>hardships</w:t>
      </w:r>
      <w:r>
        <w:rPr>
          <w:rFonts w:ascii="LiberationSerif" w:eastAsia="LiberationSerif" w:hAnsi="LiberationSerif"/>
          <w:color w:val="000000"/>
          <w:sz w:val="30"/>
        </w:rPr>
        <w:t xml:space="preserve">, </w:t>
      </w:r>
      <w:r>
        <w:br/>
      </w:r>
      <w:r>
        <w:rPr>
          <w:rFonts w:ascii="LiberationSerif" w:eastAsia="LiberationSerif" w:hAnsi="LiberationSerif"/>
          <w:color w:val="000000"/>
          <w:sz w:val="30"/>
        </w:rPr>
        <w:t>"remember the arena, remember the sacrifices we've made, the friends we’ve lost. Let those memories fuel your rage, your courage, your determination!"</w:t>
      </w:r>
    </w:p>
    <w:p w14:paraId="5776057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raised his magically bonded sword, its blade shimmering faintly. "We fight as one! We fight for our homes! We fight for our families! We fight for Liliana, for our future, for the freedom of all!"</w:t>
      </w:r>
    </w:p>
    <w:p w14:paraId="65BC31C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 roar erupted from the assembled warriors, a powerful wave of defiance that shook the very ground beneath their feet. The fear hadn't vanished, but it was overshadowed by a potent cocktail of adrenaline, determination, and hope.</w:t>
      </w:r>
    </w:p>
    <w:p w14:paraId="7FCE2B5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Marcus smiled grimly, the ghost of a battle-hardened veteran’s satisfaction playing on his lips. He knew this wasn’t just a fight; it was a revolution.</w:t>
      </w:r>
    </w:p>
    <w:p w14:paraId="23622544" w14:textId="323AE36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following days were a blur of activity. Marcus, with Liliana’s invaluable insight and the tribe’s tireless work, oversaw the final preparations for war. Weapons were </w:t>
      </w:r>
      <w:r>
        <w:br/>
      </w:r>
      <w:r>
        <w:rPr>
          <w:rFonts w:ascii="LiberationSerif" w:eastAsia="LiberationSerif" w:hAnsi="LiberationSerif"/>
          <w:color w:val="000000"/>
          <w:sz w:val="30"/>
        </w:rPr>
        <w:t xml:space="preserve">sharpened, armor was checked, and strategies were refined, each plan meticulously crafted to exploit </w:t>
      </w:r>
      <w:r w:rsidR="006611AF">
        <w:rPr>
          <w:rFonts w:ascii="LiberationSerif" w:eastAsia="LiberationSerif" w:hAnsi="LiberationSerif"/>
          <w:color w:val="000000"/>
          <w:sz w:val="30"/>
        </w:rPr>
        <w:t>Zarvokh</w:t>
      </w:r>
      <w:r>
        <w:rPr>
          <w:rFonts w:ascii="LiberationSerif" w:eastAsia="LiberationSerif" w:hAnsi="LiberationSerif"/>
          <w:color w:val="000000"/>
          <w:sz w:val="30"/>
        </w:rPr>
        <w:t>'</w:t>
      </w:r>
      <w:r w:rsidR="006611AF">
        <w:rPr>
          <w:rFonts w:ascii="LiberationSerif" w:eastAsia="LiberationSerif" w:hAnsi="LiberationSerif"/>
          <w:color w:val="000000"/>
          <w:sz w:val="30"/>
        </w:rPr>
        <w:t>s</w:t>
      </w:r>
      <w:r>
        <w:rPr>
          <w:rFonts w:ascii="LiberationSerif" w:eastAsia="LiberationSerif" w:hAnsi="LiberationSerif"/>
          <w:color w:val="000000"/>
          <w:sz w:val="30"/>
        </w:rPr>
        <w:t xml:space="preserve"> weaknesses and circumvent his strengths. </w:t>
      </w:r>
    </w:p>
    <w:p w14:paraId="073C681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established a network of scouts, utilizing the tribe’s familiarity with the surrounding landscape. They secured key defensive positions, fortifying natural choke points and setting up ambushes. They even devised a system of </w:t>
      </w:r>
      <w:r>
        <w:br/>
      </w:r>
      <w:r>
        <w:rPr>
          <w:rFonts w:ascii="LiberationSerif" w:eastAsia="LiberationSerif" w:hAnsi="LiberationSerif"/>
          <w:color w:val="000000"/>
          <w:sz w:val="30"/>
        </w:rPr>
        <w:t>communication using coded whistles and hand signals, ensuring coordinated attacks and rapid response to changing</w:t>
      </w:r>
    </w:p>
    <w:p w14:paraId="3370F6CB" w14:textId="77777777" w:rsidR="008130CF" w:rsidRDefault="008130CF" w:rsidP="003166C8">
      <w:pPr>
        <w:ind w:right="20"/>
        <w:sectPr w:rsidR="008130CF">
          <w:pgSz w:w="12240" w:h="15840"/>
          <w:pgMar w:top="0" w:right="1420" w:bottom="0" w:left="1440" w:header="720" w:footer="720" w:gutter="0"/>
          <w:cols w:space="720"/>
          <w:docGrid w:linePitch="360"/>
        </w:sectPr>
      </w:pPr>
    </w:p>
    <w:p w14:paraId="0FB8A07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battlefield conditions. Marcus, having experienced the limitations of radio silence during his own military operations, fully understood the critical need for silent communication in a magical world.</w:t>
      </w:r>
    </w:p>
    <w:p w14:paraId="38EFC89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But the preparations weren't solely tactical. Marcus </w:t>
      </w:r>
      <w:r>
        <w:br/>
      </w:r>
      <w:r>
        <w:rPr>
          <w:rFonts w:ascii="LiberationSerif" w:eastAsia="LiberationSerif" w:hAnsi="LiberationSerif"/>
          <w:color w:val="000000"/>
          <w:sz w:val="30"/>
        </w:rPr>
        <w:t>recognized the importance of morale. He spent countless hours talking to his warriors, individually and in groups, sharing stories of his past experiences, emphasizing the shared struggle for freedom, building bonds of trust and camaraderie that extended beyond mere military obedience. He emphasized the importance of their collective strength.</w:t>
      </w:r>
    </w:p>
    <w:p w14:paraId="61EF5C3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wasn't just a leader; he was their brother-in-arms, a </w:t>
      </w:r>
      <w:r>
        <w:br/>
      </w:r>
      <w:r>
        <w:rPr>
          <w:rFonts w:ascii="LiberationSerif" w:eastAsia="LiberationSerif" w:hAnsi="LiberationSerif"/>
          <w:color w:val="000000"/>
          <w:sz w:val="30"/>
        </w:rPr>
        <w:t>friend, a confidant, someone who had experienced adversity and emerged victorious. His unwavering belief in their cause instilled a newfound confidence, and the spirit of their fight intensified. Evenings were spent around campfires, sharing stories and songs – a way to foster unity and strength.</w:t>
      </w:r>
    </w:p>
    <w:p w14:paraId="36B2750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played a vital role in this process. Her sharp wit and sarcastic humor eased tensions, her strength and courage inspired awe, and her love for Marcus shone like a beacon of hope for the whole tribe. She moved effortlessly among her people, a natural leader in her own right, addressing their concerns, offering guidance, and bolstering their spirits.</w:t>
      </w:r>
    </w:p>
    <w:p w14:paraId="773FE0A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Their unity was not just a military alliance; it was a </w:t>
      </w:r>
      <w:r>
        <w:br/>
      </w:r>
      <w:r>
        <w:rPr>
          <w:rFonts w:ascii="LiberationSerif" w:eastAsia="LiberationSerif" w:hAnsi="LiberationSerif"/>
          <w:color w:val="000000"/>
          <w:sz w:val="30"/>
        </w:rPr>
        <w:t>testament to the power of shared purpose and the enduring strength of their love.</w:t>
      </w:r>
    </w:p>
    <w:p w14:paraId="689A94CD" w14:textId="0565086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focused on identifying each warrior’s strength, </w:t>
      </w:r>
      <w:r>
        <w:br/>
      </w:r>
      <w:r>
        <w:rPr>
          <w:rFonts w:ascii="LiberationSerif" w:eastAsia="LiberationSerif" w:hAnsi="LiberationSerif"/>
          <w:color w:val="000000"/>
          <w:sz w:val="30"/>
        </w:rPr>
        <w:t xml:space="preserve">assigning them roles that capitalized on their skills, whether it be hand-to-hand combat, strategy, or even using their unique magical abilities. Many of Liliana’s people possessed subtle magical talents, abilities that were previously </w:t>
      </w:r>
      <w:r>
        <w:br/>
      </w:r>
      <w:r>
        <w:rPr>
          <w:rFonts w:ascii="LiberationSerif" w:eastAsia="LiberationSerif" w:hAnsi="LiberationSerif"/>
          <w:color w:val="000000"/>
          <w:sz w:val="30"/>
        </w:rPr>
        <w:t xml:space="preserve">suppressed or ignored under </w:t>
      </w:r>
      <w:r w:rsidR="006611AF">
        <w:rPr>
          <w:rFonts w:ascii="LiberationSerif" w:eastAsia="LiberationSerif" w:hAnsi="LiberationSerif"/>
          <w:color w:val="000000"/>
          <w:sz w:val="30"/>
        </w:rPr>
        <w:t>Zarvokh</w:t>
      </w:r>
      <w:r>
        <w:rPr>
          <w:rFonts w:ascii="LiberationSerif" w:eastAsia="LiberationSerif" w:hAnsi="LiberationSerif"/>
          <w:color w:val="000000"/>
          <w:sz w:val="30"/>
        </w:rPr>
        <w:t>'s rule. Now, they were</w:t>
      </w:r>
    </w:p>
    <w:p w14:paraId="0D4B5B69" w14:textId="77777777" w:rsidR="008130CF" w:rsidRDefault="008130CF" w:rsidP="003166C8">
      <w:pPr>
        <w:ind w:right="20"/>
        <w:sectPr w:rsidR="008130CF">
          <w:pgSz w:w="12240" w:h="15840"/>
          <w:pgMar w:top="0" w:right="1420" w:bottom="0" w:left="1440" w:header="720" w:footer="720" w:gutter="0"/>
          <w:cols w:space="720"/>
          <w:docGrid w:linePitch="360"/>
        </w:sectPr>
      </w:pPr>
    </w:p>
    <w:p w14:paraId="1EFE83F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encouraged and empowered, their abilities honed and integrated into their strategic plans.</w:t>
      </w:r>
    </w:p>
    <w:p w14:paraId="2518824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days leading up to the battle were intense, a period of both intense preparation and quiet contemplation. Marcus, despite his outward calm, felt the weight of responsibility heavy upon his shoulders. He knew that many lives hung in the balance. But the fear was overshadowed by his resolve, by the love he shared with Liliana, and by the unwavering trust he had earned from the people he had come to call his brothers and sisters.</w:t>
      </w:r>
    </w:p>
    <w:p w14:paraId="3849B8F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had traded his uniform for a painted hide, his modern weaponry for a magical sword, and yet, the warrior within him remained. He was ready. He was prepared to face any odds. He was ready to lead his people to victory. He was ready to fight for their freedom, and for his love. The storm was gathering, but within the heart of his army, a stronger storm was brewing – a storm of hope, courage, and </w:t>
      </w:r>
      <w:r>
        <w:br/>
      </w:r>
      <w:r>
        <w:rPr>
          <w:rFonts w:ascii="LiberationSerif" w:eastAsia="LiberationSerif" w:hAnsi="LiberationSerif"/>
          <w:color w:val="000000"/>
          <w:sz w:val="30"/>
        </w:rPr>
        <w:t>unwavering determination.</w:t>
      </w:r>
    </w:p>
    <w:p w14:paraId="7F492B19" w14:textId="77777777" w:rsidR="008130CF" w:rsidRDefault="008130CF" w:rsidP="003166C8">
      <w:pPr>
        <w:ind w:right="20"/>
        <w:sectPr w:rsidR="008130CF">
          <w:pgSz w:w="12240" w:h="15840"/>
          <w:pgMar w:top="0" w:right="1420" w:bottom="0" w:left="1440" w:header="720" w:footer="720" w:gutter="0"/>
          <w:cols w:space="720"/>
          <w:docGrid w:linePitch="360"/>
        </w:sectPr>
      </w:pPr>
    </w:p>
    <w:p w14:paraId="350762B5"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Sharpening Weapons and Spirits</w:t>
      </w:r>
    </w:p>
    <w:p w14:paraId="776280B5"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rhythmic clang of steel on stone echoed through the encampment, a counterpoint to the crackling fire and hushed whispers. Liliana, her pink skin glowing faintly in the </w:t>
      </w:r>
      <w:r>
        <w:br/>
      </w:r>
      <w:r>
        <w:rPr>
          <w:rFonts w:ascii="LiberationSerif" w:eastAsia="LiberationSerif" w:hAnsi="LiberationSerif"/>
          <w:color w:val="000000"/>
          <w:sz w:val="30"/>
        </w:rPr>
        <w:t xml:space="preserve">firelight, moved with a practiced grace, her movements fluid and deadly. She sharpened her twin daggers, their blades reflecting the flames like captured embers. She was a </w:t>
      </w:r>
      <w:r>
        <w:br/>
      </w:r>
      <w:r>
        <w:rPr>
          <w:rFonts w:ascii="LiberationSerif" w:eastAsia="LiberationSerif" w:hAnsi="LiberationSerif"/>
          <w:color w:val="000000"/>
          <w:sz w:val="30"/>
        </w:rPr>
        <w:t>whirlwind of motion, a blur of pink and crimson, her usual sarcastic banter replaced with a focused intensity that sent a shiver down the spines of even the most hardened warriors. This wasn't the playful devil girl Marcus had fallen for; this was a seasoned warrior, preparing for the fight of her life.</w:t>
      </w:r>
    </w:p>
    <w:p w14:paraId="18F0A07C"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Marcus watched her, a familiar knot tightening in his gut.</w:t>
      </w:r>
    </w:p>
    <w:p w14:paraId="62496AEB"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He, too, was preparing, though his methods were less…elegant. He meticulously cleaned and oiled his magically bonded sword, the intricate carvings gleaming in the </w:t>
      </w:r>
      <w:r>
        <w:br/>
      </w:r>
      <w:r>
        <w:rPr>
          <w:rFonts w:ascii="LiberationSerif" w:eastAsia="LiberationSerif" w:hAnsi="LiberationSerif"/>
          <w:color w:val="000000"/>
          <w:sz w:val="30"/>
        </w:rPr>
        <w:t xml:space="preserve">firelight. The sword felt strangely alive in his hands, a connection that went beyond mere weaponry. It was an extension of himself, a conduit for his power, a symbol of his commitment to Liliana and her people. He examined the scabbard, ensuring the enchanted runes were still intact – a safeguard against the wizard’s dark magic. He ran a </w:t>
      </w:r>
      <w:r>
        <w:br/>
      </w:r>
      <w:r>
        <w:rPr>
          <w:rFonts w:ascii="LiberationSerif" w:eastAsia="LiberationSerif" w:hAnsi="LiberationSerif"/>
          <w:color w:val="000000"/>
          <w:sz w:val="30"/>
        </w:rPr>
        <w:t>calloused thumb along the blade, feeling the subtle hum of power that thrummed beneath its surface. This wasn't just a sword; it was a lifeline, a testament to his unlikely journey from the depths of the ocean to the heart of a magical war.</w:t>
      </w:r>
    </w:p>
    <w:p w14:paraId="3597AA3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Beside him, his old M4 rifle lay disassembled, its parts </w:t>
      </w:r>
      <w:r>
        <w:br/>
      </w:r>
      <w:r>
        <w:rPr>
          <w:rFonts w:ascii="LiberationSerif" w:eastAsia="LiberationSerif" w:hAnsi="LiberationSerif"/>
          <w:color w:val="000000"/>
          <w:sz w:val="30"/>
        </w:rPr>
        <w:t>gleaming under the firelight. It was more than a weapon; it was a piece of home, a link to the life he had left behind. He meticulously cleaned each part, his movements methodical and precise, a ritual that calmed his nerves and reminded him</w:t>
      </w:r>
    </w:p>
    <w:p w14:paraId="1669C897" w14:textId="77777777" w:rsidR="008130CF" w:rsidRDefault="008130CF" w:rsidP="003166C8">
      <w:pPr>
        <w:ind w:right="20"/>
        <w:sectPr w:rsidR="008130CF">
          <w:pgSz w:w="12240" w:h="15840"/>
          <w:pgMar w:top="0" w:right="1420" w:bottom="0" w:left="1440" w:header="720" w:footer="720" w:gutter="0"/>
          <w:cols w:space="720"/>
          <w:docGrid w:linePitch="360"/>
        </w:sectPr>
      </w:pPr>
    </w:p>
    <w:p w14:paraId="7340FCB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of the training that had prepared him for this moment. The familiar weight of the weapon in his hands offered a strange comfort, a tangible link to the reality he'd once known. Each polished component was a reminder of his past, of the skills that had helped him survive countless perilous missions. He meticulously checked the magazine, ensuring it was fully loaded with 120 rounds – a smaller capacity than he was used to, but sufficient for a final, decisive push. He </w:t>
      </w:r>
      <w:r>
        <w:br/>
      </w:r>
      <w:r>
        <w:rPr>
          <w:rFonts w:ascii="LiberationSerif" w:eastAsia="LiberationSerif" w:hAnsi="LiberationSerif"/>
          <w:color w:val="000000"/>
          <w:sz w:val="30"/>
        </w:rPr>
        <w:t xml:space="preserve">reassembled the rifle, the familiar clicks and snaps a </w:t>
      </w:r>
      <w:r>
        <w:br/>
      </w:r>
      <w:r>
        <w:rPr>
          <w:rFonts w:ascii="LiberationSerif" w:eastAsia="LiberationSerif" w:hAnsi="LiberationSerif"/>
          <w:color w:val="000000"/>
          <w:sz w:val="30"/>
        </w:rPr>
        <w:t>soothing rhythm in the tense silence of the night. He attached a silencer – acquired by trading some of his more advanced diving gear with a particularly resourceful goblin – a small comfort that may help prevent surprise attacks from wizard's scouts.</w:t>
      </w:r>
    </w:p>
    <w:p w14:paraId="1F2B79E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Beyond the immediate preparations, Marcus focused on the larger strategy. He'd spent the past days studying maps, sketches, and whispered intelligence gathered from his </w:t>
      </w:r>
      <w:r>
        <w:br/>
      </w:r>
      <w:r>
        <w:rPr>
          <w:rFonts w:ascii="LiberationSerif" w:eastAsia="LiberationSerif" w:hAnsi="LiberationSerif"/>
          <w:color w:val="000000"/>
          <w:sz w:val="30"/>
        </w:rPr>
        <w:t xml:space="preserve">scouts. The wizard's fortress, a looming obsidian spire that pierced the storm clouds, was heavily fortified. Marcus knew a direct assault would be suicidal. He had to exploit </w:t>
      </w:r>
      <w:r>
        <w:br/>
      </w:r>
      <w:r>
        <w:rPr>
          <w:rFonts w:ascii="LiberationSerif" w:eastAsia="LiberationSerif" w:hAnsi="LiberationSerif"/>
          <w:color w:val="000000"/>
          <w:sz w:val="30"/>
        </w:rPr>
        <w:t>weaknesses, to turn the enemy's strengths against them. He'd devised a plan, a daring strategy that relied heavily on speed, stealth, and a healthy dose of cunning. He’d also considered the element of surprise, utilizing the swamps as a means of unconventional warfare to get closer to the target undetected.</w:t>
      </w:r>
    </w:p>
    <w:p w14:paraId="61F07E2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His forces were smaller, yet agile and deadly, more than capable of inflicting considerable casualties and wearing down the enemy. His plan wouldn't rely on brute force, but upon precision and strategic deception. The wizard </w:t>
      </w:r>
      <w:r>
        <w:br/>
      </w:r>
      <w:r>
        <w:rPr>
          <w:rFonts w:ascii="LiberationSerif" w:eastAsia="LiberationSerif" w:hAnsi="LiberationSerif"/>
          <w:color w:val="000000"/>
          <w:sz w:val="30"/>
        </w:rPr>
        <w:t>underestimated him, thinking him merely a foreign warrior. Marcus intended to use that to his advantage.</w:t>
      </w:r>
    </w:p>
    <w:p w14:paraId="62240225" w14:textId="77777777" w:rsidR="008130CF" w:rsidRDefault="00000000" w:rsidP="003166C8">
      <w:pPr>
        <w:autoSpaceDE w:val="0"/>
        <w:autoSpaceDN w:val="0"/>
        <w:spacing w:before="360" w:after="0" w:line="360" w:lineRule="exact"/>
        <w:ind w:right="20"/>
        <w:jc w:val="both"/>
      </w:pPr>
      <w:r>
        <w:rPr>
          <w:rFonts w:ascii="LiberationSerif" w:eastAsia="LiberationSerif" w:hAnsi="LiberationSerif"/>
          <w:color w:val="000000"/>
          <w:sz w:val="30"/>
        </w:rPr>
        <w:t>He tapped a finger against the crude map drawn on a piece of tanned hide. "The eastern flank," he murmured, more to himself than to anyone else. "That's where we'll strike.</w:t>
      </w:r>
    </w:p>
    <w:p w14:paraId="1A7321D5" w14:textId="77777777" w:rsidR="008130CF" w:rsidRDefault="008130CF" w:rsidP="003166C8">
      <w:pPr>
        <w:ind w:right="20"/>
        <w:sectPr w:rsidR="008130CF">
          <w:pgSz w:w="12240" w:h="15840"/>
          <w:pgMar w:top="0" w:right="1420" w:bottom="0" w:left="1440" w:header="720" w:footer="720" w:gutter="0"/>
          <w:cols w:space="720"/>
          <w:docGrid w:linePitch="360"/>
        </w:sectPr>
      </w:pPr>
    </w:p>
    <w:p w14:paraId="4DE59A6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Liliana, you'll lead the vanguard. Your speed and agility will be crucial in disrupting their defenses."</w:t>
      </w:r>
    </w:p>
    <w:p w14:paraId="7C6254A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nodded, her eyes flashing with a fierce resolve. "I'll make sure they regret underestimating us," she hissed, her voice low and dangerous.</w:t>
      </w:r>
    </w:p>
    <w:p w14:paraId="6357BEE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turned to Grolak, the hulking ogre who served as his second-in-command. "You'll take the southern route, </w:t>
      </w:r>
      <w:r>
        <w:br/>
      </w:r>
      <w:r>
        <w:rPr>
          <w:rFonts w:ascii="LiberationSerif" w:eastAsia="LiberationSerif" w:hAnsi="LiberationSerif"/>
          <w:color w:val="000000"/>
          <w:sz w:val="30"/>
        </w:rPr>
        <w:t>creating a diversion. Keep the pressure on, but avoid a direct confrontation. We need to keep them guessing."</w:t>
      </w:r>
    </w:p>
    <w:p w14:paraId="38436B2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Golak grunted his agreement, his massive fists clenching. He was a force of nature, capable of smashing through walls of stone, and he wasn’t known for his subtle tactics. Marcus needed to keep the Ogre focused, so they wouldn’t </w:t>
      </w:r>
      <w:r>
        <w:br/>
      </w:r>
      <w:r>
        <w:rPr>
          <w:rFonts w:ascii="LiberationSerif" w:eastAsia="LiberationSerif" w:hAnsi="LiberationSerif"/>
          <w:color w:val="000000"/>
          <w:sz w:val="30"/>
        </w:rPr>
        <w:t>overwhelm the battlefield unnecessarily.</w:t>
      </w:r>
    </w:p>
    <w:p w14:paraId="0D736D3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looked at his advisors. Eldrin, the wizened shaman, sat quietly, his eyes closed, muttering incantations under his breath. He was preparing the troops spiritually, offering prayers and blessings to ensure their safety and success. Eldrin’s rituals were crucial to their morale and readiness. This wasn't only a physical battle; it was a spiritual war. Marcus understood that it was more than just swords and sorcery.</w:t>
      </w:r>
    </w:p>
    <w:p w14:paraId="2031EF5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night deepened, the air growing colder. A thin layer of frost began to cling to the ground, a harbinger of the </w:t>
      </w:r>
      <w:r>
        <w:br/>
      </w:r>
      <w:r>
        <w:rPr>
          <w:rFonts w:ascii="LiberationSerif" w:eastAsia="LiberationSerif" w:hAnsi="LiberationSerif"/>
          <w:color w:val="000000"/>
          <w:sz w:val="30"/>
        </w:rPr>
        <w:t>approaching storm. The warriors, a motley collection of devils, goblins, and a handful of humans who had joined their cause, huddled around their fires, sharpening their weapons, whispering prayers, and sharing stories of bravery and sacrifice. Marcus, scanning their faces, felt a surge of pride – and a heavy weight of responsibility. He was leading</w:t>
      </w:r>
    </w:p>
    <w:p w14:paraId="36B68E1B" w14:textId="77777777" w:rsidR="008130CF" w:rsidRDefault="008130CF" w:rsidP="003166C8">
      <w:pPr>
        <w:ind w:right="20"/>
        <w:sectPr w:rsidR="008130CF">
          <w:pgSz w:w="12240" w:h="15840"/>
          <w:pgMar w:top="0" w:right="1420" w:bottom="0" w:left="1440" w:header="720" w:footer="720" w:gutter="0"/>
          <w:cols w:space="720"/>
          <w:docGrid w:linePitch="360"/>
        </w:sectPr>
      </w:pPr>
    </w:p>
    <w:p w14:paraId="1476649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them into a battle that could determine the fate of their world.</w:t>
      </w:r>
    </w:p>
    <w:p w14:paraId="1CFD08D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walked through the ranks, his hand resting on the hilt of his magical sword. He spoke to each warrior, offering words of encouragement and reassurance. He knew fear was a natural emotion, but he had to instill in them the belief that they could overcome this battle. He reminded them of their shared cause, of their fight for freedom and independence.</w:t>
      </w:r>
    </w:p>
    <w:p w14:paraId="3247C9E3" w14:textId="0D97D56C"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He reminded them of Liliana, of their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and his beloved. Her image helped to steel their resolve. The night air filled with promises of victory, the collective strength of the warriors growing stronger as they prepared for dawn.</w:t>
      </w:r>
    </w:p>
    <w:p w14:paraId="0718D76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preparations were more than just sharpening weapons and polishing armor. It was a matter of sharpening spirits, of fortifying the will to fight. Marcus had seen enough battles to know that victory wasn't solely decided by strength and skill, but by the resolve in the hearts of the men and women who fought. And as he looked upon his assembled army, he knew that their spirits were as sharp as their weapons. They were ready. The storm was indeed gathering, but within their hearts, a tempest of defiance was brewing – a tempest that would sweep away the wizard and his oppressive reign. The firelight danced on their faces, reflecting determination, hope, and the unwavering promise of a dawn that would bring freedom.</w:t>
      </w:r>
    </w:p>
    <w:p w14:paraId="5F0BED92" w14:textId="6B92C6D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thoughts drifted back to the past. His life in the US Army. The rigorous training, the camaraderie, the shared dangers, and the unwavering loyalty within his unit. He had traded one form of military service for another. He used to lead his squad in combat; now, he was leading a tribe in an epic battle for their survival. He was now married to the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of this land. He was a leader, a warrior, a husband, and a king-to-be.</w:t>
      </w:r>
    </w:p>
    <w:p w14:paraId="67A5D680" w14:textId="77777777" w:rsidR="008130CF" w:rsidRDefault="008130CF" w:rsidP="003166C8">
      <w:pPr>
        <w:ind w:right="20"/>
        <w:sectPr w:rsidR="008130CF">
          <w:pgSz w:w="12240" w:h="15840"/>
          <w:pgMar w:top="0" w:right="1420" w:bottom="0" w:left="1440" w:header="720" w:footer="720" w:gutter="0"/>
          <w:cols w:space="720"/>
          <w:docGrid w:linePitch="360"/>
        </w:sectPr>
      </w:pPr>
    </w:p>
    <w:p w14:paraId="6022CBE2"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He remembered his first training as a combat diver. The long hours in the water, mastering the skills needed to operate in the most demanding conditions. The precision, the </w:t>
      </w:r>
      <w:r>
        <w:br/>
      </w:r>
      <w:r>
        <w:rPr>
          <w:rFonts w:ascii="LiberationSerif" w:eastAsia="LiberationSerif" w:hAnsi="LiberationSerif"/>
          <w:color w:val="000000"/>
          <w:sz w:val="30"/>
        </w:rPr>
        <w:t xml:space="preserve">discipline, the unwavering attention to detail. That training had been crucial to his survival in this new world. He had learned to adapt, to overcome obstacles, and to fight for what he believed in. Those years in the army, the countless hours of preparation, had given him the skills and resilience he needed to face this challenge. He remembered his </w:t>
      </w:r>
      <w:r>
        <w:br/>
      </w:r>
      <w:r>
        <w:rPr>
          <w:rFonts w:ascii="LiberationSerif" w:eastAsia="LiberationSerif" w:hAnsi="LiberationSerif"/>
          <w:color w:val="000000"/>
          <w:sz w:val="30"/>
        </w:rPr>
        <w:t xml:space="preserve">squadmates, their faces and their shared history. He </w:t>
      </w:r>
      <w:r>
        <w:br/>
      </w:r>
      <w:r>
        <w:rPr>
          <w:rFonts w:ascii="LiberationSerif" w:eastAsia="LiberationSerif" w:hAnsi="LiberationSerif"/>
          <w:color w:val="000000"/>
          <w:sz w:val="30"/>
        </w:rPr>
        <w:t>wondered if they would have been proud of him. Of his courage, of his tenacity.</w:t>
      </w:r>
    </w:p>
    <w:p w14:paraId="31F47FB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morning arrived, painting the sky in shades of orange and grey. The air crackled with anticipation. The final preparations were complete. The weapons were sharp, the spirits were high, and the storm was about to break. The battle for freedom was about to begin. Marcus, his heart pounding with a mixture of fear and excitement, drew his magically bonded sword. The steel sang, a promise of bloodshed and triumph. He was ready. His people were ready. The wizard's reign was over.</w:t>
      </w:r>
    </w:p>
    <w:p w14:paraId="0BD41E18" w14:textId="77777777" w:rsidR="008130CF" w:rsidRDefault="008130CF" w:rsidP="003166C8">
      <w:pPr>
        <w:ind w:right="20"/>
        <w:sectPr w:rsidR="008130CF">
          <w:pgSz w:w="12240" w:h="15840"/>
          <w:pgMar w:top="0" w:right="1420" w:bottom="0" w:left="1440" w:header="720" w:footer="720" w:gutter="0"/>
          <w:cols w:space="720"/>
          <w:docGrid w:linePitch="360"/>
        </w:sectPr>
      </w:pPr>
    </w:p>
    <w:p w14:paraId="6393424D"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Securing Key Locations</w:t>
      </w:r>
    </w:p>
    <w:p w14:paraId="23637E08"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pre-dawn chill bit at exposed skin, but the air vibrated with a nervous energy that surpassed the cold. Marcus, clad in scavenged leather armor reinforced with magically treated plates, surveyed the landscape. His eyes, usually alight with mischief and a soldier's wry humor, were grim, focused. The battlefield stretched before him, a tapestry of rolling hills and dark forests, punctuated by the jagged peaks of the Dragon's Teeth mountains in the distance. This wasn't some jungle skirmish in Vietnam; this was a fight for the very soul of Liliana's people, the Sylvani.</w:t>
      </w:r>
    </w:p>
    <w:p w14:paraId="3AE6CEA0" w14:textId="71BD2F5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gaze swept across the assembled army. A motley crew, to be sure. Sylvani warriors, their pink skin vibrant against the muted greens and browns of their surroundings, wielded spears tipped with obsidian and shields adorned with </w:t>
      </w:r>
      <w:r>
        <w:br/>
      </w:r>
      <w:r>
        <w:rPr>
          <w:rFonts w:ascii="LiberationSerif" w:eastAsia="LiberationSerif" w:hAnsi="LiberationSerif"/>
          <w:color w:val="000000"/>
          <w:sz w:val="30"/>
        </w:rPr>
        <w:t xml:space="preserve">intricate carvings. Beside them stood hulking minotaurs, their shaggy hides gleaming with sweat and anticipation, their massive axes glinting menacingly in the pale light. A contingent of nimble, almost ethereal, dryads stood poised, their bows strung taut, their arrows tipped with a potent poison that could fell a minotaur with a single shot. And then there were the humans – a ragtag band of mercenaries, </w:t>
      </w:r>
      <w:r>
        <w:br/>
      </w:r>
      <w:r>
        <w:rPr>
          <w:rFonts w:ascii="LiberationSerif" w:eastAsia="LiberationSerif" w:hAnsi="LiberationSerif"/>
          <w:color w:val="000000"/>
          <w:sz w:val="30"/>
        </w:rPr>
        <w:t xml:space="preserve">deserters, and those who simply couldn't stand the tyrannical rule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the wizard. Marcus, by virtue of his </w:t>
      </w:r>
      <w:r>
        <w:br/>
      </w:r>
      <w:r>
        <w:rPr>
          <w:rFonts w:ascii="LiberationSerif" w:eastAsia="LiberationSerif" w:hAnsi="LiberationSerif"/>
          <w:color w:val="000000"/>
          <w:sz w:val="30"/>
        </w:rPr>
        <w:t>battlefield prowess and his undeniable connection to Liliana, commanded this unlikely army.</w:t>
      </w:r>
    </w:p>
    <w:p w14:paraId="4391A22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first priority was securing the high ground. The Dragon's Teeth mountains, while distant, offered a commanding view of the battlefield. He chose three strategic positions: a rocky outcrop overlooking the main approach to the Sylvani </w:t>
      </w:r>
      <w:r>
        <w:br/>
      </w:r>
      <w:r>
        <w:rPr>
          <w:rFonts w:ascii="LiberationSerif" w:eastAsia="LiberationSerif" w:hAnsi="LiberationSerif"/>
          <w:color w:val="000000"/>
          <w:sz w:val="30"/>
        </w:rPr>
        <w:t>village, a hidden pass through the Whispering Woods that</w:t>
      </w:r>
    </w:p>
    <w:p w14:paraId="450747DA" w14:textId="77777777" w:rsidR="008130CF" w:rsidRDefault="008130CF" w:rsidP="003166C8">
      <w:pPr>
        <w:ind w:right="20"/>
        <w:sectPr w:rsidR="008130CF">
          <w:pgSz w:w="12240" w:h="15840"/>
          <w:pgMar w:top="0" w:right="1420" w:bottom="0" w:left="1440" w:header="720" w:footer="720" w:gutter="0"/>
          <w:cols w:space="720"/>
          <w:docGrid w:linePitch="360"/>
        </w:sectPr>
      </w:pPr>
    </w:p>
    <w:p w14:paraId="435C562E" w14:textId="7CD6F23B" w:rsidR="008130CF" w:rsidRDefault="006D4D1F" w:rsidP="003166C8">
      <w:pPr>
        <w:autoSpaceDE w:val="0"/>
        <w:autoSpaceDN w:val="0"/>
        <w:spacing w:before="1430" w:after="0" w:line="360" w:lineRule="exact"/>
        <w:ind w:right="20"/>
      </w:pPr>
      <w:r>
        <w:rPr>
          <w:rFonts w:ascii="LiberationSerif" w:eastAsia="LiberationSerif" w:hAnsi="LiberationSerif"/>
          <w:color w:val="000000"/>
          <w:sz w:val="28"/>
          <w:szCs w:val="28"/>
        </w:rPr>
        <w:lastRenderedPageBreak/>
        <w:t>Zarvokh</w:t>
      </w:r>
      <w:r>
        <w:rPr>
          <w:rFonts w:ascii="LiberationSerif" w:eastAsia="LiberationSerif" w:hAnsi="LiberationSerif"/>
          <w:color w:val="000000"/>
          <w:sz w:val="30"/>
        </w:rPr>
        <w:t xml:space="preserve"> 's forces were likely to use, and a narrow valley that would funnel any flanking maneuver.</w:t>
      </w:r>
    </w:p>
    <w:p w14:paraId="4862F05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"Captain Zara," Marcus called to a seasoned Sylvani warrior, her face a mask of grim determination. Zara, with her </w:t>
      </w:r>
      <w:r>
        <w:br/>
      </w:r>
      <w:r>
        <w:rPr>
          <w:rFonts w:ascii="LiberationSerif" w:eastAsia="LiberationSerif" w:hAnsi="LiberationSerif"/>
          <w:color w:val="000000"/>
          <w:sz w:val="30"/>
        </w:rPr>
        <w:t>crimson war paint and fiery spirit, was as close to a general as the Sylvani had. "Take fifty warriors, including ten of the minotaurs. Secure the high ground overlooking the main approach. Fortify your position. We cannot afford to be caught off guard."</w:t>
      </w:r>
    </w:p>
    <w:p w14:paraId="16AAF3F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Zara nodded, a curt salute. "It shall be done, Captain." Her voice resonated with authority, a sharp contrast to the nervous chatter of the troops.</w:t>
      </w:r>
    </w:p>
    <w:p w14:paraId="375E846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then turned to Theron, a wiry human mercenary whose skills with a crossbow were legendary. Theron, </w:t>
      </w:r>
      <w:r>
        <w:br/>
      </w:r>
      <w:r>
        <w:rPr>
          <w:rFonts w:ascii="LiberationSerif" w:eastAsia="LiberationSerif" w:hAnsi="LiberationSerif"/>
          <w:color w:val="000000"/>
          <w:sz w:val="30"/>
        </w:rPr>
        <w:t xml:space="preserve">despite his cynical demeanor, was fiercely loyal and </w:t>
      </w:r>
      <w:r>
        <w:br/>
      </w:r>
      <w:r>
        <w:rPr>
          <w:rFonts w:ascii="LiberationSerif" w:eastAsia="LiberationSerif" w:hAnsi="LiberationSerif"/>
          <w:color w:val="000000"/>
          <w:sz w:val="30"/>
        </w:rPr>
        <w:t xml:space="preserve">possessed an uncanny ability to anticipate enemy </w:t>
      </w:r>
      <w:r>
        <w:br/>
      </w:r>
      <w:r>
        <w:rPr>
          <w:rFonts w:ascii="LiberationSerif" w:eastAsia="LiberationSerif" w:hAnsi="LiberationSerif"/>
          <w:color w:val="000000"/>
          <w:sz w:val="30"/>
        </w:rPr>
        <w:t>movements. "Theron," Marcus said, "take thirty of your best sharpshooters and secure the pass through the Whispering Woods. Plant tripwires and booby traps. The woods will be your advantage. Use it wisely."</w:t>
      </w:r>
    </w:p>
    <w:p w14:paraId="400A414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Theron, ever pragmatic, grunted in acknowledgement. "Consider it done. But you owe me a case of that firewater you found after the last raid."</w:t>
      </w:r>
    </w:p>
    <w:p w14:paraId="647817A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chuckled, despite the gravity of the situation. "Consider it a bonus if we live through this."</w:t>
      </w:r>
    </w:p>
    <w:p w14:paraId="6E30B5C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Finally, Marcus addressed Elara, a graceful dryad whose connection to nature was almost mystical. "Elara, I need you and twenty of your sisters to secure the valley. Your </w:t>
      </w:r>
      <w:r>
        <w:br/>
      </w:r>
      <w:r>
        <w:rPr>
          <w:rFonts w:ascii="LiberationSerif" w:eastAsia="LiberationSerif" w:hAnsi="LiberationSerif"/>
          <w:color w:val="000000"/>
          <w:sz w:val="30"/>
        </w:rPr>
        <w:t>knowledge of the terrain will be invaluable. Use your magic</w:t>
      </w:r>
    </w:p>
    <w:p w14:paraId="5DBAE8D6" w14:textId="77777777" w:rsidR="008130CF" w:rsidRDefault="008130CF" w:rsidP="003166C8">
      <w:pPr>
        <w:ind w:right="20"/>
        <w:sectPr w:rsidR="008130CF">
          <w:pgSz w:w="12240" w:h="15840"/>
          <w:pgMar w:top="0" w:right="1420" w:bottom="0" w:left="1440" w:header="720" w:footer="720" w:gutter="0"/>
          <w:cols w:space="720"/>
          <w:docGrid w:linePitch="360"/>
        </w:sectPr>
      </w:pPr>
    </w:p>
    <w:p w14:paraId="66834DA7" w14:textId="30480873"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to create illusions and set up ambushes. Make it a killing ground for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forces."</w:t>
      </w:r>
    </w:p>
    <w:p w14:paraId="5646FFC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Elara, her eyes shimmering with emerald light, smiled </w:t>
      </w:r>
      <w:r>
        <w:br/>
      </w:r>
      <w:r>
        <w:rPr>
          <w:rFonts w:ascii="LiberationSerif" w:eastAsia="LiberationSerif" w:hAnsi="LiberationSerif"/>
          <w:color w:val="000000"/>
          <w:sz w:val="30"/>
        </w:rPr>
        <w:t>serenely. "The forest will protect us, and we shall protect the forest. We will not fail you, Captain."</w:t>
      </w:r>
    </w:p>
    <w:p w14:paraId="7CCFFFC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deployment of his forces was a symphony of controlled chaos. Marcus observed, directing traffic, offering </w:t>
      </w:r>
      <w:r>
        <w:br/>
      </w:r>
      <w:r>
        <w:rPr>
          <w:rFonts w:ascii="LiberationSerif" w:eastAsia="LiberationSerif" w:hAnsi="LiberationSerif"/>
          <w:color w:val="000000"/>
          <w:sz w:val="30"/>
        </w:rPr>
        <w:t xml:space="preserve">encouragement, and dispensing tactical advice. He moved like a wraith, his presence reassuring yet commanding. He had learned this skill in the jungles of Southeast Asia and the deserts of Iraq. But this was different. This wasn't about a strategic objective or a political goal. This was about </w:t>
      </w:r>
      <w:r>
        <w:br/>
      </w:r>
      <w:r>
        <w:rPr>
          <w:rFonts w:ascii="LiberationSerif" w:eastAsia="LiberationSerif" w:hAnsi="LiberationSerif"/>
          <w:color w:val="000000"/>
          <w:sz w:val="30"/>
        </w:rPr>
        <w:t>survival, about protecting a people he had grown to love, a people who had embraced him as one of their own.</w:t>
      </w:r>
    </w:p>
    <w:p w14:paraId="5295AC12" w14:textId="4C831F9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sun finally crested the horizon, painting the sky in breathtaking hues of gold and crimson. But the beauty was deceptive; it masked the impending storm. Marcus felt a prickle of unease, a veteran's instinct honed over years of combat. Something felt off. He had a sinking feeling that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was not playing by the expected rules.</w:t>
      </w:r>
    </w:p>
    <w:p w14:paraId="52F722C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climbed the rocky outcrop chosen for the main defense. From his vantage point, he could see the entire battlefield.</w:t>
      </w:r>
    </w:p>
    <w:p w14:paraId="6DFD156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Zara's troops had secured their position expertly; the minotaurs were like granite statues, their axes poised.</w:t>
      </w:r>
    </w:p>
    <w:p w14:paraId="212A578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Theron's sharpshooters were almost invisible within the shadows of the Whispering Woods, their crossbows loaded and ready. Elara's dryads, blending seamlessly with the surrounding trees, were a force to be reckoned with.</w:t>
      </w:r>
    </w:p>
    <w:p w14:paraId="64065BC3" w14:textId="40CB8FD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But even as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felt a surge of confidence,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sensed a looming threat, a subtle shift in the air, a feeling of unease that gnawed at </w:t>
      </w:r>
      <w:r w:rsidR="00AF3838">
        <w:rPr>
          <w:rFonts w:ascii="LiberationSerif" w:eastAsia="LiberationSerif" w:hAnsi="LiberationSerif"/>
          <w:color w:val="000000"/>
          <w:sz w:val="30"/>
        </w:rPr>
        <w:t>my</w:t>
      </w:r>
      <w:r>
        <w:rPr>
          <w:rFonts w:ascii="LiberationSerif" w:eastAsia="LiberationSerif" w:hAnsi="LiberationSerif"/>
          <w:color w:val="000000"/>
          <w:sz w:val="30"/>
        </w:rPr>
        <w:t xml:space="preserve"> gut. </w:t>
      </w:r>
      <w:r w:rsidR="00AF3838">
        <w:rPr>
          <w:rFonts w:ascii="LiberationSerif" w:eastAsia="LiberationSerif" w:hAnsi="LiberationSerif"/>
          <w:color w:val="000000"/>
          <w:sz w:val="30"/>
        </w:rPr>
        <w:t>We had to</w:t>
      </w:r>
      <w:r>
        <w:rPr>
          <w:rFonts w:ascii="LiberationSerif" w:eastAsia="LiberationSerif" w:hAnsi="LiberationSerif"/>
          <w:color w:val="000000"/>
          <w:sz w:val="30"/>
        </w:rPr>
        <w:t xml:space="preserve"> anticipate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next move. A powerful wizard wouldn’t just attack head-on. He would use strategy, </w:t>
      </w:r>
      <w:r>
        <w:br/>
      </w:r>
      <w:r>
        <w:rPr>
          <w:rFonts w:ascii="LiberationSerif" w:eastAsia="LiberationSerif" w:hAnsi="LiberationSerif"/>
          <w:color w:val="000000"/>
          <w:sz w:val="30"/>
        </w:rPr>
        <w:t>deception, and possibly magic. Marcus adjusted his tactical plan, adding contingencies to account for potential ambushes and unexpected attacks. He needed to prepare for unconventional warfare.</w:t>
      </w:r>
    </w:p>
    <w:p w14:paraId="62FB304A" w14:textId="2D005EBD"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 xml:space="preserve">He knew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would strike where he least expected.</w:t>
      </w:r>
    </w:p>
    <w:p w14:paraId="597868AA" w14:textId="2075F6FF" w:rsidR="008130CF" w:rsidRDefault="00000000" w:rsidP="003166C8">
      <w:pPr>
        <w:autoSpaceDE w:val="0"/>
        <w:autoSpaceDN w:val="0"/>
        <w:spacing w:after="0" w:line="360" w:lineRule="exact"/>
        <w:ind w:right="20"/>
      </w:pPr>
      <w:r>
        <w:rPr>
          <w:rFonts w:ascii="LiberationSerif" w:eastAsia="LiberationSerif" w:hAnsi="LiberationSerif"/>
          <w:color w:val="000000"/>
          <w:sz w:val="30"/>
        </w:rPr>
        <w:lastRenderedPageBreak/>
        <w:t xml:space="preserve">Perhaps he’d attempt a flanking maneuver, using the </w:t>
      </w:r>
      <w:r>
        <w:br/>
      </w:r>
      <w:r>
        <w:rPr>
          <w:rFonts w:ascii="LiberationSerif" w:eastAsia="LiberationSerif" w:hAnsi="LiberationSerif"/>
          <w:color w:val="000000"/>
          <w:sz w:val="30"/>
        </w:rPr>
        <w:t xml:space="preserve">darkness of the woods to his advantage, or possibly employ some dark magic to disorient the Sylvani forces. He needed to prepare for psychological warfare as well.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could use illusions or fear-inducing magic to shatter the morale of his troops.</w:t>
      </w:r>
    </w:p>
    <w:p w14:paraId="7B541D2B" w14:textId="5C37649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sent runners to each of the three key positions, relaying his revised plan. He emphasized the need for vigilance, the importance of maintaining communication, and the critical need to remain adaptable to whatever unexpected tactics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might throw their way.</w:t>
      </w:r>
    </w:p>
    <w:p w14:paraId="64EFEB8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waiting was the worst part. The anticipation hung heavy in the air, thick and suffocating. Marcus felt the weight of responsibility pressing down on him, the fate of an entire people resting on his shoulders. He thought of Liliana, her bright spirit tempered by the steely resolve in her eyes, and he found a renewed sense of purpose. He would not fail her, not fail her people. He would fight, and he would win. He would protect the life he had found in this strange, magical world, and he would do so with every fiber of his being. The gathering storm was upon them, but he was ready. He and his army were ready. The battle was about to begin. And for the first time since arriving in this world, Marcus felt a grim sense of satisfaction. He had positioned his troops </w:t>
      </w:r>
      <w:r>
        <w:br/>
      </w:r>
      <w:r>
        <w:rPr>
          <w:rFonts w:ascii="LiberationSerif" w:eastAsia="LiberationSerif" w:hAnsi="LiberationSerif"/>
          <w:color w:val="000000"/>
          <w:sz w:val="30"/>
        </w:rPr>
        <w:t>strategically. Now, he only needed to wait and see if his plan</w:t>
      </w:r>
    </w:p>
    <w:p w14:paraId="632BDCC8" w14:textId="77777777" w:rsidR="008130CF" w:rsidRDefault="008130CF" w:rsidP="003166C8">
      <w:pPr>
        <w:ind w:right="20"/>
        <w:sectPr w:rsidR="008130CF">
          <w:pgSz w:w="12240" w:h="15840"/>
          <w:pgMar w:top="0" w:right="1420" w:bottom="0" w:left="1440" w:header="720" w:footer="720" w:gutter="0"/>
          <w:cols w:space="720"/>
          <w:docGrid w:linePitch="360"/>
        </w:sectPr>
      </w:pPr>
    </w:p>
    <w:p w14:paraId="24C1C1B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would hold. The fate of the Sylvani, the fate of his marriage to Liliana, hung precariously in the balance.</w:t>
      </w:r>
    </w:p>
    <w:p w14:paraId="38317A40" w14:textId="77777777" w:rsidR="008130CF" w:rsidRDefault="008130CF" w:rsidP="003166C8">
      <w:pPr>
        <w:ind w:right="20"/>
        <w:sectPr w:rsidR="008130CF">
          <w:pgSz w:w="12240" w:h="15840"/>
          <w:pgMar w:top="0" w:right="1420" w:bottom="0" w:left="1440" w:header="720" w:footer="720" w:gutter="0"/>
          <w:cols w:space="720"/>
          <w:docGrid w:linePitch="360"/>
        </w:sectPr>
      </w:pPr>
    </w:p>
    <w:p w14:paraId="5D2BAAE3"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Strengthening Camaraderie</w:t>
      </w:r>
    </w:p>
    <w:p w14:paraId="6F47A4CC"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tension, palpable as a physical force, wasn't just </w:t>
      </w:r>
      <w:r>
        <w:br/>
      </w:r>
      <w:r>
        <w:rPr>
          <w:rFonts w:ascii="LiberationSerif" w:eastAsia="LiberationSerif" w:hAnsi="LiberationSerif"/>
          <w:color w:val="000000"/>
          <w:sz w:val="30"/>
        </w:rPr>
        <w:t xml:space="preserve">confined to the battlefield's edge. It pulsed through the ranks of the Sylvani warriors, a silent thrum that resonated with the nervous energy of men and women preparing to face their own mortality. Marcus, however, saw beyond the fear. He saw the flickering embers of camaraderie, the bonds of </w:t>
      </w:r>
      <w:r>
        <w:br/>
      </w:r>
      <w:r>
        <w:rPr>
          <w:rFonts w:ascii="LiberationSerif" w:eastAsia="LiberationSerif" w:hAnsi="LiberationSerif"/>
          <w:color w:val="000000"/>
          <w:sz w:val="30"/>
        </w:rPr>
        <w:t xml:space="preserve">loyalty that had been forged in the crucible of shared </w:t>
      </w:r>
      <w:r>
        <w:br/>
      </w:r>
      <w:r>
        <w:rPr>
          <w:rFonts w:ascii="LiberationSerif" w:eastAsia="LiberationSerif" w:hAnsi="LiberationSerif"/>
          <w:color w:val="000000"/>
          <w:sz w:val="30"/>
        </w:rPr>
        <w:t>hardship and near-death experiences. These weren’t just soldiers; they were a family, bound together by more than just a common cause.</w:t>
      </w:r>
    </w:p>
    <w:p w14:paraId="2A8A1A4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He’d learned quickly that leading a disparate group of </w:t>
      </w:r>
      <w:r>
        <w:br/>
      </w:r>
      <w:r>
        <w:rPr>
          <w:rFonts w:ascii="LiberationSerif" w:eastAsia="LiberationSerif" w:hAnsi="LiberationSerif"/>
          <w:color w:val="000000"/>
          <w:sz w:val="30"/>
        </w:rPr>
        <w:t xml:space="preserve">beings, some with scales and claws, others with wings and horns, and a human to boot, wasn't going to be easy. Their initial distrust had been a formidable hurdle, a stark reminder of the cultural differences that separated them. The Sylvani warriors, fiercely independent and deeply rooted in their ancient traditions, had been slow to accept his command, a former US Army soldier with an arsenal of modern </w:t>
      </w:r>
      <w:r>
        <w:br/>
      </w:r>
      <w:r>
        <w:rPr>
          <w:rFonts w:ascii="LiberationSerif" w:eastAsia="LiberationSerif" w:hAnsi="LiberationSerif"/>
          <w:color w:val="000000"/>
          <w:sz w:val="30"/>
        </w:rPr>
        <w:t xml:space="preserve">weaponry clashing with their mystical ways. Liliana, </w:t>
      </w:r>
      <w:r>
        <w:br/>
      </w:r>
      <w:r>
        <w:rPr>
          <w:rFonts w:ascii="LiberationSerif" w:eastAsia="LiberationSerif" w:hAnsi="LiberationSerif"/>
          <w:color w:val="000000"/>
          <w:sz w:val="30"/>
        </w:rPr>
        <w:t>however, had played a crucial role in bridging that gap.</w:t>
      </w:r>
    </w:p>
    <w:p w14:paraId="0F1DD1B5" w14:textId="3D13788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Her position as </w:t>
      </w:r>
      <w:r w:rsidR="003166C8">
        <w:rPr>
          <w:rFonts w:ascii="LiberationSerif" w:eastAsia="LiberationSerif" w:hAnsi="LiberationSerif"/>
          <w:color w:val="000000"/>
          <w:sz w:val="30"/>
        </w:rPr>
        <w:t>Queen</w:t>
      </w:r>
      <w:r>
        <w:rPr>
          <w:rFonts w:ascii="LiberationSerif" w:eastAsia="LiberationSerif" w:hAnsi="LiberationSerif"/>
          <w:color w:val="000000"/>
          <w:sz w:val="30"/>
        </w:rPr>
        <w:t>, combined with her natural charisma and understanding of both cultures, had been invaluable.</w:t>
      </w:r>
    </w:p>
    <w:p w14:paraId="0602D90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She’d translated his strategic plans into a language they could understand, emphasizing the practicality of his </w:t>
      </w:r>
      <w:r>
        <w:br/>
      </w:r>
      <w:r>
        <w:rPr>
          <w:rFonts w:ascii="LiberationSerif" w:eastAsia="LiberationSerif" w:hAnsi="LiberationSerif"/>
          <w:color w:val="000000"/>
          <w:sz w:val="30"/>
        </w:rPr>
        <w:t>battlefield tactics while respecting their deeply held beliefs.</w:t>
      </w:r>
    </w:p>
    <w:p w14:paraId="364CDE4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He'd seen the initial skepticism melt away as he led them through several smaller skirmishes, proving his mettle and his genuine concern for their well-being. He shared their meager rations, tended to their wounds, and fought alongside them, always at the forefront of the fray.</w:t>
      </w:r>
    </w:p>
    <w:p w14:paraId="3DF8F402" w14:textId="77777777" w:rsidR="008130CF" w:rsidRDefault="008130CF" w:rsidP="003166C8">
      <w:pPr>
        <w:ind w:right="20"/>
        <w:sectPr w:rsidR="008130CF">
          <w:pgSz w:w="12240" w:h="15840"/>
          <w:pgMar w:top="0" w:right="1420" w:bottom="0" w:left="1440" w:header="720" w:footer="720" w:gutter="0"/>
          <w:cols w:space="720"/>
          <w:docGrid w:linePitch="360"/>
        </w:sectPr>
      </w:pPr>
    </w:p>
    <w:p w14:paraId="12B5C7DF"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Marcus's leadership style, honed on countless deployments, differed significantly from the Sylvani's traditional </w:t>
      </w:r>
      <w:r>
        <w:br/>
      </w:r>
      <w:r>
        <w:rPr>
          <w:rFonts w:ascii="LiberationSerif" w:eastAsia="LiberationSerif" w:hAnsi="LiberationSerif"/>
          <w:color w:val="000000"/>
          <w:sz w:val="30"/>
        </w:rPr>
        <w:t xml:space="preserve">hierarchical structure. Instead of demanding blind obedience, he fostered a sense of mutual respect and shared </w:t>
      </w:r>
      <w:r>
        <w:br/>
      </w:r>
      <w:r>
        <w:rPr>
          <w:rFonts w:ascii="LiberationSerif" w:eastAsia="LiberationSerif" w:hAnsi="LiberationSerif"/>
          <w:color w:val="000000"/>
          <w:sz w:val="30"/>
        </w:rPr>
        <w:t>responsibility. He encouraged open communication, valuing their insights and experiences, and actively sought their input in strategic planning. He knew that a successful army wasn't just about superior weaponry or tactical prowess; it was about trust, mutual support, and unwavering loyalty, a bond forged in the heat of battle and solidified by the sharing of both pain and triumph.</w:t>
      </w:r>
    </w:p>
    <w:p w14:paraId="62C1730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shared meals, a simple act of communal eating, became rituals of bonding. Around crackling fires, under the vast, star-studded sky, stories were exchanged, laughter mingling with the crackling flames. The soldiers, men and women of diverse backgrounds, shared their fears, their hopes, and their dreams, slowly stripping away the layers of </w:t>
      </w:r>
      <w:r>
        <w:br/>
      </w:r>
      <w:r>
        <w:rPr>
          <w:rFonts w:ascii="LiberationSerif" w:eastAsia="LiberationSerif" w:hAnsi="LiberationSerif"/>
          <w:color w:val="000000"/>
          <w:sz w:val="30"/>
        </w:rPr>
        <w:t>apprehension and revealing the human heart beneath the armor. The veterans among them, scarred warriors from past battles, served as mentors, their wisdom guiding the younger generation.</w:t>
      </w:r>
    </w:p>
    <w:p w14:paraId="3265C1A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evening, Marcus found himself listening to a grizzled Sylvani veteran, his scales bearing the marks of countless battles, recounting a tale of bravery and sacrifice. The old warrior's voice was rough, but his eyes shone with pride as he spoke of a fallen comrade, a female warrior who had saved his life during a desperate encounter with a monstrous hydra. The story, filled with both sorrow and admiration, spoke volumes about the bonds of loyalty and camaraderie that held the Sylvani together. The shared grief and </w:t>
      </w:r>
      <w:r>
        <w:br/>
      </w:r>
      <w:r>
        <w:rPr>
          <w:rFonts w:ascii="LiberationSerif" w:eastAsia="LiberationSerif" w:hAnsi="LiberationSerif"/>
          <w:color w:val="000000"/>
          <w:sz w:val="30"/>
        </w:rPr>
        <w:t xml:space="preserve">remembrance created an atmosphere of mutual </w:t>
      </w:r>
      <w:r>
        <w:br/>
      </w:r>
      <w:r>
        <w:rPr>
          <w:rFonts w:ascii="LiberationSerif" w:eastAsia="LiberationSerif" w:hAnsi="LiberationSerif"/>
          <w:color w:val="000000"/>
          <w:sz w:val="30"/>
        </w:rPr>
        <w:t xml:space="preserve">understanding and solidified their commitment to one </w:t>
      </w:r>
      <w:r>
        <w:br/>
      </w:r>
      <w:r>
        <w:rPr>
          <w:rFonts w:ascii="LiberationSerif" w:eastAsia="LiberationSerif" w:hAnsi="LiberationSerif"/>
          <w:color w:val="000000"/>
          <w:sz w:val="30"/>
        </w:rPr>
        <w:t>another.</w:t>
      </w:r>
    </w:p>
    <w:p w14:paraId="04C33123" w14:textId="77777777" w:rsidR="008130CF" w:rsidRDefault="008130CF" w:rsidP="003166C8">
      <w:pPr>
        <w:ind w:right="20"/>
        <w:sectPr w:rsidR="008130CF">
          <w:pgSz w:w="12240" w:h="15840"/>
          <w:pgMar w:top="0" w:right="1420" w:bottom="0" w:left="1440" w:header="720" w:footer="720" w:gutter="0"/>
          <w:cols w:space="720"/>
          <w:docGrid w:linePitch="360"/>
        </w:sectPr>
      </w:pPr>
    </w:p>
    <w:p w14:paraId="4F40BCCB"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Marcus took note of their methods of emotional support and healing. Their rituals, initially alien to him, served to build resilience and mutual care. They celebrated the victories, however small, with a gusto that was infectious. This created a sense of shared achievement and collective </w:t>
      </w:r>
      <w:r>
        <w:br/>
      </w:r>
      <w:r>
        <w:rPr>
          <w:rFonts w:ascii="LiberationSerif" w:eastAsia="LiberationSerif" w:hAnsi="LiberationSerif"/>
          <w:color w:val="000000"/>
          <w:sz w:val="30"/>
        </w:rPr>
        <w:t xml:space="preserve">accomplishment, which was essential for strengthening their emotional connection and bolstering morale. He found that their willingness to support each other in times of hardship was infectious, creating a vibrant and supportive </w:t>
      </w:r>
      <w:r>
        <w:br/>
      </w:r>
      <w:r>
        <w:rPr>
          <w:rFonts w:ascii="LiberationSerif" w:eastAsia="LiberationSerif" w:hAnsi="LiberationSerif"/>
          <w:color w:val="000000"/>
          <w:sz w:val="30"/>
        </w:rPr>
        <w:t>environment.</w:t>
      </w:r>
    </w:p>
    <w:p w14:paraId="0197909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also realized that understanding their culture was key to building trust. He initiated training exercises that </w:t>
      </w:r>
      <w:r>
        <w:br/>
      </w:r>
      <w:r>
        <w:rPr>
          <w:rFonts w:ascii="LiberationSerif" w:eastAsia="LiberationSerif" w:hAnsi="LiberationSerif"/>
          <w:color w:val="000000"/>
          <w:sz w:val="30"/>
        </w:rPr>
        <w:t xml:space="preserve">incorporated elements of their traditional fighting styles, demonstrating his respect for their ancient knowledge and integrating it with modern military tactics. This fusion of old and new, far from creating conflict, led to a more effective and unified fighting force. The warriors embraced the </w:t>
      </w:r>
      <w:r>
        <w:br/>
      </w:r>
      <w:r>
        <w:rPr>
          <w:rFonts w:ascii="LiberationSerif" w:eastAsia="LiberationSerif" w:hAnsi="LiberationSerif"/>
          <w:color w:val="000000"/>
          <w:sz w:val="30"/>
        </w:rPr>
        <w:t>change; their sense of ownership and engagement in their training further strengthened the bonds amongst them.</w:t>
      </w:r>
    </w:p>
    <w:p w14:paraId="2E939AD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And then there was the music. The Sylvani warriors </w:t>
      </w:r>
      <w:r>
        <w:br/>
      </w:r>
      <w:r>
        <w:rPr>
          <w:rFonts w:ascii="LiberationSerif" w:eastAsia="LiberationSerif" w:hAnsi="LiberationSerif"/>
          <w:color w:val="000000"/>
          <w:sz w:val="30"/>
        </w:rPr>
        <w:t>possessed a deeply rich musical tradition. Their songs, haunting and evocative, spoke of courage, loss, and the enduring spirit of their people. During their down time, the musicians among them played, and the soldiers gathered, their hearts stirring to the rhythms and melodies. The music soothed their anxieties, offering solace and a sense of shared identity. The songs spoke of the legends of their ancestors, their triumphs and tribulations, linking them to a history far older and more profound than anything Marcus had ever encountered.</w:t>
      </w:r>
    </w:p>
    <w:p w14:paraId="6FA8391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particular song, a lament for the fallen, struck a deep chord with Marcus. He found himself moved by its heartfelt</w:t>
      </w:r>
    </w:p>
    <w:p w14:paraId="23A23C66" w14:textId="77777777" w:rsidR="008130CF" w:rsidRDefault="008130CF" w:rsidP="003166C8">
      <w:pPr>
        <w:ind w:right="20"/>
        <w:sectPr w:rsidR="008130CF">
          <w:pgSz w:w="12240" w:h="15840"/>
          <w:pgMar w:top="0" w:right="1420" w:bottom="0" w:left="1440" w:header="720" w:footer="720" w:gutter="0"/>
          <w:cols w:space="720"/>
          <w:docGrid w:linePitch="360"/>
        </w:sectPr>
      </w:pPr>
    </w:p>
    <w:p w14:paraId="21F3D0A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emotion, recognizing the universal pain of loss and sacrifice that transcends cultural boundaries. He saw tears glistening in the eyes of hardened warriors, and understood their grief, their shared sense of mourning. This shared vulnerability, this willingness to expose their inner selves, deepened the bonds of camaraderie, transforming them into something more powerful than just a military unit.</w:t>
      </w:r>
    </w:p>
    <w:p w14:paraId="21974D1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began to incorporate elements of this music into their training regimen. He observed that the rhythmic nature of the songs improved their coordination and discipline. The upbeat tempos boosted their morale and energy levels, while the slower, more contemplative melodies fostered moments of quiet reflection and unity. He realized that combining these musical elements with physical training was highly effective in strengthening not only their physical abilities but their emotional bonds as well.</w:t>
      </w:r>
    </w:p>
    <w:p w14:paraId="447613D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days leading up to the battle were filled with these </w:t>
      </w:r>
      <w:r>
        <w:br/>
      </w:r>
      <w:r>
        <w:rPr>
          <w:rFonts w:ascii="LiberationSerif" w:eastAsia="LiberationSerif" w:hAnsi="LiberationSerif"/>
          <w:color w:val="000000"/>
          <w:sz w:val="30"/>
        </w:rPr>
        <w:t xml:space="preserve">shared experiences, these acts of communal bonding. They worked together, trained together, ate together, and mourned together. They forged a kinship, a familial connection that extended beyond the battlefield. Marcus, initially an </w:t>
      </w:r>
      <w:r>
        <w:br/>
      </w:r>
      <w:r>
        <w:rPr>
          <w:rFonts w:ascii="LiberationSerif" w:eastAsia="LiberationSerif" w:hAnsi="LiberationSerif"/>
          <w:color w:val="000000"/>
          <w:sz w:val="30"/>
        </w:rPr>
        <w:t xml:space="preserve">outsider, had become a part of their community, a leader who had earned their trust not through force, but through respect, empathy, and shared sacrifice. The gathering storm still loomed, but now, he knew, he was not just leading an army; he was leading a family. And families fight together, and they endure. The coming battle would test their mettle, push them to their limits. But, as he looked at his troops, their faces etched with determination and trust, Marcus knew they would face it together, their emotional bonds strengthening them against the coming onslaught. They were ready. They were more than ready. They were a family, forged in the fires of adversity, and united by their shared experience. He </w:t>
      </w:r>
      <w:r>
        <w:br/>
      </w:r>
      <w:r>
        <w:rPr>
          <w:rFonts w:ascii="LiberationSerif" w:eastAsia="LiberationSerif" w:hAnsi="LiberationSerif"/>
          <w:color w:val="000000"/>
          <w:sz w:val="30"/>
        </w:rPr>
        <w:t>looked at the sky as the sun began to rise, painting the</w:t>
      </w:r>
    </w:p>
    <w:p w14:paraId="00E43C29" w14:textId="77777777" w:rsidR="008130CF" w:rsidRDefault="008130CF" w:rsidP="003166C8">
      <w:pPr>
        <w:ind w:right="20"/>
        <w:sectPr w:rsidR="008130CF">
          <w:pgSz w:w="12240" w:h="15840"/>
          <w:pgMar w:top="0" w:right="1420" w:bottom="0" w:left="1440" w:header="720" w:footer="720" w:gutter="0"/>
          <w:cols w:space="720"/>
          <w:docGrid w:linePitch="360"/>
        </w:sectPr>
      </w:pPr>
    </w:p>
    <w:p w14:paraId="4EE4999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eastern horizon in hues of fiery orange and deep purple. A new day dawned, one that would decide the fate of the </w:t>
      </w:r>
      <w:r>
        <w:br/>
      </w:r>
      <w:r>
        <w:rPr>
          <w:rFonts w:ascii="LiberationSerif" w:eastAsia="LiberationSerif" w:hAnsi="LiberationSerif"/>
          <w:color w:val="000000"/>
          <w:sz w:val="30"/>
        </w:rPr>
        <w:t>Sylvani people. The gathering storm was about to break, and they, united as one, would face it head on.</w:t>
      </w:r>
    </w:p>
    <w:p w14:paraId="32E4B4CF" w14:textId="77777777" w:rsidR="008130CF" w:rsidRDefault="008130CF" w:rsidP="003166C8">
      <w:pPr>
        <w:ind w:right="20"/>
        <w:sectPr w:rsidR="008130CF">
          <w:pgSz w:w="12240" w:h="15840"/>
          <w:pgMar w:top="0" w:right="1420" w:bottom="0" w:left="1440" w:header="720" w:footer="720" w:gutter="0"/>
          <w:cols w:space="720"/>
          <w:docGrid w:linePitch="360"/>
        </w:sectPr>
      </w:pPr>
    </w:p>
    <w:p w14:paraId="0AF939AD"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Preparing for the Inevitable</w:t>
      </w:r>
    </w:p>
    <w:p w14:paraId="16265879"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pre-dawn air hung heavy with the scent of woodsmoke and anticipation. A nervous energy crackled through the Sylvani encampment, a silent hum beneath the surface of forced calm. Marcus, clad in his scavenged Sylvani armor –a stark contrast to his usual combat gear – moved amongst his troops, his gaze sharp and assessing. He wasn't just looking for readiness; he was searching for fear, not to punish it, but to understand it, to address it. Fear was a natural response to the looming threat, a primal instinct designed to preserve life. Ignoring it was folly; </w:t>
      </w:r>
      <w:r>
        <w:br/>
      </w:r>
      <w:r>
        <w:rPr>
          <w:rFonts w:ascii="LiberationSerif" w:eastAsia="LiberationSerif" w:hAnsi="LiberationSerif"/>
          <w:color w:val="000000"/>
          <w:sz w:val="30"/>
        </w:rPr>
        <w:t>acknowledging it, mastering it, was the key to victory.</w:t>
      </w:r>
    </w:p>
    <w:p w14:paraId="581CDD6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found it in the eyes of young Elara, a barely-woman whose hand trembled as she checked the strap of her bow. Her fear wasn't weakness; it was the weight of responsibility, the understanding of the consequences of failure. He knelt beside her, his hand resting lightly on her arm. "It's alright to be afraid, Elara," he said, his voice low and reassuring. "Fear keeps you alive, sharpens your senses. But fear does not control you. You control your fear.” He pointed to the </w:t>
      </w:r>
      <w:r>
        <w:br/>
      </w:r>
      <w:r>
        <w:rPr>
          <w:rFonts w:ascii="LiberationSerif" w:eastAsia="LiberationSerif" w:hAnsi="LiberationSerif"/>
          <w:color w:val="000000"/>
          <w:sz w:val="30"/>
        </w:rPr>
        <w:t>carefully notched arrow in her quiver. "That arrow, that bow… they are extensions of you. Let your fear fuel your precision, let it sharpen your focus. Remember your training.</w:t>
      </w:r>
    </w:p>
    <w:p w14:paraId="66663173"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You are a warrior, a Sylvani warrior. You are stronger than you think."</w:t>
      </w:r>
    </w:p>
    <w:p w14:paraId="7983E6B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His words were met with a hesitant nod, and a flicker of resolve replaced the trembling in her eyes. He moved on, his presence a quiet reassurance in the burgeoning chaos. He spoke to Kael, the grizzled veteran whose normally booming laugh was absent, replaced with a tight-lipped determination.</w:t>
      </w:r>
    </w:p>
    <w:p w14:paraId="5437B1F5"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Kael was a rock, but even rocks could crumble under</w:t>
      </w:r>
    </w:p>
    <w:p w14:paraId="77B2E0FD" w14:textId="77777777" w:rsidR="008130CF" w:rsidRDefault="008130CF" w:rsidP="003166C8">
      <w:pPr>
        <w:ind w:right="20"/>
        <w:sectPr w:rsidR="008130CF">
          <w:pgSz w:w="12240" w:h="15840"/>
          <w:pgMar w:top="0" w:right="1420" w:bottom="0" w:left="1440" w:header="720" w:footer="720" w:gutter="0"/>
          <w:cols w:space="720"/>
          <w:docGrid w:linePitch="360"/>
        </w:sectPr>
      </w:pPr>
    </w:p>
    <w:p w14:paraId="246E33B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immense pressure. Marcus found him sharpening his axe with a grim focus, the rhythmic scrape a counterpoint to the nervous whispers of his fellow warriors.</w:t>
      </w:r>
    </w:p>
    <w:p w14:paraId="32C292E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axe is a good friend, Kael," Marcus said, watching him work. "Loyal, dependable. But it's only as good as the </w:t>
      </w:r>
      <w:r>
        <w:br/>
      </w:r>
      <w:r>
        <w:rPr>
          <w:rFonts w:ascii="LiberationSerif" w:eastAsia="LiberationSerif" w:hAnsi="LiberationSerif"/>
          <w:color w:val="000000"/>
          <w:sz w:val="30"/>
        </w:rPr>
        <w:t xml:space="preserve">warrior who wields it. Remember why you fight. Remember your family, your people. Let their faces be your strength." Kael met his gaze, a flicker of something akin to gratitude in his eyes. He nodded, a silent acknowledgment of the </w:t>
      </w:r>
      <w:r>
        <w:br/>
      </w:r>
      <w:r>
        <w:rPr>
          <w:rFonts w:ascii="LiberationSerif" w:eastAsia="LiberationSerif" w:hAnsi="LiberationSerif"/>
          <w:color w:val="000000"/>
          <w:sz w:val="30"/>
        </w:rPr>
        <w:t>unspoken shared burden. The fear wasn't gone, but it was tempered, channelled, transformed into something more potent—a steely resolve.</w:t>
      </w:r>
    </w:p>
    <w:p w14:paraId="6D89795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spent hours moving through the encampment, a silent shepherd guiding his flock towards the coming storm. He spoke to the healers, tending to their anxious preparations, ensuring they had the resources they needed, reinforcing their invaluable role in the coming conflict. He spoke to the scouts, reassuring them of their importance, acknowledging their fear but emphasizing the value of their observations. He spoke to every soldier, addressing individual concerns, </w:t>
      </w:r>
      <w:r>
        <w:br/>
      </w:r>
      <w:r>
        <w:rPr>
          <w:rFonts w:ascii="LiberationSerif" w:eastAsia="LiberationSerif" w:hAnsi="LiberationSerif"/>
          <w:color w:val="000000"/>
          <w:sz w:val="30"/>
        </w:rPr>
        <w:t>offering words of comfort or encouragement, reminding each one of their strength, their training, their worth.</w:t>
      </w:r>
    </w:p>
    <w:p w14:paraId="4E00A98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approach was subtle, not a forceful assertion of </w:t>
      </w:r>
      <w:r>
        <w:br/>
      </w:r>
      <w:r>
        <w:rPr>
          <w:rFonts w:ascii="LiberationSerif" w:eastAsia="LiberationSerif" w:hAnsi="LiberationSerif"/>
          <w:color w:val="000000"/>
          <w:sz w:val="30"/>
        </w:rPr>
        <w:t xml:space="preserve">command, but a gentle, understanding reassurance. He </w:t>
      </w:r>
      <w:r>
        <w:br/>
      </w:r>
      <w:r>
        <w:rPr>
          <w:rFonts w:ascii="LiberationSerif" w:eastAsia="LiberationSerif" w:hAnsi="LiberationSerif"/>
          <w:color w:val="000000"/>
          <w:sz w:val="30"/>
        </w:rPr>
        <w:t xml:space="preserve">reminded them that they weren't alone; they were a </w:t>
      </w:r>
      <w:r>
        <w:br/>
      </w:r>
      <w:r>
        <w:rPr>
          <w:rFonts w:ascii="LiberationSerif" w:eastAsia="LiberationSerif" w:hAnsi="LiberationSerif"/>
          <w:color w:val="000000"/>
          <w:sz w:val="30"/>
        </w:rPr>
        <w:t xml:space="preserve">community, a family. He shared stories from his past, not of glory, but of fear, of doubt, of facing seemingly </w:t>
      </w:r>
      <w:r>
        <w:br/>
      </w:r>
      <w:r>
        <w:rPr>
          <w:rFonts w:ascii="LiberationSerif" w:eastAsia="LiberationSerif" w:hAnsi="LiberationSerif"/>
          <w:color w:val="000000"/>
          <w:sz w:val="30"/>
        </w:rPr>
        <w:t xml:space="preserve">insurmountable odds. He spoke of his own near-death </w:t>
      </w:r>
      <w:r>
        <w:br/>
      </w:r>
      <w:r>
        <w:rPr>
          <w:rFonts w:ascii="LiberationSerif" w:eastAsia="LiberationSerif" w:hAnsi="LiberationSerif"/>
          <w:color w:val="000000"/>
          <w:sz w:val="30"/>
        </w:rPr>
        <w:t>experiences, the gnawing terror that had seized him, and how he had overcome it through discipline, training, and the unwavering support of his fellow soldiers. He emphasized that they were not only facing a powerful enemy; they were confronting their own internal demons, their own fears, and</w:t>
      </w:r>
    </w:p>
    <w:p w14:paraId="0A74F01F" w14:textId="77777777" w:rsidR="008130CF" w:rsidRDefault="008130CF" w:rsidP="003166C8">
      <w:pPr>
        <w:ind w:right="20"/>
        <w:sectPr w:rsidR="008130CF">
          <w:pgSz w:w="12240" w:h="15840"/>
          <w:pgMar w:top="0" w:right="1420" w:bottom="0" w:left="1440" w:header="720" w:footer="720" w:gutter="0"/>
          <w:cols w:space="720"/>
          <w:docGrid w:linePitch="360"/>
        </w:sectPr>
      </w:pPr>
    </w:p>
    <w:p w14:paraId="432C98B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conquering those would be as crucial as winning the battle itself.</w:t>
      </w:r>
    </w:p>
    <w:p w14:paraId="20EAD0C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ever observant, watched him from a distance, a mixture of admiration and amusement playing on her lips. She understood this; she had faced her own fears, her own doubts, in her years of servitude and rebellion. She knew the power of shared experience, the strength of unity, and the vital role of leadership in bolstering the morale of a fighting force. Yet, seeing Marcus navigate these intricate emotional currents, she felt a renewed sense of awe at his capacity for empathy. He wasn't just a seasoned warrior; he was a </w:t>
      </w:r>
      <w:r>
        <w:br/>
      </w:r>
      <w:r>
        <w:rPr>
          <w:rFonts w:ascii="LiberationSerif" w:eastAsia="LiberationSerif" w:hAnsi="LiberationSerif"/>
          <w:color w:val="000000"/>
          <w:sz w:val="30"/>
        </w:rPr>
        <w:t>compassionate leader, a man who understood the human element of war, the crucial interplay of fear, courage, and unwavering loyalty.</w:t>
      </w:r>
    </w:p>
    <w:p w14:paraId="6B588CF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 sun finally crested the horizon, painting the sky in fiery hues, Marcus climbed a rocky outcrop overlooking the encampment. The air was alive with the nervous energy of the warriors, the clang of steel, the hushed whispers, and the crackling of anticipation. He looked at his army, at the faces etched with a mixture of fear and determination, and he felt a surge of pride. They were ready. They were not just soldiers; they were a family, bound together by shared experiences, mutual respect, and an unwavering loyalty to each other.</w:t>
      </w:r>
    </w:p>
    <w:p w14:paraId="3F254A7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thought about his own fears. The fear of failure, the fear of losing those he had come to care for deeply. The fear of his own mortality. He had stared into the face of death countless times, both in his previous life and this new, fantastical world. But he had always found the strength to persevere, to press on, to fight for what he believed in. He knew that this battle would be the most challenging yet. But he also knew that he wasn’t alone. He had Liliana, his wife, his queen, his partner in this extraordinary journey. He had his warriors, his family, his army, his friends. They would</w:t>
      </w:r>
    </w:p>
    <w:p w14:paraId="14A72DAC" w14:textId="77777777" w:rsidR="008130CF" w:rsidRDefault="008130CF" w:rsidP="003166C8">
      <w:pPr>
        <w:ind w:right="20"/>
        <w:sectPr w:rsidR="008130CF">
          <w:pgSz w:w="12240" w:h="15840"/>
          <w:pgMar w:top="0" w:right="1420" w:bottom="0" w:left="1440" w:header="720" w:footer="720" w:gutter="0"/>
          <w:cols w:space="720"/>
          <w:docGrid w:linePitch="360"/>
        </w:sectPr>
      </w:pPr>
    </w:p>
    <w:p w14:paraId="6C8FE2E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face this storm together, hand-in-hand, a united force against the darkness.</w:t>
      </w:r>
    </w:p>
    <w:p w14:paraId="67013D7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looked at Liliana, who stood beside him, her hand resting gently on his arm. Her pink skin, a stark contrast to the muted greens and browns of the landscape, seemed to glow with an inner fire. She smiled, a small, knowing smile that spoke of shared burdens and unwavering faith. In that shared gaze, he found reassurance, a renewal of his own courage. Their love, their bond, was another weapon, just as powerful as any sword or spell.</w:t>
      </w:r>
    </w:p>
    <w:p w14:paraId="35A0E8C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sky darkened, the wind picked up, carrying with it the distant rumble of thunder. The gathering storm was upon them. But they were ready. They had faced their fears, and in doing so, they had found their strength. They were not just an army; they were a family. And families endure. Families fight. And families win. The time for preparation was over. The time for battle had arrived. The moment of truth was at hand. The clash of steel, the roar of battle, the cries of war were about to begin. And Marcus, along with his beloved wife and his fiercely loyal warriors, would face it together.</w:t>
      </w:r>
    </w:p>
    <w:p w14:paraId="7910257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Their hearts beat as one, their spirits united, their </w:t>
      </w:r>
      <w:r>
        <w:br/>
      </w:r>
      <w:r>
        <w:rPr>
          <w:rFonts w:ascii="LiberationSerif" w:eastAsia="LiberationSerif" w:hAnsi="LiberationSerif"/>
          <w:color w:val="000000"/>
          <w:sz w:val="30"/>
        </w:rPr>
        <w:t>determination unyielding. The storm was coming, but so was the dawn. And this time, the dawn would belong to them.</w:t>
      </w:r>
    </w:p>
    <w:p w14:paraId="7B7A1F04" w14:textId="77777777" w:rsidR="008130CF" w:rsidRDefault="008130CF" w:rsidP="003166C8">
      <w:pPr>
        <w:ind w:right="20"/>
        <w:sectPr w:rsidR="008130CF">
          <w:pgSz w:w="12240" w:h="15840"/>
          <w:pgMar w:top="0" w:right="1420" w:bottom="0" w:left="1440" w:header="720" w:footer="720" w:gutter="0"/>
          <w:cols w:space="720"/>
          <w:docGrid w:linePitch="360"/>
        </w:sectPr>
      </w:pPr>
    </w:p>
    <w:p w14:paraId="1704E619"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Initial Confrontation with the Enemy</w:t>
      </w:r>
    </w:p>
    <w:p w14:paraId="31FC1A7C" w14:textId="0939384F"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air crackled with anticipation, a palpable tension </w:t>
      </w:r>
      <w:r>
        <w:br/>
      </w:r>
      <w:r>
        <w:rPr>
          <w:rFonts w:ascii="LiberationSerif" w:eastAsia="LiberationSerif" w:hAnsi="LiberationSerif"/>
          <w:color w:val="000000"/>
          <w:sz w:val="30"/>
        </w:rPr>
        <w:t xml:space="preserve">hanging heavier than the humid swamp air. The first rays of dawn painted the gnarled cypress trees in hues of blood orange and sickly yellow, illuminating the assembled army of the Devil Tribe and their unlikely human ally, Sergeant First Class Marcus Cole. Before them, a sea of obsidian armor stretched across the muddy plain, the ranks of the wizard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forces a stark, menacing contrast to the vibrant, if slightly chaotic, array of the rebels. Liliana, resplendent in her crimson warpaint and adorned with bone and obsidian jewelry, stood beside Marcus, her pink skin practically glowing in the dim light. Her usual sarcastic quips were absent, replaced by a grim determination that sent shivers down even Marcus's battle-hardened spine.</w:t>
      </w:r>
    </w:p>
    <w:p w14:paraId="2F90D2E0" w14:textId="10C32AB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initial assault wasn't a grand, coordinated charge. It was a cacophony of screams, the clash of steel, and the crackle of arcane energy.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forces, relying on disciplined ranks and powerful magic, pushed forward in a seemingly unstoppable wave. Goblins, hulking ogres, and strangely mutated creatures surged towards the rebel lines, a tide of brutality intent on crushing any opposition.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deployed </w:t>
      </w:r>
      <w:r w:rsidR="00AF3838">
        <w:rPr>
          <w:rFonts w:ascii="LiberationSerif" w:eastAsia="LiberationSerif" w:hAnsi="LiberationSerif"/>
          <w:color w:val="000000"/>
          <w:sz w:val="30"/>
        </w:rPr>
        <w:t>my</w:t>
      </w:r>
      <w:r>
        <w:rPr>
          <w:rFonts w:ascii="LiberationSerif" w:eastAsia="LiberationSerif" w:hAnsi="LiberationSerif"/>
          <w:color w:val="000000"/>
          <w:sz w:val="30"/>
        </w:rPr>
        <w:t xml:space="preserve"> forces strategically, </w:t>
      </w:r>
      <w:r w:rsidR="00AF3838">
        <w:rPr>
          <w:rFonts w:ascii="LiberationSerif" w:eastAsia="LiberationSerif" w:hAnsi="LiberationSerif"/>
          <w:color w:val="000000"/>
          <w:sz w:val="30"/>
        </w:rPr>
        <w:t>u</w:t>
      </w:r>
      <w:r>
        <w:rPr>
          <w:rFonts w:ascii="LiberationSerif" w:eastAsia="LiberationSerif" w:hAnsi="LiberationSerif"/>
          <w:color w:val="000000"/>
          <w:sz w:val="30"/>
        </w:rPr>
        <w:t>tilizing the swamp’s natural obstacles to their advantage.</w:t>
      </w:r>
    </w:p>
    <w:p w14:paraId="61F6AE52" w14:textId="0971C42E"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Devil Tribe, utilizing guerrilla tactics they had honed over years of resisting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tyranny, harried the enemy flanks, their swift attacks leaving chaos in their wake.</w:t>
      </w:r>
    </w:p>
    <w:p w14:paraId="4F8A5C8D" w14:textId="16180BBD" w:rsidR="008130CF" w:rsidRDefault="00AF3838" w:rsidP="003166C8">
      <w:pPr>
        <w:autoSpaceDE w:val="0"/>
        <w:autoSpaceDN w:val="0"/>
        <w:spacing w:before="360" w:after="0" w:line="360" w:lineRule="exact"/>
        <w:ind w:right="20"/>
      </w:pPr>
      <w:r>
        <w:rPr>
          <w:rFonts w:ascii="LiberationSerif" w:eastAsia="LiberationSerif" w:hAnsi="LiberationSerif"/>
          <w:color w:val="000000"/>
          <w:sz w:val="30"/>
        </w:rPr>
        <w:t>A</w:t>
      </w:r>
      <w:r w:rsidR="00000000">
        <w:rPr>
          <w:rFonts w:ascii="LiberationSerif" w:eastAsia="LiberationSerif" w:hAnsi="LiberationSerif"/>
          <w:color w:val="000000"/>
          <w:sz w:val="30"/>
        </w:rPr>
        <w:t xml:space="preserve">rmed with </w:t>
      </w:r>
      <w:r>
        <w:rPr>
          <w:rFonts w:ascii="LiberationSerif" w:eastAsia="LiberationSerif" w:hAnsi="LiberationSerif"/>
          <w:color w:val="000000"/>
          <w:sz w:val="30"/>
        </w:rPr>
        <w:t>my</w:t>
      </w:r>
      <w:r w:rsidR="00000000">
        <w:rPr>
          <w:rFonts w:ascii="LiberationSerif" w:eastAsia="LiberationSerif" w:hAnsi="LiberationSerif"/>
          <w:color w:val="000000"/>
          <w:sz w:val="30"/>
        </w:rPr>
        <w:t xml:space="preserve"> M4 and </w:t>
      </w:r>
      <w:r>
        <w:rPr>
          <w:rFonts w:ascii="LiberationSerif" w:eastAsia="LiberationSerif" w:hAnsi="LiberationSerif"/>
          <w:color w:val="000000"/>
          <w:sz w:val="30"/>
        </w:rPr>
        <w:t>Emily, I</w:t>
      </w:r>
      <w:r w:rsidR="00000000">
        <w:rPr>
          <w:rFonts w:ascii="LiberationSerif" w:eastAsia="LiberationSerif" w:hAnsi="LiberationSerif"/>
          <w:color w:val="000000"/>
          <w:sz w:val="30"/>
        </w:rPr>
        <w:t xml:space="preserve"> found himself at the heart of the conflict. </w:t>
      </w:r>
      <w:r>
        <w:rPr>
          <w:rFonts w:ascii="LiberationSerif" w:eastAsia="LiberationSerif" w:hAnsi="LiberationSerif"/>
          <w:color w:val="000000"/>
          <w:sz w:val="30"/>
        </w:rPr>
        <w:t xml:space="preserve">With a familiar annoyed </w:t>
      </w:r>
      <w:proofErr w:type="gramStart"/>
      <w:r>
        <w:rPr>
          <w:rFonts w:ascii="LiberationSerif" w:eastAsia="LiberationSerif" w:hAnsi="LiberationSerif"/>
          <w:color w:val="000000"/>
          <w:sz w:val="30"/>
        </w:rPr>
        <w:t>pulse</w:t>
      </w:r>
      <w:proofErr w:type="gramEnd"/>
      <w:r>
        <w:rPr>
          <w:rFonts w:ascii="LiberationSerif" w:eastAsia="LiberationSerif" w:hAnsi="LiberationSerif"/>
          <w:color w:val="000000"/>
          <w:sz w:val="30"/>
        </w:rPr>
        <w:t xml:space="preserve"> I knew Emily was her name either. </w:t>
      </w:r>
      <w:r w:rsidR="00000000">
        <w:rPr>
          <w:rFonts w:ascii="LiberationSerif" w:eastAsia="LiberationSerif" w:hAnsi="LiberationSerif"/>
          <w:color w:val="000000"/>
          <w:sz w:val="30"/>
        </w:rPr>
        <w:t>The weapon's familiar weight felt strangely comforting in this surreal battle, the rhythmic chatter of the weapon</w:t>
      </w:r>
    </w:p>
    <w:p w14:paraId="0A0D621F" w14:textId="77777777" w:rsidR="008130CF" w:rsidRDefault="008130CF" w:rsidP="003166C8">
      <w:pPr>
        <w:ind w:right="20"/>
        <w:sectPr w:rsidR="008130CF">
          <w:pgSz w:w="12240" w:h="15840"/>
          <w:pgMar w:top="0" w:right="1420" w:bottom="0" w:left="1440" w:header="720" w:footer="720" w:gutter="0"/>
          <w:cols w:space="720"/>
          <w:docGrid w:linePitch="360"/>
        </w:sectPr>
      </w:pPr>
    </w:p>
    <w:p w14:paraId="3E79EB05" w14:textId="13D03D3F"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cutting through the roar of the conflict.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moved with </w:t>
      </w:r>
      <w:r>
        <w:br/>
      </w:r>
      <w:r>
        <w:rPr>
          <w:rFonts w:ascii="LiberationSerif" w:eastAsia="LiberationSerif" w:hAnsi="LiberationSerif"/>
          <w:color w:val="000000"/>
          <w:sz w:val="30"/>
        </w:rPr>
        <w:t xml:space="preserve">practiced efficiency, each shot precise and deadly, </w:t>
      </w:r>
      <w:proofErr w:type="gramStart"/>
      <w:r w:rsidR="00AF3838">
        <w:rPr>
          <w:rFonts w:ascii="LiberationSerif" w:eastAsia="LiberationSerif" w:hAnsi="LiberationSerif"/>
          <w:color w:val="000000"/>
          <w:sz w:val="30"/>
        </w:rPr>
        <w:t>T</w:t>
      </w:r>
      <w:r>
        <w:rPr>
          <w:rFonts w:ascii="LiberationSerif" w:eastAsia="LiberationSerif" w:hAnsi="LiberationSerif"/>
          <w:color w:val="000000"/>
          <w:sz w:val="30"/>
        </w:rPr>
        <w:t>he</w:t>
      </w:r>
      <w:proofErr w:type="gramEnd"/>
      <w:r>
        <w:rPr>
          <w:rFonts w:ascii="LiberationSerif" w:eastAsia="LiberationSerif" w:hAnsi="LiberationSerif"/>
          <w:color w:val="000000"/>
          <w:sz w:val="30"/>
        </w:rPr>
        <w:t xml:space="preserve"> magically bonded sword, however, was a different beast altogether</w:t>
      </w:r>
      <w:r w:rsidR="00AF3838">
        <w:rPr>
          <w:rFonts w:ascii="LiberationSerif" w:eastAsia="LiberationSerif" w:hAnsi="LiberationSerif"/>
          <w:color w:val="000000"/>
          <w:sz w:val="30"/>
        </w:rPr>
        <w:t xml:space="preserve">, </w:t>
      </w:r>
      <w:r>
        <w:rPr>
          <w:rFonts w:ascii="LiberationSerif" w:eastAsia="LiberationSerif" w:hAnsi="LiberationSerif"/>
          <w:color w:val="000000"/>
          <w:sz w:val="30"/>
        </w:rPr>
        <w:t>it moved with an unnatural grace, it</w:t>
      </w:r>
      <w:r w:rsidR="00AF3838">
        <w:rPr>
          <w:rFonts w:ascii="LiberationSerif" w:eastAsia="LiberationSerif" w:hAnsi="LiberationSerif"/>
          <w:color w:val="000000"/>
          <w:sz w:val="30"/>
        </w:rPr>
        <w:t>’</w:t>
      </w:r>
      <w:r>
        <w:rPr>
          <w:rFonts w:ascii="LiberationSerif" w:eastAsia="LiberationSerif" w:hAnsi="LiberationSerif"/>
          <w:color w:val="000000"/>
          <w:sz w:val="30"/>
        </w:rPr>
        <w:t xml:space="preserve">s strikes imbued with an almost mystical power. </w:t>
      </w:r>
      <w:r w:rsidR="00AF3838">
        <w:rPr>
          <w:rFonts w:ascii="LiberationSerif" w:eastAsia="LiberationSerif" w:hAnsi="LiberationSerif"/>
          <w:color w:val="000000"/>
          <w:sz w:val="30"/>
        </w:rPr>
        <w:t>I</w:t>
      </w:r>
      <w:r>
        <w:rPr>
          <w:rFonts w:ascii="LiberationSerif" w:eastAsia="LiberationSerif" w:hAnsi="LiberationSerif"/>
          <w:color w:val="000000"/>
          <w:sz w:val="30"/>
        </w:rPr>
        <w:t xml:space="preserve"> felt a strange connection to it, </w:t>
      </w:r>
      <w:r w:rsidR="00AF3838">
        <w:rPr>
          <w:rFonts w:ascii="LiberationSerif" w:eastAsia="LiberationSerif" w:hAnsi="LiberationSerif"/>
          <w:color w:val="000000"/>
          <w:sz w:val="30"/>
        </w:rPr>
        <w:t xml:space="preserve">as it amplified my </w:t>
      </w:r>
      <w:r>
        <w:rPr>
          <w:rFonts w:ascii="LiberationSerif" w:eastAsia="LiberationSerif" w:hAnsi="LiberationSerif"/>
          <w:color w:val="000000"/>
          <w:sz w:val="30"/>
        </w:rPr>
        <w:t>combat skills.</w:t>
      </w:r>
    </w:p>
    <w:p w14:paraId="6639FBA7" w14:textId="0ADE50C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fought with a ferocious intensity that belied her </w:t>
      </w:r>
      <w:r>
        <w:br/>
      </w:r>
      <w:r>
        <w:rPr>
          <w:rFonts w:ascii="LiberationSerif" w:eastAsia="LiberationSerif" w:hAnsi="LiberationSerif"/>
          <w:color w:val="000000"/>
          <w:sz w:val="30"/>
        </w:rPr>
        <w:t xml:space="preserve">slender frame. Her movements were fluid, her dual daggers flashing like deadly fireflies in the gloom. She danced </w:t>
      </w:r>
      <w:r>
        <w:br/>
      </w:r>
      <w:r>
        <w:rPr>
          <w:rFonts w:ascii="LiberationSerif" w:eastAsia="LiberationSerif" w:hAnsi="LiberationSerif"/>
          <w:color w:val="000000"/>
          <w:sz w:val="30"/>
        </w:rPr>
        <w:t xml:space="preserve">through the enemy ranks, her pink skin now streaked with mud and sweat, her laughter a chilling counterpoint to the carnage. She wasn't simply a warrior; she was a whirlwind of destruction, a force of nature unleashed upon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's forces. Marcus watched her, a surge of admiration and something more profound stirring within him. This woman, this devil girl who had once been his enemy, was his partner, his wife, his equal in this desperate fight for freedom.</w:t>
      </w:r>
    </w:p>
    <w:p w14:paraId="59781187" w14:textId="420D706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first hour of the battle was a brutal dance of death. Both sides suffered heavy losses, the ground quickly becoming slick with blood and mud. Marcus witnessed firsthand the ferocity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their numbers seemingly </w:t>
      </w:r>
      <w:r>
        <w:br/>
      </w:r>
      <w:r>
        <w:rPr>
          <w:rFonts w:ascii="LiberationSerif" w:eastAsia="LiberationSerif" w:hAnsi="LiberationSerif"/>
          <w:color w:val="000000"/>
          <w:sz w:val="30"/>
        </w:rPr>
        <w:t xml:space="preserve">inexhaustible. He saw friends, allies, fall, their bodies </w:t>
      </w:r>
      <w:r>
        <w:br/>
      </w:r>
      <w:r>
        <w:rPr>
          <w:rFonts w:ascii="LiberationSerif" w:eastAsia="LiberationSerif" w:hAnsi="LiberationSerif"/>
          <w:color w:val="000000"/>
          <w:sz w:val="30"/>
        </w:rPr>
        <w:t xml:space="preserve">crushed beneath the weight of ogre feet or consumed by the unnatural flames conjured by </w:t>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sorcerers. The </w:t>
      </w:r>
      <w:r>
        <w:br/>
      </w:r>
      <w:r>
        <w:rPr>
          <w:rFonts w:ascii="LiberationSerif" w:eastAsia="LiberationSerif" w:hAnsi="LiberationSerif"/>
          <w:color w:val="000000"/>
          <w:sz w:val="30"/>
        </w:rPr>
        <w:t>screams of the dying mingled with the guttural roars of the enemy, creating a symphony of horror that echoed through the swamp.</w:t>
      </w:r>
    </w:p>
    <w:p w14:paraId="6E455C6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Despite the grim reality of the situation, Marcus refused to falter. He pushed himself and his troops forward, rallying</w:t>
      </w:r>
    </w:p>
    <w:p w14:paraId="75F6DEFD" w14:textId="77777777" w:rsidR="008130CF" w:rsidRDefault="008130CF" w:rsidP="003166C8">
      <w:pPr>
        <w:ind w:right="20"/>
        <w:sectPr w:rsidR="008130CF">
          <w:pgSz w:w="12240" w:h="15840"/>
          <w:pgMar w:top="0" w:right="1420" w:bottom="0" w:left="1440" w:header="720" w:footer="720" w:gutter="0"/>
          <w:cols w:space="720"/>
          <w:docGrid w:linePitch="360"/>
        </w:sectPr>
      </w:pPr>
    </w:p>
    <w:p w14:paraId="1AD58E9E" w14:textId="6EC84319"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them with his booming voice and his unwavering </w:t>
      </w:r>
      <w:r>
        <w:br/>
      </w:r>
      <w:r>
        <w:rPr>
          <w:rFonts w:ascii="LiberationSerif" w:eastAsia="LiberationSerif" w:hAnsi="LiberationSerif"/>
          <w:color w:val="000000"/>
          <w:sz w:val="30"/>
        </w:rPr>
        <w:t xml:space="preserve">determination. He reminded them of the reason they fought—for freedom, for their families, for a future free from </w:t>
      </w:r>
      <w:r>
        <w:br/>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iron fist. His military experience proved invaluable, his tactical decisions often turning the tide of smaller </w:t>
      </w:r>
      <w:r>
        <w:br/>
      </w:r>
      <w:r>
        <w:rPr>
          <w:rFonts w:ascii="LiberationSerif" w:eastAsia="LiberationSerif" w:hAnsi="LiberationSerif"/>
          <w:color w:val="000000"/>
          <w:sz w:val="30"/>
        </w:rPr>
        <w:t>skirmishes within the larger battle. He reorganized his troops several times, shifting their positions to exploit weaknesses in the enemy lines and to mitigate the effectiveness of the enemy’s magic.</w:t>
      </w:r>
    </w:p>
    <w:p w14:paraId="0DCCFCD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fighting continued for hours, an unrelenting tide of violence that threatened to overwhelm the rebels. The sun climbed higher, its relentless heat adding to the already suffocating humidity. The swamp, once a strategic </w:t>
      </w:r>
      <w:r>
        <w:br/>
      </w:r>
      <w:r>
        <w:rPr>
          <w:rFonts w:ascii="LiberationSerif" w:eastAsia="LiberationSerif" w:hAnsi="LiberationSerif"/>
          <w:color w:val="000000"/>
          <w:sz w:val="30"/>
        </w:rPr>
        <w:t>advantage, was now a claustrophobic, muddy battlefield where every step was a challenge. The scent of death –blood, sweat, decay – permeated the air, clinging to Marcus like a second skin.</w:t>
      </w:r>
    </w:p>
    <w:p w14:paraId="0C0DB6B4" w14:textId="3A006F0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 battle raged, Marcus noticed a subtle shift in the enemy’s tactics. The initial, relentless assault seemed to lose its intensity. Their disciplined formations began to fracture, their attacks becoming less coordinated, less effective. This was not due to any great strategic victory, but rather a slow attrition, the gradual erosion of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’s forces. The rebels, fighting with a desperate courage born of survival, had inflicted heavy casualties, their guerilla tactics proving surprisingly effective against the wizard’s disciplined, but less adaptable, forces.</w:t>
      </w:r>
    </w:p>
    <w:p w14:paraId="0526DA0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particularly brutal clash near the center of the battlefield saw Marcus facing a fearsome ogre, its brute strength nearly overwhelming. The ogre's club, the size of a small tree trunk, connected with Marcus's shield, sending him sprawling. But before the ogre could deliver the finishing blow, Liliana appeared, her daggers flashing. With a series of precise</w:t>
      </w:r>
    </w:p>
    <w:p w14:paraId="3E861E32" w14:textId="77777777" w:rsidR="008130CF" w:rsidRDefault="008130CF" w:rsidP="003166C8">
      <w:pPr>
        <w:ind w:right="20"/>
        <w:sectPr w:rsidR="008130CF">
          <w:pgSz w:w="12240" w:h="15840"/>
          <w:pgMar w:top="0" w:right="1420" w:bottom="0" w:left="1440" w:header="720" w:footer="720" w:gutter="0"/>
          <w:cols w:space="720"/>
          <w:docGrid w:linePitch="360"/>
        </w:sectPr>
      </w:pPr>
    </w:p>
    <w:p w14:paraId="3A41491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movements, she danced around the beast, slicing and </w:t>
      </w:r>
      <w:r>
        <w:br/>
      </w:r>
      <w:r>
        <w:rPr>
          <w:rFonts w:ascii="LiberationSerif" w:eastAsia="LiberationSerif" w:hAnsi="LiberationSerif"/>
          <w:color w:val="000000"/>
          <w:sz w:val="30"/>
        </w:rPr>
        <w:t>stabbing, her movements agile and deadly, opening up an opportunity for Marcus to use his M4. The ogre fell, a heap of mangled flesh and broken bone.</w:t>
      </w:r>
    </w:p>
    <w:p w14:paraId="759DEAE4" w14:textId="1F88877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Despite the setbacks,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still held a numerical advantage, and their magical capabilities remained a </w:t>
      </w:r>
      <w:r>
        <w:br/>
      </w:r>
      <w:r>
        <w:rPr>
          <w:rFonts w:ascii="LiberationSerif" w:eastAsia="LiberationSerif" w:hAnsi="LiberationSerif"/>
          <w:color w:val="000000"/>
          <w:sz w:val="30"/>
        </w:rPr>
        <w:t xml:space="preserve">significant threat. Marcus knew they couldn't hold out </w:t>
      </w:r>
      <w:r>
        <w:br/>
      </w:r>
      <w:r>
        <w:rPr>
          <w:rFonts w:ascii="LiberationSerif" w:eastAsia="LiberationSerif" w:hAnsi="LiberationSerif"/>
          <w:color w:val="000000"/>
          <w:sz w:val="30"/>
        </w:rPr>
        <w:t xml:space="preserve">forever. They needed a turning point, a decisive victory to break the enemy's morale and push them back. That moment arrived unexpectedly, in the form of a strategic maneuver by Liliana that caught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off guard, severely weakening his command structure.</w:t>
      </w:r>
    </w:p>
    <w:p w14:paraId="4649307A" w14:textId="69A49D32" w:rsidR="008130CF" w:rsidRDefault="00000000" w:rsidP="003166C8">
      <w:pPr>
        <w:autoSpaceDE w:val="0"/>
        <w:autoSpaceDN w:val="0"/>
        <w:spacing w:before="360" w:after="0" w:line="360" w:lineRule="exact"/>
        <w:ind w:right="20"/>
      </w:pPr>
      <w:proofErr w:type="gramStart"/>
      <w:r>
        <w:rPr>
          <w:rFonts w:ascii="LiberationSerif" w:eastAsia="LiberationSerif" w:hAnsi="LiberationSerif"/>
          <w:color w:val="000000"/>
          <w:sz w:val="30"/>
        </w:rPr>
        <w:t>Liliana,</w:t>
      </w:r>
      <w:proofErr w:type="gramEnd"/>
      <w:r>
        <w:rPr>
          <w:rFonts w:ascii="LiberationSerif" w:eastAsia="LiberationSerif" w:hAnsi="LiberationSerif"/>
          <w:color w:val="000000"/>
          <w:sz w:val="30"/>
        </w:rPr>
        <w:t xml:space="preserve"> had orchestrated a daring flanking </w:t>
      </w:r>
      <w:r>
        <w:br/>
      </w:r>
      <w:r>
        <w:rPr>
          <w:rFonts w:ascii="LiberationSerif" w:eastAsia="LiberationSerif" w:hAnsi="LiberationSerif"/>
          <w:color w:val="000000"/>
          <w:sz w:val="30"/>
        </w:rPr>
        <w:t xml:space="preserve">maneuver. A group of Devil Tribe warriors, utilizing their supernatural speed and agility, silently infiltrated the enemy ranks, causing chaos and disrupting </w:t>
      </w:r>
      <w:r w:rsidR="006D4D1F">
        <w:rPr>
          <w:rFonts w:ascii="LiberationSerif" w:eastAsia="LiberationSerif" w:hAnsi="LiberationSerif"/>
          <w:color w:val="000000"/>
          <w:sz w:val="28"/>
          <w:szCs w:val="28"/>
        </w:rPr>
        <w:t>Zarvokh</w:t>
      </w:r>
      <w:r>
        <w:rPr>
          <w:rFonts w:ascii="LiberationSerif" w:eastAsia="LiberationSerif" w:hAnsi="LiberationSerif"/>
          <w:color w:val="000000"/>
          <w:sz w:val="30"/>
        </w:rPr>
        <w:t>’s lines. This unexpected attack, combined with the continued pressure of the main force, began to erode the enemy’s cohesion. The disciplined ranks broke, forming pockets of resistance that were systematically dismantled by the combined force of the rebels.</w:t>
      </w:r>
    </w:p>
    <w:p w14:paraId="00D597B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tide of battle turned. What was once a desperate </w:t>
      </w:r>
      <w:r>
        <w:br/>
      </w:r>
      <w:r>
        <w:rPr>
          <w:rFonts w:ascii="LiberationSerif" w:eastAsia="LiberationSerif" w:hAnsi="LiberationSerif"/>
          <w:color w:val="000000"/>
          <w:sz w:val="30"/>
        </w:rPr>
        <w:t xml:space="preserve">defensive stand transformed into a furious counter-offensive. The rebels, emboldened by their newfound success, fought with renewed vigour, their attacks becoming increasingly coordinated and deadly. The wizard's forces, demoralized and disoriented, began to retreat, their once formidable ranks dissolving into a disorganized rout. The screams of the </w:t>
      </w:r>
      <w:r>
        <w:br/>
      </w:r>
      <w:r>
        <w:rPr>
          <w:rFonts w:ascii="LiberationSerif" w:eastAsia="LiberationSerif" w:hAnsi="LiberationSerif"/>
          <w:color w:val="000000"/>
          <w:sz w:val="30"/>
        </w:rPr>
        <w:t xml:space="preserve">fleeing enemy mingled with the victorious cries of the </w:t>
      </w:r>
      <w:r>
        <w:br/>
      </w:r>
      <w:r>
        <w:rPr>
          <w:rFonts w:ascii="LiberationSerif" w:eastAsia="LiberationSerif" w:hAnsi="LiberationSerif"/>
          <w:color w:val="000000"/>
          <w:sz w:val="30"/>
        </w:rPr>
        <w:t>rebels, creating a sound that echoed through the swamp, a testament to the hard-fought victory. The first assault was over, but the battle for freedom was far from finished. The</w:t>
      </w:r>
    </w:p>
    <w:p w14:paraId="1D29B700" w14:textId="77777777" w:rsidR="008130CF" w:rsidRDefault="008130CF" w:rsidP="003166C8">
      <w:pPr>
        <w:ind w:right="20"/>
        <w:sectPr w:rsidR="008130CF">
          <w:pgSz w:w="12240" w:h="15840"/>
          <w:pgMar w:top="0" w:right="1420" w:bottom="0" w:left="1440" w:header="720" w:footer="720" w:gutter="0"/>
          <w:cols w:space="720"/>
          <w:docGrid w:linePitch="360"/>
        </w:sectPr>
      </w:pPr>
    </w:p>
    <w:p w14:paraId="645E2FF9"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fight for their future had begun, and the victory was hard-won, each inch of ground bought with the blood and sweat of those brave enough to fight for their freedom. The fight had just begun.</w:t>
      </w:r>
    </w:p>
    <w:p w14:paraId="0C6358E9" w14:textId="77777777" w:rsidR="008130CF" w:rsidRDefault="008130CF" w:rsidP="003166C8">
      <w:pPr>
        <w:ind w:right="20"/>
        <w:sectPr w:rsidR="008130CF">
          <w:pgSz w:w="12240" w:h="15840"/>
          <w:pgMar w:top="0" w:right="1420" w:bottom="0" w:left="1440" w:header="720" w:footer="720" w:gutter="0"/>
          <w:cols w:space="720"/>
          <w:docGrid w:linePitch="360"/>
        </w:sectPr>
      </w:pPr>
    </w:p>
    <w:p w14:paraId="5A569E9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Strategic Advances and Setbacks</w:t>
      </w:r>
    </w:p>
    <w:p w14:paraId="480EC652" w14:textId="6B322AF2"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victory at the swamp's edge was pyrrhic. While </w:t>
      </w:r>
      <w:r>
        <w:br/>
      </w:r>
      <w:r w:rsidR="006D4D1F">
        <w:rPr>
          <w:rFonts w:ascii="LiberationSerif" w:eastAsia="LiberationSerif" w:hAnsi="LiberationSerif"/>
          <w:color w:val="000000"/>
          <w:sz w:val="28"/>
          <w:szCs w:val="28"/>
        </w:rPr>
        <w:t>Zarvokh</w:t>
      </w:r>
      <w:r w:rsidR="006D4D1F">
        <w:rPr>
          <w:rFonts w:ascii="LiberationSerif" w:eastAsia="LiberationSerif" w:hAnsi="LiberationSerif"/>
          <w:color w:val="000000"/>
          <w:sz w:val="30"/>
        </w:rPr>
        <w:t xml:space="preserve">’s </w:t>
      </w:r>
      <w:r>
        <w:rPr>
          <w:rFonts w:ascii="LiberationSerif" w:eastAsia="LiberationSerif" w:hAnsi="LiberationSerif"/>
          <w:color w:val="000000"/>
          <w:sz w:val="30"/>
        </w:rPr>
        <w:t xml:space="preserve">forces had retreated in disarray, their numbers were far from depleted. The obsidian-armored soldiers, though demoralized, were still a formidable threat, and their retreat was more a tactical repositioning than a rout. Marcus, </w:t>
      </w:r>
      <w:r>
        <w:br/>
      </w:r>
      <w:r>
        <w:rPr>
          <w:rFonts w:ascii="LiberationSerif" w:eastAsia="LiberationSerif" w:hAnsi="LiberationSerif"/>
          <w:color w:val="000000"/>
          <w:sz w:val="30"/>
        </w:rPr>
        <w:t>scanning the battlefield with the practiced eye of a veteran, saw the telltale signs: the organized rearguard actions, the controlled burning of bridges and pathways behind them, the strategic placement of ambushes along the likely escape routes. This wasn't a panicked flight; it was a calculated withdrawal.</w:t>
      </w:r>
    </w:p>
    <w:p w14:paraId="79DB0BDB" w14:textId="52B8553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ever perceptive despite her outward bravado, </w:t>
      </w:r>
      <w:r>
        <w:br/>
      </w:r>
      <w:r>
        <w:rPr>
          <w:rFonts w:ascii="LiberationSerif" w:eastAsia="LiberationSerif" w:hAnsi="LiberationSerif"/>
          <w:color w:val="000000"/>
          <w:sz w:val="30"/>
        </w:rPr>
        <w:t>mirrored his assessment. "They're buying time," she stated, her voice low and serious. "</w:t>
      </w:r>
      <w:r w:rsidR="009A4E76" w:rsidRPr="009A4E76">
        <w:rPr>
          <w:rFonts w:ascii="LiberationSerif" w:eastAsia="LiberationSerif" w:hAnsi="LiberationSerif"/>
          <w:color w:val="000000"/>
          <w:sz w:val="28"/>
          <w:szCs w:val="28"/>
        </w:rPr>
        <w:t xml:space="preserve">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's not the type to simply abandon his conquests. He'll be regrouping, reinforcing, and planning his next move. We need to strike before he can solidify his position."</w:t>
      </w:r>
    </w:p>
    <w:p w14:paraId="6362C91E" w14:textId="5067577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immediate challenge was to exploit the momentary advantage.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’s forces had left behind a trail of wounded and scattered equipment – a tempting target.</w:t>
      </w:r>
    </w:p>
    <w:p w14:paraId="5FCA67C7"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However, Marcus knew better than to chase a retreating enemy into unfamiliar terrain. He opted for a different strategy – a bold, risky maneuver. "We need to establish a secure defensive perimeter," he declared, addressing his assembled forces, a mix of Devil Tribe warriors and those few brave souls from the surrounding villages who had joined their cause. "We'll hold our ground here, consolidate our position, and wait for them to come to us."</w:t>
      </w:r>
    </w:p>
    <w:p w14:paraId="72FC1C00" w14:textId="77777777" w:rsidR="008130CF" w:rsidRDefault="008130CF" w:rsidP="003166C8">
      <w:pPr>
        <w:ind w:right="20"/>
        <w:sectPr w:rsidR="008130CF">
          <w:pgSz w:w="12240" w:h="15840"/>
          <w:pgMar w:top="0" w:right="1420" w:bottom="0" w:left="1440" w:header="720" w:footer="720" w:gutter="0"/>
          <w:cols w:space="720"/>
          <w:docGrid w:linePitch="360"/>
        </w:sectPr>
      </w:pPr>
    </w:p>
    <w:p w14:paraId="4CCB1C9E" w14:textId="05E54D06"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This decision wasn’t met with universal approval. Several of the tribal leaders, fueled by adrenaline and the intoxicating taste of victory, argued for a pursuit. But Marcus, using his experience in modern warfare and his understanding of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likely strategy, countered their arguments </w:t>
      </w:r>
      <w:r>
        <w:br/>
      </w:r>
      <w:r>
        <w:rPr>
          <w:rFonts w:ascii="LiberationSerif" w:eastAsia="LiberationSerif" w:hAnsi="LiberationSerif"/>
          <w:color w:val="000000"/>
          <w:sz w:val="30"/>
        </w:rPr>
        <w:t xml:space="preserve">effectively. He pointed to the strategic locations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could easily use to ambush them, the terrain which would favor the obsidian-armored soldiers' superior discipline, and the exhaustion of his own troops. He stressed the importance of a well-defended position, one that could withstand a sustained siege and allow them to leverage the element of surprise in future engagements.</w:t>
      </w:r>
    </w:p>
    <w:p w14:paraId="2715B38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next few days were a blur of feverish activity. Under Marcus’s direction, the rebels constructed a series of </w:t>
      </w:r>
      <w:r>
        <w:br/>
      </w:r>
      <w:r>
        <w:rPr>
          <w:rFonts w:ascii="LiberationSerif" w:eastAsia="LiberationSerif" w:hAnsi="LiberationSerif"/>
          <w:color w:val="000000"/>
          <w:sz w:val="30"/>
        </w:rPr>
        <w:t xml:space="preserve">defensive fortifications. They felled trees, sharpened stakes, dug trenches, and used the captured obsidian armor to create makeshift barricades. Liliana, surprisingly adept at logistics, organized the distribution of supplies and ensured that the wounded received treatment. Her innate understanding of the swamp's flora and fauna proved invaluable; her people </w:t>
      </w:r>
      <w:r>
        <w:br/>
      </w:r>
      <w:r>
        <w:rPr>
          <w:rFonts w:ascii="LiberationSerif" w:eastAsia="LiberationSerif" w:hAnsi="LiberationSerif"/>
          <w:color w:val="000000"/>
          <w:sz w:val="30"/>
        </w:rPr>
        <w:t xml:space="preserve">utilized poisonous plants and insects to create traps and deterrents, turning the swamp's natural hazards into </w:t>
      </w:r>
      <w:r>
        <w:br/>
      </w:r>
      <w:r>
        <w:rPr>
          <w:rFonts w:ascii="LiberationSerif" w:eastAsia="LiberationSerif" w:hAnsi="LiberationSerif"/>
          <w:color w:val="000000"/>
          <w:sz w:val="30"/>
        </w:rPr>
        <w:t>weapons.</w:t>
      </w:r>
    </w:p>
    <w:p w14:paraId="06957C52" w14:textId="35D29574" w:rsidR="008130CF" w:rsidRDefault="009A4E76" w:rsidP="003166C8">
      <w:pPr>
        <w:autoSpaceDE w:val="0"/>
        <w:autoSpaceDN w:val="0"/>
        <w:spacing w:before="360" w:after="0" w:line="360" w:lineRule="exact"/>
        <w:ind w:right="20"/>
      </w:pPr>
      <w:r>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true to Marcus’s predictions, didn't make a direct assault. Instead, he opted for a campaign of attrition, </w:t>
      </w:r>
      <w:r>
        <w:br/>
      </w:r>
      <w:r>
        <w:rPr>
          <w:rFonts w:ascii="LiberationSerif" w:eastAsia="LiberationSerif" w:hAnsi="LiberationSerif"/>
          <w:color w:val="000000"/>
          <w:sz w:val="30"/>
        </w:rPr>
        <w:t xml:space="preserve">launching a series of harassing attacks. Small, heavily armed units would strike at the periphery of the defensive </w:t>
      </w:r>
      <w:r>
        <w:br/>
      </w:r>
      <w:r>
        <w:rPr>
          <w:rFonts w:ascii="LiberationSerif" w:eastAsia="LiberationSerif" w:hAnsi="LiberationSerif"/>
          <w:color w:val="000000"/>
          <w:sz w:val="30"/>
        </w:rPr>
        <w:t>perimeter, probing for weaknesses and testing the rebels’resolve. Night raids were frequent, intended to sow fear and disrupt their defenses. The sounds of screams and explosions punctuated the nights, keeping everyone on edge. Marcus and Liliana responded by organizing the defenses, assigning patrols, and developing counter-ambush strategies. They</w:t>
      </w:r>
    </w:p>
    <w:p w14:paraId="2FCEF855" w14:textId="77777777" w:rsidR="008130CF" w:rsidRDefault="008130CF" w:rsidP="003166C8">
      <w:pPr>
        <w:ind w:right="20"/>
        <w:sectPr w:rsidR="008130CF">
          <w:pgSz w:w="12240" w:h="15840"/>
          <w:pgMar w:top="0" w:right="1420" w:bottom="0" w:left="1440" w:header="720" w:footer="720" w:gutter="0"/>
          <w:cols w:space="720"/>
          <w:docGrid w:linePitch="360"/>
        </w:sectPr>
      </w:pPr>
    </w:p>
    <w:p w14:paraId="3219A49B" w14:textId="77777777" w:rsidR="008130CF" w:rsidRDefault="00000000" w:rsidP="003166C8">
      <w:pPr>
        <w:autoSpaceDE w:val="0"/>
        <w:autoSpaceDN w:val="0"/>
        <w:spacing w:before="1430" w:after="0" w:line="360" w:lineRule="exact"/>
        <w:ind w:right="20"/>
        <w:jc w:val="center"/>
      </w:pPr>
      <w:r>
        <w:rPr>
          <w:rFonts w:ascii="LiberationSerif" w:eastAsia="LiberationSerif" w:hAnsi="LiberationSerif"/>
          <w:color w:val="000000"/>
          <w:sz w:val="30"/>
        </w:rPr>
        <w:lastRenderedPageBreak/>
        <w:t>used the swamp’s cover to their advantage, employing hit-and-run tactics to inflict casualties and frustrate the enemy.</w:t>
      </w:r>
    </w:p>
    <w:p w14:paraId="1CCC8BFA" w14:textId="3E9E59F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most critical moment arrived when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employed siege weaponry – crude catapults launching large stones and burning projectiles. The barrage targeted the central </w:t>
      </w:r>
      <w:r>
        <w:br/>
      </w:r>
      <w:r>
        <w:rPr>
          <w:rFonts w:ascii="LiberationSerif" w:eastAsia="LiberationSerif" w:hAnsi="LiberationSerif"/>
          <w:color w:val="000000"/>
          <w:sz w:val="30"/>
        </w:rPr>
        <w:t>defensive position where the majority of the rebels were encamped. The impact of the projectiles shook the ground and caused chaos among the defenders. Marcus, witnessing the devastating effectiveness of the siege weapons, realized the need for a strategic shift in their defensive posture. He couldn’t simply continue to hold the present line; he had to create a new one.</w:t>
      </w:r>
    </w:p>
    <w:p w14:paraId="6E22BC1A" w14:textId="5CC4947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Utilizing the swamp's natural waterways, Marcus devised a plan. He divided his forces, sending smaller squads to </w:t>
      </w:r>
      <w:r>
        <w:br/>
      </w:r>
      <w:r>
        <w:rPr>
          <w:rFonts w:ascii="LiberationSerif" w:eastAsia="LiberationSerif" w:hAnsi="LiberationSerif"/>
          <w:color w:val="000000"/>
          <w:sz w:val="30"/>
        </w:rPr>
        <w:t xml:space="preserve">establish new defensive lines further into the swamp, </w:t>
      </w:r>
      <w:r>
        <w:br/>
      </w:r>
      <w:r>
        <w:rPr>
          <w:rFonts w:ascii="LiberationSerif" w:eastAsia="LiberationSerif" w:hAnsi="LiberationSerif"/>
          <w:color w:val="000000"/>
          <w:sz w:val="30"/>
        </w:rPr>
        <w:t xml:space="preserve">creating a series of interlocking positions that would draw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into a deadly trap. The objective was not just to repel the siege, but to lure </w:t>
      </w:r>
      <w:proofErr w:type="spellStart"/>
      <w:r w:rsidR="009A4E76">
        <w:rPr>
          <w:rFonts w:ascii="LiberationSerif" w:eastAsia="LiberationSerif" w:hAnsi="LiberationSerif"/>
          <w:color w:val="000000"/>
          <w:sz w:val="28"/>
          <w:szCs w:val="28"/>
        </w:rPr>
        <w:t>Zarvok</w:t>
      </w:r>
      <w:r>
        <w:rPr>
          <w:rFonts w:ascii="LiberationSerif" w:eastAsia="LiberationSerif" w:hAnsi="LiberationSerif"/>
          <w:color w:val="000000"/>
          <w:sz w:val="30"/>
        </w:rPr>
        <w:t>’s</w:t>
      </w:r>
      <w:proofErr w:type="spellEnd"/>
      <w:r>
        <w:rPr>
          <w:rFonts w:ascii="LiberationSerif" w:eastAsia="LiberationSerif" w:hAnsi="LiberationSerif"/>
          <w:color w:val="000000"/>
          <w:sz w:val="30"/>
        </w:rPr>
        <w:t xml:space="preserve"> troops deeper into the treacherous swamp, into the areas where their superior armor and discipline would be a hindrance rather than an asset.</w:t>
      </w:r>
    </w:p>
    <w:p w14:paraId="459719D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execution of the plan was as difficult as the planning itself. The swamp was a labyrinth of winding rivers, </w:t>
      </w:r>
      <w:r>
        <w:br/>
      </w:r>
      <w:r>
        <w:rPr>
          <w:rFonts w:ascii="LiberationSerif" w:eastAsia="LiberationSerif" w:hAnsi="LiberationSerif"/>
          <w:color w:val="000000"/>
          <w:sz w:val="30"/>
        </w:rPr>
        <w:t>treacherous bogs, and lurking creatures. Navigating it at night was perilous, particularly while under constant attack.</w:t>
      </w:r>
    </w:p>
    <w:p w14:paraId="50C6682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Many of the soldiers balked at entering such hazardous terrain. But Marcus and Liliana’s unwavering leadership, their courage under fire, and their demonstrable mastery of the swamp’s terrain slowly instilled confidence in their troops.</w:t>
      </w:r>
    </w:p>
    <w:p w14:paraId="66976CD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Over the course of several exhausting nights, they </w:t>
      </w:r>
      <w:r>
        <w:br/>
      </w:r>
      <w:r>
        <w:rPr>
          <w:rFonts w:ascii="LiberationSerif" w:eastAsia="LiberationSerif" w:hAnsi="LiberationSerif"/>
          <w:color w:val="000000"/>
          <w:sz w:val="30"/>
        </w:rPr>
        <w:t>painstakingly established the new defensive lines. They fortified the swamp’s natural features, utilizing its winding</w:t>
      </w:r>
    </w:p>
    <w:p w14:paraId="5A37AD41" w14:textId="77777777" w:rsidR="008130CF" w:rsidRDefault="008130CF" w:rsidP="003166C8">
      <w:pPr>
        <w:ind w:right="20"/>
        <w:sectPr w:rsidR="008130CF">
          <w:pgSz w:w="12240" w:h="15840"/>
          <w:pgMar w:top="0" w:right="1420" w:bottom="0" w:left="1440" w:header="720" w:footer="720" w:gutter="0"/>
          <w:cols w:space="720"/>
          <w:docGrid w:linePitch="360"/>
        </w:sectPr>
      </w:pPr>
    </w:p>
    <w:p w14:paraId="24FE6A16" w14:textId="18BDDB68"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rivers and dense vegetation to their advantage, turning the swamp's hostility against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w:t>
      </w:r>
      <w:r>
        <w:rPr>
          <w:rFonts w:ascii="LiberationSerif" w:eastAsia="LiberationSerif" w:hAnsi="LiberationSerif"/>
          <w:color w:val="000000"/>
          <w:sz w:val="30"/>
        </w:rPr>
        <w:t>s army. They laid intricate traps, using the knowledge gleaned from Liliana's people, and augmented them with the military expertise Marcus brought from his world. The swamp transformed from a dangerous environment to a battleground perfectly suited to their guerrilla tactics.</w:t>
      </w:r>
    </w:p>
    <w:p w14:paraId="4F388ECE" w14:textId="7D89022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ensuing engagements were brutal.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forces, lured into the swamp’s heart, found themselves trapped and </w:t>
      </w:r>
      <w:r>
        <w:br/>
      </w:r>
      <w:r>
        <w:rPr>
          <w:rFonts w:ascii="LiberationSerif" w:eastAsia="LiberationSerif" w:hAnsi="LiberationSerif"/>
          <w:color w:val="000000"/>
          <w:sz w:val="30"/>
        </w:rPr>
        <w:t xml:space="preserve">ambushed. Their heavy armor proved to be a curse as they struggled to navigate the mud and water, becoming easy targets for the rebels who moved with agility and familiarity within the swamp's embrace. The combination of guerilla warfare, unexpected traps, and the very nature of the swamp decimated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troops. The siege weapons were </w:t>
      </w:r>
      <w:r>
        <w:br/>
      </w:r>
      <w:r>
        <w:rPr>
          <w:rFonts w:ascii="LiberationSerif" w:eastAsia="LiberationSerif" w:hAnsi="LiberationSerif"/>
          <w:color w:val="000000"/>
          <w:sz w:val="30"/>
        </w:rPr>
        <w:t xml:space="preserve">rendered useless in the dense, tangled environment. The seemingly endless supply of obsidian soldiers slowly </w:t>
      </w:r>
      <w:r>
        <w:br/>
      </w:r>
      <w:r>
        <w:rPr>
          <w:rFonts w:ascii="LiberationSerif" w:eastAsia="LiberationSerif" w:hAnsi="LiberationSerif"/>
          <w:color w:val="000000"/>
          <w:sz w:val="30"/>
        </w:rPr>
        <w:t>dwindled.</w:t>
      </w:r>
    </w:p>
    <w:p w14:paraId="47CB533F" w14:textId="0360631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turning point came during a particularly fierce </w:t>
      </w:r>
      <w:r>
        <w:br/>
      </w:r>
      <w:r>
        <w:rPr>
          <w:rFonts w:ascii="LiberationSerif" w:eastAsia="LiberationSerif" w:hAnsi="LiberationSerif"/>
          <w:color w:val="000000"/>
          <w:sz w:val="30"/>
        </w:rPr>
        <w:t xml:space="preserve">engagement near a treacherous bog.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himself, riding a monstrous warg, appeared on the battlefield. The sight of their enemy commander ignited a firestorm of anger in the rebel forces. The tide of battle had shifted decisively. What began as a desperate defensive maneuver transformed into a counter-offensive. The swamp, once a hindrance, now </w:t>
      </w:r>
      <w:r>
        <w:br/>
      </w:r>
      <w:r>
        <w:rPr>
          <w:rFonts w:ascii="LiberationSerif" w:eastAsia="LiberationSerif" w:hAnsi="LiberationSerif"/>
          <w:color w:val="000000"/>
          <w:sz w:val="30"/>
        </w:rPr>
        <w:t xml:space="preserve">became a strategic advantage. The obsidian soldiers fell one by one, trapped, bogged down, and systematically </w:t>
      </w:r>
      <w:r>
        <w:br/>
      </w:r>
      <w:r>
        <w:rPr>
          <w:rFonts w:ascii="LiberationSerif" w:eastAsia="LiberationSerif" w:hAnsi="LiberationSerif"/>
          <w:color w:val="000000"/>
          <w:sz w:val="30"/>
        </w:rPr>
        <w:t xml:space="preserve">eliminated. The final clash was a brutal melee, a desperate hand-to-hand fight amidst the swamp’s muck and mire. Marcus, his M4 rifle spitting lead, and Liliana, her obsidian blade flashing, fought alongside their warriors, their </w:t>
      </w:r>
      <w:r>
        <w:br/>
      </w:r>
      <w:r>
        <w:rPr>
          <w:rFonts w:ascii="LiberationSerif" w:eastAsia="LiberationSerif" w:hAnsi="LiberationSerif"/>
          <w:color w:val="000000"/>
          <w:sz w:val="30"/>
        </w:rPr>
        <w:t xml:space="preserve">combined leadership, experience, and tactical acumen </w:t>
      </w:r>
      <w:r>
        <w:br/>
      </w:r>
      <w:r>
        <w:rPr>
          <w:rFonts w:ascii="LiberationSerif" w:eastAsia="LiberationSerif" w:hAnsi="LiberationSerif"/>
          <w:color w:val="000000"/>
          <w:sz w:val="30"/>
        </w:rPr>
        <w:t>securing their hard-fought victory.</w:t>
      </w:r>
    </w:p>
    <w:p w14:paraId="5E456CA1" w14:textId="77777777" w:rsidR="008130CF" w:rsidRDefault="008130CF" w:rsidP="003166C8">
      <w:pPr>
        <w:ind w:right="20"/>
        <w:sectPr w:rsidR="008130CF">
          <w:pgSz w:w="12240" w:h="15840"/>
          <w:pgMar w:top="0" w:right="1420" w:bottom="0" w:left="1440" w:header="720" w:footer="720" w:gutter="0"/>
          <w:cols w:space="720"/>
          <w:docGrid w:linePitch="360"/>
        </w:sectPr>
      </w:pPr>
    </w:p>
    <w:p w14:paraId="2865470A" w14:textId="3F763FCA" w:rsidR="008130CF" w:rsidRDefault="009A4E76" w:rsidP="003166C8">
      <w:pPr>
        <w:autoSpaceDE w:val="0"/>
        <w:autoSpaceDN w:val="0"/>
        <w:spacing w:before="1430" w:after="0" w:line="360" w:lineRule="exact"/>
        <w:ind w:right="20"/>
      </w:pPr>
      <w:r>
        <w:rPr>
          <w:rFonts w:ascii="LiberationSerif" w:eastAsia="LiberationSerif" w:hAnsi="LiberationSerif"/>
          <w:color w:val="000000"/>
          <w:sz w:val="28"/>
          <w:szCs w:val="28"/>
        </w:rPr>
        <w:lastRenderedPageBreak/>
        <w:t>Zarvokh</w:t>
      </w:r>
      <w:r>
        <w:rPr>
          <w:rFonts w:ascii="LiberationSerif" w:eastAsia="LiberationSerif" w:hAnsi="LiberationSerif"/>
          <w:color w:val="000000"/>
          <w:sz w:val="30"/>
        </w:rPr>
        <w:t xml:space="preserve">, wounded and defeated, eventually retreated, leaving behind the remnants of his army to their fate in the swamp. The battle for freedom wasn’t over, but the tide had turned. The Devil Tribe and its unlikely human champion had not only survived; they had triumphed, achieving a strategic victory that shifted the balance of power, proving that </w:t>
      </w:r>
      <w:r>
        <w:br/>
      </w:r>
      <w:r>
        <w:rPr>
          <w:rFonts w:ascii="LiberationSerif" w:eastAsia="LiberationSerif" w:hAnsi="LiberationSerif"/>
          <w:color w:val="000000"/>
          <w:sz w:val="30"/>
        </w:rPr>
        <w:t xml:space="preserve">tactical brilliance and a deep understanding of the </w:t>
      </w:r>
      <w:r>
        <w:br/>
      </w:r>
      <w:r>
        <w:rPr>
          <w:rFonts w:ascii="LiberationSerif" w:eastAsia="LiberationSerif" w:hAnsi="LiberationSerif"/>
          <w:color w:val="000000"/>
          <w:sz w:val="30"/>
        </w:rPr>
        <w:t xml:space="preserve">environment could outweigh superior numbers and </w:t>
      </w:r>
      <w:r>
        <w:br/>
      </w:r>
      <w:r>
        <w:rPr>
          <w:rFonts w:ascii="LiberationSerif" w:eastAsia="LiberationSerif" w:hAnsi="LiberationSerif"/>
          <w:color w:val="000000"/>
          <w:sz w:val="30"/>
        </w:rPr>
        <w:t>weaponry. The cost was high, but the future of freedom burned brighter than ever before. The fight was far from over, but for now, they had bought themselves the time they desperately needed. The road ahead remained uncertain, filled with potential setbacks and fresh challenges, but the seeds of rebellion had been sown, and they were growing strong.</w:t>
      </w:r>
    </w:p>
    <w:p w14:paraId="50630959" w14:textId="77777777" w:rsidR="008130CF" w:rsidRDefault="008130CF" w:rsidP="003166C8">
      <w:pPr>
        <w:ind w:right="20"/>
        <w:sectPr w:rsidR="008130CF">
          <w:pgSz w:w="12240" w:h="15840"/>
          <w:pgMar w:top="0" w:right="1420" w:bottom="0" w:left="1440" w:header="720" w:footer="720" w:gutter="0"/>
          <w:cols w:space="720"/>
          <w:docGrid w:linePitch="360"/>
        </w:sectPr>
      </w:pPr>
    </w:p>
    <w:p w14:paraId="026A7673"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The Cost of War</w:t>
      </w:r>
    </w:p>
    <w:p w14:paraId="494EC875" w14:textId="77777777"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The air hung heavy with the stench of blood and decay, a grim testament to the ferocity of the battle. The swamp, once a vibrant tapestry of green and brown, was now a mire of mud, stained crimson in countless places. Broken weapons, shattered shields, and scattered remnants of armor littered the battlefield, a macabre mosaic of the conflict. The cries of the wounded mingled with the croaking of frogs and the buzzing of insects, creating a symphony of suffering that resonated through the still, humid air.</w:t>
      </w:r>
    </w:p>
    <w:p w14:paraId="6E6D109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her usually vibrant pink skin pallid with exhaustion and worry, moved through the carnage, her eyes darting from one fallen warrior to another. The normally sharp glint in her eyes was dulled, replaced by a profound sorrow. Each fallen soldier was a member of her tribe, a friend, a family </w:t>
      </w:r>
      <w:r>
        <w:br/>
      </w:r>
      <w:r>
        <w:rPr>
          <w:rFonts w:ascii="LiberationSerif" w:eastAsia="LiberationSerif" w:hAnsi="LiberationSerif"/>
          <w:color w:val="000000"/>
          <w:sz w:val="30"/>
        </w:rPr>
        <w:t xml:space="preserve">member, a piece of her heart torn away. Her normally </w:t>
      </w:r>
      <w:r>
        <w:br/>
      </w:r>
      <w:r>
        <w:rPr>
          <w:rFonts w:ascii="LiberationSerif" w:eastAsia="LiberationSerif" w:hAnsi="LiberationSerif"/>
          <w:color w:val="000000"/>
          <w:sz w:val="30"/>
        </w:rPr>
        <w:t>sarcastic wit was absent; replaced by a quiet grimness.</w:t>
      </w:r>
    </w:p>
    <w:p w14:paraId="69214FE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his own body aching from countless wounds both old and new, watched her with a heavy heart. The battlefield, a scene he’d witnessed too many times before in his own world, was different here, somehow more visceral, more emotionally charged. The brutality was the same, but the feeling was amplified; maybe it was the magic permeating the air or the sheer otherworldliness of it all. He could see the deep despair etched on her features, a despair that </w:t>
      </w:r>
      <w:r>
        <w:br/>
      </w:r>
      <w:r>
        <w:rPr>
          <w:rFonts w:ascii="LiberationSerif" w:eastAsia="LiberationSerif" w:hAnsi="LiberationSerif"/>
          <w:color w:val="000000"/>
          <w:sz w:val="30"/>
        </w:rPr>
        <w:t>mirrored his own.</w:t>
      </w:r>
    </w:p>
    <w:p w14:paraId="3E037131" w14:textId="0659450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knelt beside a young warrior, barely a man, his chest pierced by a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soldier’s obsidian-tipped spear. The boy’s eyes were still open, staring blankly at the sky, his breath shallow and ragged. Marcus, despite his training, felt</w:t>
      </w:r>
    </w:p>
    <w:p w14:paraId="251A2C96" w14:textId="77777777" w:rsidR="008130CF" w:rsidRDefault="008130CF" w:rsidP="003166C8">
      <w:pPr>
        <w:ind w:right="20"/>
        <w:sectPr w:rsidR="008130CF">
          <w:pgSz w:w="12240" w:h="15840"/>
          <w:pgMar w:top="0" w:right="1420" w:bottom="0" w:left="1440" w:header="720" w:footer="720" w:gutter="0"/>
          <w:cols w:space="720"/>
          <w:docGrid w:linePitch="360"/>
        </w:sectPr>
      </w:pPr>
    </w:p>
    <w:p w14:paraId="782D2A6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a wave of nausea wash over him. He knew the boy was dying, that there was nothing he could do to save him.</w:t>
      </w:r>
    </w:p>
    <w:p w14:paraId="77C11FF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“He’s gone,” Liliana whispered, her voice barely audible above the groans of the dying. She placed a gentle hand on the boy’s forehead, a tear tracing a path through the war paint on her cheek. "Another one lost." The words hit him harder than any physical blow. He'd seen this so many times, lost so many good men under his command. He’d grown used to it in a way, numbed by the routine of loss. But here, in this strange, magical world, it felt fresh, raw. This was personal. This was Liliana's family, her people.</w:t>
      </w:r>
    </w:p>
    <w:p w14:paraId="46F513F0" w14:textId="2CB5965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toll on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’s forces was staggering. The swamp’s treacherous terrain had claimed many; the Devil Tribe’s guerilla tactics had decimated their ranks. Marcus had seen hundreds of obsidian-armored soldiers strewn across the battlefield, some still clutching their weapons, others twisted into grotesque shapes, their bodies broken and lifeless. The grotesque imagery of war in this land was far more… brutal.</w:t>
      </w:r>
    </w:p>
    <w:p w14:paraId="430AAEBC"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But the Devil Tribe’s victory came at a terrible cost.</w:t>
      </w:r>
    </w:p>
    <w:p w14:paraId="0BDE4641" w14:textId="18CD1D7D"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Liliana’s people had fought with a courage that had inspired even Marcus, a soldier hardened by years of combat. But their numbers were far fewer than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‘s </w:t>
      </w:r>
      <w:r>
        <w:rPr>
          <w:rFonts w:ascii="LiberationSerif" w:eastAsia="LiberationSerif" w:hAnsi="LiberationSerif"/>
          <w:color w:val="000000"/>
          <w:sz w:val="30"/>
        </w:rPr>
        <w:t>army. They'd fought bravely, but bravely didn't mean invulnerable.</w:t>
      </w:r>
    </w:p>
    <w:p w14:paraId="6939EAE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 sun began to set, casting long shadows across the blood-soaked battlefield, Marcus and Liliana began the grim task of counting the casualties. Each body represented a life lost, a family shattered, a future stolen. The number was far higher than they had initially feared. More than a third of their warriors lay dead, their sacrifices paving the path to freedom. Among them were several of Liliana’s closest friends, her advisors, people who had helped her lead her tribe through years of oppression. She had lost a substantial</w:t>
      </w:r>
    </w:p>
    <w:p w14:paraId="6DF67297" w14:textId="77777777" w:rsidR="008130CF" w:rsidRDefault="008130CF" w:rsidP="003166C8">
      <w:pPr>
        <w:ind w:right="20"/>
        <w:sectPr w:rsidR="008130CF">
          <w:pgSz w:w="12240" w:h="15840"/>
          <w:pgMar w:top="0" w:right="1420" w:bottom="0" w:left="1440" w:header="720" w:footer="720" w:gutter="0"/>
          <w:cols w:space="720"/>
          <w:docGrid w:linePitch="360"/>
        </w:sectPr>
      </w:pPr>
    </w:p>
    <w:p w14:paraId="22970BA9"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portion of her war council. These were losses that would deeply affect her tribe in the months to come.</w:t>
      </w:r>
    </w:p>
    <w:p w14:paraId="17A70F2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silence broken only by the weeping of those who mourned their losses and the sounds of the dying became unbearable. The air grew heavy with grief, with the weight of sorrow that pressed down on every heart.</w:t>
      </w:r>
    </w:p>
    <w:p w14:paraId="7EFD7DA5" w14:textId="550CC7C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ever the pragmatist, knew that mourning couldn't last forever. They had won a battle, a critical one, but the war was far from over.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was wounded, but not broken. He would return, stronger and more ruthless, seeking revenge for his defeat. They needed to prepare for that. He knew he had to be strong, not just for himself, but for Liliana and her people. He had pledged his loyalty to them, and he intended to keep that promise, no matter the cost.</w:t>
      </w:r>
    </w:p>
    <w:p w14:paraId="5DCA166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night that followed was filled with hushed whispers, the rhythmic sobs of the grieving, and the frantic activity of preparing for the worst. They tended to the wounded, </w:t>
      </w:r>
      <w:r>
        <w:br/>
      </w:r>
      <w:r>
        <w:rPr>
          <w:rFonts w:ascii="LiberationSerif" w:eastAsia="LiberationSerif" w:hAnsi="LiberationSerif"/>
          <w:color w:val="000000"/>
          <w:sz w:val="30"/>
        </w:rPr>
        <w:t>burying the dead with the respect they deserved. Each body was wrapped in simple cloths, the few remaining weapons placed beside them. Liliana, despite her profound grief, supervised the grim work with quiet dignity.</w:t>
      </w:r>
    </w:p>
    <w:p w14:paraId="2CCA6A2D"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The next morning, the sun rose on a battlefield transformed.</w:t>
      </w:r>
    </w:p>
    <w:p w14:paraId="6C580461"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carnage remained, a stark reminder of the battle’s </w:t>
      </w:r>
      <w:r>
        <w:br/>
      </w:r>
      <w:r>
        <w:rPr>
          <w:rFonts w:ascii="LiberationSerif" w:eastAsia="LiberationSerif" w:hAnsi="LiberationSerif"/>
          <w:color w:val="000000"/>
          <w:sz w:val="30"/>
        </w:rPr>
        <w:t>ferocity, but a sense of purpose had replaced the despair. The Devil Tribe, though battered and bruised, had not broken.</w:t>
      </w:r>
    </w:p>
    <w:p w14:paraId="07ACFABF"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 were resolute, their resolve forged in the crucible of fire and blood. They had paid a heavy price for their </w:t>
      </w:r>
      <w:r>
        <w:br/>
      </w:r>
      <w:r>
        <w:rPr>
          <w:rFonts w:ascii="LiberationSerif" w:eastAsia="LiberationSerif" w:hAnsi="LiberationSerif"/>
          <w:color w:val="000000"/>
          <w:sz w:val="30"/>
        </w:rPr>
        <w:t>freedom, but they were not willing to let those sacrifices be in vain. The war was far from over, but they were ready. They were ready to fight.</w:t>
      </w:r>
    </w:p>
    <w:p w14:paraId="121C2E75" w14:textId="77777777" w:rsidR="008130CF" w:rsidRDefault="008130CF" w:rsidP="003166C8">
      <w:pPr>
        <w:ind w:right="20"/>
        <w:sectPr w:rsidR="008130CF">
          <w:pgSz w:w="12240" w:h="15840"/>
          <w:pgMar w:top="0" w:right="1420" w:bottom="0" w:left="1440" w:header="720" w:footer="720" w:gutter="0"/>
          <w:cols w:space="720"/>
          <w:docGrid w:linePitch="360"/>
        </w:sectPr>
      </w:pPr>
    </w:p>
    <w:p w14:paraId="5E2EF367"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cost of war, Marcus realized, went beyond the mere numbers of the dead. It extended to the souls of the living, leaving scars that time couldn't heal. It was a cost he had borne many times in his own life, but never on this scale. He had seen men and women break under the weight of it. He knew the road ahead would be long and arduous, and the losses would likely continue. But he looked at Liliana, her face streaked with dirt and tears, yet resolute in her </w:t>
      </w:r>
      <w:r>
        <w:br/>
      </w:r>
      <w:r>
        <w:rPr>
          <w:rFonts w:ascii="LiberationSerif" w:eastAsia="LiberationSerif" w:hAnsi="LiberationSerif"/>
          <w:color w:val="000000"/>
          <w:sz w:val="30"/>
        </w:rPr>
        <w:t xml:space="preserve">determination, and knew that they would face it together. They would fight for their freedom, for their people, for the future they desperately wanted to build, even if it meant facing more losses than they could bear. The memory of the fallen would fuel their fight, ensuring their sacrifices would not be forgotten. Their victory at the swamp would not be a pyrrhic one, but a testament to the indomitable spirit of a people who had learned the true cost of freedom, and the strength found in unity and shared grief. The pain was </w:t>
      </w:r>
      <w:r>
        <w:br/>
      </w:r>
      <w:r>
        <w:rPr>
          <w:rFonts w:ascii="LiberationSerif" w:eastAsia="LiberationSerif" w:hAnsi="LiberationSerif"/>
          <w:color w:val="000000"/>
          <w:sz w:val="30"/>
        </w:rPr>
        <w:t>palpable, but it fueled a fire within them, a fire that would burn brighter than ever before. The sun cast a pale light on the scene, and despite everything, there was a flicker of hope. A silent promise to remember those lost, and to fight for those who lived.</w:t>
      </w:r>
    </w:p>
    <w:p w14:paraId="4A3C9966" w14:textId="77777777" w:rsidR="008130CF" w:rsidRDefault="008130CF" w:rsidP="003166C8">
      <w:pPr>
        <w:ind w:right="20"/>
        <w:sectPr w:rsidR="008130CF">
          <w:pgSz w:w="12240" w:h="15840"/>
          <w:pgMar w:top="0" w:right="1420" w:bottom="0" w:left="1440" w:header="720" w:footer="720" w:gutter="0"/>
          <w:cols w:space="720"/>
          <w:docGrid w:linePitch="360"/>
        </w:sectPr>
      </w:pPr>
    </w:p>
    <w:p w14:paraId="11D5B5E0"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Critical Moment of Victory</w:t>
      </w:r>
    </w:p>
    <w:p w14:paraId="4EAF015B" w14:textId="4356E10B"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battle raged. The air thrummed with the clash of steel against steel, the guttural roars of the enslaved devils, and the chilling spells flung by </w:t>
      </w:r>
      <w:r w:rsidR="006611AF">
        <w:rPr>
          <w:rFonts w:ascii="LiberationSerif" w:eastAsia="LiberationSerif" w:hAnsi="LiberationSerif"/>
          <w:color w:val="000000"/>
          <w:sz w:val="30"/>
        </w:rPr>
        <w:t>Zarvokh</w:t>
      </w:r>
      <w:r>
        <w:rPr>
          <w:rFonts w:ascii="LiberationSerif" w:eastAsia="LiberationSerif" w:hAnsi="LiberationSerif"/>
          <w:color w:val="000000"/>
          <w:sz w:val="30"/>
        </w:rPr>
        <w:t>’s sorcerers. Marcus, his M4 spitting death with deadly accuracy, moved through the chaos, a whirlwind of motion and destruction. His magically bonded sword, a gift from Liliana’s ancestors, hummed with power, cleaving through enemy ranks with effortless grace.</w:t>
      </w:r>
    </w:p>
    <w:p w14:paraId="2AD3D5A1"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 fought not just as a soldier, but as a leader, his every move calculated, his every command crisp and clear. He was a beacon in the storm, inspiring his fellow fighters, both human and devil, to push harder, to fight with a ferocity that matched his own.</w:t>
      </w:r>
    </w:p>
    <w:p w14:paraId="1BB7459A" w14:textId="75D5CF7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a crimson blur amidst the carnage, fought with a wild abandon that was both terrifying and awe-inspiring. Her pink skin, usually a source of amusement to her enemies, was now smeared with sweat, blood, and mud. Her eyes burned with a righteous fury, her devilish horns seeming to glow with an inner light. She moved like a phantom, her blade a silver streak, cutting down her foes with brutal </w:t>
      </w:r>
      <w:r>
        <w:br/>
      </w:r>
      <w:r>
        <w:rPr>
          <w:rFonts w:ascii="LiberationSerif" w:eastAsia="LiberationSerif" w:hAnsi="LiberationSerif"/>
          <w:color w:val="000000"/>
          <w:sz w:val="30"/>
        </w:rPr>
        <w:t xml:space="preserve">efficiency. She was a force of nature, a tempest of rage and defiance unleashed upon </w:t>
      </w:r>
      <w:r w:rsidR="006611AF">
        <w:rPr>
          <w:rFonts w:ascii="LiberationSerif" w:eastAsia="LiberationSerif" w:hAnsi="LiberationSerif"/>
          <w:color w:val="000000"/>
          <w:sz w:val="30"/>
        </w:rPr>
        <w:t>Zarvokh</w:t>
      </w:r>
      <w:r>
        <w:rPr>
          <w:rFonts w:ascii="LiberationSerif" w:eastAsia="LiberationSerif" w:hAnsi="LiberationSerif"/>
          <w:color w:val="000000"/>
          <w:sz w:val="30"/>
        </w:rPr>
        <w:t>’s forces.</w:t>
      </w:r>
    </w:p>
    <w:p w14:paraId="60F5DCB1" w14:textId="7343A94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tide had been against them, the numerical superiority of </w:t>
      </w:r>
      <w:r w:rsidR="006611AF">
        <w:rPr>
          <w:rFonts w:ascii="LiberationSerif" w:eastAsia="LiberationSerif" w:hAnsi="LiberationSerif"/>
          <w:color w:val="000000"/>
          <w:sz w:val="30"/>
        </w:rPr>
        <w:t>Zarvokh</w:t>
      </w:r>
      <w:r>
        <w:rPr>
          <w:rFonts w:ascii="LiberationSerif" w:eastAsia="LiberationSerif" w:hAnsi="LiberationSerif"/>
          <w:color w:val="000000"/>
          <w:sz w:val="30"/>
        </w:rPr>
        <w:t>’s army overwhelming. Their initial victories in the swamp had been costly, leaving them battered and bruised, their numbers thinned considerably. But now, something had shifted. Perhaps it was the unwavering determination etched upon Marcus's face, the silent promise in Liliana's fierce gaze. Perhaps it was the shared grief, the collective memory of the fallen, that fueled their relentless onslaught. Whatever it was, it was a turning point, a critical moment of victory.</w:t>
      </w:r>
    </w:p>
    <w:p w14:paraId="53205189" w14:textId="77777777" w:rsidR="008130CF" w:rsidRDefault="008130CF" w:rsidP="003166C8">
      <w:pPr>
        <w:ind w:right="20"/>
        <w:sectPr w:rsidR="008130CF">
          <w:pgSz w:w="12240" w:h="15840"/>
          <w:pgMar w:top="0" w:right="1420" w:bottom="0" w:left="1440" w:header="720" w:footer="720" w:gutter="0"/>
          <w:cols w:space="720"/>
          <w:docGrid w:linePitch="360"/>
        </w:sectPr>
      </w:pPr>
    </w:p>
    <w:p w14:paraId="19E4C971" w14:textId="2A37A8C6"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A scream ripped through the air, a sound of pure terror that pierced even the din of battle. </w:t>
      </w:r>
      <w:r w:rsidR="006611AF">
        <w:rPr>
          <w:rFonts w:ascii="LiberationSerif" w:eastAsia="LiberationSerif" w:hAnsi="LiberationSerif"/>
          <w:color w:val="000000"/>
          <w:sz w:val="30"/>
        </w:rPr>
        <w:t>Zarvokh</w:t>
      </w:r>
      <w:r>
        <w:rPr>
          <w:rFonts w:ascii="LiberationSerif" w:eastAsia="LiberationSerif" w:hAnsi="LiberationSerif"/>
          <w:color w:val="000000"/>
          <w:sz w:val="30"/>
        </w:rPr>
        <w:t>, perched atop a crumbling stone edifice, watched the carnage unfold below.</w:t>
      </w:r>
    </w:p>
    <w:p w14:paraId="7910B144"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His face, usually pale and aloof, was now contorted in a mask of disbelief. His carefully constructed army, his legions of enslaved creatures, were crumbling before the combined might of the freed devils and the unexpected strength of the human soldier. The spell that had bound his enemies was starting to fray, its threads weakening under the relentless pressure of the assault.</w:t>
      </w:r>
    </w:p>
    <w:p w14:paraId="106D66E8" w14:textId="1488CC0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seeing his opportunity, launched a desperate attack. He charged forward, his M4 ablaze, a rain of bullets tearing through the ranks of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remaining soldiers. Liliana, flanking him, carved a path through the remaining sorcerers, her blade flashing in the dim light. Their coordinated assault was unstoppable, a symphony of destruction that tore </w:t>
      </w:r>
      <w:r>
        <w:br/>
      </w:r>
      <w:r>
        <w:rPr>
          <w:rFonts w:ascii="LiberationSerif" w:eastAsia="LiberationSerif" w:hAnsi="LiberationSerif"/>
          <w:color w:val="000000"/>
          <w:sz w:val="30"/>
        </w:rPr>
        <w:t xml:space="preserve">through </w:t>
      </w:r>
      <w:r w:rsidR="006611AF">
        <w:rPr>
          <w:rFonts w:ascii="LiberationSerif" w:eastAsia="LiberationSerif" w:hAnsi="LiberationSerif"/>
          <w:color w:val="000000"/>
          <w:sz w:val="30"/>
        </w:rPr>
        <w:t>Zarvokh</w:t>
      </w:r>
      <w:r>
        <w:rPr>
          <w:rFonts w:ascii="LiberationSerif" w:eastAsia="LiberationSerif" w:hAnsi="LiberationSerif"/>
          <w:color w:val="000000"/>
          <w:sz w:val="30"/>
        </w:rPr>
        <w:t>’s defenses.</w:t>
      </w:r>
    </w:p>
    <w:p w14:paraId="501186A8" w14:textId="292BF9A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Meanwhile, the freed devils, emboldened by the actions of their new leader and </w:t>
      </w:r>
      <w:r w:rsidR="003166C8">
        <w:rPr>
          <w:rFonts w:ascii="LiberationSerif" w:eastAsia="LiberationSerif" w:hAnsi="LiberationSerif"/>
          <w:color w:val="000000"/>
          <w:sz w:val="30"/>
        </w:rPr>
        <w:t>Queen</w:t>
      </w:r>
      <w:r>
        <w:rPr>
          <w:rFonts w:ascii="LiberationSerif" w:eastAsia="LiberationSerif" w:hAnsi="LiberationSerif"/>
          <w:color w:val="000000"/>
          <w:sz w:val="30"/>
        </w:rPr>
        <w:t>, fought with renewed vigor.</w:t>
      </w:r>
    </w:p>
    <w:p w14:paraId="4B67B39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 had tasted freedom, and they were not about to </w:t>
      </w:r>
      <w:r>
        <w:br/>
      </w:r>
      <w:r>
        <w:rPr>
          <w:rFonts w:ascii="LiberationSerif" w:eastAsia="LiberationSerif" w:hAnsi="LiberationSerif"/>
          <w:color w:val="000000"/>
          <w:sz w:val="30"/>
        </w:rPr>
        <w:t>relinquish it. They fought with the desperation of those who know that defeat means a return to the horrors of slavery.</w:t>
      </w:r>
    </w:p>
    <w:p w14:paraId="6461C2E1"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Their loyalty to Marcus and Liliana, initially born from necessity, had transformed into something far deeper – a sense of belonging, of hope, and of shared purpose.</w:t>
      </w:r>
    </w:p>
    <w:p w14:paraId="157E2AD3" w14:textId="4142BB8A" w:rsidR="008130CF" w:rsidRDefault="006611AF"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realizing the tide had irrevocably turned, attempted a desperate </w:t>
      </w:r>
      <w:proofErr w:type="gramStart"/>
      <w:r w:rsidR="00000000">
        <w:rPr>
          <w:rFonts w:ascii="LiberationSerif" w:eastAsia="LiberationSerif" w:hAnsi="LiberationSerif"/>
          <w:color w:val="000000"/>
          <w:sz w:val="30"/>
        </w:rPr>
        <w:t>counter-attack</w:t>
      </w:r>
      <w:proofErr w:type="gramEnd"/>
      <w:r w:rsidR="00000000">
        <w:rPr>
          <w:rFonts w:ascii="LiberationSerif" w:eastAsia="LiberationSerif" w:hAnsi="LiberationSerif"/>
          <w:color w:val="000000"/>
          <w:sz w:val="30"/>
        </w:rPr>
        <w:t xml:space="preserve">. He unleashed a torrent of dark magic, a wave of shadow and fire that washed across the battlefield. The ground trembled, trees exploded into flames, and the very air crackled with arcane energy. Many fell to </w:t>
      </w:r>
      <w:r>
        <w:rPr>
          <w:rFonts w:ascii="LiberationSerif" w:eastAsia="LiberationSerif" w:hAnsi="LiberationSerif"/>
          <w:color w:val="000000"/>
          <w:sz w:val="30"/>
        </w:rPr>
        <w:t>Zarvokh</w:t>
      </w:r>
      <w:r>
        <w:rPr>
          <w:rFonts w:ascii="LiberationSerif" w:eastAsia="LiberationSerif" w:hAnsi="LiberationSerif"/>
          <w:color w:val="000000"/>
          <w:sz w:val="30"/>
        </w:rPr>
        <w:t xml:space="preserve"> </w:t>
      </w:r>
      <w:r w:rsidR="00000000">
        <w:rPr>
          <w:rFonts w:ascii="LiberationSerif" w:eastAsia="LiberationSerif" w:hAnsi="LiberationSerif"/>
          <w:color w:val="000000"/>
          <w:sz w:val="30"/>
        </w:rPr>
        <w:t>'s dark magic, their screams swallowed by the storm</w:t>
      </w:r>
    </w:p>
    <w:p w14:paraId="243DA883" w14:textId="77777777" w:rsidR="008130CF" w:rsidRDefault="008130CF" w:rsidP="003166C8">
      <w:pPr>
        <w:ind w:right="20"/>
        <w:sectPr w:rsidR="008130CF">
          <w:pgSz w:w="12240" w:h="15840"/>
          <w:pgMar w:top="0" w:right="1420" w:bottom="0" w:left="1440" w:header="720" w:footer="720" w:gutter="0"/>
          <w:cols w:space="720"/>
          <w:docGrid w:linePitch="360"/>
        </w:sectPr>
      </w:pPr>
    </w:p>
    <w:p w14:paraId="6C76647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of destruction. Even Marcus and Liliana were forced to retreat, momentarily stunned by the raw power of the spell.</w:t>
      </w:r>
    </w:p>
    <w:p w14:paraId="14F9BA0C" w14:textId="70CB4FA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But they did not falter. They regrouped, their determination unswayed. Marcus, recalling tactical lessons from his years in the military, directed his troops to utilize the terrain for cover, using the shattered remnants of the battlefield as </w:t>
      </w:r>
      <w:r>
        <w:br/>
      </w:r>
      <w:r>
        <w:rPr>
          <w:rFonts w:ascii="LiberationSerif" w:eastAsia="LiberationSerif" w:hAnsi="LiberationSerif"/>
          <w:color w:val="000000"/>
          <w:sz w:val="30"/>
        </w:rPr>
        <w:t xml:space="preserve">shields against the destructive magic. Liliana, with her innate knowledge of the swamp's hidden pathways, led them </w:t>
      </w:r>
      <w:r>
        <w:br/>
      </w:r>
      <w:r>
        <w:rPr>
          <w:rFonts w:ascii="LiberationSerif" w:eastAsia="LiberationSerif" w:hAnsi="LiberationSerif"/>
          <w:color w:val="000000"/>
          <w:sz w:val="30"/>
        </w:rPr>
        <w:t xml:space="preserve">towards a strategic high ground, allowing them to gain a better vantage point and potentially weaken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w:t>
      </w:r>
      <w:r>
        <w:br/>
      </w:r>
      <w:r>
        <w:rPr>
          <w:rFonts w:ascii="LiberationSerif" w:eastAsia="LiberationSerif" w:hAnsi="LiberationSerif"/>
          <w:color w:val="000000"/>
          <w:sz w:val="30"/>
        </w:rPr>
        <w:t>position. The ensuing battle became a test of attrition and strategic prowess, a clash of wills and military tactics.</w:t>
      </w:r>
    </w:p>
    <w:p w14:paraId="4B631F79" w14:textId="59A6EA5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fight wasn't just about raw strength; it was a brutal chess match played out amidst the carnage. Marcus </w:t>
      </w:r>
      <w:r>
        <w:br/>
      </w:r>
      <w:r>
        <w:rPr>
          <w:rFonts w:ascii="LiberationSerif" w:eastAsia="LiberationSerif" w:hAnsi="LiberationSerif"/>
          <w:color w:val="000000"/>
          <w:sz w:val="30"/>
        </w:rPr>
        <w:t>employed guerilla tactics, utilizing the environment to their advantage, exploiting the limitations of Z</w:t>
      </w:r>
      <w:r w:rsidR="00AF3838">
        <w:rPr>
          <w:rFonts w:ascii="LiberationSerif" w:eastAsia="LiberationSerif" w:hAnsi="LiberationSerif"/>
          <w:color w:val="000000"/>
          <w:sz w:val="30"/>
        </w:rPr>
        <w:t xml:space="preserve">arvokh’s </w:t>
      </w:r>
      <w:r>
        <w:rPr>
          <w:rFonts w:ascii="LiberationSerif" w:eastAsia="LiberationSerif" w:hAnsi="LiberationSerif"/>
          <w:color w:val="000000"/>
          <w:sz w:val="30"/>
        </w:rPr>
        <w:t xml:space="preserve">army's range and maneuverability. He sent small, highly mobile squads to harass and disrupt the enemy's flanks, while the main force kept </w:t>
      </w:r>
      <w:r w:rsidR="00AF3838">
        <w:rPr>
          <w:rFonts w:ascii="LiberationSerif" w:eastAsia="LiberationSerif" w:hAnsi="LiberationSerif"/>
          <w:color w:val="000000"/>
          <w:sz w:val="30"/>
        </w:rPr>
        <w:t>Zarvokh</w:t>
      </w:r>
      <w:r>
        <w:rPr>
          <w:rFonts w:ascii="LiberationSerif" w:eastAsia="LiberationSerif" w:hAnsi="LiberationSerif"/>
          <w:color w:val="000000"/>
          <w:sz w:val="30"/>
        </w:rPr>
        <w:t xml:space="preserve"> preoccupied. </w:t>
      </w:r>
    </w:p>
    <w:p w14:paraId="34BB38E1" w14:textId="0005CA5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meanwhile, demonstrated her mastery of the terrain and her innate magical talents. She used her knowledge of the swamp's flora and fauna to their advantage, deploying blinding mists, creating makeshift traps, and utilizing </w:t>
      </w:r>
      <w:r>
        <w:br/>
      </w:r>
      <w:r>
        <w:rPr>
          <w:rFonts w:ascii="LiberationSerif" w:eastAsia="LiberationSerif" w:hAnsi="LiberationSerif"/>
          <w:color w:val="000000"/>
          <w:sz w:val="30"/>
        </w:rPr>
        <w:t xml:space="preserve">venomous creatures to further weaken </w:t>
      </w:r>
      <w:r w:rsidR="006611AF">
        <w:rPr>
          <w:rFonts w:ascii="LiberationSerif" w:eastAsia="LiberationSerif" w:hAnsi="LiberationSerif"/>
          <w:color w:val="000000"/>
          <w:sz w:val="30"/>
        </w:rPr>
        <w:t>Zarvokh</w:t>
      </w:r>
      <w:r>
        <w:rPr>
          <w:rFonts w:ascii="LiberationSerif" w:eastAsia="LiberationSerif" w:hAnsi="LiberationSerif"/>
          <w:color w:val="000000"/>
          <w:sz w:val="30"/>
        </w:rPr>
        <w:t>'s forces. Her tactical acumen complemented Marcus's military precision, creating a synergy that proved devastatingly effective. They were a formidable partnership, each leveraging their unique strengths to overcome their seemingly insurmountable odds.</w:t>
      </w:r>
    </w:p>
    <w:p w14:paraId="0D81D40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battle raged on, a testament to the indomitable spirit of freedom. The screams of the dying were a constant reminder</w:t>
      </w:r>
    </w:p>
    <w:p w14:paraId="48AEC9AF" w14:textId="77777777" w:rsidR="008130CF" w:rsidRDefault="008130CF" w:rsidP="003166C8">
      <w:pPr>
        <w:ind w:right="20"/>
        <w:sectPr w:rsidR="008130CF">
          <w:pgSz w:w="12240" w:h="15840"/>
          <w:pgMar w:top="0" w:right="1420" w:bottom="0" w:left="1440" w:header="720" w:footer="720" w:gutter="0"/>
          <w:cols w:space="720"/>
          <w:docGrid w:linePitch="360"/>
        </w:sectPr>
      </w:pPr>
    </w:p>
    <w:p w14:paraId="747C159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of the high stakes of their struggle, but the shouts of the victorious were louder, their cries of defiance echoing across the battlefield. Every inch of ground gained was hard-won, every enemy slain a testament to the strength of their bond and their unwavering commitment to the cause.</w:t>
      </w:r>
    </w:p>
    <w:p w14:paraId="57543118" w14:textId="452565D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Finally, after what seemed like an eternity of brutal fighting, they stood before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himself. The wizard, weakened and desperate, stood his ground, his eyes burning with a mixture of rage and fear. He was a formidable opponent, but he was alone, his army shattered, his power depleted. The turning point had indeed arrived. This wasn't just a battle; it was a war for freedom. And they were winning.</w:t>
      </w:r>
    </w:p>
    <w:p w14:paraId="53EC424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final confrontation was a clash of titans, a brutal dance of steel and magic. Marcus, his M4 finally empty, relied on his sword, the magical weapon now radiating with blinding light. Liliana fought alongside him, her blade a whirling tempest, her own inherent magic enhancing her fighting prowess. They fought with the strength of a thousand </w:t>
      </w:r>
      <w:r>
        <w:br/>
      </w:r>
      <w:r>
        <w:rPr>
          <w:rFonts w:ascii="LiberationSerif" w:eastAsia="LiberationSerif" w:hAnsi="LiberationSerif"/>
          <w:color w:val="000000"/>
          <w:sz w:val="30"/>
        </w:rPr>
        <w:t xml:space="preserve">warriors, their movements perfectly synchronized, a </w:t>
      </w:r>
      <w:r>
        <w:br/>
      </w:r>
      <w:r>
        <w:rPr>
          <w:rFonts w:ascii="LiberationSerif" w:eastAsia="LiberationSerif" w:hAnsi="LiberationSerif"/>
          <w:color w:val="000000"/>
          <w:sz w:val="30"/>
        </w:rPr>
        <w:t>testament to their growing bond and the shared sacrifice they had endured.</w:t>
      </w:r>
    </w:p>
    <w:p w14:paraId="29B69DF8" w14:textId="34036936" w:rsidR="008130CF" w:rsidRDefault="006611AF"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’s dark magic flickered, his spells growing weaker, his power faltering. He was no match for the combined might of the human soldier and the devil </w:t>
      </w:r>
      <w:r w:rsidR="003166C8">
        <w:rPr>
          <w:rFonts w:ascii="LiberationSerif" w:eastAsia="LiberationSerif" w:hAnsi="LiberationSerif"/>
          <w:color w:val="000000"/>
          <w:sz w:val="30"/>
        </w:rPr>
        <w:t>Queen</w:t>
      </w:r>
      <w:r w:rsidR="00000000">
        <w:rPr>
          <w:rFonts w:ascii="LiberationSerif" w:eastAsia="LiberationSerif" w:hAnsi="LiberationSerif"/>
          <w:color w:val="000000"/>
          <w:sz w:val="30"/>
        </w:rPr>
        <w:t xml:space="preserve">, two souls forged in the crucible of war, united by their common cause, fueled by their shared love, and driven by the unwavering desire for freedom. With one final, desperate surge of power, Marcus plunged his sword into </w:t>
      </w:r>
      <w:r>
        <w:rPr>
          <w:rFonts w:ascii="LiberationSerif" w:eastAsia="LiberationSerif" w:hAnsi="LiberationSerif"/>
          <w:color w:val="000000"/>
          <w:sz w:val="30"/>
        </w:rPr>
        <w:t>Zarvokh</w:t>
      </w:r>
      <w:r>
        <w:rPr>
          <w:rFonts w:ascii="LiberationSerif" w:eastAsia="LiberationSerif" w:hAnsi="LiberationSerif"/>
          <w:color w:val="000000"/>
          <w:sz w:val="30"/>
        </w:rPr>
        <w:t xml:space="preserve"> </w:t>
      </w:r>
      <w:r w:rsidR="00000000">
        <w:rPr>
          <w:rFonts w:ascii="LiberationSerif" w:eastAsia="LiberationSerif" w:hAnsi="LiberationSerif"/>
          <w:color w:val="000000"/>
          <w:sz w:val="30"/>
        </w:rPr>
        <w:t>'s heart. The wizard’s body crumbled into dust, his reign of terror finally at an end. The air vibrated with the release of long-pent-up energy. A palpable shift in the very atmosphere.</w:t>
      </w:r>
    </w:p>
    <w:p w14:paraId="5DD6EB37" w14:textId="77777777" w:rsidR="008130CF" w:rsidRDefault="008130CF" w:rsidP="003166C8">
      <w:pPr>
        <w:ind w:right="20"/>
        <w:sectPr w:rsidR="008130CF">
          <w:pgSz w:w="12240" w:h="15840"/>
          <w:pgMar w:top="0" w:right="1420" w:bottom="0" w:left="1440" w:header="720" w:footer="720" w:gutter="0"/>
          <w:cols w:space="720"/>
          <w:docGrid w:linePitch="360"/>
        </w:sectPr>
      </w:pPr>
    </w:p>
    <w:p w14:paraId="190A78B2" w14:textId="06A2DA65"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 roar erupted from the assembled devils. A roar of </w:t>
      </w:r>
      <w:r>
        <w:br/>
      </w:r>
      <w:r>
        <w:rPr>
          <w:rFonts w:ascii="LiberationSerif" w:eastAsia="LiberationSerif" w:hAnsi="LiberationSerif"/>
          <w:color w:val="000000"/>
          <w:sz w:val="30"/>
        </w:rPr>
        <w:t xml:space="preserve">jubilation, of liberation, of victory hard-won. The battle for freedom was far from over, but this victory was a seismic shift. It was the moment when the scales tipped, when hope ignited, when the prospect of a future free from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's tyranny became a tangible reality. It was the moment when they had not just won a battle, but had begun to win the war. The dawn broke on a new era. The air, once thick with the stench of death and fear, now carried the scent of freedom, a fragrance both sweet and bittersweet. The cost had been high, but the victory was theirs. The fight for freedom had begun, and they would see it to the bitter, glorious end.</w:t>
      </w:r>
    </w:p>
    <w:p w14:paraId="41C504BA" w14:textId="77777777" w:rsidR="008130CF" w:rsidRDefault="008130CF" w:rsidP="003166C8">
      <w:pPr>
        <w:ind w:right="20"/>
        <w:sectPr w:rsidR="008130CF">
          <w:pgSz w:w="12240" w:h="15840"/>
          <w:pgMar w:top="0" w:right="1420" w:bottom="0" w:left="1440" w:header="720" w:footer="720" w:gutter="0"/>
          <w:cols w:space="720"/>
          <w:docGrid w:linePitch="360"/>
        </w:sectPr>
      </w:pPr>
    </w:p>
    <w:p w14:paraId="3E53390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Pushing Towards Victory</w:t>
      </w:r>
    </w:p>
    <w:p w14:paraId="19BF72C6" w14:textId="2F35CF1A"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crimson sun bled across the horizon, painting the </w:t>
      </w:r>
      <w:r>
        <w:br/>
      </w:r>
      <w:r>
        <w:rPr>
          <w:rFonts w:ascii="LiberationSerif" w:eastAsia="LiberationSerif" w:hAnsi="LiberationSerif"/>
          <w:color w:val="000000"/>
          <w:sz w:val="30"/>
        </w:rPr>
        <w:t xml:space="preserve">battlefield in hues of blood and fire. The air, still thick with the stench of ozone and sweat, vibrated with the lingering echoes of battle. Despite the resounding victory at the </w:t>
      </w:r>
      <w:r>
        <w:br/>
      </w:r>
      <w:r>
        <w:rPr>
          <w:rFonts w:ascii="LiberationSerif" w:eastAsia="LiberationSerif" w:hAnsi="LiberationSerif"/>
          <w:color w:val="000000"/>
          <w:sz w:val="30"/>
        </w:rPr>
        <w:t xml:space="preserve">vanguard, the fight was far from over.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the tyrannical wizard, still held considerable strength, his forces </w:t>
      </w:r>
      <w:r>
        <w:br/>
      </w:r>
      <w:r>
        <w:rPr>
          <w:rFonts w:ascii="LiberationSerif" w:eastAsia="LiberationSerif" w:hAnsi="LiberationSerif"/>
          <w:color w:val="000000"/>
          <w:sz w:val="30"/>
        </w:rPr>
        <w:t xml:space="preserve">regrouping, plotting their next, inevitably brutal, assault. The ground, once a meticulously planned battlefield, was now a chaotic tapestry of broken weaponry, scattered limbs, and the lifeless forms of both devil and human soldiers. The </w:t>
      </w:r>
      <w:r>
        <w:br/>
      </w:r>
      <w:r>
        <w:rPr>
          <w:rFonts w:ascii="LiberationSerif" w:eastAsia="LiberationSerif" w:hAnsi="LiberationSerif"/>
          <w:color w:val="000000"/>
          <w:sz w:val="30"/>
        </w:rPr>
        <w:t xml:space="preserve">celebratory roar from earlier had faded, replaced by a </w:t>
      </w:r>
      <w:r>
        <w:br/>
      </w:r>
      <w:r>
        <w:rPr>
          <w:rFonts w:ascii="LiberationSerif" w:eastAsia="LiberationSerif" w:hAnsi="LiberationSerif"/>
          <w:color w:val="000000"/>
          <w:sz w:val="30"/>
        </w:rPr>
        <w:t xml:space="preserve">somber silence, punctuated only by the pained groans of the wounded and the frantic whispers of medics attending to the casualties. Liliana, her usually vibrant pink skin pale with exhaustion, stood beside Marcus, her eyes scanning the ravaged landscape. The price of this hard-won victory was steep; the losses were staggering, both among her people and Marcus’s newly formed, unlikely alliance. She had witnessed the valiant fight of both sides, witnessed their shared </w:t>
      </w:r>
      <w:r>
        <w:br/>
      </w:r>
      <w:r>
        <w:rPr>
          <w:rFonts w:ascii="LiberationSerif" w:eastAsia="LiberationSerif" w:hAnsi="LiberationSerif"/>
          <w:color w:val="000000"/>
          <w:sz w:val="30"/>
        </w:rPr>
        <w:t>sacrifice. She rested a hand on her husband's arm, her touch offering comfort amidst the carnage.</w:t>
      </w:r>
    </w:p>
    <w:p w14:paraId="60A2D65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surveyed the scene, his usually sharp eyes clouded with a grim determination. The exhilaration of the initial victory had been replaced by a cold, hard assessment of the situation. His M4, usually a symbol of unwavering power, felt heavy in his hands, the weight of responsibility pressing down upon him. He had promised Liliana's people freedom, and he intended to keep that promise, even if it meant </w:t>
      </w:r>
      <w:r>
        <w:br/>
      </w:r>
      <w:r>
        <w:rPr>
          <w:rFonts w:ascii="LiberationSerif" w:eastAsia="LiberationSerif" w:hAnsi="LiberationSerif"/>
          <w:color w:val="000000"/>
          <w:sz w:val="30"/>
        </w:rPr>
        <w:t>sacrificing everything. He ran a hand through his sweat-soaked hair, his gaze falling upon the faces of his troops, human and devil alike, their expressions ranging from</w:t>
      </w:r>
    </w:p>
    <w:p w14:paraId="6206B614" w14:textId="77777777" w:rsidR="008130CF" w:rsidRDefault="008130CF" w:rsidP="003166C8">
      <w:pPr>
        <w:ind w:right="20"/>
        <w:sectPr w:rsidR="008130CF">
          <w:pgSz w:w="12240" w:h="15840"/>
          <w:pgMar w:top="0" w:right="1420" w:bottom="0" w:left="1440" w:header="720" w:footer="720" w:gutter="0"/>
          <w:cols w:space="720"/>
          <w:docGrid w:linePitch="360"/>
        </w:sectPr>
      </w:pPr>
    </w:p>
    <w:p w14:paraId="3684069E" w14:textId="77777777" w:rsidR="008130CF" w:rsidRDefault="00000000" w:rsidP="003166C8">
      <w:pPr>
        <w:autoSpaceDE w:val="0"/>
        <w:autoSpaceDN w:val="0"/>
        <w:spacing w:before="1458" w:after="0" w:line="332" w:lineRule="exact"/>
        <w:ind w:right="20"/>
      </w:pPr>
      <w:r>
        <w:rPr>
          <w:rFonts w:ascii="LiberationSerif" w:eastAsia="LiberationSerif" w:hAnsi="LiberationSerif"/>
          <w:color w:val="000000"/>
          <w:sz w:val="30"/>
        </w:rPr>
        <w:lastRenderedPageBreak/>
        <w:t>exhaustion to despair. Many were wounded, some critically.</w:t>
      </w:r>
    </w:p>
    <w:p w14:paraId="01FE9DB7"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Their resilience was fading; the loss of so many comrades had shaken even the strongest spirits. He knew that he had to act swiftly and decisively, he had to re-invigorate their spirits and their hope.</w:t>
      </w:r>
    </w:p>
    <w:p w14:paraId="1FF51F7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approached a group of wounded soldiers, his boots </w:t>
      </w:r>
      <w:r>
        <w:br/>
      </w:r>
      <w:r>
        <w:rPr>
          <w:rFonts w:ascii="LiberationSerif" w:eastAsia="LiberationSerif" w:hAnsi="LiberationSerif"/>
          <w:color w:val="000000"/>
          <w:sz w:val="30"/>
        </w:rPr>
        <w:t xml:space="preserve">crunching on the shards of broken weapons. He knelt beside a young devil, his arm mangled beyond repair, a look of quiet desperation in his eyes. Marcus offered a hand, his touch gentle yet firm. "You fought bravely," he murmured, his voice a low rumble. "Your sacrifice will not be in vain." The young devil managed a weak nod, his eyes flickering with a renewed spark of defiance. Marcus moved on, </w:t>
      </w:r>
      <w:r>
        <w:br/>
      </w:r>
      <w:r>
        <w:rPr>
          <w:rFonts w:ascii="LiberationSerif" w:eastAsia="LiberationSerif" w:hAnsi="LiberationSerif"/>
          <w:color w:val="000000"/>
          <w:sz w:val="30"/>
        </w:rPr>
        <w:t>offering words of encouragement and support to others, sharing stories of bravery and sacrifice to keep hope alive. The wounded, who had previously only seen their impending doom, now saw a leader who shared their pain, understood their despair, and above all, understood the value of each life.</w:t>
      </w:r>
    </w:p>
    <w:p w14:paraId="19C4011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His words were not just empty platitudes; they were the words of a man who had faced death countless times. He spoke of the shared camaraderie, the enduring bonds forged in the crucible of battle. He reminded them of the reason they fought, of the tyranny they had risen up against, and of the future they were fighting for - a future where their people would be free, where their children would never have to endure the horrors they had just witnessed. His speech </w:t>
      </w:r>
      <w:r>
        <w:br/>
      </w:r>
      <w:r>
        <w:rPr>
          <w:rFonts w:ascii="LiberationSerif" w:eastAsia="LiberationSerif" w:hAnsi="LiberationSerif"/>
          <w:color w:val="000000"/>
          <w:sz w:val="30"/>
        </w:rPr>
        <w:t>echoed across the field, reaching even the furthest ranks of weary troops.</w:t>
      </w:r>
    </w:p>
    <w:p w14:paraId="0F6B252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sun climbed higher, casting long shadows across the battlefield. Marcus, Liliana, and their combined forces began the grim task of tending to the wounded, collecting the dead, and preparing for the inevitable counter-attack. The air</w:t>
      </w:r>
    </w:p>
    <w:p w14:paraId="1C7C1EEF" w14:textId="77777777" w:rsidR="008130CF" w:rsidRDefault="008130CF" w:rsidP="003166C8">
      <w:pPr>
        <w:ind w:right="20"/>
        <w:sectPr w:rsidR="008130CF">
          <w:pgSz w:w="12240" w:h="15840"/>
          <w:pgMar w:top="0" w:right="1420" w:bottom="0" w:left="1440" w:header="720" w:footer="720" w:gutter="0"/>
          <w:cols w:space="720"/>
          <w:docGrid w:linePitch="360"/>
        </w:sectPr>
      </w:pPr>
    </w:p>
    <w:p w14:paraId="60BB7649"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crackled with a tense energy, the silence broken only by the sounds of agonizing moans and the clanging of metal against metal as the survivors worked feverishly to prepare their defenses. The logistics were daunting. Ammunition was dwindling, medical supplies were scarce, and morale, while bolstered by their initial victory, remained fragile.</w:t>
      </w:r>
    </w:p>
    <w:p w14:paraId="12B5C8F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despite her own injuries and exhaustion, worked tirelessly alongside Marcus. Her leadership was as vital as his. Her pink skin stood out, as a symbol of hope and </w:t>
      </w:r>
      <w:r>
        <w:br/>
      </w:r>
      <w:r>
        <w:rPr>
          <w:rFonts w:ascii="LiberationSerif" w:eastAsia="LiberationSerif" w:hAnsi="LiberationSerif"/>
          <w:color w:val="000000"/>
          <w:sz w:val="30"/>
        </w:rPr>
        <w:t xml:space="preserve">resilience. She moved amongst the wounded, offering </w:t>
      </w:r>
      <w:r>
        <w:br/>
      </w:r>
      <w:r>
        <w:rPr>
          <w:rFonts w:ascii="LiberationSerif" w:eastAsia="LiberationSerif" w:hAnsi="LiberationSerif"/>
          <w:color w:val="000000"/>
          <w:sz w:val="30"/>
        </w:rPr>
        <w:t xml:space="preserve">comfort and reassurance, her sharp wit momentarily </w:t>
      </w:r>
      <w:r>
        <w:br/>
      </w:r>
      <w:r>
        <w:rPr>
          <w:rFonts w:ascii="LiberationSerif" w:eastAsia="LiberationSerif" w:hAnsi="LiberationSerif"/>
          <w:color w:val="000000"/>
          <w:sz w:val="30"/>
        </w:rPr>
        <w:t xml:space="preserve">subdued, replaced by a deep concern for her people. She knew that the next battle would be even more brutal, but she also knew that her people would rise to meet it. They had already proven their mettle. They were survivors, hardened by generations of oppression, and now infused with a </w:t>
      </w:r>
      <w:r>
        <w:br/>
      </w:r>
      <w:r>
        <w:rPr>
          <w:rFonts w:ascii="LiberationSerif" w:eastAsia="LiberationSerif" w:hAnsi="LiberationSerif"/>
          <w:color w:val="000000"/>
          <w:sz w:val="30"/>
        </w:rPr>
        <w:t>newfound sense of hope.</w:t>
      </w:r>
    </w:p>
    <w:p w14:paraId="62EB0AD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darkness fell, the work continued. The battlefield </w:t>
      </w:r>
      <w:r>
        <w:br/>
      </w:r>
      <w:r>
        <w:rPr>
          <w:rFonts w:ascii="LiberationSerif" w:eastAsia="LiberationSerif" w:hAnsi="LiberationSerif"/>
          <w:color w:val="000000"/>
          <w:sz w:val="30"/>
        </w:rPr>
        <w:t xml:space="preserve">transformed into a makeshift hospital, fires flickering in the night, casting long dancing shadows that mimicked the </w:t>
      </w:r>
      <w:r>
        <w:br/>
      </w:r>
      <w:r>
        <w:rPr>
          <w:rFonts w:ascii="LiberationSerif" w:eastAsia="LiberationSerif" w:hAnsi="LiberationSerif"/>
          <w:color w:val="000000"/>
          <w:sz w:val="30"/>
        </w:rPr>
        <w:t>movements of the exhausted troops. Marcus and Liliana, their faces streaked with dirt and blood, worked side-by-side, sharing rations, offering comfort, and planning their defense.</w:t>
      </w:r>
    </w:p>
    <w:p w14:paraId="6E0B978B" w14:textId="262148A5"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 knew that this was only the beginning of a long and arduous struggle.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was not one to give up easily, and he held considerable power and resources yet to deploy.</w:t>
      </w:r>
    </w:p>
    <w:p w14:paraId="4DC1AD9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But they were not deterred. They had tasted victory, however bitter, and that taste was all the fuel they needed to carry on.</w:t>
      </w:r>
    </w:p>
    <w:p w14:paraId="1A2DBB66" w14:textId="3E64E72E"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They had a shared determination, born from their mutual struggle and the unwavering love that had blossomed amidst the chaos of war. Marcus, the hardened soldier, and Liliana, the fiery devil </w:t>
      </w:r>
      <w:r w:rsidR="003166C8">
        <w:rPr>
          <w:rFonts w:ascii="LiberationSerif" w:eastAsia="LiberationSerif" w:hAnsi="LiberationSerif"/>
          <w:color w:val="000000"/>
          <w:sz w:val="30"/>
        </w:rPr>
        <w:t>Queen</w:t>
      </w:r>
      <w:r>
        <w:rPr>
          <w:rFonts w:ascii="LiberationSerif" w:eastAsia="LiberationSerif" w:hAnsi="LiberationSerif"/>
          <w:color w:val="000000"/>
          <w:sz w:val="30"/>
        </w:rPr>
        <w:t>, had found a strength in each other that transcended the physical and the magical. Their bond</w:t>
      </w:r>
    </w:p>
    <w:p w14:paraId="677AF259" w14:textId="77777777" w:rsidR="008130CF" w:rsidRDefault="008130CF" w:rsidP="003166C8">
      <w:pPr>
        <w:ind w:right="20"/>
        <w:sectPr w:rsidR="008130CF">
          <w:pgSz w:w="12240" w:h="15840"/>
          <w:pgMar w:top="0" w:right="1420" w:bottom="0" w:left="1440" w:header="720" w:footer="720" w:gutter="0"/>
          <w:cols w:space="720"/>
          <w:docGrid w:linePitch="360"/>
        </w:sectPr>
      </w:pPr>
    </w:p>
    <w:p w14:paraId="72B0264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was as unbreakable as the magically forged sword that now rested at Marcus's side. Their love story was not a fairy tale; it was a brutal, bloody, and beautiful testament to their unwavering determination.</w:t>
      </w:r>
    </w:p>
    <w:p w14:paraId="6ABA86B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Throughout the night, soldiers worked tirelessly, fortifying their positions, setting up makeshift traps, and preparing for the next wave of attacks. The human soldiers, initially </w:t>
      </w:r>
      <w:r>
        <w:br/>
      </w:r>
      <w:r>
        <w:rPr>
          <w:rFonts w:ascii="LiberationSerif" w:eastAsia="LiberationSerif" w:hAnsi="LiberationSerif"/>
          <w:color w:val="000000"/>
          <w:sz w:val="30"/>
        </w:rPr>
        <w:t>hesitant to work alongside the devils, now found themselves bound to them by a shared experience, a shared sacrifice, and a shared hope. They had witnessed the devils' bravery, their fierce loyalty, their unshakeable determination, and they had found a newfound respect for their allies.</w:t>
      </w:r>
    </w:p>
    <w:p w14:paraId="10CE97B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Dawn arrived, painting the sky in shades of bruised purple and fiery orange. The air was cold, but the determination in the eyes of the soldiers was hotter than the rising sun. They were prepared. They were ready. They had faced death, and they had stared it down. They had looked into the abyss and found a strength they never knew they possessed. They were united, no longer human and devil, but warriors, bound together by a shared purpose – the fight for freedom.</w:t>
      </w:r>
    </w:p>
    <w:p w14:paraId="609EDF4E" w14:textId="1432661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distant rumble of approaching forces shattered the tense quiet. The battle for freedom had not ended; it had simply entered its next, even more ferocious, phase. But this time, they were ready. They were prepared. They would meet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army, not with fear, but with the unwavering </w:t>
      </w:r>
      <w:r>
        <w:br/>
      </w:r>
      <w:r>
        <w:rPr>
          <w:rFonts w:ascii="LiberationSerif" w:eastAsia="LiberationSerif" w:hAnsi="LiberationSerif"/>
          <w:color w:val="000000"/>
          <w:sz w:val="30"/>
        </w:rPr>
        <w:t>determination that had been forged in the fires of battle and sealed with the bonds of shared sacrifice and newfound love.</w:t>
      </w:r>
    </w:p>
    <w:p w14:paraId="49E9AA6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war had begun. And they would fight to the glorious, bloody end. They would never surrender. They would never break. They would win their freedom, together.</w:t>
      </w:r>
    </w:p>
    <w:p w14:paraId="243AD696" w14:textId="77777777" w:rsidR="008130CF" w:rsidRDefault="008130CF" w:rsidP="003166C8">
      <w:pPr>
        <w:ind w:right="20"/>
        <w:sectPr w:rsidR="008130CF">
          <w:pgSz w:w="12240" w:h="15840"/>
          <w:pgMar w:top="0" w:right="1420" w:bottom="0" w:left="1440" w:header="720" w:footer="720" w:gutter="0"/>
          <w:cols w:space="720"/>
          <w:docGrid w:linePitch="360"/>
        </w:sectPr>
      </w:pPr>
    </w:p>
    <w:p w14:paraId="0046EF92"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Marcus Faces the Wizard</w:t>
      </w:r>
    </w:p>
    <w:p w14:paraId="3C61548F" w14:textId="2D43DF65"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air crackled with anticipation, a tangible tension hanging heavier than the humid swamp air clinging to Marcus’s skin. Before him, amidst a swirling vortex of arcane energy, stood </w:t>
      </w:r>
      <w:r w:rsidR="006611AF">
        <w:rPr>
          <w:rFonts w:ascii="LiberationSerif" w:eastAsia="LiberationSerif" w:hAnsi="LiberationSerif"/>
          <w:color w:val="000000"/>
          <w:sz w:val="30"/>
        </w:rPr>
        <w:t>Zarvokh</w:t>
      </w:r>
      <w:r>
        <w:rPr>
          <w:rFonts w:ascii="LiberationSerif" w:eastAsia="LiberationSerif" w:hAnsi="LiberationSerif"/>
          <w:color w:val="000000"/>
          <w:sz w:val="30"/>
        </w:rPr>
        <w:t>, the wizard, his face a mask of cruel amusement.</w:t>
      </w:r>
    </w:p>
    <w:p w14:paraId="7CF5C558" w14:textId="3CB3AB9F"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battlefield, once a vibrant tapestry of clashing armies, now lay silent, a testament to the brutal efficiency of the Devil Tribe’s assault. The wizard’s forces, decimated, </w:t>
      </w:r>
      <w:r>
        <w:br/>
      </w:r>
      <w:r>
        <w:rPr>
          <w:rFonts w:ascii="LiberationSerif" w:eastAsia="LiberationSerif" w:hAnsi="LiberationSerif"/>
          <w:color w:val="000000"/>
          <w:sz w:val="30"/>
        </w:rPr>
        <w:t xml:space="preserve">scattered like leaves in a hurricane. Only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remained, a defiant storm eye in the heart of the devastation.</w:t>
      </w:r>
    </w:p>
    <w:p w14:paraId="7BA0AF8F" w14:textId="6B37F79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gripped the magically bonded sword, its familiar weight a comforting presence in his hand. The blade </w:t>
      </w:r>
      <w:r>
        <w:br/>
      </w:r>
      <w:r>
        <w:rPr>
          <w:rFonts w:ascii="LiberationSerif" w:eastAsia="LiberationSerif" w:hAnsi="LiberationSerif"/>
          <w:color w:val="000000"/>
          <w:sz w:val="30"/>
        </w:rPr>
        <w:t xml:space="preserve">hummed faintly, resonating with the raw power surging through him – a power both alien and intimately familiar, a blend of earthly grit and otherworldly magic. He hadn't expected a one-on-one duel with the wizard. His strategy had always hinged on overwhelming force, on a coordinated assault that would shatter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's defenses before he could unleash his full potential. But the tide of battle had shifted in unexpected ways, leaving him facing the ultimate test, a final, desperate gamble for the freedom of Liliana and her people.</w:t>
      </w:r>
    </w:p>
    <w:p w14:paraId="5E7C050C" w14:textId="79FBB7F0" w:rsidR="008130CF" w:rsidRDefault="006611AF" w:rsidP="003166C8">
      <w:pPr>
        <w:autoSpaceDE w:val="0"/>
        <w:autoSpaceDN w:val="0"/>
        <w:spacing w:before="386" w:after="0" w:line="334"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chuckled, a sound like stones grinding against bone.</w:t>
      </w:r>
    </w:p>
    <w:p w14:paraId="56DA803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"So, the soldier comes to face the sorcerer. An interesting contrast, wouldn't you say?" His voice, amplified by unseen magic, echoed across the desolate battlefield, each syllable laced with venom. He raised a hand, and a bolt of emerald energy crackled into existence, dancing between his fingers like a caged serpent. “I’ve watched you, Cole. I’ve seen your brutality, your tenacity. Yet, you are but a man, a pathetic insect against the power I wield.”</w:t>
      </w:r>
    </w:p>
    <w:p w14:paraId="1774A1AF" w14:textId="77777777" w:rsidR="008130CF" w:rsidRDefault="008130CF" w:rsidP="003166C8">
      <w:pPr>
        <w:ind w:right="20"/>
        <w:sectPr w:rsidR="008130CF">
          <w:pgSz w:w="12240" w:h="15840"/>
          <w:pgMar w:top="0" w:right="1420" w:bottom="0" w:left="1440" w:header="720" w:footer="720" w:gutter="0"/>
          <w:cols w:space="720"/>
          <w:docGrid w:linePitch="360"/>
        </w:sectPr>
      </w:pPr>
    </w:p>
    <w:p w14:paraId="706B6DCB" w14:textId="67F3C523"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Marcus didn't respond, his gaze unwavering. He knew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words were a game, a calculated attempt to </w:t>
      </w:r>
      <w:r>
        <w:br/>
      </w:r>
      <w:r>
        <w:rPr>
          <w:rFonts w:ascii="LiberationSerif" w:eastAsia="LiberationSerif" w:hAnsi="LiberationSerif"/>
          <w:color w:val="000000"/>
          <w:sz w:val="30"/>
        </w:rPr>
        <w:t xml:space="preserve">unnerve him, to break his resolve. He’d faced down far worse during his years in the Army, stared into the eyes of death countless times, and emerged unscathed. He adjusted his grip on the sword, his senses heightened, aware of every rustle of the wind, every shift in the magical currents </w:t>
      </w:r>
      <w:r>
        <w:br/>
      </w:r>
      <w:r>
        <w:rPr>
          <w:rFonts w:ascii="LiberationSerif" w:eastAsia="LiberationSerif" w:hAnsi="LiberationSerif"/>
          <w:color w:val="000000"/>
          <w:sz w:val="30"/>
        </w:rPr>
        <w:t>swirling around them. He could feel the weight of the Devil Tribe's fate, the hopes of Liliana and her people, resting squarely on his shoulders.</w:t>
      </w:r>
    </w:p>
    <w:p w14:paraId="645FFFED" w14:textId="3554792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wizard launched the emerald bolt, a streak of pure </w:t>
      </w:r>
      <w:r>
        <w:br/>
      </w:r>
      <w:r>
        <w:rPr>
          <w:rFonts w:ascii="LiberationSerif" w:eastAsia="LiberationSerif" w:hAnsi="LiberationSerif"/>
          <w:color w:val="000000"/>
          <w:sz w:val="30"/>
        </w:rPr>
        <w:t xml:space="preserve">energy that sliced through the air, leaving a shimmering trail of ionized particles. Marcus reacted instinctively, his training taking over. He sidestepped the attack with the fluid grace born from years of combat, the magical sword singing as it met the air. He moved with deadly precision, a lethal ballet of controlled movements, a symphony of disciplined </w:t>
      </w:r>
      <w:r>
        <w:br/>
      </w:r>
      <w:r>
        <w:rPr>
          <w:rFonts w:ascii="LiberationSerif" w:eastAsia="LiberationSerif" w:hAnsi="LiberationSerif"/>
          <w:color w:val="000000"/>
          <w:sz w:val="30"/>
        </w:rPr>
        <w:t xml:space="preserve">violence honed by years of harsh reality. He knew he </w:t>
      </w:r>
      <w:r>
        <w:br/>
      </w:r>
      <w:r>
        <w:rPr>
          <w:rFonts w:ascii="LiberationSerif" w:eastAsia="LiberationSerif" w:hAnsi="LiberationSerif"/>
          <w:color w:val="000000"/>
          <w:sz w:val="30"/>
        </w:rPr>
        <w:t xml:space="preserve">couldn't rely solely on his physical abilities against </w:t>
      </w:r>
      <w:r w:rsidR="006611AF">
        <w:rPr>
          <w:rFonts w:ascii="LiberationSerif" w:eastAsia="LiberationSerif" w:hAnsi="LiberationSerif"/>
          <w:color w:val="000000"/>
          <w:sz w:val="30"/>
        </w:rPr>
        <w:t>Zarvokh</w:t>
      </w:r>
      <w:r>
        <w:rPr>
          <w:rFonts w:ascii="LiberationSerif" w:eastAsia="LiberationSerif" w:hAnsi="LiberationSerif"/>
          <w:color w:val="000000"/>
          <w:sz w:val="30"/>
        </w:rPr>
        <w:t>’s magic. He needed to exploit his enemy's vulnerabilities, to find a chink in the armor of his arcane power.</w:t>
      </w:r>
    </w:p>
    <w:p w14:paraId="51EA189D" w14:textId="2A956592" w:rsidR="008130CF" w:rsidRDefault="006611AF"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however, proved to be a formidable opponent. He countered Marcus’s every move, his attacks swift and brutal, a maelstrom of fiery blasts and chilling ice shards. The ground trembled under the force of their clash, the air thick with the stench of ozone and the acrid smell of burnt earth.</w:t>
      </w:r>
    </w:p>
    <w:p w14:paraId="1CBF1FFF" w14:textId="6D87AB74" w:rsidR="008130CF" w:rsidRDefault="006611AF" w:rsidP="003166C8">
      <w:pPr>
        <w:autoSpaceDE w:val="0"/>
        <w:autoSpaceDN w:val="0"/>
        <w:spacing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 xml:space="preserve"> parried a searing blast of fire with his sword, the heat scorching his skin. He saw an opportunity as </w:t>
      </w: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paused to conjure another attack and made his move, diving forward, aiming a kick to the wizard's kneecap. The kick landed with a satisfying crunch, and </w:t>
      </w: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staggered, momentarily off balance.</w:t>
      </w:r>
    </w:p>
    <w:p w14:paraId="6B3B2EC2" w14:textId="77777777" w:rsidR="008130CF" w:rsidRDefault="008130CF" w:rsidP="003166C8">
      <w:pPr>
        <w:ind w:right="20"/>
        <w:sectPr w:rsidR="008130CF">
          <w:pgSz w:w="12240" w:h="15840"/>
          <w:pgMar w:top="0" w:right="1420" w:bottom="0" w:left="1440" w:header="720" w:footer="720" w:gutter="0"/>
          <w:cols w:space="720"/>
          <w:docGrid w:linePitch="360"/>
        </w:sectPr>
      </w:pPr>
    </w:p>
    <w:p w14:paraId="587DC05C" w14:textId="31CAC8E0"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This slight advantage was all Marcus needed. He lunged, the magically bonded sword singing a deadly song as it slashed through the air, aimed at the wizard's side.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however, wasn't caught unaware. He raised his hands to deflect the blow, but Marcus's strength and the mystical properties of the blade made their combined force more powerful than expected. The wizard yelped in pain as the sword cut </w:t>
      </w:r>
      <w:r>
        <w:br/>
      </w:r>
      <w:r>
        <w:rPr>
          <w:rFonts w:ascii="LiberationSerif" w:eastAsia="LiberationSerif" w:hAnsi="LiberationSerif"/>
          <w:color w:val="000000"/>
          <w:sz w:val="30"/>
        </w:rPr>
        <w:t>through his protective spell, a shallow gash appearing on his arm.</w:t>
      </w:r>
    </w:p>
    <w:p w14:paraId="6B497B3C" w14:textId="65C9CA1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This break in </w:t>
      </w:r>
      <w:r w:rsidR="006611AF">
        <w:rPr>
          <w:rFonts w:ascii="LiberationSerif" w:eastAsia="LiberationSerif" w:hAnsi="LiberationSerif"/>
          <w:color w:val="000000"/>
          <w:sz w:val="30"/>
        </w:rPr>
        <w:t>Zarvokh</w:t>
      </w:r>
      <w:r>
        <w:rPr>
          <w:rFonts w:ascii="LiberationSerif" w:eastAsia="LiberationSerif" w:hAnsi="LiberationSerif"/>
          <w:color w:val="000000"/>
          <w:sz w:val="30"/>
        </w:rPr>
        <w:t>’s impenetrable defense was the key, the opening Marcus had been waiting for. He pressed his attack, unleashing a series of relentless blows, each strike aimed with brutal efficiency. The wizard, reeling from the pain and surprise, struggled to maintain his defensive spells. His movements grew clumsy, his defenses faltering. He was no longer the invincible force Marcus had initially perceived.</w:t>
      </w:r>
    </w:p>
    <w:p w14:paraId="7D09A9A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 was just a man, vulnerable and fallible, his magical defenses waning.</w:t>
      </w:r>
    </w:p>
    <w:p w14:paraId="76BD50A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Just as Marcus was about to deliver a final, decisive blow, a wave of pure darkness erupted from the forest's edge.</w:t>
      </w:r>
    </w:p>
    <w:p w14:paraId="57CB849C" w14:textId="055AD8A6"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Liliana, her eyes blazing with crimson fury, launched a </w:t>
      </w:r>
      <w:r>
        <w:br/>
      </w:r>
      <w:r>
        <w:rPr>
          <w:rFonts w:ascii="LiberationSerif" w:eastAsia="LiberationSerif" w:hAnsi="LiberationSerif"/>
          <w:color w:val="000000"/>
          <w:sz w:val="30"/>
        </w:rPr>
        <w:t xml:space="preserve">volley of fireballs at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distracting the wizard long enough for Marcus to reposition himself. The fireballs </w:t>
      </w:r>
      <w:r>
        <w:br/>
      </w:r>
      <w:r>
        <w:rPr>
          <w:rFonts w:ascii="LiberationSerif" w:eastAsia="LiberationSerif" w:hAnsi="LiberationSerif"/>
          <w:color w:val="000000"/>
          <w:sz w:val="30"/>
        </w:rPr>
        <w:t xml:space="preserve">exploded against </w:t>
      </w:r>
      <w:r w:rsidR="006611AF">
        <w:rPr>
          <w:rFonts w:ascii="LiberationSerif" w:eastAsia="LiberationSerif" w:hAnsi="LiberationSerif"/>
          <w:color w:val="000000"/>
          <w:sz w:val="30"/>
        </w:rPr>
        <w:t>Zarvokh</w:t>
      </w:r>
      <w:r>
        <w:rPr>
          <w:rFonts w:ascii="LiberationSerif" w:eastAsia="LiberationSerif" w:hAnsi="LiberationSerif"/>
          <w:color w:val="000000"/>
          <w:sz w:val="30"/>
        </w:rPr>
        <w:t>'s defenses, momentarily breaking his concentration, throwing his carefully crafted magic into disarray. Liliana, her pink skin glowing with the intense heat of her power, charged forward, her twin daggers flashing like deadly stars. She moved with the grace and ferocity of a predator, her movements precise and deadly.</w:t>
      </w:r>
    </w:p>
    <w:p w14:paraId="35AB3734" w14:textId="29C85468" w:rsidR="008130CF" w:rsidRDefault="006611AF"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weakened and off guard, struggled to fend off both Marcus’s physical assault and Liliana's magical onslaught. His defenses, shattered by the combined assault, crumbled like brittle glass. Marcus, seizing the opportunity, lunged</w:t>
      </w:r>
    </w:p>
    <w:p w14:paraId="04719A44" w14:textId="77777777" w:rsidR="008130CF" w:rsidRDefault="008130CF" w:rsidP="003166C8">
      <w:pPr>
        <w:ind w:right="20"/>
        <w:sectPr w:rsidR="008130CF">
          <w:pgSz w:w="12240" w:h="15840"/>
          <w:pgMar w:top="0" w:right="1420" w:bottom="0" w:left="1440" w:header="720" w:footer="720" w:gutter="0"/>
          <w:cols w:space="720"/>
          <w:docGrid w:linePitch="360"/>
        </w:sectPr>
      </w:pPr>
    </w:p>
    <w:p w14:paraId="1537C40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forward, his sword flashing once more. This time, there was no defense. The blade met its mark, piercing the wizard's heart with deadly precision.</w:t>
      </w:r>
    </w:p>
    <w:p w14:paraId="1768D3AF" w14:textId="16FCCFF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 deafening roar shook the earth as </w:t>
      </w:r>
      <w:r w:rsidR="006611AF">
        <w:rPr>
          <w:rFonts w:ascii="LiberationSerif" w:eastAsia="LiberationSerif" w:hAnsi="LiberationSerif"/>
          <w:color w:val="000000"/>
          <w:sz w:val="30"/>
        </w:rPr>
        <w:t>Zarvokh</w:t>
      </w:r>
      <w:r>
        <w:rPr>
          <w:rFonts w:ascii="LiberationSerif" w:eastAsia="LiberationSerif" w:hAnsi="LiberationSerif"/>
          <w:color w:val="000000"/>
          <w:sz w:val="30"/>
        </w:rPr>
        <w:t>'s body dissolved into a cloud of dark smoke, his power finally extinguished.</w:t>
      </w:r>
    </w:p>
    <w:p w14:paraId="2B8D9374" w14:textId="311BD35E"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magical vortex around him dissipated, leaving behind only the chilling silence of a battlefield strewn with the remnants of a brutal war. The silence was broken only by Liliana's ragged breathing and the triumphant cries of the liberated Devil Tribe. The long fight was finally over. Their combined strength, the unwavering determination of a </w:t>
      </w:r>
      <w:r>
        <w:br/>
      </w:r>
      <w:r>
        <w:rPr>
          <w:rFonts w:ascii="LiberationSerif" w:eastAsia="LiberationSerif" w:hAnsi="LiberationSerif"/>
          <w:color w:val="000000"/>
          <w:sz w:val="30"/>
        </w:rPr>
        <w:t xml:space="preserve">soldier and a devil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had broken the wizard’s reign of terror, freeing her people from their bondage. Their victory was hard-won, purchased with sweat, blood, and the shared sacrifice of a fierce and unlikely alliance. But it was a </w:t>
      </w:r>
      <w:r>
        <w:br/>
      </w:r>
      <w:r>
        <w:rPr>
          <w:rFonts w:ascii="LiberationSerif" w:eastAsia="LiberationSerif" w:hAnsi="LiberationSerif"/>
          <w:color w:val="000000"/>
          <w:sz w:val="30"/>
        </w:rPr>
        <w:t>victory nonetheless, a hard-fought triumph that marked the beginning of a new era for the Devil Tribe, and for Marcus and Liliana, a new chapter in their extraordinary story of love and loyalty.</w:t>
      </w:r>
    </w:p>
    <w:p w14:paraId="715E896D" w14:textId="77777777" w:rsidR="008130CF" w:rsidRDefault="008130CF" w:rsidP="003166C8">
      <w:pPr>
        <w:ind w:right="20"/>
        <w:sectPr w:rsidR="008130CF">
          <w:pgSz w:w="12240" w:h="15840"/>
          <w:pgMar w:top="0" w:right="1420" w:bottom="0" w:left="1440" w:header="720" w:footer="720" w:gutter="0"/>
          <w:cols w:space="720"/>
          <w:docGrid w:linePitch="360"/>
        </w:sectPr>
      </w:pPr>
    </w:p>
    <w:p w14:paraId="52CB14F4"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Clash of Powers</w:t>
      </w:r>
    </w:p>
    <w:p w14:paraId="53EFC64E" w14:textId="636801BC"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silence was a fragile thing, easily shattered. It held the weight of the battle, the echoes of screams and the clash of steel, now replaced by the heavy breaths of the survivors. Liliana, her pink skin smudged with grime and sweat, leaned against a gnarled swamp cypress, her fiery red hair a chaotic halo around her face. She watched Marcus, his usual calm replaced by a grim determination. His M4 hung slung across his back, the familiar weight a comfort in this surreal </w:t>
      </w:r>
      <w:r>
        <w:br/>
      </w:r>
      <w:r>
        <w:rPr>
          <w:rFonts w:ascii="LiberationSerif" w:eastAsia="LiberationSerif" w:hAnsi="LiberationSerif"/>
          <w:color w:val="000000"/>
          <w:sz w:val="30"/>
        </w:rPr>
        <w:t>landscape, the magically bonded sword, its hilt still warm from the recent carnage, clutched tightly in his hand. He was assessing the battlefield.</w:t>
      </w:r>
    </w:p>
    <w:p w14:paraId="30978D3B" w14:textId="58C28003" w:rsidR="008130CF" w:rsidRDefault="00AF3838"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however, wasn't done. A low chuckle, laced with dark magic, rippled through the air, and the ground beneath their feet trembled. From the dissipating smoke, a figure coalesced, reformed – </w:t>
      </w:r>
      <w:r>
        <w:rPr>
          <w:rFonts w:ascii="LiberationSerif" w:eastAsia="LiberationSerif" w:hAnsi="LiberationSerif"/>
          <w:color w:val="000000"/>
          <w:sz w:val="30"/>
        </w:rPr>
        <w:t>Zarvokh</w:t>
      </w:r>
      <w:r w:rsidR="00000000">
        <w:rPr>
          <w:rFonts w:ascii="LiberationSerif" w:eastAsia="LiberationSerif" w:hAnsi="LiberationSerif"/>
          <w:color w:val="000000"/>
          <w:sz w:val="30"/>
        </w:rPr>
        <w:t>, his robes tattered but his eyes burning with furious intensity. He was weaker, his power visibly diminished, but the raw magic radiating from him was still potent, a terrifying testament to his resilience. This wasn't the theatrical display he'd put on before; this was a desperate, primal struggle for survival.</w:t>
      </w:r>
    </w:p>
    <w:p w14:paraId="4111E3AE" w14:textId="43D151E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"You think this is over?" Zar</w:t>
      </w:r>
      <w:r w:rsidR="00AF3838">
        <w:rPr>
          <w:rFonts w:ascii="LiberationSerif" w:eastAsia="LiberationSerif" w:hAnsi="LiberationSerif"/>
          <w:color w:val="000000"/>
          <w:sz w:val="30"/>
        </w:rPr>
        <w:t>vokh</w:t>
      </w:r>
      <w:r>
        <w:rPr>
          <w:rFonts w:ascii="LiberationSerif" w:eastAsia="LiberationSerif" w:hAnsi="LiberationSerif"/>
          <w:color w:val="000000"/>
          <w:sz w:val="30"/>
        </w:rPr>
        <w:t xml:space="preserve">'s voice was a rasping </w:t>
      </w:r>
      <w:r>
        <w:br/>
      </w:r>
      <w:r>
        <w:rPr>
          <w:rFonts w:ascii="LiberationSerif" w:eastAsia="LiberationSerif" w:hAnsi="LiberationSerif"/>
          <w:color w:val="000000"/>
          <w:sz w:val="30"/>
        </w:rPr>
        <w:t>whisper, yet it carried across the battlefield, laced with the chilling undercurrent of ancient power. "You fools! You have only scratched the surface of my power!"</w:t>
      </w:r>
    </w:p>
    <w:p w14:paraId="66585C7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raised his hands, and the air thrummed with a power that felt physically oppressive. The swamp itself seemed to recoil, the trees bowing before the raw magical force. A vortex of dark energy began to swirl around him, crackling</w:t>
      </w:r>
    </w:p>
    <w:p w14:paraId="66E0C574" w14:textId="77777777" w:rsidR="008130CF" w:rsidRDefault="008130CF" w:rsidP="003166C8">
      <w:pPr>
        <w:ind w:right="20"/>
        <w:sectPr w:rsidR="008130CF">
          <w:pgSz w:w="12240" w:h="15840"/>
          <w:pgMar w:top="0" w:right="1420" w:bottom="0" w:left="1440" w:header="720" w:footer="720" w:gutter="0"/>
          <w:cols w:space="720"/>
          <w:docGrid w:linePitch="360"/>
        </w:sectPr>
      </w:pPr>
    </w:p>
    <w:p w14:paraId="5803ED1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with malevolent energy, its darkness promising destruction. This was different from his previous attacks, a more focused, concentrated burst of power. This was the wizard’s last </w:t>
      </w:r>
      <w:r>
        <w:br/>
      </w:r>
      <w:r>
        <w:rPr>
          <w:rFonts w:ascii="LiberationSerif" w:eastAsia="LiberationSerif" w:hAnsi="LiberationSerif"/>
          <w:color w:val="000000"/>
          <w:sz w:val="30"/>
        </w:rPr>
        <w:t>stand, a desperate gamble for survival.</w:t>
      </w:r>
    </w:p>
    <w:p w14:paraId="29ACB36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knew he couldn't rely on brute force alone. His </w:t>
      </w:r>
      <w:r>
        <w:br/>
      </w:r>
      <w:r>
        <w:rPr>
          <w:rFonts w:ascii="LiberationSerif" w:eastAsia="LiberationSerif" w:hAnsi="LiberationSerif"/>
          <w:color w:val="000000"/>
          <w:sz w:val="30"/>
        </w:rPr>
        <w:t>training had prepared him for numerous combat scenarios, but none like this. The adrenaline was still pumping, fueling his senses, sharpening his instincts. He shifted his weight, assessing the situation. He was outmatched, but not defeated.</w:t>
      </w:r>
    </w:p>
    <w:p w14:paraId="616A400A"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He had to find a way to exploit the wizard's vulnerability.</w:t>
      </w:r>
    </w:p>
    <w:p w14:paraId="4427BB7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His gaze fell on the magically bonded sword. It hummed faintly in his grip, a tangible connection to the strange magic of this world. He could feel its power, a raw energy waiting to be unleashed.</w:t>
      </w:r>
    </w:p>
    <w:p w14:paraId="43508DEA" w14:textId="715C7AD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sensing his plan, moved. With a speed that belied her delicate appearance, she darted towards the wizard, her own brand of chaotic magic flaring to life around her. She wasn't attempting to attack directly; her movements were fluid, a dance of distraction, designed to draw </w:t>
      </w:r>
      <w:r w:rsidR="006611AF">
        <w:rPr>
          <w:rFonts w:ascii="LiberationSerif" w:eastAsia="LiberationSerif" w:hAnsi="LiberationSerif"/>
          <w:color w:val="000000"/>
          <w:sz w:val="30"/>
        </w:rPr>
        <w:t>Zarvokh</w:t>
      </w:r>
      <w:r>
        <w:rPr>
          <w:rFonts w:ascii="LiberationSerif" w:eastAsia="LiberationSerif" w:hAnsi="LiberationSerif"/>
          <w:color w:val="000000"/>
          <w:sz w:val="30"/>
        </w:rPr>
        <w:t>'s attention and disrupt his concentration. She was a whirlwind of pink skin and crimson hair, a dangerous, unpredictable force.</w:t>
      </w:r>
    </w:p>
    <w:p w14:paraId="04612C3E" w14:textId="7BEEA830" w:rsidR="008130CF" w:rsidRDefault="006611AF" w:rsidP="003166C8">
      <w:pPr>
        <w:autoSpaceDE w:val="0"/>
        <w:autoSpaceDN w:val="0"/>
        <w:spacing w:before="360" w:after="0" w:line="360" w:lineRule="exact"/>
        <w:ind w:right="20"/>
      </w:pPr>
      <w:r>
        <w:rPr>
          <w:rFonts w:ascii="LiberationSerif" w:eastAsia="LiberationSerif" w:hAnsi="LiberationSerif"/>
          <w:color w:val="000000"/>
          <w:sz w:val="30"/>
        </w:rPr>
        <w:t>Zarvokh</w:t>
      </w:r>
      <w:r w:rsidR="00000000">
        <w:rPr>
          <w:rFonts w:ascii="LiberationSerif" w:eastAsia="LiberationSerif" w:hAnsi="LiberationSerif"/>
          <w:color w:val="000000"/>
          <w:sz w:val="30"/>
        </w:rPr>
        <w:t xml:space="preserve"> snarled, firing off bolts of dark energy in Liliana's direction. She dodged with effortless grace, her movements fluid and deadly, a testament to her agility and experience.</w:t>
      </w:r>
    </w:p>
    <w:p w14:paraId="1EEAFF0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bolts slammed into the swamp, tearing through the vegetation and leaving trails of smoking craters. Each blast was a testament to the wizard's waning power, but still potent enough to cause devastation.</w:t>
      </w:r>
    </w:p>
    <w:p w14:paraId="38463B02" w14:textId="4876026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seized the opportunity. As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focused his fury on Liliana, Marcus charged, his movements swift and precise</w:t>
      </w:r>
      <w:r w:rsidR="00AF3838">
        <w:rPr>
          <w:rFonts w:ascii="LiberationSerif" w:eastAsia="LiberationSerif" w:hAnsi="LiberationSerif"/>
          <w:color w:val="000000"/>
          <w:sz w:val="30"/>
        </w:rPr>
        <w:t xml:space="preserve">. </w:t>
      </w:r>
      <w:r>
        <w:rPr>
          <w:rFonts w:ascii="LiberationSerif" w:eastAsia="LiberationSerif" w:hAnsi="LiberationSerif"/>
          <w:color w:val="000000"/>
          <w:sz w:val="30"/>
        </w:rPr>
        <w:t>He wasn't</w:t>
      </w:r>
    </w:p>
    <w:p w14:paraId="79528D8C" w14:textId="77777777" w:rsidR="008130CF" w:rsidRDefault="008130CF" w:rsidP="003166C8">
      <w:pPr>
        <w:ind w:right="20"/>
        <w:sectPr w:rsidR="008130CF">
          <w:pgSz w:w="12240" w:h="15840"/>
          <w:pgMar w:top="0" w:right="1420" w:bottom="0" w:left="1440" w:header="720" w:footer="720" w:gutter="0"/>
          <w:cols w:space="720"/>
          <w:docGrid w:linePitch="360"/>
        </w:sectPr>
      </w:pPr>
    </w:p>
    <w:p w14:paraId="6F0D1B2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relying on speed alone; his approach was calculated, a blend of precision and power. He dove into the magical vortex surrounding the wizard, his sword held high, the magically bonded steel shimmering with an ethereal glow.</w:t>
      </w:r>
    </w:p>
    <w:p w14:paraId="64D8C67E" w14:textId="5006596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clash was deafening. Marcus's sword met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's magical blasts, a symphony of steel against energy. Sparks flew as the sword deflected the blasts, the magical energies colliding, creating shockwaves that ripped through the swamp. The very air crackled with the raw power of their duel, the clash of military precision against ancient magic.</w:t>
      </w:r>
    </w:p>
    <w:p w14:paraId="6B43C9A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This wasn't a simple sword fight. It was a battle of wills, a clash of opposing forces – the disciplined strength of a </w:t>
      </w:r>
      <w:r>
        <w:br/>
      </w:r>
      <w:r>
        <w:rPr>
          <w:rFonts w:ascii="LiberationSerif" w:eastAsia="LiberationSerif" w:hAnsi="LiberationSerif"/>
          <w:color w:val="000000"/>
          <w:sz w:val="30"/>
        </w:rPr>
        <w:t xml:space="preserve">seasoned soldier versus the raw chaotic power of a desperate wizard. Each parry, each thrust, was a struggle for </w:t>
      </w:r>
      <w:r>
        <w:br/>
      </w:r>
      <w:r>
        <w:rPr>
          <w:rFonts w:ascii="LiberationSerif" w:eastAsia="LiberationSerif" w:hAnsi="LiberationSerif"/>
          <w:color w:val="000000"/>
          <w:sz w:val="30"/>
        </w:rPr>
        <w:t>dominance, a test of endurance and skill. Marcus used his tactical prowess and superior physical strength. He knew that fighting him head-on would be suicide, but distracting and wearing him down might work.</w:t>
      </w:r>
    </w:p>
    <w:p w14:paraId="229D065C" w14:textId="27EC096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fight raged on, a brutal dance of death under a bruised sky. Marcus's movements were precise, economical, each strike aimed at weakening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exploiting the gaps in his defenses. He weaved and bobbed, using his training to </w:t>
      </w:r>
      <w:r>
        <w:br/>
      </w:r>
      <w:r>
        <w:rPr>
          <w:rFonts w:ascii="LiberationSerif" w:eastAsia="LiberationSerif" w:hAnsi="LiberationSerif"/>
          <w:color w:val="000000"/>
          <w:sz w:val="30"/>
        </w:rPr>
        <w:t>negate the wizard's attempts to overwhelm him. The magical sword, a conduit of unfamiliar power, seemed to amplify his strength, giving him an edge he wouldn't have otherwise possessed. He felt the power surge through him, a wave of energy that resonated with the sword, giving him strength and resilience against the dark magic.</w:t>
      </w:r>
    </w:p>
    <w:p w14:paraId="7D09AB7E" w14:textId="14B0AEA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meanwhile, continued her dance of distraction, her magic weaving a chaotic tapestry around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disrupting his focus, hindering his attacks. She was the perfect </w:t>
      </w:r>
      <w:r>
        <w:br/>
      </w:r>
      <w:r>
        <w:rPr>
          <w:rFonts w:ascii="LiberationSerif" w:eastAsia="LiberationSerif" w:hAnsi="LiberationSerif"/>
          <w:color w:val="000000"/>
          <w:sz w:val="30"/>
        </w:rPr>
        <w:t>complement to Marcus's precise, calculated strikes. Her</w:t>
      </w:r>
    </w:p>
    <w:p w14:paraId="77050A30" w14:textId="77777777" w:rsidR="008130CF" w:rsidRDefault="008130CF" w:rsidP="003166C8">
      <w:pPr>
        <w:ind w:right="20"/>
        <w:sectPr w:rsidR="008130CF">
          <w:pgSz w:w="12240" w:h="15840"/>
          <w:pgMar w:top="0" w:right="1420" w:bottom="0" w:left="1440" w:header="720" w:footer="720" w:gutter="0"/>
          <w:cols w:space="720"/>
          <w:docGrid w:linePitch="360"/>
        </w:sectPr>
      </w:pPr>
    </w:p>
    <w:p w14:paraId="1764D8BD" w14:textId="7D33FDFC"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chaotic energy was the perfect counterpoint to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w:t>
      </w:r>
      <w:proofErr w:type="gramStart"/>
      <w:r>
        <w:rPr>
          <w:rFonts w:ascii="LiberationSerif" w:eastAsia="LiberationSerif" w:hAnsi="LiberationSerif"/>
          <w:color w:val="000000"/>
          <w:sz w:val="30"/>
        </w:rPr>
        <w:t>s controlled</w:t>
      </w:r>
      <w:proofErr w:type="gramEnd"/>
      <w:r>
        <w:rPr>
          <w:rFonts w:ascii="LiberationSerif" w:eastAsia="LiberationSerif" w:hAnsi="LiberationSerif"/>
          <w:color w:val="000000"/>
          <w:sz w:val="30"/>
        </w:rPr>
        <w:t xml:space="preserve"> magic. It was a symphony of chaos and order, a deadly dance of destruction.</w:t>
      </w:r>
    </w:p>
    <w:p w14:paraId="12DB8389" w14:textId="44E1784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 duel progressed, </w:t>
      </w:r>
      <w:r w:rsidR="006611AF">
        <w:rPr>
          <w:rFonts w:ascii="LiberationSerif" w:eastAsia="LiberationSerif" w:hAnsi="LiberationSerif"/>
          <w:color w:val="000000"/>
          <w:sz w:val="30"/>
        </w:rPr>
        <w:t>Zarvokh</w:t>
      </w:r>
      <w:r>
        <w:rPr>
          <w:rFonts w:ascii="LiberationSerif" w:eastAsia="LiberationSerif" w:hAnsi="LiberationSerif"/>
          <w:color w:val="000000"/>
          <w:sz w:val="30"/>
        </w:rPr>
        <w:t>'s power visibly waned. His movements became sluggish, his attacks less precise, his breathing ragged. The vibrant dark energy surrounding him flickered and sputtered, growing weaker with each passing moment. The magical vortex around him, once a swirling maelstrom of dark energy, began to shrink, its power fading.</w:t>
      </w:r>
    </w:p>
    <w:p w14:paraId="0A51CD14"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relentless assault from both Marcus and Liliana was slowly draining the wizard's life force. He was losing, and he knew it.</w:t>
      </w:r>
    </w:p>
    <w:p w14:paraId="7F35357A" w14:textId="08A8771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Desperation clawed at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He unleashed a final, </w:t>
      </w:r>
      <w:r>
        <w:br/>
      </w:r>
      <w:r>
        <w:rPr>
          <w:rFonts w:ascii="LiberationSerif" w:eastAsia="LiberationSerif" w:hAnsi="LiberationSerif"/>
          <w:color w:val="000000"/>
          <w:sz w:val="30"/>
        </w:rPr>
        <w:t xml:space="preserve">desperate blast of magic, a wave of dark energy that </w:t>
      </w:r>
      <w:r>
        <w:br/>
      </w:r>
      <w:r>
        <w:rPr>
          <w:rFonts w:ascii="LiberationSerif" w:eastAsia="LiberationSerif" w:hAnsi="LiberationSerif"/>
          <w:color w:val="000000"/>
          <w:sz w:val="30"/>
        </w:rPr>
        <w:t xml:space="preserve">threatened to engulf Marcus. But Marcus, anticipating this final assault, had positioned himself. The magically bonded sword flared with intense light as it met the attack. The shockwave of energy ripped through the swamp, leveling trees and tearing the earth apart. It pushed Marcus back, but he stood firm, the sword absorbing the brunt of the attack. He was using the sword to channel the dark magic back at the wizard, reflecting the blow back at </w:t>
      </w:r>
      <w:r w:rsidR="006611AF">
        <w:rPr>
          <w:rFonts w:ascii="LiberationSerif" w:eastAsia="LiberationSerif" w:hAnsi="LiberationSerif"/>
          <w:color w:val="000000"/>
          <w:sz w:val="30"/>
        </w:rPr>
        <w:t>Zarvokh</w:t>
      </w:r>
      <w:r>
        <w:rPr>
          <w:rFonts w:ascii="LiberationSerif" w:eastAsia="LiberationSerif" w:hAnsi="LiberationSerif"/>
          <w:color w:val="000000"/>
          <w:sz w:val="30"/>
        </w:rPr>
        <w:t>.</w:t>
      </w:r>
    </w:p>
    <w:p w14:paraId="375198E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wizard screamed as the dark energy, amplified and intensified, slammed back into him. His body contorted, his form dissolving once more into a swirling vortex of dark smoke, only to disintegrate completely this time, leaving behind nothing but the chilling silence of the swamp. His power was completely extinguished, his reign of terror finally over. The fight was finally over. The magical duel had ended. The air cleared, leaving only the silence, broken only by Liliana’s soft sobs of relief, and the rustling of the swamp. The victory was hard-fought and costly, but it was a victory nonetheless, one that marked the beginning of peace</w:t>
      </w:r>
    </w:p>
    <w:p w14:paraId="5062F0D7" w14:textId="77777777" w:rsidR="008130CF" w:rsidRDefault="008130CF" w:rsidP="003166C8">
      <w:pPr>
        <w:ind w:right="20"/>
        <w:sectPr w:rsidR="008130CF">
          <w:pgSz w:w="12240" w:h="15840"/>
          <w:pgMar w:top="0" w:right="1420" w:bottom="0" w:left="1440" w:header="720" w:footer="720" w:gutter="0"/>
          <w:cols w:space="720"/>
          <w:docGrid w:linePitch="360"/>
        </w:sectPr>
      </w:pPr>
    </w:p>
    <w:p w14:paraId="7EBE40A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for the Devil Tribe, and a new chapter for Marcus and Liliana. The long, arduous journey was finally over.</w:t>
      </w:r>
    </w:p>
    <w:p w14:paraId="63C3D4C8" w14:textId="77777777" w:rsidR="008130CF" w:rsidRDefault="008130CF" w:rsidP="003166C8">
      <w:pPr>
        <w:ind w:right="20"/>
        <w:sectPr w:rsidR="008130CF">
          <w:pgSz w:w="12240" w:h="15840"/>
          <w:pgMar w:top="0" w:right="1420" w:bottom="0" w:left="1440" w:header="720" w:footer="720" w:gutter="0"/>
          <w:cols w:space="720"/>
          <w:docGrid w:linePitch="360"/>
        </w:sectPr>
      </w:pPr>
    </w:p>
    <w:p w14:paraId="6AC6F5D0"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Crucial Role</w:t>
      </w:r>
    </w:p>
    <w:p w14:paraId="6DD121BF" w14:textId="77777777"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The silence hung heavy, thick as the swamp air itself. The stench of ozone and burnt magic still clung to everything, a lingering testament to the brutal battle just fought. Marcus, despite the victory, felt the weight of the losses keenly. He ran a hand through his sweat-matted hair, the familiar action a grounding ritual in the face of the unreal. His eyes, usually sharp and assessing, were dulled with exhaustion and a profound sadness. The magical sword, still humming faintly with residual energy, felt strangely cold against his palm.</w:t>
      </w:r>
    </w:p>
    <w:p w14:paraId="0B089FE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however, was far from subdued. Her grief was evident, but it was a grief tempered by fierce determination.</w:t>
      </w:r>
    </w:p>
    <w:p w14:paraId="64EA98E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sobs that had punctuated the silence after the wizard's demise had subsided, replaced by a steely resolve that </w:t>
      </w:r>
      <w:r>
        <w:br/>
      </w:r>
      <w:r>
        <w:rPr>
          <w:rFonts w:ascii="LiberationSerif" w:eastAsia="LiberationSerif" w:hAnsi="LiberationSerif"/>
          <w:color w:val="000000"/>
          <w:sz w:val="30"/>
        </w:rPr>
        <w:t xml:space="preserve">hardened her already sharp features. She moved with a </w:t>
      </w:r>
      <w:r>
        <w:br/>
      </w:r>
      <w:r>
        <w:rPr>
          <w:rFonts w:ascii="LiberationSerif" w:eastAsia="LiberationSerif" w:hAnsi="LiberationSerif"/>
          <w:color w:val="000000"/>
          <w:sz w:val="30"/>
        </w:rPr>
        <w:t>purposefulness that belied her slender frame, her pink skin dusted with the grime of battle but her eyes blazing with an inner fire. She wasn't simply mourning; she was strategizing.</w:t>
      </w:r>
    </w:p>
    <w:p w14:paraId="16F90D7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she said, her voice low but carrying the weight of authority, "We need to secure the perimeter. The wizard's fall doesn't mean the threat is over."</w:t>
      </w:r>
    </w:p>
    <w:p w14:paraId="6B87755C" w14:textId="77777777" w:rsidR="008130CF" w:rsidRDefault="00000000" w:rsidP="003166C8">
      <w:pPr>
        <w:autoSpaceDE w:val="0"/>
        <w:autoSpaceDN w:val="0"/>
        <w:spacing w:before="386" w:after="0" w:line="334" w:lineRule="exact"/>
        <w:ind w:right="20"/>
      </w:pPr>
      <w:r>
        <w:rPr>
          <w:rFonts w:ascii="LiberationSerif" w:eastAsia="LiberationSerif" w:hAnsi="LiberationSerif"/>
          <w:color w:val="000000"/>
          <w:sz w:val="30"/>
        </w:rPr>
        <w:t>He nodded slowly, his gaze sweeping across the battlefield.</w:t>
      </w:r>
    </w:p>
    <w:p w14:paraId="46AE3B6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Her words were a sharp counterpoint to the numbness threatening to consume him. He had been so focused on the wizard, on the immediate threat, that he had neglected the broader implications of the conflict. Liliana's keen tactical mind, honed by years of survival in this brutal world, had already moved beyond the immediate victory.</w:t>
      </w:r>
    </w:p>
    <w:p w14:paraId="252A280D" w14:textId="77777777" w:rsidR="008130CF" w:rsidRDefault="008130CF" w:rsidP="003166C8">
      <w:pPr>
        <w:ind w:right="20"/>
        <w:sectPr w:rsidR="008130CF">
          <w:pgSz w:w="12240" w:h="15840"/>
          <w:pgMar w:top="0" w:right="1420" w:bottom="0" w:left="1440" w:header="720" w:footer="720" w:gutter="0"/>
          <w:cols w:space="720"/>
          <w:docGrid w:linePitch="360"/>
        </w:sectPr>
      </w:pPr>
    </w:p>
    <w:p w14:paraId="5D4F4CB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"You're right," he conceded, his voice rough. "We need to consolidate our position. Gather the warriors, get them to tend to the wounded."</w:t>
      </w:r>
    </w:p>
    <w:p w14:paraId="463E179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Liliana's instructions were crisp, efficient, delivered with a calm authority that surprised even Marcus. She directed the remaining devil warriors with an ease born of natural </w:t>
      </w:r>
      <w:r>
        <w:br/>
      </w:r>
      <w:r>
        <w:rPr>
          <w:rFonts w:ascii="LiberationSerif" w:eastAsia="LiberationSerif" w:hAnsi="LiberationSerif"/>
          <w:color w:val="000000"/>
          <w:sz w:val="30"/>
        </w:rPr>
        <w:t>leadership, her words carrying the weight of a seasoned commander despite her youth. She oversaw the collection of the fallen, ensuring that the dead were treated with respect and the wounded received immediate attention. Her presence was a calming influence amid the chaos, a beacon of strength and resilience in the aftermath of war. Her pink skin, usually a striking feature, seemed almost muted by the grim realities of the situation, yet her unwavering spirit burned brighter than ever.</w:t>
      </w:r>
    </w:p>
    <w:p w14:paraId="571AD36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Her knowledge of the swamp, her understanding of her people's tactics and strengths, proved invaluable. She knew exactly where to station guards, how to best utilize the </w:t>
      </w:r>
      <w:r>
        <w:br/>
      </w:r>
      <w:r>
        <w:rPr>
          <w:rFonts w:ascii="LiberationSerif" w:eastAsia="LiberationSerif" w:hAnsi="LiberationSerif"/>
          <w:color w:val="000000"/>
          <w:sz w:val="30"/>
        </w:rPr>
        <w:t xml:space="preserve">natural defenses of the swamp, and how to keep morale high amongst the exhausted warriors. She had even anticipated the need for additional defenses, ordering the construction of makeshift barricades from fallen trees and debris, her </w:t>
      </w:r>
      <w:r>
        <w:br/>
      </w:r>
      <w:r>
        <w:rPr>
          <w:rFonts w:ascii="LiberationSerif" w:eastAsia="LiberationSerif" w:hAnsi="LiberationSerif"/>
          <w:color w:val="000000"/>
          <w:sz w:val="30"/>
        </w:rPr>
        <w:t>directives carried out swiftly and efficiently by the devil warriors, who looked to her with a newfound respect. This wasn't simply the princess; this was their leader, their savior.</w:t>
      </w:r>
    </w:p>
    <w:p w14:paraId="3B2D7D1F"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Marcus watched her, a quiet admiration growing within him.</w:t>
      </w:r>
    </w:p>
    <w:p w14:paraId="5B25F284" w14:textId="0F87243A" w:rsidR="008130CF" w:rsidRDefault="00AF3838" w:rsidP="003166C8">
      <w:pPr>
        <w:autoSpaceDE w:val="0"/>
        <w:autoSpaceDN w:val="0"/>
        <w:spacing w:after="0" w:line="360" w:lineRule="exact"/>
        <w:ind w:right="20"/>
      </w:pPr>
      <w:r>
        <w:rPr>
          <w:rFonts w:ascii="LiberationSerif" w:eastAsia="LiberationSerif" w:hAnsi="LiberationSerif"/>
          <w:color w:val="000000"/>
          <w:sz w:val="30"/>
        </w:rPr>
        <w:t>I</w:t>
      </w:r>
      <w:r w:rsidR="00000000">
        <w:rPr>
          <w:rFonts w:ascii="LiberationSerif" w:eastAsia="LiberationSerif" w:hAnsi="LiberationSerif"/>
          <w:color w:val="000000"/>
          <w:sz w:val="30"/>
        </w:rPr>
        <w:t>t was Liliana's understanding of the people, the landscape, and the cultural nuances that solidified their victory and ensured the security of the tribe in its aftermath. He'd faced down countless enemies in his career, but none had ever tested him quite like</w:t>
      </w:r>
    </w:p>
    <w:p w14:paraId="59D58D24" w14:textId="77777777" w:rsidR="008130CF" w:rsidRDefault="008130CF" w:rsidP="003166C8">
      <w:pPr>
        <w:ind w:right="20"/>
        <w:sectPr w:rsidR="008130CF">
          <w:pgSz w:w="12240" w:h="15840"/>
          <w:pgMar w:top="0" w:right="1420" w:bottom="0" w:left="1440" w:header="720" w:footer="720" w:gutter="0"/>
          <w:cols w:space="720"/>
          <w:docGrid w:linePitch="360"/>
        </w:sectPr>
      </w:pPr>
    </w:p>
    <w:p w14:paraId="70947A1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this magical world had. He had learned to rely on his instincts, his training, and most importantly, on Liliana.</w:t>
      </w:r>
    </w:p>
    <w:p w14:paraId="0B1CA04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Her sharp eyes missed nothing. She noticed subtle shifts in the swamp's atmosphere, signs that others might have </w:t>
      </w:r>
      <w:r>
        <w:br/>
      </w:r>
      <w:r>
        <w:rPr>
          <w:rFonts w:ascii="LiberationSerif" w:eastAsia="LiberationSerif" w:hAnsi="LiberationSerif"/>
          <w:color w:val="000000"/>
          <w:sz w:val="30"/>
        </w:rPr>
        <w:t xml:space="preserve">overlooked—a flicker of movement in the shadows, a </w:t>
      </w:r>
      <w:r>
        <w:br/>
      </w:r>
      <w:r>
        <w:rPr>
          <w:rFonts w:ascii="LiberationSerif" w:eastAsia="LiberationSerif" w:hAnsi="LiberationSerif"/>
          <w:color w:val="000000"/>
          <w:sz w:val="30"/>
        </w:rPr>
        <w:t xml:space="preserve">change in the wind, an unusual stillness in the air. These observations, coupled with her knowledge of the dark magic the wizard had wielded, enabled her to anticipate potential threats and counter them effectively. She discovered hidden caches of the wizard’s enchanted weaponry, weapons that could still be used against them, and ordered their immediate destruction. She orchestrated a system of communication using a network of strategically placed scouts, keeping </w:t>
      </w:r>
      <w:r>
        <w:br/>
      </w:r>
      <w:r>
        <w:rPr>
          <w:rFonts w:ascii="LiberationSerif" w:eastAsia="LiberationSerif" w:hAnsi="LiberationSerif"/>
          <w:color w:val="000000"/>
          <w:sz w:val="30"/>
        </w:rPr>
        <w:t>Marcus informed of any potential threats to their newly established peace.</w:t>
      </w:r>
    </w:p>
    <w:p w14:paraId="643E324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 night descended, casting long, eerie shadows across the swamp, Liliana’s role extended beyond the purely tactical. She tended to the wounded, offering comfort and reassurance. She spoke to the grieving families, offering words of hope and solace, her empathy a powerful balm in the midst of their sorrow. She understood their losses in a way Marcus never could, and her genuine compassion forged a deeper bond between her and her people. Her leadership wasn't merely about strategy and tactics; it was about healing and unity.</w:t>
      </w:r>
    </w:p>
    <w:p w14:paraId="411C20F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observing her from a distance, felt a surge of </w:t>
      </w:r>
      <w:r>
        <w:br/>
      </w:r>
      <w:r>
        <w:rPr>
          <w:rFonts w:ascii="LiberationSerif" w:eastAsia="LiberationSerif" w:hAnsi="LiberationSerif"/>
          <w:color w:val="000000"/>
          <w:sz w:val="30"/>
        </w:rPr>
        <w:t xml:space="preserve">profound respect and love for her. He’d known she was strong, resilient, and intelligent, but seeing her in this role, demonstrating her capabilities as a leader, as a healer, as a source of comfort and strength for her people, revealed a depth of character that surpassed even his own high </w:t>
      </w:r>
      <w:r>
        <w:br/>
      </w:r>
      <w:r>
        <w:rPr>
          <w:rFonts w:ascii="LiberationSerif" w:eastAsia="LiberationSerif" w:hAnsi="LiberationSerif"/>
          <w:color w:val="000000"/>
          <w:sz w:val="30"/>
        </w:rPr>
        <w:t>expectations. This wasn't just a tactical alliance forged in the fires of war; it was something far deeper, a genuine</w:t>
      </w:r>
    </w:p>
    <w:p w14:paraId="6F289224" w14:textId="77777777" w:rsidR="008130CF" w:rsidRDefault="008130CF" w:rsidP="003166C8">
      <w:pPr>
        <w:ind w:right="20"/>
        <w:sectPr w:rsidR="008130CF">
          <w:pgSz w:w="12240" w:h="15840"/>
          <w:pgMar w:top="0" w:right="1420" w:bottom="0" w:left="1440" w:header="720" w:footer="720" w:gutter="0"/>
          <w:cols w:space="720"/>
          <w:docGrid w:linePitch="360"/>
        </w:sectPr>
      </w:pPr>
    </w:p>
    <w:p w14:paraId="027B720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partnership born of mutual respect and shared experience. This was the woman he had fallen in love with, and he was immensely proud of her and what she had accomplished.</w:t>
      </w:r>
    </w:p>
    <w:p w14:paraId="54D34A0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following days were a whirlwind of activity. Liliana oversaw the rebuilding efforts, directing the construction of new shelters and the repair of damaged ones. She established a system of food distribution, ensuring that everyone </w:t>
      </w:r>
      <w:r>
        <w:br/>
      </w:r>
      <w:r>
        <w:rPr>
          <w:rFonts w:ascii="LiberationSerif" w:eastAsia="LiberationSerif" w:hAnsi="LiberationSerif"/>
          <w:color w:val="000000"/>
          <w:sz w:val="30"/>
        </w:rPr>
        <w:t>received their fair share. She implemented new security measures, based on her knowledge of the swamp and the potential threats it held. She even established a system of education, ensuring that the younger generation would be prepared for the future. She was not just a princess; she was a visionary leader, shaping the future of her people with a wisdom and foresight that belied her years. Her actions spoke louder than any proclamation; she was a leader who worked alongside her people, sharing in their hardships and celebrating their victories.</w:t>
      </w:r>
    </w:p>
    <w:p w14:paraId="48CC625D" w14:textId="1AD7DCE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meanwhile, found himself increasingly drawn into the fabric of the devil tribe's life. </w:t>
      </w:r>
      <w:r w:rsidR="00AF3838">
        <w:rPr>
          <w:rFonts w:ascii="LiberationSerif" w:eastAsia="LiberationSerif" w:hAnsi="LiberationSerif"/>
          <w:color w:val="000000"/>
          <w:sz w:val="30"/>
        </w:rPr>
        <w:t>He</w:t>
      </w:r>
      <w:r>
        <w:rPr>
          <w:rFonts w:ascii="LiberationSerif" w:eastAsia="LiberationSerif" w:hAnsi="LiberationSerif"/>
          <w:color w:val="000000"/>
          <w:sz w:val="30"/>
        </w:rPr>
        <w:t xml:space="preserve"> assist</w:t>
      </w:r>
      <w:r w:rsidR="00AF3838">
        <w:rPr>
          <w:rFonts w:ascii="LiberationSerif" w:eastAsia="LiberationSerif" w:hAnsi="LiberationSerif"/>
          <w:color w:val="000000"/>
          <w:sz w:val="30"/>
        </w:rPr>
        <w:t>ed</w:t>
      </w:r>
      <w:r>
        <w:rPr>
          <w:rFonts w:ascii="LiberationSerif" w:eastAsia="LiberationSerif" w:hAnsi="LiberationSerif"/>
          <w:color w:val="000000"/>
          <w:sz w:val="30"/>
        </w:rPr>
        <w:t xml:space="preserve"> in the organization and training of the warriors. His pragmatic approach to problem-solving, combined with Liliana's deep understanding of her people, created a synergy that propelled the tribe forward. They worked side-by-side, their differences complementing each other, their strengths reinforcing each other. Their </w:t>
      </w:r>
      <w:r>
        <w:br/>
      </w:r>
      <w:r>
        <w:rPr>
          <w:rFonts w:ascii="LiberationSerif" w:eastAsia="LiberationSerif" w:hAnsi="LiberationSerif"/>
          <w:color w:val="000000"/>
          <w:sz w:val="30"/>
        </w:rPr>
        <w:t>partnership was no longer just a strategic alliance but a powerful, interwoven force that propelled the tribe forward into a new era of peace and prosperity.</w:t>
      </w:r>
    </w:p>
    <w:p w14:paraId="63E6568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scars of the battle remained – physical and emotional –but Liliana's intervention had ensured that they were not scars that would cripple the tribe, but rather marks of </w:t>
      </w:r>
      <w:r>
        <w:br/>
      </w:r>
      <w:r>
        <w:rPr>
          <w:rFonts w:ascii="LiberationSerif" w:eastAsia="LiberationSerif" w:hAnsi="LiberationSerif"/>
          <w:color w:val="000000"/>
          <w:sz w:val="30"/>
        </w:rPr>
        <w:t>resilience, testaments to their enduring strength and unity.</w:t>
      </w:r>
    </w:p>
    <w:p w14:paraId="1691B96F"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She had not simply contributed to the victory; she had</w:t>
      </w:r>
    </w:p>
    <w:p w14:paraId="6F8382A1" w14:textId="77777777" w:rsidR="008130CF" w:rsidRDefault="008130CF" w:rsidP="003166C8">
      <w:pPr>
        <w:ind w:right="20"/>
        <w:sectPr w:rsidR="008130CF">
          <w:pgSz w:w="12240" w:h="15840"/>
          <w:pgMar w:top="0" w:right="1420" w:bottom="0" w:left="1440" w:header="720" w:footer="720" w:gutter="0"/>
          <w:cols w:space="720"/>
          <w:docGrid w:linePitch="360"/>
        </w:sectPr>
      </w:pPr>
    </w:p>
    <w:p w14:paraId="23375A3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secured it, she had shaped the aftermath, and she had </w:t>
      </w:r>
      <w:r>
        <w:br/>
      </w:r>
      <w:r>
        <w:rPr>
          <w:rFonts w:ascii="LiberationSerif" w:eastAsia="LiberationSerif" w:hAnsi="LiberationSerif"/>
          <w:color w:val="000000"/>
          <w:sz w:val="30"/>
        </w:rPr>
        <w:t xml:space="preserve">ensured the future of her people. Her role was far more crucial than just that of a princess; she was the heart and soul of her tribe's resurgence, a true leader who had risen to the occasion. And in the heart of Marcus Cole, a hardened </w:t>
      </w:r>
      <w:r>
        <w:br/>
      </w:r>
      <w:r>
        <w:rPr>
          <w:rFonts w:ascii="LiberationSerif" w:eastAsia="LiberationSerif" w:hAnsi="LiberationSerif"/>
          <w:color w:val="000000"/>
          <w:sz w:val="30"/>
        </w:rPr>
        <w:t xml:space="preserve">soldier, a love bloomed, nurtured by shared hardship and a profound admiration for the remarkable woman he had </w:t>
      </w:r>
      <w:r>
        <w:br/>
      </w:r>
      <w:r>
        <w:rPr>
          <w:rFonts w:ascii="LiberationSerif" w:eastAsia="LiberationSerif" w:hAnsi="LiberationSerif"/>
          <w:color w:val="000000"/>
          <w:sz w:val="30"/>
        </w:rPr>
        <w:t>chosen as his wife. The future, though uncertain, held a promise of peace, prosperity, and a love story unlike any other.</w:t>
      </w:r>
    </w:p>
    <w:p w14:paraId="1D8DCAD3" w14:textId="77777777" w:rsidR="008130CF" w:rsidRDefault="008130CF" w:rsidP="003166C8">
      <w:pPr>
        <w:ind w:right="20"/>
        <w:sectPr w:rsidR="008130CF">
          <w:pgSz w:w="12240" w:h="15840"/>
          <w:pgMar w:top="0" w:right="1420" w:bottom="0" w:left="1440" w:header="720" w:footer="720" w:gutter="0"/>
          <w:cols w:space="720"/>
          <w:docGrid w:linePitch="360"/>
        </w:sectPr>
      </w:pPr>
    </w:p>
    <w:p w14:paraId="63AAD35F"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Victory is at Hand</w:t>
      </w:r>
    </w:p>
    <w:p w14:paraId="2B7BD1BC" w14:textId="4D49F8B1"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air, thick with the lingering scent of ozone and the </w:t>
      </w:r>
      <w:r>
        <w:br/>
      </w:r>
      <w:r>
        <w:rPr>
          <w:rFonts w:ascii="LiberationSerif" w:eastAsia="LiberationSerif" w:hAnsi="LiberationSerif"/>
          <w:color w:val="000000"/>
          <w:sz w:val="30"/>
        </w:rPr>
        <w:t xml:space="preserve">metallic tang of blood, crackled with an uneasy silence. The wizard,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lay sprawled amidst the wreckage of his own twisted magic, his obsidian robes shredded, his once-powerful form reduced to a twitching, charred husk. His eyes, once burning with malevolent power, were now vacant, glazed over in death. The air itself seemed to sigh in relief, the oppressive weight of his magic finally lifted.</w:t>
      </w:r>
    </w:p>
    <w:p w14:paraId="4829D431" w14:textId="5DACA0E2"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her pink skin dusted with grime and soot, leaned against her spear, her breath coming in ragged gasps. The battle had been brutal, a maelstrom of fire and shadow, of steel clashing against arcane energy. She had fought with a ferocity born of desperation, fueled by the memory of her people's suffering under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’s </w:t>
      </w:r>
      <w:r>
        <w:rPr>
          <w:rFonts w:ascii="LiberationSerif" w:eastAsia="LiberationSerif" w:hAnsi="LiberationSerif"/>
          <w:color w:val="000000"/>
          <w:sz w:val="30"/>
        </w:rPr>
        <w:t>cruel reign. Now, the fight was over, the victory hard-won but undeniably theirs. Yet, the elation was muted, tempered by the grim reality of the losses they had suffered.</w:t>
      </w:r>
    </w:p>
    <w:p w14:paraId="07BE2CC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stood beside her, his M4 slung across his back, the magically bonded sword resting at his hip. His usually sharp gaze was softened with a weariness that went beyond </w:t>
      </w:r>
      <w:r>
        <w:br/>
      </w:r>
      <w:r>
        <w:rPr>
          <w:rFonts w:ascii="LiberationSerif" w:eastAsia="LiberationSerif" w:hAnsi="LiberationSerif"/>
          <w:color w:val="000000"/>
          <w:sz w:val="30"/>
        </w:rPr>
        <w:t xml:space="preserve">physical exhaustion. He had witnessed horrors that would forever haunt his nightmares – horrors that even the </w:t>
      </w:r>
      <w:r>
        <w:br/>
      </w:r>
      <w:r>
        <w:rPr>
          <w:rFonts w:ascii="LiberationSerif" w:eastAsia="LiberationSerif" w:hAnsi="LiberationSerif"/>
          <w:color w:val="000000"/>
          <w:sz w:val="30"/>
        </w:rPr>
        <w:t>battlefield in Afghanistan hadn’t prepared him for. This wasn't a clean-cut military operation; this was a war fought against ancient evils, with stakes far higher than any he had ever imagined.</w:t>
      </w:r>
    </w:p>
    <w:p w14:paraId="25C97583" w14:textId="5EF33FB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looked down at </w:t>
      </w:r>
      <w:proofErr w:type="gramStart"/>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w:t>
      </w:r>
      <w:proofErr w:type="gramEnd"/>
      <w:r w:rsidR="009A4E76">
        <w:rPr>
          <w:rFonts w:ascii="LiberationSerif" w:eastAsia="LiberationSerif" w:hAnsi="LiberationSerif"/>
          <w:color w:val="000000"/>
          <w:sz w:val="30"/>
        </w:rPr>
        <w:t xml:space="preserve">s </w:t>
      </w:r>
      <w:r>
        <w:rPr>
          <w:rFonts w:ascii="LiberationSerif" w:eastAsia="LiberationSerif" w:hAnsi="LiberationSerif"/>
          <w:color w:val="000000"/>
          <w:sz w:val="30"/>
        </w:rPr>
        <w:t>lifeless body, a strange mixture of satisfaction and unease churning within him. The wizard's defeat was a momentous occasion, a turning point in the</w:t>
      </w:r>
    </w:p>
    <w:p w14:paraId="3CADEF8B" w14:textId="77777777" w:rsidR="008130CF" w:rsidRDefault="008130CF" w:rsidP="003166C8">
      <w:pPr>
        <w:ind w:right="20"/>
        <w:sectPr w:rsidR="008130CF">
          <w:pgSz w:w="12240" w:h="15840"/>
          <w:pgMar w:top="0" w:right="1420" w:bottom="0" w:left="1440" w:header="720" w:footer="720" w:gutter="0"/>
          <w:cols w:space="720"/>
          <w:docGrid w:linePitch="360"/>
        </w:sectPr>
      </w:pPr>
    </w:p>
    <w:p w14:paraId="77CB6FE0" w14:textId="39A2EBD3"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history of Liliana's people, but it was also a stark reminder of the cost of freedom. The ground around them was littered with the bodies of both devil warriors and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w:t>
      </w:r>
      <w:r>
        <w:br/>
      </w:r>
      <w:r>
        <w:rPr>
          <w:rFonts w:ascii="LiberationSerif" w:eastAsia="LiberationSerif" w:hAnsi="LiberationSerif"/>
          <w:color w:val="000000"/>
          <w:sz w:val="30"/>
        </w:rPr>
        <w:t xml:space="preserve">monstrous creations – a testament to the ferocity of the </w:t>
      </w:r>
      <w:r>
        <w:br/>
      </w:r>
      <w:r>
        <w:rPr>
          <w:rFonts w:ascii="LiberationSerif" w:eastAsia="LiberationSerif" w:hAnsi="LiberationSerif"/>
          <w:color w:val="000000"/>
          <w:sz w:val="30"/>
        </w:rPr>
        <w:t>conflict. The air was heavy with the weight of sacrifice.</w:t>
      </w:r>
    </w:p>
    <w:p w14:paraId="528FD00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broke the silence, her voice hoarse but resolute. "It's over, Marcus," she said, her gaze sweeping across the </w:t>
      </w:r>
      <w:r>
        <w:br/>
      </w:r>
      <w:r>
        <w:rPr>
          <w:rFonts w:ascii="LiberationSerif" w:eastAsia="LiberationSerif" w:hAnsi="LiberationSerif"/>
          <w:color w:val="000000"/>
          <w:sz w:val="30"/>
        </w:rPr>
        <w:t xml:space="preserve">battlefield. "He's truly dead." A flicker of a smile touched her lips, but it quickly faded, replaced by a somber </w:t>
      </w:r>
      <w:r>
        <w:br/>
      </w:r>
      <w:r>
        <w:rPr>
          <w:rFonts w:ascii="LiberationSerif" w:eastAsia="LiberationSerif" w:hAnsi="LiberationSerif"/>
          <w:color w:val="000000"/>
          <w:sz w:val="30"/>
        </w:rPr>
        <w:t>expression. "But at what cost?"</w:t>
      </w:r>
    </w:p>
    <w:p w14:paraId="722D36F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nodded, his gaze falling on a young devil warrior, his body still, his face serene in death. He’d seen the boy fight bravely, his youthful face contorted in fierce </w:t>
      </w:r>
      <w:r>
        <w:br/>
      </w:r>
      <w:r>
        <w:rPr>
          <w:rFonts w:ascii="LiberationSerif" w:eastAsia="LiberationSerif" w:hAnsi="LiberationSerif"/>
          <w:color w:val="000000"/>
          <w:sz w:val="30"/>
        </w:rPr>
        <w:t xml:space="preserve">determination. The boy reminded him of his younger </w:t>
      </w:r>
      <w:r>
        <w:br/>
      </w:r>
      <w:r>
        <w:rPr>
          <w:rFonts w:ascii="LiberationSerif" w:eastAsia="LiberationSerif" w:hAnsi="LiberationSerif"/>
          <w:color w:val="000000"/>
          <w:sz w:val="30"/>
        </w:rPr>
        <w:t>brother, a memory he'd tried desperately to push aside, to bury beneath the layers of his hardened military persona. But the memory clawed its way to the surface, raw and painful.</w:t>
      </w:r>
    </w:p>
    <w:p w14:paraId="4BA1D2E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knelt beside the fallen warrior, carefully closing the boy's eyes. A silent prayer, a mix of military precision and </w:t>
      </w:r>
      <w:r>
        <w:br/>
      </w:r>
      <w:r>
        <w:rPr>
          <w:rFonts w:ascii="LiberationSerif" w:eastAsia="LiberationSerif" w:hAnsi="LiberationSerif"/>
          <w:color w:val="000000"/>
          <w:sz w:val="30"/>
        </w:rPr>
        <w:t xml:space="preserve">heartfelt emotion, escaped his lips. He was a soldier, trained to compartmentalize emotions, to deal with death as a cold, clinical fact. But here, in this fantastical world, surrounded by people he had come to care for deeply, his carefully </w:t>
      </w:r>
      <w:r>
        <w:br/>
      </w:r>
      <w:r>
        <w:rPr>
          <w:rFonts w:ascii="LiberationSerif" w:eastAsia="LiberationSerif" w:hAnsi="LiberationSerif"/>
          <w:color w:val="000000"/>
          <w:sz w:val="30"/>
        </w:rPr>
        <w:t>constructed emotional barriers began to crumble.</w:t>
      </w:r>
    </w:p>
    <w:p w14:paraId="1A24E4D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knelt beside him, placing a comforting hand on his shoulder. "He fought bravely," she whispered, her voice filled with empathy. "As did all of them." She looked at him, her eyes reflecting the flickering flames of the dying magical fires. "We won, Marcus. We won because of them, and </w:t>
      </w:r>
      <w:r>
        <w:br/>
      </w:r>
      <w:r>
        <w:rPr>
          <w:rFonts w:ascii="LiberationSerif" w:eastAsia="LiberationSerif" w:hAnsi="LiberationSerif"/>
          <w:color w:val="000000"/>
          <w:sz w:val="30"/>
        </w:rPr>
        <w:t>because of you."</w:t>
      </w:r>
    </w:p>
    <w:p w14:paraId="146B44A0" w14:textId="77777777" w:rsidR="008130CF" w:rsidRDefault="008130CF" w:rsidP="003166C8">
      <w:pPr>
        <w:ind w:right="20"/>
        <w:sectPr w:rsidR="008130CF">
          <w:pgSz w:w="12240" w:h="15840"/>
          <w:pgMar w:top="0" w:right="1420" w:bottom="0" w:left="1440" w:header="720" w:footer="720" w:gutter="0"/>
          <w:cols w:space="720"/>
          <w:docGrid w:linePitch="360"/>
        </w:sectPr>
      </w:pPr>
    </w:p>
    <w:p w14:paraId="72347D0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He looked up at her, her words washing over him like a balm. Her unwavering support, her strength amidst the </w:t>
      </w:r>
      <w:r>
        <w:br/>
      </w:r>
      <w:r>
        <w:rPr>
          <w:rFonts w:ascii="LiberationSerif" w:eastAsia="LiberationSerif" w:hAnsi="LiberationSerif"/>
          <w:color w:val="000000"/>
          <w:sz w:val="30"/>
        </w:rPr>
        <w:t xml:space="preserve">chaos, had been his anchor throughout this ordeal. Her </w:t>
      </w:r>
      <w:r>
        <w:br/>
      </w:r>
      <w:r>
        <w:rPr>
          <w:rFonts w:ascii="LiberationSerif" w:eastAsia="LiberationSerif" w:hAnsi="LiberationSerif"/>
          <w:color w:val="000000"/>
          <w:sz w:val="30"/>
        </w:rPr>
        <w:t xml:space="preserve">courage and resilience in the face of overwhelming odds had inspired not only her people but him as well. He’d </w:t>
      </w:r>
      <w:r>
        <w:br/>
      </w:r>
      <w:r>
        <w:rPr>
          <w:rFonts w:ascii="LiberationSerif" w:eastAsia="LiberationSerif" w:hAnsi="LiberationSerif"/>
          <w:color w:val="000000"/>
          <w:sz w:val="30"/>
        </w:rPr>
        <w:t xml:space="preserve">discovered a strength within himself he never knew he </w:t>
      </w:r>
      <w:r>
        <w:br/>
      </w:r>
      <w:r>
        <w:rPr>
          <w:rFonts w:ascii="LiberationSerif" w:eastAsia="LiberationSerif" w:hAnsi="LiberationSerif"/>
          <w:color w:val="000000"/>
          <w:sz w:val="30"/>
        </w:rPr>
        <w:t>possessed, a resilience forged in the fires of this impossible war. He owed a debt to these people, to Liliana.</w:t>
      </w:r>
    </w:p>
    <w:p w14:paraId="62AD334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remaining devil warriors gathered around them, their faces etched with exhaustion and grief, but also with a newfound sense of hope. Their leader, their princess, had chosen to marry a human – a man who had fought alongside them, who had shed his blood for their freedom. It was a testament to his character, to his commitment to their cause, and a symbol of the unity and hope they had fought so hard to achieve.</w:t>
      </w:r>
    </w:p>
    <w:p w14:paraId="299544C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 was subdued, marked more by solemn </w:t>
      </w:r>
      <w:r>
        <w:br/>
      </w:r>
      <w:r>
        <w:rPr>
          <w:rFonts w:ascii="LiberationSerif" w:eastAsia="LiberationSerif" w:hAnsi="LiberationSerif"/>
          <w:color w:val="000000"/>
          <w:sz w:val="30"/>
        </w:rPr>
        <w:t>remembrance than boisterous joy. There were stories shared, tears shed, and vows made to honor the fallen. The victory was bittersweet, a triumph tainted by loss. Marcus found himself in the heart of the celebration, surrounded by the people he had fought for, the people he had come to love. He felt a profound sense of belonging, a connection he had never experienced before.</w:t>
      </w:r>
    </w:p>
    <w:p w14:paraId="5E7C1DD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next few days were spent tending to the wounded, </w:t>
      </w:r>
      <w:r>
        <w:br/>
      </w:r>
      <w:r>
        <w:rPr>
          <w:rFonts w:ascii="LiberationSerif" w:eastAsia="LiberationSerif" w:hAnsi="LiberationSerif"/>
          <w:color w:val="000000"/>
          <w:sz w:val="30"/>
        </w:rPr>
        <w:t xml:space="preserve">burying the dead, and consolidating their victory. Marcus, despite his exhaustion, found himself thrust into a position of leadership. His military experience, his strategic thinking, and his unwavering resolve proved invaluable in the </w:t>
      </w:r>
      <w:r>
        <w:br/>
      </w:r>
      <w:r>
        <w:rPr>
          <w:rFonts w:ascii="LiberationSerif" w:eastAsia="LiberationSerif" w:hAnsi="LiberationSerif"/>
          <w:color w:val="000000"/>
          <w:sz w:val="30"/>
        </w:rPr>
        <w:t xml:space="preserve">reconstruction efforts. He helped organize the rebuilding of the village, overseeing the distribution of supplies, and </w:t>
      </w:r>
      <w:r>
        <w:br/>
      </w:r>
      <w:r>
        <w:rPr>
          <w:rFonts w:ascii="LiberationSerif" w:eastAsia="LiberationSerif" w:hAnsi="LiberationSerif"/>
          <w:color w:val="000000"/>
          <w:sz w:val="30"/>
        </w:rPr>
        <w:t>establishing a system of defense to prevent future attacks.</w:t>
      </w:r>
    </w:p>
    <w:p w14:paraId="5A90DC7A" w14:textId="77777777" w:rsidR="008130CF" w:rsidRDefault="008130CF" w:rsidP="003166C8">
      <w:pPr>
        <w:ind w:right="20"/>
        <w:sectPr w:rsidR="008130CF">
          <w:pgSz w:w="12240" w:h="15840"/>
          <w:pgMar w:top="0" w:right="1420" w:bottom="0" w:left="1440" w:header="720" w:footer="720" w:gutter="0"/>
          <w:cols w:space="720"/>
          <w:docGrid w:linePitch="360"/>
        </w:sectPr>
      </w:pPr>
    </w:p>
    <w:p w14:paraId="0267105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Liliana, as princess and now his wife, worked tirelessly alongside him, her authority unquestioned, her influence profound. Her empathy and wisdom guided the people, while his military precision and organization brought order to the chaos. Together, they were a force to be reckoned with, a power couple who had risen from the ashes of war to build a future of peace and prosperity.</w:t>
      </w:r>
    </w:p>
    <w:p w14:paraId="46EA68D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marriage ceremony was simple, yet deeply moving. It was a union forged in the crucible of battle, a testament to their unwavering love and commitment. The ceremony took place beneath the ancient, gnarled trees that surrounded the village, their branches intertwining like their lives. The vows were spoken in both English and the devil tongue, a </w:t>
      </w:r>
      <w:r>
        <w:br/>
      </w:r>
      <w:r>
        <w:rPr>
          <w:rFonts w:ascii="LiberationSerif" w:eastAsia="LiberationSerif" w:hAnsi="LiberationSerif"/>
          <w:color w:val="000000"/>
          <w:sz w:val="30"/>
        </w:rPr>
        <w:t>symbolic bridge between two worlds, two cultures, two hearts irrevocably bound together.</w:t>
      </w:r>
    </w:p>
    <w:p w14:paraId="29C3EEE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As they stood hand in hand, surrounded by their people, Marcus looked into Liliana's eyes. He saw not just the love and affection of a newly wedded couple but the shared history, the mutual respect, and the profound bond forged through hardship and shared sacrifice. This was not a fairy tale; it was a story etched in blood and fire, a testament to the extraordinary resilience of the human spirit and the power of love to conquer even the darkest of evils. The future held many challenges, they both knew. But as long as they stood together, hand in hand, side by side, they were ready to face whatever came their way. The war was over, but their story had only just begun. A story that would be recounted for generations to come, a legend woven into the fabric of this magical realm, forever binding the human soldier and the devil princess in an enduring tale of love, loss, and ultimate victory.</w:t>
      </w:r>
    </w:p>
    <w:p w14:paraId="5CB0B748" w14:textId="77777777" w:rsidR="008130CF" w:rsidRDefault="008130CF" w:rsidP="003166C8">
      <w:pPr>
        <w:ind w:right="20"/>
        <w:sectPr w:rsidR="008130CF">
          <w:pgSz w:w="12240" w:h="15840"/>
          <w:pgMar w:top="0" w:right="1420" w:bottom="0" w:left="1440" w:header="720" w:footer="720" w:gutter="0"/>
          <w:cols w:space="720"/>
          <w:docGrid w:linePitch="360"/>
        </w:sectPr>
      </w:pPr>
    </w:p>
    <w:p w14:paraId="02743B2C"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The End of Enslavement</w:t>
      </w:r>
    </w:p>
    <w:p w14:paraId="400EBDAF" w14:textId="2AFF87BF"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cheers erupted like a tidal wave, washing over Marcus and Liliana as they stood amidst the wreckage of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power. The air, once thick with fear and oppression, vibrated with the raw energy of freedom. Thousands of pink-skinned devils, their faces etched with a mixture of relief and </w:t>
      </w:r>
      <w:r>
        <w:br/>
      </w:r>
      <w:r>
        <w:rPr>
          <w:rFonts w:ascii="LiberationSerif" w:eastAsia="LiberationSerif" w:hAnsi="LiberationSerif"/>
          <w:color w:val="000000"/>
          <w:sz w:val="30"/>
        </w:rPr>
        <w:t xml:space="preserve">disbelief, surged forward, their joyous cries echoing through the valley. For generations, they had lived under the shadow of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’s tyranny, their lives dictated by his cruel whims, their spirits crushed under the weight of his magic. Now, that weight was gone, lifted by the combined strength of a human soldier and a devil princess.</w:t>
      </w:r>
    </w:p>
    <w:p w14:paraId="108FACF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her usually mischievous grin replaced with a look of profound emotion, turned to Marcus, her eyes shining with unshed tears. “They’re free,” she whispered, her voice thick with emotion. The words were simple, yet they held the weight of centuries of oppression and the promise of a </w:t>
      </w:r>
      <w:r>
        <w:br/>
      </w:r>
      <w:r>
        <w:rPr>
          <w:rFonts w:ascii="LiberationSerif" w:eastAsia="LiberationSerif" w:hAnsi="LiberationSerif"/>
          <w:color w:val="000000"/>
          <w:sz w:val="30"/>
        </w:rPr>
        <w:t>brighter future.</w:t>
      </w:r>
    </w:p>
    <w:p w14:paraId="72EBF1D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his own heart swelling with a mixture of pride and relief, returned her gaze. He’d seen countless liberations in his time in the Army, but none like this. This was a liberation fueled by magic, by unwavering loyalty, by a love that </w:t>
      </w:r>
      <w:r>
        <w:br/>
      </w:r>
      <w:r>
        <w:rPr>
          <w:rFonts w:ascii="LiberationSerif" w:eastAsia="LiberationSerif" w:hAnsi="LiberationSerif"/>
          <w:color w:val="000000"/>
          <w:sz w:val="30"/>
        </w:rPr>
        <w:t xml:space="preserve">transcended the boundaries of species and worlds. He </w:t>
      </w:r>
      <w:r>
        <w:br/>
      </w:r>
      <w:r>
        <w:rPr>
          <w:rFonts w:ascii="LiberationSerif" w:eastAsia="LiberationSerif" w:hAnsi="LiberationSerif"/>
          <w:color w:val="000000"/>
          <w:sz w:val="30"/>
        </w:rPr>
        <w:t xml:space="preserve">reached out and gently cupped her face in his hand, his </w:t>
      </w:r>
      <w:r>
        <w:br/>
      </w:r>
      <w:r>
        <w:rPr>
          <w:rFonts w:ascii="LiberationSerif" w:eastAsia="LiberationSerif" w:hAnsi="LiberationSerif"/>
          <w:color w:val="000000"/>
          <w:sz w:val="30"/>
        </w:rPr>
        <w:t>thumb brushing away a stray tear. “We did it,” he said softly, his voice hoarse with emotion.</w:t>
      </w:r>
    </w:p>
    <w:p w14:paraId="60A900E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 was chaotic yet beautiful. The devils, </w:t>
      </w:r>
      <w:r>
        <w:br/>
      </w:r>
      <w:r>
        <w:rPr>
          <w:rFonts w:ascii="LiberationSerif" w:eastAsia="LiberationSerif" w:hAnsi="LiberationSerif"/>
          <w:color w:val="000000"/>
          <w:sz w:val="30"/>
        </w:rPr>
        <w:t>unleashed from their bondage, danced and sang, their voices a joyous cacophony that filled the valley. They adorned Marcus and Liliana with garlands of vibrant flowers and</w:t>
      </w:r>
    </w:p>
    <w:p w14:paraId="4E952C7C" w14:textId="77777777" w:rsidR="008130CF" w:rsidRDefault="008130CF" w:rsidP="003166C8">
      <w:pPr>
        <w:ind w:right="20"/>
        <w:sectPr w:rsidR="008130CF">
          <w:pgSz w:w="12240" w:h="15840"/>
          <w:pgMar w:top="0" w:right="1420" w:bottom="0" w:left="1440" w:header="720" w:footer="720" w:gutter="0"/>
          <w:cols w:space="720"/>
          <w:docGrid w:linePitch="360"/>
        </w:sectPr>
      </w:pPr>
    </w:p>
    <w:p w14:paraId="4BD86737" w14:textId="77777777" w:rsidR="008130CF" w:rsidRDefault="00000000" w:rsidP="003166C8">
      <w:pPr>
        <w:autoSpaceDE w:val="0"/>
        <w:autoSpaceDN w:val="0"/>
        <w:spacing w:before="1458" w:after="0" w:line="332" w:lineRule="exact"/>
        <w:ind w:right="20"/>
      </w:pPr>
      <w:r>
        <w:rPr>
          <w:rFonts w:ascii="LiberationSerif" w:eastAsia="LiberationSerif" w:hAnsi="LiberationSerif"/>
          <w:color w:val="000000"/>
          <w:sz w:val="30"/>
        </w:rPr>
        <w:lastRenderedPageBreak/>
        <w:t>strange, shimmering fruits, their gratitude palpable.</w:t>
      </w:r>
    </w:p>
    <w:p w14:paraId="47FC7E79" w14:textId="1B407830"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Children, freed from the harsh labor camps where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had forced them to toil, ran through the clearing, their </w:t>
      </w:r>
      <w:r>
        <w:br/>
      </w:r>
      <w:r>
        <w:rPr>
          <w:rFonts w:ascii="LiberationSerif" w:eastAsia="LiberationSerif" w:hAnsi="LiberationSerif"/>
          <w:color w:val="000000"/>
          <w:sz w:val="30"/>
        </w:rPr>
        <w:t>laughter echoing through the air. Elderly devils, their faces etched with the passage of time and the scars of oppression, wept openly, their relief so profound it seemed to shatter the very air around them.</w:t>
      </w:r>
    </w:p>
    <w:p w14:paraId="3C8CCB76" w14:textId="1401AE70"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liberation wasn't simply a matter of breaking free from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physical control. Years of indoctrination and </w:t>
      </w:r>
      <w:r>
        <w:br/>
      </w:r>
      <w:r>
        <w:rPr>
          <w:rFonts w:ascii="LiberationSerif" w:eastAsia="LiberationSerif" w:hAnsi="LiberationSerif"/>
          <w:color w:val="000000"/>
          <w:sz w:val="30"/>
        </w:rPr>
        <w:t xml:space="preserve">psychological manipulation had left deep scars. Many devils were hesitant to trust, their minds clouded by fear and </w:t>
      </w:r>
      <w:r>
        <w:br/>
      </w:r>
      <w:r>
        <w:rPr>
          <w:rFonts w:ascii="LiberationSerif" w:eastAsia="LiberationSerif" w:hAnsi="LiberationSerif"/>
          <w:color w:val="000000"/>
          <w:sz w:val="30"/>
        </w:rPr>
        <w:t xml:space="preserve">uncertainty. Marcus and Liliana knew this was just the </w:t>
      </w:r>
      <w:r>
        <w:br/>
      </w:r>
      <w:r>
        <w:rPr>
          <w:rFonts w:ascii="LiberationSerif" w:eastAsia="LiberationSerif" w:hAnsi="LiberationSerif"/>
          <w:color w:val="000000"/>
          <w:sz w:val="30"/>
        </w:rPr>
        <w:t>beginning of their work. The true challenge lay in rebuilding their lives, in healing the wounds of the past, and in forging a new future for the Devil Tribe.</w:t>
      </w:r>
    </w:p>
    <w:p w14:paraId="0066501A" w14:textId="0A853492" w:rsidR="008130CF" w:rsidRDefault="00000000" w:rsidP="003166C8">
      <w:pPr>
        <w:autoSpaceDE w:val="0"/>
        <w:autoSpaceDN w:val="0"/>
        <w:spacing w:before="388" w:after="0" w:line="332" w:lineRule="exact"/>
        <w:ind w:right="20"/>
        <w:jc w:val="center"/>
      </w:pPr>
      <w:r>
        <w:rPr>
          <w:rFonts w:ascii="LiberationSerif" w:eastAsia="LiberationSerif" w:hAnsi="LiberationSerif"/>
          <w:color w:val="000000"/>
          <w:sz w:val="30"/>
        </w:rPr>
        <w:t xml:space="preserve">The first order of business was securing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's stronghold.</w:t>
      </w:r>
    </w:p>
    <w:p w14:paraId="701BADF0" w14:textId="4F9D5823"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While the wizard was dead, his fortress, a labyrinthine </w:t>
      </w:r>
      <w:r>
        <w:br/>
      </w:r>
      <w:r>
        <w:rPr>
          <w:rFonts w:ascii="LiberationSerif" w:eastAsia="LiberationSerif" w:hAnsi="LiberationSerif"/>
          <w:color w:val="000000"/>
          <w:sz w:val="30"/>
        </w:rPr>
        <w:t xml:space="preserve">complex carved into the side of a cliff, still held the remnants of his dark magic and untold treasures. </w:t>
      </w:r>
      <w:r w:rsidR="00AF3838">
        <w:rPr>
          <w:rFonts w:ascii="LiberationSerif" w:eastAsia="LiberationSerif" w:hAnsi="LiberationSerif"/>
          <w:color w:val="000000"/>
          <w:sz w:val="30"/>
        </w:rPr>
        <w:t xml:space="preserve">I </w:t>
      </w:r>
      <w:r>
        <w:rPr>
          <w:rFonts w:ascii="LiberationSerif" w:eastAsia="LiberationSerif" w:hAnsi="LiberationSerif"/>
          <w:color w:val="000000"/>
          <w:sz w:val="30"/>
        </w:rPr>
        <w:t xml:space="preserve">oversaw the meticulous dismantling of any remaining traps and magical mechanisms. Liliana, with her innate knowledge of the fortress and her people's history, guided the teams, explaining the nuances of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's twisted architecture.</w:t>
      </w:r>
    </w:p>
    <w:p w14:paraId="70ECCEBD" w14:textId="495108E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fortress held not only dark secrets but also a wealth of resources – food, weapons, and tools that had been cruelly hoarded by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 These resources were immediately </w:t>
      </w:r>
      <w:r>
        <w:br/>
      </w:r>
      <w:r>
        <w:rPr>
          <w:rFonts w:ascii="LiberationSerif" w:eastAsia="LiberationSerif" w:hAnsi="LiberationSerif"/>
          <w:color w:val="000000"/>
          <w:sz w:val="30"/>
        </w:rPr>
        <w:t xml:space="preserve">distributed amongst the liberated devils, a tangible symbol of their new-found freedom. The sight of the devils sharing the bounty, once a source of conflict under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's rule, was a testament to their newfound unity and resilience.</w:t>
      </w:r>
    </w:p>
    <w:p w14:paraId="47C42F4E" w14:textId="77777777" w:rsidR="008130CF" w:rsidRDefault="008130CF" w:rsidP="003166C8">
      <w:pPr>
        <w:ind w:right="20"/>
        <w:sectPr w:rsidR="008130CF">
          <w:pgSz w:w="12240" w:h="15840"/>
          <w:pgMar w:top="0" w:right="1420" w:bottom="0" w:left="1440" w:header="720" w:footer="720" w:gutter="0"/>
          <w:cols w:space="720"/>
          <w:docGrid w:linePitch="360"/>
        </w:sectPr>
      </w:pPr>
    </w:p>
    <w:p w14:paraId="4C57ACE9" w14:textId="65E0FC4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process of rebuilding was long and arduous. The scars of oppression were deep, and the devils needed time to heal, both physically and emotionally. Marcus and Liliana, now recognized as leaders, worked tirelessly, overseeing the construction of new homes, the establishment of schools and healthcare facilities, and the implementation of fair and just laws. Marcus, drawing upon his military experience, </w:t>
      </w:r>
      <w:r>
        <w:br/>
      </w:r>
      <w:r>
        <w:rPr>
          <w:rFonts w:ascii="LiberationSerif" w:eastAsia="LiberationSerif" w:hAnsi="LiberationSerif"/>
          <w:color w:val="000000"/>
          <w:sz w:val="30"/>
        </w:rPr>
        <w:t xml:space="preserve">organized work details, trained militias, and established security protocols to prevent future oppression. Liliana, utilizing her understanding of her people's culture and </w:t>
      </w:r>
      <w:r>
        <w:br/>
      </w:r>
      <w:r>
        <w:rPr>
          <w:rFonts w:ascii="LiberationSerif" w:eastAsia="LiberationSerif" w:hAnsi="LiberationSerif"/>
          <w:color w:val="000000"/>
          <w:sz w:val="30"/>
        </w:rPr>
        <w:t xml:space="preserve">customs, worked to restore traditions that had been </w:t>
      </w:r>
      <w:r>
        <w:br/>
      </w:r>
      <w:r>
        <w:rPr>
          <w:rFonts w:ascii="LiberationSerif" w:eastAsia="LiberationSerif" w:hAnsi="LiberationSerif"/>
          <w:color w:val="000000"/>
          <w:sz w:val="30"/>
        </w:rPr>
        <w:t xml:space="preserve">suppressed by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w:t>
      </w:r>
    </w:p>
    <w:p w14:paraId="5A913DDC" w14:textId="2F075515" w:rsidR="008130CF" w:rsidRDefault="00000000" w:rsidP="003166C8">
      <w:pPr>
        <w:autoSpaceDE w:val="0"/>
        <w:autoSpaceDN w:val="0"/>
        <w:spacing w:before="360" w:after="0" w:line="360" w:lineRule="exact"/>
        <w:ind w:right="20"/>
      </w:pPr>
      <w:r w:rsidRPr="00AF3838">
        <w:rPr>
          <w:rFonts w:ascii="LiberationSerif" w:eastAsia="LiberationSerif" w:hAnsi="LiberationSerif"/>
          <w:color w:val="000000"/>
          <w:sz w:val="28"/>
          <w:szCs w:val="28"/>
        </w:rPr>
        <w:t xml:space="preserve"> </w:t>
      </w:r>
      <w:r w:rsidR="00AF3838" w:rsidRPr="00AF3838">
        <w:rPr>
          <w:sz w:val="28"/>
          <w:szCs w:val="28"/>
        </w:rPr>
        <w:t>I</w:t>
      </w:r>
      <w:r w:rsidR="00AF3838">
        <w:t xml:space="preserve"> </w:t>
      </w:r>
      <w:r>
        <w:rPr>
          <w:rFonts w:ascii="LiberationSerif" w:eastAsia="LiberationSerif" w:hAnsi="LiberationSerif"/>
          <w:color w:val="000000"/>
          <w:sz w:val="30"/>
        </w:rPr>
        <w:t xml:space="preserve">implemented a system of rotating work details, ensuring that everyone had a fair share of </w:t>
      </w:r>
      <w:proofErr w:type="gramStart"/>
      <w:r>
        <w:rPr>
          <w:rFonts w:ascii="LiberationSerif" w:eastAsia="LiberationSerif" w:hAnsi="LiberationSerif"/>
          <w:color w:val="000000"/>
          <w:sz w:val="30"/>
        </w:rPr>
        <w:t>responsibilities</w:t>
      </w:r>
      <w:proofErr w:type="gramEnd"/>
      <w:r>
        <w:rPr>
          <w:rFonts w:ascii="LiberationSerif" w:eastAsia="LiberationSerif" w:hAnsi="LiberationSerif"/>
          <w:color w:val="000000"/>
          <w:sz w:val="30"/>
        </w:rPr>
        <w:t xml:space="preserve"> and no one was overburdened. He established a system of meritocracy, promoting individuals based on their skills and abilities, rather than their lineage or </w:t>
      </w:r>
      <w:r w:rsidR="009A4E76">
        <w:rPr>
          <w:rFonts w:ascii="LiberationSerif" w:eastAsia="LiberationSerif" w:hAnsi="LiberationSerif"/>
          <w:color w:val="000000"/>
          <w:sz w:val="28"/>
          <w:szCs w:val="28"/>
        </w:rPr>
        <w:t>Zarvokh</w:t>
      </w:r>
      <w:r>
        <w:rPr>
          <w:rFonts w:ascii="LiberationSerif" w:eastAsia="LiberationSerif" w:hAnsi="LiberationSerif"/>
          <w:color w:val="000000"/>
          <w:sz w:val="30"/>
        </w:rPr>
        <w:t xml:space="preserve">’s favoritism. He </w:t>
      </w:r>
      <w:r>
        <w:br/>
      </w:r>
      <w:r>
        <w:rPr>
          <w:rFonts w:ascii="LiberationSerif" w:eastAsia="LiberationSerif" w:hAnsi="LiberationSerif"/>
          <w:color w:val="000000"/>
          <w:sz w:val="30"/>
        </w:rPr>
        <w:t>introduced basic sanitation practices, dramatically reducing the spread of disease. He even began teaching basic first aid and wound care to willing volunteers, sharing knowledge that saved countless lives.</w:t>
      </w:r>
    </w:p>
    <w:p w14:paraId="10FF0B40" w14:textId="73D4223A"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with her inherent charisma and understanding of her people, focused on rebuilding the social fabric of the </w:t>
      </w:r>
      <w:r>
        <w:br/>
      </w:r>
      <w:r>
        <w:rPr>
          <w:rFonts w:ascii="LiberationSerif" w:eastAsia="LiberationSerif" w:hAnsi="LiberationSerif"/>
          <w:color w:val="000000"/>
          <w:sz w:val="30"/>
        </w:rPr>
        <w:t xml:space="preserve">community. She encouraged the sharing of stories and </w:t>
      </w:r>
      <w:r>
        <w:br/>
      </w:r>
      <w:r>
        <w:rPr>
          <w:rFonts w:ascii="LiberationSerif" w:eastAsia="LiberationSerif" w:hAnsi="LiberationSerif"/>
          <w:color w:val="000000"/>
          <w:sz w:val="30"/>
        </w:rPr>
        <w:t xml:space="preserve">traditions that had been suppressed under </w:t>
      </w:r>
      <w:r w:rsidR="009A4E76">
        <w:rPr>
          <w:rFonts w:ascii="LiberationSerif" w:eastAsia="LiberationSerif" w:hAnsi="LiberationSerif"/>
          <w:color w:val="000000"/>
          <w:sz w:val="28"/>
          <w:szCs w:val="28"/>
        </w:rPr>
        <w:t>Zarvokh</w:t>
      </w:r>
      <w:r w:rsidR="009A4E76">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rule. She organized festivals and celebrations, fostering a sense of community and shared identity. She also implemented a system of restorative justice, focusing on rehabilitation and reconciliation rather than retribution. This approach, </w:t>
      </w:r>
      <w:r>
        <w:br/>
      </w:r>
      <w:r>
        <w:rPr>
          <w:rFonts w:ascii="LiberationSerif" w:eastAsia="LiberationSerif" w:hAnsi="LiberationSerif"/>
          <w:color w:val="000000"/>
          <w:sz w:val="30"/>
        </w:rPr>
        <w:t>unfamiliar to some of the more hardened devils, proved surprisingly effective in healing old wounds and fostering unity.</w:t>
      </w:r>
    </w:p>
    <w:p w14:paraId="235F4010" w14:textId="77777777" w:rsidR="008130CF" w:rsidRDefault="008130CF" w:rsidP="003166C8">
      <w:pPr>
        <w:ind w:right="20"/>
        <w:sectPr w:rsidR="008130CF">
          <w:pgSz w:w="12240" w:h="15840"/>
          <w:pgMar w:top="0" w:right="1420" w:bottom="0" w:left="1440" w:header="720" w:footer="720" w:gutter="0"/>
          <w:cols w:space="720"/>
          <w:docGrid w:linePitch="360"/>
        </w:sectPr>
      </w:pPr>
    </w:p>
    <w:p w14:paraId="182966E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transformation was gradual but undeniable. As the days turned into weeks, and the weeks into months, the Devil Tribe flourished. The fear that had once haunted their eyes was gradually replaced by hope. The despair that had </w:t>
      </w:r>
      <w:r>
        <w:br/>
      </w:r>
      <w:r>
        <w:rPr>
          <w:rFonts w:ascii="LiberationSerif" w:eastAsia="LiberationSerif" w:hAnsi="LiberationSerif"/>
          <w:color w:val="000000"/>
          <w:sz w:val="30"/>
        </w:rPr>
        <w:t xml:space="preserve">weighed down their spirits was lifted by a sense of purpose and community. They built homes, planted fields, and </w:t>
      </w:r>
      <w:r>
        <w:br/>
      </w:r>
      <w:r>
        <w:rPr>
          <w:rFonts w:ascii="LiberationSerif" w:eastAsia="LiberationSerif" w:hAnsi="LiberationSerif"/>
          <w:color w:val="000000"/>
          <w:sz w:val="30"/>
        </w:rPr>
        <w:t>rediscovered the joy of life under the warm glow of a free sun.</w:t>
      </w:r>
    </w:p>
    <w:p w14:paraId="075E660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News of the Devil Tribe’s liberation spread throughout the land. Other oppressed peoples, emboldened by their success, began to rise up against their oppressors. Marcus and Liliana found themselves at the forefront of a growing rebellion, their alliance a beacon of hope for those living under </w:t>
      </w:r>
      <w:r>
        <w:br/>
      </w:r>
      <w:r>
        <w:rPr>
          <w:rFonts w:ascii="LiberationSerif" w:eastAsia="LiberationSerif" w:hAnsi="LiberationSerif"/>
          <w:color w:val="000000"/>
          <w:sz w:val="30"/>
        </w:rPr>
        <w:t xml:space="preserve">tyrannical rule. They knew that the fight for freedom was far from over, but they also knew that together, they could face any challenge. The bond between them, forged in the </w:t>
      </w:r>
      <w:r>
        <w:br/>
      </w:r>
      <w:r>
        <w:rPr>
          <w:rFonts w:ascii="LiberationSerif" w:eastAsia="LiberationSerif" w:hAnsi="LiberationSerif"/>
          <w:color w:val="000000"/>
          <w:sz w:val="30"/>
        </w:rPr>
        <w:t>crucible of battle and strengthened by shared hardship, was their greatest weapon.</w:t>
      </w:r>
    </w:p>
    <w:p w14:paraId="4B7C921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evening, as the sun dipped below the horizon, casting long shadows across the valley, Marcus and Liliana sat atop the highest peak overlooking their thriving community. The air was filled with the sounds of laughter and the distant melodies of celebratory songs. Liliana leaned her head against Marcus’s shoulder, her pink skin glowing softly in the twilight.</w:t>
      </w:r>
    </w:p>
    <w:p w14:paraId="04FCCEF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“It’s beautiful, isn’t it?” she whispered, her voice filled with a quiet contentment.</w:t>
      </w:r>
    </w:p>
    <w:p w14:paraId="719C174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nodded, his gaze sweeping across the valley. He saw not just a thriving community, but a testament to the power of hope, resilience, and love. “It is,” he replied, squeezing her hand gently. “And it’s just the beginning.” The journey had been long and arduous, filled with peril and sacrifice,</w:t>
      </w:r>
    </w:p>
    <w:p w14:paraId="0C35877D" w14:textId="77777777" w:rsidR="008130CF" w:rsidRDefault="008130CF" w:rsidP="003166C8">
      <w:pPr>
        <w:ind w:right="20"/>
        <w:sectPr w:rsidR="008130CF">
          <w:pgSz w:w="12240" w:h="15840"/>
          <w:pgMar w:top="0" w:right="1420" w:bottom="0" w:left="1440" w:header="720" w:footer="720" w:gutter="0"/>
          <w:cols w:space="720"/>
          <w:docGrid w:linePitch="360"/>
        </w:sectPr>
      </w:pPr>
    </w:p>
    <w:p w14:paraId="7C9B7C9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but they had emerged victorious, their love a beacon in the darkness, their strength a testament to their unwavering commitment to freedom. Their story, once a legend </w:t>
      </w:r>
      <w:r>
        <w:br/>
      </w:r>
      <w:r>
        <w:rPr>
          <w:rFonts w:ascii="LiberationSerif" w:eastAsia="LiberationSerif" w:hAnsi="LiberationSerif"/>
          <w:color w:val="000000"/>
          <w:sz w:val="30"/>
        </w:rPr>
        <w:t>whispered in hushed tones, would now be sung in joyful celebration, forever etched in the annals of this magical world, a story of a human soldier and a devil princess who brought freedom and hope to a land steeped in darkness. And as they stood there, hand in hand, their future stretching before them like an endless horizon, they knew that their love would light their way, guiding them towards a brighter tomorrow, a future where the reign of tyranny was forever over, replaced by the sweet promise of a new dawn. The end of enslavement was not just a victory, it was a foundation upon which a new world could be built, a world of peace, prosperity, and freedom for all. And in this new world, the legend of the human soldier and the devil princess would forever inspire hope and courage to all who heard it.</w:t>
      </w:r>
    </w:p>
    <w:p w14:paraId="7407467A" w14:textId="77777777" w:rsidR="008130CF" w:rsidRDefault="008130CF" w:rsidP="003166C8">
      <w:pPr>
        <w:ind w:right="20"/>
        <w:sectPr w:rsidR="008130CF">
          <w:pgSz w:w="12240" w:h="15840"/>
          <w:pgMar w:top="0" w:right="1420" w:bottom="0" w:left="1440" w:header="720" w:footer="720" w:gutter="0"/>
          <w:cols w:space="720"/>
          <w:docGrid w:linePitch="360"/>
        </w:sectPr>
      </w:pPr>
    </w:p>
    <w:p w14:paraId="5627BB51"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Time of Rejoicing</w:t>
      </w:r>
    </w:p>
    <w:p w14:paraId="4D49FC26" w14:textId="77777777" w:rsidR="008130CF" w:rsidRDefault="00000000" w:rsidP="003166C8">
      <w:pPr>
        <w:autoSpaceDE w:val="0"/>
        <w:autoSpaceDN w:val="0"/>
        <w:spacing w:before="458" w:after="0" w:line="360" w:lineRule="exact"/>
        <w:ind w:right="20"/>
      </w:pPr>
      <w:r>
        <w:rPr>
          <w:rFonts w:ascii="LiberationSerif" w:eastAsia="LiberationSerif" w:hAnsi="LiberationSerif"/>
          <w:color w:val="000000"/>
          <w:sz w:val="30"/>
        </w:rPr>
        <w:t xml:space="preserve">The air vibrated with a jubilant energy, a stark contrast to the grim determination that had fueled the recent battle. Crimson banners, emblazoned with the snarling visage of a horned devil, snapped in the celebratory breeze. The air, thick with the scent of woodsmoke and roasting meat, carried the </w:t>
      </w:r>
      <w:r>
        <w:br/>
      </w:r>
      <w:r>
        <w:rPr>
          <w:rFonts w:ascii="LiberationSerif" w:eastAsia="LiberationSerif" w:hAnsi="LiberationSerif"/>
          <w:color w:val="000000"/>
          <w:sz w:val="30"/>
        </w:rPr>
        <w:t>joyous shouts of the Devil Tribe, their laughter echoing through the ravaged landscape like a defiant hymn. After weeks of relentless fighting, fear, and hardship, the victory was intoxicating, a potent brew of relief and unrestrained joy. The once-desolate plains, scarred by the brutal conflict, now pulsed with a vibrant life, a testament to the resilience of the Devil Tribe and their unlikely savior, Sergeant First Class Marcus Cole.</w:t>
      </w:r>
    </w:p>
    <w:p w14:paraId="2A5B22F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resplendent in a newly crafted gown of rich, deep reds and shimmering obsidian, moved through the throng, a whirlwind of pink skin and fiery passion. Her usual sarcastic wit was replaced by a radiant smile that reached her </w:t>
      </w:r>
      <w:r>
        <w:br/>
      </w:r>
      <w:r>
        <w:rPr>
          <w:rFonts w:ascii="LiberationSerif" w:eastAsia="LiberationSerif" w:hAnsi="LiberationSerif"/>
          <w:color w:val="000000"/>
          <w:sz w:val="30"/>
        </w:rPr>
        <w:t xml:space="preserve">mesmerizingly crimson eyes. She embraced her people, sharing their joy, their tears of relief, their expressions of gratitude. Marcus, standing beside her, felt a surge of pride and overwhelming affection. He wasn't just a soldier </w:t>
      </w:r>
      <w:r>
        <w:br/>
      </w:r>
      <w:r>
        <w:rPr>
          <w:rFonts w:ascii="LiberationSerif" w:eastAsia="LiberationSerif" w:hAnsi="LiberationSerif"/>
          <w:color w:val="000000"/>
          <w:sz w:val="30"/>
        </w:rPr>
        <w:t xml:space="preserve">anymore; he was their leader, their protector, their husband. The weight of responsibility rested heavily on his shoulders, yet it was a burden he willingly bore, fueled by the love he shared with Liliana and the unwavering loyalty of his </w:t>
      </w:r>
      <w:r>
        <w:br/>
      </w:r>
      <w:r>
        <w:rPr>
          <w:rFonts w:ascii="LiberationSerif" w:eastAsia="LiberationSerif" w:hAnsi="LiberationSerif"/>
          <w:color w:val="000000"/>
          <w:sz w:val="30"/>
        </w:rPr>
        <w:t>adopted tribe.</w:t>
      </w:r>
    </w:p>
    <w:p w14:paraId="0558F31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 wasn't simply a raucous display of </w:t>
      </w:r>
      <w:r>
        <w:br/>
      </w:r>
      <w:r>
        <w:rPr>
          <w:rFonts w:ascii="LiberationSerif" w:eastAsia="LiberationSerif" w:hAnsi="LiberationSerif"/>
          <w:color w:val="000000"/>
          <w:sz w:val="30"/>
        </w:rPr>
        <w:t xml:space="preserve">unrestrained emotion. It was a ritual, a sacred act of </w:t>
      </w:r>
      <w:r>
        <w:br/>
      </w:r>
      <w:r>
        <w:rPr>
          <w:rFonts w:ascii="LiberationSerif" w:eastAsia="LiberationSerif" w:hAnsi="LiberationSerif"/>
          <w:color w:val="000000"/>
          <w:sz w:val="30"/>
        </w:rPr>
        <w:t xml:space="preserve">acknowledging their survival, their triumph over </w:t>
      </w:r>
      <w:r>
        <w:br/>
      </w:r>
      <w:r>
        <w:rPr>
          <w:rFonts w:ascii="LiberationSerif" w:eastAsia="LiberationSerif" w:hAnsi="LiberationSerif"/>
          <w:color w:val="000000"/>
          <w:sz w:val="30"/>
        </w:rPr>
        <w:t>overwhelming odds. Each bonfire crackled and roared, its</w:t>
      </w:r>
    </w:p>
    <w:p w14:paraId="407263EA" w14:textId="77777777" w:rsidR="008130CF" w:rsidRDefault="008130CF" w:rsidP="003166C8">
      <w:pPr>
        <w:ind w:right="20"/>
        <w:sectPr w:rsidR="008130CF">
          <w:pgSz w:w="12240" w:h="15840"/>
          <w:pgMar w:top="0" w:right="1420" w:bottom="0" w:left="1440" w:header="720" w:footer="720" w:gutter="0"/>
          <w:cols w:space="720"/>
          <w:docGrid w:linePitch="360"/>
        </w:sectPr>
      </w:pPr>
    </w:p>
    <w:p w14:paraId="7F6FE87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flames reaching towards the heavens, a silent prayer of </w:t>
      </w:r>
      <w:r>
        <w:br/>
      </w:r>
      <w:r>
        <w:rPr>
          <w:rFonts w:ascii="LiberationSerif" w:eastAsia="LiberationSerif" w:hAnsi="LiberationSerif"/>
          <w:color w:val="000000"/>
          <w:sz w:val="30"/>
        </w:rPr>
        <w:t xml:space="preserve">thanks. Warriors, their bodies bearing the scars of battle, danced with fierce abandon, their movements a testament to the strength and vitality they had rediscovered. Women, their faces etched with the weariness of war but their eyes </w:t>
      </w:r>
      <w:r>
        <w:br/>
      </w:r>
      <w:r>
        <w:rPr>
          <w:rFonts w:ascii="LiberationSerif" w:eastAsia="LiberationSerif" w:hAnsi="LiberationSerif"/>
          <w:color w:val="000000"/>
          <w:sz w:val="30"/>
        </w:rPr>
        <w:t>gleaming with hope, shared stories and laughter, forging stronger bonds that would help to rebuild their shattered lives.</w:t>
      </w:r>
    </w:p>
    <w:p w14:paraId="0335082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feast itself was a spectacle. Giant spits, laden with succulent meats, turned slowly over the crackling flames. The aroma of roasted boar, seasoned with exotic herbs and spices unknown to Marcus, filled the air. Huge cauldrons bubbled over open fires, offering stews made from </w:t>
      </w:r>
      <w:r>
        <w:br/>
      </w:r>
      <w:r>
        <w:rPr>
          <w:rFonts w:ascii="LiberationSerif" w:eastAsia="LiberationSerif" w:hAnsi="LiberationSerif"/>
          <w:color w:val="000000"/>
          <w:sz w:val="30"/>
        </w:rPr>
        <w:t xml:space="preserve">ingredients he couldn't identify, but tasted delicious </w:t>
      </w:r>
      <w:r>
        <w:br/>
      </w:r>
      <w:r>
        <w:rPr>
          <w:rFonts w:ascii="LiberationSerif" w:eastAsia="LiberationSerif" w:hAnsi="LiberationSerif"/>
          <w:color w:val="000000"/>
          <w:sz w:val="30"/>
        </w:rPr>
        <w:t>nonetheless. The abundance of food, the sheer extravagance of the celebration, was a stark contrast to the meager rations they had endured during the campaign. It was a physical manifestation of their newfound freedom, a symbol of their victory, a promise of a brighter future.</w:t>
      </w:r>
    </w:p>
    <w:p w14:paraId="24857BC8"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As night fell, the celebration took on a more mystical aspect.</w:t>
      </w:r>
    </w:p>
    <w:p w14:paraId="2FEA7E6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Drums pounded a hypnotic rhythm, weaving a spell of </w:t>
      </w:r>
      <w:r>
        <w:br/>
      </w:r>
      <w:r>
        <w:rPr>
          <w:rFonts w:ascii="LiberationSerif" w:eastAsia="LiberationSerif" w:hAnsi="LiberationSerif"/>
          <w:color w:val="000000"/>
          <w:sz w:val="30"/>
        </w:rPr>
        <w:t xml:space="preserve">shared joy and unity. Elders, their faces wrinkled with </w:t>
      </w:r>
      <w:r>
        <w:br/>
      </w:r>
      <w:r>
        <w:rPr>
          <w:rFonts w:ascii="LiberationSerif" w:eastAsia="LiberationSerif" w:hAnsi="LiberationSerif"/>
          <w:color w:val="000000"/>
          <w:sz w:val="30"/>
        </w:rPr>
        <w:t xml:space="preserve">wisdom and experience, shared ancient stories and traditions, passing down the legacy of their people to the next </w:t>
      </w:r>
      <w:r>
        <w:br/>
      </w:r>
      <w:r>
        <w:rPr>
          <w:rFonts w:ascii="LiberationSerif" w:eastAsia="LiberationSerif" w:hAnsi="LiberationSerif"/>
          <w:color w:val="000000"/>
          <w:sz w:val="30"/>
        </w:rPr>
        <w:t xml:space="preserve">generation. Shamans, adorned in elaborate ceremonial garb, performed rituals, calling on the spirits of their ancestors to bless the tribe with continued prosperity and peace. The flames of the bonfires danced in a mesmerizing ballet, </w:t>
      </w:r>
      <w:r>
        <w:br/>
      </w:r>
      <w:r>
        <w:rPr>
          <w:rFonts w:ascii="LiberationSerif" w:eastAsia="LiberationSerif" w:hAnsi="LiberationSerif"/>
          <w:color w:val="000000"/>
          <w:sz w:val="30"/>
        </w:rPr>
        <w:t>casting flickering shadows that seemed to breathe with life.</w:t>
      </w:r>
    </w:p>
    <w:p w14:paraId="5200F31D"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Music, both ancient and newly composed, filled the night. Instruments unlike anything Marcus had ever seen – intricate flutes carved from bone, stringed instruments with vibrant, iridescent wood bodies, and drums made from stretched</w:t>
      </w:r>
    </w:p>
    <w:p w14:paraId="097B7F5F" w14:textId="77777777" w:rsidR="008130CF" w:rsidRDefault="008130CF" w:rsidP="003166C8">
      <w:pPr>
        <w:ind w:right="20"/>
        <w:sectPr w:rsidR="008130CF">
          <w:pgSz w:w="12240" w:h="15840"/>
          <w:pgMar w:top="0" w:right="1420" w:bottom="0" w:left="1440" w:header="720" w:footer="720" w:gutter="0"/>
          <w:cols w:space="720"/>
          <w:docGrid w:linePitch="360"/>
        </w:sectPr>
      </w:pPr>
    </w:p>
    <w:p w14:paraId="61D21F3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animal hides – created a soundscape that was both </w:t>
      </w:r>
      <w:r>
        <w:br/>
      </w:r>
      <w:r>
        <w:rPr>
          <w:rFonts w:ascii="LiberationSerif" w:eastAsia="LiberationSerif" w:hAnsi="LiberationSerif"/>
          <w:color w:val="000000"/>
          <w:sz w:val="30"/>
        </w:rPr>
        <w:t>captivating and profoundly moving. The music was a mirror reflecting the multifaceted emotions of the celebration: relief, gratitude, joy, hope. The melody painted a picture of a future that stretched before them, a future where the shadow of slavery no longer loomed.</w:t>
      </w:r>
    </w:p>
    <w:p w14:paraId="5503D08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standing at Liliana's side, felt a profound sense of peace. He had journeyed far from his own world, his own life, and yet he had found something far more valuable: a purpose, a family, a love that transcended all boundaries. He watched as Liliana danced, her movements fluid and </w:t>
      </w:r>
      <w:r>
        <w:br/>
      </w:r>
      <w:r>
        <w:rPr>
          <w:rFonts w:ascii="LiberationSerif" w:eastAsia="LiberationSerif" w:hAnsi="LiberationSerif"/>
          <w:color w:val="000000"/>
          <w:sz w:val="30"/>
        </w:rPr>
        <w:t>graceful, a stark contrast to the fierce warrior he had first encountered. Her laughter was infectious, filling him with an affection that was both powerful and soothing. The scars on her face, earned during the struggle for liberation, were badges of honor, stories etched into her flesh, a reminder of the battles fought and won.</w:t>
      </w:r>
    </w:p>
    <w:p w14:paraId="0E62AAB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 continued until dawn, an unforgettable spectacle of joy and unity. The warriors sang songs of </w:t>
      </w:r>
      <w:r>
        <w:br/>
      </w:r>
      <w:r>
        <w:rPr>
          <w:rFonts w:ascii="LiberationSerif" w:eastAsia="LiberationSerif" w:hAnsi="LiberationSerif"/>
          <w:color w:val="000000"/>
          <w:sz w:val="30"/>
        </w:rPr>
        <w:t xml:space="preserve">courage and resilience, sharing their memories of the battle, their laughter intermingling with tears of remembrance for those who had fallen. The elders performed rituals of </w:t>
      </w:r>
      <w:r>
        <w:br/>
      </w:r>
      <w:r>
        <w:rPr>
          <w:rFonts w:ascii="LiberationSerif" w:eastAsia="LiberationSerif" w:hAnsi="LiberationSerif"/>
          <w:color w:val="000000"/>
          <w:sz w:val="30"/>
        </w:rPr>
        <w:t xml:space="preserve">thanksgiving, offering prayers to the spirits for their </w:t>
      </w:r>
      <w:r>
        <w:br/>
      </w:r>
      <w:r>
        <w:rPr>
          <w:rFonts w:ascii="LiberationSerif" w:eastAsia="LiberationSerif" w:hAnsi="LiberationSerif"/>
          <w:color w:val="000000"/>
          <w:sz w:val="30"/>
        </w:rPr>
        <w:t>protection and guidance. As the first rays of sunlight broke through the horizon, painting the sky in vibrant hues of orange and gold, a sense of quiet contentment settled over the camp. The victory was real; their freedom was secure.</w:t>
      </w:r>
    </w:p>
    <w:p w14:paraId="7A3B5397" w14:textId="77777777" w:rsidR="008130CF" w:rsidRDefault="00000000" w:rsidP="003166C8">
      <w:pPr>
        <w:autoSpaceDE w:val="0"/>
        <w:autoSpaceDN w:val="0"/>
        <w:spacing w:after="0" w:line="360" w:lineRule="exact"/>
        <w:ind w:right="20"/>
        <w:jc w:val="both"/>
      </w:pPr>
      <w:r>
        <w:rPr>
          <w:rFonts w:ascii="LiberationSerif" w:eastAsia="LiberationSerif" w:hAnsi="LiberationSerif"/>
          <w:color w:val="000000"/>
          <w:sz w:val="30"/>
        </w:rPr>
        <w:t>The future was uncertain, yes, but it held the promise of peace, prosperity, and a love that would endure even the most treacherous storms.</w:t>
      </w:r>
    </w:p>
    <w:p w14:paraId="5102BB6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 wasn't just a night of revelry; it was a </w:t>
      </w:r>
      <w:r>
        <w:br/>
      </w:r>
      <w:r>
        <w:rPr>
          <w:rFonts w:ascii="LiberationSerif" w:eastAsia="LiberationSerif" w:hAnsi="LiberationSerif"/>
          <w:color w:val="000000"/>
          <w:sz w:val="30"/>
        </w:rPr>
        <w:t>turning point. It was a moment where the Devil Tribe, once broken and enslaved, reaffirmed their identity, their strength,</w:t>
      </w:r>
    </w:p>
    <w:p w14:paraId="70DBEF20" w14:textId="77777777" w:rsidR="008130CF" w:rsidRDefault="008130CF" w:rsidP="003166C8">
      <w:pPr>
        <w:ind w:right="20"/>
        <w:sectPr w:rsidR="008130CF">
          <w:pgSz w:w="12240" w:h="15840"/>
          <w:pgMar w:top="0" w:right="1420" w:bottom="0" w:left="1440" w:header="720" w:footer="720" w:gutter="0"/>
          <w:cols w:space="720"/>
          <w:docGrid w:linePitch="360"/>
        </w:sectPr>
      </w:pPr>
    </w:p>
    <w:p w14:paraId="40718BD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and their spirit. It was a testament to their resilience, their unwavering hope, and their ability to rise from the ashes of despair. Marcus, once a stranger in a strange land, had </w:t>
      </w:r>
      <w:r>
        <w:br/>
      </w:r>
      <w:r>
        <w:rPr>
          <w:rFonts w:ascii="LiberationSerif" w:eastAsia="LiberationSerif" w:hAnsi="LiberationSerif"/>
          <w:color w:val="000000"/>
          <w:sz w:val="30"/>
        </w:rPr>
        <w:t xml:space="preserve">become an integral part of this remarkable transformation, his military expertise and unwavering loyalty playing a pivotal role in their victory. His marriage to Liliana was a symbol of this new era, a binding force that would shape the future of the tribe, a future filled with the promise of a </w:t>
      </w:r>
      <w:r>
        <w:br/>
      </w:r>
      <w:r>
        <w:rPr>
          <w:rFonts w:ascii="LiberationSerif" w:eastAsia="LiberationSerif" w:hAnsi="LiberationSerif"/>
          <w:color w:val="000000"/>
          <w:sz w:val="30"/>
        </w:rPr>
        <w:t>lasting peace and a love as fierce and enduring as the bonds forged in the crucible of war.</w:t>
      </w:r>
    </w:p>
    <w:p w14:paraId="5F0FBD8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aftermath of the battle was dealt with meticulously. The fallen warriors, both from the Devil Tribe and Marcus's newly formed alliance, were honored with somber </w:t>
      </w:r>
      <w:r>
        <w:br/>
      </w:r>
      <w:r>
        <w:rPr>
          <w:rFonts w:ascii="LiberationSerif" w:eastAsia="LiberationSerif" w:hAnsi="LiberationSerif"/>
          <w:color w:val="000000"/>
          <w:sz w:val="30"/>
        </w:rPr>
        <w:t xml:space="preserve">ceremonies, their memories immortalized in stories and songs that would be passed down through generations. The wounded received the best possible care, utilizing a blend of traditional Devil Tribe healing methods and Marcus's </w:t>
      </w:r>
      <w:r>
        <w:br/>
      </w:r>
      <w:r>
        <w:rPr>
          <w:rFonts w:ascii="LiberationSerif" w:eastAsia="LiberationSerif" w:hAnsi="LiberationSerif"/>
          <w:color w:val="000000"/>
          <w:sz w:val="30"/>
        </w:rPr>
        <w:t>knowledge of modern battlefield medicine. The injured received potions brewed by skilled shaman and carefully applied bandages that aided quick healing, and Marcus’s knowledge of infection control saved many lives.</w:t>
      </w:r>
    </w:p>
    <w:p w14:paraId="79E7DEB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rebuilding process began immediately. The damaged structures, scorched earth, and ruined homes were seen not as reminders of their suffering but as a challenge, an </w:t>
      </w:r>
      <w:r>
        <w:br/>
      </w:r>
      <w:r>
        <w:rPr>
          <w:rFonts w:ascii="LiberationSerif" w:eastAsia="LiberationSerif" w:hAnsi="LiberationSerif"/>
          <w:color w:val="000000"/>
          <w:sz w:val="30"/>
        </w:rPr>
        <w:t xml:space="preserve">opportunity to build a better future. Marcus's military </w:t>
      </w:r>
      <w:r>
        <w:br/>
      </w:r>
      <w:r>
        <w:rPr>
          <w:rFonts w:ascii="LiberationSerif" w:eastAsia="LiberationSerif" w:hAnsi="LiberationSerif"/>
          <w:color w:val="000000"/>
          <w:sz w:val="30"/>
        </w:rPr>
        <w:t xml:space="preserve">organization skills, combined with Liliana's understanding of her people's traditions and needs, ensured that the rebuilding efforts were efficient and effective. The homes were rebuilt using sustainable materials, incorporating both ancient </w:t>
      </w:r>
      <w:r>
        <w:br/>
      </w:r>
      <w:r>
        <w:rPr>
          <w:rFonts w:ascii="LiberationSerif" w:eastAsia="LiberationSerif" w:hAnsi="LiberationSerif"/>
          <w:color w:val="000000"/>
          <w:sz w:val="30"/>
        </w:rPr>
        <w:t>techniques and new innovations learned from the alliance.</w:t>
      </w:r>
    </w:p>
    <w:p w14:paraId="4F588639"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Devil Tribe's society was rebuilt with both ancient traditions and Marcus's organizational skills. The result was a thriving society built upon ancient traditions but also with</w:t>
      </w:r>
    </w:p>
    <w:p w14:paraId="12220DE7" w14:textId="77777777" w:rsidR="008130CF" w:rsidRDefault="008130CF" w:rsidP="003166C8">
      <w:pPr>
        <w:ind w:right="20"/>
        <w:sectPr w:rsidR="008130CF">
          <w:pgSz w:w="12240" w:h="15840"/>
          <w:pgMar w:top="0" w:right="1420" w:bottom="0" w:left="1440" w:header="720" w:footer="720" w:gutter="0"/>
          <w:cols w:space="720"/>
          <w:docGrid w:linePitch="360"/>
        </w:sectPr>
      </w:pPr>
    </w:p>
    <w:p w14:paraId="3F7C1E8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new structures of organization that brought about significant improvements.</w:t>
      </w:r>
    </w:p>
    <w:p w14:paraId="17ACD39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Renewed alliances flourished, strengthened by their shared victory. The other tribes, once hesitant to side with the Devil Tribe, now saw them as equals, allies, and potential trading partners. The mutual respect gained in the crucible of war forged stronger ties that would aid in the defense of their shared territories. The newfound stability and security </w:t>
      </w:r>
      <w:r>
        <w:br/>
      </w:r>
      <w:r>
        <w:rPr>
          <w:rFonts w:ascii="LiberationSerif" w:eastAsia="LiberationSerif" w:hAnsi="LiberationSerif"/>
          <w:color w:val="000000"/>
          <w:sz w:val="30"/>
        </w:rPr>
        <w:t xml:space="preserve">brought economic prosperity. Trade flourished, bringing new goods and ideas that propelled the Devil Tribe’s </w:t>
      </w:r>
      <w:r>
        <w:br/>
      </w:r>
      <w:r>
        <w:rPr>
          <w:rFonts w:ascii="LiberationSerif" w:eastAsia="LiberationSerif" w:hAnsi="LiberationSerif"/>
          <w:color w:val="000000"/>
          <w:sz w:val="30"/>
        </w:rPr>
        <w:t>advancements.</w:t>
      </w:r>
    </w:p>
    <w:p w14:paraId="5C3D8BC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found his place within the Devil Tribe, not merely as their leader but as a member of their community. He learned their customs, embraced their traditions, and earned their respect, not through force, but through genuine care and unwavering loyalty. He learned their language, their history, their unique perspective, making it not only his home but a land he fought to protect. He was no longer just a soldier; he was a husband, a leader, a member of a family he had chosen and that had fiercely embraced him. The transition wasn’t without its difficulties, but Liliana’s love and the Devil </w:t>
      </w:r>
      <w:r>
        <w:br/>
      </w:r>
      <w:r>
        <w:rPr>
          <w:rFonts w:ascii="LiberationSerif" w:eastAsia="LiberationSerif" w:hAnsi="LiberationSerif"/>
          <w:color w:val="000000"/>
          <w:sz w:val="30"/>
        </w:rPr>
        <w:t>Tribe's acceptance made it a smooth, welcoming journey into a new chapter.</w:t>
      </w:r>
    </w:p>
    <w:p w14:paraId="40279E1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celebration of victory was far more than a mere party; it was a turning point, a rebirth, the dawn of a new era. It marked not just the end of a war, but the beginning of a profound and lasting transformation. The Devil Tribe had been reborn, stronger, more resilient, and united than ever before, and at the center of this transformation stood Marcus and Liliana, their love story a beacon of hope in a world still recovering from the scars of war. The celebrations lasted for days, a constant stream of laughter, music, and dancing, a</w:t>
      </w:r>
    </w:p>
    <w:p w14:paraId="4AE9BC6A" w14:textId="77777777" w:rsidR="008130CF" w:rsidRDefault="008130CF" w:rsidP="003166C8">
      <w:pPr>
        <w:ind w:right="20"/>
        <w:sectPr w:rsidR="008130CF">
          <w:pgSz w:w="12240" w:h="15840"/>
          <w:pgMar w:top="0" w:right="1420" w:bottom="0" w:left="1440" w:header="720" w:footer="720" w:gutter="0"/>
          <w:cols w:space="720"/>
          <w:docGrid w:linePitch="360"/>
        </w:sectPr>
      </w:pPr>
    </w:p>
    <w:p w14:paraId="03EE0E5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vibrant tapestry woven from the threads of joy, relief, and the promise of a brighter future.</w:t>
      </w:r>
    </w:p>
    <w:p w14:paraId="5EA905A8" w14:textId="77777777" w:rsidR="008130CF" w:rsidRDefault="008130CF" w:rsidP="003166C8">
      <w:pPr>
        <w:ind w:right="20"/>
        <w:sectPr w:rsidR="008130CF">
          <w:pgSz w:w="12240" w:h="15840"/>
          <w:pgMar w:top="0" w:right="1420" w:bottom="0" w:left="1440" w:header="720" w:footer="720" w:gutter="0"/>
          <w:cols w:space="720"/>
          <w:docGrid w:linePitch="360"/>
        </w:sectPr>
      </w:pPr>
    </w:p>
    <w:p w14:paraId="154AE702"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Dealing with the Losses</w:t>
      </w:r>
    </w:p>
    <w:p w14:paraId="758CFD8F"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revelry eventually faded, the vibrant tapestry of </w:t>
      </w:r>
      <w:r>
        <w:br/>
      </w:r>
      <w:r>
        <w:rPr>
          <w:rFonts w:ascii="LiberationSerif" w:eastAsia="LiberationSerif" w:hAnsi="LiberationSerif"/>
          <w:color w:val="000000"/>
          <w:sz w:val="30"/>
        </w:rPr>
        <w:t>celebration slowly unraveling, leaving behind a quieter, more somber reality. The echoes of laughter were replaced by the hushed whispers of those tending to the wounded, the joyous music giving way to the mournful cries of the bereaved. The victory had been hard-won, purchased at a steep price. While the Devil Tribe had triumphed, the cost was etched into the very fabric of their existence – a tapestry interwoven with threads of loss and sorrow.</w:t>
      </w:r>
    </w:p>
    <w:p w14:paraId="3CE83BE1" w14:textId="4038363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makeshift hospital, established within the largest of the salvaged huts, was a hive of activity. The pungent aroma of antiseptic herbs mingled with the metallic tang of blood. Liliana, her usually vibrant pink skin pale with exhaustion, moved tirelessly amongst the injured, her touch both gentle and sure. Her inherent healing abilities, honed over </w:t>
      </w:r>
      <w:r>
        <w:br/>
      </w:r>
      <w:r>
        <w:rPr>
          <w:rFonts w:ascii="LiberationSerif" w:eastAsia="LiberationSerif" w:hAnsi="LiberationSerif"/>
          <w:color w:val="000000"/>
          <w:sz w:val="30"/>
        </w:rPr>
        <w:t xml:space="preserve">generations, were constantly in use, mending broken bones, staunching bleeding wounds, and soothing the ravaged spirits of her people. </w:t>
      </w:r>
      <w:r w:rsidR="00AF3838">
        <w:rPr>
          <w:rFonts w:ascii="LiberationSerif" w:eastAsia="LiberationSerif" w:hAnsi="LiberationSerif"/>
          <w:color w:val="000000"/>
          <w:sz w:val="30"/>
        </w:rPr>
        <w:t>D</w:t>
      </w:r>
      <w:r>
        <w:rPr>
          <w:rFonts w:ascii="LiberationSerif" w:eastAsia="LiberationSerif" w:hAnsi="LiberationSerif"/>
          <w:color w:val="000000"/>
          <w:sz w:val="30"/>
        </w:rPr>
        <w:t xml:space="preserve">espite </w:t>
      </w:r>
      <w:r w:rsidR="00AF3838">
        <w:rPr>
          <w:rFonts w:ascii="LiberationSerif" w:eastAsia="LiberationSerif" w:hAnsi="LiberationSerif"/>
          <w:color w:val="000000"/>
          <w:sz w:val="30"/>
        </w:rPr>
        <w:t>my</w:t>
      </w:r>
      <w:r>
        <w:rPr>
          <w:rFonts w:ascii="LiberationSerif" w:eastAsia="LiberationSerif" w:hAnsi="LiberationSerif"/>
          <w:color w:val="000000"/>
          <w:sz w:val="30"/>
        </w:rPr>
        <w:t xml:space="preserve"> own weariness, </w:t>
      </w:r>
      <w:r w:rsidR="00AF3838">
        <w:rPr>
          <w:rFonts w:ascii="LiberationSerif" w:eastAsia="LiberationSerif" w:hAnsi="LiberationSerif"/>
          <w:color w:val="000000"/>
          <w:sz w:val="30"/>
        </w:rPr>
        <w:t xml:space="preserve">I </w:t>
      </w:r>
      <w:r>
        <w:rPr>
          <w:rFonts w:ascii="LiberationSerif" w:eastAsia="LiberationSerif" w:hAnsi="LiberationSerif"/>
          <w:color w:val="000000"/>
          <w:sz w:val="30"/>
        </w:rPr>
        <w:t xml:space="preserve">found </w:t>
      </w:r>
      <w:r w:rsidR="00AF3838">
        <w:rPr>
          <w:rFonts w:ascii="LiberationSerif" w:eastAsia="LiberationSerif" w:hAnsi="LiberationSerif"/>
          <w:color w:val="000000"/>
          <w:sz w:val="30"/>
        </w:rPr>
        <w:t>my</w:t>
      </w:r>
      <w:r>
        <w:rPr>
          <w:rFonts w:ascii="LiberationSerif" w:eastAsia="LiberationSerif" w:hAnsi="LiberationSerif"/>
          <w:color w:val="000000"/>
          <w:sz w:val="30"/>
        </w:rPr>
        <w:t>self surprisingly adept at assisting.</w:t>
      </w:r>
      <w:r w:rsidR="006611AF">
        <w:rPr>
          <w:rFonts w:ascii="LiberationSerif" w:eastAsia="LiberationSerif" w:hAnsi="LiberationSerif"/>
          <w:color w:val="000000"/>
          <w:sz w:val="30"/>
        </w:rPr>
        <w:t xml:space="preserve"> I</w:t>
      </w:r>
      <w:r>
        <w:rPr>
          <w:rFonts w:ascii="LiberationSerif" w:eastAsia="LiberationSerif" w:hAnsi="LiberationSerif"/>
          <w:color w:val="000000"/>
          <w:sz w:val="30"/>
        </w:rPr>
        <w:t xml:space="preserve"> helped with the more mundane tasks: cleaning wounds, applying bandages, fetching water and herbs.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was a silent, steady prese</w:t>
      </w:r>
      <w:r w:rsidR="006611AF">
        <w:rPr>
          <w:rFonts w:ascii="LiberationSerif" w:eastAsia="LiberationSerif" w:hAnsi="LiberationSerif"/>
          <w:color w:val="000000"/>
          <w:sz w:val="30"/>
        </w:rPr>
        <w:t>nt</w:t>
      </w:r>
      <w:r>
        <w:rPr>
          <w:rFonts w:ascii="LiberationSerif" w:eastAsia="LiberationSerif" w:hAnsi="LiberationSerif"/>
          <w:color w:val="000000"/>
          <w:sz w:val="30"/>
        </w:rPr>
        <w:t>, a solid anchor in the midst of the chaos.</w:t>
      </w:r>
    </w:p>
    <w:p w14:paraId="344DF3F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losses were heavy. Many brave warriors, friends who had fought alongside them, lay still and cold, their vibrant lives extinguished too soon. Each fallen warrior represented a unique story, a life cut short before its potential could be fully realized. There was Old Man Hemlock, whose wisdom and experience had been invaluable in the recent battles. He</w:t>
      </w:r>
    </w:p>
    <w:p w14:paraId="2D96152A" w14:textId="77777777" w:rsidR="008130CF" w:rsidRDefault="008130CF" w:rsidP="003166C8">
      <w:pPr>
        <w:ind w:right="20"/>
        <w:sectPr w:rsidR="008130CF">
          <w:pgSz w:w="12240" w:h="15840"/>
          <w:pgMar w:top="0" w:right="1420" w:bottom="0" w:left="1440" w:header="720" w:footer="720" w:gutter="0"/>
          <w:cols w:space="720"/>
          <w:docGrid w:linePitch="360"/>
        </w:sectPr>
      </w:pPr>
    </w:p>
    <w:p w14:paraId="71B6C77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had faced death countless times throughout his life, yet even his legendary resilience could not overcome the severity of the wounds inflicted during the final assault. His death, like the loss of any elder, felt particularly poignant, leaving a gaping hole in the community. Then there was Zara, a young woman with a fierce spirit and a laugh that could shake the very earth. She had been a whirlwind of energy on the </w:t>
      </w:r>
      <w:r>
        <w:br/>
      </w:r>
      <w:r>
        <w:rPr>
          <w:rFonts w:ascii="LiberationSerif" w:eastAsia="LiberationSerif" w:hAnsi="LiberationSerif"/>
          <w:color w:val="000000"/>
          <w:sz w:val="30"/>
        </w:rPr>
        <w:t>battlefield, her blade a blur of motion. Now, her silence was deafening. Her loss left a void that echoed in the hearts of those who knew her. And there was many more, every one a story of courage and sacrifice. The air was thick with grief, the tears of those who had lost loved ones a stark reminder of the war’s true cost.</w:t>
      </w:r>
    </w:p>
    <w:p w14:paraId="0C0E3C6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Marcus found himself wrestling with his own grief, the unfamiliar weight of loss settling heavily on his shoulders. He'd faced death many times in his military career, but the impersonal nature of combat casualties was vastly different from the personal bonds forged here. He had grown to know and respect these people, to share their laughter and their tears. Their deaths felt like a betrayal, a gut punch that left him breathless.</w:t>
      </w:r>
    </w:p>
    <w:p w14:paraId="1930FD8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sought solace in Liliana's presence, finding comfort in her silent understanding. They spent hours together, tending to the wounded, sharing quiet moments of reflection amidst the cacophony of the makeshift hospital. He saw the depth of her empathy, her unwavering dedication to her people, and the profound pain she bore within her heart. Her own losses ran deep; her own family members, her own close friends, had fallen. Yet, she never faltered, her strength seemingly inexhaustible.</w:t>
      </w:r>
    </w:p>
    <w:p w14:paraId="077B45B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physical recovery was a slow, arduous process. Many survivors bore scars, both visible and invisible. The physical wounds would heal, given time and care. The emotional</w:t>
      </w:r>
    </w:p>
    <w:p w14:paraId="1F2F3CC1" w14:textId="77777777" w:rsidR="008130CF" w:rsidRDefault="008130CF" w:rsidP="003166C8">
      <w:pPr>
        <w:ind w:right="20"/>
        <w:sectPr w:rsidR="008130CF">
          <w:pgSz w:w="12240" w:h="15840"/>
          <w:pgMar w:top="0" w:right="1420" w:bottom="0" w:left="1440" w:header="720" w:footer="720" w:gutter="0"/>
          <w:cols w:space="720"/>
          <w:docGrid w:linePitch="360"/>
        </w:sectPr>
      </w:pPr>
    </w:p>
    <w:p w14:paraId="723A6A7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wounds, however, would take longer, perhaps a lifetime, to fully mend. The nightmares were common among the </w:t>
      </w:r>
      <w:r>
        <w:br/>
      </w:r>
      <w:r>
        <w:rPr>
          <w:rFonts w:ascii="LiberationSerif" w:eastAsia="LiberationSerif" w:hAnsi="LiberationSerif"/>
          <w:color w:val="000000"/>
          <w:sz w:val="30"/>
        </w:rPr>
        <w:t>warriors, vivid replays of the horrors they had endured. The screams of the dying, the smell of blood and smoke, the fear that had clung to them like a shroud – these would haunt their waking hours, leaving them jumpy and easily startled.</w:t>
      </w:r>
    </w:p>
    <w:p w14:paraId="4613337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and Marcus organized group therapy sessions, drawing upon their unique strengths to offer solace and support. Liliana, with her innate magical healing ability and deep understanding of her people's emotional landscape, would guide them through guided meditation exercises aimed at easing their pain and helping them find ways to process their trauma. Marcus, drawing on his own </w:t>
      </w:r>
      <w:r>
        <w:br/>
      </w:r>
      <w:r>
        <w:rPr>
          <w:rFonts w:ascii="LiberationSerif" w:eastAsia="LiberationSerif" w:hAnsi="LiberationSerif"/>
          <w:color w:val="000000"/>
          <w:sz w:val="30"/>
        </w:rPr>
        <w:t>experience of counseling veterans in the army, facilitated discussions, creating a safe space where they could share their fears, their anxieties, and their grief without judgment.</w:t>
      </w:r>
    </w:p>
    <w:p w14:paraId="69AA4D25"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He helped them to utilize structured coping mechanisms learned during his service, focusing on mindfulness, </w:t>
      </w:r>
      <w:r>
        <w:br/>
      </w:r>
      <w:r>
        <w:rPr>
          <w:rFonts w:ascii="LiberationSerif" w:eastAsia="LiberationSerif" w:hAnsi="LiberationSerif"/>
          <w:color w:val="000000"/>
          <w:sz w:val="30"/>
        </w:rPr>
        <w:t>identifying triggers, and fostering a sense of camaraderie and mutual support among the surviving warriors.</w:t>
      </w:r>
    </w:p>
    <w:p w14:paraId="455E7A6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Their efforts bore fruit. Slowly, tentatively, the community began to heal. The shared experience of trauma forged an unbreakable bond, a collective consciousness of resilience.</w:t>
      </w:r>
    </w:p>
    <w:p w14:paraId="5489B154"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survivors, bound together by grief and camaraderie, found strength in their shared suffering, drawing on one another's courage and providing mutual support as they navigated the psychological aftermath of war.</w:t>
      </w:r>
    </w:p>
    <w:p w14:paraId="4164D86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rebuilding effort was just as daunting. Homes were destroyed, fields were ravaged, and the entire infrastructure of the Devil Tribe had been severely disrupted. However, the sense of purpose, born from their shared success and the need to move forward, fueled their collective effort. The warriors, despite their physical and emotional exhaustion,</w:t>
      </w:r>
    </w:p>
    <w:p w14:paraId="54CECF0B" w14:textId="77777777" w:rsidR="008130CF" w:rsidRDefault="008130CF" w:rsidP="003166C8">
      <w:pPr>
        <w:ind w:right="20"/>
        <w:sectPr w:rsidR="008130CF">
          <w:pgSz w:w="12240" w:h="15840"/>
          <w:pgMar w:top="0" w:right="1420" w:bottom="0" w:left="1440" w:header="720" w:footer="720" w:gutter="0"/>
          <w:cols w:space="720"/>
          <w:docGrid w:linePitch="360"/>
        </w:sectPr>
      </w:pPr>
    </w:p>
    <w:p w14:paraId="1CE9BAD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worked side-by-side with the civilians, their determination unwavering.</w:t>
      </w:r>
    </w:p>
    <w:p w14:paraId="4DB21F93" w14:textId="5C41707B"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with his military experience in logistics and </w:t>
      </w:r>
      <w:r>
        <w:br/>
      </w:r>
      <w:r>
        <w:rPr>
          <w:rFonts w:ascii="LiberationSerif" w:eastAsia="LiberationSerif" w:hAnsi="LiberationSerif"/>
          <w:color w:val="000000"/>
          <w:sz w:val="30"/>
        </w:rPr>
        <w:t xml:space="preserve">resource management, played a key role in coordinating the reconstruction.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organized teams, oversaw the distribution of supplies, and established new systems for agriculture and resource management, importing elements of sustainable, tactical infrastructure</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Liliana, drawing on her deep understanding of the land and her </w:t>
      </w:r>
      <w:r>
        <w:br/>
      </w:r>
      <w:r>
        <w:rPr>
          <w:rFonts w:ascii="LiberationSerif" w:eastAsia="LiberationSerif" w:hAnsi="LiberationSerif"/>
          <w:color w:val="000000"/>
          <w:sz w:val="30"/>
        </w:rPr>
        <w:t xml:space="preserve">people's traditions, ensured that the rebuilding process </w:t>
      </w:r>
      <w:r>
        <w:br/>
      </w:r>
      <w:r>
        <w:rPr>
          <w:rFonts w:ascii="LiberationSerif" w:eastAsia="LiberationSerif" w:hAnsi="LiberationSerif"/>
          <w:color w:val="000000"/>
          <w:sz w:val="30"/>
        </w:rPr>
        <w:t xml:space="preserve">respected their cultural heritage and ecological sustainability. Together, they guided their people towards a future born of resilience, a future where the scars of war would serve as a testament to their enduring strength. The rebuilding was a metaphor for their shared healing, a slow, painstaking </w:t>
      </w:r>
      <w:r>
        <w:br/>
      </w:r>
      <w:r>
        <w:rPr>
          <w:rFonts w:ascii="LiberationSerif" w:eastAsia="LiberationSerif" w:hAnsi="LiberationSerif"/>
          <w:color w:val="000000"/>
          <w:sz w:val="30"/>
        </w:rPr>
        <w:t>process, but one fueled by hope and a shared vision for a brighter future.</w:t>
      </w:r>
    </w:p>
    <w:p w14:paraId="4572373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 days turned into weeks, the wounds, both physical and emotional, began to heal. The vibrant energy of the Devil Tribe slowly returned, albeit with a newfound </w:t>
      </w:r>
      <w:r>
        <w:br/>
      </w:r>
      <w:r>
        <w:rPr>
          <w:rFonts w:ascii="LiberationSerif" w:eastAsia="LiberationSerif" w:hAnsi="LiberationSerif"/>
          <w:color w:val="000000"/>
          <w:sz w:val="30"/>
        </w:rPr>
        <w:t>appreciation for peace and a deeper understanding of the fragility of life. The scars remained, a constant reminder of the battles fought and the losses endured. But these scars, too, became badges of honor, symbols of their collective strength, resilience, and unbreakable spirit. Their shared grief had forged an unbreakable bond, a testament to their enduring spirit and their unwavering loyalty to one another.</w:t>
      </w:r>
    </w:p>
    <w:p w14:paraId="49BC6F7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 celebration of the future replaced the celebration of victory, a celebration grounded in the hard-earned reality of survival, resilience, and the enduring power of love and community.</w:t>
      </w:r>
    </w:p>
    <w:p w14:paraId="5D0D6DE4" w14:textId="77777777" w:rsidR="008130CF" w:rsidRDefault="008130CF" w:rsidP="003166C8">
      <w:pPr>
        <w:ind w:right="20"/>
        <w:sectPr w:rsidR="008130CF">
          <w:pgSz w:w="12240" w:h="15840"/>
          <w:pgMar w:top="0" w:right="1420" w:bottom="0" w:left="1440" w:header="720" w:footer="720" w:gutter="0"/>
          <w:cols w:space="720"/>
          <w:docGrid w:linePitch="360"/>
        </w:sectPr>
      </w:pPr>
    </w:p>
    <w:p w14:paraId="673DA41C"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New Beginning</w:t>
      </w:r>
    </w:p>
    <w:p w14:paraId="42CDAFAC" w14:textId="4A638B3A"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air, still thick with the scent of woodsmoke and the lingering magic of the battle, hummed with a different kind of energy now. The frenzied celebrations had given way to the quieter, more purposeful work of rebuilding. The </w:t>
      </w:r>
      <w:r>
        <w:br/>
      </w:r>
      <w:r>
        <w:rPr>
          <w:rFonts w:ascii="LiberationSerif" w:eastAsia="LiberationSerif" w:hAnsi="LiberationSerif"/>
          <w:color w:val="000000"/>
          <w:sz w:val="30"/>
        </w:rPr>
        <w:t xml:space="preserve">devastation wrought by </w:t>
      </w:r>
      <w:r w:rsidR="006611AF">
        <w:rPr>
          <w:rFonts w:ascii="LiberationSerif" w:eastAsia="LiberationSerif" w:hAnsi="LiberationSerif"/>
          <w:color w:val="000000"/>
          <w:sz w:val="30"/>
        </w:rPr>
        <w:t>Zarvokh</w:t>
      </w:r>
      <w:r>
        <w:rPr>
          <w:rFonts w:ascii="LiberationSerif" w:eastAsia="LiberationSerif" w:hAnsi="LiberationSerif"/>
          <w:color w:val="000000"/>
          <w:sz w:val="30"/>
        </w:rPr>
        <w:t>'s forces was staggering.</w:t>
      </w:r>
    </w:p>
    <w:p w14:paraId="67D929BB" w14:textId="30B8F780"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Homes lay in ruins, fields were scorched, and the once-vibrant marketplace was now a desolate expanse of rubble. But the Devil Tribe, resilient as ever, had already begun the long, arduous task of restoration. Liliana, her pink skin </w:t>
      </w:r>
      <w:r>
        <w:br/>
      </w:r>
      <w:r>
        <w:rPr>
          <w:rFonts w:ascii="LiberationSerif" w:eastAsia="LiberationSerif" w:hAnsi="LiberationSerif"/>
          <w:color w:val="000000"/>
          <w:sz w:val="30"/>
        </w:rPr>
        <w:t xml:space="preserve">flushed with a mix of exhaustion and determination, oversaw the efforts with a steely gaze. </w:t>
      </w:r>
      <w:r w:rsidR="006611AF">
        <w:t xml:space="preserve">My </w:t>
      </w:r>
      <w:r>
        <w:rPr>
          <w:rFonts w:ascii="LiberationSerif" w:eastAsia="LiberationSerif" w:hAnsi="LiberationSerif"/>
          <w:color w:val="000000"/>
          <w:sz w:val="30"/>
        </w:rPr>
        <w:t xml:space="preserve">experience in disaster relief, though never in a realm of magic and mythical creatures, translated </w:t>
      </w:r>
      <w:r w:rsidR="006611AF">
        <w:rPr>
          <w:rFonts w:ascii="LiberationSerif" w:eastAsia="LiberationSerif" w:hAnsi="LiberationSerif"/>
          <w:color w:val="000000"/>
          <w:sz w:val="30"/>
        </w:rPr>
        <w:t>well.</w:t>
      </w:r>
    </w:p>
    <w:p w14:paraId="1122D96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first priority was shelter. Teams worked tirelessly, clearing debris, salvaging usable materials, and constructing temporary shelters from salvaged wood and magically </w:t>
      </w:r>
      <w:r>
        <w:br/>
      </w:r>
      <w:r>
        <w:rPr>
          <w:rFonts w:ascii="LiberationSerif" w:eastAsia="LiberationSerif" w:hAnsi="LiberationSerif"/>
          <w:color w:val="000000"/>
          <w:sz w:val="30"/>
        </w:rPr>
        <w:t xml:space="preserve">reinforced vines. Marcus, surprisingly adept with his hands, even helped construct some of the shelters, his muscle </w:t>
      </w:r>
      <w:r>
        <w:br/>
      </w:r>
      <w:r>
        <w:rPr>
          <w:rFonts w:ascii="LiberationSerif" w:eastAsia="LiberationSerif" w:hAnsi="LiberationSerif"/>
          <w:color w:val="000000"/>
          <w:sz w:val="30"/>
        </w:rPr>
        <w:t xml:space="preserve">memory from countless army exercises proving useful in the unfamiliar environment. The air vibrated with the rhythmic thud of hammers, the sawing of wood, and the cheerful, albeit weary, chatter of the tribe as they worked together, a testament to their unity. Liliana, ever practical, used her knowledge of local flora and fauna to identify medicinal plants to treat the lingering injuries of the battle. She had a sharp wit, honed by years of hardship, and a gift for </w:t>
      </w:r>
      <w:r>
        <w:br/>
      </w:r>
      <w:r>
        <w:rPr>
          <w:rFonts w:ascii="LiberationSerif" w:eastAsia="LiberationSerif" w:hAnsi="LiberationSerif"/>
          <w:color w:val="000000"/>
          <w:sz w:val="30"/>
        </w:rPr>
        <w:t>organization that rivaled even Marcus's military precision.</w:t>
      </w:r>
    </w:p>
    <w:p w14:paraId="00FA2E0B" w14:textId="77777777" w:rsidR="008130CF" w:rsidRDefault="008130CF" w:rsidP="003166C8">
      <w:pPr>
        <w:ind w:right="20"/>
        <w:sectPr w:rsidR="008130CF">
          <w:pgSz w:w="12240" w:h="15840"/>
          <w:pgMar w:top="0" w:right="1420" w:bottom="0" w:left="1440" w:header="720" w:footer="720" w:gutter="0"/>
          <w:cols w:space="720"/>
          <w:docGrid w:linePitch="360"/>
        </w:sectPr>
      </w:pPr>
    </w:p>
    <w:p w14:paraId="18C4FA45" w14:textId="40150F02"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process was far from easy. The magical energies that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had woven into the land still lingered, making some areas unstable and treacherous. There were pockets of </w:t>
      </w:r>
      <w:r>
        <w:br/>
      </w:r>
      <w:r>
        <w:rPr>
          <w:rFonts w:ascii="LiberationSerif" w:eastAsia="LiberationSerif" w:hAnsi="LiberationSerif"/>
          <w:color w:val="000000"/>
          <w:sz w:val="30"/>
        </w:rPr>
        <w:t xml:space="preserve">residual dark magic that needed to be neutralized, a task that fell mostly to the tribe's shamans, their faces grim with </w:t>
      </w:r>
      <w:r>
        <w:br/>
      </w:r>
      <w:r>
        <w:rPr>
          <w:rFonts w:ascii="LiberationSerif" w:eastAsia="LiberationSerif" w:hAnsi="LiberationSerif"/>
          <w:color w:val="000000"/>
          <w:sz w:val="30"/>
        </w:rPr>
        <w:t xml:space="preserve">concentration as they chanted and worked to cleanse the land. Marcus, despite his lack of experience with such </w:t>
      </w:r>
      <w:r>
        <w:br/>
      </w:r>
      <w:r>
        <w:rPr>
          <w:rFonts w:ascii="LiberationSerif" w:eastAsia="LiberationSerif" w:hAnsi="LiberationSerif"/>
          <w:color w:val="000000"/>
          <w:sz w:val="30"/>
        </w:rPr>
        <w:t xml:space="preserve">things, found himself assisting them, using his physical strength to help stabilize the earth where it was unstable. </w:t>
      </w:r>
      <w:r w:rsidR="006611AF">
        <w:rPr>
          <w:rFonts w:ascii="LiberationSerif" w:eastAsia="LiberationSerif" w:hAnsi="LiberationSerif"/>
          <w:color w:val="000000"/>
          <w:sz w:val="30"/>
        </w:rPr>
        <w:t>I was taught to</w:t>
      </w:r>
      <w:r>
        <w:rPr>
          <w:rFonts w:ascii="LiberationSerif" w:eastAsia="LiberationSerif" w:hAnsi="LiberationSerif"/>
          <w:color w:val="000000"/>
          <w:sz w:val="30"/>
        </w:rPr>
        <w:t xml:space="preserve"> improvise, and to overcome obstacles. This proved remarkably useful in this unexpected, magical context. He was a quick study, </w:t>
      </w:r>
      <w:r>
        <w:br/>
      </w:r>
      <w:r>
        <w:rPr>
          <w:rFonts w:ascii="LiberationSerif" w:eastAsia="LiberationSerif" w:hAnsi="LiberationSerif"/>
          <w:color w:val="000000"/>
          <w:sz w:val="30"/>
        </w:rPr>
        <w:t>surprisingly intuitive when it came to assisting with the magical tasks. His presence seemed to bolster the shamans’efforts, somehow grounding the volatile magic and allowing for a smoother flow of the cleansing process.</w:t>
      </w:r>
    </w:p>
    <w:p w14:paraId="57C1EB3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Beyond the immediate needs of shelter and safety, the rebuilding extended to the revitalization of the land itself.</w:t>
      </w:r>
    </w:p>
    <w:p w14:paraId="456A0452"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scorched fields needed replanting, a painstaking task that involved not only tilling the soil but also using magic to nurture the seeds and accelerate their growth. The tribe's farmers, guided by Liliana and aided by Marcus’s </w:t>
      </w:r>
      <w:r>
        <w:br/>
      </w:r>
      <w:r>
        <w:rPr>
          <w:rFonts w:ascii="LiberationSerif" w:eastAsia="LiberationSerif" w:hAnsi="LiberationSerif"/>
          <w:color w:val="000000"/>
          <w:sz w:val="30"/>
        </w:rPr>
        <w:t xml:space="preserve">organizational skills, worked diligently, meticulously </w:t>
      </w:r>
      <w:r>
        <w:br/>
      </w:r>
      <w:r>
        <w:rPr>
          <w:rFonts w:ascii="LiberationSerif" w:eastAsia="LiberationSerif" w:hAnsi="LiberationSerif"/>
          <w:color w:val="000000"/>
          <w:sz w:val="30"/>
        </w:rPr>
        <w:t xml:space="preserve">plotting out new planting schemes that maximized efficiency and yield. Marcus, surprisingly, took to the agricultural work with enthusiasm, his disciplined nature translating </w:t>
      </w:r>
      <w:r>
        <w:br/>
      </w:r>
      <w:r>
        <w:rPr>
          <w:rFonts w:ascii="LiberationSerif" w:eastAsia="LiberationSerif" w:hAnsi="LiberationSerif"/>
          <w:color w:val="000000"/>
          <w:sz w:val="30"/>
        </w:rPr>
        <w:t>seamlessly to the rhythmic tasks of planting and cultivating the land. He found a strange sense of peace in the repetitive motions, a counterpoint to the chaos and adrenaline of war.</w:t>
      </w:r>
    </w:p>
    <w:p w14:paraId="0F34A3B2"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His strong hands, hardened by years of combat training, proved adept at the delicate work of tending to seedlings.</w:t>
      </w:r>
    </w:p>
    <w:p w14:paraId="7178985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rebuilding wasn’t solely about physical structures and agriculture. The tribe’s social fabric also needed mending. The trauma of war had left its mark on everyone. Many had</w:t>
      </w:r>
    </w:p>
    <w:p w14:paraId="3A790FAE" w14:textId="77777777" w:rsidR="008130CF" w:rsidRDefault="008130CF" w:rsidP="003166C8">
      <w:pPr>
        <w:ind w:right="20"/>
        <w:sectPr w:rsidR="008130CF">
          <w:pgSz w:w="12240" w:h="15840"/>
          <w:pgMar w:top="0" w:right="1420" w:bottom="0" w:left="1440" w:header="720" w:footer="720" w:gutter="0"/>
          <w:cols w:space="720"/>
          <w:docGrid w:linePitch="360"/>
        </w:sectPr>
      </w:pPr>
    </w:p>
    <w:p w14:paraId="515B6A8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lost loved ones, and the scars of battle, both physical and emotional, ran deep. Liliana, with her innate empathy and understanding of her people, implemented programs to address the psychological needs of her tribe. She organized group therapy sessions, guided by the tribe's shamans, </w:t>
      </w:r>
      <w:r>
        <w:br/>
      </w:r>
      <w:r>
        <w:rPr>
          <w:rFonts w:ascii="LiberationSerif" w:eastAsia="LiberationSerif" w:hAnsi="LiberationSerif"/>
          <w:color w:val="000000"/>
          <w:sz w:val="30"/>
        </w:rPr>
        <w:t xml:space="preserve">creating a safe space for the tribe to process their grief and trauma. She used her natural charisma and warmth to </w:t>
      </w:r>
      <w:r>
        <w:br/>
      </w:r>
      <w:r>
        <w:rPr>
          <w:rFonts w:ascii="LiberationSerif" w:eastAsia="LiberationSerif" w:hAnsi="LiberationSerif"/>
          <w:color w:val="000000"/>
          <w:sz w:val="30"/>
        </w:rPr>
        <w:t xml:space="preserve">encourage healing and foster a sense of community. Marcus, surprisingly, played a crucial role here as well. His military experience had provided him with a deep understanding of the psychological impacts of war, and his quiet strength and steady presence were a source of comfort for many. He listened patiently, offered a kind word, and shared stories of his own experiences, demonstrating the importance of </w:t>
      </w:r>
      <w:r>
        <w:br/>
      </w:r>
      <w:r>
        <w:rPr>
          <w:rFonts w:ascii="LiberationSerif" w:eastAsia="LiberationSerif" w:hAnsi="LiberationSerif"/>
          <w:color w:val="000000"/>
          <w:sz w:val="30"/>
        </w:rPr>
        <w:t>resilience and the enduring power of hope.</w:t>
      </w:r>
    </w:p>
    <w:p w14:paraId="3B13124A" w14:textId="556AE5B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restoration of the tribe’s cultural heritage was also a critical aspect of the rebuilding process.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forces had not only destroyed physical structures but had also attempted to erase the tribe’s history and traditions. The tribe's elders, their spirits initially broken, were now slowly regaining their strength. With Liliana’s encouragement and Marcus's quiet support, they began to recount their history, their stories weaving a rich tapestry of their past and providing a </w:t>
      </w:r>
      <w:r>
        <w:br/>
      </w:r>
      <w:r>
        <w:rPr>
          <w:rFonts w:ascii="LiberationSerif" w:eastAsia="LiberationSerif" w:hAnsi="LiberationSerif"/>
          <w:color w:val="000000"/>
          <w:sz w:val="30"/>
        </w:rPr>
        <w:t xml:space="preserve">foundation for their future. They revived ancient rituals and ceremonies, their actions reinforcing the strength and </w:t>
      </w:r>
      <w:r>
        <w:br/>
      </w:r>
      <w:r>
        <w:rPr>
          <w:rFonts w:ascii="LiberationSerif" w:eastAsia="LiberationSerif" w:hAnsi="LiberationSerif"/>
          <w:color w:val="000000"/>
          <w:sz w:val="30"/>
        </w:rPr>
        <w:t>continuity of their culture. Marcus, ever the observer, learned from these traditions, finding himself drawn to the inherent beauty and power of their ceremonies.</w:t>
      </w:r>
    </w:p>
    <w:p w14:paraId="65B178C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rebuilding extended to the economy. The market, once the heart of the tribe's commerce, needed revitalization.</w:t>
      </w:r>
    </w:p>
    <w:p w14:paraId="6473203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Liliana and Marcus, working together, developed a new economic strategy that promoted both traditional crafts and new avenues of trade. They encouraged creativity and innovation, fostering an entrepreneurial spirit within the</w:t>
      </w:r>
    </w:p>
    <w:p w14:paraId="2FA8BBF9" w14:textId="77777777" w:rsidR="008130CF" w:rsidRDefault="008130CF" w:rsidP="003166C8">
      <w:pPr>
        <w:ind w:right="20"/>
        <w:sectPr w:rsidR="008130CF">
          <w:pgSz w:w="12240" w:h="15840"/>
          <w:pgMar w:top="0" w:right="1420" w:bottom="0" w:left="1440" w:header="720" w:footer="720" w:gutter="0"/>
          <w:cols w:space="720"/>
          <w:docGrid w:linePitch="360"/>
        </w:sectPr>
      </w:pPr>
    </w:p>
    <w:p w14:paraId="774003F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tribe. Marcus, with his understanding of logistical efficiency and his keen eye for opportunity, assisted in designing a more efficient market structure. He utilized his army-honed skills to ensure smooth and fair commerce. He implemented quality control, introduced inventory management, and established fair pricing mechanisms, ensuring fair trade within and outside of the tribe. The result was a marketplace that was not only physically rebuilt but also economically sound and vibrant.</w:t>
      </w:r>
    </w:p>
    <w:p w14:paraId="6DE40F2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evenings, once filled with the echoes of battle, now echoed with laughter and the sound of families enjoying the simple pleasure of togetherness. The rebuilt homes, though still modest, radiated warmth and hope. The scorched earth gradually yielded to lush green fields. The wounds of war slowly healed, both physical and emotional. The process of rebuilding was far from over, but the Devil Tribe had not just rebuilt their homes and their land; they had rebuilt their spirits and their hope for the future. They had emerged from the ashes of war stronger, more resilient, and more united than ever before. Marcus and Liliana, their love a beacon of hope and a symbol of their enduring bond, stood at the </w:t>
      </w:r>
      <w:r>
        <w:br/>
      </w:r>
      <w:r>
        <w:rPr>
          <w:rFonts w:ascii="LiberationSerif" w:eastAsia="LiberationSerif" w:hAnsi="LiberationSerif"/>
          <w:color w:val="000000"/>
          <w:sz w:val="30"/>
        </w:rPr>
        <w:t>forefront of this new beginning. Their leadership wasn’t based on power or authority but on shared sacrifice, mutual respect, and unwavering dedication to their people. They had faced the unimaginable and emerged victorious, not just in battle but in the far more challenging battle of rebuilding their lives and their community. The future was uncertain, but under their combined leadership, the Devil Tribe faced it with confidence and unwavering courage. The new dawn illuminated not just a restored landscape, but a reborn spirit, a community forged anew in the crucible of war and bound together by the unbreakable bonds of love, loss, and the enduring hope of a brighter tomorrow. The journey had been long and arduous, but the path forward, illuminated by their</w:t>
      </w:r>
    </w:p>
    <w:p w14:paraId="6125A2C8" w14:textId="77777777" w:rsidR="008130CF" w:rsidRDefault="008130CF" w:rsidP="003166C8">
      <w:pPr>
        <w:ind w:right="20"/>
        <w:sectPr w:rsidR="008130CF">
          <w:pgSz w:w="12240" w:h="15840"/>
          <w:pgMar w:top="0" w:right="1420" w:bottom="0" w:left="1440" w:header="720" w:footer="720" w:gutter="0"/>
          <w:cols w:space="720"/>
          <w:docGrid w:linePitch="360"/>
        </w:sectPr>
      </w:pPr>
    </w:p>
    <w:p w14:paraId="7BE2B03D"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shared love and a renewed sense of purpose, was finally clear.</w:t>
      </w:r>
    </w:p>
    <w:p w14:paraId="42900F58" w14:textId="77777777" w:rsidR="008130CF" w:rsidRDefault="008130CF" w:rsidP="003166C8">
      <w:pPr>
        <w:ind w:right="20"/>
        <w:sectPr w:rsidR="008130CF">
          <w:pgSz w:w="12240" w:h="15840"/>
          <w:pgMar w:top="0" w:right="1420" w:bottom="0" w:left="1440" w:header="720" w:footer="720" w:gutter="0"/>
          <w:cols w:space="720"/>
          <w:docGrid w:linePitch="360"/>
        </w:sectPr>
      </w:pPr>
    </w:p>
    <w:p w14:paraId="2BA96E20"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Strengthening Ties</w:t>
      </w:r>
    </w:p>
    <w:p w14:paraId="1DF27C39" w14:textId="6C6540E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aftermath of the war against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 brought not only the rebuilding of homes and fields, but also the strengthening of vital alliances. The neighboring tribes, who had initially hesitated to openly support the Devil Tribe due to their fear of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power, now saw the tide had turned. The </w:t>
      </w:r>
      <w:r>
        <w:br/>
      </w:r>
      <w:r>
        <w:rPr>
          <w:rFonts w:ascii="LiberationSerif" w:eastAsia="LiberationSerif" w:hAnsi="LiberationSerif"/>
          <w:color w:val="000000"/>
          <w:sz w:val="30"/>
        </w:rPr>
        <w:t xml:space="preserve">decisive victory, largely attributed to the combined might of Liliana’s people and Marcus’s unorthodox tactics, had </w:t>
      </w:r>
      <w:r>
        <w:br/>
      </w:r>
      <w:r>
        <w:rPr>
          <w:rFonts w:ascii="LiberationSerif" w:eastAsia="LiberationSerif" w:hAnsi="LiberationSerif"/>
          <w:color w:val="000000"/>
          <w:sz w:val="30"/>
        </w:rPr>
        <w:t>shattered the oppressive wizard’s reputation and instilled a newfound respect for the Devil Tribe's resilience. Embassies began to arrive, bearing gifts of food, tools, and promises of future cooperation.</w:t>
      </w:r>
    </w:p>
    <w:p w14:paraId="262DFBE7" w14:textId="244CCE2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first to arrive were the Sylvani, a tribe of wood elves known for their mastery of archery and their deep connection to the forest. Their elder, a wizened woman named Elara with eyes as green as the deepest emerald, approached </w:t>
      </w:r>
      <w:r>
        <w:br/>
      </w:r>
      <w:r>
        <w:rPr>
          <w:rFonts w:ascii="LiberationSerif" w:eastAsia="LiberationSerif" w:hAnsi="LiberationSerif"/>
          <w:color w:val="000000"/>
          <w:sz w:val="30"/>
        </w:rPr>
        <w:t xml:space="preserve">Liliana and Marcus with a cautious but hopeful demeanor. Elara, her voice soft yet firm, spoke of the mutual benefits of an alliance. </w:t>
      </w:r>
      <w:r w:rsidR="006611AF">
        <w:rPr>
          <w:rFonts w:ascii="LiberationSerif" w:eastAsia="LiberationSerif" w:hAnsi="LiberationSerif"/>
          <w:color w:val="000000"/>
          <w:sz w:val="30"/>
        </w:rPr>
        <w:t>Zarvokh</w:t>
      </w:r>
      <w:r>
        <w:rPr>
          <w:rFonts w:ascii="LiberationSerif" w:eastAsia="LiberationSerif" w:hAnsi="LiberationSerif"/>
          <w:color w:val="000000"/>
          <w:sz w:val="30"/>
        </w:rPr>
        <w:t>’s cruelty had extended to their lands as well, and they had suffered considerable losses. The Sylvani were eager to forge a lasting peace, not only for trade and mutual defense but also to ensure the safety of their shared forests and the many magical creatures that inhabited them.</w:t>
      </w:r>
      <w:r>
        <w:br/>
      </w:r>
      <w:r>
        <w:rPr>
          <w:rFonts w:ascii="LiberationSerif" w:eastAsia="LiberationSerif" w:hAnsi="LiberationSerif"/>
          <w:color w:val="000000"/>
          <w:sz w:val="30"/>
        </w:rPr>
        <w:t>A formal treaty was drawn up, outlining mutual support in times of conflict and collaboration in resource management. The exchange of knowledge was equally significant. The Sylvani shared their expertise in herbal medicine and forest</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craft, while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introduced them to more efficient farming techniques and modern</w:t>
      </w:r>
    </w:p>
    <w:p w14:paraId="4D25985F" w14:textId="77777777" w:rsidR="008130CF" w:rsidRDefault="008130CF" w:rsidP="003166C8">
      <w:pPr>
        <w:ind w:right="20"/>
        <w:sectPr w:rsidR="008130CF">
          <w:pgSz w:w="12240" w:h="15840"/>
          <w:pgMar w:top="0" w:right="1420" w:bottom="0" w:left="1440" w:header="720" w:footer="720" w:gutter="0"/>
          <w:cols w:space="720"/>
          <w:docGrid w:linePitch="360"/>
        </w:sectPr>
      </w:pPr>
    </w:p>
    <w:p w14:paraId="36534AF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methods of construction. This exchange proved beneficial for both tribes, accelerating their recovery and strengthening the bonds between them.</w:t>
      </w:r>
    </w:p>
    <w:p w14:paraId="34704A3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Next came the representatives of the Stone Giants, a </w:t>
      </w:r>
      <w:r>
        <w:br/>
      </w:r>
      <w:r>
        <w:rPr>
          <w:rFonts w:ascii="LiberationSerif" w:eastAsia="LiberationSerif" w:hAnsi="LiberationSerif"/>
          <w:color w:val="000000"/>
          <w:sz w:val="30"/>
        </w:rPr>
        <w:t xml:space="preserve">powerful tribe known for their unwavering strength and their mastery of stonework. Their leader, a towering figure named Grom, was initially wary of the Devil Tribe's seemingly diminutive size and their unique appearance. However, the display of military prowess in the recent battles, and </w:t>
      </w:r>
      <w:r>
        <w:br/>
      </w:r>
      <w:r>
        <w:rPr>
          <w:rFonts w:ascii="LiberationSerif" w:eastAsia="LiberationSerif" w:hAnsi="LiberationSerif"/>
          <w:color w:val="000000"/>
          <w:sz w:val="30"/>
        </w:rPr>
        <w:t>especially the sight of Marcus wielding a magical sword with skill and daring, had impressed Grom immensely.</w:t>
      </w:r>
    </w:p>
    <w:p w14:paraId="52DAE675" w14:textId="1D99270C"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Grom, a pragmatic leader, valued strength above all else, and he recognized that the Devil Tribe, despite their appearance, possessed a strength and resilience that far exceeded their physical stature. Their alliance was cemented through a demonstration of their combined strength. Grom challenged Marcus to a test of strength – a feat of moving a colossal stone that had been used as part of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fortifications. While Grom’s raw power was undeniably immense, Marcus, using his knowledge of leverage and engineering principles, managed to devise a system of pulleys and ropes that </w:t>
      </w:r>
      <w:r>
        <w:br/>
      </w:r>
      <w:r>
        <w:rPr>
          <w:rFonts w:ascii="LiberationSerif" w:eastAsia="LiberationSerif" w:hAnsi="LiberationSerif"/>
          <w:color w:val="000000"/>
          <w:sz w:val="30"/>
        </w:rPr>
        <w:t xml:space="preserve">allowed him, with the assistance of several Devil Tribe </w:t>
      </w:r>
      <w:r>
        <w:br/>
      </w:r>
      <w:r>
        <w:rPr>
          <w:rFonts w:ascii="LiberationSerif" w:eastAsia="LiberationSerif" w:hAnsi="LiberationSerif"/>
          <w:color w:val="000000"/>
          <w:sz w:val="30"/>
        </w:rPr>
        <w:t xml:space="preserve">members, to maneuver the stone. This display of ingenuity impressed Grom profoundly, solidifying their alliance. The Stone Giants offered their expertise in construction and fortifications, while the Devil Tribe contributed their </w:t>
      </w:r>
      <w:r>
        <w:br/>
      </w:r>
      <w:r>
        <w:rPr>
          <w:rFonts w:ascii="LiberationSerif" w:eastAsia="LiberationSerif" w:hAnsi="LiberationSerif"/>
          <w:color w:val="000000"/>
          <w:sz w:val="30"/>
        </w:rPr>
        <w:t xml:space="preserve">knowledge of agriculture and their lighter, more agile </w:t>
      </w:r>
      <w:r>
        <w:br/>
      </w:r>
      <w:r>
        <w:rPr>
          <w:rFonts w:ascii="LiberationSerif" w:eastAsia="LiberationSerif" w:hAnsi="LiberationSerif"/>
          <w:color w:val="000000"/>
          <w:sz w:val="30"/>
        </w:rPr>
        <w:t>fighting style. Their combined skills resulted in fortified villages, strategically positioned and incredibly resilient, acting as a shield against any future attacks.</w:t>
      </w:r>
    </w:p>
    <w:p w14:paraId="32C7FA3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final significant alliance was forged with the Riverfolk, a tribe of amphibious humanoids who inhabited the vast river systems that crisscrossed the land. Initially mistrustful of outsiders, their elder, a wise woman named Lyra, was</w:t>
      </w:r>
    </w:p>
    <w:p w14:paraId="3CD7A092" w14:textId="77777777" w:rsidR="008130CF" w:rsidRDefault="008130CF" w:rsidP="003166C8">
      <w:pPr>
        <w:ind w:right="20"/>
        <w:sectPr w:rsidR="008130CF">
          <w:pgSz w:w="12240" w:h="15840"/>
          <w:pgMar w:top="0" w:right="1420" w:bottom="0" w:left="1440" w:header="720" w:footer="720" w:gutter="0"/>
          <w:cols w:space="720"/>
          <w:docGrid w:linePitch="360"/>
        </w:sectPr>
      </w:pPr>
    </w:p>
    <w:p w14:paraId="3737D389" w14:textId="36A10853"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persuaded by Liliana’s persuasive diplomacy and the </w:t>
      </w:r>
      <w:r>
        <w:br/>
      </w:r>
      <w:r>
        <w:rPr>
          <w:rFonts w:ascii="LiberationSerif" w:eastAsia="LiberationSerif" w:hAnsi="LiberationSerif"/>
          <w:color w:val="000000"/>
          <w:sz w:val="30"/>
        </w:rPr>
        <w:t xml:space="preserve">common threat of </w:t>
      </w:r>
      <w:r w:rsidR="006611AF">
        <w:rPr>
          <w:rFonts w:ascii="LiberationSerif" w:eastAsia="LiberationSerif" w:hAnsi="LiberationSerif"/>
          <w:color w:val="000000"/>
          <w:sz w:val="30"/>
        </w:rPr>
        <w:t>Zarvokh</w:t>
      </w:r>
      <w:r>
        <w:rPr>
          <w:rFonts w:ascii="LiberationSerif" w:eastAsia="LiberationSerif" w:hAnsi="LiberationSerif"/>
          <w:color w:val="000000"/>
          <w:sz w:val="30"/>
        </w:rPr>
        <w:t xml:space="preserve">'s lingering forces. The Riverfolk possessed a unique understanding of the land’s waterways, and their expertise in navigation and aquatic warfare proved invaluable. Marcus, drawing on his own experience as a combat diver, found much common ground with the </w:t>
      </w:r>
      <w:r>
        <w:br/>
      </w:r>
      <w:r>
        <w:rPr>
          <w:rFonts w:ascii="LiberationSerif" w:eastAsia="LiberationSerif" w:hAnsi="LiberationSerif"/>
          <w:color w:val="000000"/>
          <w:sz w:val="30"/>
        </w:rPr>
        <w:t xml:space="preserve">Riverfolk. They shared techniques and strategies for </w:t>
      </w:r>
      <w:r>
        <w:br/>
      </w:r>
      <w:r>
        <w:rPr>
          <w:rFonts w:ascii="LiberationSerif" w:eastAsia="LiberationSerif" w:hAnsi="LiberationSerif"/>
          <w:color w:val="000000"/>
          <w:sz w:val="30"/>
        </w:rPr>
        <w:t xml:space="preserve">underwater combat and developed sophisticated methods of communication and reconnaissance along the river systems. The Riverfolk helped establish a vital trade route along the river, boosting the economy and facilitating the exchange of goods and ideas among the allied tribes. This alliance </w:t>
      </w:r>
      <w:r>
        <w:br/>
      </w:r>
      <w:r>
        <w:rPr>
          <w:rFonts w:ascii="LiberationSerif" w:eastAsia="LiberationSerif" w:hAnsi="LiberationSerif"/>
          <w:color w:val="000000"/>
          <w:sz w:val="30"/>
        </w:rPr>
        <w:t>provided the combined tribes with a significant strategic advantage, allowing for swift movement of troops and supplies across the land.</w:t>
      </w:r>
    </w:p>
    <w:p w14:paraId="73BB0815"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process of forging these alliances wasn’t simply a matter of signing treaties; it was a complex undertaking that </w:t>
      </w:r>
      <w:r>
        <w:br/>
      </w:r>
      <w:r>
        <w:rPr>
          <w:rFonts w:ascii="LiberationSerif" w:eastAsia="LiberationSerif" w:hAnsi="LiberationSerif"/>
          <w:color w:val="000000"/>
          <w:sz w:val="30"/>
        </w:rPr>
        <w:t>required patience, diplomacy, and a deep understanding of each tribe’s unique culture and needs. Liliana’s diplomatic skills, honed over years of navigating the complexities of her own tribe's internal politics, played a pivotal role. She had a knack for understanding people, recognizing their fears and aspirations, and forging connections based on mutual respect and understanding. Marcus, with his military background, brought a structured and organized approach, ensuring that the alliances weren’t merely symbolic but also strategically advantageous. His experience in coalition warfare translated surprisingly well to this magical realm.</w:t>
      </w:r>
    </w:p>
    <w:p w14:paraId="6931FB3F" w14:textId="0C7F0DE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success of these alliances rested on a foundation of mutual trust and shared purpose. The tribes had faced a common enemy, and their shared experience in overcoming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 xml:space="preserve">'s tyranny had forged an unbreakable bond between them. The fear of </w:t>
      </w:r>
      <w:r w:rsidR="006611AF">
        <w:rPr>
          <w:rFonts w:ascii="LiberationSerif" w:eastAsia="LiberationSerif" w:hAnsi="LiberationSerif"/>
          <w:color w:val="000000"/>
          <w:sz w:val="30"/>
        </w:rPr>
        <w:t>Zarvokh</w:t>
      </w:r>
      <w:r w:rsidR="006611AF">
        <w:rPr>
          <w:rFonts w:ascii="LiberationSerif" w:eastAsia="LiberationSerif" w:hAnsi="LiberationSerif"/>
          <w:color w:val="000000"/>
          <w:sz w:val="30"/>
        </w:rPr>
        <w:t>’</w:t>
      </w:r>
      <w:r>
        <w:rPr>
          <w:rFonts w:ascii="LiberationSerif" w:eastAsia="LiberationSerif" w:hAnsi="LiberationSerif"/>
          <w:color w:val="000000"/>
          <w:sz w:val="30"/>
        </w:rPr>
        <w:t>s return still lingered, but it was tempered by the confidence that their combined strength</w:t>
      </w:r>
    </w:p>
    <w:p w14:paraId="3D809633" w14:textId="77777777" w:rsidR="008130CF" w:rsidRDefault="008130CF" w:rsidP="003166C8">
      <w:pPr>
        <w:ind w:right="20"/>
        <w:sectPr w:rsidR="008130CF">
          <w:pgSz w:w="12240" w:h="15840"/>
          <w:pgMar w:top="0" w:right="1420" w:bottom="0" w:left="1440" w:header="720" w:footer="720" w:gutter="0"/>
          <w:cols w:space="720"/>
          <w:docGrid w:linePitch="360"/>
        </w:sectPr>
      </w:pPr>
    </w:p>
    <w:p w14:paraId="090EF51A"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could withstand any future threats. Regular meetings were established between the leaders of the allied tribes, ensuring open communication and coordination. Joint military </w:t>
      </w:r>
      <w:r>
        <w:br/>
      </w:r>
      <w:r>
        <w:rPr>
          <w:rFonts w:ascii="LiberationSerif" w:eastAsia="LiberationSerif" w:hAnsi="LiberationSerif"/>
          <w:color w:val="000000"/>
          <w:sz w:val="30"/>
        </w:rPr>
        <w:t xml:space="preserve">exercises were conducted, allowing the warriors from </w:t>
      </w:r>
      <w:r>
        <w:br/>
      </w:r>
      <w:r>
        <w:rPr>
          <w:rFonts w:ascii="LiberationSerif" w:eastAsia="LiberationSerif" w:hAnsi="LiberationSerif"/>
          <w:color w:val="000000"/>
          <w:sz w:val="30"/>
        </w:rPr>
        <w:t>different tribes to train together and learn from one another. This shared experience further strengthened their bonds and reinforced their commitment to the newly formed alliance.</w:t>
      </w:r>
    </w:p>
    <w:p w14:paraId="1DDDA05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rebuilding process took years. However, with the </w:t>
      </w:r>
      <w:r>
        <w:br/>
      </w:r>
      <w:r>
        <w:rPr>
          <w:rFonts w:ascii="LiberationSerif" w:eastAsia="LiberationSerif" w:hAnsi="LiberationSerif"/>
          <w:color w:val="000000"/>
          <w:sz w:val="30"/>
        </w:rPr>
        <w:t xml:space="preserve">combined strength and resources of the allied tribes, progress was swift and significant. New villages rose from the ashes of the old, fortified and better equipped to withstand any future attacks. Trade flourished, fostering economic growth and cultural exchange. The land, once scarred by war, </w:t>
      </w:r>
      <w:r>
        <w:br/>
      </w:r>
      <w:r>
        <w:rPr>
          <w:rFonts w:ascii="LiberationSerif" w:eastAsia="LiberationSerif" w:hAnsi="LiberationSerif"/>
          <w:color w:val="000000"/>
          <w:sz w:val="30"/>
        </w:rPr>
        <w:t xml:space="preserve">gradually healed, its wounds slowly replaced by lush </w:t>
      </w:r>
      <w:r>
        <w:br/>
      </w:r>
      <w:r>
        <w:rPr>
          <w:rFonts w:ascii="LiberationSerif" w:eastAsia="LiberationSerif" w:hAnsi="LiberationSerif"/>
          <w:color w:val="000000"/>
          <w:sz w:val="30"/>
        </w:rPr>
        <w:t xml:space="preserve">vegetation and bustling communities. The Devil Tribe, once isolated and feared, had become the heart of a powerful alliance, their leadership respected and their strength </w:t>
      </w:r>
      <w:r>
        <w:br/>
      </w:r>
      <w:r>
        <w:rPr>
          <w:rFonts w:ascii="LiberationSerif" w:eastAsia="LiberationSerif" w:hAnsi="LiberationSerif"/>
          <w:color w:val="000000"/>
          <w:sz w:val="30"/>
        </w:rPr>
        <w:t xml:space="preserve">recognized throughout the land. The future remained </w:t>
      </w:r>
      <w:r>
        <w:br/>
      </w:r>
      <w:r>
        <w:rPr>
          <w:rFonts w:ascii="LiberationSerif" w:eastAsia="LiberationSerif" w:hAnsi="LiberationSerif"/>
          <w:color w:val="000000"/>
          <w:sz w:val="30"/>
        </w:rPr>
        <w:t>uncertain, but with Marcus and Liliana at the helm, guiding their people with unwavering resolve and backed by the strength of their newly forged alliances, the Devil Tribe and its allies stood ready to face whatever challenges lay ahead.</w:t>
      </w:r>
    </w:p>
    <w:p w14:paraId="5A5DF948"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once fragmented land was slowly being united, not by force, but by the enduring strength of trust, cooperation, and a shared vision for a brighter future. The alliance wasn’t simply a political arrangement; it was a testament to the power of unity, resilience, and the enduring human spirit. The hard-won peace brought about the gradual blossoming of a unified community, stronger and more vibrant than it had ever been before. The spirit of cooperation permeated every aspect of life, from the rebuilding efforts to the </w:t>
      </w:r>
      <w:r>
        <w:br/>
      </w:r>
      <w:r>
        <w:rPr>
          <w:rFonts w:ascii="LiberationSerif" w:eastAsia="LiberationSerif" w:hAnsi="LiberationSerif"/>
          <w:color w:val="000000"/>
          <w:sz w:val="30"/>
        </w:rPr>
        <w:t>celebration of festivals, fostering a collective identity that transcended tribal boundaries. This newfound unity created a powerful deterrent against future threats, reinforcing the</w:t>
      </w:r>
    </w:p>
    <w:p w14:paraId="623135C4" w14:textId="77777777" w:rsidR="008130CF" w:rsidRDefault="008130CF" w:rsidP="003166C8">
      <w:pPr>
        <w:ind w:right="20"/>
        <w:sectPr w:rsidR="008130CF">
          <w:pgSz w:w="12240" w:h="15840"/>
          <w:pgMar w:top="0" w:right="1420" w:bottom="0" w:left="1440" w:header="720" w:footer="720" w:gutter="0"/>
          <w:cols w:space="720"/>
          <w:docGrid w:linePitch="360"/>
        </w:sectPr>
      </w:pPr>
    </w:p>
    <w:p w14:paraId="14E88EA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sense of security and prosperity that had begun to blossom in the land.</w:t>
      </w:r>
    </w:p>
    <w:p w14:paraId="38B5461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combined military strength of the allied tribes was a formidable force, capable of repelling any external </w:t>
      </w:r>
      <w:r>
        <w:br/>
      </w:r>
      <w:r>
        <w:rPr>
          <w:rFonts w:ascii="LiberationSerif" w:eastAsia="LiberationSerif" w:hAnsi="LiberationSerif"/>
          <w:color w:val="000000"/>
          <w:sz w:val="30"/>
        </w:rPr>
        <w:t xml:space="preserve">aggression. Joint military exercises became regular </w:t>
      </w:r>
      <w:r>
        <w:br/>
      </w:r>
      <w:r>
        <w:rPr>
          <w:rFonts w:ascii="LiberationSerif" w:eastAsia="LiberationSerif" w:hAnsi="LiberationSerif"/>
          <w:color w:val="000000"/>
          <w:sz w:val="30"/>
        </w:rPr>
        <w:t xml:space="preserve">occurrences, honing their combat skills and fostering a sense of camaraderie among the warriors. The shared knowledge and expertise brought about innovative strategies and tactics, making their combined force virtually unstoppable. The creation of a unified intelligence network, linking together the scouts and spies of each tribe, allowed for early detection of potential threats, ensuring that any future attacks could be met with swift and decisive action. This level of cooperation and coordination was unprecedented, ensuring that the </w:t>
      </w:r>
      <w:r>
        <w:br/>
      </w:r>
      <w:r>
        <w:rPr>
          <w:rFonts w:ascii="LiberationSerif" w:eastAsia="LiberationSerif" w:hAnsi="LiberationSerif"/>
          <w:color w:val="000000"/>
          <w:sz w:val="30"/>
        </w:rPr>
        <w:t>region would remain secure and protected from any external threats for generations to come. The combined might of these nations was not only a shield against invaders but also a guarantee of stability and prosperity for the people they protected, laying a solid foundation for a future filled with peace and progress. The once-divided land, now bound by common purpose and mutual respect, flourished under the leadership of Liliana and Marcus, their alliance a beacon of hope for all who called this land home.</w:t>
      </w:r>
    </w:p>
    <w:p w14:paraId="1D4F3E72" w14:textId="77777777" w:rsidR="008130CF" w:rsidRDefault="008130CF" w:rsidP="003166C8">
      <w:pPr>
        <w:ind w:right="20"/>
        <w:sectPr w:rsidR="008130CF">
          <w:pgSz w:w="12240" w:h="15840"/>
          <w:pgMar w:top="0" w:right="1420" w:bottom="0" w:left="1440" w:header="720" w:footer="720" w:gutter="0"/>
          <w:cols w:space="720"/>
          <w:docGrid w:linePitch="360"/>
        </w:sectPr>
      </w:pPr>
    </w:p>
    <w:p w14:paraId="041B5D94"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Finding a Place in a New World</w:t>
      </w:r>
    </w:p>
    <w:p w14:paraId="28E1B927"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initial awkwardness of sharing a life with Liliana’s people had long since faded. My initial attempts at </w:t>
      </w:r>
      <w:r>
        <w:br/>
      </w:r>
      <w:r>
        <w:rPr>
          <w:rFonts w:ascii="LiberationSerif" w:eastAsia="LiberationSerif" w:hAnsi="LiberationSerif"/>
          <w:color w:val="000000"/>
          <w:sz w:val="30"/>
        </w:rPr>
        <w:t xml:space="preserve">navigating their customs, a blend of tribal traditions and the subtle influence of magic, were met with a mixture of </w:t>
      </w:r>
      <w:r>
        <w:br/>
      </w:r>
      <w:r>
        <w:rPr>
          <w:rFonts w:ascii="LiberationSerif" w:eastAsia="LiberationSerif" w:hAnsi="LiberationSerif"/>
          <w:color w:val="000000"/>
          <w:sz w:val="30"/>
        </w:rPr>
        <w:t xml:space="preserve">amusement and patience. Their laughter, initially tinged with uncertainty, now held a genuine warmth. I learned to </w:t>
      </w:r>
      <w:r>
        <w:br/>
      </w:r>
      <w:r>
        <w:rPr>
          <w:rFonts w:ascii="LiberationSerif" w:eastAsia="LiberationSerif" w:hAnsi="LiberationSerif"/>
          <w:color w:val="000000"/>
          <w:sz w:val="30"/>
        </w:rPr>
        <w:t xml:space="preserve">appreciate the vibrant colours of their clothing, the intricate designs woven into their fabrics, each piece telling a story of lineage and accomplishment. The spicy aromas of their cooking, initially unfamiliar, had become a comforting </w:t>
      </w:r>
      <w:r>
        <w:br/>
      </w:r>
      <w:r>
        <w:rPr>
          <w:rFonts w:ascii="LiberationSerif" w:eastAsia="LiberationSerif" w:hAnsi="LiberationSerif"/>
          <w:color w:val="000000"/>
          <w:sz w:val="30"/>
        </w:rPr>
        <w:t>presence, a taste of home in this strange and wonderful world. My attempts at their language, initially clumsy and halting, had become fluid, peppered with the slang and idioms that marked me as one of them.</w:t>
      </w:r>
    </w:p>
    <w:p w14:paraId="7688E475" w14:textId="30907324"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transition wasn't without its challenges, of course. I struggled initially with the subtle power dynamics, the intricate web of relationships and alliances that governed their society. But Liliana was always there, her hand on my arm, her quick wit cutting through the complexities, offering guidance and support. She translated not only their words but also their unspoken customs, helping me to navigate the social currents with grace, or at least, with less disastrous blunders.</w:t>
      </w:r>
    </w:p>
    <w:p w14:paraId="7CB14DCB" w14:textId="350AE2F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warriors, initially wary of the outsider, had gradually come to respect my combat prowess and leadership abilities. The shared trauma of war, the blood spilled together against </w:t>
      </w:r>
      <w:r w:rsidR="006611AF">
        <w:rPr>
          <w:rFonts w:ascii="LiberationSerif" w:eastAsia="LiberationSerif" w:hAnsi="LiberationSerif"/>
          <w:color w:val="000000"/>
          <w:sz w:val="30"/>
        </w:rPr>
        <w:t>Zarvokh</w:t>
      </w:r>
      <w:r>
        <w:rPr>
          <w:rFonts w:ascii="LiberationSerif" w:eastAsia="LiberationSerif" w:hAnsi="LiberationSerif"/>
          <w:color w:val="000000"/>
          <w:sz w:val="30"/>
        </w:rPr>
        <w:t>'s forces, forged a bond stronger than any treaty.</w:t>
      </w:r>
    </w:p>
    <w:p w14:paraId="3902572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They saw my commitment to their cause, the unwavering loyalty I offered Liliana and her people, and my willingness</w:t>
      </w:r>
    </w:p>
    <w:p w14:paraId="29D6A7D2" w14:textId="77777777" w:rsidR="008130CF" w:rsidRDefault="008130CF" w:rsidP="003166C8">
      <w:pPr>
        <w:ind w:right="20"/>
        <w:sectPr w:rsidR="008130CF">
          <w:pgSz w:w="12240" w:h="15840"/>
          <w:pgMar w:top="0" w:right="1420" w:bottom="0" w:left="1440" w:header="720" w:footer="720" w:gutter="0"/>
          <w:cols w:space="720"/>
          <w:docGrid w:linePitch="360"/>
        </w:sectPr>
      </w:pPr>
    </w:p>
    <w:p w14:paraId="2AF0FAA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to fight alongside them, not as their leader, but as one of them. The battlefield had been a crucible, melting away prejudices and forging a new understanding. My tactical prowess, honed by years in the US Army, proved invaluable in bolstering their defense capabilities. I introduced new training methods, focusing on teamwork, communication and quick reflexes. These methods helped build efficiency in both close and open-range combat, proving a surprising upgrade to their existing skills.</w:t>
      </w:r>
    </w:p>
    <w:p w14:paraId="79CCD0ED" w14:textId="4EABE1C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military experience extended beyond the battlefield, however. The need to rebuild the communities shattered by </w:t>
      </w:r>
      <w:r w:rsidR="003166C8">
        <w:rPr>
          <w:rFonts w:ascii="LiberationSerif" w:eastAsia="LiberationSerif" w:hAnsi="LiberationSerif"/>
          <w:color w:val="000000"/>
          <w:sz w:val="30"/>
        </w:rPr>
        <w:t>Zarvokh</w:t>
      </w:r>
      <w:r>
        <w:rPr>
          <w:rFonts w:ascii="LiberationSerif" w:eastAsia="LiberationSerif" w:hAnsi="LiberationSerif"/>
          <w:color w:val="000000"/>
          <w:sz w:val="30"/>
        </w:rPr>
        <w:t>'s rule presented unique challenges. My knowledge of logistics, resource management, and strategic planning helped coordinate the effort to rebuild homes, cultivate fields, and restore the economy. I brought in simple but efficient organizational systems, helping to streamline the distribution of aid and supplies, ensuring that everyone received a fair share. It wasn't magic that brought this change, but careful planning and efficiency in distribution, an entirely different skill set yet equally crucial to their survival.</w:t>
      </w:r>
    </w:p>
    <w:p w14:paraId="4178026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children, initially hesitant and shy, had grown to accept me as a playmate and storyteller. I would regale them with tales of the human world, my own experiences, carefully omitting the darker aspects of war, focusing on the bravery and resilience of the human spirit. They, in turn, shared their stories, tales of their ancestors and the folklore of their tribe, their voices filled with a magical wonder that only a child can possess. I found myself learning as much from them as they did from me.</w:t>
      </w:r>
    </w:p>
    <w:p w14:paraId="34009E8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elders, the keepers of tradition and wisdom, were initially the most resistant to my presence. They eyed me with suspicion, their wisdom and knowledge of ages</w:t>
      </w:r>
    </w:p>
    <w:p w14:paraId="16CF7A77" w14:textId="77777777" w:rsidR="008130CF" w:rsidRDefault="008130CF" w:rsidP="003166C8">
      <w:pPr>
        <w:ind w:right="20"/>
        <w:sectPr w:rsidR="008130CF">
          <w:pgSz w:w="12240" w:h="15840"/>
          <w:pgMar w:top="0" w:right="1420" w:bottom="0" w:left="1440" w:header="720" w:footer="720" w:gutter="0"/>
          <w:cols w:space="720"/>
          <w:docGrid w:linePitch="360"/>
        </w:sectPr>
      </w:pPr>
    </w:p>
    <w:p w14:paraId="3099E8A5" w14:textId="77777777" w:rsidR="008130CF" w:rsidRDefault="00000000" w:rsidP="003166C8">
      <w:pPr>
        <w:autoSpaceDE w:val="0"/>
        <w:autoSpaceDN w:val="0"/>
        <w:spacing w:before="1458" w:after="0" w:line="332" w:lineRule="exact"/>
        <w:ind w:right="20"/>
      </w:pPr>
      <w:r>
        <w:rPr>
          <w:rFonts w:ascii="LiberationSerif" w:eastAsia="LiberationSerif" w:hAnsi="LiberationSerif"/>
          <w:color w:val="000000"/>
          <w:sz w:val="30"/>
        </w:rPr>
        <w:lastRenderedPageBreak/>
        <w:t>questioning my right to be a part of their community.</w:t>
      </w:r>
    </w:p>
    <w:p w14:paraId="1B7ECB60" w14:textId="31CE88F9" w:rsidR="008130CF" w:rsidRDefault="00000000" w:rsidP="003166C8">
      <w:pPr>
        <w:autoSpaceDE w:val="0"/>
        <w:autoSpaceDN w:val="0"/>
        <w:spacing w:after="0" w:line="360" w:lineRule="exact"/>
        <w:ind w:right="20"/>
      </w:pPr>
      <w:r>
        <w:rPr>
          <w:rFonts w:ascii="LiberationSerif" w:eastAsia="LiberationSerif" w:hAnsi="LiberationSerif"/>
          <w:color w:val="000000"/>
          <w:sz w:val="30"/>
        </w:rPr>
        <w:t>However, my demonstrated competence, my unwavering support for Liliana and their people, and my genuine respect for their customs and traditions, gradually won them over. Their acceptance, though silent, carried a profound weight, a validation of my place among them. Their wisdom, passed down through generations, filled in the gaps in my understanding of this world</w:t>
      </w:r>
      <w:r w:rsidR="006611AF">
        <w:rPr>
          <w:rFonts w:ascii="LiberationSerif" w:eastAsia="LiberationSerif" w:hAnsi="LiberationSerif"/>
          <w:color w:val="000000"/>
          <w:sz w:val="30"/>
        </w:rPr>
        <w:t xml:space="preserve">. </w:t>
      </w:r>
      <w:r>
        <w:rPr>
          <w:rFonts w:ascii="LiberationSerif" w:eastAsia="LiberationSerif" w:hAnsi="LiberationSerif"/>
          <w:color w:val="000000"/>
          <w:sz w:val="30"/>
        </w:rPr>
        <w:t>I learned of the land's history, the hidden dangers and forgotten allies, understanding the nuances of the magical forces that shaped their world.</w:t>
      </w:r>
    </w:p>
    <w:p w14:paraId="6A4CD5A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integration wasn't a passive acceptance but an active exchange, a dynamic interaction of cultures. They adopted some of my methods and I adopted many of theirs. Our shared experiences forged a deep, unwavering bond. The Devil Tribe was no longer just Liliana's people; they were my people, my family. The harsh realities of war had </w:t>
      </w:r>
      <w:r>
        <w:br/>
      </w:r>
      <w:r>
        <w:rPr>
          <w:rFonts w:ascii="LiberationSerif" w:eastAsia="LiberationSerif" w:hAnsi="LiberationSerif"/>
          <w:color w:val="000000"/>
          <w:sz w:val="30"/>
        </w:rPr>
        <w:t>transformed me, stripped away my preconceived notions and replaced them with a deep understanding of loyalty, courage, and the importance of community.</w:t>
      </w:r>
    </w:p>
    <w:p w14:paraId="20AD2EDA"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Our marriage wasn't merely a union of two individuals; it was a symbol of the convergence of two worlds, two </w:t>
      </w:r>
      <w:r>
        <w:br/>
      </w:r>
      <w:r>
        <w:rPr>
          <w:rFonts w:ascii="LiberationSerif" w:eastAsia="LiberationSerif" w:hAnsi="LiberationSerif"/>
          <w:color w:val="000000"/>
          <w:sz w:val="30"/>
        </w:rPr>
        <w:t xml:space="preserve">cultures. The wedding ceremony was a spectacular display of their traditions, a kaleidoscope of color and sound, </w:t>
      </w:r>
      <w:r>
        <w:br/>
      </w:r>
      <w:r>
        <w:rPr>
          <w:rFonts w:ascii="LiberationSerif" w:eastAsia="LiberationSerif" w:hAnsi="LiberationSerif"/>
          <w:color w:val="000000"/>
          <w:sz w:val="30"/>
        </w:rPr>
        <w:t xml:space="preserve">vibrant, passionate, and joyous. The celebration lasted for days, a testament to the strength of our bond and the unity of our people. The gifts, both practical and magical, were a symbol of their acceptance, a confirmation of my place within their society. I received more than just gifts though, I received respect. I earned the right to call myself a member of the Devil Tribe, not just by marriage, but by hard-earned respect. I was no longer just a soldier; I was a leader, a </w:t>
      </w:r>
      <w:r>
        <w:br/>
      </w:r>
      <w:r>
        <w:rPr>
          <w:rFonts w:ascii="LiberationSerif" w:eastAsia="LiberationSerif" w:hAnsi="LiberationSerif"/>
          <w:color w:val="000000"/>
          <w:sz w:val="30"/>
        </w:rPr>
        <w:t>husband, and a part of something far greater than myself.</w:t>
      </w:r>
    </w:p>
    <w:p w14:paraId="2EEB2A1A" w14:textId="77777777" w:rsidR="008130CF" w:rsidRDefault="008130CF" w:rsidP="003166C8">
      <w:pPr>
        <w:ind w:right="20"/>
        <w:sectPr w:rsidR="008130CF">
          <w:pgSz w:w="12240" w:h="15840"/>
          <w:pgMar w:top="0" w:right="1420" w:bottom="0" w:left="1440" w:header="720" w:footer="720" w:gutter="0"/>
          <w:cols w:space="720"/>
          <w:docGrid w:linePitch="360"/>
        </w:sectPr>
      </w:pPr>
    </w:p>
    <w:p w14:paraId="0EBAF72C" w14:textId="1D1C8571"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The rebuilding extended beyond physical structures. We focused on restoring a sense of community, </w:t>
      </w:r>
      <w:r w:rsidR="003166C8">
        <w:rPr>
          <w:rFonts w:ascii="LiberationSerif" w:eastAsia="LiberationSerif" w:hAnsi="LiberationSerif"/>
          <w:color w:val="000000"/>
          <w:sz w:val="30"/>
        </w:rPr>
        <w:t xml:space="preserve">and </w:t>
      </w:r>
      <w:r>
        <w:rPr>
          <w:rFonts w:ascii="LiberationSerif" w:eastAsia="LiberationSerif" w:hAnsi="LiberationSerif"/>
          <w:color w:val="000000"/>
          <w:sz w:val="30"/>
        </w:rPr>
        <w:t xml:space="preserve">rebuilding the social fabric torn by </w:t>
      </w:r>
      <w:r w:rsidR="003166C8">
        <w:rPr>
          <w:rFonts w:ascii="LiberationSerif" w:eastAsia="LiberationSerif" w:hAnsi="LiberationSerif"/>
          <w:color w:val="000000"/>
          <w:sz w:val="30"/>
        </w:rPr>
        <w:t>Zarvokh</w:t>
      </w:r>
      <w:r>
        <w:rPr>
          <w:rFonts w:ascii="LiberationSerif" w:eastAsia="LiberationSerif" w:hAnsi="LiberationSerif"/>
          <w:color w:val="000000"/>
          <w:sz w:val="30"/>
        </w:rPr>
        <w:t xml:space="preserve">'s rule. We instituted programs to educate the children, preserving their traditions while introducing new skills and knowledge. The integration of my modern military practices into their way of life continued, but carefully, always keeping respect for the customs of their people as paramount. The aim was not to replace but to improve, blending the strengths of both cultures to create something new and vibrant. The combined strength of </w:t>
      </w:r>
      <w:r>
        <w:br/>
      </w:r>
      <w:r>
        <w:rPr>
          <w:rFonts w:ascii="LiberationSerif" w:eastAsia="LiberationSerif" w:hAnsi="LiberationSerif"/>
          <w:color w:val="000000"/>
          <w:sz w:val="30"/>
        </w:rPr>
        <w:t>modern tactical prowess mixed with the unique strengths and magic of the indigenous population yielded a formidable and powerful combination. The once-divided tribes were now united, bound by the shared threat they had overcome, and by the newfound understanding between them.</w:t>
      </w:r>
    </w:p>
    <w:p w14:paraId="35A910A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My acceptance wasn't simply a matter of being tolerated; it was a matter of being valued, respected, and loved. The shared experiences of war, of hardship, and of victory had forged a bond that transcended cultural differences. It was a bond built on mutual respect, unwavering loyalty, and a shared commitment to the future. My journey from a lone soldier in a strange land to a respected leader and beloved husband had been a transformative one, a testament to the resilience of the human spirit, the strength of love, and the power of finding a place to call home. The scars I carried from the battles, both physical and emotional, served as reminders of the path I had traveled, a testament to the life I had found in a world that had seemed so alien and hostile just a short time before. The future held new challenges, new struggles, but we faced them together, united, not just as a couple, but as a people, my new family. The once fractured land was healed, and a new era of prosperity and hope </w:t>
      </w:r>
      <w:r>
        <w:br/>
      </w:r>
      <w:r>
        <w:rPr>
          <w:rFonts w:ascii="LiberationSerif" w:eastAsia="LiberationSerif" w:hAnsi="LiberationSerif"/>
          <w:color w:val="000000"/>
          <w:sz w:val="30"/>
        </w:rPr>
        <w:t>began. The once-fragile peace, forged in the fires of conflict, had blossomed into an era of cooperation and mutual</w:t>
      </w:r>
    </w:p>
    <w:p w14:paraId="31F09CF4" w14:textId="77777777" w:rsidR="008130CF" w:rsidRDefault="008130CF" w:rsidP="003166C8">
      <w:pPr>
        <w:ind w:right="20"/>
        <w:sectPr w:rsidR="008130CF">
          <w:pgSz w:w="12240" w:h="15840"/>
          <w:pgMar w:top="0" w:right="1420" w:bottom="0" w:left="1440" w:header="720" w:footer="720" w:gutter="0"/>
          <w:cols w:space="720"/>
          <w:docGrid w:linePitch="360"/>
        </w:sectPr>
      </w:pPr>
    </w:p>
    <w:p w14:paraId="76C1FEA6"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respect, a testament to the power of unity and the enduring strength of the human spirit. It was a new beginning, a new home, a new life, found not just in a new land, but in the hearts of the people who had welcomed me as one of their own.</w:t>
      </w:r>
    </w:p>
    <w:p w14:paraId="0B53277C" w14:textId="77777777" w:rsidR="008130CF" w:rsidRDefault="008130CF" w:rsidP="003166C8">
      <w:pPr>
        <w:ind w:right="20"/>
        <w:sectPr w:rsidR="008130CF">
          <w:pgSz w:w="12240" w:h="15840"/>
          <w:pgMar w:top="0" w:right="1420" w:bottom="0" w:left="1440" w:header="720" w:footer="720" w:gutter="0"/>
          <w:cols w:space="720"/>
          <w:docGrid w:linePitch="360"/>
        </w:sectPr>
      </w:pPr>
    </w:p>
    <w:p w14:paraId="101E7938"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Marcus and Lilianas Union</w:t>
      </w:r>
    </w:p>
    <w:p w14:paraId="7C1D2385" w14:textId="75927EA0"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sun, a molten orb sinking below the jagged peaks of the Crimson Mountains, cast long shadows across the valley. A vibrant tapestry of color unfolded before the assembled throng: the deep crimson of the Devil Tribe’s ceremonial robes, the shimmering golds and emeralds of their newfound allies, and the stark, almost jarring, contrast of </w:t>
      </w:r>
      <w:r w:rsidR="003166C8">
        <w:rPr>
          <w:rFonts w:ascii="LiberationSerif" w:eastAsia="LiberationSerif" w:hAnsi="LiberationSerif"/>
          <w:color w:val="000000"/>
          <w:sz w:val="30"/>
        </w:rPr>
        <w:t>my</w:t>
      </w:r>
      <w:r>
        <w:rPr>
          <w:rFonts w:ascii="LiberationSerif" w:eastAsia="LiberationSerif" w:hAnsi="LiberationSerif"/>
          <w:color w:val="000000"/>
          <w:sz w:val="30"/>
        </w:rPr>
        <w:t xml:space="preserve"> US Army fatigues, slightly mud-stained but meticulously cleaned for the occasion. </w:t>
      </w:r>
      <w:r w:rsidR="003166C8">
        <w:rPr>
          <w:rFonts w:ascii="LiberationSerif" w:eastAsia="LiberationSerif" w:hAnsi="LiberationSerif"/>
          <w:color w:val="000000"/>
          <w:sz w:val="30"/>
        </w:rPr>
        <w:t>I</w:t>
      </w:r>
      <w:r>
        <w:rPr>
          <w:rFonts w:ascii="LiberationSerif" w:eastAsia="LiberationSerif" w:hAnsi="LiberationSerif"/>
          <w:color w:val="000000"/>
          <w:sz w:val="30"/>
        </w:rPr>
        <w:t xml:space="preserve"> stood beside Liliana, her pink skin glowing softly in the twilight, her usually sharp wit softened by a gentle smile that reached her mischievous eyes. Her fiery red hair, usually braided intricately, cascaded down her back in loose waves, adorned with a crown of woven thorns and sparkling amethyst. The thorns, a symbol of her people’s resilience, were intertwined with the </w:t>
      </w:r>
      <w:r>
        <w:br/>
      </w:r>
      <w:r>
        <w:rPr>
          <w:rFonts w:ascii="LiberationSerif" w:eastAsia="LiberationSerif" w:hAnsi="LiberationSerif"/>
          <w:color w:val="000000"/>
          <w:sz w:val="30"/>
        </w:rPr>
        <w:t>amethyst, a tribute to her newfound love.</w:t>
      </w:r>
    </w:p>
    <w:p w14:paraId="04E89EC7" w14:textId="6AF79516"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air hummed with a low thrum of magic, a collective energy emanating from the assembled crowd. This wasn't just a wedding; it was a celebration of a hard-won freedom, a testament to the improbable alliance forged between a human soldier and a pink-skinned devil </w:t>
      </w:r>
      <w:r w:rsidR="003166C8">
        <w:rPr>
          <w:rFonts w:ascii="LiberationSerif" w:eastAsia="LiberationSerif" w:hAnsi="LiberationSerif"/>
          <w:color w:val="000000"/>
          <w:sz w:val="30"/>
        </w:rPr>
        <w:t>Queen</w:t>
      </w:r>
      <w:r>
        <w:rPr>
          <w:rFonts w:ascii="LiberationSerif" w:eastAsia="LiberationSerif" w:hAnsi="LiberationSerif"/>
          <w:color w:val="000000"/>
          <w:sz w:val="30"/>
        </w:rPr>
        <w:t>. It was a symbol of hope, a promise of a new dawn for the Devil Tribe, a dawn illuminated by the unlikely, yet profoundly beautiful, union of Marcus and Liliana.</w:t>
      </w:r>
    </w:p>
    <w:p w14:paraId="6B1FFCB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ceremony itself was a blend of cultures, a breathtaking fusion of military precision and ancient demonic rituals. Elder Zaltar, his ancient face etched with wisdom and a hint of amused surprise at the entire spectacle, officiated. He spoke in a melodic tongue, his words rich with ancient lore and potent blessings. Marcus, despite his initial reservations about the rituals, found himself strangely captivated. The</w:t>
      </w:r>
    </w:p>
    <w:p w14:paraId="452E5903" w14:textId="77777777" w:rsidR="008130CF" w:rsidRDefault="008130CF" w:rsidP="003166C8">
      <w:pPr>
        <w:ind w:right="20"/>
        <w:sectPr w:rsidR="008130CF">
          <w:pgSz w:w="12240" w:h="15840"/>
          <w:pgMar w:top="0" w:right="1420" w:bottom="0" w:left="1440" w:header="720" w:footer="720" w:gutter="0"/>
          <w:cols w:space="720"/>
          <w:docGrid w:linePitch="360"/>
        </w:sectPr>
      </w:pPr>
    </w:p>
    <w:p w14:paraId="1E1996D8"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chanting, the rhythmic drums, the swirling incense – it all contributed to an atmosphere both powerful and moving.</w:t>
      </w:r>
    </w:p>
    <w:p w14:paraId="56BC8C4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ever the pragmatist, had insisted on a few modern touches. Instead of a traditional demonic contract, they exchanged vows, spoken in both English and the Devil Tribe's guttural tongue. Her vows, while laced with her trademark sarcasm, were heartfelt, a promise of unwavering loyalty and a love that had blossomed amidst the chaos of war and the constant threat of death. Marcus, his voice thick with emotion, spoke of his unwavering devotion, his pledge to protect her, her people, and their newfound freedom. His words echoed his years spent leading men in life-or-death situations, his voice resonating with the quiet strength and steadfast commitment he had demonstrated during their journey.</w:t>
      </w:r>
    </w:p>
    <w:p w14:paraId="1A5E2EED" w14:textId="0440ACF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exchange of rings was a simple yet poignant moment. Liliana's ring, a band of polished obsidian set with a single, fiery ruby, mirrored the intensity of her spirit. </w:t>
      </w:r>
      <w:r w:rsidR="006611AF">
        <w:rPr>
          <w:rFonts w:ascii="LiberationSerif" w:eastAsia="LiberationSerif" w:hAnsi="LiberationSerif"/>
          <w:color w:val="000000"/>
          <w:sz w:val="30"/>
        </w:rPr>
        <w:t>My</w:t>
      </w:r>
      <w:r>
        <w:rPr>
          <w:rFonts w:ascii="LiberationSerif" w:eastAsia="LiberationSerif" w:hAnsi="LiberationSerif"/>
          <w:color w:val="000000"/>
          <w:sz w:val="30"/>
        </w:rPr>
        <w:t xml:space="preserve"> ring, a simple silver band bearing a small, intricately carved devil's head, was a symbol of his acceptance into her world, his acceptance of his new role as not just her husband, but also a leader of her people. The silver reflected the light of a setting sun, emphasizing the subtle artistry and the weight of its meaning.</w:t>
      </w:r>
    </w:p>
    <w:p w14:paraId="2A3AF73E" w14:textId="4C808B55"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feast that followed was a spectacular affair, a </w:t>
      </w:r>
      <w:r>
        <w:br/>
      </w:r>
      <w:r>
        <w:rPr>
          <w:rFonts w:ascii="LiberationSerif" w:eastAsia="LiberationSerif" w:hAnsi="LiberationSerif"/>
          <w:color w:val="000000"/>
          <w:sz w:val="30"/>
        </w:rPr>
        <w:t xml:space="preserve">kaleidoscope of exotic dishes and potent drinks. Laughter mingled with the clinking of goblets, the air thick with camaraderie and a sense of shared accomplishment. The celebrations lasted long into the night, a joyous outpouring of relief and celebration.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found himself surrounded by people who had once been his enemies, now his friends and allies. He looked at Liliana, her eyes sparkling with</w:t>
      </w:r>
    </w:p>
    <w:p w14:paraId="332BC164" w14:textId="77777777" w:rsidR="008130CF" w:rsidRDefault="008130CF" w:rsidP="003166C8">
      <w:pPr>
        <w:ind w:right="20"/>
        <w:sectPr w:rsidR="008130CF">
          <w:pgSz w:w="12240" w:h="15840"/>
          <w:pgMar w:top="0" w:right="1420" w:bottom="0" w:left="1440" w:header="720" w:footer="720" w:gutter="0"/>
          <w:cols w:space="720"/>
          <w:docGrid w:linePitch="360"/>
        </w:sectPr>
      </w:pPr>
    </w:p>
    <w:p w14:paraId="30A6F830"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happiness, and felt a profound sense of belonging, a sense of finally having found his place in this strange, magical world.</w:t>
      </w:r>
    </w:p>
    <w:p w14:paraId="108C21A2" w14:textId="65C3146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following days were a whirlwind of activity. </w:t>
      </w:r>
      <w:r w:rsidR="006611AF">
        <w:rPr>
          <w:rFonts w:ascii="LiberationSerif" w:eastAsia="LiberationSerif" w:hAnsi="LiberationSerif"/>
          <w:color w:val="000000"/>
          <w:sz w:val="30"/>
        </w:rPr>
        <w:t>I was</w:t>
      </w:r>
      <w:r>
        <w:rPr>
          <w:rFonts w:ascii="LiberationSerif" w:eastAsia="LiberationSerif" w:hAnsi="LiberationSerif"/>
          <w:color w:val="000000"/>
          <w:sz w:val="30"/>
        </w:rPr>
        <w:t xml:space="preserve"> now officially a prince-consort of the Devil Tribe, found himself immersed in the day-to-day governance of their newly liberated lands. He applied his military expertise to the task of rebuilding and reorganizing their defenses, </w:t>
      </w:r>
      <w:r>
        <w:br/>
      </w:r>
      <w:r>
        <w:rPr>
          <w:rFonts w:ascii="LiberationSerif" w:eastAsia="LiberationSerif" w:hAnsi="LiberationSerif"/>
          <w:color w:val="000000"/>
          <w:sz w:val="30"/>
        </w:rPr>
        <w:t>streamlining their resources, and establishing effective communication networks. His leadership skills, honed in the crucible of countless battles, proved invaluable in fostering unity and stability among the various factions within the tribe.</w:t>
      </w:r>
    </w:p>
    <w:p w14:paraId="6AF2EF4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ever by his side, acted as his advisor, her sharp intellect and deep understanding of her people’s culture proving to be an indispensable asset. Together, they worked tirelessly to repair the damage wrought by the enslaving wizard, focusing on rebuilding infrastructure and restoring the trust among their people. They established fair laws, fostering cooperation and justice, creating an environment conducive to prosperity and growth.</w:t>
      </w:r>
    </w:p>
    <w:p w14:paraId="04D39107" w14:textId="6FDD5FFF"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However, the celebrations and the initial euphoria couldn't mask the underlying uncertainties. The victory against the enslaving wizard had created a power vacuum, leaving a ripple effect across the wider magical world. Rumours of other powerful entities, lurking in the shadows, began to surface, Liliana </w:t>
      </w:r>
      <w:r w:rsidR="006611AF">
        <w:rPr>
          <w:rFonts w:ascii="LiberationSerif" w:eastAsia="LiberationSerif" w:hAnsi="LiberationSerif"/>
          <w:color w:val="000000"/>
          <w:sz w:val="30"/>
        </w:rPr>
        <w:t xml:space="preserve">and I </w:t>
      </w:r>
      <w:r>
        <w:rPr>
          <w:rFonts w:ascii="LiberationSerif" w:eastAsia="LiberationSerif" w:hAnsi="LiberationSerif"/>
          <w:color w:val="000000"/>
          <w:sz w:val="30"/>
        </w:rPr>
        <w:t xml:space="preserve">soon realized </w:t>
      </w:r>
      <w:r w:rsidR="006611AF">
        <w:rPr>
          <w:rFonts w:ascii="LiberationSerif" w:eastAsia="LiberationSerif" w:hAnsi="LiberationSerif"/>
          <w:color w:val="000000"/>
          <w:sz w:val="30"/>
        </w:rPr>
        <w:t>our</w:t>
      </w:r>
      <w:r>
        <w:rPr>
          <w:rFonts w:ascii="LiberationSerif" w:eastAsia="LiberationSerif" w:hAnsi="LiberationSerif"/>
          <w:color w:val="000000"/>
          <w:sz w:val="30"/>
        </w:rPr>
        <w:t xml:space="preserve"> work was far from over. They were not just ruling a small corner of this magical realm; they were custodians of a hard-won peace, guardians of a fledgling freedom, and responsible for the future of their people.</w:t>
      </w:r>
    </w:p>
    <w:p w14:paraId="436F7F9A" w14:textId="341F3D18"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celebrations were winding down, but the genuine happiness remained. </w:t>
      </w:r>
      <w:r w:rsidR="006611AF">
        <w:rPr>
          <w:rFonts w:ascii="LiberationSerif" w:eastAsia="LiberationSerif" w:hAnsi="LiberationSerif"/>
          <w:color w:val="000000"/>
          <w:sz w:val="30"/>
        </w:rPr>
        <w:t xml:space="preserve">I </w:t>
      </w:r>
      <w:r>
        <w:rPr>
          <w:rFonts w:ascii="LiberationSerif" w:eastAsia="LiberationSerif" w:hAnsi="LiberationSerif"/>
          <w:color w:val="000000"/>
          <w:sz w:val="30"/>
        </w:rPr>
        <w:t>learned to appreciate the finer</w:t>
      </w:r>
    </w:p>
    <w:p w14:paraId="277F0A6B" w14:textId="77777777" w:rsidR="008130CF" w:rsidRDefault="008130CF" w:rsidP="003166C8">
      <w:pPr>
        <w:ind w:right="20"/>
        <w:sectPr w:rsidR="008130CF">
          <w:pgSz w:w="12240" w:h="15840"/>
          <w:pgMar w:top="0" w:right="1420" w:bottom="0" w:left="1440" w:header="720" w:footer="720" w:gutter="0"/>
          <w:cols w:space="720"/>
          <w:docGrid w:linePitch="360"/>
        </w:sectPr>
      </w:pPr>
    </w:p>
    <w:p w14:paraId="4FBF6BAF" w14:textId="5C58FF81"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points of demonic cuisine, surprising even himself with his palate's adaptability. Liliana, in turn, had developed an inexplicable fondness for instant coffee, a taste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had introduced, finding solace in its familiar bitterness amidst a world saturated with exotic flavors. The balance of their lives, both personally and politically, was a precarious thing, but it was a balance they were determined to maintain.</w:t>
      </w:r>
    </w:p>
    <w:p w14:paraId="7D92F6FB" w14:textId="4668B99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As they stood on their balcony, watching the moon rise over the Crimson Mountains, their world now their own, </w:t>
      </w:r>
      <w:r w:rsidR="006611AF">
        <w:rPr>
          <w:rFonts w:ascii="LiberationSerif" w:eastAsia="LiberationSerif" w:hAnsi="LiberationSerif"/>
          <w:color w:val="000000"/>
          <w:sz w:val="30"/>
        </w:rPr>
        <w:t>I</w:t>
      </w:r>
      <w:r>
        <w:rPr>
          <w:rFonts w:ascii="LiberationSerif" w:eastAsia="LiberationSerif" w:hAnsi="LiberationSerif"/>
          <w:color w:val="000000"/>
          <w:sz w:val="30"/>
        </w:rPr>
        <w:t xml:space="preserve"> felt a thrill. He knew there were dark days ahead. There would be challenges, betrayals, and threats that would test their alliance and their love to its very limits. But he was not afraid. He had Liliana by his side, a woman whose spirit matched his own, and whose love for him was as </w:t>
      </w:r>
      <w:r>
        <w:br/>
      </w:r>
      <w:r>
        <w:rPr>
          <w:rFonts w:ascii="LiberationSerif" w:eastAsia="LiberationSerif" w:hAnsi="LiberationSerif"/>
          <w:color w:val="000000"/>
          <w:sz w:val="30"/>
        </w:rPr>
        <w:t>unshakeable as the mountains themselves. He looked down at his hand, still adorned with the silver ring, a constant reminder of his commitment and of the path he had traveled to arrive here, at the beginning of a new adventure, a new life built upon the foundation of love, loyalty, and a hard-fought victory.</w:t>
      </w:r>
    </w:p>
    <w:p w14:paraId="0A19F64B" w14:textId="2BEF870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new dawn brought with it a renewed sense of purpose. Liliana</w:t>
      </w:r>
      <w:r w:rsidR="006611AF">
        <w:rPr>
          <w:rFonts w:ascii="LiberationSerif" w:eastAsia="LiberationSerif" w:hAnsi="LiberationSerif"/>
          <w:color w:val="000000"/>
          <w:sz w:val="30"/>
        </w:rPr>
        <w:t xml:space="preserve"> and I</w:t>
      </w:r>
      <w:r>
        <w:rPr>
          <w:rFonts w:ascii="LiberationSerif" w:eastAsia="LiberationSerif" w:hAnsi="LiberationSerif"/>
          <w:color w:val="000000"/>
          <w:sz w:val="30"/>
        </w:rPr>
        <w:t xml:space="preserve"> spent countless hours poring over maps, studying ancient texts, and consulting with their allies. They held council meetings, debating strategies and resolving disputes, forging new alliances and strengthening old ones.</w:t>
      </w:r>
    </w:p>
    <w:p w14:paraId="210A5F82" w14:textId="32881CE4"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task of ruling was not easy. There were internal </w:t>
      </w:r>
      <w:r>
        <w:br/>
      </w:r>
      <w:r>
        <w:rPr>
          <w:rFonts w:ascii="LiberationSerif" w:eastAsia="LiberationSerif" w:hAnsi="LiberationSerif"/>
          <w:color w:val="000000"/>
          <w:sz w:val="30"/>
        </w:rPr>
        <w:t xml:space="preserve">struggles amongst the tribes, economic challenges to </w:t>
      </w:r>
      <w:r>
        <w:br/>
      </w:r>
      <w:r>
        <w:rPr>
          <w:rFonts w:ascii="LiberationSerif" w:eastAsia="LiberationSerif" w:hAnsi="LiberationSerif"/>
          <w:color w:val="000000"/>
          <w:sz w:val="30"/>
        </w:rPr>
        <w:t xml:space="preserve">overcome, and the looming threat of external enemies. But </w:t>
      </w:r>
      <w:r w:rsidR="006611AF">
        <w:rPr>
          <w:rFonts w:ascii="LiberationSerif" w:eastAsia="LiberationSerif" w:hAnsi="LiberationSerif"/>
          <w:color w:val="000000"/>
          <w:sz w:val="30"/>
        </w:rPr>
        <w:t>my</w:t>
      </w:r>
      <w:r>
        <w:rPr>
          <w:rFonts w:ascii="LiberationSerif" w:eastAsia="LiberationSerif" w:hAnsi="LiberationSerif"/>
          <w:color w:val="000000"/>
          <w:sz w:val="30"/>
        </w:rPr>
        <w:t xml:space="preserve"> experience</w:t>
      </w:r>
      <w:r w:rsidR="006611AF">
        <w:rPr>
          <w:rFonts w:ascii="LiberationSerif" w:eastAsia="LiberationSerif" w:hAnsi="LiberationSerif"/>
          <w:color w:val="000000"/>
          <w:sz w:val="30"/>
        </w:rPr>
        <w:t>s</w:t>
      </w:r>
      <w:r>
        <w:rPr>
          <w:rFonts w:ascii="LiberationSerif" w:eastAsia="LiberationSerif" w:hAnsi="LiberationSerif"/>
          <w:color w:val="000000"/>
          <w:sz w:val="30"/>
        </w:rPr>
        <w:t xml:space="preserve"> coupled with Liliana's inherent understanding of her people, allowed </w:t>
      </w:r>
      <w:r w:rsidR="006611AF">
        <w:rPr>
          <w:rFonts w:ascii="LiberationSerif" w:eastAsia="LiberationSerif" w:hAnsi="LiberationSerif"/>
          <w:color w:val="000000"/>
          <w:sz w:val="30"/>
        </w:rPr>
        <w:t>us</w:t>
      </w:r>
      <w:r>
        <w:rPr>
          <w:rFonts w:ascii="LiberationSerif" w:eastAsia="LiberationSerif" w:hAnsi="LiberationSerif"/>
          <w:color w:val="000000"/>
          <w:sz w:val="30"/>
        </w:rPr>
        <w:t xml:space="preserve"> to navigate through many of </w:t>
      </w:r>
      <w:r w:rsidR="006611AF">
        <w:rPr>
          <w:rFonts w:ascii="LiberationSerif" w:eastAsia="LiberationSerif" w:hAnsi="LiberationSerif"/>
          <w:color w:val="000000"/>
          <w:sz w:val="30"/>
        </w:rPr>
        <w:t>our</w:t>
      </w:r>
      <w:r>
        <w:rPr>
          <w:rFonts w:ascii="LiberationSerif" w:eastAsia="LiberationSerif" w:hAnsi="LiberationSerif"/>
          <w:color w:val="000000"/>
          <w:sz w:val="30"/>
        </w:rPr>
        <w:t xml:space="preserve"> problems.</w:t>
      </w:r>
    </w:p>
    <w:p w14:paraId="25FEC3E9" w14:textId="3ED47B3C"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unity </w:t>
      </w:r>
      <w:r w:rsidR="006611AF">
        <w:rPr>
          <w:rFonts w:ascii="LiberationSerif" w:eastAsia="LiberationSerif" w:hAnsi="LiberationSerif"/>
          <w:color w:val="000000"/>
          <w:sz w:val="30"/>
        </w:rPr>
        <w:t>we</w:t>
      </w:r>
      <w:r>
        <w:rPr>
          <w:rFonts w:ascii="LiberationSerif" w:eastAsia="LiberationSerif" w:hAnsi="LiberationSerif"/>
          <w:color w:val="000000"/>
          <w:sz w:val="30"/>
        </w:rPr>
        <w:t xml:space="preserve"> had forged in battle continued to serve </w:t>
      </w:r>
      <w:r w:rsidR="006611AF">
        <w:rPr>
          <w:rFonts w:ascii="LiberationSerif" w:eastAsia="LiberationSerif" w:hAnsi="LiberationSerif"/>
          <w:color w:val="000000"/>
          <w:sz w:val="30"/>
        </w:rPr>
        <w:t>us</w:t>
      </w:r>
      <w:r>
        <w:rPr>
          <w:rFonts w:ascii="LiberationSerif" w:eastAsia="LiberationSerif" w:hAnsi="LiberationSerif"/>
          <w:color w:val="000000"/>
          <w:sz w:val="30"/>
        </w:rPr>
        <w:t xml:space="preserve"> well. Liliana</w:t>
      </w:r>
      <w:r w:rsidR="006611AF">
        <w:rPr>
          <w:rFonts w:ascii="LiberationSerif" w:eastAsia="LiberationSerif" w:hAnsi="LiberationSerif"/>
          <w:color w:val="000000"/>
          <w:sz w:val="30"/>
        </w:rPr>
        <w:t xml:space="preserve"> and I</w:t>
      </w:r>
      <w:r>
        <w:rPr>
          <w:rFonts w:ascii="LiberationSerif" w:eastAsia="LiberationSerif" w:hAnsi="LiberationSerif"/>
          <w:color w:val="000000"/>
          <w:sz w:val="30"/>
        </w:rPr>
        <w:t xml:space="preserve"> held each other tightly through</w:t>
      </w:r>
    </w:p>
    <w:p w14:paraId="39AE98A3" w14:textId="77777777" w:rsidR="008130CF" w:rsidRDefault="008130CF" w:rsidP="003166C8">
      <w:pPr>
        <w:ind w:right="20"/>
        <w:sectPr w:rsidR="008130CF">
          <w:pgSz w:w="12240" w:h="15840"/>
          <w:pgMar w:top="0" w:right="1420" w:bottom="0" w:left="1440" w:header="720" w:footer="720" w:gutter="0"/>
          <w:cols w:space="720"/>
          <w:docGrid w:linePitch="360"/>
        </w:sectPr>
      </w:pPr>
    </w:p>
    <w:p w14:paraId="7A227AA1" w14:textId="3DFA196A"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these stressful times, </w:t>
      </w:r>
      <w:r w:rsidR="006611AF">
        <w:rPr>
          <w:rFonts w:ascii="LiberationSerif" w:eastAsia="LiberationSerif" w:hAnsi="LiberationSerif"/>
          <w:color w:val="000000"/>
          <w:sz w:val="30"/>
        </w:rPr>
        <w:t>our</w:t>
      </w:r>
      <w:r>
        <w:rPr>
          <w:rFonts w:ascii="LiberationSerif" w:eastAsia="LiberationSerif" w:hAnsi="LiberationSerif"/>
          <w:color w:val="000000"/>
          <w:sz w:val="30"/>
        </w:rPr>
        <w:t xml:space="preserve"> love strengthening with each challenge faced. </w:t>
      </w:r>
      <w:r w:rsidR="006611AF">
        <w:rPr>
          <w:rFonts w:ascii="LiberationSerif" w:eastAsia="LiberationSerif" w:hAnsi="LiberationSerif"/>
          <w:color w:val="000000"/>
          <w:sz w:val="30"/>
        </w:rPr>
        <w:t>We</w:t>
      </w:r>
      <w:r>
        <w:rPr>
          <w:rFonts w:ascii="LiberationSerif" w:eastAsia="LiberationSerif" w:hAnsi="LiberationSerif"/>
          <w:color w:val="000000"/>
          <w:sz w:val="30"/>
        </w:rPr>
        <w:t xml:space="preserve"> found solace in the ordinary moments as well - sharing quiet evenings, laughter echoing in </w:t>
      </w:r>
      <w:r w:rsidR="006611AF">
        <w:rPr>
          <w:rFonts w:ascii="LiberationSerif" w:eastAsia="LiberationSerif" w:hAnsi="LiberationSerif"/>
          <w:color w:val="000000"/>
          <w:sz w:val="30"/>
        </w:rPr>
        <w:t>our</w:t>
      </w:r>
      <w:r>
        <w:rPr>
          <w:rFonts w:ascii="LiberationSerif" w:eastAsia="LiberationSerif" w:hAnsi="LiberationSerif"/>
          <w:color w:val="000000"/>
          <w:sz w:val="30"/>
        </w:rPr>
        <w:t xml:space="preserve"> new home, a testament to </w:t>
      </w:r>
      <w:r w:rsidR="006611AF">
        <w:rPr>
          <w:rFonts w:ascii="LiberationSerif" w:eastAsia="LiberationSerif" w:hAnsi="LiberationSerif"/>
          <w:color w:val="000000"/>
          <w:sz w:val="30"/>
        </w:rPr>
        <w:t>our</w:t>
      </w:r>
      <w:r>
        <w:rPr>
          <w:rFonts w:ascii="LiberationSerif" w:eastAsia="LiberationSerif" w:hAnsi="LiberationSerif"/>
          <w:color w:val="000000"/>
          <w:sz w:val="30"/>
        </w:rPr>
        <w:t xml:space="preserve"> shared journey. The scars of battle faded, but the memories lingered, serving as a constant reminder of the sacrifices they had made to create this new future.</w:t>
      </w:r>
    </w:p>
    <w:p w14:paraId="17C7756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relationship, once a whirlwind of unlikely </w:t>
      </w:r>
      <w:r>
        <w:br/>
      </w:r>
      <w:r>
        <w:rPr>
          <w:rFonts w:ascii="LiberationSerif" w:eastAsia="LiberationSerif" w:hAnsi="LiberationSerif"/>
          <w:color w:val="000000"/>
          <w:sz w:val="30"/>
        </w:rPr>
        <w:t xml:space="preserve">circumstances, had blossomed into a profound connection, built on shared experiences, mutual respect, and a fierce loyalty. They were two souls from different worlds, brought together by fate, their love a powerful beacon against the darkness. Their marriage wasn't just a union of two </w:t>
      </w:r>
      <w:r>
        <w:br/>
      </w:r>
      <w:r>
        <w:rPr>
          <w:rFonts w:ascii="LiberationSerif" w:eastAsia="LiberationSerif" w:hAnsi="LiberationSerif"/>
          <w:color w:val="000000"/>
          <w:sz w:val="30"/>
        </w:rPr>
        <w:t>individuals; it was a symbol of the unification of two worlds, a fusion of cultures, and a testament to the strength of love and loyalty in the face of adversity. And though the future remained uncertain, they faced it together, hand in hand, ready to tackle whatever challenges awaited them, armed with their love, their loyalty, and the unwavering hope for a brighter tomorrow. Their story was far from over; it was only just beginning.</w:t>
      </w:r>
    </w:p>
    <w:p w14:paraId="59EF3D64" w14:textId="77777777" w:rsidR="008130CF" w:rsidRDefault="008130CF" w:rsidP="003166C8">
      <w:pPr>
        <w:ind w:right="20"/>
        <w:sectPr w:rsidR="008130CF">
          <w:pgSz w:w="12240" w:h="15840"/>
          <w:pgMar w:top="0" w:right="1420" w:bottom="0" w:left="1440" w:header="720" w:footer="720" w:gutter="0"/>
          <w:cols w:space="720"/>
          <w:docGrid w:linePitch="360"/>
        </w:sectPr>
      </w:pPr>
    </w:p>
    <w:p w14:paraId="4A130AC8"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Building a Life Together</w:t>
      </w:r>
    </w:p>
    <w:p w14:paraId="5791723F"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wedding feast continued long into the night, a vibrant celebration of unity and a shared future. The air hummed with laughter, the rhythmic beat of tribal drums, and the clinking of goblets filled with a potent, ruby-red wine that tasted of sunshine and wild berries. Marcus, still slightly bewildered by the sheer spectacle of it all, found himself swept away by the joy and exuberance of the celebration.</w:t>
      </w:r>
    </w:p>
    <w:p w14:paraId="01D8C1B1"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Liliana, radiant in her amethyst-adorned crown, leaned against him, her hand resting lightly on his arm. Her eyes, usually sparkling with mischief, held a depth of tenderness that stole his breath away. He'd never imagined a life like this, a life filled with magic, vibrant cultures, and a love that defied all expectations. He'd traded the sterile, predictable world of the US Army for a life that was chaotic, </w:t>
      </w:r>
      <w:r>
        <w:br/>
      </w:r>
      <w:r>
        <w:rPr>
          <w:rFonts w:ascii="LiberationSerif" w:eastAsia="LiberationSerif" w:hAnsi="LiberationSerif"/>
          <w:color w:val="000000"/>
          <w:sz w:val="30"/>
        </w:rPr>
        <w:t>unpredictable, and utterly breathtaking. And he wouldn't have it any other way.</w:t>
      </w:r>
    </w:p>
    <w:p w14:paraId="738B5ED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immediate plans were simple, yet profound. The first order of business was solidifying the peace between the Devil Tribe and their newfound allies. This meant </w:t>
      </w:r>
      <w:r>
        <w:br/>
      </w:r>
      <w:r>
        <w:rPr>
          <w:rFonts w:ascii="LiberationSerif" w:eastAsia="LiberationSerif" w:hAnsi="LiberationSerif"/>
          <w:color w:val="000000"/>
          <w:sz w:val="30"/>
        </w:rPr>
        <w:t xml:space="preserve">establishing trade routes, forging diplomatic ties, and </w:t>
      </w:r>
      <w:r>
        <w:br/>
      </w:r>
      <w:r>
        <w:rPr>
          <w:rFonts w:ascii="LiberationSerif" w:eastAsia="LiberationSerif" w:hAnsi="LiberationSerif"/>
          <w:color w:val="000000"/>
          <w:sz w:val="30"/>
        </w:rPr>
        <w:t xml:space="preserve">ensuring the protection of the borders. Marcus, with his military expertise and Liliana’s inherent understanding of her people's needs, were uniquely positioned to lead this </w:t>
      </w:r>
      <w:r>
        <w:br/>
      </w:r>
      <w:r>
        <w:rPr>
          <w:rFonts w:ascii="LiberationSerif" w:eastAsia="LiberationSerif" w:hAnsi="LiberationSerif"/>
          <w:color w:val="000000"/>
          <w:sz w:val="30"/>
        </w:rPr>
        <w:t xml:space="preserve">endeavor. He would use his knowledge of logistics, resource management, and strategic planning, honed through years of military service, to help build a stronger, more prosperous future for her people. His background in underwater </w:t>
      </w:r>
      <w:r>
        <w:br/>
      </w:r>
      <w:r>
        <w:rPr>
          <w:rFonts w:ascii="LiberationSerif" w:eastAsia="LiberationSerif" w:hAnsi="LiberationSerif"/>
          <w:color w:val="000000"/>
          <w:sz w:val="30"/>
        </w:rPr>
        <w:t xml:space="preserve">demolitions, once solely focused on breaching enemy </w:t>
      </w:r>
      <w:r>
        <w:br/>
      </w:r>
      <w:r>
        <w:rPr>
          <w:rFonts w:ascii="LiberationSerif" w:eastAsia="LiberationSerif" w:hAnsi="LiberationSerif"/>
          <w:color w:val="000000"/>
          <w:sz w:val="30"/>
        </w:rPr>
        <w:t>defenses, was now redirected towards constructing efficient irrigation systems utilizing the region's unique water sources.</w:t>
      </w:r>
    </w:p>
    <w:p w14:paraId="44C35400"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He would help them develop their own defenses, teaching</w:t>
      </w:r>
    </w:p>
    <w:p w14:paraId="147A5D64" w14:textId="77777777" w:rsidR="008130CF" w:rsidRDefault="008130CF" w:rsidP="003166C8">
      <w:pPr>
        <w:ind w:right="20"/>
        <w:sectPr w:rsidR="008130CF">
          <w:pgSz w:w="12240" w:h="15840"/>
          <w:pgMar w:top="0" w:right="1420" w:bottom="0" w:left="1440" w:header="720" w:footer="720" w:gutter="0"/>
          <w:cols w:space="720"/>
          <w:docGrid w:linePitch="360"/>
        </w:sectPr>
      </w:pPr>
    </w:p>
    <w:p w14:paraId="355D938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them modern tactical strategies, while ensuring they </w:t>
      </w:r>
      <w:r>
        <w:br/>
      </w:r>
      <w:r>
        <w:rPr>
          <w:rFonts w:ascii="LiberationSerif" w:eastAsia="LiberationSerif" w:hAnsi="LiberationSerif"/>
          <w:color w:val="000000"/>
          <w:sz w:val="30"/>
        </w:rPr>
        <w:t>maintained the mystical arts and ancient knowledge that was their birthright. He understood the importance of blending tradition with progress, a delicate balance that he would strive to maintain.</w:t>
      </w:r>
    </w:p>
    <w:p w14:paraId="61F27A56" w14:textId="6D0BB51D"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in turn, would use her position as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and her profound understanding of the magical world to ensure that the Devil Tribe's unique culture flourished. She would bridge the gap between her people’s rich history and the knowledge that Marcus brought from his own world, fostering a unique and thriving society. She envisioned a future where the Devil Tribe would be not just a force to be reckoned with, but a respected and thriving community, a beacon of strength and resilience in a land often fraught with danger. She dreamt of schools where children could learn both traditional devilish lore and the technological advancements brought from </w:t>
      </w:r>
      <w:r>
        <w:br/>
      </w:r>
      <w:r>
        <w:rPr>
          <w:rFonts w:ascii="LiberationSerif" w:eastAsia="LiberationSerif" w:hAnsi="LiberationSerif"/>
          <w:color w:val="000000"/>
          <w:sz w:val="30"/>
        </w:rPr>
        <w:t>Marcus’s world. She imagined a society where magic and technology coexisted harmoniously, strengthening each other and forging a unique identity that celebrated their heritage while embracing the future.</w:t>
      </w:r>
    </w:p>
    <w:p w14:paraId="2E4C279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Beyond the immediate concerns of governance and societal development, their personal plans were just as ambitious. They both yearned for a quiet life, a simple sanctuary where they could simply be themselves, away from the pressures of leadership and constant battles. They longed for a home filled with laughter, the scent of freshly baked bread, and the warmth of a crackling fire. They spoke often of building a small cottage nestled amongst the gently rolling hills outside the Devil Tribe's main settlement, a place where they could escape the noise and turmoil of their public lives. They imagined a life filled with quiet moments, shared laughter, and the comforting rhythm of their daily routines.</w:t>
      </w:r>
    </w:p>
    <w:p w14:paraId="3A976003" w14:textId="77777777" w:rsidR="008130CF" w:rsidRDefault="008130CF" w:rsidP="003166C8">
      <w:pPr>
        <w:ind w:right="20"/>
        <w:sectPr w:rsidR="008130CF">
          <w:pgSz w:w="12240" w:h="15840"/>
          <w:pgMar w:top="0" w:right="1420" w:bottom="0" w:left="1440" w:header="720" w:footer="720" w:gutter="0"/>
          <w:cols w:space="720"/>
          <w:docGrid w:linePitch="360"/>
        </w:sectPr>
      </w:pPr>
    </w:p>
    <w:p w14:paraId="5C4B279C"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Marcus, ever the pragmatist, began to sketch out plans for the cottage. His design incorporated elements of both </w:t>
      </w:r>
      <w:r>
        <w:br/>
      </w:r>
      <w:r>
        <w:rPr>
          <w:rFonts w:ascii="LiberationSerif" w:eastAsia="LiberationSerif" w:hAnsi="LiberationSerif"/>
          <w:color w:val="000000"/>
          <w:sz w:val="30"/>
        </w:rPr>
        <w:t xml:space="preserve">worlds. He envisioned a sturdy stone structure, blending the traditional building methods of the Devil Tribe with modern construction techniques to ensure stability and resilience against the unpredictable weather. He planned for solar panels, a surprisingly effective solution in this world of abundant sunlight, to power their home. He even envisioned integrating a rudimentary hydroponic system, allowing them to grow fresh vegetables year-round, regardless of the </w:t>
      </w:r>
      <w:r>
        <w:br/>
      </w:r>
      <w:r>
        <w:rPr>
          <w:rFonts w:ascii="LiberationSerif" w:eastAsia="LiberationSerif" w:hAnsi="LiberationSerif"/>
          <w:color w:val="000000"/>
          <w:sz w:val="30"/>
        </w:rPr>
        <w:t xml:space="preserve">climate. He knew Liliana loved flowers, so he planned a vibrant garden that would burst with color, a blend of </w:t>
      </w:r>
      <w:r>
        <w:br/>
      </w:r>
      <w:r>
        <w:rPr>
          <w:rFonts w:ascii="LiberationSerif" w:eastAsia="LiberationSerif" w:hAnsi="LiberationSerif"/>
          <w:color w:val="000000"/>
          <w:sz w:val="30"/>
        </w:rPr>
        <w:t>terrestrial and magical flora. He would teach her about sustainable farming, blending his knowledge of modern agriculture with the Devil Tribe’s deep understanding of the land’s unique properties.</w:t>
      </w:r>
    </w:p>
    <w:p w14:paraId="4A3B615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however, had a different vision for their sanctuary. She envisioned a place filled with magic and enchantment, a refuge where they could reconnect with nature. She wanted a place where they could practice their respective skills, a space for Marcus to hone his swordsmanship and for her to further her own mastery of her devilish powers. She </w:t>
      </w:r>
      <w:r>
        <w:br/>
      </w:r>
      <w:r>
        <w:rPr>
          <w:rFonts w:ascii="LiberationSerif" w:eastAsia="LiberationSerif" w:hAnsi="LiberationSerif"/>
          <w:color w:val="000000"/>
          <w:sz w:val="30"/>
        </w:rPr>
        <w:t>imagined a hidden grotto within their property, a place of meditation and spiritual reflection, where they could connect with the ancient energies of the land. She planned to adorn their home with enchanted tapestries that would shift and change with the seasons, reflecting the ever-evolving beauty of their surroundings. She would teach him about the local herbs and plants, their medicinal properties, and their uses in magic.</w:t>
      </w:r>
    </w:p>
    <w:p w14:paraId="63112B81"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Their contrasting visions weren’t conflicting; they were complementary. They were two sides of the same coin, representing the blend of the mundane and the magical, the practical and the spiritual. Their combined expertise would</w:t>
      </w:r>
    </w:p>
    <w:p w14:paraId="24BECDDB" w14:textId="77777777" w:rsidR="008130CF" w:rsidRDefault="008130CF" w:rsidP="003166C8">
      <w:pPr>
        <w:ind w:right="20"/>
        <w:sectPr w:rsidR="008130CF">
          <w:pgSz w:w="12240" w:h="15840"/>
          <w:pgMar w:top="0" w:right="1420" w:bottom="0" w:left="1440" w:header="720" w:footer="720" w:gutter="0"/>
          <w:cols w:space="720"/>
          <w:docGrid w:linePitch="360"/>
        </w:sectPr>
      </w:pPr>
    </w:p>
    <w:p w14:paraId="46EC03CE"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allow them to create a home that was both practical and enchanting, a refuge that reflected their unique relationship and celebrated the fusion of their two worlds.</w:t>
      </w:r>
    </w:p>
    <w:p w14:paraId="675AC6F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Their discussions about their future extended beyond their personal lives. They recognized the need for broader change within the magical world. The enslavement of the Devil Tribe was only one example of the widespread oppression and tyranny that plagued the land. Marcus, with his military experience, could develop effective strategies to combat these injustices. Liliana, with her deep knowledge of the political landscape and magical abilities, would help him navigate the complex web of alliances and rivalries.</w:t>
      </w:r>
    </w:p>
    <w:p w14:paraId="2090808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They planned to create a network of alliances, uniting </w:t>
      </w:r>
      <w:r>
        <w:br/>
      </w:r>
      <w:r>
        <w:rPr>
          <w:rFonts w:ascii="LiberationSerif" w:eastAsia="LiberationSerif" w:hAnsi="LiberationSerif"/>
          <w:color w:val="000000"/>
          <w:sz w:val="30"/>
        </w:rPr>
        <w:t xml:space="preserve">different tribes and factions against the common enemy of oppression. They intended to spread awareness of human rights, something incredibly alien to this magical world but crucial for achieving lasting peace and prosperity. They saw their marriage not simply as a personal union, but as a </w:t>
      </w:r>
      <w:r>
        <w:br/>
      </w:r>
      <w:r>
        <w:rPr>
          <w:rFonts w:ascii="LiberationSerif" w:eastAsia="LiberationSerif" w:hAnsi="LiberationSerif"/>
          <w:color w:val="000000"/>
          <w:sz w:val="30"/>
        </w:rPr>
        <w:t xml:space="preserve">symbol of hope, a beacon of change in a world desperate for progress. Their alliance represented a shift away from </w:t>
      </w:r>
      <w:r>
        <w:br/>
      </w:r>
      <w:r>
        <w:rPr>
          <w:rFonts w:ascii="LiberationSerif" w:eastAsia="LiberationSerif" w:hAnsi="LiberationSerif"/>
          <w:color w:val="000000"/>
          <w:sz w:val="30"/>
        </w:rPr>
        <w:t xml:space="preserve">violence and toward diplomacy, understanding that true power lies not in brute force but in collaboration and mutual respect. They would use their combined influence to </w:t>
      </w:r>
      <w:r>
        <w:br/>
      </w:r>
      <w:r>
        <w:rPr>
          <w:rFonts w:ascii="LiberationSerif" w:eastAsia="LiberationSerif" w:hAnsi="LiberationSerif"/>
          <w:color w:val="000000"/>
          <w:sz w:val="30"/>
        </w:rPr>
        <w:t xml:space="preserve">establish a system of laws and regulations that ensured </w:t>
      </w:r>
      <w:r>
        <w:br/>
      </w:r>
      <w:r>
        <w:rPr>
          <w:rFonts w:ascii="LiberationSerif" w:eastAsia="LiberationSerif" w:hAnsi="LiberationSerif"/>
          <w:color w:val="000000"/>
          <w:sz w:val="30"/>
        </w:rPr>
        <w:t xml:space="preserve">fairness and justice for all, protecting the weak and </w:t>
      </w:r>
      <w:r>
        <w:br/>
      </w:r>
      <w:r>
        <w:rPr>
          <w:rFonts w:ascii="LiberationSerif" w:eastAsia="LiberationSerif" w:hAnsi="LiberationSerif"/>
          <w:color w:val="000000"/>
          <w:sz w:val="30"/>
        </w:rPr>
        <w:t>challenging the powerful. They would create a world where every creature, regardless of its origin or magic, had the right to live freely and without fear.</w:t>
      </w:r>
    </w:p>
    <w:p w14:paraId="629F596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dreams extended to fostering education and </w:t>
      </w:r>
      <w:r>
        <w:br/>
      </w:r>
      <w:r>
        <w:rPr>
          <w:rFonts w:ascii="LiberationSerif" w:eastAsia="LiberationSerif" w:hAnsi="LiberationSerif"/>
          <w:color w:val="000000"/>
          <w:sz w:val="30"/>
        </w:rPr>
        <w:t xml:space="preserve">technological advancement. Marcus would share his world’s knowledge of science, medicine, and engineering, </w:t>
      </w:r>
      <w:r>
        <w:br/>
      </w:r>
      <w:r>
        <w:rPr>
          <w:rFonts w:ascii="LiberationSerif" w:eastAsia="LiberationSerif" w:hAnsi="LiberationSerif"/>
          <w:color w:val="000000"/>
          <w:sz w:val="30"/>
        </w:rPr>
        <w:t>introducing concepts that could improve the quality of life for everyone. Liliana would bridge this knowledge with the</w:t>
      </w:r>
    </w:p>
    <w:p w14:paraId="16351A76" w14:textId="77777777" w:rsidR="008130CF" w:rsidRDefault="008130CF" w:rsidP="003166C8">
      <w:pPr>
        <w:ind w:right="20"/>
        <w:sectPr w:rsidR="008130CF">
          <w:pgSz w:w="12240" w:h="15840"/>
          <w:pgMar w:top="0" w:right="1420" w:bottom="0" w:left="1440" w:header="720" w:footer="720" w:gutter="0"/>
          <w:cols w:space="720"/>
          <w:docGrid w:linePitch="360"/>
        </w:sectPr>
      </w:pPr>
    </w:p>
    <w:p w14:paraId="0E44DF23"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magic of their world, seeking ways to improve existing technologies and create new innovations that merged technology with magic, forging a future where the two worked in synergy. They saw themselves as catalysts of progress, forging a path toward a future where magic and technology could coexist, complementing each other and driving societal development.</w:t>
      </w:r>
    </w:p>
    <w:p w14:paraId="0330F30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future held endless possibilities, challenges, and </w:t>
      </w:r>
      <w:r>
        <w:br/>
      </w:r>
      <w:r>
        <w:rPr>
          <w:rFonts w:ascii="LiberationSerif" w:eastAsia="LiberationSerif" w:hAnsi="LiberationSerif"/>
          <w:color w:val="000000"/>
          <w:sz w:val="30"/>
        </w:rPr>
        <w:t xml:space="preserve">rewards. They knew the road ahead would be long and </w:t>
      </w:r>
      <w:r>
        <w:br/>
      </w:r>
      <w:r>
        <w:rPr>
          <w:rFonts w:ascii="LiberationSerif" w:eastAsia="LiberationSerif" w:hAnsi="LiberationSerif"/>
          <w:color w:val="000000"/>
          <w:sz w:val="30"/>
        </w:rPr>
        <w:t>arduous, filled with obstacles and unforeseen events. But they faced it together, hand in hand, their love a powerful shield against adversity. Their bond, forged in the crucible of battle, had grown into something unbreakable, a testament to their shared experiences and mutual respect. They were a symbol of hope, a testament to the power of love and loyalty, a beacon of light in a world often consumed by darkness. Their story was far from over; it was only just beginning, a new chapter unfolding, promising a future where magic and reality intertwined, and love conquered all. Their shared future was a tapestry woven with threads of love, loyalty, and a shared dream of a better tomorrow, a world where their love story would inspire generations to come.</w:t>
      </w:r>
    </w:p>
    <w:p w14:paraId="07E7CE3A" w14:textId="77777777" w:rsidR="008130CF" w:rsidRDefault="008130CF" w:rsidP="003166C8">
      <w:pPr>
        <w:ind w:right="20"/>
        <w:sectPr w:rsidR="008130CF">
          <w:pgSz w:w="12240" w:h="15840"/>
          <w:pgMar w:top="0" w:right="1420" w:bottom="0" w:left="1440" w:header="720" w:footer="720" w:gutter="0"/>
          <w:cols w:space="720"/>
          <w:docGrid w:linePitch="360"/>
        </w:sectPr>
      </w:pPr>
    </w:p>
    <w:p w14:paraId="62DF3E85"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New Era Begins</w:t>
      </w:r>
    </w:p>
    <w:p w14:paraId="296E4EAC"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The morning after the wedding dawned bright and clear, a stark contrast to the stormy nights they’d weathered together.</w:t>
      </w:r>
    </w:p>
    <w:p w14:paraId="07CCE94A"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Liliana, still glowing from the previous night’s festivities, stirred beside Marcus. He watched her, the soft morning light catching the amethyst highlights in her pink skin, the delicate curve of her lips as she slept. The woman who had once challenged him with a snarl and a sharpened blade now lay peacefully beside him, her hand resting trustingly on his chest. It was a surreal feeling, a comforting reality that felt both earned and utterly miraculous. His life had taken a turn more fantastical than any sci-fi novel he'd devoured during downtime in the field.</w:t>
      </w:r>
    </w:p>
    <w:p w14:paraId="5B1E765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He rose carefully, the soft leather of his new tribal tunic a welcome change from the rough canvas of his fatigues. The tunic, a gift from Liliana’s father, was intricately </w:t>
      </w:r>
      <w:r>
        <w:br/>
      </w:r>
      <w:r>
        <w:rPr>
          <w:rFonts w:ascii="LiberationSerif" w:eastAsia="LiberationSerif" w:hAnsi="LiberationSerif"/>
          <w:color w:val="000000"/>
          <w:sz w:val="30"/>
        </w:rPr>
        <w:t xml:space="preserve">embroidered with symbols representing the tribe's history and their newfound alliance with the outsider – him. He ventured out of the dwelling, the smell of woodsmoke and roasting meat hanging heavy in the air. The tribe was already bustling with activity, the rhythm of their daily lives </w:t>
      </w:r>
      <w:r>
        <w:br/>
      </w:r>
      <w:r>
        <w:rPr>
          <w:rFonts w:ascii="LiberationSerif" w:eastAsia="LiberationSerif" w:hAnsi="LiberationSerif"/>
          <w:color w:val="000000"/>
          <w:sz w:val="30"/>
        </w:rPr>
        <w:t xml:space="preserve">resuming its familiar pattern, woven through with a </w:t>
      </w:r>
      <w:r>
        <w:br/>
      </w:r>
      <w:r>
        <w:rPr>
          <w:rFonts w:ascii="LiberationSerif" w:eastAsia="LiberationSerif" w:hAnsi="LiberationSerif"/>
          <w:color w:val="000000"/>
          <w:sz w:val="30"/>
        </w:rPr>
        <w:t>newfound energy and hope. This was his new reality, and he was determined to make the most of it.</w:t>
      </w:r>
    </w:p>
    <w:p w14:paraId="4A295FF1" w14:textId="001F4E63"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His responsibilities as leader were immense. The tribe, though jubilant after their victory over the enslaving wizard, was still recovering. Their lands had been ravaged, their resources depleted, and the scars of oppression ran deep.</w:t>
      </w:r>
      <w:r w:rsidR="006611AF">
        <w:t xml:space="preserve"> We </w:t>
      </w:r>
      <w:r>
        <w:rPr>
          <w:rFonts w:ascii="LiberationSerif" w:eastAsia="LiberationSerif" w:hAnsi="LiberationSerif"/>
          <w:color w:val="000000"/>
          <w:sz w:val="30"/>
        </w:rPr>
        <w:t>immediately started implementing strategies to address the immediate concerns.</w:t>
      </w:r>
    </w:p>
    <w:p w14:paraId="30526B41" w14:textId="77777777" w:rsidR="008130CF" w:rsidRDefault="008130CF" w:rsidP="003166C8">
      <w:pPr>
        <w:ind w:right="20"/>
        <w:sectPr w:rsidR="008130CF">
          <w:pgSz w:w="12240" w:h="15840"/>
          <w:pgMar w:top="0" w:right="1420" w:bottom="0" w:left="1440" w:header="720" w:footer="720" w:gutter="0"/>
          <w:cols w:space="720"/>
          <w:docGrid w:linePitch="360"/>
        </w:sectPr>
      </w:pPr>
    </w:p>
    <w:p w14:paraId="64E97A1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First, security. He organized patrols, set up watchtowers, and initiated a training program for the tribal warriors, </w:t>
      </w:r>
      <w:r>
        <w:br/>
      </w:r>
      <w:r>
        <w:rPr>
          <w:rFonts w:ascii="LiberationSerif" w:eastAsia="LiberationSerif" w:hAnsi="LiberationSerif"/>
          <w:color w:val="000000"/>
          <w:sz w:val="30"/>
        </w:rPr>
        <w:t xml:space="preserve">incorporating his knowledge of modern tactical strategies, adapting them to the realm's unique magical elements. He taught them the importance of communication, coordination, and effective use of limited resources, introducing </w:t>
      </w:r>
      <w:r>
        <w:br/>
      </w:r>
      <w:r>
        <w:rPr>
          <w:rFonts w:ascii="LiberationSerif" w:eastAsia="LiberationSerif" w:hAnsi="LiberationSerif"/>
          <w:color w:val="000000"/>
          <w:sz w:val="30"/>
        </w:rPr>
        <w:t>techniques similar to those he'd taught his own soldiers during his time in the Army.</w:t>
      </w:r>
    </w:p>
    <w:p w14:paraId="6BFEEB7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Next, he addressed the issue of food and shelter. He </w:t>
      </w:r>
      <w:r>
        <w:br/>
      </w:r>
      <w:r>
        <w:rPr>
          <w:rFonts w:ascii="LiberationSerif" w:eastAsia="LiberationSerif" w:hAnsi="LiberationSerif"/>
          <w:color w:val="000000"/>
          <w:sz w:val="30"/>
        </w:rPr>
        <w:t xml:space="preserve">collaborated with the tribal elders to develop sustainable farming practices, using his knowledge of irrigation and crop rotation to maximize their yield. He also oversaw the repair of damaged homes and the construction of new ones, </w:t>
      </w:r>
      <w:r>
        <w:br/>
      </w:r>
      <w:r>
        <w:rPr>
          <w:rFonts w:ascii="LiberationSerif" w:eastAsia="LiberationSerif" w:hAnsi="LiberationSerif"/>
          <w:color w:val="000000"/>
          <w:sz w:val="30"/>
        </w:rPr>
        <w:t xml:space="preserve">utilizing the readily available materials and the tribe’s innate building skills. His military mind naturally gravitated </w:t>
      </w:r>
      <w:r>
        <w:br/>
      </w:r>
      <w:r>
        <w:rPr>
          <w:rFonts w:ascii="LiberationSerif" w:eastAsia="LiberationSerif" w:hAnsi="LiberationSerif"/>
          <w:color w:val="000000"/>
          <w:sz w:val="30"/>
        </w:rPr>
        <w:t>towards efficient resource management. He wasn’t just a warrior; he was a problem solver, a strategist. He was a leader.</w:t>
      </w:r>
    </w:p>
    <w:p w14:paraId="2D9C769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political landscape was equally complex. The </w:t>
      </w:r>
      <w:r>
        <w:br/>
      </w:r>
      <w:r>
        <w:rPr>
          <w:rFonts w:ascii="LiberationSerif" w:eastAsia="LiberationSerif" w:hAnsi="LiberationSerif"/>
          <w:color w:val="000000"/>
          <w:sz w:val="30"/>
        </w:rPr>
        <w:t xml:space="preserve">neighboring tribes, initially wary of the "outsider" leading their people, began to take notice of the positive changes. The increased security, the improved agricultural yield, and the overall sense of order all contributed to the growing respect and trust. Marcus, guided by Liliana’s political </w:t>
      </w:r>
      <w:r>
        <w:br/>
      </w:r>
      <w:r>
        <w:rPr>
          <w:rFonts w:ascii="LiberationSerif" w:eastAsia="LiberationSerif" w:hAnsi="LiberationSerif"/>
          <w:color w:val="000000"/>
          <w:sz w:val="30"/>
        </w:rPr>
        <w:t>acumen, began to forge alliances with these tribes, forming a strong defensive network that would protect them from future threats. He understood the importance of diplomacy, learning to navigate the intricate web of tribal customs and traditions, mastering the art of respectful negotiation. His military background proved unexpectedly useful in this domain as well, providing a framework for organization and strategy.</w:t>
      </w:r>
    </w:p>
    <w:p w14:paraId="667E85F3" w14:textId="77777777" w:rsidR="008130CF" w:rsidRDefault="008130CF" w:rsidP="003166C8">
      <w:pPr>
        <w:ind w:right="20"/>
        <w:sectPr w:rsidR="008130CF">
          <w:pgSz w:w="12240" w:h="15840"/>
          <w:pgMar w:top="0" w:right="1420" w:bottom="0" w:left="1440" w:header="720" w:footer="720" w:gutter="0"/>
          <w:cols w:space="720"/>
          <w:docGrid w:linePitch="360"/>
        </w:sectPr>
      </w:pPr>
    </w:p>
    <w:p w14:paraId="1EE5A83A" w14:textId="46B97D95"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His role as a husband proved just as demanding, though infinitely more rewarding. Liliana, though a </w:t>
      </w:r>
      <w:r w:rsidR="003166C8">
        <w:rPr>
          <w:rFonts w:ascii="LiberationSerif" w:eastAsia="LiberationSerif" w:hAnsi="LiberationSerif"/>
          <w:color w:val="000000"/>
          <w:sz w:val="30"/>
        </w:rPr>
        <w:t>Queen</w:t>
      </w:r>
      <w:r>
        <w:rPr>
          <w:rFonts w:ascii="LiberationSerif" w:eastAsia="LiberationSerif" w:hAnsi="LiberationSerif"/>
          <w:color w:val="000000"/>
          <w:sz w:val="30"/>
        </w:rPr>
        <w:t>, was no pampered royal. She was fiercely independent, strong-</w:t>
      </w:r>
      <w:r>
        <w:br/>
      </w:r>
      <w:r>
        <w:rPr>
          <w:rFonts w:ascii="LiberationSerif" w:eastAsia="LiberationSerif" w:hAnsi="LiberationSerif"/>
          <w:color w:val="000000"/>
          <w:sz w:val="30"/>
        </w:rPr>
        <w:t>willed, and determined to rule alongside her husband. Their partnership was not one of dominance, but of equality, a shared responsibility to lead their people to prosperity. They spent countless hours discussing strategy, policy, and the future of their tribe. Their debates were passionate, even heated at times, but always fueled by a deep mutual respect.</w:t>
      </w:r>
    </w:p>
    <w:p w14:paraId="6B737097" w14:textId="4E95223E"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love story was not merely a romantic fairytale; it was a foundation upon which they built their shared reign. They learned from each other, their strengths complementing each other's weaknesses. Marcus brought his military expertise, his strategic thinking, his pragmatic approach to problem-solving. Liliana provided </w:t>
      </w:r>
      <w:r w:rsidR="006611AF">
        <w:rPr>
          <w:rFonts w:ascii="LiberationSerif" w:eastAsia="LiberationSerif" w:hAnsi="LiberationSerif"/>
          <w:color w:val="000000"/>
          <w:sz w:val="30"/>
        </w:rPr>
        <w:t xml:space="preserve">knowledge </w:t>
      </w:r>
      <w:r>
        <w:rPr>
          <w:rFonts w:ascii="LiberationSerif" w:eastAsia="LiberationSerif" w:hAnsi="LiberationSerif"/>
          <w:color w:val="000000"/>
          <w:sz w:val="30"/>
        </w:rPr>
        <w:t xml:space="preserve">of the culture, her deep understanding of the tribal dynamics, and her innate ability to connect with her people on an emotional level. She was the </w:t>
      </w:r>
      <w:r w:rsidR="006611AF">
        <w:rPr>
          <w:rFonts w:ascii="LiberationSerif" w:eastAsia="LiberationSerif" w:hAnsi="LiberationSerif"/>
          <w:color w:val="000000"/>
          <w:sz w:val="30"/>
        </w:rPr>
        <w:t>heart;</w:t>
      </w:r>
      <w:r>
        <w:rPr>
          <w:rFonts w:ascii="LiberationSerif" w:eastAsia="LiberationSerif" w:hAnsi="LiberationSerif"/>
          <w:color w:val="000000"/>
          <w:sz w:val="30"/>
        </w:rPr>
        <w:t xml:space="preserve"> he was the mind – a powerful combination.</w:t>
      </w:r>
      <w:r w:rsidR="006611AF">
        <w:rPr>
          <w:rFonts w:ascii="LiberationSerif" w:eastAsia="LiberationSerif" w:hAnsi="LiberationSerif"/>
          <w:color w:val="000000"/>
          <w:sz w:val="30"/>
        </w:rPr>
        <w:t xml:space="preserve"> A Queen and a war Leader.</w:t>
      </w:r>
    </w:p>
    <w:p w14:paraId="46B3418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evenings were often spent not in grand celebrations, but in quieter moments – planning, discussing, and simply enjoying each other's company. He would tell her stories of his life in the human world, the technological marvels and the harsh realities of war, often finding himself amazed by her grasp of his explanations. She would, in turn, share the tales of her people, their history, their beliefs, and their hopes for the future. These conversations weren't just about sharing information; they were about building a deeper </w:t>
      </w:r>
      <w:r>
        <w:br/>
      </w:r>
      <w:r>
        <w:rPr>
          <w:rFonts w:ascii="LiberationSerif" w:eastAsia="LiberationSerif" w:hAnsi="LiberationSerif"/>
          <w:color w:val="000000"/>
          <w:sz w:val="30"/>
        </w:rPr>
        <w:t>understanding, forging an even stronger bond between them.</w:t>
      </w:r>
    </w:p>
    <w:p w14:paraId="65E678E4"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They faced challenges, of course. There were times when Marcus’s military methods clashed with the more traditional, less structured approaches of the tribe's elders. There were moments of frustration, of doubt, and even disagreements</w:t>
      </w:r>
    </w:p>
    <w:p w14:paraId="55B8A548" w14:textId="77777777" w:rsidR="008130CF" w:rsidRDefault="008130CF" w:rsidP="003166C8">
      <w:pPr>
        <w:ind w:right="20"/>
        <w:sectPr w:rsidR="008130CF">
          <w:pgSz w:w="12240" w:h="15840"/>
          <w:pgMar w:top="0" w:right="1420" w:bottom="0" w:left="1440" w:header="720" w:footer="720" w:gutter="0"/>
          <w:cols w:space="720"/>
          <w:docGrid w:linePitch="360"/>
        </w:sectPr>
      </w:pPr>
    </w:p>
    <w:p w14:paraId="27A9AEEC"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about the best course of action. But through it all, their love and mutual respect remained their guiding star. They argued, they compromised, and they found solutions that worked for everyone involved. They had learned the hard way that true leadership wasn't about wielding power but about earning trust and inspiring loyalty.</w:t>
      </w:r>
    </w:p>
    <w:p w14:paraId="33A85F9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One evening, while gazing at the stars together, Liliana spoke of her hopes for the future. She envisioned a world where her people were not just survivors, but thriving; a world where their culture was celebrated and respected; a world where magic and technology could coexist in </w:t>
      </w:r>
      <w:r>
        <w:br/>
      </w:r>
      <w:r>
        <w:rPr>
          <w:rFonts w:ascii="LiberationSerif" w:eastAsia="LiberationSerif" w:hAnsi="LiberationSerif"/>
          <w:color w:val="000000"/>
          <w:sz w:val="30"/>
        </w:rPr>
        <w:t xml:space="preserve">harmony. Marcus shared her vision, adding his own ideas, born from his experiences in the human world. He spoke of education, of technological advancements that could </w:t>
      </w:r>
      <w:r>
        <w:br/>
      </w:r>
      <w:r>
        <w:rPr>
          <w:rFonts w:ascii="LiberationSerif" w:eastAsia="LiberationSerif" w:hAnsi="LiberationSerif"/>
          <w:color w:val="000000"/>
          <w:sz w:val="30"/>
        </w:rPr>
        <w:t>improve their lives without sacrificing their cultural identity. He saw a future where the strengths of both worlds could be combined, creating a new era of prosperity and progress.</w:t>
      </w:r>
    </w:p>
    <w:p w14:paraId="5D66EA42"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And so, their new reign began. It was not without its </w:t>
      </w:r>
      <w:r>
        <w:br/>
      </w:r>
      <w:r>
        <w:rPr>
          <w:rFonts w:ascii="LiberationSerif" w:eastAsia="LiberationSerif" w:hAnsi="LiberationSerif"/>
          <w:color w:val="000000"/>
          <w:sz w:val="30"/>
        </w:rPr>
        <w:t xml:space="preserve">difficulties – the rebuilding of their lands, the integration of new technologies, the continuing challenges of diplomacy and the ever-present threat of external conflicts. However, they were not alone. They had their tribe, their allies, and most importantly, each other. Their love, strong and </w:t>
      </w:r>
      <w:r>
        <w:br/>
      </w:r>
      <w:r>
        <w:rPr>
          <w:rFonts w:ascii="LiberationSerif" w:eastAsia="LiberationSerif" w:hAnsi="LiberationSerif"/>
          <w:color w:val="000000"/>
          <w:sz w:val="30"/>
        </w:rPr>
        <w:t xml:space="preserve">unwavering, was the cornerstone of their leadership. It was the engine that fueled their progress, the shield that protected them from adversity, the beacon that guided their people towards a brighter future. They were more than just a couple, a king and queen. They were a symbol of hope, a beacon of strength, and the embodiment of a new era for their people. Their journey was far from over, but with each passing day, they built a foundation strong enough to withstand any </w:t>
      </w:r>
      <w:r>
        <w:br/>
      </w:r>
      <w:r>
        <w:rPr>
          <w:rFonts w:ascii="LiberationSerif" w:eastAsia="LiberationSerif" w:hAnsi="LiberationSerif"/>
          <w:color w:val="000000"/>
          <w:sz w:val="30"/>
        </w:rPr>
        <w:t xml:space="preserve">storm, a legacy that would echo through generations to </w:t>
      </w:r>
      <w:r>
        <w:br/>
      </w:r>
      <w:r>
        <w:rPr>
          <w:rFonts w:ascii="LiberationSerif" w:eastAsia="LiberationSerif" w:hAnsi="LiberationSerif"/>
          <w:color w:val="000000"/>
          <w:sz w:val="30"/>
        </w:rPr>
        <w:t>come. Their love story, born amidst chaos and conflict, had</w:t>
      </w:r>
    </w:p>
    <w:p w14:paraId="5035C2BD" w14:textId="77777777" w:rsidR="008130CF" w:rsidRDefault="008130CF" w:rsidP="003166C8">
      <w:pPr>
        <w:ind w:right="20"/>
        <w:sectPr w:rsidR="008130CF">
          <w:pgSz w:w="12240" w:h="15840"/>
          <w:pgMar w:top="0" w:right="1420" w:bottom="0" w:left="1440" w:header="720" w:footer="720" w:gutter="0"/>
          <w:cols w:space="720"/>
          <w:docGrid w:linePitch="360"/>
        </w:sectPr>
      </w:pPr>
    </w:p>
    <w:p w14:paraId="397CA18E" w14:textId="77777777" w:rsidR="008130CF" w:rsidRDefault="00000000" w:rsidP="003166C8">
      <w:pPr>
        <w:autoSpaceDE w:val="0"/>
        <w:autoSpaceDN w:val="0"/>
        <w:spacing w:before="1430" w:after="0" w:line="360" w:lineRule="exact"/>
        <w:ind w:right="20"/>
        <w:jc w:val="center"/>
      </w:pPr>
      <w:r>
        <w:rPr>
          <w:rFonts w:ascii="LiberationSerif" w:eastAsia="LiberationSerif" w:hAnsi="LiberationSerif"/>
          <w:color w:val="000000"/>
          <w:sz w:val="30"/>
        </w:rPr>
        <w:lastRenderedPageBreak/>
        <w:t>become a powerful testament to the enduring power of love, loyalty, and the unwavering spirit of a warrior and his queen.</w:t>
      </w:r>
    </w:p>
    <w:p w14:paraId="7D4E96B4" w14:textId="77777777" w:rsidR="008130CF" w:rsidRDefault="008130CF" w:rsidP="003166C8">
      <w:pPr>
        <w:ind w:right="20"/>
        <w:sectPr w:rsidR="008130CF">
          <w:pgSz w:w="12240" w:h="15840"/>
          <w:pgMar w:top="0" w:right="1420" w:bottom="0" w:left="1440" w:header="720" w:footer="720" w:gutter="0"/>
          <w:cols w:space="720"/>
          <w:docGrid w:linePitch="360"/>
        </w:sectPr>
      </w:pPr>
    </w:p>
    <w:p w14:paraId="4AF87A97"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New Threats Emerge</w:t>
      </w:r>
    </w:p>
    <w:p w14:paraId="3983CECB"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first few months of their reign were a whirlwind of activity. Rebuilding the ravaged villages, establishing fair trade routes, and integrating Marcus’s surprisingly effective, albeit slightly anachronistic, military tactics proved a </w:t>
      </w:r>
      <w:r>
        <w:br/>
      </w:r>
      <w:r>
        <w:rPr>
          <w:rFonts w:ascii="LiberationSerif" w:eastAsia="LiberationSerif" w:hAnsi="LiberationSerif"/>
          <w:color w:val="000000"/>
          <w:sz w:val="30"/>
        </w:rPr>
        <w:t xml:space="preserve">constant juggling act. Liliana, ever the pragmatic leader, oversaw the rebuilding efforts with a sharp eye and an even sharper tongue. Her people, initially wary of the strange, blue-eyed, gun-toting king, quickly came to admire his dedication and his surprisingly effective ability to organize and motivate. Marcus, in turn, found a deep satisfaction in leading a people who valued loyalty and community above all else. He’d seen enough of the corrosive effects of greed and power in his own world; this tribe, with its emphasis on family and unity, offered a refreshing change. His military experience translated surprisingly well into civilian </w:t>
      </w:r>
      <w:r>
        <w:br/>
      </w:r>
      <w:r>
        <w:rPr>
          <w:rFonts w:ascii="LiberationSerif" w:eastAsia="LiberationSerif" w:hAnsi="LiberationSerif"/>
          <w:color w:val="000000"/>
          <w:sz w:val="30"/>
        </w:rPr>
        <w:t xml:space="preserve">governance; he instituted efficient systems, improved </w:t>
      </w:r>
      <w:r>
        <w:br/>
      </w:r>
      <w:r>
        <w:rPr>
          <w:rFonts w:ascii="LiberationSerif" w:eastAsia="LiberationSerif" w:hAnsi="LiberationSerif"/>
          <w:color w:val="000000"/>
          <w:sz w:val="30"/>
        </w:rPr>
        <w:t>irrigation, and even managed to introduce basic sanitation practices, earning him the grudging respect of even the most skeptical elders.</w:t>
      </w:r>
    </w:p>
    <w:p w14:paraId="10A116B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But the idyllic peace couldn't last. Whispers of unrest began to circulate – not from within the tribe, but from beyond their borders. A neighboring kingdom, the obsidian-skinned Drak'kar, renowned for their brutal warriors and even more brutal rulers, had long eyed Liliana's territory with covetous greed. Their previous ruler, the wizard they'd overthrown, had been a weakling, a mere puppet in the hands of the Drak'kar, but now that the tribe was strong and prosperous, under the capable leadership of Liliana and Marcus, they were a tempting prize.</w:t>
      </w:r>
    </w:p>
    <w:p w14:paraId="0EF14393" w14:textId="77777777" w:rsidR="008130CF" w:rsidRDefault="008130CF" w:rsidP="003166C8">
      <w:pPr>
        <w:ind w:right="20"/>
        <w:sectPr w:rsidR="008130CF">
          <w:pgSz w:w="12240" w:h="15840"/>
          <w:pgMar w:top="0" w:right="1420" w:bottom="0" w:left="1440" w:header="720" w:footer="720" w:gutter="0"/>
          <w:cols w:space="720"/>
          <w:docGrid w:linePitch="360"/>
        </w:sectPr>
      </w:pPr>
    </w:p>
    <w:p w14:paraId="58BA10C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 whispers grew into murmurs, the murmurs into open threats. Trade caravans were ambushed, scouts were </w:t>
      </w:r>
      <w:r>
        <w:br/>
      </w:r>
      <w:r>
        <w:rPr>
          <w:rFonts w:ascii="LiberationSerif" w:eastAsia="LiberationSerif" w:hAnsi="LiberationSerif"/>
          <w:color w:val="000000"/>
          <w:sz w:val="30"/>
        </w:rPr>
        <w:t>captured and brutally killed, and increasingly bolder raids pushed deeper into the heart of Liliana's lands. It became clear that a confrontation was inevitable. The Drak'kar, driven by a thirst for power and fueled by their envy of Liliana’s success, were preparing for war. Their army, a terrifying force of heavily armored warriors riding colossal, obsidian-skinned wargs, was gathering on the borders, a black storm cloud poised to engulf their newfound peace.</w:t>
      </w:r>
    </w:p>
    <w:p w14:paraId="75219859" w14:textId="77777777" w:rsidR="008130CF" w:rsidRDefault="00000000" w:rsidP="003166C8">
      <w:pPr>
        <w:autoSpaceDE w:val="0"/>
        <w:autoSpaceDN w:val="0"/>
        <w:spacing w:before="388" w:after="0" w:line="332" w:lineRule="exact"/>
        <w:ind w:right="20"/>
      </w:pPr>
      <w:r>
        <w:rPr>
          <w:rFonts w:ascii="LiberationSerif" w:eastAsia="LiberationSerif" w:hAnsi="LiberationSerif"/>
          <w:color w:val="000000"/>
          <w:sz w:val="30"/>
        </w:rPr>
        <w:t>Marcus, ever the soldier, immediately began preparations.</w:t>
      </w:r>
    </w:p>
    <w:p w14:paraId="24DE7F2D"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His modern military knowledge proved invaluable. He </w:t>
      </w:r>
      <w:r>
        <w:br/>
      </w:r>
      <w:r>
        <w:rPr>
          <w:rFonts w:ascii="LiberationSerif" w:eastAsia="LiberationSerif" w:hAnsi="LiberationSerif"/>
          <w:color w:val="000000"/>
          <w:sz w:val="30"/>
        </w:rPr>
        <w:t xml:space="preserve">established defensive positions, trained the tribe's warriors in new formations and strategies, and implemented a </w:t>
      </w:r>
      <w:r>
        <w:br/>
      </w:r>
      <w:r>
        <w:rPr>
          <w:rFonts w:ascii="LiberationSerif" w:eastAsia="LiberationSerif" w:hAnsi="LiberationSerif"/>
          <w:color w:val="000000"/>
          <w:sz w:val="30"/>
        </w:rPr>
        <w:t xml:space="preserve">rudimentary early warning system utilizing signal fires and strategically placed lookouts. Liliana, however, was </w:t>
      </w:r>
      <w:r>
        <w:br/>
      </w:r>
      <w:r>
        <w:rPr>
          <w:rFonts w:ascii="LiberationSerif" w:eastAsia="LiberationSerif" w:hAnsi="LiberationSerif"/>
          <w:color w:val="000000"/>
          <w:sz w:val="30"/>
        </w:rPr>
        <w:t>concerned by something else – something more insidious than a simple invasion. She sensed a deeper conspiracy, a shadowy hand manipulating events behind the scenes. The Drak'kar's aggression felt… orchestrated, too precise, too calculated.</w:t>
      </w:r>
    </w:p>
    <w:p w14:paraId="06C1AA1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"It's not just about conquest, Marcus," she said one evening, her brow furrowed in thought as they sat by the fire. "It feels… directed. Like someone is pulling the strings."</w:t>
      </w:r>
    </w:p>
    <w:p w14:paraId="4EA78F9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Marcus, accustomed to the complex political machinations of his own world, knew exactly what she meant. "A puppet master," he agreed. "Someone powerful enough to </w:t>
      </w:r>
      <w:r>
        <w:br/>
      </w:r>
      <w:r>
        <w:rPr>
          <w:rFonts w:ascii="LiberationSerif" w:eastAsia="LiberationSerif" w:hAnsi="LiberationSerif"/>
          <w:color w:val="000000"/>
          <w:sz w:val="30"/>
        </w:rPr>
        <w:t>manipulate the Drak'kar into attacking. But who?"</w:t>
      </w:r>
    </w:p>
    <w:p w14:paraId="0D3CA67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answer came sooner than they expected. A captured Drak'kar scout, more intelligent than the average brute, </w:t>
      </w:r>
      <w:r>
        <w:br/>
      </w:r>
      <w:r>
        <w:rPr>
          <w:rFonts w:ascii="LiberationSerif" w:eastAsia="LiberationSerif" w:hAnsi="LiberationSerif"/>
          <w:color w:val="000000"/>
          <w:sz w:val="30"/>
        </w:rPr>
        <w:t>revealed fragments of the truth under interrogation. He spoke of a cult – a secretive order dedicated to an ancient,</w:t>
      </w:r>
    </w:p>
    <w:p w14:paraId="6ACBF54E" w14:textId="77777777" w:rsidR="008130CF" w:rsidRDefault="008130CF" w:rsidP="003166C8">
      <w:pPr>
        <w:ind w:right="20"/>
        <w:sectPr w:rsidR="008130CF">
          <w:pgSz w:w="12240" w:h="15840"/>
          <w:pgMar w:top="0" w:right="1420" w:bottom="0" w:left="1440" w:header="720" w:footer="720" w:gutter="0"/>
          <w:cols w:space="720"/>
          <w:docGrid w:linePitch="360"/>
        </w:sectPr>
      </w:pPr>
    </w:p>
    <w:p w14:paraId="2D8EA0C1"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malevolent entity known only as "The Shadow Lord". This entity, according to the scout's fragmented testimony, aimed not merely to conquer Liliana's land, but to unleash a </w:t>
      </w:r>
      <w:r>
        <w:br/>
      </w:r>
      <w:r>
        <w:rPr>
          <w:rFonts w:ascii="LiberationSerif" w:eastAsia="LiberationSerif" w:hAnsi="LiberationSerif"/>
          <w:color w:val="000000"/>
          <w:sz w:val="30"/>
        </w:rPr>
        <w:t xml:space="preserve">cataclysmic event upon the entire world – a ritual that </w:t>
      </w:r>
      <w:r>
        <w:br/>
      </w:r>
      <w:r>
        <w:rPr>
          <w:rFonts w:ascii="LiberationSerif" w:eastAsia="LiberationSerif" w:hAnsi="LiberationSerif"/>
          <w:color w:val="000000"/>
          <w:sz w:val="30"/>
        </w:rPr>
        <w:t>required a specific artifact, a mystical amulet said to be in Liliana’s possession.</w:t>
      </w:r>
    </w:p>
    <w:p w14:paraId="53B9E9D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amulet. Marcus remembered it – a small, intricately carved piece of obsidian, a gift from Liliana's grandmother, a powerful sorceress who had been slain during the wizard's initial invasion. It had seemed little more than a beautiful trinket, but now, its true significance became chillingly clear. The amulet was not merely a relic; it was a key, a powerful conduit to unleashing the Shadow Lord's power. The </w:t>
      </w:r>
      <w:r>
        <w:br/>
      </w:r>
      <w:r>
        <w:rPr>
          <w:rFonts w:ascii="LiberationSerif" w:eastAsia="LiberationSerif" w:hAnsi="LiberationSerif"/>
          <w:color w:val="000000"/>
          <w:sz w:val="30"/>
        </w:rPr>
        <w:t>Drak'kar were not merely aggressors; they were pawns, unknowingly fighting for the return of an ancient evil.</w:t>
      </w:r>
    </w:p>
    <w:p w14:paraId="1E4D0C9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implications were staggering. The fight against the Drak'kar was no longer a simple territorial dispute; it was a battle for the survival of their world. Marcus, ever </w:t>
      </w:r>
      <w:r>
        <w:br/>
      </w:r>
      <w:r>
        <w:rPr>
          <w:rFonts w:ascii="LiberationSerif" w:eastAsia="LiberationSerif" w:hAnsi="LiberationSerif"/>
          <w:color w:val="000000"/>
          <w:sz w:val="30"/>
        </w:rPr>
        <w:t xml:space="preserve">pragmatic, knew that they needed more than just military strength to defeat the cult and the Shadow Lord. They </w:t>
      </w:r>
      <w:r>
        <w:br/>
      </w:r>
      <w:r>
        <w:rPr>
          <w:rFonts w:ascii="LiberationSerif" w:eastAsia="LiberationSerif" w:hAnsi="LiberationSerif"/>
          <w:color w:val="000000"/>
          <w:sz w:val="30"/>
        </w:rPr>
        <w:t xml:space="preserve">needed allies, intelligence, and a plan that went beyond mere military strategy. He consulted with the tribe's elders, who revealed ancient prophecies and forgotten lore, shedding light on the Shadow Lord's nature and the extent of his </w:t>
      </w:r>
      <w:r>
        <w:br/>
      </w:r>
      <w:r>
        <w:rPr>
          <w:rFonts w:ascii="LiberationSerif" w:eastAsia="LiberationSerif" w:hAnsi="LiberationSerif"/>
          <w:color w:val="000000"/>
          <w:sz w:val="30"/>
        </w:rPr>
        <w:t>power.</w:t>
      </w:r>
    </w:p>
    <w:p w14:paraId="0CE8BFC5" w14:textId="69FB4C21"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prophecies spoke of a chosen one, a warrior who would wield a weapon of immense power, a weapon capable of destroying the Shadow Lord. Curiously, the prophecies also mentioned a "blue-eyed warrior" from a distant land, a warrior who would forge a bond with a </w:t>
      </w:r>
      <w:r w:rsidR="003166C8">
        <w:rPr>
          <w:rFonts w:ascii="LiberationSerif" w:eastAsia="LiberationSerif" w:hAnsi="LiberationSerif"/>
          <w:color w:val="000000"/>
          <w:sz w:val="30"/>
        </w:rPr>
        <w:t>Queen</w:t>
      </w:r>
      <w:r>
        <w:rPr>
          <w:rFonts w:ascii="LiberationSerif" w:eastAsia="LiberationSerif" w:hAnsi="LiberationSerif"/>
          <w:color w:val="000000"/>
          <w:sz w:val="30"/>
        </w:rPr>
        <w:t xml:space="preserve"> of the pink-skinned tribe, a warrior who would unite the realms against the encroaching darkness. Marcus felt a chill run down his spine. It all sounded awfully familiar.</w:t>
      </w:r>
    </w:p>
    <w:p w14:paraId="5811A3E9" w14:textId="77777777" w:rsidR="008130CF" w:rsidRDefault="008130CF" w:rsidP="003166C8">
      <w:pPr>
        <w:ind w:right="20"/>
        <w:sectPr w:rsidR="008130CF">
          <w:pgSz w:w="12240" w:h="15840"/>
          <w:pgMar w:top="0" w:right="1420" w:bottom="0" w:left="1440" w:header="720" w:footer="720" w:gutter="0"/>
          <w:cols w:space="720"/>
          <w:docGrid w:linePitch="360"/>
        </w:sectPr>
      </w:pPr>
    </w:p>
    <w:p w14:paraId="37C9F617" w14:textId="77777777" w:rsidR="008130CF" w:rsidRDefault="00000000" w:rsidP="003166C8">
      <w:pPr>
        <w:autoSpaceDE w:val="0"/>
        <w:autoSpaceDN w:val="0"/>
        <w:spacing w:before="1790" w:after="0" w:line="360" w:lineRule="exact"/>
        <w:ind w:right="20"/>
      </w:pPr>
      <w:r>
        <w:rPr>
          <w:rFonts w:ascii="LiberationSerif" w:eastAsia="LiberationSerif" w:hAnsi="LiberationSerif"/>
          <w:color w:val="000000"/>
          <w:sz w:val="30"/>
        </w:rPr>
        <w:lastRenderedPageBreak/>
        <w:t xml:space="preserve">The next few days were a blur of activity. Marcus and </w:t>
      </w:r>
      <w:r>
        <w:br/>
      </w:r>
      <w:r>
        <w:rPr>
          <w:rFonts w:ascii="LiberationSerif" w:eastAsia="LiberationSerif" w:hAnsi="LiberationSerif"/>
          <w:color w:val="000000"/>
          <w:sz w:val="30"/>
        </w:rPr>
        <w:t xml:space="preserve">Liliana, with the help of their loyal advisors, formed a </w:t>
      </w:r>
      <w:r>
        <w:br/>
      </w:r>
      <w:r>
        <w:rPr>
          <w:rFonts w:ascii="LiberationSerif" w:eastAsia="LiberationSerif" w:hAnsi="LiberationSerif"/>
          <w:color w:val="000000"/>
          <w:sz w:val="30"/>
        </w:rPr>
        <w:t>coalition with other neighboring kingdoms, forging alliances based on mutual self-preservation. They agreed to a united front against the Drak'kar and the shadowy cult, pooling their resources and military forces. Marcus, drawing upon his military expertise, devised a multifaceted strategy that involved a combination of conventional warfare and guerilla tactics to disrupt the Drak'kar's supply lines and weaken their forces before the main assault.</w:t>
      </w:r>
    </w:p>
    <w:p w14:paraId="59F29F07" w14:textId="4C0EE549"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Meanwhile, Liliana, led a clandestine investigation into the cult's hidden sanctuaries, seeking to uncover their plans and locate the other key </w:t>
      </w:r>
      <w:r>
        <w:br/>
      </w:r>
      <w:r>
        <w:rPr>
          <w:rFonts w:ascii="LiberationSerif" w:eastAsia="LiberationSerif" w:hAnsi="LiberationSerif"/>
          <w:color w:val="000000"/>
          <w:sz w:val="30"/>
        </w:rPr>
        <w:t xml:space="preserve">elements required for the Shadow Lord's ritual. She </w:t>
      </w:r>
      <w:r>
        <w:br/>
      </w:r>
      <w:r>
        <w:rPr>
          <w:rFonts w:ascii="LiberationSerif" w:eastAsia="LiberationSerif" w:hAnsi="LiberationSerif"/>
          <w:color w:val="000000"/>
          <w:sz w:val="30"/>
        </w:rPr>
        <w:t>discovered that the cult was scattered across several hidden temples, guarded by powerful magical wards and fiercely loyal fanatics.</w:t>
      </w:r>
    </w:p>
    <w:p w14:paraId="4BCBC51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first confrontation was brutal. The combined forces of the coalition engaged the Drak'kar army in a massive battle in the shadow of the Whispering Mountains. Marcus, at the forefront, led the charge with his trusty M4, his magically enhanced sword glinting menacingly in the sunlight. Liliana, wielding her own powerful magic, rallied her troops, </w:t>
      </w:r>
      <w:r>
        <w:br/>
      </w:r>
      <w:r>
        <w:rPr>
          <w:rFonts w:ascii="LiberationSerif" w:eastAsia="LiberationSerif" w:hAnsi="LiberationSerif"/>
          <w:color w:val="000000"/>
          <w:sz w:val="30"/>
        </w:rPr>
        <w:t xml:space="preserve">providing crucial support and devastating attacks against the enemy ranks. The battle was fierce and costly, but with the combined power of their forces and Marcus’s strategic </w:t>
      </w:r>
      <w:r>
        <w:br/>
      </w:r>
      <w:r>
        <w:rPr>
          <w:rFonts w:ascii="LiberationSerif" w:eastAsia="LiberationSerif" w:hAnsi="LiberationSerif"/>
          <w:color w:val="000000"/>
          <w:sz w:val="30"/>
        </w:rPr>
        <w:t>maneuvers, the coalition managed to push back the Drak'kar, driving them into retreat and inflicting heavy casualties.</w:t>
      </w:r>
    </w:p>
    <w:p w14:paraId="6355766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 victory was short-lived, however. The Shadow Lord's influence was pervasive, causing chaos and division in the allied ranks. Betrayals emerged, and whispers of doubt</w:t>
      </w:r>
    </w:p>
    <w:p w14:paraId="60ACF05D" w14:textId="77777777" w:rsidR="008130CF" w:rsidRDefault="008130CF" w:rsidP="003166C8">
      <w:pPr>
        <w:ind w:right="20"/>
        <w:sectPr w:rsidR="008130CF">
          <w:pgSz w:w="12240" w:h="15840"/>
          <w:pgMar w:top="0" w:right="1420" w:bottom="0" w:left="1440" w:header="720" w:footer="720" w:gutter="0"/>
          <w:cols w:space="720"/>
          <w:docGrid w:linePitch="360"/>
        </w:sectPr>
      </w:pPr>
    </w:p>
    <w:p w14:paraId="658E0589"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sowed seeds of discord among the coalition. Marcus and Liliana found themselves fighting not only the Drak'kar, but also the insidious influence of the Shadow Lord's cult, which infiltrated their own ranks, turning allies into enemies. Their love, loyalty, and shared experience seemed the only </w:t>
      </w:r>
      <w:r>
        <w:br/>
      </w:r>
      <w:r>
        <w:rPr>
          <w:rFonts w:ascii="LiberationSerif" w:eastAsia="LiberationSerif" w:hAnsi="LiberationSerif"/>
          <w:color w:val="000000"/>
          <w:sz w:val="30"/>
        </w:rPr>
        <w:t xml:space="preserve">constants amid the chaos, offering them strength and </w:t>
      </w:r>
      <w:r>
        <w:br/>
      </w:r>
      <w:r>
        <w:rPr>
          <w:rFonts w:ascii="LiberationSerif" w:eastAsia="LiberationSerif" w:hAnsi="LiberationSerif"/>
          <w:color w:val="000000"/>
          <w:sz w:val="30"/>
        </w:rPr>
        <w:t>resilience to face the growing darkness. The war had truly begun, and the stakes could not have been higher. The fate of their world hung in the balance. The whispers of the Shadow Lord echoed in the wind, a constant reminder of the looming darkness, and the difficult journey that lay ahead.</w:t>
      </w:r>
    </w:p>
    <w:p w14:paraId="14774C3D" w14:textId="77777777" w:rsidR="008130CF" w:rsidRDefault="008130CF" w:rsidP="003166C8">
      <w:pPr>
        <w:ind w:right="20"/>
        <w:sectPr w:rsidR="008130CF">
          <w:pgSz w:w="12240" w:h="15840"/>
          <w:pgMar w:top="0" w:right="1420" w:bottom="0" w:left="1440" w:header="720" w:footer="720" w:gutter="0"/>
          <w:cols w:space="720"/>
          <w:docGrid w:linePitch="360"/>
        </w:sectPr>
      </w:pPr>
    </w:p>
    <w:p w14:paraId="3FB4701D"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 Look Ahead</w:t>
      </w:r>
    </w:p>
    <w:p w14:paraId="083DEBF8"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The crackling fire cast dancing shadows on the faces </w:t>
      </w:r>
      <w:r>
        <w:br/>
      </w:r>
      <w:r>
        <w:rPr>
          <w:rFonts w:ascii="LiberationSerif" w:eastAsia="LiberationSerif" w:hAnsi="LiberationSerif"/>
          <w:color w:val="000000"/>
          <w:sz w:val="30"/>
        </w:rPr>
        <w:t xml:space="preserve">gathered around it. Liliana, her pink skin glowing softly in the firelight, leaned against Marcus, her hand resting </w:t>
      </w:r>
      <w:r>
        <w:br/>
      </w:r>
      <w:r>
        <w:rPr>
          <w:rFonts w:ascii="LiberationSerif" w:eastAsia="LiberationSerif" w:hAnsi="LiberationSerif"/>
          <w:color w:val="000000"/>
          <w:sz w:val="30"/>
        </w:rPr>
        <w:t>comfortably on his. The scent of woodsmoke mingled with the earthy aroma of roasted meat, a stark contrast to the metallic tang of blood that had permeated their lives for so long. The war, the brutal, relentless war against the Shadow Lord and his insidious influence, was over. Or was it?</w:t>
      </w:r>
    </w:p>
    <w:p w14:paraId="4A923DFE"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A deep sigh escaped Marcus's lips. He ran a hand through his short, dark hair, the weight of the past few months </w:t>
      </w:r>
      <w:r>
        <w:br/>
      </w:r>
      <w:r>
        <w:rPr>
          <w:rFonts w:ascii="LiberationSerif" w:eastAsia="LiberationSerif" w:hAnsi="LiberationSerif"/>
          <w:color w:val="000000"/>
          <w:sz w:val="30"/>
        </w:rPr>
        <w:t>settling heavily on his shoulders. The victory had been hard-won, a bloody tapestry woven with sacrifices and betrayals. He'd lost friends, both human and… well, not quite human.</w:t>
      </w:r>
    </w:p>
    <w:p w14:paraId="67611C4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He’d seen things that would forever haunt his nightmares, scenes of violence and despair that contrasted sharply with the peaceful scene before him. But here, nestled amidst his newfound family, amidst the crackling warmth and the </w:t>
      </w:r>
      <w:r>
        <w:br/>
      </w:r>
      <w:r>
        <w:rPr>
          <w:rFonts w:ascii="LiberationSerif" w:eastAsia="LiberationSerif" w:hAnsi="LiberationSerif"/>
          <w:color w:val="000000"/>
          <w:sz w:val="30"/>
        </w:rPr>
        <w:t>comforting presence of Liliana, a quiet sense of peace settled over him. A peace hard-earned, and yet, still fragile.</w:t>
      </w:r>
    </w:p>
    <w:p w14:paraId="1385C16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squeezed his hand, her eyes, usually sparkling with mischief, filled with a deep, abiding love. She knew what he was thinking, the unspoken anxieties that lingered beneath the surface of his calm exterior. The Shadow Lord might be defeated, but his influence, like a persistent weed, remained. Whispers still circulated, rumors of his resurgence, of hidden pockets of resistance that continued to fester in the darkness.</w:t>
      </w:r>
    </w:p>
    <w:p w14:paraId="0D5A6E4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“He’s gone, Marcus,” she murmured, her voice a soft counterpoint to the crackling flames. “For now, at least.”</w:t>
      </w:r>
    </w:p>
    <w:p w14:paraId="61467BE7" w14:textId="77777777" w:rsidR="008130CF" w:rsidRDefault="008130CF" w:rsidP="003166C8">
      <w:pPr>
        <w:ind w:right="20"/>
        <w:sectPr w:rsidR="008130CF">
          <w:pgSz w:w="12240" w:h="15840"/>
          <w:pgMar w:top="0" w:right="1420" w:bottom="0" w:left="1440" w:header="720" w:footer="720" w:gutter="0"/>
          <w:cols w:space="720"/>
          <w:docGrid w:linePitch="360"/>
        </w:sectPr>
      </w:pPr>
    </w:p>
    <w:p w14:paraId="680C376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He nodded, but the doubt remained. He knew that true peace was a distant dream, a fragile butterfly easily crushed by the slightest gust of wind. The scars of war, both physical and emotional, ran deep. The constant vigilance, the hyper-awareness honed by years of combat, were ingrained in him.</w:t>
      </w:r>
    </w:p>
    <w:p w14:paraId="37B5D570"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He couldn't simply shed his skin and become a peaceful shepherd overnight.</w:t>
      </w:r>
    </w:p>
    <w:p w14:paraId="55CA08E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next few months were dedicated to rebuilding, not just the physical structures ravaged by war, but the trust and unity within their people. Marcus, with his unconventional methods and his unwavering dedication, proved an </w:t>
      </w:r>
      <w:r>
        <w:br/>
      </w:r>
      <w:r>
        <w:rPr>
          <w:rFonts w:ascii="LiberationSerif" w:eastAsia="LiberationSerif" w:hAnsi="LiberationSerif"/>
          <w:color w:val="000000"/>
          <w:sz w:val="30"/>
        </w:rPr>
        <w:t xml:space="preserve">invaluable asset. His military experience, once deemed so outlandish, became the cornerstone of their new security forces. He instituted training programs, based on the </w:t>
      </w:r>
      <w:r>
        <w:br/>
      </w:r>
      <w:r>
        <w:rPr>
          <w:rFonts w:ascii="LiberationSerif" w:eastAsia="LiberationSerif" w:hAnsi="LiberationSerif"/>
          <w:color w:val="000000"/>
          <w:sz w:val="30"/>
        </w:rPr>
        <w:t>principles of discipline and teamwork he'd learned in the US Army, and slowly, painstakingly, instilled a sense of order and cohesion amongst the warriors. He even managed to implement a rudimentary communication network, using a system of strategically placed signal fires and runners, a far cry from modern technology, but efficient nonetheless.</w:t>
      </w:r>
    </w:p>
    <w:p w14:paraId="42C51A67"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Liliana, meanwhile, focused on the economic and social aspects of reconstruction. Her keen intellect and sharp understanding of her people's needs were invaluable. She established fair trade agreements with neighboring </w:t>
      </w:r>
      <w:r>
        <w:br/>
      </w:r>
      <w:r>
        <w:rPr>
          <w:rFonts w:ascii="LiberationSerif" w:eastAsia="LiberationSerif" w:hAnsi="LiberationSerif"/>
          <w:color w:val="000000"/>
          <w:sz w:val="30"/>
        </w:rPr>
        <w:t xml:space="preserve">communities, fostering cooperation and breaking down the barriers of mistrust that the Shadow Lord had painstakingly erected. She also implemented a system of education, </w:t>
      </w:r>
      <w:r>
        <w:br/>
      </w:r>
      <w:r>
        <w:rPr>
          <w:rFonts w:ascii="LiberationSerif" w:eastAsia="LiberationSerif" w:hAnsi="LiberationSerif"/>
          <w:color w:val="000000"/>
          <w:sz w:val="30"/>
        </w:rPr>
        <w:t>ensuring that the younger generation wouldn't repeat the mistakes of the past. Their combined efforts slowly, but surely, began to bear fruit.</w:t>
      </w:r>
    </w:p>
    <w:p w14:paraId="1E92C500"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Their love story, once a whirlwind romance born amidst the chaos of war, blossomed into a quiet, steadfast </w:t>
      </w:r>
      <w:r>
        <w:br/>
      </w:r>
      <w:r>
        <w:rPr>
          <w:rFonts w:ascii="LiberationSerif" w:eastAsia="LiberationSerif" w:hAnsi="LiberationSerif"/>
          <w:color w:val="000000"/>
          <w:sz w:val="30"/>
        </w:rPr>
        <w:t>companionship. Their nights were filled with intimate</w:t>
      </w:r>
    </w:p>
    <w:p w14:paraId="7F9C53D5" w14:textId="77777777" w:rsidR="008130CF" w:rsidRDefault="008130CF" w:rsidP="003166C8">
      <w:pPr>
        <w:ind w:right="20"/>
        <w:sectPr w:rsidR="008130CF">
          <w:pgSz w:w="12240" w:h="15840"/>
          <w:pgMar w:top="0" w:right="1420" w:bottom="0" w:left="1440" w:header="720" w:footer="720" w:gutter="0"/>
          <w:cols w:space="720"/>
          <w:docGrid w:linePitch="360"/>
        </w:sectPr>
      </w:pPr>
    </w:p>
    <w:p w14:paraId="2B49137B"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conversations, whispered secrets, and shared dreams of a future free from the shadow of war. Their days were </w:t>
      </w:r>
      <w:r>
        <w:br/>
      </w:r>
      <w:r>
        <w:rPr>
          <w:rFonts w:ascii="LiberationSerif" w:eastAsia="LiberationSerif" w:hAnsi="LiberationSerif"/>
          <w:color w:val="000000"/>
          <w:sz w:val="30"/>
        </w:rPr>
        <w:t>dedicated to their people, to the unwavering task of building a better world. They shared laughter, tears, and an unspoken understanding forged in the crucible of shared hardship.</w:t>
      </w:r>
    </w:p>
    <w:p w14:paraId="2D7D2E53"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However, the peace remained fragile. Isolated incidents of sabotage and unrest served as stark reminders of the </w:t>
      </w:r>
      <w:r>
        <w:br/>
      </w:r>
      <w:r>
        <w:rPr>
          <w:rFonts w:ascii="LiberationSerif" w:eastAsia="LiberationSerif" w:hAnsi="LiberationSerif"/>
          <w:color w:val="000000"/>
          <w:sz w:val="30"/>
        </w:rPr>
        <w:t>lingering threat. Rumors continued to swirl, speaking of the Shadow Lord's potential return, of hidden followers waiting for their moment to strike. Marcus, ever vigilant, doubled down on security measures. He strengthened the defenses, established a network of spies, and meticulously planned for every possible contingency. He knew the war wasn't truly over; it had simply shifted to a different battlefield, a subtler, more insidious one.</w:t>
      </w:r>
    </w:p>
    <w:p w14:paraId="3666FB6C"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Liliana, though initially hesitant, recognized the necessity of Marcus's precautions. She understood the lingering danger, the ever-present shadow that threatened to engulf their hard-won peace. Together, they forged a strategy, combining her understanding of the political landscape with his military expertise. They worked tirelessly, bolstering their defenses, strengthening their alliances, and preparing for the inevitable resurgence of the Shadow Lord's forces.</w:t>
      </w:r>
    </w:p>
    <w:p w14:paraId="27C82CD6"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One evening, as they sat on the balcony of their newly rebuilt palace, gazing at the starlit sky, Liliana spoke, her voice laced with a mixture of determination and concern. "We've built something remarkable, Marcus. Something worth protecting."</w:t>
      </w:r>
    </w:p>
    <w:p w14:paraId="456CD5F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He nodded, his gaze fixed on the distant horizon. "It's a fragile thing, though, Liliana. We can't afford to be complacent."</w:t>
      </w:r>
    </w:p>
    <w:p w14:paraId="7B598F30" w14:textId="77777777" w:rsidR="008130CF" w:rsidRDefault="008130CF" w:rsidP="003166C8">
      <w:pPr>
        <w:ind w:right="20"/>
        <w:sectPr w:rsidR="008130CF">
          <w:pgSz w:w="12240" w:h="15840"/>
          <w:pgMar w:top="0" w:right="1420" w:bottom="0" w:left="1440" w:header="720" w:footer="720" w:gutter="0"/>
          <w:cols w:space="720"/>
          <w:docGrid w:linePitch="360"/>
        </w:sectPr>
      </w:pPr>
    </w:p>
    <w:p w14:paraId="35D72D8F"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She reached out, her hand finding his. "We won't be," she whispered, her voice filled with unwavering confidence.</w:t>
      </w:r>
    </w:p>
    <w:p w14:paraId="1AFB8A03" w14:textId="77777777" w:rsidR="008130CF" w:rsidRDefault="00000000" w:rsidP="003166C8">
      <w:pPr>
        <w:autoSpaceDE w:val="0"/>
        <w:autoSpaceDN w:val="0"/>
        <w:spacing w:before="28" w:after="0" w:line="332" w:lineRule="exact"/>
        <w:ind w:right="20"/>
      </w:pPr>
      <w:r>
        <w:rPr>
          <w:rFonts w:ascii="LiberationSerif" w:eastAsia="LiberationSerif" w:hAnsi="LiberationSerif"/>
          <w:color w:val="000000"/>
          <w:sz w:val="30"/>
        </w:rPr>
        <w:t>"Together, we will face whatever comes next."</w:t>
      </w:r>
    </w:p>
    <w:p w14:paraId="3EEA5E5F"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Their reign was a testament to their shared resilience, a symbol of love and loyalty amidst the ruins of war. They were not only leaders, but also symbols of hope, guiding their people through the treacherous waters of rebuilding and ushering in an era of unprecedented prosperity and unity.</w:t>
      </w:r>
    </w:p>
    <w:p w14:paraId="40332EB7"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The scars of war remained, etched into the landscape and into their souls, but they were slowly healing, replaced by the burgeoning hope of a brighter future. The future </w:t>
      </w:r>
      <w:r>
        <w:br/>
      </w:r>
      <w:r>
        <w:rPr>
          <w:rFonts w:ascii="LiberationSerif" w:eastAsia="LiberationSerif" w:hAnsi="LiberationSerif"/>
          <w:color w:val="000000"/>
          <w:sz w:val="30"/>
        </w:rPr>
        <w:t xml:space="preserve">remained uncertain, filled with the promise of both peace and potential conflict. But with their love as a compass and their loyalty as a shield, Marcus and Liliana were ready to face whatever challenges lay ahead, together. Their story, a testament to their strength and their unwavering bond, </w:t>
      </w:r>
      <w:r>
        <w:br/>
      </w:r>
      <w:r>
        <w:rPr>
          <w:rFonts w:ascii="LiberationSerif" w:eastAsia="LiberationSerif" w:hAnsi="LiberationSerif"/>
          <w:color w:val="000000"/>
          <w:sz w:val="30"/>
        </w:rPr>
        <w:t>continued to unfold, a chronicle of love and war, of loss and hope, a saga of survival and the tenacious spirit of those who dared to dream of a better world. The whisper of the Shadow Lord might still echo in the wind, but it was a whisper now, faint and fading, overshadowed by the growing strength and resilience of the people, and the unyielding love of their king and queen. The rebuilding wasn’t merely physical; it was a profound, ongoing process of healing, both individual and collective, a testament to the human capacity for resilience, for love, and for enduring hope in the face of unimaginable adversity.</w:t>
      </w:r>
    </w:p>
    <w:p w14:paraId="0693F1E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Years passed. The villages flourished, their once-desolate fields now bursting with life. Trade flourished, bringing wealth and prosperity to the land. The children of the war, those who had witnessed unimaginable horrors, now laughed freely in the sun, their futures no longer shrouded in the shadow of fear. Marcus and Liliana, still at the helm, </w:t>
      </w:r>
      <w:r>
        <w:br/>
      </w:r>
      <w:r>
        <w:rPr>
          <w:rFonts w:ascii="LiberationSerif" w:eastAsia="LiberationSerif" w:hAnsi="LiberationSerif"/>
          <w:color w:val="000000"/>
          <w:sz w:val="30"/>
        </w:rPr>
        <w:t>watched over their kingdom with wisdom and compassion.</w:t>
      </w:r>
    </w:p>
    <w:p w14:paraId="74B4196F" w14:textId="77777777" w:rsidR="008130CF" w:rsidRDefault="008130CF" w:rsidP="003166C8">
      <w:pPr>
        <w:ind w:right="20"/>
        <w:sectPr w:rsidR="008130CF">
          <w:pgSz w:w="12240" w:h="15840"/>
          <w:pgMar w:top="0" w:right="1420" w:bottom="0" w:left="1440" w:header="720" w:footer="720" w:gutter="0"/>
          <w:cols w:space="720"/>
          <w:docGrid w:linePitch="360"/>
        </w:sectPr>
      </w:pPr>
    </w:p>
    <w:p w14:paraId="3C40B474" w14:textId="77777777" w:rsidR="008130CF" w:rsidRDefault="00000000" w:rsidP="003166C8">
      <w:pPr>
        <w:autoSpaceDE w:val="0"/>
        <w:autoSpaceDN w:val="0"/>
        <w:spacing w:before="1430" w:after="0" w:line="360" w:lineRule="exact"/>
        <w:ind w:right="20"/>
      </w:pPr>
      <w:r>
        <w:rPr>
          <w:rFonts w:ascii="LiberationSerif" w:eastAsia="LiberationSerif" w:hAnsi="LiberationSerif"/>
          <w:color w:val="000000"/>
          <w:sz w:val="30"/>
        </w:rPr>
        <w:lastRenderedPageBreak/>
        <w:t xml:space="preserve">Their love story, once a tale of survival amidst chaos, had become a beacon of hope, a symbol of what was possible when love, loyalty, and unwavering determination </w:t>
      </w:r>
      <w:r>
        <w:br/>
      </w:r>
      <w:r>
        <w:rPr>
          <w:rFonts w:ascii="LiberationSerif" w:eastAsia="LiberationSerif" w:hAnsi="LiberationSerif"/>
          <w:color w:val="000000"/>
          <w:sz w:val="30"/>
        </w:rPr>
        <w:t>converged.</w:t>
      </w:r>
    </w:p>
    <w:p w14:paraId="1957AD2B"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However, the peace was not a permanent state. The whispers of the Shadow Lord, though fainter, never truly died. A new generation of threats emerged, testing their strength and resilience. They faced new challenges, ranging from </w:t>
      </w:r>
      <w:r>
        <w:br/>
      </w:r>
      <w:r>
        <w:rPr>
          <w:rFonts w:ascii="LiberationSerif" w:eastAsia="LiberationSerif" w:hAnsi="LiberationSerif"/>
          <w:color w:val="000000"/>
          <w:sz w:val="30"/>
        </w:rPr>
        <w:t xml:space="preserve">territorial disputes with neighboring kingdoms to subtle acts of sabotage orchestrated by lingering factions loyal to the Shadow Lord. But each challenge was met with strength and wisdom, their reign marked by intelligent leadership and wise governance. They implemented reforms, promoting education, trade, and cultural exchange, forging stronger alliances that extended far beyond their borders. The </w:t>
      </w:r>
      <w:r>
        <w:br/>
      </w:r>
      <w:r>
        <w:rPr>
          <w:rFonts w:ascii="LiberationSerif" w:eastAsia="LiberationSerif" w:hAnsi="LiberationSerif"/>
          <w:color w:val="000000"/>
          <w:sz w:val="30"/>
        </w:rPr>
        <w:t>kingdom flourished under their joint rule. They weren't just a king and queen; they were a symbol of unity and resilience, their story an ongoing testament to the indomitable human spirit.</w:t>
      </w:r>
    </w:p>
    <w:p w14:paraId="539B1B18"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The story of Marcus and Liliana wasn't just about the </w:t>
      </w:r>
      <w:r>
        <w:br/>
      </w:r>
      <w:r>
        <w:rPr>
          <w:rFonts w:ascii="LiberationSerif" w:eastAsia="LiberationSerif" w:hAnsi="LiberationSerif"/>
          <w:color w:val="000000"/>
          <w:sz w:val="30"/>
        </w:rPr>
        <w:t xml:space="preserve">overthrow of a tyrannical wizard; it was a testament to the power of love, loyalty, and the human capacity for hope, even in the darkest of times. It was a saga of adaptation, of learning to blend two vastly different worlds, of creating a society built on the principles of understanding and respect, a society that learned from its past while forging a brighter future. The path ahead remained uncertain, filled with </w:t>
      </w:r>
      <w:r>
        <w:br/>
      </w:r>
      <w:r>
        <w:rPr>
          <w:rFonts w:ascii="LiberationSerif" w:eastAsia="LiberationSerif" w:hAnsi="LiberationSerif"/>
          <w:color w:val="000000"/>
          <w:sz w:val="30"/>
        </w:rPr>
        <w:t>potential challenges and unforeseen obstacles. But as they stood together, hand in hand, looking towards a horizon still painted with both the scars of war and the promise of peace, Marcus and Liliana knew one thing for certain: their journey, their love, and their enduring loyalty, were far from over. Their story was an ongoing saga, a testament to the enduring strength of the human spirit, and the transformative power of</w:t>
      </w:r>
    </w:p>
    <w:p w14:paraId="006B44B5" w14:textId="77777777" w:rsidR="008130CF" w:rsidRDefault="008130CF" w:rsidP="003166C8">
      <w:pPr>
        <w:ind w:right="20"/>
        <w:sectPr w:rsidR="008130CF">
          <w:pgSz w:w="12240" w:h="15840"/>
          <w:pgMar w:top="0" w:right="1420" w:bottom="0" w:left="1440" w:header="720" w:footer="720" w:gutter="0"/>
          <w:cols w:space="720"/>
          <w:docGrid w:linePitch="360"/>
        </w:sectPr>
      </w:pPr>
    </w:p>
    <w:p w14:paraId="25AFF890" w14:textId="07F8FF18" w:rsidR="008130CF" w:rsidRDefault="00000000" w:rsidP="003166C8">
      <w:pPr>
        <w:autoSpaceDE w:val="0"/>
        <w:autoSpaceDN w:val="0"/>
        <w:spacing w:before="1430" w:after="0" w:line="360" w:lineRule="exact"/>
        <w:ind w:right="20"/>
        <w:sectPr w:rsidR="008130CF">
          <w:pgSz w:w="12240" w:h="15840"/>
          <w:pgMar w:top="0" w:right="1420" w:bottom="0" w:left="1440" w:header="720" w:footer="720" w:gutter="0"/>
          <w:cols w:space="720"/>
          <w:docGrid w:linePitch="360"/>
        </w:sectPr>
      </w:pPr>
      <w:r>
        <w:rPr>
          <w:rFonts w:ascii="LiberationSerif" w:eastAsia="LiberationSerif" w:hAnsi="LiberationSerif"/>
          <w:color w:val="000000"/>
          <w:sz w:val="30"/>
        </w:rPr>
        <w:lastRenderedPageBreak/>
        <w:t>love in a world still filled with magic, danger, and the unwavering need for hope</w:t>
      </w:r>
    </w:p>
    <w:p w14:paraId="7A07F14E" w14:textId="27EFB57E" w:rsidR="008130CF" w:rsidRDefault="008130CF" w:rsidP="003166C8">
      <w:pPr>
        <w:autoSpaceDE w:val="0"/>
        <w:autoSpaceDN w:val="0"/>
        <w:spacing w:before="1904" w:after="0" w:line="374" w:lineRule="exact"/>
        <w:ind w:right="20"/>
        <w:sectPr w:rsidR="008130CF">
          <w:pgSz w:w="12240" w:h="15840"/>
          <w:pgMar w:top="0" w:right="1420" w:bottom="0" w:left="1440" w:header="720" w:footer="720" w:gutter="0"/>
          <w:cols w:space="720"/>
          <w:docGrid w:linePitch="360"/>
        </w:sectPr>
      </w:pPr>
    </w:p>
    <w:p w14:paraId="1DC1463B"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Appendix</w:t>
      </w:r>
    </w:p>
    <w:p w14:paraId="1AB019E1"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 xml:space="preserve">This appendix contains supplementary materials related to the fictional world of [World Name] including maps, </w:t>
      </w:r>
      <w:r>
        <w:br/>
      </w:r>
      <w:r>
        <w:rPr>
          <w:rFonts w:ascii="LiberationSerif" w:eastAsia="LiberationSerif" w:hAnsi="LiberationSerif"/>
          <w:color w:val="000000"/>
          <w:sz w:val="30"/>
        </w:rPr>
        <w:t>diagrams, and translations of key phrases from the Devil language. Due to the complexity and security concerns related to specific magical artifacts and military tactical information, this section will be expanded in future editions based on reader feedback and further developments in the series.</w:t>
      </w:r>
    </w:p>
    <w:p w14:paraId="70DD9B69" w14:textId="77777777" w:rsidR="008130CF" w:rsidRDefault="008130CF" w:rsidP="003166C8">
      <w:pPr>
        <w:ind w:right="20"/>
        <w:sectPr w:rsidR="008130CF">
          <w:pgSz w:w="12240" w:h="15840"/>
          <w:pgMar w:top="0" w:right="1420" w:bottom="0" w:left="1440" w:header="720" w:footer="720" w:gutter="0"/>
          <w:cols w:space="720"/>
          <w:docGrid w:linePitch="360"/>
        </w:sectPr>
      </w:pPr>
    </w:p>
    <w:p w14:paraId="00A000B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Glossary</w:t>
      </w:r>
    </w:p>
    <w:p w14:paraId="1547F972" w14:textId="77777777" w:rsidR="008130CF" w:rsidRDefault="00000000" w:rsidP="003166C8">
      <w:pPr>
        <w:autoSpaceDE w:val="0"/>
        <w:autoSpaceDN w:val="0"/>
        <w:spacing w:before="456" w:after="0" w:line="360" w:lineRule="exact"/>
        <w:ind w:right="20"/>
      </w:pPr>
      <w:r>
        <w:rPr>
          <w:rFonts w:ascii="LiberationSerif" w:eastAsia="LiberationSerif" w:hAnsi="LiberationSerif"/>
          <w:b/>
          <w:color w:val="000000"/>
          <w:sz w:val="30"/>
        </w:rPr>
        <w:t>Devil:</w:t>
      </w:r>
      <w:r>
        <w:rPr>
          <w:rFonts w:ascii="LiberationSerif" w:eastAsia="LiberationSerif" w:hAnsi="LiberationSerif"/>
          <w:b/>
          <w:color w:val="000000"/>
          <w:sz w:val="30"/>
        </w:rPr>
        <w:br/>
      </w:r>
      <w:r>
        <w:rPr>
          <w:rFonts w:ascii="LiberationSerif" w:eastAsia="LiberationSerif" w:hAnsi="LiberationSerif"/>
          <w:color w:val="000000"/>
          <w:sz w:val="30"/>
        </w:rPr>
        <w:t>A pink-skinned humanoid species native to [World Name]. Often misunderstood, they possess a strong sense of loyalty and fierce independence.</w:t>
      </w:r>
    </w:p>
    <w:p w14:paraId="05394E28" w14:textId="77777777" w:rsidR="008130CF" w:rsidRDefault="00000000" w:rsidP="003166C8">
      <w:pPr>
        <w:autoSpaceDE w:val="0"/>
        <w:autoSpaceDN w:val="0"/>
        <w:spacing w:before="360" w:after="0" w:line="360" w:lineRule="exact"/>
        <w:ind w:right="20"/>
      </w:pPr>
      <w:r>
        <w:rPr>
          <w:rFonts w:ascii="LiberationSerif" w:eastAsia="LiberationSerif" w:hAnsi="LiberationSerif"/>
          <w:b/>
          <w:color w:val="000000"/>
          <w:sz w:val="30"/>
        </w:rPr>
        <w:t>Wizard:</w:t>
      </w:r>
      <w:r>
        <w:rPr>
          <w:rFonts w:ascii="LiberationSerif" w:eastAsia="LiberationSerif" w:hAnsi="LiberationSerif"/>
          <w:b/>
          <w:color w:val="000000"/>
          <w:sz w:val="30"/>
        </w:rPr>
        <w:br/>
      </w:r>
      <w:r>
        <w:rPr>
          <w:rFonts w:ascii="LiberationSerif" w:eastAsia="LiberationSerif" w:hAnsi="LiberationSerif"/>
          <w:color w:val="000000"/>
          <w:sz w:val="30"/>
        </w:rPr>
        <w:t>A powerful magic user, often associated with dark magic and tyrannical rule.</w:t>
      </w:r>
    </w:p>
    <w:p w14:paraId="0277F4F1" w14:textId="411B3982" w:rsidR="008130CF" w:rsidRDefault="003166C8" w:rsidP="003166C8">
      <w:pPr>
        <w:autoSpaceDE w:val="0"/>
        <w:autoSpaceDN w:val="0"/>
        <w:spacing w:before="360" w:after="0" w:line="360" w:lineRule="exact"/>
        <w:ind w:right="20"/>
      </w:pPr>
      <w:r>
        <w:rPr>
          <w:rFonts w:ascii="LiberationSerif" w:eastAsia="LiberationSerif" w:hAnsi="LiberationSerif"/>
          <w:b/>
          <w:color w:val="000000"/>
          <w:sz w:val="30"/>
        </w:rPr>
        <w:t>Ulthmoil</w:t>
      </w:r>
      <w:r w:rsidR="00000000">
        <w:rPr>
          <w:rFonts w:ascii="LiberationSerif" w:eastAsia="LiberationSerif" w:hAnsi="LiberationSerif"/>
          <w:b/>
          <w:color w:val="000000"/>
          <w:sz w:val="30"/>
        </w:rPr>
        <w:t>:</w:t>
      </w:r>
      <w:r w:rsidR="00000000">
        <w:rPr>
          <w:rFonts w:ascii="LiberationSerif" w:eastAsia="LiberationSerif" w:hAnsi="LiberationSerif"/>
          <w:b/>
          <w:color w:val="000000"/>
          <w:sz w:val="30"/>
        </w:rPr>
        <w:br/>
      </w:r>
      <w:r w:rsidR="00000000">
        <w:rPr>
          <w:rFonts w:ascii="LiberationSerif" w:eastAsia="LiberationSerif" w:hAnsi="LiberationSerif"/>
          <w:color w:val="000000"/>
          <w:sz w:val="30"/>
        </w:rPr>
        <w:t>A sword imbued with magical properties, its abilities varying based on the wielder's skills and intent.</w:t>
      </w:r>
    </w:p>
    <w:p w14:paraId="4EFC7750" w14:textId="77777777" w:rsidR="008130CF" w:rsidRDefault="00000000" w:rsidP="003166C8">
      <w:pPr>
        <w:autoSpaceDE w:val="0"/>
        <w:autoSpaceDN w:val="0"/>
        <w:spacing w:before="360" w:after="0" w:line="360" w:lineRule="exact"/>
        <w:ind w:right="20"/>
      </w:pPr>
      <w:r>
        <w:rPr>
          <w:rFonts w:ascii="LiberationSerif" w:eastAsia="LiberationSerif" w:hAnsi="LiberationSerif"/>
          <w:b/>
          <w:color w:val="000000"/>
          <w:sz w:val="30"/>
        </w:rPr>
        <w:t>[World Name]:</w:t>
      </w:r>
      <w:r>
        <w:rPr>
          <w:rFonts w:ascii="LiberationSerif" w:eastAsia="LiberationSerif" w:hAnsi="LiberationSerif"/>
          <w:b/>
          <w:color w:val="000000"/>
          <w:sz w:val="30"/>
        </w:rPr>
        <w:br/>
      </w:r>
      <w:r>
        <w:rPr>
          <w:rFonts w:ascii="LiberationSerif" w:eastAsia="LiberationSerif" w:hAnsi="LiberationSerif"/>
          <w:color w:val="000000"/>
          <w:sz w:val="30"/>
        </w:rPr>
        <w:t>The fictional high-fantasy world where the majority of the story takes place. Detailed information about the geography, culture, and history of [World Name] is available on my website: [Website Address]</w:t>
      </w:r>
    </w:p>
    <w:p w14:paraId="467A0B46" w14:textId="77777777" w:rsidR="008130CF" w:rsidRDefault="00000000" w:rsidP="003166C8">
      <w:pPr>
        <w:autoSpaceDE w:val="0"/>
        <w:autoSpaceDN w:val="0"/>
        <w:spacing w:before="388" w:after="0" w:line="332" w:lineRule="exact"/>
        <w:ind w:right="20"/>
        <w:jc w:val="center"/>
      </w:pPr>
      <w:r>
        <w:rPr>
          <w:rFonts w:ascii="LiberationSerif" w:eastAsia="LiberationSerif" w:hAnsi="LiberationSerif"/>
          <w:color w:val="000000"/>
          <w:sz w:val="30"/>
        </w:rPr>
        <w:t>Further glossary entries will be added in subsequent editions.</w:t>
      </w:r>
    </w:p>
    <w:p w14:paraId="530F4F00" w14:textId="77777777" w:rsidR="008130CF" w:rsidRDefault="008130CF" w:rsidP="003166C8">
      <w:pPr>
        <w:ind w:right="20"/>
        <w:sectPr w:rsidR="008130CF">
          <w:pgSz w:w="12240" w:h="15840"/>
          <w:pgMar w:top="0" w:right="1420" w:bottom="0" w:left="1440" w:header="720" w:footer="720" w:gutter="0"/>
          <w:cols w:space="720"/>
          <w:docGrid w:linePitch="360"/>
        </w:sectPr>
      </w:pPr>
    </w:p>
    <w:p w14:paraId="0D569349"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References</w:t>
      </w:r>
    </w:p>
    <w:p w14:paraId="4D5D1AA8" w14:textId="77777777" w:rsidR="008130CF" w:rsidRDefault="00000000" w:rsidP="003166C8">
      <w:pPr>
        <w:autoSpaceDE w:val="0"/>
        <w:autoSpaceDN w:val="0"/>
        <w:spacing w:before="456" w:after="0" w:line="360" w:lineRule="exact"/>
        <w:ind w:right="20"/>
      </w:pPr>
      <w:r>
        <w:rPr>
          <w:rFonts w:ascii="LiberationSerif" w:eastAsia="LiberationSerif" w:hAnsi="LiberationSerif"/>
          <w:color w:val="000000"/>
          <w:sz w:val="30"/>
        </w:rPr>
        <w:t>While this book is a work of fiction, elements of military strategy, weaponry, and underwater diving techniques are based on real-world practices. Readers interested in learning more about these subjects are encouraged to consult the following resources:</w:t>
      </w:r>
    </w:p>
    <w:p w14:paraId="07D46F49" w14:textId="77777777" w:rsidR="008130CF" w:rsidRDefault="00000000" w:rsidP="003166C8">
      <w:pPr>
        <w:autoSpaceDE w:val="0"/>
        <w:autoSpaceDN w:val="0"/>
        <w:spacing w:before="360" w:after="0" w:line="360" w:lineRule="exact"/>
        <w:ind w:right="20"/>
      </w:pPr>
      <w:r>
        <w:rPr>
          <w:rFonts w:ascii="LiberationSerif" w:eastAsia="LiberationSerif" w:hAnsi="LiberationSerif"/>
          <w:color w:val="000000"/>
          <w:sz w:val="30"/>
        </w:rPr>
        <w:t xml:space="preserve">U.S. Army Field Manual 3-04.22, Infantry Rifle Platoon and Squad </w:t>
      </w:r>
      <w:r>
        <w:br/>
      </w:r>
      <w:r>
        <w:rPr>
          <w:rFonts w:ascii="LiberationSerif" w:eastAsia="LiberationSerif" w:hAnsi="LiberationSerif"/>
          <w:color w:val="000000"/>
          <w:sz w:val="30"/>
        </w:rPr>
        <w:t xml:space="preserve">U.S. Navy Diving Manual </w:t>
      </w:r>
      <w:r>
        <w:br/>
      </w:r>
      <w:r>
        <w:rPr>
          <w:rFonts w:ascii="LiberationSerif" w:eastAsia="LiberationSerif" w:hAnsi="LiberationSerif"/>
          <w:color w:val="000000"/>
          <w:sz w:val="30"/>
        </w:rPr>
        <w:t>[Relevant fantasy literature or academic texts, if applicable]</w:t>
      </w:r>
    </w:p>
    <w:p w14:paraId="7BBDE53C" w14:textId="77777777" w:rsidR="008130CF" w:rsidRDefault="008130CF" w:rsidP="003166C8">
      <w:pPr>
        <w:ind w:right="20"/>
        <w:sectPr w:rsidR="008130CF">
          <w:pgSz w:w="12240" w:h="15840"/>
          <w:pgMar w:top="0" w:right="1420" w:bottom="0" w:left="1440" w:header="720" w:footer="720" w:gutter="0"/>
          <w:cols w:space="720"/>
          <w:docGrid w:linePitch="360"/>
        </w:sectPr>
      </w:pPr>
    </w:p>
    <w:p w14:paraId="3F1024F6" w14:textId="77777777" w:rsidR="008130CF" w:rsidRDefault="00000000" w:rsidP="003166C8">
      <w:pPr>
        <w:autoSpaceDE w:val="0"/>
        <w:autoSpaceDN w:val="0"/>
        <w:spacing w:before="1904" w:after="0" w:line="374" w:lineRule="exact"/>
        <w:ind w:right="20"/>
      </w:pPr>
      <w:r>
        <w:rPr>
          <w:rFonts w:ascii="LiberationSerif" w:eastAsia="LiberationSerif" w:hAnsi="LiberationSerif"/>
          <w:b/>
          <w:color w:val="000000"/>
          <w:sz w:val="34"/>
        </w:rPr>
        <w:lastRenderedPageBreak/>
        <w:t>Author Biography</w:t>
      </w:r>
    </w:p>
    <w:p w14:paraId="6966B613" w14:textId="77777777" w:rsidR="008130CF" w:rsidRDefault="00000000" w:rsidP="003166C8">
      <w:pPr>
        <w:autoSpaceDE w:val="0"/>
        <w:autoSpaceDN w:val="0"/>
        <w:spacing w:before="484" w:after="0" w:line="332" w:lineRule="exact"/>
        <w:ind w:right="20"/>
      </w:pPr>
      <w:r>
        <w:rPr>
          <w:rFonts w:ascii="LiberationSerif" w:eastAsia="LiberationSerif" w:hAnsi="LiberationSerif"/>
          <w:color w:val="000000"/>
          <w:sz w:val="30"/>
        </w:rPr>
        <w:t>[Your Name] is a military veteran and fantasy fiction author.</w:t>
      </w:r>
    </w:p>
    <w:p w14:paraId="2463E666"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Serving [Number] years in the U.S. Army as a Combat Diver, [He/She/They] deployed to [Location(s)], earning [Medals/Awards]. The experiences and lessons learned during [His/Her/Their] service profoundly impacted </w:t>
      </w:r>
      <w:r>
        <w:br/>
      </w:r>
      <w:r>
        <w:rPr>
          <w:rFonts w:ascii="LiberationSerif" w:eastAsia="LiberationSerif" w:hAnsi="LiberationSerif"/>
          <w:color w:val="000000"/>
          <w:sz w:val="30"/>
        </w:rPr>
        <w:t>[His/Her/Their] writing, shaping the gritty realism and action-packed narratives that define [His/Her/Their] work.</w:t>
      </w:r>
    </w:p>
    <w:p w14:paraId="278A9552" w14:textId="77777777" w:rsidR="008130CF" w:rsidRDefault="00000000" w:rsidP="003166C8">
      <w:pPr>
        <w:autoSpaceDE w:val="0"/>
        <w:autoSpaceDN w:val="0"/>
        <w:spacing w:after="0" w:line="360" w:lineRule="exact"/>
        <w:ind w:right="20"/>
      </w:pPr>
      <w:r>
        <w:rPr>
          <w:rFonts w:ascii="LiberationSerif" w:eastAsia="LiberationSerif" w:hAnsi="LiberationSerif"/>
          <w:color w:val="000000"/>
          <w:sz w:val="30"/>
        </w:rPr>
        <w:t xml:space="preserve">[He/She/They] currently reside in [Location] with </w:t>
      </w:r>
      <w:r>
        <w:br/>
      </w:r>
      <w:r>
        <w:rPr>
          <w:rFonts w:ascii="LiberationSerif" w:eastAsia="LiberationSerif" w:hAnsi="LiberationSerif"/>
          <w:color w:val="000000"/>
          <w:sz w:val="30"/>
        </w:rPr>
        <w:t xml:space="preserve">[His/Her/Their] family and continue to draw inspiration from both [His/Her/Their] past experiences and the vibrant </w:t>
      </w:r>
      <w:r>
        <w:br/>
      </w:r>
      <w:r>
        <w:rPr>
          <w:rFonts w:ascii="LiberationSerif" w:eastAsia="LiberationSerif" w:hAnsi="LiberationSerif"/>
          <w:color w:val="000000"/>
          <w:sz w:val="30"/>
        </w:rPr>
        <w:t xml:space="preserve">landscapes of [His/Her/Their] imagination. [His/Her/Their] other works include [List of books]. You can find </w:t>
      </w:r>
      <w:r>
        <w:br/>
      </w:r>
      <w:r>
        <w:rPr>
          <w:rFonts w:ascii="LiberationSerif" w:eastAsia="LiberationSerif" w:hAnsi="LiberationSerif"/>
          <w:color w:val="000000"/>
          <w:sz w:val="30"/>
        </w:rPr>
        <w:t>[Him/Her/Them] online at [Website Address] and [Social Media Links].</w:t>
      </w:r>
    </w:p>
    <w:sectPr w:rsidR="008130CF" w:rsidSect="00034616">
      <w:pgSz w:w="12240" w:h="15840"/>
      <w:pgMar w:top="0" w:right="142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LiberationSerif">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7195053">
    <w:abstractNumId w:val="8"/>
  </w:num>
  <w:num w:numId="2" w16cid:durableId="307053042">
    <w:abstractNumId w:val="6"/>
  </w:num>
  <w:num w:numId="3" w16cid:durableId="325020180">
    <w:abstractNumId w:val="5"/>
  </w:num>
  <w:num w:numId="4" w16cid:durableId="176845587">
    <w:abstractNumId w:val="4"/>
  </w:num>
  <w:num w:numId="5" w16cid:durableId="1721324335">
    <w:abstractNumId w:val="7"/>
  </w:num>
  <w:num w:numId="6" w16cid:durableId="1650668917">
    <w:abstractNumId w:val="3"/>
  </w:num>
  <w:num w:numId="7" w16cid:durableId="1640498200">
    <w:abstractNumId w:val="2"/>
  </w:num>
  <w:num w:numId="8" w16cid:durableId="1668367077">
    <w:abstractNumId w:val="1"/>
  </w:num>
  <w:num w:numId="9" w16cid:durableId="992833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AF0"/>
    <w:rsid w:val="00053975"/>
    <w:rsid w:val="0006063C"/>
    <w:rsid w:val="000D250E"/>
    <w:rsid w:val="00137C5B"/>
    <w:rsid w:val="0015074B"/>
    <w:rsid w:val="00175267"/>
    <w:rsid w:val="001E6A26"/>
    <w:rsid w:val="0021134B"/>
    <w:rsid w:val="002948AF"/>
    <w:rsid w:val="0029639D"/>
    <w:rsid w:val="0031439E"/>
    <w:rsid w:val="003166C8"/>
    <w:rsid w:val="00326F90"/>
    <w:rsid w:val="00354923"/>
    <w:rsid w:val="004134A6"/>
    <w:rsid w:val="004B06F1"/>
    <w:rsid w:val="004D4CC5"/>
    <w:rsid w:val="004E539A"/>
    <w:rsid w:val="005E6CCC"/>
    <w:rsid w:val="005F38A2"/>
    <w:rsid w:val="005F6B84"/>
    <w:rsid w:val="006268F2"/>
    <w:rsid w:val="006575FF"/>
    <w:rsid w:val="006611AF"/>
    <w:rsid w:val="006813C8"/>
    <w:rsid w:val="006A3A4D"/>
    <w:rsid w:val="006D4D1F"/>
    <w:rsid w:val="00703E37"/>
    <w:rsid w:val="00716FA5"/>
    <w:rsid w:val="00765E7F"/>
    <w:rsid w:val="007B0CDD"/>
    <w:rsid w:val="008130CF"/>
    <w:rsid w:val="008357E5"/>
    <w:rsid w:val="00851103"/>
    <w:rsid w:val="00872799"/>
    <w:rsid w:val="008D0433"/>
    <w:rsid w:val="0095270A"/>
    <w:rsid w:val="009A4E76"/>
    <w:rsid w:val="00A30664"/>
    <w:rsid w:val="00A52588"/>
    <w:rsid w:val="00A53B50"/>
    <w:rsid w:val="00A64684"/>
    <w:rsid w:val="00A87A27"/>
    <w:rsid w:val="00AA1D8D"/>
    <w:rsid w:val="00AE4EEB"/>
    <w:rsid w:val="00AF3838"/>
    <w:rsid w:val="00B47730"/>
    <w:rsid w:val="00BD03DC"/>
    <w:rsid w:val="00BF3E87"/>
    <w:rsid w:val="00C9546B"/>
    <w:rsid w:val="00CB0664"/>
    <w:rsid w:val="00CB0C30"/>
    <w:rsid w:val="00CB1C2B"/>
    <w:rsid w:val="00CD3549"/>
    <w:rsid w:val="00D828BF"/>
    <w:rsid w:val="00E210B8"/>
    <w:rsid w:val="00E44301"/>
    <w:rsid w:val="00E82353"/>
    <w:rsid w:val="00E97117"/>
    <w:rsid w:val="00F8397A"/>
    <w:rsid w:val="00F903FA"/>
    <w:rsid w:val="00FB1B23"/>
    <w:rsid w:val="00FC693F"/>
    <w:rsid w:val="00FD0C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214D74"/>
  <w14:defaultImageDpi w14:val="300"/>
  <w15:docId w15:val="{16A553BC-A835-7149-A449-630DFF084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250</Pages>
  <Words>57216</Words>
  <Characters>326133</Characters>
  <Application>Microsoft Office Word</Application>
  <DocSecurity>0</DocSecurity>
  <Lines>2717</Lines>
  <Paragraphs>765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382584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coty nolff</cp:lastModifiedBy>
  <cp:revision>11</cp:revision>
  <dcterms:created xsi:type="dcterms:W3CDTF">2024-11-30T08:38:00Z</dcterms:created>
  <dcterms:modified xsi:type="dcterms:W3CDTF">2024-12-02T23:22:00Z</dcterms:modified>
  <cp:category/>
</cp:coreProperties>
</file>