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190"/>
        <w:ind w:left="0" w:right="0"/>
      </w:pPr>
    </w:p>
    <w:p>
      <w:pPr>
        <w:autoSpaceDN w:val="0"/>
        <w:autoSpaceDE w:val="0"/>
        <w:widowControl/>
        <w:spacing w:line="658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44"/>
        </w:rPr>
        <w:t>Embers Of Silver Falls</w:t>
      </w:r>
    </w:p>
    <w:p>
      <w:pPr>
        <w:sectPr>
          <w:pgSz w:w="8000" w:h="12000"/>
          <w:pgMar w:top="412" w:right="1440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City Meets Quiet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 Blake’s sleek SUV rolled onto the street fronting the Silverton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Inn, the faint hum of Silver Creek under its red-covered bridge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jarring contrast to Portland’s relentless pulse. Her ambition,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sharpened by years in steel-and-glass towers, bristled against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Silverton’s Victorian charm—petunias spilling from lampposts,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Palace Theatre’s neon buzzing across the way. She gripped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briefcase, eyes narrowing at the Oregon Garden’s mural, its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wildflowers and hills a defiant nod to a town she didn’t understand.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inn’s oak door creaked as she stepped inside, Wi-Fi flickering,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faded 2008 fire crew photo in the lobby catching her glance—a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relic of something unspoken, like the guilt over her sister Lily’s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small-town dreams she’d dismissed years ago. This place, with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murmurs and resistance, was already a problem.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Silverton itself was a study in contrasts. Victorian-era houses,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paint peeling in places, sat shoulder to shoulder with more modern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structures, a testament to the town’s quiet evolution. The gentle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ripple of Silver Creek, flowing beneath a red-painted covered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bridge, was a soothing melody compared to the city’s incessant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roar. Petunias, overflowing from wrought-iron lampposts, spilled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cheerful colors onto the sidewalks, a vibrant tapestry woven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into the town’s fabric. The whole effect was… charming.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Disarmingly so. It was a charm that felt like a subtle reproach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polished exterior I presented to the world. A rebuke to my fast-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paced life, my relentless pursuit of success.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 unfamiliar unease settled in my gut, a low thrum that vibrated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beneath the surface of my usual confident facade. This wasn’t just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change of pace, the transition from the urban jungle to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picturesque haven. It was something deeper, a subconscious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discordance. It resonated with a memory, a sharp, unwelcome echo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a past conversation. My sister, Lily, her face alight with a naive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enthusiasm, her voice filled with the gentle cadence of her dreams.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“Jenna, I’m moving to Silverton. I want a life closer to nature.”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response, still stinging in my memory, felt as icy and harsh now 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 did then. “You’re throwing your life away on a postcard fantasy,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Lily. There’s nothing out here for someone like you.”</w:t>
      </w:r>
    </w:p>
    <w:p>
      <w:pPr>
        <w:sectPr>
          <w:pgSz w:w="8000" w:h="12000"/>
          <w:pgMar w:top="442" w:right="662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memory was a flash of light, brief but searing. A small, sharp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shard of guilt that pricked at my carefully constructed armor. It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reminder of a choice made, a path chosen, and the sacrifices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came with it. A path that was leading me to this very place, to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very moment. The deal I was here to secure - the luxury eco-resort –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project designed to combine high-end living with environmentally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conscious development – was a testament to the success I'd worked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 hard to achieve. Yet, even the eco-friendly angle felt tainted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lingering guilt, as though my attempt to atone for my past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actions was now inextricably bound to this very land.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checked into my room at the Silverton Inn, the scent of aged wood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faint lavender instantly filling the space. The building itself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seemed to sigh beneath my touch, its wooden beams groaning softly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 the weight of years. The creaky oak floorboards provided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counterpoint to the modernity of my phone and laptop. Even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Wi-Fi signal seemed to struggle, dropping in and out with an almost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deliberate resistance. It was as if the town itself was reluctant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embrace the digital intrusions of the modern world, a silent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defiance of the progress I represented.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I unpacked my laptop case, my fingers tightening around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smooth leather, I couldn't shake off the feeling of being watched.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underlying tension permeated the atmosphere, a quiet hum beneath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surface of the town’s apparent tranquility. I glanced at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reflection in the mirror; my usually composed expression held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hint of anxiety, a hairline crack in my usually invincible armor.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come to Silverton armed with detailed blueprints,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meticulously crafted presentation, and a steely determination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succeed. But I sensed that even my meticulous planning wouldn't be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enough to conquer the subtle resistance of this quaint Oregon town.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 lobby, waiting for my assistant to dial into our pre-arranged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meeting, my eyes fell upon a framed photograph. A faded crew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photo from the Silverton Volunteer Fire Department, taken back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2008. The faces were etched with the grim determination of men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women who had faced the ravages of fire. Their expressions,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stern and weathered, held a haunting intensity that lingered even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faded image. One name was circled in red pen: Maddox. A</w:t>
      </w:r>
    </w:p>
    <w:p>
      <w:pPr>
        <w:sectPr>
          <w:pgSz w:w="8000" w:h="12000"/>
          <w:pgMar w:top="428" w:right="642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familiar surname. The same surname I would soon be encountering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far less ideal circumstances. The unsettling image burrowed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way into my subconscious, a seed of unease planted, a question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mark hanging in the quiet stillness of Silverton. The cool mist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 Creek brushing my skin felt strangely chilling despite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pleasant evening temperature. A distant bell, its soft chime carried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 the evening breeze, felt more ominous than peaceful. This small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Oregon town, with its tranquil façade, held secrets that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beginning to unfurl, secrets that threatened to disrupt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meticulously crafted narrative of my ambition and success.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quiet stillness of Silverton felt less like a peaceful haven and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like a waiting game. And I, Jenna Blake, the master of negotiation,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felt utterly, strangely unprepared.</w:t>
      </w:r>
    </w:p>
    <w:p>
      <w:pPr>
        <w:sectPr>
          <w:pgSz w:w="8000" w:h="12000"/>
          <w:pgMar w:top="296" w:right="750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Sparks at the Council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air in Silverton’s City Hall hung thick and heavy, a miasma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stale coffee and nervous anticipation. The linoleum floor gleamed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dully under the harsh fluorescent lights, reflecting the strained faces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gathered in the room. Rows of folding chairs, their metal legs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scraping against the polished surface, creaked a discordant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symphony under the weight of the assembled townsfolk. Farmers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worn flannel shirts sat beside retirees bundled in thick sweaters,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arms crossed, their expressions a blend of suspicion and barely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concealed hostility. The air crackled with an unspoken tension,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palpable energy that hummed beneath the surface of polite civility.</w:t>
      </w:r>
    </w:p>
    <w:p>
      <w:pPr>
        <w:autoSpaceDN w:val="0"/>
        <w:autoSpaceDE w:val="0"/>
        <w:widowControl/>
        <w:spacing w:line="264" w:lineRule="exact" w:before="60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pen tapped a restless rhythm against the polished wood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council table, a counterpoint to the hushed murmurs that rippled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through the room.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stood at the podium, the polished mahogany cool beneath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fingertips. My meticulously crafted PowerPoint presentation,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months of planning and preparation, projected onto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screen behind me. Images of sleek, sustainable architecture,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sprawling gardens and serene pools, flashed before their eyes—a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vision of a luxury eco-resort that promised both economic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prosperity and environmental harmony. My voice, usually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confident instrument of persuasion, felt slightly strained, a thin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veneer over the churning anxiety in my gut. I had anticipated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skepticism, but the intensity of the hostility in this room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unnerving. It felt different from the polite dissent I’d faced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Portland council meetings; this was a deep-seated resistance,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collective suspicion that ran deeper than mere zoning concerns.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opening remarks, carefully rehearsed and designed to disarm,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seemed to fall flat. The practiced ease with which I usually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navigated such presentations felt brittle, almost fragile.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numbers I cited – projected job growth, increased tax revenue,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resort's commitment to sustainable practices – appeared to slide off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backs like water off a duck. I could feel the weight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skepticism, the palpable distrust hanging in the air like a shroud.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gazes, intense and unwavering, felt like tiny darts, pricking 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my composure.</w:t>
      </w:r>
    </w:p>
    <w:p>
      <w:pPr>
        <w:sectPr>
          <w:pgSz w:w="8000" w:h="12000"/>
          <w:pgMar w:top="442" w:right="66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carefully crafted narrative of progress and sustainability seemed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lose its impact in this room, a stark contrast to the enthusiastic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responses I was accustomed to. The air was thick with their silent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dissent; their skepticism wasn't just a polite challenge, it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silent condemnation of what I represented. The economic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advantages I presented, the environmental credentials I highlighted,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seemed to mean nothing in the face of their suspicion.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collective energy had a force that no number of statistics could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counter.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Then, halfway through my presentation, a tall figure rose from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back of the room. Logan Maddox. He looked every bit the rugged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Silverton mechanic, his faded denim jacket slightly rumpled,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calloused hands gripping the back of his chair. His gaze swept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across the room, locking with mine, then with the faces of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fellow townspeople. His eyes, the color of the deep, shadowed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forests surrounding Silverton, held an unwavering conviction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sent a shiver down my spine. His presence alone seemed to shift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very energy of the room. The murmurs that had been a low hum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before rose to a crescendo, a murmur that felt both curious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menacing.</w:t>
      </w:r>
    </w:p>
    <w:p>
      <w:pPr>
        <w:autoSpaceDN w:val="0"/>
        <w:autoSpaceDE w:val="0"/>
        <w:widowControl/>
        <w:spacing w:line="264" w:lineRule="exact" w:before="264" w:after="0"/>
        <w:ind w:left="0" w:right="432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“This project,” his voice cut through the room, clear and strong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despite the tremor in my hands, “is a betrayal of Silver Creek’s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heart.”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words hung in the air, sharp and accusing. A collective gasp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rippled through the room, a silent wave of agreement. 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conviction was infectious, resonating with the unspoken anxieties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townsfolk. I felt a sudden, sharp drop in my stomach; a cold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sweat prickled my skin, dampening my palms. The practiced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smoothness of my presentation crumbled, the words catching in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throat.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murmurs swelled into a low roar, a tide of discontent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threatened to engulf me. Heads nodded in agreement, faces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hardening into expressions of outright defiance. I struggled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regain control, my carefully calibrated speech faltering, my voice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cracking slightly as I tried to maintain composure. I adjusted my</w:t>
      </w:r>
    </w:p>
    <w:p>
      <w:pPr>
        <w:sectPr>
          <w:pgSz w:w="8000" w:h="12000"/>
          <w:pgMar w:top="428" w:right="656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tone slightly, my speech now taking on a sharper edge, a bit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forceful in tone, more commanding. My initial calm facade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thinning, the tension making itself known through the almost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imperceptible trembling of my hands.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gray-haired woman in the front row muttered something under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breath. Something about "developers who lied before," her voice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low but laced with bitter suspicion. The words hung in the air,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subtle but potent barb, a hint at a history I was only beginning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glimpse. The implication landed like a warning shot, echoing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dissonance between the clean presentation I was giving and some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unseen past. The uneasy feeling in my stomach intensified;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cryptic accusation was a foreshadowing of something much larger.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pressed onward, forcing myself to push past the disruption,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maintain the veneer of confidence, but the undercurrent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resistance was unshakeable. I finished my presentation, my voice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sounding strangely hollow to my own ears. The applause, when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came, was sparse and lacked conviction. It sounded less like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approval, and more like a restrained, polite closing of the meeting.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exit was brisk and hurried, the weight of their skepticism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power of Logan Maddox’s dissent pressing down on me.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murmurs and subtle hints of past deception followed me as I left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hall. The quiet resistance of this small town was a tangible force, far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more formidable than I had anticipated. My meticulously laid plans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felt suddenly fragile, exposed under the harsh light of Silverton's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collective resistance, a resistance fueled by Logan Maddox's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influence and the whispers of a hidden history. The charming town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I'd initially found disarming was proving to be anything but.</w:t>
      </w:r>
    </w:p>
    <w:p>
      <w:pPr>
        <w:sectPr>
          <w:pgSz w:w="8000" w:h="12000"/>
          <w:pgMar w:top="296" w:right="650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Echoes of History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afternoon sun cast long shadows across the dusty floorboards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Silverton Country Historical Society. The air hung heavy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scent of aged paper and polished oak, a fragrance both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comforting and slightly oppressive. Dust motes, illuminated by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single shaft of sunlight slicing through the grimy windowpane,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swirled lazily in the air. Rows upon rows of meticulously organized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shelves, crammed with century-old records and brittle photographs,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lined the walls, a silent testament to the town's rich history.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room itself felt steeped in the past, a quiet repository of forgotten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stories and faded memories.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ran a hand along the spine of a leather-bound ledger, the worn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surface cool beneath my fingertips. My gaze scanned the titles,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searching for clues, for anything that might shed light on the town's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resistance to my project. The task felt oddly anachronistic in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age of digital records, yet the physicality of these documents,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weight of the past contained within their pages, was strangely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compelling. I flipped through pages filled with meticulous logging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records from the 1990s, my fingers tracing the faded ink,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spidery script a testament to a bygone era. The details were precise,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almost obsessive: acreage, timber type, harvest dates. The very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precision felt like a testament to the deep-rooted connection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between the town and its land. Sepia-toned photographs, tacked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haphazardly to the walls, depicted bustling lumber mills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intricate woven baskets of the Kalapuya people, underscoring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Silverton’s enduring pride in its land, a reverence that felt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profoundly at odds with my profit-driven ambitions.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Then, nestled amongst the meticulously documented forestry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reports, a document caught my eye. A fire report from 2008.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heading itself seemed innocuous enough, but a single phrase,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tucked away in the body of the report, sent a jolt of unease through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me: "Discrepancies noted in land acquisition deals."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accompanying corporate name, partially obscured by a faded coffee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stain, was vaguely familiar – a name that resonated with a faint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echo of past projects, a shadow from the periphery of my 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professional life. A prickle of apprehension, a sharp sense of unease,</w:t>
      </w:r>
    </w:p>
    <w:p>
      <w:pPr>
        <w:sectPr>
          <w:pgSz w:w="8000" w:h="12000"/>
          <w:pgMar w:top="442" w:right="662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pierced my professional calm. I quickly jotted down the details,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pen scratching across the notepad, the sound sharp and insistent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otherwise silent room. The initial curiosity was swiftly replaced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with an unsettling sense of foreboding.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Later that evening, I found myself seated at the worn counter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 Creek Coffee House. The air was thick with the aroma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freshly brewed coffee, its bitter steam rising in gentle tendrils,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comforting counterpoint to the growing unease in my gut.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clinking of mugs, the low hum of conversation, created a soothing,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almost hypnotic background hum. Yet, despite the cozy ambiance,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atmosphere was far from relaxed. The casual murmur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conversation frequently turned sharp, laced with undercurrents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discontent.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a nearby booth, a group of locals huddled together, their voices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low and conspiratorial. Words like "city suits" and "plunder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earth" drifted across the room, their tone edged with suspicion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thinly veiled hostility. They spoke of someone “fighting for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land,” a name that sent a fresh wave of unease through me. Logan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Maddox. The same name that had resonated with such conviction 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town hall meeting. The coincidence, I realized, wasn't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coincidence at all. This wasn't just about zoning issues or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environmental concerns. This was a deeply rooted resentment,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collective resistance to outside influence, and Logan Maddox was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charismatic leader.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barista, a young woman with piercing blue eyes and a tight-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lipped expression, handed me my latte. Her gaze lingered for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moment longer than necessary, a sharp, almost accusatory glance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served as a silent reminder of my status as an outsider. I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like an intruder, a trespasser in a space that was intrinsically,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intensely local. Silverton, with its ten thousand residents, felt less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like a town and more like a tightly woven tapestry, its threads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interwoven with shared history and unspoken alliances. A fortress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collective resistance, its formidable walls erected by generations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shared experience and a deep-seated distrust of anything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threatened their way of life.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realization struck me with a cold clarity. My carefully crafted</w:t>
      </w:r>
    </w:p>
    <w:p>
      <w:pPr>
        <w:sectPr>
          <w:pgSz w:w="8000" w:h="12000"/>
          <w:pgMar w:top="296" w:right="656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presentation, my confident demeanor, my eloquent assurances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sustainable development, all of it had failed to penetrate this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fortress. The town wasn't simply resistant to my project; it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actively hostile. The suspicion that had felt like a subtle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undercurrent at the town hall meeting now felt like a suffocating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weight, a physical pressure bearing down on me. My plans, which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seemed so meticulously laid, so strategically planned, now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perilously fragile, vulnerable to the relentless tide of local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resistance. My frustration was growing, a quiet simmering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resentment against this town’s resistance to something that I viewed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as progress.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2008 fire report, with its cryptic reference to "discrepancies"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land deals, felt less like a simple coincidence and more like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breadcrumb, a subtle hint at a deeper, more complex story, a story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that was inextricably linked to the town's unwavering opposition.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curiosity was piqued, but it was tempered by a growing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awareness of the monumental task ahead of me. The challenge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wasn't just securing approval for my project; it was overcoming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deeply ingrained skepticism of an entire community, a community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fiercely protective of its land, its history, and its identity. This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battle of wills, a clash between two profoundly different worlds,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I was suddenly, acutely aware of how far I was from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succeeding. The quiet hum of the coffee house, the scent of coffee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the low murmur of conversations, no longer felt comforting.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atmosphere had shifted, thick with the unspoken tensions,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subtle hints of a past that I was just starting to uncover.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isolation intensified, wrapping around me like a heavy shroud.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 stranger in Silverton, and the town was making that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abundantly clear.</w:t>
      </w:r>
    </w:p>
    <w:p>
      <w:pPr>
        <w:sectPr>
          <w:pgSz w:w="8000" w:h="12000"/>
          <w:pgMar w:top="296" w:right="658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Heat of Warning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Leaving the imposing brick facade of City Hall, I stepped out into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relentless embrace of an August afternoon. The heat hit me like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physical blow, the air thick and dry, clinging to my skin like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second layer. It wasn't just hot; it was oppressive, a suffocating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blanket of warmth that pressed down on me, making even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simplest movements feel labored. A crackle of static, sharp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jarring, cut through the oppressive silence as a beat-up pickup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truck, its paint faded and peeling, rumbled past. From its open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window, a raspy voice, laced with urgency, announced a KRSM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radio alert: heightened wildfire risk. The words hung in the air,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stark and unsettling counterpoint to the oppressive heat.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highway stretched ahead, ribboning through a landscape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felt both beautiful and profoundly threatened. Fields that should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have been lush and green were instead brittle and brown,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parched earth splitting under the relentless sun. My shoes crunched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 the dry, cracked soil as I walked to my rental car, each step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sending up tiny clouds of dust that shimmered in the harsh sunlight.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Towering pine forests, usually vibrant and full of life, loomed under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bruised, smoky orange sky, their needles dull and lifeless. A faint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acrid tang, a lingering scent of woodsmoke from a distant Salem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burn, hung in the air, a subtle but persistent reminder of the danger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that lurked just beyond the horizon.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 the gas station, a small, ramshackle building with peeling paint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a faded awning, I stopped to fill the tank. The air buzzed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low hum of conversation, the rhythmic shushing of the pumps,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the ever-present scent of gasoline. A group of men in work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boots, their faces etched with worry lines and their hands calloused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from years of hard work, clustered around a battered pickup truck.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voices, normally friendly and jovial, were clipped with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anxiety, tinged with the hushed urgency of a shared concern.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conversation centered on the impending fire danger, the potential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mandatory evacuations, and the increasingly stringent fire bans.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They spoke of the dry conditions, the erratic winds, and the ever-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present threat of disaster. Their words, laced with a deep-rooted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respect for the land, hinted at a fear that went far beyond simple</w:t>
      </w:r>
    </w:p>
    <w:p>
      <w:pPr>
        <w:sectPr>
          <w:pgSz w:w="8000" w:h="12000"/>
          <w:pgMar w:top="442" w:right="648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concern; it was a primal dread, born from generations of living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close proximity to the raw power of nature.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glanced at my phone, the notification of a missed call from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assistant blinking insistently. I dismissed their anxieties with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almost imperceptible sigh, barely registering their worried glances.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details of the construction permit seemed far more pressing.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These were merely details, local anxieties, inconsequential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overall project. My focus was laser-sharp on contracts, timelines,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the impending board meeting. The fire warnings seemed like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small-town exaggerations, the anxieties of people unused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cutthroat realities of progress. The heat was making me edgy.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drive continued past Silver Falls State Park. From a distance,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scene was breathtaking – the emerald green of the forest,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cascading waterfalls, the lush trails winding through the canopy.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Yet, as I drove closer, the idyllic facade began to crumble, revealing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darker undercurrent. A layer of scorched leaves, brittle and black,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skittered across the road. The air, even here in the midst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apparent beauty, carried that same faint acrid tang of smoke.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hawk, perched high on a dead branch, let out a piercing cry,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sound echoing through the valley, amplifying the pervasive sense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unease.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contrast was jarring. The untouched beauty of the park,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untouched as far as the eye could see, was starkly juxtaposed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evident dangers of the fire. The majestic waterfalls shimmered,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yet the dry, brittle leaves and the oppressive heat served as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chilling reminder of the delicate balance between the natural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beauty of the place and the ever-present threat of ecological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catastrophe. The almost palpable dryness of the air, the faint scent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smoke, even the hawk’s cry, all combined to paint a disturbing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picture of the pervasive danger. My shallow focus was firmly on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objectives; my own personal success was paramount.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road wound its way upwards through winding hills,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landscape gradually shifted. The verdant landscape gave way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drier, more sparsely forested areas. The forests appeared thinner,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trees more widely spaced, their branches reaching towards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sky like desperate arms. The undergrowth was sparse, dry and</w:t>
      </w:r>
    </w:p>
    <w:p>
      <w:pPr>
        <w:sectPr>
          <w:pgSz w:w="8000" w:h="12000"/>
          <w:pgMar w:top="296" w:right="68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brittle; the soil, cracked and dusty. The color palette shifted towards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browns, yellows, and muted oranges; the vibrant green of the park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felt distant, a memory from another world. The pervasive smell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pine intensified, mixed with a subtle but unmistakable tang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smoke, a constant reminder of the fire risk.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Each passing mile revealed more evidence of the encroaching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danger. As the landscape transformed, a growing unease settled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within me. It wasn't simply the heat, nor the distant smoke. It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feeling of something immense and uncontrollable gathering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strength, a silent power that dwarfed my own ambitions and plans.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was more than a simple environmental hazard. This was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stark reality of drought and impending disaster. I, on my mission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building a luxury resort, felt my arrogance begin to crumble under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weight of the reality. The locals' concerns weren’t simply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inconvenient obstacle, but an ominous truth I was unwillingly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confronting. The warnings weren’t an exaggeration; they were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deeply-rooted understanding of a land threatened. My phone, filled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with messages of work and progress, felt inconsequential now.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sun, a fiery ball in the smoke-tinged sky, seemed to cast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almost malevolent glow on the landscape, highlighting the parched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earth, the brittle vegetation, and the ominously silent forests. Every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rustle of leaves, every whisper of wind, seemed to carry a hint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foreboding, a reminder of the powerful forces that were at play.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serene beauty of Oregon was being threatened and I, in my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ambitions, was oblivious until now.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growing fear was not just for my project but for everything,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ambitious ideas and my careless approach to the local concerns.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in a place where the natural order was at risk and so was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very approach. The weight of the situation was beginning to dawn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 me, not as a mere inconvenience but as a significant challenge,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forcing me to reckon with the gravity of the circumstances.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quiet hum of the car engine suddenly felt loud and intrusive,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jarring reminder of my presence in this fragile and threatened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landscape. I wasn't just a stranger in Silverton anymore; I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stranger in a landscape teetering on the brink of disaster, and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carefully constructed plans felt increasingly flimsy, vulnerable,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utterly out of place. The luxury resort project felt suddenly and</w:t>
      </w:r>
    </w:p>
    <w:p>
      <w:pPr>
        <w:sectPr>
          <w:pgSz w:w="8000" w:h="12000"/>
          <w:pgMar w:top="296" w:right="644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profoundly insignificant.</w:t>
      </w:r>
    </w:p>
    <w:p>
      <w:pPr>
        <w:sectPr>
          <w:pgSz w:w="8000" w:h="12000"/>
          <w:pgMar w:top="296" w:right="1440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A Flicker of Doubt</w:t>
      </w:r>
    </w:p>
    <w:p>
      <w:pPr>
        <w:autoSpaceDN w:val="0"/>
        <w:autoSpaceDE w:val="0"/>
        <w:widowControl/>
        <w:spacing w:line="264" w:lineRule="exact" w:before="286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room’s silence, broken only by the distant, mournful call of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owl, pressed in on me. The laptop screen, a pale rectangle of light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against the peeling wallpaper, illuminated the worn, floral pattern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a ghostly glow. My fingers hovered over the keyboard, poised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finalize the email to Greg, my boss, detailing my progress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Silverton. "The deal is practically secured," I typed, the words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feeling both confident and strangely hollow. My fingers, usually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swift and decisive, faltered slightly.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proposal document filled the screen, its crisp lines and bold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figures a stark contrast to the decaying charm of my inn room. Each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chart, each projected profit margin, reaffirmed my confidence.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going to be huge—a game-changer, not just for me, but for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entire company. A wave of self-satisfaction washed over me,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momentarily eclipsing the unease that had begun to gnaw at 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earlier. I thought back to that deal in Portland—the one that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solidified my reputation as a ruthless negotiator. The memory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surfaced, sharp and vivid. The opposing counsel, a slick,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overconfident man who underestimated my tenacity, his face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twisted in disbelief as I delivered the final, perfectly worded clause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sealed his defeat. The sheer adrenaline rush of the moment,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exhilaration of winning against seemingly insurmountable odds,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flooded back. It had been a brutal, exhilarating battle, and I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emerged victorious. The victory felt almost as significant,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substantial and worthwhile, than even the prospect of this deal.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“You’re getting what you want, Lily,” my memory replayed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sister’s words, her voice laced with a mixture of resignation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sadness. “But it’s costing you.” The memory pierced through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professional satisfaction. Lily’s words, her gentle but firm rebuke,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felt like a discordant note in the symphony of my success.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framed photograph on my bedside table, a faded image of Lily’s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radiant smile, seemed to reproach me silently. Her gentle face,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etched with a serenity I no longer possessed, brought a sharp pang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guilt. Our relationship, once close and vibrant, had fractured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 the weight of my ambition. I had sacrificed everything for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success I was now chasing, and in doing so, I had alienated the only</w:t>
      </w:r>
    </w:p>
    <w:p>
      <w:pPr>
        <w:sectPr>
          <w:pgSz w:w="8000" w:h="12000"/>
          <w:pgMar w:top="442" w:right="65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person who truly understood me. I swallowed hard, the lump in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throat a testament to the unspoken regrets that always simmered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beneath the surface of my carefully constructed professional facade.</w:t>
      </w:r>
    </w:p>
    <w:p>
      <w:pPr>
        <w:autoSpaceDN w:val="0"/>
        <w:autoSpaceDE w:val="0"/>
        <w:widowControl/>
        <w:spacing w:line="264" w:lineRule="exact" w:before="58" w:after="0"/>
        <w:ind w:left="0" w:right="100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guilt was a familiar discomfort, a low-level hum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accompanied the rush of adrenaline of success.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sudden rustle from beneath the door pulled me from my reverie.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My fingers stilled, my eyes darting to the wooden frame of the door.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quiet of the room amplified the small sound, transforming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into something sinister and foreboding. A scrap of paper, subtly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mysteriously slipped under the door, lay there, a stark white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rectangle against the faded carpet. I picked it up, my fingers tracing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edges, its simplicity a deliberate contrast to the complexity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challenges I had been facing. Its message, a single phrase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scrawled in hurried, uneven lettering, stopped my breath. “Check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‘08 fire.” The anonymity of the message sent a shiver down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spine. The ink, black and bold, seemed to burn into the thin paper,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adding to the intensity of the warning.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weight of the note settled upon me, heavy and oppressive. Who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left it? And what did it mean? My gaze drifted to the locked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door, the solid wood offering little comfort against the sudden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feeling of being watched, of being observed by unseen eyes. The air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 small room felt charged, thick with a tension that went far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the simmering heat of the Oregon summer. The words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weren't just a cryptic message—they were a challenge, an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accusation. The simplicity of the message belied its potential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impact; it was a trigger to something far bigger, more complex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dangerous. I glanced at the photograph of Lily again, her smile now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tinged with a tragic irony. My past, present and future were all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suddenly tied together by the weight of this enigmatic message.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weight of it all, the anxieties of the day, the quiet menace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note, and the lingering guilt, began to overwhelm my carefully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constructed confidence. My focus shifted, away from the projections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contracts, and towards the unseen hand that had dared to slip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warning beneath my door. This was more than a simple land deal;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was something far more complex, something that threatened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unravel everything I had worked for. The fire, the note, my sister;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these threads had become hopelessly entangled, woven into a</w:t>
      </w:r>
    </w:p>
    <w:p>
      <w:pPr>
        <w:sectPr>
          <w:pgSz w:w="8000" w:h="12000"/>
          <w:pgMar w:top="296" w:right="65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tapestry of secrets, half-truths, and unsettling questions.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fingers tightened around the note, the thin paper crinkling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grip. The distant hoot of the owl seemed to echo my own inner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turmoil. The certainty that had fueled my ambition for so long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began to falter, replaced by a growing sense of unease, a flicker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doubt. The luxury resort, the board meetings, the lucrative deals;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all seemed secondary now, dwarfed by the ominous question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posed by the simple, yet profoundly unsettling, message.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ambition that had driven me for years, once a force of nature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itself, felt fragile and insufficient against the weight of this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unfolding mystery. My carefully crafted world, built on ambition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success, felt suddenly vulnerable and exposed. The note wasn't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merely a piece of paper. It was a catalyst. And I knew, instinctively,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ignoring it would be a mistake of potentially disastrous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proportions. The quiet of the room became even more profound, 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darkness beyond my window seemed to press closer, promising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secrets and revelations yet to come. The owl's mournful call seemed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hang in the air, a constant reminder of the hidden depths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were about to be unveiled, and the uncertainty that awaited me.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faint rattle of a windowpane, a breeze stirring the curtains,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provided the counterpoint to the silence, adding to the sense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mystery. My carefully constructed world was tilting on its axis,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luxury resort, once my ultimate goal, felt insignificant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face of the approaching storm.</w:t>
      </w:r>
    </w:p>
    <w:p>
      <w:pPr>
        <w:sectPr>
          <w:pgSz w:w="8000" w:h="12000"/>
          <w:pgMar w:top="296" w:right="700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Chasing an Ally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note, a stark white rectangle against the faded carpet of my inn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room, burned in my mind. “Check the ‘08 fire.” The words were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cryptic summons, a challenge thrown down in the quiet solitude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temporary sanctuary. The luxury eco-resort, the pinnacle of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ambitions, suddenly felt distant, almost inconsequential. My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carefully constructed world, built on years of calculated risks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strategic victories, was teetering on the edge of an abyss.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needed an ally, someone to help me navigate this sudden,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unexpected storm. And Logan Maddox, the rugged mechanic whose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land was crucial to my project, seemed to be the only person who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held the key. He was my last resort—the only chance to break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 the wall of resistance that had solidified around my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ambitions. Ignoring the persistent gnawing of guilt and the ominous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whisperings of the note, I decided to go to him.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Maddox Auto, tucked away on Pine Street, was a world away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polished boardrooms and glass-walled offices I usually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inhabited. The building itself was a testament to rugged resilience;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worn brick, paint peeling like sunburnt skin, and a faded sign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proclaiming its name in chipped letters. The air, thick with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scent of oil, grease, and sawdust, clung to my clothes as I stepped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inside. My tailored blazer and high heels felt suddenly out of place,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anachronistic in this grimy haven of machinery.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shop floor was a chaotic ballet of tools and parts. Oil-slicked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concrete gleamed under the harsh glare of bare bulbs, casting long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shadows that danced with the dust motes hanging in the air.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Wrenches, spanners, and screwdrivers lay scattered amidst a maze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disassembled engines and car bodies. The rhythmic clang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metal on metal, the hiss of compressed air, and the low hum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machinery created a dissonant symphony, a counterpoint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quiet precision of my normally ordered world. My heels clicked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concrete floor, a jarring intrusion into this world of raw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mechanics.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Logan Maddox was a study in contrasts. His hands, calloused and</w:t>
      </w:r>
    </w:p>
    <w:p>
      <w:pPr>
        <w:sectPr>
          <w:pgSz w:w="8000" w:h="12000"/>
          <w:pgMar w:top="442" w:right="672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strong, were buried deep within the engine compartment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vintage Chevy, grease staining his forearms. His movements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fluid and efficient, a ballet of practiced skill. His sleeves were rolled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up, revealing powerful biceps, tanned from the Oregon sun.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dark hair, a messy cascade falling across his brow, was perpetually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dusted with a fine layer of engine grime. The overall picture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suggested the kind of man who lived life by the seat of his pants,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whose comfort zone resided away from boardrooms, rather than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offered a curt nod in my direction, his concentration unbroken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I launched into my carefully rehearsed pitch. I spoke of economic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growth, of job creation, of the resort’s eco-friendly design; all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points I had meticulously crafted to soothe the anxieties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Silverton's residents, to make my vision palatable to this close-knit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community. My voice, usually smooth and confident, felt strained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artificial in this setting.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polished words, rehearsed and polished during countless board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meetings and corporate pitches, fell flat. They seemed to bounce off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sturdy walls of the garage, swallowed by the cacophony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workshop. Logan tightened a bolt, barely glancing up. The rhythmic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clank of the wrench against the metal was a tangible expression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disinterest, a deliberate rejection of my carefully constructed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narrative.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well-rehearsed arguments, once weapons of mass persuasion,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suddenly seemed pathetically inadequate. I adjusted my stance,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attempting to project an image of unwavering confidence, but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voice tightened, a telltale sign of my growing frustration.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usually sharp lines of my tailored blazer felt awkward, a symbol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my utter failure to connect with this man, this world.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faded photograph, tacked haphazardly to the wall amidst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jumble of tools and parts, caught my eye. It was a fire crew photo,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its edges curling and the image itself blurred by time and neglect.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group of men, faces etched with fatigue and soot, stood proudly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amidst the ravaged remains of a wildfire, their faces smudged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grime. I noticed a flicker of something akin to pain pass across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Logan’s face as he glanced at the photo before returning to his</w:t>
      </w:r>
    </w:p>
    <w:p>
      <w:pPr>
        <w:sectPr>
          <w:pgSz w:w="8000" w:h="12000"/>
          <w:pgMar w:top="296" w:right="658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work. It was a fleeting moment, barely perceptible, but enough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suggest a buried wound, a deep scar beneath the surface of his gruff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exterior.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silence in the garage grew heavier, more suffocating.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carefully constructed arguments, the statistical evidence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economic benefits, the promises of sustainable tourism, crumbled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 the weight of his implacable resistance. He was a fortress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silent resolve, and I, armed with my perfectly-honed corporate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strategies, found myself utterly disarmed.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Frustration tightened its grip on me. My carefully planned strategy,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designed for a room of investors or a board of directors, felt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laughably inadequate in this rugged setting. The scent of oil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grease filled my nostrils, the rhythmic clang of metal a constant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reminder of my failure. The tailored blazer suddenly felt like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straitjacket, confining and suffocating. The polished image I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cultivated so diligently in the corporate world felt utterly exposed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 the stark reality of Maddox Auto.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made one last attempt to shift the conversation, to pierce through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Logan's resistance, but his response was a mere shrug of 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shoulder. The photo, that faded snapshot of a past fire, seemed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hang between us, a silent witness to an unspoken history. It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detail too subtle, too easily overlooked, yet it held a weight that no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amount of economic figures could ever match. I left Maddox Auto,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meticulously prepared pitch a failure, my carefully constructed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plans suddenly riddled with doubt, the photo’s mystery lingering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air like a persistent, unsettling scent.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drive back to my inn was a blur of frustration and uncertainty.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image of the fire crew photo, those faces worn with exhaustion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loss, echoed in my mind. Logan’s subtle reaction to it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opened a new avenue of inquiry, a path that veered sharply away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from the neatly-packaged proposal that had defined my purpose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until this point. The '08 fire – it was a detail, a whisper, yet it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like a powerful force pulling me in a new direction, forcing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reevaluation of my priorities and perhaps my entire conception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what I thought success should look like. The luxury eco-resort, once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focus of my relentless ambition, now felt like a distant, hazy</w:t>
      </w:r>
    </w:p>
    <w:p>
      <w:pPr>
        <w:sectPr>
          <w:pgSz w:w="8000" w:h="12000"/>
          <w:pgMar w:top="296" w:right="68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dream, overshadowed by this unfolding enigma. The weight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unanswered questions, combined with the ever-present guilt of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strained relationship with my sister, intensified the unease within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me. The note, the fire, Logan’s silence—they all coalesced into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single, unsettling truth: my carefully crafted world, the one built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ambition and success, was about to be irrevocably altered.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journey was far from over; it had only just begun, and the path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ahead seemed far more treacherous, far less predictable, than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could have ever imagined.</w:t>
      </w:r>
    </w:p>
    <w:p>
      <w:pPr>
        <w:sectPr>
          <w:pgSz w:w="8000" w:h="12000"/>
          <w:pgMar w:top="296" w:right="708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Lands Hidden Truths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following day, I returned to Maddox Auto, the tailored blazer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feeling less like armor and more like a cumbersome disguise.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air hung heavy with the scent of metal and dust, sunlight slicing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 a cracked windowpane, illuminating motes dancing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air like tiny, restless spirits. Logan Maddox was already there,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back to me, a rhythmic clang emanating from his work. This time,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abandoned the prepared script, the polished rhetoric feeling 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useless as a silk scarf in a hurricane.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"Mr. Maddox," I began, my voice calm, measured, striving for a tone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mirrored his own steady resolve. "I understand your concerns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about the resort. Let me address them directly. We have multiple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eco-certifications, and the design incorporates sustainable practices.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We're committed to minimizing our environmental footprint.</w:t>
      </w:r>
    </w:p>
    <w:p>
      <w:pPr>
        <w:autoSpaceDN w:val="0"/>
        <w:autoSpaceDE w:val="0"/>
        <w:widowControl/>
        <w:spacing w:line="264" w:lineRule="exact" w:before="60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Furthermore, the resort will bring significant economic benefits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Silverton, creating jobs and boosting the local economy. We’ve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already factored in community engagement strategies to ensure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positive impact for everyone."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didn't turn, didn't acknowledge my words. He continued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work, his movements precise, efficient. The only sound besides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rhythmic clang of his tools was a radio’s faint static hum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somewhere in the shop. Finally, he wiped his grease-stained hands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 a rag, his movements economical and deliberate. He folded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rag meticulously, placing it neatly on a shelf before turning to me.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eyes, the color of dark, stormy seas, locked onto mine. There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an intensity in his gaze that went beyond simple resistance.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was a challenge, a silent confrontation.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“This land,” he said, his voice low, unwavering, "holds my father’s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ashes. And truths your firm buries."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words hung in the air, sharp and precise, carrying a weight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stopped me cold. My carefully constructed arguments crumbled,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rendered meaningless by the raw emotion that resonated in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voice. His statement wasn't simply opposition to a development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project; it was a declaration of war, a defense of something far more</w:t>
      </w:r>
    </w:p>
    <w:p>
      <w:pPr>
        <w:sectPr>
          <w:pgSz w:w="8000" w:h="12000"/>
          <w:pgMar w:top="442" w:right="648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profound than mere property rights.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"What do you mean?" I asked, my voice barely a whisper. I felt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sudden chill despite the warm air in the garage. The implications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words were far-reaching, unsettling. My mind raced, connecting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cryptic note, the fire crew photograph, and now this unexpected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revelation. The luxury eco-resort, once a symbol of my ambition,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felt increasingly insignificant.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leaned against the battered body of a vintage pickup truck,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movement effortless, deliberate, as if every gesture was a carefully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calculated move in a game of chess. His stillness betrayed nothing,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 hint of the emotions swirling beneath the surface. He exuded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quiet confidence, a strength born not from arrogance, but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deep-rooted conviction.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"Ask your firm about '08," he said, his gaze unwavering. Then,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without another word, he turned back to his work, the rhythmic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clang of his tools resuming their steady beat, punctuating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silence between us. The conversation was over.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stood there for a moment, the silence heavy and suffocating.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implications of his words hung in the air, thick and suffocating like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dust and grease. The casual mention of ‘08, the year of the fire,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 carefully placed piece on a chessboard, a subtle challenge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sent shockwaves through my carefully constructed reality.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hadn’t offered specifics, but the cryptic message was clear. The fire,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note, the photograph—they were all pieces of a larger puzzle,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hidden history that my firm, seemingly, was complicit in burying.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realization sent a jolt through me. My fingers began to move,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quickly scribbling on a notepad I kept in my bag. ‘08 fire. Cover-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up? Maddox’s father?’ I wrote it all down, transforming a feeling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vague unease into a concrete series of investigations. This wasn't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 about a luxury eco-resort anymore; it was about uncovering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truth, confronting a past my firm was desperately trying to conceal.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weight of it settled in my chest, a tangible pressure that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matched the quiet intensity that had emanated from Logan Maddox.</w:t>
      </w:r>
    </w:p>
    <w:p>
      <w:pPr>
        <w:autoSpaceDN w:val="0"/>
        <w:autoSpaceDE w:val="0"/>
        <w:widowControl/>
        <w:spacing w:line="264" w:lineRule="exact" w:before="60" w:after="0"/>
        <w:ind w:left="0" w:right="432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polished exterior cracked, revealing a vulnerability I hadn't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allowed myself to feel in years.</w:t>
      </w:r>
    </w:p>
    <w:p>
      <w:pPr>
        <w:sectPr>
          <w:pgSz w:w="8000" w:h="12000"/>
          <w:pgMar w:top="296" w:right="658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carefully crafted image, the persona I’d developed in the world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high-stakes real estate, suddenly felt flimsy, inadequate. I,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architect of lucrative deals and grand projects, felt utterly exposed,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standing in the shadow of a man who possessed a quiet dignity,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 that seemed to stem from his connection to the land, to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family’s history. This was far more complicated than I’d anticipated.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ambition, once a driving force, now felt tainted, overshadowed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by the shadow of potential wrongdoing.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drive back to the inn was a blur, the landscape of Silverton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fading into a background haze of anxiety and uncertainty.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image of Logan's unwavering resolve, the subtle challenge in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eyes, echoed in my mind. He wasn't simply an obstacle to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project; he was a guardian, a protector of something far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precious than any resort could ever be. His land wasn't just soil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timber; it was a legacy, a history, a testament to a life lived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harmony with nature. And I, armed with my ambition and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corporate strategies, had stumbled upon a truth that threatened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unravel everything I had worked for. The luxury eco-resort, once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ultimate goal, now seemed like a small, insignificant detail in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much larger, more complex story.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weight of the ‘08 fire loomed, a dark cloud gathering on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horizon, promising a storm far more powerful than any wildfire.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faint static hum of the radio in Maddox’s shop replayed in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mind, a constant reminder of the hidden frequencies I was now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beginning to tune into. I knew that I couldn’t simply ignore this,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couldn’t push it aside as just another obstacle. This was something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deeper, something that would force me to confront not only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potential failings of my own firm, but also the ethical compromises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I’d made along the way. And the questions, the unspoken truths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lurking beneath the surface of Logan’s quiet resolve, were far too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compelling to ignore. My ambition, once a relentless, single-minded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drive, now felt tempered by an emerging sense of responsibility,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recognition that my personal success could not come at the cost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truth, or the legacy of a family whose history was inextricably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linked to the land I was trying to transform. The game had changed,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the stakes were higher than I could have ever imagined.</w:t>
      </w:r>
    </w:p>
    <w:p>
      <w:pPr>
        <w:sectPr>
          <w:pgSz w:w="8000" w:h="12000"/>
          <w:pgMar w:top="428" w:right="652" w:bottom="52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Rejections Sting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gravel crunched under my heels, a sharp counterpoint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soft rustle of leaves in the inn's overgrown garden. Logan Maddox's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refusal echoed in my ears, a persistent thrumming that vibrated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 my chest. "Truths your firm buries," his words hung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air, a weight as heavy as the ancient stone walls surrounding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quaint, deceptively peaceful town. His quiet strength, 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unwavering connection to this land, was a far more potent force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than I’d initially perceived. It wasn’t just his property I was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encroaching upon; it was his heritage, his family's legacy, and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realization chilled me to the bone more effectively than the crisp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Oregon air. He hadn't just opposed my project; he’d declared war.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And, unnervingly, he seemed to have the entire town behind him.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phone buzzed, the jarring vibration a stark contrast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tranquil setting. It was Greg, my project manager, his impatient text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terse demand for an update. “Progress report, Jenna. Investors are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getting antsy.” I typed a curt reply, "Working on it," the words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feeling hollow even as I sent them. The promise of progress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lie I told myself as much as I told Greg. The assurance I had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only hours ago, the calculated confidence that had always been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armor, had crumbled, leaving me feeling exposed and vulnerable.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paused before a large mural depicting Silver Falls, its vibrant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greens and cascading waters a stark contrast to the muted grays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browns of my own world – a world of spreadsheets, projections,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boardroom battles. The vibrant scene mocked the stark lines of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blueprints, their beauty somehow alien to the metrics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calculations that had guided my life for so long. The mural's idyllic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depiction of nature felt almost condescending, a reminder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very environment I was attempting to commodify and manipulate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my eco-resort project. It served as a pointed reminder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dissonance between my ambitious plans and the natural beauty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purported to champion. The picturesque cascade of water, the rich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greens of foliage—a counterpoint to the sterile precision of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vision.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 young boy, no older than ten, was kicking a dented can along the</w:t>
      </w:r>
    </w:p>
    <w:p>
      <w:pPr>
        <w:sectPr>
          <w:pgSz w:w="8000" w:h="12000"/>
          <w:pgMar w:top="442" w:right="646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pathway near the mural. He glanced at me, his eyes suspicious,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muttered, “Outsider,” the word hanging in the air, a sharp, precise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dart. The simple word, uttered without malice, yet dripping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judgment, struck me harder than any direct accusation. It solidified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growing sense of isolation, the feeling of being an intruder in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world I didn't understand, a world I was trying to shape to fit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own ambition.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hand instinctively went to my pocket, fingers tracing the crisp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edges of the anonymous note. “Check the ’08 fire,” the cryptic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message whispered again. The chilling implication of a cover-up,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secret buried by my own firm, burrowed deeper into my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consciousness, its tendrils wrapping around my already frayed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nerves. The suspicion, once a faint flicker, was now a burning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flame, consuming my thoughts, casting long shadows over every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aspect of this project. This wasn't just about securing a lucrative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deal anymore; it was about uncovering a truth that my firm,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seemingly, had worked tirelessly to conceal. This wasn't about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environmental responsibility; it was about protecting a legacy built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on lies.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breeze stirred brittle leaves, sending a flurry of them dancing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 the wind, a delicate ballet of autumnal decay. A single crimson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petal detached itself from a nearby rose, drifting silently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ground. These small, seemingly insignificant events, now carried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deeper weight, reflecting the fragility of my meticulously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constructed world, a world that was beginning to unravel at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seams.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returned to my room, the weight of the unfolding mystery pressing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down on me. The tranquil surroundings of the inn, once a welcome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respite from the pressure of my work, now felt stifling, a suffocating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reminder of the chasm that separated me from the community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sought to conquer. The "eco-resort," once my beacon of success,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now felt like a dangerous gamble, a potential source of immense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damage to the very environment I had pledged to protect.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anonymous note lay on my desk, its words a haunting refrain.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"Check the '08 fire." I pulled up my laptop, the glow of the screen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illuminating the shadowed corners of my room. My fingers flew</w:t>
      </w:r>
    </w:p>
    <w:p>
      <w:pPr>
        <w:sectPr>
          <w:pgSz w:w="8000" w:h="12000"/>
          <w:pgMar w:top="296" w:right="644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across the keyboard, searching for any mention of a fire in Silverton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2008. Initial search results yielded nothing conclusive. My firm's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internal records were heavily encrypted, requiring access codes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didn't possess. The search led me down a rabbit hole of increasingly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sophisticated searches, my frustration growing with each fruitless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attempt. The more I delved, the clearer it became that I was up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against a well-guarded secret, a conspiracy of silence that extended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a single file or document. This wasn't just some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bureaucratic oversight; this was deliberate obfuscation, a calculated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effort to bury the truth.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hours melted away as I navigated through digital archives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outdated news articles, each piece of information compounding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suspicion. The further I went, the more I realised the magnitude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potential cover-up, and the extent to which my own company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may have been complicit. It wasn't just about environmental impact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anymore. It was about the potential loss of life, the deliberate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withholding of vital information. The weight of this discovery,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shocking revelation, settled upon me, a crushing burden of guilt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responsibility.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sun dipped below the horizon, casting long shadows across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room. The day had begun with the confident assurance of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seasoned businesswoman, prepared to conquer the obstacles in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path. It ended with the chilling realization that the obstacles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far greater, and far more sinister, than I had ever imagined. Logan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Maddox’s words echoed in my mind: "Truths your firm buries."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unspoken accusations were becoming increasingly difficult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ignore. The silent challenge, the intensity in his gaze, seemed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penetrate the walls of my hotel room. The ‘08 fire wasn’t just a past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incident; it was a key that unlocked a hidden history, a history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firm had clearly tried to erase. And that realization was far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terrifying than any wildfire.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Sleep evaded me, the images of the mural, the boy’s accusatory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whisper, and the cryptic note swirling in my mind. My ambitious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plans, once my sole focus, now felt insignificant, overshadowed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weight of a far greater responsibility. The eco-resort, once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embodiment of my success, now represented a potential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catastrophe. The serene beauty of Silverton was now a camouflage</w:t>
      </w:r>
    </w:p>
    <w:p>
      <w:pPr>
        <w:sectPr>
          <w:pgSz w:w="8000" w:h="12000"/>
          <w:pgMar w:top="296" w:right="646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a complex network of secrets and betrayals. My ambition, once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relentless engine driving my success, was now tempered with fear,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a sense of responsibility that was both daunting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invigorating. The path ahead was uncertain, treacherous. But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knew one thing for certain: I couldn't ignore this. I had to uncover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truth. The fire, the note, the land… all of it intertwined in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web of secrets that could unravel everything. I had to find out what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happened in 2008. And for the first time in a long time, my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ambition was driven not by profit, but by a burning desire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justice.</w:t>
      </w:r>
    </w:p>
    <w:p>
      <w:pPr>
        <w:sectPr>
          <w:pgSz w:w="8000" w:h="12000"/>
          <w:pgMar w:top="296" w:right="650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Tales of a Firefighter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steam hissing from the espresso machine mingled with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aroma of roasted beans, a comforting scent that did little to soothe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unease churning in my stomach. I sat at the worn counter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 Creek Coffee House, nursing a lukewarm latte, its bitter taste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reflection of my own current mood. The low hum of conversation,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clink of mugs against saucers, created a muted soundtrack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carefully observed surveillance. My notebook lay open before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me, a facade of diligent note-taking masking my true purpose: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eavesdropping.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gaze drifted towards a corner booth, where a small group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locals were huddled, their voices low and conspiratorial. Ellen,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waitress with a cautious smile and a gray-streaked braid that hung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almost to her waist, was among them. Her movements were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deliberate, almost ritualistic: the way she wiped down the counter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a practiced slowness, her eyes darting to the door every few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seconds, as if expecting someone, someone important.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protective quality of her attentiveness was palpable, an unspoken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shield around those she clearly held dear.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conversation was a carefully coded exchange, snippets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words and phrases weaving together into an enigmatic narrative.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“Logan,” I heard one woman say, her voice hushed, almost reverent.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"That fire… it changed him." Another chimed in, "They tried to bury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it, the whole thing." Ellen’s voice, low and laced with a protective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loyalty, added, “He fought for the truth, and it cost him.” The word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"cover-up" hung in the air, a dark cloud settling over their hushed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tones.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pen hovered over my notebook, the anonymous note’s cryptic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message echoing in my mind. "Check the '08 fire." The vague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references to a past event, to a hidden truth and a betrayal,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resonated with chilling precision against the backdrop of the locals'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hushed murmurings. With a calculated show of nonchalance,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scribbled a quick note: "2008?" My curiosity, however, was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strategic, not emotionally driven. This was business, a quest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information, a vital piece of the puzzle that could either sink or</w:t>
      </w:r>
    </w:p>
    <w:p>
      <w:pPr>
        <w:sectPr>
          <w:pgSz w:w="8000" w:h="12000"/>
          <w:pgMar w:top="442" w:right="64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save my eco-resort project. The financial stakes were enormous;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emotional indulgence was a luxury I couldn’t afford.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glances, however, were sharp and distrustful. I could feel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suspicion like a tangible weight in the air, a collective gaze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branded me as an outsider, an intruder. Their coded language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 barrier, a deliberate obfuscation meant to keep me –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anyone else who wasn’t “one of them” – in the dark. It was a tacit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reminder that I was treading on delicate ground, a land steeped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history and guarded by unspoken rules.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coffee shop’s ambiance, once a neutral backdrop for my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observations, now felt charged with unspoken tensions, a subtle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current of mistrust flowing between myself and the inhabitants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tight-knit community. The rhythmic scraping of a wooden chair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against the floor, the muted clatter of dishes, even the soft murmur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espresso machine, now took on new significance, underlining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unspoken tension. The rhythmic scraping of a wooden chair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against the polished floor punctuated the silence that followed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Ellen's statement, a stark contrast to the previous hushed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conversations. The coffee shop’s gentle, comforting sounds seemed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 highlight the starkness of their unspoken anxieties.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observed Ellen's hands as she meticulously polished a glass,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movements precise and deliberate, a subtle counterpoint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nervousness hinted at in her quick glances toward the door.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protective instinct radiating from her was unmistakable; she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guarding something, shielding her friends and perhaps even Logan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himself from someone – or something – she feared.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air thickened with unspoken accusations, suspicions hanging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heavier than the scent of coffee. The vague allusions to a concealed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truth, to a fire that had dramatically altered the course of lives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Silverton, added a new layer of complexity to my investigation.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casual conversation of the locals was a carefully crafted narrative,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its subtle allusions and veiled references deliberately opaque,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defensive mechanism designed to protect their community’s secrets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from an outsider's prying eyes. My role, I realized, was not merely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of an observer; it was to crack the code, to unravel the mystery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that lay buried beneath the surface of this seemingly idyllic town.</w:t>
      </w:r>
    </w:p>
    <w:p>
      <w:pPr>
        <w:sectPr>
          <w:pgSz w:w="8000" w:h="12000"/>
          <w:pgMar w:top="296" w:right="672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432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2008 fire was not just a historical event; it was the key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unlocking this community’s deep-seated mistrust, its guarded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secrets, and a possible conspiracy that was far larger and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sinister than I’d initially imagined.</w:t>
      </w:r>
    </w:p>
    <w:p>
      <w:pPr>
        <w:autoSpaceDN w:val="0"/>
        <w:autoSpaceDE w:val="0"/>
        <w:widowControl/>
        <w:spacing w:line="264" w:lineRule="exact" w:before="266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pen continued its methodical scratching across the page,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recording seemingly insignificant details—the way Ellen’s braid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swayed, the slight tremor in one woman’s hand as she reached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mug, the subtle shift in their posture whenever someone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entered the coffee shop. These details were not merely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observational; they were building blocks in the larger structure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investigation, subtle clues pointing towards a truth that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been deliberately concealed.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conversation gradually shifted, moving away from the events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2008, yet the underlying tension remained. The veiled references,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furtive glances, the unspoken warnings – all served as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persistent reminder of the deep-seated mistrust that permeated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community. The local’s protective instincts and the veiled secrets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created a sense of enigma that was both captivating and unnerving,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further fuelling my determination to unearth the truth hidden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beneath the surface of Silverton’s tranquil façade. My initial goal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securing approval for my eco-resort had become secondary.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discovery of a possible cover-up, a conspiracy that likely extended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my own company, had transformed my investigation into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something far more significant. This was no longer just a business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venture; it was a quest for justice, a mission to uncover a truth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been deliberately suppressed, a truth that had the potential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unravel everything I thought I knew about Silverton, and indeed,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about my own company.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I left the coffee shop, the crisp autumn air invigorated me.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weight of my discovery, the realization that I was now involved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something far larger and more dangerous than I’d anticipated,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spurred me on. The anonymous note, the overheard conversations,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Logan's quiet intensity – all these pieces were falling into place,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forming a mosaic of hidden truths and long-buried secrets.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tranquility of Silverton was now a facade, masking a darker reality.</w:t>
      </w:r>
    </w:p>
    <w:p>
      <w:pPr>
        <w:autoSpaceDN w:val="0"/>
        <w:autoSpaceDE w:val="0"/>
        <w:widowControl/>
        <w:spacing w:line="264" w:lineRule="exact" w:before="58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eco-resort project had become irrelevant in the face of a far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greater challenge: unearthing the truth about the 2008 fire. This</w:t>
      </w:r>
    </w:p>
    <w:p>
      <w:pPr>
        <w:sectPr>
          <w:pgSz w:w="8000" w:h="12000"/>
          <w:pgMar w:top="296" w:right="662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wasn't just about securing a deal anymore; it was about justice,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about accountability, and about confronting a past that was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threatening to consume the present. The road ahead would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undoubtedly be difficult, dangerous even, but the burning desire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truth, and the uneasy fascination with the intricate web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secrets, provided a driving force, more powerful than any ambition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I’d ever known. The path forward was unclear, but one thing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certain: I wouldn't rest until I uncovered the truth buried beneath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deceptively peaceful surface of Silverton.</w:t>
      </w:r>
    </w:p>
    <w:p>
      <w:pPr>
        <w:sectPr>
          <w:pgSz w:w="8000" w:h="12000"/>
          <w:pgMar w:top="296" w:right="676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Watched by the Town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worn armchair in the Silverton Inn’s lobby offered little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comfort. The plush fabric felt strangely stiff beneath me, the floral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pattern a jarring contrast to the growing unease tightening in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chest. My laptop glowed on the small table beside me, the screen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illuminating the faded floral wallpaper in a harsh, unflattering light.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clicked rapidly through online archives, the rhythmic tapping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counterpoint to the quiet hum of the inn—a lamp’s soft buzz,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almost imperceptible sway of curtains catching a faint draft.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seemingly innocuous sounds felt oppressive, the silence heavy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unspoken scrutiny. I was acutely aware of the watchful eyes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Silverton, their silent judgment pressing down on me like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weight of the impending wildfire season.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search focused on the 2008 Molalla fire. The initial results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frustratingly generic: press releases, official statements, and bland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summaries of property damage. Then, amidst the predictable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narratives, I found it—a redacted article, its headline barely visible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beneath a thick black bar: “Molalla Fire Raises Questions About…”.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visible text hinted at corporate negligence, a land deal gone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wrong, and a suspiciously quick settlement. But the details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meticulously scrubbed, the narrative cut off abruptly, as if someone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deliberately severed the thread of the story. The abruptness,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calculated obfuscation, was far more telling than the visible words.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It was a calculated omission, a deliberate act of concealment.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fingers traced the outline of the anonymous note tucked deep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inside my bag. “Check the ‘08 fire.” The simple phrase now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resonated with a chilling significance. It was a key, a piece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puzzle that connected the cryptic warnings from Logan, the hushed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conversations in the coffee shop, and the strangely familiar details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this redacted article. The photograph of the fire crew, the circled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name—a name I couldn’t quite place, yet felt inexplicably familiar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—haunted the periphery of my thoughts.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quiet of the inn, once a welcome respite, now felt like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suffocating blanket. Every rustle, every creak of the ancient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building, felt like a whisper of suspicion. I glanced at the framed</w:t>
      </w:r>
    </w:p>
    <w:p>
      <w:pPr>
        <w:sectPr>
          <w:pgSz w:w="8000" w:h="12000"/>
          <w:pgMar w:top="442" w:right="646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photograph of the fire crew again, the circled name mocking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inability to remember. Was this negligence? Or something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sinister? Something intentional? The thought sent a shiver down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spine, a cold dread that had nothing to do with the approaching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autumn chill.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re-read the anonymous note, its cryptic message now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profound. It wasn't just a piece of information; it was a warning,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veiled threat, a subtle nudge towards a truth that someone—or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something—wanted to keep hidden. The weight of the situation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pressed down on me, a heavy cloak of suspicion that clung to 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like the scent of woodsmoke after a fire.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redacted article, with its frustratingly incomplete narrative,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intensified my suspicion. The deliberate deletion of information,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carefully chosen words, spoke volumes. It was a clear signal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someone was actively working to conceal the truth, to bury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details of what happened in 2008. And the fact that this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concealment seemed to be connected to my own company, Blake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Developments, was a chilling revelation.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sudden movement caught my eye. Across the lobby, a guest –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woman with sharp eyes and an even sharper gaze – whispered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companion, the words barely audible. "The developer," I heard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say, her voice carrying a distinct undercurrent of disdain.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weight of their scrutiny was palpable, the unspoken accusation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hanging in the air like the scent of woodsmoke. They hadn’t even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needed to see my laptop, my open notebook, or the research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scattered across the table. My presence alone had betrayed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purpose.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quiet hum of the lobby—the faint buzz of the lamp, the gentle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sway of the curtains—transformed from a soothing background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noise into a relentless soundtrack of suspicion. I was surrounded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silence, yet the air was thick with the unspoken accusations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town of Silverton. Their mistrust, their unspoken warnings,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tangible force that closed in on me, wrapping me in a suffocating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blanket of scrutiny.</w:t>
      </w:r>
    </w:p>
    <w:p>
      <w:pPr>
        <w:autoSpaceDN w:val="0"/>
        <w:autoSpaceDE w:val="0"/>
        <w:widowControl/>
        <w:spacing w:line="322" w:lineRule="exact" w:before="206" w:after="0"/>
        <w:ind w:left="0" w:right="0" w:firstLine="0"/>
        <w:jc w:val="center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My fingers flew across the keyboard, a frantic dance of keystrokes. I</w:t>
      </w:r>
    </w:p>
    <w:p>
      <w:pPr>
        <w:sectPr>
          <w:pgSz w:w="8000" w:h="12000"/>
          <w:pgMar w:top="296" w:right="654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needed to find more, to uncover the missing pieces of the puzzle.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redacted article had only deepened the mystery, fueling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determination to unravel the truth about the 2008 Molalla fire.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connection to my own company was undeniable, a chilling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revelation that sent a wave of unease through me. This wasn't just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local issue anymore. This was a matter of corporate ethics,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potential negligence, of a possible cover-up that could topple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career, and possibly far more.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woman across the lobby continued her conversation, her voice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low murmur that felt like a threat. The weight of her scrutiny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oppressive, a clear indication that my presence in Silverton was no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longer subtle or unnoticed. The town was watching, waiting,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judging. I tucked the anonymous note more deeply into my bag,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paper crinkling like a whisper against my palm. The sense of being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watched intensified, the air thick with the weight of unspoken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judgment and suspicion. Their silence, more than their words, spoke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volumes about the town's guarded mistrust, the protective walls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they had built around their shared secrets.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initial thrill of the investigation, the adrenaline rush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uncovering a conspiracy, slowly gave way to a deeper sense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unease. This was more than a professional challenge; it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descent into a world of hidden truths and dangerous secrets.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eco-resort project, once my sole focus, had become insignificant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compared to the larger mystery unfolding before me. The truth,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whatever it was, seemed shrouded in a veil of deception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conspiracy, a complex web woven over decades. Unraveling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would require more than just meticulous research; it would demand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courage, resilience, and a willingness to confront powerful forces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within my own company.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clock ticked slowly, each second punctuated by the rhythmic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tapping of my fingers on the keyboard. I needed to act, to move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beyond the digital world of redacted articles and anonymous notes.</w:t>
      </w: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town of Silverton was watching, its collective gaze a heavy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weight pressing down on me. But their scrutiny only strengthened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resolve. I was not just a developer, a corporate executive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pursuing a project. I was an investigator, a seeker of truth, and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would not rest until I uncovered the dark secrets hidden beneath</w:t>
      </w:r>
    </w:p>
    <w:p>
      <w:pPr>
        <w:sectPr>
          <w:pgSz w:w="8000" w:h="12000"/>
          <w:pgMar w:top="296" w:right="642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Silverton's idyllic surface. The 2008 fire, the cryptic note, Logan's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warnings—these were all pieces of a larger puzzle, a disturbing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narrative that was far more complex and dangerous than I’d ever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imagined. And I, Jenna Blake, was now inextricably involved.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game had begun.</w:t>
      </w:r>
    </w:p>
    <w:p>
      <w:pPr>
        <w:sectPr>
          <w:pgSz w:w="8000" w:h="12000"/>
          <w:pgMar w:top="296" w:right="856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A Sisters Shadow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tepid coffee tasted like ash. It clung to the back of my throat,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bitter aftertaste mirroring the frustration simmering within me.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Silverton’s glacial pace was infuriating. My emails to Blake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Developments remained unanswered, a silence as deafening as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roar of the approaching wildfire season. My phone, usually a lifeline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a world of deals and deadlines, lay neglected on the nightstand,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testament to the frustrating disconnect between my usual high-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octane existence and this sleepy Oregon town. I slammed the coffee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mug down on the small, wobbly table, the clatter echoing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surprisingly quiet room. The faint, distant tolling of church bells,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melancholic counterpoint to my mounting anger, only served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amplify my irritation.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 Maddox and his stubborn refusal to sell his land consumed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thoughts. His property was the final piece of the puzzle for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eco-resort, a crucial element that no amount of money or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persuasion seemed to shift. He was a stone wall, impassive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unyielding, and his resistance was a roadblock I couldn't simply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bulldoze. This wasn't just a business matter; it was a personal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challenge, a test of wills in a setting utterly foreign to my usual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cutthroat negotiations in Portland. The picturesque charm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Silverton was quickly losing its appeal, replaced by a growing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resentment towards its stubborn resistance to progress.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Reaching into my bag, I rummaged through the usual assortment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files, chargers, and business cards. My fingers brushed against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something unexpected—a worn postcard, its edges frayed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faded. It was Lily’s, a relic from a past I'd tried to bury beneath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layers of ambition and professional success. A single, hastily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scrawled sentence caught my eye: “Save what matters.” Lily’s plea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land conservation, her unwavering idealism—a sharp contrast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pragmatic approach to development—pierced through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carefully constructed armor. A fleeting pang of guilt, a ghost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memory, flickered briefly before being extinguished by the re-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emerging frustration. I shoved the card back into the depths of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bag, dismissing the unwelcome sentiment.</w:t>
      </w:r>
    </w:p>
    <w:p>
      <w:pPr>
        <w:sectPr>
          <w:pgSz w:w="8000" w:h="12000"/>
          <w:pgMar w:top="442" w:right="642" w:bottom="498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laptop beckoned, a familiar refuge in this alien world. I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powered it on, the screen illuminating the muted tones of the room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a harsh, artificial glow. I was back in my element, in the familiar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world of data and spreadsheets, the tangible results of strategic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planning and precise execution. But even the hypnotic rhythm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keystrokes couldn't quite quell the unease that had settled over 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like a persistent fog.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sharp tap at my door shattered the quiet. A single, folded piece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paper slipped beneath the crack, lying there like an unwelcome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visitor. I cautiously approached, my heart thudding a frantic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rhythm against my ribs. It was another anonymous note, its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message even more ominous than the first: “Fire hid lies.”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scrawl was bolder this time, the urgency palpable in the stark black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ink against the cheap white paper. The simple words, however,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resonated with a chilling intensity, a direct and unsettling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connection to my investigation into the 2008 Molalla fire.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fingers trembled as I read the message again, the short, sharp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sentences echoing in the quiet room. The writer's confidence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chilling, the message conveying a sense of knowing that sent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shiver down my spine. This was not just a cryptic clue; it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direct challenge, a calculated provocation designed to rattle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composure and push me towards a deeper involvement.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re-examined the handwriting, comparing the strokes to the first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note. Although different, there was a similarity, a shared boldness,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confidence in their cryptic pronouncements, hinting at a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origin, or perhaps a purposeful deception. This was no accidental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slip; this was a deliberate act, a calculated step in a game I hadn't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even realized I was playing. I carefully locked the door, the click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latch a small but significant act of self-preservation.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mind raced, the puzzle pieces scattering and reforming in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frantic dance of speculation. This second note had significantly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escalated the stakes. The initial curiosity and professional challenge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replaced by a profound sense of danger, a chilling awareness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I was playing with forces far beyond my control.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investigation, which began as a simple query into a redacted article,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was now a dangerous game, and I was deeply enmeshed within its</w:t>
      </w:r>
    </w:p>
    <w:p>
      <w:pPr>
        <w:sectPr>
          <w:pgSz w:w="8000" w:h="12000"/>
          <w:pgMar w:top="296" w:right="644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intricate web of secrets.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implication of the note's message, the concealed truth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surrounding the Molalla fire, sent a wave of unease through me.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was not just a matter of corporate negligence or a simple land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dispute. It was a calculated cover-up, a potential scandal that could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unravel years of hard work and possibly more. I needed to confront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Logan, not as a developer negotiating a land deal, but as someone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determined to uncover the truth. My initial resolve to outmaneuver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him shifted, a new steel forming in my attitude. This wasn’t about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project anymore; it was about survival.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faucet’s slow drip in the bathroom provided an unsettling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soundtrack to my mounting anxiety. Each drop was a tiny hammer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blow against the silent resolve I was trying to maintain. My plans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the eco-resort, once my singular focus, felt insignificant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compared to the gravity of the situation that was unfolding before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me. Silverton, with its idyllic façade and simmering undercurrents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suspicion, held a dark secret, one that I was now determined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uncover.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weight of the note, the cryptic message, the escalating threats 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were all a testament to the dangerous game I was now playing.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desire to outmaneuver Logan intensified; a contest of wills, yes,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now with the very real potential for far greater repercussions.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wasn't just navigating a business deal; I was navigating a minefield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deception and potential danger. The anonymous warnings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 just hints, but urgent signals demanding action, a direct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response to the secrets simmering beneath Silverton’s charming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exterior. My eco-resort project, once a symbol of ambition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progress, was now secondary to the more significant mystery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unfolding. I needed answers, and I needed them now.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quiet hum of the hotel faded into background noise as my mind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raced, strategizing my next move. The simple act of confronting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 was no longer enough. I needed a strategy, a plan to navigate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complexities of Silverton's hidden history and unravel the truth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about the 2008 Molalla fire. The weight of the situation pressed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down on me, the anonymous note burning a hole in my pocket.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was more than a high-powered developer. I was a woman</w:t>
      </w:r>
    </w:p>
    <w:p>
      <w:pPr>
        <w:sectPr>
          <w:pgSz w:w="8000" w:h="12000"/>
          <w:pgMar w:top="296" w:right="664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embroiled in a dangerous game of secrets, betrayals, and buried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truths. And I was determined to win. The game had just become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whole lot more complicated.</w:t>
      </w:r>
    </w:p>
    <w:p>
      <w:pPr>
        <w:sectPr>
          <w:pgSz w:w="8000" w:h="12000"/>
          <w:pgMar w:top="296" w:right="878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Walls of the Garage</w:t>
      </w:r>
    </w:p>
    <w:p>
      <w:pPr>
        <w:autoSpaceDN w:val="0"/>
        <w:autoSpaceDE w:val="0"/>
        <w:widowControl/>
        <w:spacing w:line="264" w:lineRule="exact" w:before="286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bell above the door of Maddox Auto jangled a discordant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welcome, the sound swallowed almost immediately by the clang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dropped wrench and the mournful twang of Johnny Cash’s voice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spilling from a tinny radio perched precariously on a shelf. Dust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motes, illuminated by a single bare bulb hanging low over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workbench, danced in the air, catching the light like tiny, frantic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fireflies. Tire treads, etched deep into the concrete floor, spoke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countless vehicles that had passed through this space, their stories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whispered in the worn grooves.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 Maddox, a silhouette against the greasy gleam of a partially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disassembled truck engine, didn’t look up. His flannel shirt,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color of faded denim, was stained with sweat and grime,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the hours he’d spent wrestling with the machine before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arrival. He offered a curt nod, the gesture as economical as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words, and continued adjusting a carburetor with the practiced ease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a surgeon.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"Mr. Maddox," I began, my voice sharp, cutting through the music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the metallic clangor of the garage. "I’ve come prepared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discuss a revised proposal for the eco-resort." I unclipped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meticulously organized folder, the crispness of the papers a stark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contrast to the gritty reality of the space. "I understand your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concerns about the initial plans, and I’ve taken them very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seriously."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prepared speech, rehearsed countless times, felt strangely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inadequate in this environment. The air hung heavy with the smell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oil and gasoline, a pungent aroma that was far removed from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sanitized scents of my Portland office. Logan, focused intently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intricate machinery before him, didn't seem to notice my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presence, let alone my carefully crafted words. He wiped a tool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clean with a rag, its movements precise and economical, a stark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contrast to the nervous energy thrumming inside me. He checked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gauge, his expression unreadable, a mask of calm concentration.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 pressed on, my words tumbling out faster now, fueled by a</w:t>
      </w:r>
    </w:p>
    <w:p>
      <w:pPr>
        <w:sectPr>
          <w:pgSz w:w="8000" w:h="12000"/>
          <w:pgMar w:top="442" w:right="654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mounting urgency. "We've significantly scaled back the project.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revised plans encompass a far smaller footprint, minimizing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environmental impact. We're also committed to creating fifty local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jobs, utilizing sustainable building materials, and seeking eco-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certifications throughout the entire development process." I laid 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specific details, figures, and blueprints, my carefully organized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presentation contrasting with the chaotic disorder of the garage.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voice, initially controlled, began to edge towards a pleading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tone, the carefully constructed façade of professional composure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beginning to crack under the weight of his silent resistance.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remained unmoved, his silence a fortress, his occasional glances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sharp and dismissive, cutting through my carefully constructed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arguments like a scalpel.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tightened a screw, the precise motion a subtle counterpoint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escalating pitch. Then, without looking up, he checked the oil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level, his hand moving with practiced precision. The radio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continued its mournful song, a soundtrack to a silent standoff.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framed photograph hanging on the wall, partially obscured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tangle of tools, caught my eye. It depicted a local fire crew,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faces young and earnest, posed proudly before a gleaming fire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engine. A black memorial ribbon, stark against the bright image,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cast a shadow over their smiles. The image had seemed innocuous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earlier but now, it seemed to carry a far greater weight. The simple,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almost casual presence of the photo was heavy with unspoken grief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memory. It was a powerful, silent reminder of the fire that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devastated the area and the secrets it seemed to conceal.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Frustration tightened its grip on me. The carefully constructed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arguments, the meticulously prepared data—it all seemed to wash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 him, leaving no impression. His silence was not just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disinterest; it was a deliberate act of defiance, a wall built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stubbornness and unspoken grievances. I clenched my notes,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paper crinkling in my grasp. This was not going to be a quick,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decisive win; this was a battle that required a different approach,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different strategy. The heels of my boots clicked sharply on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concrete floor as I stepped back, the sound jarring in the relative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quiet of the garage.</w:t>
      </w:r>
    </w:p>
    <w:p>
      <w:pPr>
        <w:sectPr>
          <w:pgSz w:w="8000" w:h="12000"/>
          <w:pgMar w:top="296" w:right="692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air crackled with unspoken tension. This wasn't a business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negotiation anymore; it was a contest of wills, a silent struggle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played out amidst the scent of oil and gasoline, the shadow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memorial, and the mournful strains of Johnny Cash's song. The air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tasted metallic, thick with the unspoken history of this place,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man, and the secrets he seemed determined to keep. His steady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hands, expertly manipulating the machinery before him, were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stark contrast to my own, clenching and unclenching, unable to stay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still. The image of the fire crew, their smiles shadowed by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memorial ribbon, seemed to burn itself into my memory. I needed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change my strategy, to find a different angle, a way to penetrate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wall of his resistance before the wildfire season descended upon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town, threatening to consume everything in its path. The quiet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intensity of this moment, the unspoken contest of wills, was far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more significant than any business proposition. The game, I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realized, had just gotten a whole lot more dangerous. The air grew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thick, not just with dust and gasoline fumes, but also with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unspoken weight of the secrets hidden beneath Silverton's surface.</w:t>
      </w:r>
    </w:p>
    <w:p>
      <w:pPr>
        <w:sectPr>
          <w:pgSz w:w="8000" w:h="12000"/>
          <w:pgMar w:top="428" w:right="65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Unyielding Legacy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revised proposal sat on the workbench, its crisp lines a stark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contrast to the grease-stained surface. My voice, though steady,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thin, a fragile thread against the weight of Logan’s silence. "Fifty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local jobs," I repeated, my fingers tightening around my tablet.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"Sustainable building materials. Eco-certifications. We've minimized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footprint considerably." A ceiling fan’s sluggish hum was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only response to my carefully crafted words, a counterpoint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frantic rhythm of my own heartbeat.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 straightened, his movements slow and deliberate, each action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calculated response to my escalating presentation. He didn’t look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 me, instead, his gaze fixed on a collection of wrenches, 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fingers tracing their worn handles. The light glinting off a chrome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fender nearby seemed to amplify the tension, a silent spotlight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our tense standoff.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Then, his voice, low and gravelly, cut through the quiet. "That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land," he said, his gaze finally meeting mine, his eyes narrow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filled with a cold intensity that sent a shiver down my spine, "that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land's where my father died." The words hung in the air, heavy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unspoken pain and years of accumulated bitterness. "Exposing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developer fraud."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statement hit me like a physical blow, the carefully constructed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arguments I’d rehearsed crumbling around me. Developer fraud?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words echoed in my mind, a dissonant chord against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backdrop of my polished presentation and corporate ambitions.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scribbled “fraud?” on my tablet, the movement a desperate attempt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 regain control amidst the sudden surge of confusion.</w:t>
      </w:r>
    </w:p>
    <w:p>
      <w:pPr>
        <w:autoSpaceDN w:val="0"/>
        <w:autoSpaceDE w:val="0"/>
        <w:widowControl/>
        <w:spacing w:line="264" w:lineRule="exact" w:before="264" w:after="0"/>
        <w:ind w:left="0" w:right="72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continued, his voice unwavering, each word precise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carefully chosen, "It's untouchable."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opened my mouth to speak, to refute his claim, to push back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against the wall of resistance he was building, but no words came.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meticulously planned strategy dissolved, dissolving into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palpable silence. The fire crew photograph, its vibrant colours stark</w:t>
      </w:r>
    </w:p>
    <w:p>
      <w:pPr>
        <w:sectPr>
          <w:pgSz w:w="8000" w:h="12000"/>
          <w:pgMar w:top="442" w:right="662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against the somber tones of the garage, seemed to hang suspended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 air, a silent witness to this unfolding confrontation. The black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ribbon—a stark reminder of loss and a hidden history—felt like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accusation.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gaze fell back to the toolbox, his movements deliberate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precise as he carefully sorted through his tools, his fingers tracing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edges of each piece, avoiding any eye contact with me. It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silent dismissal, a clear message that the conversation was over.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arguments, the carefully prepared data, the revised plans, all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seemed insignificant in the face of the profound weight of 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words. The details on the tablet were insignificant, his father's death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—and the implied accusation of fraud—a far more potent force than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polished proposal. He was not simply disagreeing with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project; he was guarding something sacred, something deeply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personal, something tied inextricably to the land itself.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tried to bridge the gap. "What fraud?" I asked, my voice barely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whisper, the question hanging in the air like a fragile butterfly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threatened by a storm.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turned, but only slightly, enough to allow a sideways glance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confirmed his resolute refusal to engage. He continued to organize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tools, a silent act of defiance that spoke volumes. His back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shield, a barrier against my insistent questions, a wall protecting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painful legacy he refused to relinquish.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silence that followed was deafening. The hum of the ceiling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fan, the faint drone of the radio, the gentle clinking of tools—all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amplified in the void where my carefully planned words once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stood. The air itself seemed thick with an unspoken history,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weight of secrets hidden beneath the dusty surfaces of the garage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and, I now suspected, the tranquil facade of Silverton itself.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carefully laid-out pages of my proposal felt insignificant; they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 match for the legacy, the grief, and the untouchable sanctity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land.</w:t>
      </w:r>
    </w:p>
    <w:p>
      <w:pPr>
        <w:autoSpaceDN w:val="0"/>
        <w:autoSpaceDE w:val="0"/>
        <w:widowControl/>
        <w:spacing w:line="264" w:lineRule="exact" w:before="264" w:after="0"/>
        <w:ind w:left="0" w:right="86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prepared points, my strategic arguments, my confident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presentation—all fell apart, undermined by the unwavering</w:t>
      </w:r>
    </w:p>
    <w:p>
      <w:pPr>
        <w:sectPr>
          <w:pgSz w:w="8000" w:h="12000"/>
          <w:pgMar w:top="296" w:right="640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conviction in his eyes, the steely determination in his posture. I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cold dread settle in my gut, a sudden awareness of how little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understood the complexities of this place, the depths of the secrets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 held. The game, I realized, had shifted. It wasn't just about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securing a resort approval anymore; it was about navigating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landscape of buried grief, unanswered accusations, and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unrelenting power of a legacy I hadn't even known existed.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2008 fire. My notes, the snippets from old reports—they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danced at the edge of my awareness, hinting at a connection, a link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between what Logan had said and the whispers of a cover-up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haunted my own firm. But the pieces didn't fit together yet.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mystery only deepened. I clutched the tablet, feeling its smooth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surface against my trembling fingers. My professional composure,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 carefully constructed, was crumbling. The weight of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situation, of the untold stories hidden within this quiet town,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overwhelming.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a defeated sigh, I turned to leave, the click of my heels on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concrete floor echoing in the sudden silence. The memorial ribbon,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stark against the bright image of the firefighters, seemed to glare 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 from the wall, a silent indictment. I glanced back at Logan,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silhouette a figure of immense strength and resilience against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backdrop of his cluttered workshop. He remained motionless,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absorbed in his work, seemingly oblivious to my departure. But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knew better. This wasn't the end; it was only the beginning. The air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tasted bitter, heavy with the weight of unspoken accusations,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hidden truths, and the unyielding legacy of the past. The fight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resort, for my own ambitions, had become something far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complex, far more dangerous.</w:t>
      </w:r>
    </w:p>
    <w:p>
      <w:pPr>
        <w:sectPr>
          <w:pgSz w:w="8000" w:h="12000"/>
          <w:pgMar w:top="296" w:right="654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A Moments Pause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ground shifted beneath my feet, not literally, but in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unsettling way that happens when the very foundation of your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cracks. I stumbled, my carefully-held tablet nearly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escaping my grasp, tumbling towards the concrete floor. A coiled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garden hose, thick and green, lay snaking across the path,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culprit of my clumsy near-fall. Before the tablet could meet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demise, a strong hand shot out, its grip firm but surprisingly gentle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as it intercepted my device, preventing a disastrous clatter.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Logan's hand brushed against mine, a fleeting contact that sent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jolt of unexpected electricity through my body. For a fraction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second, his gaze softened, a flicker of something akin to concern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crossing his hardened features. The expression was gone as quickly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it appeared, replaced by the same unwavering intensity I’d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witnessed moments earlier. He released my arm, the abrupt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withdrawal leaving a strange emptiness in its wake. The faint hiss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a tire slowly settling against the worn concrete of the garage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floor was almost lost in the sudden, charged silence.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“Thank you,” I managed, the words stiff and formal, a stark contrast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the tremor in my voice. My cheeks burned, a fiery blush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betraying my composure. It wasn’t a romantic flush; it was the heat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humiliation, of near-disaster, and perhaps, a touch of something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else – a reaction to the unexpected warmth of his touch, a brief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connection severed as quickly as it had begun.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turned to his truck, his back to me, his movements deliberate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efficient, the sun-warmed metal of the truck radiating heat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felt almost palpable in the tense silence. The metallic scent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engine oil and grease hung heavy in the air, blending with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acrid, lingering odor of smoke from the recent fire. The air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thick, charged with unspoken words and underlying tensions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coiled around me, constricting my breath.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straightened, my fingers gripping the tablet tighter, a desperate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attempt to regain control. My perfectly crafted presentation,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meticulously laid-out plans, suddenly felt pathetically inadequate.</w:t>
      </w:r>
    </w:p>
    <w:p>
      <w:pPr>
        <w:sectPr>
          <w:pgSz w:w="8000" w:h="12000"/>
          <w:pgMar w:top="442" w:right="652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note, the cryptic message—"Fire hid lies"— pulsed in my mind,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its warning amplified by the charged atmosphere of the garage.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brightly colored photograph of the firefighters, hanging starkly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against the somber backdrop of Logan's workshop, felt like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accusation, its shadow following me as I moved.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watch ticked relentlessly, each second a hammer blow against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silence, underscoring the urgency of the situation. I glanced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back at Logan, his silhouette a dark, stoic figure bent over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engine of his truck. He was a fortress, unreachable, his attention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wholly absorbed in the intricate mechanics of the vehicle.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subtle gleam of chrome parts, reflecting the dim light of the garage,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felt like a stark mirror to my own disarray.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Stepping out of the garage, into the harsh glare of the afternoon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sun, I paused. The air outside tasted cleaner, the scent of pine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damp earth a welcome contrast to the heavy atmosphere within.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checked my watch again, the small action a grounding ritual,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return to the structured world of schedules and deadlines. But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underlying unease remained. The weight of Logan's words,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cryptic note, and the lurking shadow of the 2008 fire pressed down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on me, heavy and inescapable.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mystery surrounding his father's death, the implicit accusations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developer fraud, were not just local obstacles; they were fissures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 carefully constructed reality I had carried with me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Portland. The serene beauty of Silverton, its tranquil façade,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masked a hidden undercurrent of suspicion, a history fraught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secrets and betrayals. My project, my ambitious eco-resort, was no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longer simply a business endeavor; it had become entangled in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complex web of personal tragedies and unanswered questions.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fire crew photograph, seared into my memory, served 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constant, silent reminder. The vibrant image of the firefighters,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juxtaposed against the stark black ribbon marking a life lost,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more than a simple memorial; it was a symbol of a hidden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narrative, a story that stretched far beyond the boundaries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Logan's grief. The black ribbon, a stark contrast to the vibrant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colors, represented a truth shrouded in shadows, a secret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pulsed beneath the surface of Silverton’s deceptively calm</w:t>
      </w:r>
    </w:p>
    <w:p>
      <w:pPr>
        <w:sectPr>
          <w:pgSz w:w="8000" w:h="12000"/>
          <w:pgMar w:top="296" w:right="690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demeanor.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tablet felt cold and smooth beneath my fingers, a stark contrast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the heat radiating from the sun-baked metal of Logan’s truck.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data, the carefully constructed arguments, the revised plans –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felt flimsy and inadequate, like a paper shield against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onslaught of doubt and suspicion. My carefully cultivated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professional composure had fractured, replaced by a growing sense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vulnerability. This was no longer a battle of wills between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developer and a resistant local; it was a confrontation with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ghosts of the past, with secrets that threatened to unravel the fabric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the town, and perhaps, my own carefully constructed life.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weight of it all was almost unbearable. The quiet hum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town, its serene ambiance, was no longer a comforting backdrop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rather a disquieting melody that hinted at something sinister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lurking beneath the surface. The idyllic scenery I had initially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appreciated now felt menacing, the rolling hills and towering trees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obscuring a landscape of hidden truths.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had come to Silverton seeking approval, seeking to realize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ambitious plans. Instead, I had stumbled upon a labyrinth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secrets, a web of deceit that connected the past to the present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ways I couldn't yet comprehend. The fight for the resort was no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longer simply about securing permits and navigating regulatory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hurdles; it had become a fight for truth, a battle against a past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refused to stay buried. The journey promised to be more perilous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than I could have ever imagined, the stakes far higher than a simple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real estate development. My ambition was now interwoven with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desperate search for answers, a need to uncover the lies hidden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beneath the smoke and ashes of Silverton's past. The air itself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heavy, the scent of pine and damp earth now tinged with the bitter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taste of suspicion. The game had changed, and I was far from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prepared for the challenges that lay ahead. The weight of the untold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stories, the burden of the hidden truths, rested heavily on my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shoulders, a daunting task that lay ahead.</w:t>
      </w:r>
    </w:p>
    <w:p>
      <w:pPr>
        <w:sectPr>
          <w:pgSz w:w="8000" w:h="12000"/>
          <w:pgMar w:top="296" w:right="652" w:bottom="92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Ghosts of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garage door clanged shut behind me, the metallic clang echoing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 sudden stillness. I turned to find Ellen, the woman from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historical society, standing by her beat-up Subaru. She held a large,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worn manila envelope under her arm, its contents bulging. Her grey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braid, thick and silver, swung gently as she leaned closer, her voice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 low murmur against the backdrop of the afternoon's quiet hum.</w:t>
      </w:r>
    </w:p>
    <w:p>
      <w:pPr>
        <w:autoSpaceDN w:val="0"/>
        <w:autoSpaceDE w:val="0"/>
        <w:widowControl/>
        <w:spacing w:line="264" w:lineRule="exact" w:before="60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"Logan faded after '08," she said, her words barely audible above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whisper of the breeze rustling through the nearby pines.</w:t>
      </w:r>
    </w:p>
    <w:p>
      <w:pPr>
        <w:autoSpaceDN w:val="0"/>
        <w:autoSpaceDE w:val="0"/>
        <w:widowControl/>
        <w:spacing w:line="324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"Chasing ghosts of that fire."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gaze, though kind, held a depth that unsettled me,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knowingness that spoke of shared secrets and hidden sorrows.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shiver ran down my spine, unrelated to the lingering chill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late afternoon air. There was a weight to her words, a gravity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spoke of a tragedy both personal and deeply rooted in the town’s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history. It was the weight of unspoken grief, a silent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acknowledgment of a past that refused to remain buried.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nodded, attempting a casual air I didn’t feel. “Ghosts, huh?”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murmured, scribbling the word quickly into my phone’s notes app.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act felt more like a self-preservation tactic, a way to capture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cryptic message before it vanished into the swirling vortex of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thoughts. My fingers tightened around my phone, a tangible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counterpoint to the intangible unease that coiled within me.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cryptic note, the photograph, Logan’s warning – they all coalesced,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forming a pattern I was only beginning to understand.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scene shifted in my mind, the image of the firefighters’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photograph flashing before my eyes. The vibrant colors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uniforms seemed almost mocking against the stark black ribbon,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grim reminder of a life lost, a life shrouded in mystery. I wondered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if there was more to the story, more than just a tragic accident,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wildfire that consumed everything in its path.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neon sign of the garage flickered, casting a pale glow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Logan’s silhouette in the doorway as I turned to leave. He was still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standing there, a dark and brooding figure, his posture somehow</w:t>
      </w:r>
    </w:p>
    <w:p>
      <w:pPr>
        <w:sectPr>
          <w:pgSz w:w="8000" w:h="12000"/>
          <w:pgMar w:top="442" w:right="644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both defiant and defeated. He looked like a man wrestling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shadows, battling ghosts of his own. The image stayed with me as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drove, dissolving slowly into the deepening twilight.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pulled away from the garage, the gravel crunching under my tires,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counterpoint to the throbbing silence in the car. The landscape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changed slowly, shifting from the rough-hewn terrain surrounding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garage to the smoother, more manicured roads leading towards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Silverton. The town appeared before me, a cluster of Victorian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houses with their intricately carved facades and elegant gables.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charm, once enticing, now seemed ominous, their perfectly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placed shutters creaking in the breeze like whispered secrets.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afternoon sun was quickly fading, leaving long shadows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stretching across the streets. A distant dog’s sharp bark pierced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gathering stillness, its sound echoing across the empty expanse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open land. My grip on the steering wheel tightened, knuckles white.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pulse quickened; my intuition, usually reliable, thrummed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 sense of impending danger.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mystery surrounding the 2008 fire, the hidden truths alluded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Ellen's cryptic comment, and the vague threats implied by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Logan’s accusations were swirling together, thickening like smoke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 twilight. The 2008 fire was no longer just a local tragedy;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the key to unlocking a web of deceit and deception.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picturesque setting, the tranquility I had initially found so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appealing, now felt like a carefully constructed façade, concealing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deeper, more sinister reality.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road wound through the town, the Victorian facades rising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majestically on either side, their grand architecture hinting at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history as complex and layered as the town itself. Each house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seemed to whisper stories of its own, hinting at the many lives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witnessed, the dramas it had quietly observed. Each shutter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creak, each rustle of leaves, felt like a coded message, a cryptic clue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an elaborate puzzle that I was only just beginning to piece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together.</w:t>
      </w:r>
    </w:p>
    <w:p>
      <w:pPr>
        <w:autoSpaceDN w:val="0"/>
        <w:autoSpaceDE w:val="0"/>
        <w:widowControl/>
        <w:spacing w:line="264" w:lineRule="exact" w:before="264" w:after="0"/>
        <w:ind w:left="0" w:right="432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Every lamppost, casting its narrow beam across the darkening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street, felt like a spotlight illuminating a different aspect of the</w:t>
      </w:r>
    </w:p>
    <w:p>
      <w:pPr>
        <w:sectPr>
          <w:pgSz w:w="8000" w:h="12000"/>
          <w:pgMar w:top="296" w:right="666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town's hidden history. The shadows stretched longer, swallowing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details, leaving only a faint sense of foreboding and a constant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hum of unease. The beauty of Silverton, once captivating, now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seemed to be a carefully constructed illusion, a mask concealing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troubled past.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I drove, I thought about the people I had encountered: Logan,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hardened and guarded, Ellen, with her cryptic warnings, and even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seemingly innocuous historical society members I’d met,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smiles now tinged with a subtle undercurrent of suspicion. Each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them had added a piece to the puzzle, a fragment of the larger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mystery surrounding the 2008 fire.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implications were staggering. My eco-resort project, initially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conceived as a beacon of sustainable development, was now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entangled in a web of secrets, a struggle for truth against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backdrop of a town wrestling with its past. It was no longer just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about securing permits and navigating local opposition; it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about unearthing a hidden history, a story of betrayal and cover-up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that threatened to shatter the town's idyllic facade.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silence in the car was heavy with the weight of unanswered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questions, a testament to the mystery that loomed before me.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meticulously crafted plans, my finely tuned strategies, suddenly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fragile as the shifting sands, utterly inadequate against the force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unknown. I was caught in a whirlpool of suspicion, caught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maelstrom of hidden truths. My professional demeanor, usually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ironclad, faltered. I was no longer merely a developer, but an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unwitting participant in a drama far older and far more complex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than anything I could have anticipated. The 2008 fire was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than just a tragedy; it was the key to understanding the heart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Silverton, and perhaps, my own soul. The ghosts of '08 were not just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memories; they were forces that shaped the present, forces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beginning to shape my future in ways I could barely begin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fathom. The journey was only beginning, and the path ahead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shrouded in an uncertainty thicker than the smoke that had once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hung heavy over this town. The game was afoot, and I was playing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for keeps.</w:t>
      </w:r>
    </w:p>
    <w:p>
      <w:pPr>
        <w:sectPr>
          <w:pgSz w:w="8000" w:h="12000"/>
          <w:pgMar w:top="296" w:right="642" w:bottom="658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Stranded by Fate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SUV, a reliable if somewhat aging machine, coughed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sputtered, then died with a final, pathetic wheeze. The engine’s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silence was almost instantly replaced by the ominous hum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distant tractor, a low thrumming vibration that seemed to penetrate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very ground beneath my feet. McClaine Street, usually a quiet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residential lane, was bathed in an unsettling orange glow, the air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thick with the acrid scent of smoke. The dashboard illuminated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itself with a cascade of warning lights, a digital chorus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impending doom. My phone, my lifeline to the outside world,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showed a single, mocking bar of service, then vanished into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void of no signal.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Frustration, hot and immediate, clawed its way up my throat. I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deadline, Greg’s ever-present deadline looming like a guillotine.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eco-resort project, already fraught with challenges, was on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precipice of collapse. This… this was unforgivable. I should be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Portland, finalizing the environmental impact statement,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stranded on a dusty back road in Silverton, surrounded by what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looked increasingly like the beginnings of a wildfire.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grabbed my phone, my fingers clumsy with anger. The lack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signal was a cruel joke. I tried again, and again, each failed attempt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fueling the rising tide of my fury. The emails I needed to send—the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ones outlining the revisions to the project proposal, the ones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reassuring Greg that everything was under control—remained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stubbornly unsent, each one a tiny, silent scream of impending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professional disaster. Even the local news station, KRSM,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my reach, the looping alert about the increasing wildfire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threat a mocking soundtrack to my predicament. The digital news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ticker, still visible despite the lack of signal, continuously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announced the advancing wildfire.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opened the driver’s side door, stepping onto the cracked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pavement. The heat radiated up from the asphalt, shimmering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waves in the hazy afternoon sun. A silo’s long shadow sliced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road, the darkness punctuated by the rhythmic crunch of dry grass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beneath my heels as I paced back and forth. The towering grain</w:t>
      </w:r>
    </w:p>
    <w:p>
      <w:pPr>
        <w:sectPr>
          <w:pgSz w:w="8000" w:h="12000"/>
          <w:pgMar w:top="442" w:right="684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elevators loomed over me, dark monoliths against the hazy sky,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shadows stretching long and menacing, like silent sentinels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guarding some ancient secret. The air tasted of dust and smoke,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bitter cocktail of impending disaster.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sleek city shoes, ill-suited for the rural landscape, felt out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place amid the grit and grime of the road. Pride, a stubborn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unwelcome companion, warred with the stark reality of my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situation. I was stranded. And my only option, according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unhelpful tow truck operator I’d finally managed to reach through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combination of sheer luck and a satellite phone call facilitated by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kindly gas station attendant, was Maddox Auto. Logan Maddox.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very man who was actively working to derail my entire project.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irony was not lost on me; it was a bitter pill to swallow.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kicked a pebble down the road, watching it skip across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cracked pavement before disappearing into the dust. The rising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smoke was making my eyes water, the acrid smell a constant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reminder of the impending danger. My meticulously crafted plan,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carefully calculated strategy, felt as fragile as the dry grass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 my feet, threatened by the encroaching fire and my 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folly. I checked my watch again, each passing minute chipping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away at the time I had to meet Greg's relentless deadlines.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wait stretched out, a testament to the unpredictable nature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rural life and the sheer inconvenience of my situation. The sun beat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down, baking the already dry landscape. The distant hum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tractor grew louder, its rhythmic pulse a jarring counterpoint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rising anxiety twisting within me. I could feel the growing heat,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 from the sun but also from the invisible line between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frustration and sheer panic edging its way closer.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found myself staring at the elevators again, their height amplified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by the hazy afternoon light. They looked more ominous now, like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giant, brooding figures watching my plight with detached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indifference. The silence, punctuated only by the distant hum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machinery and the occasional crackle of a twig underfoot,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heightened the sense of isolation. I felt incredibly alone, cut off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from the comforts and conveniences of my usual life, vulnerable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 way I hadn't experienced before.</w:t>
      </w:r>
    </w:p>
    <w:p>
      <w:pPr>
        <w:sectPr>
          <w:pgSz w:w="8000" w:h="12000"/>
          <w:pgMar w:top="296" w:right="668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Then, a rumble in the distance. The sound of an approaching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vehicle, a low growl that gradually increased in volume, cutting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 the stillness. A beat-up pickup truck, its paint faded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scratched, turned onto McClaine Street. Logan Maddox was behind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wheel, his face impassive, his eyes dark and unreadable.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pulled up beside my SUV, the truck’s engine a guttural roar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seemed to swallow the distant hum of the tractor. He didn't speak,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simply got out and started assessing the damage. His silence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stark contrast to the frantic turmoil inside me, a testament to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quiet strength and stoicism.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worked with a quiet efficiency, his movements precise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deliberate. His hands, calloused and strong, moved with a practiced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ease, a stark contrast to the trembling anxiety that was threatening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consume me. He didn’t make eye contact, his focus entirely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task at hand. His silence, however, spoke volumes, a powerful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counterpoint to the internal monologue that was raging within me.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he worked, I couldn’t help but notice the fine layer of dust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coating his work clothes, his boots worn and scuffed. His clothes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functional, comfortable and clearly marked by the toll of hard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work. A silent testimony to a life deeply rooted in this land.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contrast between his ruggedness and my own polished urban image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felt sharper than ever.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finished the assessment and looked at me; his expression gave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nothing away. It was a carefully constructed mask, just like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town of Silverton itself. He spoke for the first time. “Looks like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blown fuse. Should be a quick fix,” his voice was flat, devoid of any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emotion or unnecessary niceties. There was no trace of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antagonism I had experienced before. His tone was professional,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strictly business-like. His gaze, intense, scanned my face. It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quiet confrontation, devoid of words but laden with meaning.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didn't offer any platitudes or attempts at small talk, just the bare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minimum of professional courtesy. He was my rescuer, and yet,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remained my opponent, a stubborn fact that I couldn't ignore.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represented not only the obstacle to my ambitions but also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potential ally, a possibility both unnerving and strangely alluring.</w:t>
      </w:r>
    </w:p>
    <w:p>
      <w:pPr>
        <w:sectPr>
          <w:pgSz w:w="8000" w:h="12000"/>
          <w:pgMar w:top="428" w:right="682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anger began to recede, replaced by a chilling sense of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precariousness of my position. Not only was my professional career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threatened, but I was surrounded by a potential wildfire, stranded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a dusty back road, waiting on the mercy of a man who was both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enemy and my only hope. The haze intensified, carrying with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smell of burning leaves, and a sense of unease that went beyond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immediate crisis. The looming wildfire threat had become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palpably real, the quiet hum of the tractor a stark reminder that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entirely at the mercy of this unforgiving landscape.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shadows lengthened, and the orange glow from the horizon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deepened, casting an ominous light over the scene. The simple act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a blown fuse had transformed into a potent symbol of my overall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predicament, a microcosm of my entire ill-fated journey.</w:t>
      </w:r>
    </w:p>
    <w:p>
      <w:pPr>
        <w:sectPr>
          <w:pgSz w:w="8000" w:h="12000"/>
          <w:pgMar w:top="296" w:right="68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Reluctant Rescue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rumble of his approaching truck was a jarring interruption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oppressive silence, a sound that cut through the suffocating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stillness like a knife. It wasn't the sleek purr of a luxury vehicle,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rough, guttural growl of a well-worn workhorse, a sound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spoke volumes about its owner. Logan Maddox’s beat-up pickup,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paint faded and scarred, pulled up beside my stranded SUV, casting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long shadow that momentarily obscured the already hazy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afternoon sun. He didn't bother with pleasantries, didn't offer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word of greeting. He simply climbed out, his silhouette framed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against the fiery orange glow of the distant wildfire, his sunglasses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obscuring his eyes, leaving his expression completely unreadable.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His jaw was set, a rigid line against his sun-weathered skin.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moved with the practiced efficiency of a man who was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accustomed to dealing with broken machinery, his actions devoid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unnecessary flourishes. His movements were economical,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deliberate, each step measured and precise. The silence between 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heavy, thick with unspoken tension. He inspected my SUV,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assessment quick and thorough, his gaze lingering on the stricken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engine. The dashboard's faint rattle was a mocking counterpoint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quiet intensity of his inspection. The dust swirling in the truck's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wake momentarily obscured the already hazy landscape,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emphasizing the isolated nature of our situation.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watched him, my own discomfort battling with the lingering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anger. The embarrassment of my situation was a bitter pill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swallow, a stark contrast to the usual control I exerted over my life.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carefully planned schedule was in disarray, my carefully crafted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image tarnished by this ridiculous mishap. I clutched my briefcase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tightly, the smooth leather a familiar comfort in this unfamiliar,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unforgiving landscape. It felt like a shield, a bulwark against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growing sense of vulnerability.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hooked the tow chain onto my vehicle with practiced ease,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movements smooth and swift. He checked his mirrors, a quick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glance to ensure the tow was secure before he climbed back into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truck. His clipped "Should be quick," was the only verbal</w:t>
      </w:r>
    </w:p>
    <w:p>
      <w:pPr>
        <w:sectPr>
          <w:pgSz w:w="8000" w:h="12000"/>
          <w:pgMar w:top="442" w:right="658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432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acknowledgement he offered, a stark contrast to the turmoil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churning within me. The efficiency of his actions, the terse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precision of his words, both served to highlight the contrast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between his pragmatic approach and my own internal chaos.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mumbled a grudging "Thanks," my voice tight with a mixture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gratitude and residual frustration. It felt inadequate, a feeble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attempt to bridge the chasm between us.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fleeting glance, however, passed between us—a brief, almost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imperceptible connection. For a fraction of a second, our eyes met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 rearview mirror. His gaze, though still obscured by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sunglasses, was intense, a flicker of something unreadable,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fleeting spark beneath the strained surface of his usual stoicism.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gone as quickly as it appeared, but it lingered in the air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between us, a silent acknowledgment of the strange, unexpected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connection forged in this moment of shared adversity.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ride back to town was tense, the silence punctuated only by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crackling static of KRSM radio, its wildfire alerts a constant,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unsettling reminder of the looming danger. The windows of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truck were down, allowing the hot, dusty air to rush in, carrying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scent of parched earth and smoke. The air itself felt charged, heavy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unspoken words, unspoken emotions. The truck jostled over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potholes, the familiar landscape of Silverton’s outskirts blurring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past, the orange haze thickening as we neared the town.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shifted in my seat, my discomfort a tangible presence. I checked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watch repeatedly, each glance a reminder of the precious time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slipping away, time I couldn’t afford to lose. My carefully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constructed plans, the intricate web of deadlines and appointments,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seemed to unravel with every jarring jolt of the truck, each pothole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symbolic representation of the setbacks I faced. My initial anger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subsided, replaced by a gnawing sense of unease. I was at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mercy of this landscape, at the mercy of this man—my adversary,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my rescuer.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Logan's hands worked the gearshift with a familiar, practiced ease,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eyes fixed on the road ahead. He was focused, efficient,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attention devoted to navigating the challenging terrain. There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no wasted movement, no unnecessary chatter; his efficiency was</w:t>
      </w:r>
    </w:p>
    <w:p>
      <w:pPr>
        <w:sectPr>
          <w:pgSz w:w="8000" w:h="12000"/>
          <w:pgMar w:top="296" w:right="648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active, tangible. He didn’t look at me, didn’t try to initiate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conversation. His silence was a tangible presence, a wall between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us, as impenetrable as the smoke-filled horizon.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silence, however, didn't feel entirely hostile. It was more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wary truce, a temporary suspension of hostilities, a mutual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acknowledgment of the shared necessity of the situation. We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bound together by a common need, a temporary alliance forged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face of adversity. The unspoken tension between us was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palpable than any outright antagonism.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we approached Maddox Auto, the scent of engine grease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metal hung heavy in the air. The garage was a small, cluttered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space that reflected its owner's practical, down-to-earth nature.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paid him for the service, my payment a mere formality, a gesture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felt almost inappropriate given the circumstances. He didn't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offer a receipt, didn't even look at the money as he accepted it.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simply placed it in his pocket, his gaze fixed on my SUV.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gestured towards my SUV, already being lifted onto the repair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ramp. His actions were brisk, efficient, his movements leaving no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room for misunderstanding. "Come back in about an hour," he said,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voice devoid of any warmth or emotion, yet the gesture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sign of something unexpected. He was offering aid, against his 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interest, and in the face of a potential disaster. His face remained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impassive, his eyes still hidden behind the shades. And in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impassivity, I sensed a grudging respect, a subtle acknowledgment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my own resilience. The silence was there again, heavy, thick, yet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somehow less antagonistic. There was an unspoken understanding,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fragile truce between two people who were, at once, adversaries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unlikely allies.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lingering scent of dust and smoke, the ominous glow on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horizon, the ever-present hum of the distant tractor, all combined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create a sense of unease that clung to me long after he'd returned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workshop. I sat in my car, the air conditioner's hum a feeble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attempt to combat the heat and the suffocating tension of the day.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unexpected encounter with Logan Maddox had shifted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landscape of my expectations. The conflict remained, the animosity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still simmered just beneath the surface, but something had changed,</w:t>
      </w:r>
    </w:p>
    <w:p>
      <w:pPr>
        <w:sectPr>
          <w:pgSz w:w="8000" w:h="12000"/>
          <w:pgMar w:top="296" w:right="648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something almost imperceptible, a subtle shift in the balance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power. My initial anger had been replaced by something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complex, something akin to reluctant respect. It was, I realized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shiver, the beginning of a precarious alliance, one built on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necessity and a shared understanding of the harsh reality of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unforgiving landscape. And somewhere within that awareness,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seed of something else was planted—a feeling I couldn't quite name,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yet instinctively understood. It felt dangerously like the start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something entirely unforeseen.</w:t>
      </w:r>
    </w:p>
    <w:p>
      <w:pPr>
        <w:sectPr>
          <w:pgSz w:w="8000" w:h="12000"/>
          <w:pgMar w:top="296" w:right="648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Clues in the Clipping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air in Maddox Auto hung thick with the scent of oil and metal,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stark contrast to the crisp, pine-scented air outside. Bare bulbs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cast a harsh, unforgiving light on the cluttered space, illuminating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tools of the trade with an almost clinical precision. While Logan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meticulously worked on my SUV, his back to me, his focused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concentration a tangible barrier, I found myself drawn to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corkboard tucked away in a shadowy corner. It was a haphazard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collection of photographs, handwritten notes, and newspaper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clippings, a testament to the chaotic yet organized nature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man himself.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eyes were immediately drawn to a faded newspaper clipping,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edges frayed and yellowed with age. The headline, stark against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brittle newsprint, screamed: "Molalla Fire Questions Unanswered."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date, 2008, jumped out at me, a jarring connection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whispers of a past cover-up I’d heard echoing through Silverton.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pulse quickened, a nervous flutter in my chest as I cautiously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approached.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grainy photograph accompanying the article was almost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unrecognizable at first glance, but as I drew closer, a familiar figure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emerged from the indistinct details. It was Logan, younger, his face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less weathered, his eyes—though obscured by the low resolution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print—held a look of fierce determination. He stood alongside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another man, his identity obscured, both framed by the smoldering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wreckage of a building. Scrawled in red ink across the photograph,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 single word jumped out: "Whistleblower."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word sent a jolt through me, connecting the dots in a way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made my breath catch in my throat. Logan, a whistleblower?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Connected to the Molalla fire, to the potential cover-up? It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resonated with the notes I'd seen, the cryptic warnings about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"developer fraud" – a clear link, a thread weaving its way through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fabric of Silverton's carefully constructed façade.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coincidence was too striking to ignore. It felt like a key, unlocking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door to a hidden history, a history that seemed inextricably linked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 my own.</w:t>
      </w:r>
    </w:p>
    <w:p>
      <w:pPr>
        <w:sectPr>
          <w:pgSz w:w="8000" w:h="12000"/>
          <w:pgMar w:top="442" w:right="67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quickly snapped a photo of the clipping with my phone, my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fingers trembling slightly as I zoomed in, noting the details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date, the names—or lack thereof—and the stark, accusing word,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"Whistleblower." The image sharpened on my screen, highlighting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details the aged newsprint had obscured. I noticed the precise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location mentioned in the article—a location alarmingly close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proposed site of my eco-resort. The implications of this discovery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staggering, raising a wave of suspicion that threatened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overwhelm my carefully constructed plans.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stark reality of the situation crashed over me, the implications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heavy with consequence. Could my firm have been involved?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covered up something, something significant enough 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warrant silencing a whistleblower? The thought was chilling,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implication of corporate negligence a dark shadow hanging over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carefully crafted image.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tucked my phone away, my outward composure a mask carefully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crafted over the turmoil churning within. I couldn't afford to let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 see the impact of this discovery, not yet. His complete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unawareness of my sudden interest added a layer of complexity,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heightening the sense of clandestine investigation I was now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engaged in. The thrill of the discovery pulsed through me,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intertwined with a chilling sense of foreboding.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 called out, his voice breaking through my silent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contemplation, "Your SUV's ready. Come take a look." His tone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neutral, professional, devoid of the slightest hint of the turmoil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had erupted inside me.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walked over to the repair bay, the metal floor cold beneath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feet, the metallic tang of oil a constant reminder of my precarious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position. He gestured towards the vehicle, his fingers tracing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outline of a freshly repaired component. His focus was solely on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work, his gaze fixed on the diagnostic tools spread across 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workbench. The gleam of a wrench on the workbench was mirrored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 intense focus in his eyes. His professionalism was a shield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against the storm brewing within me.</w:t>
      </w:r>
    </w:p>
    <w:p>
      <w:pPr>
        <w:sectPr>
          <w:pgSz w:w="8000" w:h="12000"/>
          <w:pgMar w:top="428" w:right="648" w:bottom="526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outlined the repairs, his explanations precise and technical,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devoid of any unnecessary emotion or small talk. The focus on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technical aspects of the repair was a deliberate avoidance, a careful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dance around the simmering tension created by my silent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examination of the clipping. He did not mention the newspaper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clipping. His silence was deafening.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he explained the details of the repair bill, I paid close attention,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trying to maintain the facade of calm professionalism. I forced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slight smile, a polite nod of acknowledgment as he handed me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invoice. The silence felt heavier now, laden with unspoken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questions and a growing suspicion that lingered like a dark cloud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horizon.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starkness of the garage amplified the weight of my discovery,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bare bulbs illuminating the oil cans stacked in shadow, each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object a silent witness to my silent, clandestine investigation.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gaze kept returning to the distant corkboard, the faded newspaper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clipping a stark reminder of the complex web of secrets woven into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fabric of Silverton. The feeling of uncovering a hidden truth,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history deliberately obscured, was a potent cocktail of excitement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unease.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left Maddox Auto, the hum of my own engine a stark contrast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quiet hum of the garage. The image of Logan, circled in red ink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 that 2008 clipping, burned itself onto my mind, a persistent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reminder of the dangerous game I was now playing. The quietness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town seemed amplified, as if everything had gone mute—or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if everyone were waiting for my next move. My carefully planned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mission to develop the eco-resort felt suddenly distant, almost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inconsequential. The investigation, this unexpected plunge into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Silverton's murky past, had taken precedence. The dust from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road, still clinging to my SUV, seemed to whisper secrets on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wind. My meticulously planned trajectory had been irrevocably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altered, and I was suddenly unsure of my destination.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unforeseen path was perilous, challenging, and incredibly seductive.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air hung heavy with the unspoken, the known, and the yet-to-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be-revealed. And in the silence, I heard the echoes of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whistleblower's unanswered questions, a silent accusation,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challenge that I could not ignore. The danger was palpable, but so</w:t>
      </w:r>
    </w:p>
    <w:p>
      <w:pPr>
        <w:sectPr>
          <w:pgSz w:w="8000" w:h="12000"/>
          <w:pgMar w:top="296" w:right="644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was the intoxicating pull of the truth.</w:t>
      </w:r>
    </w:p>
    <w:p>
      <w:pPr>
        <w:sectPr>
          <w:pgSz w:w="8000" w:h="12000"/>
          <w:pgMar w:top="296" w:right="1440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A Thaw in Tension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afternoon sun cast long shadows across the dusty lot as Logan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emerged from the garage, wiping grease from his hands with a rag.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“She’ll need some new parts,” he said, his voice a low rumble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seemed to carry the weight of the Oregon mountains themselves.</w:t>
      </w:r>
    </w:p>
    <w:p>
      <w:pPr>
        <w:autoSpaceDN w:val="0"/>
        <w:autoSpaceDE w:val="0"/>
        <w:widowControl/>
        <w:spacing w:line="324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“They’re due in tomorrow.”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wave of frustration washed over me, a familiar sensation in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unexpected detour. I crossed my arms, leaning in slightly, my voice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laced with a dry humor intended to deflect the sudden shift in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meticulously planned schedule. "Silverton’s got a knack for trapping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me," I quipped, trying to maintain a veneer of control while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simultaneously acknowledging the inconvenient truth. The words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hung in the air, a tentative bridge across the chasm of unspoken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questions and suspicions.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ghost of a smile – a quick upward twitch of his lips, barely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perceptible, quickly masked by his return to the more serious task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organizing his work area – played across Logan's lips. It vanished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quickly as it appeared, leaving behind only a subtle shift in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demeanor, a hint of something unguarded peeking through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usual guarded exterior. He leaned against the battered frame of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truck, the light catching the dust motes swirling around him,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creating a momentary halo effect. With a casual ease that belied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complexity of the subject, he began explaining the delicate balance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a wrench, his words flowing effortlessly, a counterpoint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earlier tension.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“It’s about weight distribution,” he explained, his hands gesturing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he spoke, tracing imaginary lines in the air. “Find the right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balance, and you can get things done efficiently. Too much weight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one spot, and you’ll strip the bolt.” His words, simple in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mechanics, felt loaded with a deeper meaning, a metaphor for life's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intricacies that hung heavy between us.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interest piqued, I pushed aside the urgent need to resume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investigation. "How did you learn all this?" I asked, surprised by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unexpected shift in our interaction. The question hung in the air, a</w:t>
      </w:r>
    </w:p>
    <w:p>
      <w:pPr>
        <w:sectPr>
          <w:pgSz w:w="8000" w:h="12000"/>
          <w:pgMar w:top="442" w:right="678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silent acknowledgment of a shared moment.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hesitated for a brief moment, a flicker of something akin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vulnerability before his carefully constructed mask returned. “My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dad had a garage just like this one. Learned everything from him,”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replied, his voice softening slightly, a trace of nostalgic fondness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coloring his words. The tone shifted, hinting at a life I had no access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to, a depth I wanted to explore despite the circumstances.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moment felt fragile, precious, hanging by a thread.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shift was abrupt. As if sensing the delicate balance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moment and fearing it might shatter, he turned abruptly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paperwork spread across his workbench, the subtle shift in tone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replaced by his earlier reserve. The radio in the corner crackled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life, a low country twang filling the space, a jarring counterpoint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quiet understanding that had briefly existed between us.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returned to his task, his concentration as intense as it had been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earlier, erasing the momentary openness that had captivated me.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silence felt more pronounced now, heavier than before, loaded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an unspoken understanding between us. I could not help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notice a cracked mirror hanging on the wall, the reflection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distorted, a poignant visual metaphor for the fragmented truths we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seemed to be both unearthing and concealing.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"Whistleblower" etched on the photograph lingered in my mind,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constant reminder of the potential danger and the intricate web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secrets wrapped around my ambitions. My initial thoughts had been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dominated by personal implications - the effect the discovery would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have on the eco-resort, the potential legal problems. But this new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interaction, this unexpected glimpse into Logan's personal life,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complicated everything. It introduced a layer of human complexity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into this investigation, highlighting the fine lines between ambition,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personal gain, and the ethics I'd always prided myself on. It also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complicated my investigation. It would be much harder to treat him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purely as a source of information if this connection was allowed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become deeper.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thanked him, my smile tight, trying to convey gratitude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professionalism, two things I needed to maintain to safeguard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position. The light in the garage seemed harsher now, the shadows</w:t>
      </w:r>
    </w:p>
    <w:p>
      <w:pPr>
        <w:sectPr>
          <w:pgSz w:w="8000" w:h="12000"/>
          <w:pgMar w:top="296" w:right="640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deeper, amplifying the sense of tension that hung between us as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turned to leave. The weight of my discovery pressed heavily upon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me, a stark contrast to the setting sun that cast long, dramatic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shadows across the Silverton landscape. The dust kicked up by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SUV's tires seemed to whisper secrets on the wind, a reminder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precarious position I found myself in, caught between ambition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a slowly unfolding truth.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Outside, the twilight settled, casting the town in a subdued light.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quiet hum of the engine seemed to amplify the silence, a stark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contrast to the hectic rhythm of Portland. The familiar scent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Oregon forest was missing, replaced by a pervasive aroma of dust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dry earth, foreshadowing the dangers that lay ahead.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investigation had transformed from a carefully planned business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venture into something far more complex, far more dangerous.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planned trajectory felt miles away. It had been irrevocably altered,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the unfamiliar path ahead was both daunting and intoxicating.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carefully crafted image, my controlled narrative was crumbling.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the deeper I delved, the more I realized just how much was 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stake, both professionally and personally. The unanswered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questions, the potential cover-up, and the simmering attraction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man who held a piece of the puzzle, all combined to create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potent mix of danger and intrigue. The night stretched before me,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full of unspoken words and the lingering scent of oil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unanswered questions, waiting for the next day and the arrival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those crucial parts. The town seemed to hold its breath, as if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awaiting my next move, oblivious to the internal conflict raging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within me, unsure of my next step, and acutely aware that I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playing a dangerous game, with the stakes higher than I could have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ever imagined. The weight of the "Whistleblower" pressed heavily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upon me, a constant, chilling reminder of the truth buried beneath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surface.</w:t>
      </w:r>
    </w:p>
    <w:p>
      <w:pPr>
        <w:sectPr>
          <w:pgSz w:w="8000" w:h="12000"/>
          <w:pgMar w:top="296" w:right="706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Eyes in the Dust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dust swirled around my ankles as I walked back to the inn,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gritty particles clinging to the hem of my skirt. Even the soles of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expensive heels couldn't quite conquer the pervasive dust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coated everything in Silverton, a fine layer of ochre clinging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Victorian facades, the cobblestones, even the air itself. From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corner of my eye, I caught a glimpse of movement – a fleeting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shadow in the garage doorway, Logan’s silhouette stark against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garish neon glow of the “Open” sign. He didn't call out, didn't wave.</w:t>
      </w:r>
    </w:p>
    <w:p>
      <w:pPr>
        <w:autoSpaceDN w:val="0"/>
        <w:autoSpaceDE w:val="0"/>
        <w:widowControl/>
        <w:spacing w:line="264" w:lineRule="exact" w:before="60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 a silent, lingering presence. I didn't turn to look again,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unsettling feeling clinging to me like the dust. My heels clicked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sharp rhythm against the sidewalk, a counterpoint to the slow,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deliberate pulse of this small town, a town that was starting to feel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less charming and more claustrophobic with every passing hour.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anonymous notes and the newspaper clipping – the grainy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photograph of the "Whistleblower," his face obscured but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haunted eyes burning through the cheap newsprint – felt like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weights in my pockets, their presence a constant, unnerving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reminder of the conspiracy unfolding around me. The air hung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heavy, thick with a tension that had nothing to do with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oppressive summer heat and everything to do with secrets and lies.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 distance, the rumble of a tractor working a nearby field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blended with the unsettlingly familiar chime of my phone, the shrill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KRSM wildfire alert a dissonant note in the otherwise quiet evening.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alert, a constant reminder of the dry conditions and the ever-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present threat looming over Silverton. This, coupled with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growing unease, created a suffocating sense of foreboding.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shutter creaked faintly in the faint breeze, a mournful sigh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against the stillness. The dim glow of a porch light flickered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momentarily, casting elongated, distorted shadows that danced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weathered clapboard of the buildings. The scene was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picturesque, yet deeply unsettling, a stark contrast to the vibrant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energy of Portland. Even the usual comfort of familiar patterns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controlled environments seemed to crumble under the pressure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my situation.</w:t>
      </w:r>
    </w:p>
    <w:p>
      <w:pPr>
        <w:sectPr>
          <w:pgSz w:w="8000" w:h="12000"/>
          <w:pgMar w:top="442" w:right="648" w:bottom="498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 the wrought-iron gate of the inn, I paused, glancing back toward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garage. Logan was gone. But the feeling of being watched,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being scrutinized, persisted. It was a primal instinct, a chilling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feeling of being observed, hunted. My hand instinctively went to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phone, my fingers instinctively tracing the edge of the clipping’s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image stored within. Each line, each word on the anonymous notes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seemed to writhe in my palm.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town was quiet, almost eerily so. The usual sounds of evening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life – the distant laughter of children, the murmur of conversations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drifting from open windows – were muted, replaced by a heavy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silence that pressed down on me. It was a silence that spoke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volumes, a silence pregnant with unspoken anxieties and hidden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truths. The dust, settling on the cobblestones, seemed to amplify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feeling of isolation, of being trapped in a place where secrets clung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the very air. The sense of isolation, once a welcome respite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relentless pace of my life in Portland, had now morphed into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something insidious, something that threatened to engulf me.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unlocked the gate and entered the inn’s shadowed courtyard.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scent of honeysuckle, usually a sweet and comforting aroma,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seemed strangely muted, overwhelmed by the lingering smell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dust and the underlying acrid tang of woodsmoke carried on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wind – a silent testament to the ever-present threat of wildfires,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potential disaster that now felt intertwined with my investigation.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inn's quiet façade, once welcoming, felt cold and detached,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mirroring the chilling revelation of the "Whistleblower"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unfolding cover-up. I made my way to my room, each step an effort,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weight of my discovery and the potential dangers it implied,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heavy burden I carried with every breath.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Inside, the room offered only temporary sanctuary. The flickering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lamp cast dancing shadows on the walls, the silence broken only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rhythmic tick-tock of the grandfather clock in the hallway.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forced myself to sit at the desk, the clipping spread out before me.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grainy image of the whistleblower, the cryptic notes,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chilling connection to the 2008 fire – it all coalesced, forming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disturbing picture, a tapestry of deceit and corruption woven into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very fabric of Silverton. I stared at the photograph, drawn in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mysterious man’s gaze, and the sense of dread in his eyes.</w:t>
      </w:r>
    </w:p>
    <w:p>
      <w:pPr>
        <w:sectPr>
          <w:pgSz w:w="8000" w:h="12000"/>
          <w:pgMar w:top="296" w:right="640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thoughts raced. The legal ramifications, the potential damage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reputation, the impact on the eco-resort project—all loomed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large. But beyond the professional consequences, a deeper,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unsettling fear gnawed at me. This wasn't just about a business deal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gone wrong. This was about something far more sinister, something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reached beyond the confines of corporate greed and touched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upon something far more dangerous. The very heart of Silverton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seemed to be rotten, its idyllic facade a mere veneer masking a dark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underbelly of deceit and cover-ups.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phone rang, jarring me from my thoughts. It was a number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didn't recognize. My heart pounded in my chest as I hesitated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before answering. A woman's voice, calm yet laced with a chilling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undercurrent, filled the room.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"You're digging too deep, Ms. Blake," she said, her voice dripping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with thinly veiled menace. "Some things are best left undisturbed."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line went dead. I stared at the phone, my breath catching in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throat. The sense of dread intensified, a suffocating blanket of fear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enveloping me. The seemingly idyllic town of Silverton now felt like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 cage, its charming facade a deceptive mask hiding a sinister truth.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wildfire warning, the anonymous notes, Logan’s enigmatic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presence – it all clicked into place, confirming my growing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suspicion that I was walking into a dangerous game, a game where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stakes were far higher than I had ever imagined. My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investigation was no longer just about a lucrative business deal;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become a fight for survival, a battle against unseen enemies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hidden truths. The dust of Silverton, once a simple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inconvenience, now felt like a suffocating shroud, a constant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reminder of the secrets buried beneath the surface, waiting to be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unearthed. And I, caught in the middle, was about to unearth them.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night pressed in, a tangible entity of unease, a physical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manifestation of the dangers lurking in the shadows of this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seemingly innocent town. The next morning would bring a new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day, but it would also bring a new set of challenges, a confrontation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would test everything I had worked for, everything I had ever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believed in. The weight of the truth, and the courage to face it,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rested heavily upon my shoulders. The dust of Silverton whispered</w:t>
      </w:r>
    </w:p>
    <w:p>
      <w:pPr>
        <w:sectPr>
          <w:pgSz w:w="8000" w:h="12000"/>
          <w:pgMar w:top="428" w:right="642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warnings on the night wind, a symphony of apprehension playing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out in the darkness.</w:t>
      </w:r>
    </w:p>
    <w:p>
      <w:pPr>
        <w:sectPr>
          <w:pgSz w:w="8000" w:h="12000"/>
          <w:pgMar w:top="296" w:right="90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A Moments Respite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Silverton Grille smelled of frying bacon and coffee, a sharp,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greasy scent that clashed oddly with the faint, floral perfume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clinging to my clothes. I slipped into a booth tucked away in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shadowy corner, the checkered vinyl cool beneath my thighs. Sepia-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toned photographs of lumberjacks and logging camps lined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walls, their faded smiles a ghostly echo of a bygone era. The whole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place felt steeped in a kind of quiet nostalgia, a sense of time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standing still that was both comforting and unsettling. It stirred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fleeting memory – Lily, my sister, always had a fondness for these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kinds of places, the kind of small-town diners where life moved at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slower, more deliberate pace. Her laughter, echoing over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plates of fries, felt like a distant whisper, quickly swallowed by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present anxieties.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shook my head, pushing the memory aside. The laptop, still warm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from its time in my hotel room, felt like a lifeline, a familiar tool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unfamiliar landscape. I opened it, ready to rewrite my proposal,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adjust the language, to smooth the edges of my ambitious plans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the eco-resort. It was time to make this work, to convince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Silverton council, to overcome the resistance. I needed a win.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Then I felt it – the paper, crisp and thin, nestled deep within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folds of my handbag. Another note. The panic tightened my chest,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cold knot of dread squeezing the air from my lungs. I reached into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bag, my fingers brushing against the soft leather, searching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small, almost invisible rectangle of paper. The zipper, usually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simple, quiet mechanism, seemed to grind with an almost malicious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defiance, adding to the mounting sense of unease.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pulled the note out, the thin paper crinkling in my trembling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fingers. “Firm knew,” it read, the words stark and bold against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cheap paper, its scrawling script a chilling message. The simple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phrase struck like a physical blow. The chilling simplicity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message sent a shiver down my spine. "Firm knew" – what did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mean? What did they know? And more importantly, who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"they"? My heart hammered against my ribs, a frantic drumbeat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against the quiet hum of the diner.</w:t>
      </w:r>
    </w:p>
    <w:p>
      <w:pPr>
        <w:sectPr>
          <w:pgSz w:w="8000" w:h="12000"/>
          <w:pgMar w:top="442" w:right="656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eyes darted around the room, scanning the faces of the other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patrons. A farmer in overalls, his face creased with worry lines,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stared down at his pancakes. Ellen, the waitress with the kind eyes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steady hands, poured coffee with a practiced grace, 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movements fluid and calm, a stark contrast to the turmoil swirling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within me. But their glances, brief and fleeting, felt loaded with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silent knowledge. They were watching me. They knew something.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Or perhaps, they suspected something. The weight of suspicion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pressed down, heavier than the dust that had coated my clothes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previous day. It settled on the small diner, turning it into an arena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where I felt exposed, completely vulnerable, and entirely alone.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sweet, sticky tang of syrup hung in the air, mingling with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scent of frying bacon and the faint hum of a jukebox in the corner.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sounds of the diner, normally comforting, now amplified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rising paranoia. Every clinking fork, every murmured conversation,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felt charged with unspoken secrets. I felt their gazes lingering,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attention fixed on me, an outsider in their midst. Their silence,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heavier than the weight of the note in my hand, screamed of hidden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knowledge, unspoken truths, and a conspiracy that was slowly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closing in around me.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weight of the note in my pocket, the chilling simplicity of those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three words, "Firm knew," intensified my unease. The note felt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dangerous, a threat more insidious than the wildfire alert. I tried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focus, to refocus, to bring my concentration back to the proposal.</w:t>
      </w:r>
    </w:p>
    <w:p>
      <w:pPr>
        <w:autoSpaceDN w:val="0"/>
        <w:autoSpaceDE w:val="0"/>
        <w:widowControl/>
        <w:spacing w:line="264" w:lineRule="exact" w:before="58" w:after="0"/>
        <w:ind w:left="0" w:right="86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the words blurred, the sentences losing their shape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meaning under the crushing weight of fear and suspicion.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could feel the eyes upon me, even though they were masked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polite smiles and averted glances. It was the subtle shift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room, a subtle change in the energy, the palpable shift from easy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chatter to a more cautious silence, a collective breath held.</w:t>
      </w: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Everyone seemed to sense the growing tension, the sudden shift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atmosphere. The once comforting sounds of a small-town diner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became a symphony of suspicion, the clatter of plates, the gentle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hum of the jukebox, the quiet murmur of conversations all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contributing to a growing sense of unease. The sweetness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syrup felt cloying, almost sickly, mirroring the unease churning</w:t>
      </w:r>
    </w:p>
    <w:p>
      <w:pPr>
        <w:sectPr>
          <w:pgSz w:w="8000" w:h="12000"/>
          <w:pgMar w:top="428" w:right="662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within my stomach.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reread the note again, tracing the stark, bold letters with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fingertip, and the simple message kept getting clearer and sharper—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more terrifying. This was not just a small-town feud; this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something far larger, far more dangerous. And it all seemed to stem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from the 2008 fire, a fire that was now inextricably linked to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eco-resort project. My project, once an act of environmentally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conscious ambition, had stumbled into a nest of corruption, a hive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secrets and hidden lies.</w:t>
      </w:r>
    </w:p>
    <w:p>
      <w:pPr>
        <w:autoSpaceDN w:val="0"/>
        <w:autoSpaceDE w:val="0"/>
        <w:widowControl/>
        <w:spacing w:line="322" w:lineRule="exact" w:before="206" w:after="0"/>
        <w:ind w:left="0" w:right="0" w:firstLine="0"/>
        <w:jc w:val="center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comforting warmth of the diner suddenly seemed like a mirage.</w:t>
      </w: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friendly faces of the locals no longer held an air of gentle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innocence; they carried an eerie familiarity that sent shivers down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spine. They were watchers, silent observers, each bearing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silent weight of untold truths. Each glance, quick and furtive,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served as a silent confirmation of my growing apprehension;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something was amiss. The peaceful atmosphere, once a welcome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refuge from the anxieties of my investigation, now only served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amplify the chilling revelations of the note. My heart hammered,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anticipating a confrontation. My gut told me to leave, to disappear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before more secrets were unearthed, but the note kept me tethered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 the diner, tethered to the growing threat in Silverton.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tried to focus on the laptop screen, but the words on the screen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swam before my eyes, the letters merging and blurring into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indistinguishable mess. The note in my pocket felt like a burning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brand. Every time I felt myself drifting back towards normalcy,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back towards the comforting familiarity of work, the note would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jolt me back to reality. This wasn't about business anymore.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something far more profound, far more dangerous. The idyllic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facade of Silverton was crumbling, and the truth beneath was far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darker, far more sinister than I had ever imagined.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anonymous notes were no longer just cryptic messages;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invitations into a world of deceit and danger. The whispers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past, the silent complicity of the town, and the looming threat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the wildfire all combined to create a palpable sense of dread.</w:t>
      </w:r>
    </w:p>
    <w:p>
      <w:pPr>
        <w:autoSpaceDN w:val="0"/>
        <w:autoSpaceDE w:val="0"/>
        <w:widowControl/>
        <w:spacing w:line="264" w:lineRule="exact" w:before="58" w:after="0"/>
        <w:ind w:left="0" w:right="432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small, quiet town was harboring a monstrous secret, and I,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unwillingly, was at the center of it. The warm familiarity of the</w:t>
      </w:r>
    </w:p>
    <w:p>
      <w:pPr>
        <w:sectPr>
          <w:pgSz w:w="8000" w:h="12000"/>
          <w:pgMar w:top="296" w:right="650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diner now felt like a stage, its gentle hum a background score to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unfolding drama that threatened to consume me. I finished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coffee, the bitter taste lingering on my tongue, a mirror to the grim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reality that I was hopelessly entrenched in this game of deception.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fingers, still trembling, hovered over the keyboard. It was time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start writing a new kind of proposal—one that wasn't just about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building an eco-resort, but about uncovering the dark heart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Silverton.</w:t>
      </w:r>
    </w:p>
    <w:p>
      <w:pPr>
        <w:sectPr>
          <w:pgSz w:w="8000" w:h="12000"/>
          <w:pgMar w:top="296" w:right="748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Rumors of Loss</w:t>
      </w:r>
    </w:p>
    <w:p>
      <w:pPr>
        <w:autoSpaceDN w:val="0"/>
        <w:autoSpaceDE w:val="0"/>
        <w:widowControl/>
        <w:spacing w:line="264" w:lineRule="exact" w:before="286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Silverton Grille hummed with a low thrum of conversation,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counterpoint to the rhythmic clatter of cutlery against ceramic.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Sunlight, fractured by the dust motes dancing in the air, sliced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 the slatted blinds, painting stripes of warm gold across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worn wooden tables. I had chosen a booth in the back, hoping for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measure of anonymity, but the quiet buzz of the diner felt like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pressure cooker, building slowly to a crescendo of unspoken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tension.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fingers, still slightly trembling from the shock of the note,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wrapped around a steaming latte. The ceramic mug felt cool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comforting against my skin, a welcome contrast to the simmering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unease in my gut. I'd ordered it to buy myself time, to compose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myself before tackling the revised proposal on my laptop. But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attention was less on the words swimming on the screen and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on the low murmurs emanating from a nearby table.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Four locals were huddled together, their faces drawn into a tight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knot of shared secrets. A woman with wind-chapped cheeks and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kind, weathered face, her age etched in the lines around her eyes,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nursed a mug of coffee. Beside her sat a man whose work-worn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hands, gnarled and strong, rested on the table, his calloused fingers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tracing the rim of a chipped coffee cup. A younger woman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fiery red hair, her gaze constantly darting around the room,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occasionally glanced at the man with anxiety. Opposite them sat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large, bearded farmer, his overalls dusted with the fine particles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Oregon soil.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conversation was low, almost a conspiratorial whisper,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punctuated by the soft clink of a spoon against ceramic. I strained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hear, pretending to focus on my laptop, my fingers casually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tapping on the keyboard, but my ears were finely tuned, picking up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fragments of words like pieces of a puzzle. The name “Logan”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repeated, woven into the fabric of their hushed discussion, along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with the date, “2008”.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“…after the fire,” the woman said, her voice barely a breath above</w:t>
      </w:r>
    </w:p>
    <w:p>
      <w:pPr>
        <w:sectPr>
          <w:pgSz w:w="8000" w:h="12000"/>
          <w:pgMar w:top="442" w:right="72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 sigh. “He lost his fight…to expose a cover-up…”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farmer leaned in, his voice even lower, a barely audible rumble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sent a shiver down my spine. “Corporate greed,” he muttered,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gaze flicking towards the window, then back to his companions,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making sure his words were not overheard by the casual observer.</w:t>
      </w: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“Cost lives… more than we know…”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Ellen, the waitress with the warm smile and calm demeanor, refilled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mugs with coffee. Her movements were practiced and precise,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yet there was a certain solemnity in her approach that suggested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was fully aware of the gravity of their conversation. She nodded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solemnly at something the farmer said, her voice a mere whisper,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almost inaudible over the low hum of the diner. “Logan paid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price for truth…”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pen flew across my notebook, scratching down "cover-up?"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"firm?" in a frantic shorthand, barely legible even to myself.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quickly disguised my writing by taking a sip from my still warm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latte, trying to appear nonchalant as a small tremor shook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hands. The casual observer would likely have only noticed my calm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exterior and assumed the shaking hands were nothing more than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usual effect of caffeine. But the undercurrent of tension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diner had become almost palpable. The words hung in the air,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heavy with implication. The casual warmth of the diner,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clinking spoons, the sunlight slanting through the dusty blinds –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 felt like a carefully constructed facade, a thin veneer over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something far darker and more sinister.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locals’ protectiveness was evident in the careful lowering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voices, their furtive glances toward Ellen. They were shielding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her, and perhaps, something more. Their whispers were not simply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about gossip; they were about protecting a truth they deemed too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dangerous to share openly.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initial curiosity had transformed into something far deeper;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sense of foreboding. It wasn't just idle speculation anymore;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pieces were falling into place, connecting the cryptic message in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pocket to the hushed tones in the diner. The “Firm knew,” etched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on that cheap scrap of paper, felt less like a puzzle and more like a</w:t>
      </w:r>
    </w:p>
    <w:p>
      <w:pPr>
        <w:sectPr>
          <w:pgSz w:w="8000" w:h="12000"/>
          <w:pgMar w:top="296" w:right="646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direct threat, a warning that extended beyond the confines of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investigation.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weight of the note in my handbag, its stark simplicity,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heavier than ever, a constant reminder of the potential dangers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walked into. The idyllic charm of Silverton, once a welcome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distraction from my own anxieties, now felt like a carefully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constructed prison, its walls built on layers of unspoken secrets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carefully guarded lies. Their loyalty to each other, their unspoken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complicity, created a wall that I was struggling to breach. I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wondered how many more such secrets the town concealed, hidden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beneath the seemingly tranquil surface of its daily life.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warmth of the diner, once comforting, now felt stifling.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finished my latte, the bitter taste lingering on my tongue, as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discreetly closed my laptop and slipped the notebook into my bag.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quiet hum of the diner, previously a comforting background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noise, was now a disconcerting soundtrack to the unfolding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mystery, the soundtrack of a city keeping secrets, a mystery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only just starting to unravel. The sun was beginning to dip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below the horizon. The shadows lengthened, casting long, dramatic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strokes across the room. It was time to leave, but the seed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suspicion had been planted, and it was growing stronger with every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passing moment. My plan for the eco-resort suddenly seemed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insignificant in the face of the larger, more dangerous game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being played right here, in this seemingly quiet, unremarkable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town.</w:t>
      </w:r>
    </w:p>
    <w:p>
      <w:pPr>
        <w:sectPr>
          <w:pgSz w:w="8000" w:h="12000"/>
          <w:pgMar w:top="296" w:right="70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Logans Routine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aroma of frying bacon and sizzling hash browns hung heavy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air, a comforting scent that did little to soothe the unease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churning in my stomach. My fingers still trembled slightly,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lingering effect of the shock from the anonymous note. I pretended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focus on the revised proposal on my laptop, the words blurring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before my eyes, my concentration continually broken by the low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hum of conversation surrounding me. My peripheral vision,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however, remained acutely aware of everything happening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diner.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Then he entered.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Logan Maddox.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bell above the door chimed a soft welcome, barely audible over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clatter of cutlery and the murmur of voices. He moved with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quiet confidence, his gait easy and assured, his worn leather boots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scuffing slightly against the polished wooden floor. His shoulders,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broad and strong beneath his worn denim jacket, were relaxed, yet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eyes, the color of a stormy sea, scanned the room briefly, taking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 the scene with an almost imperceptible alertness.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nodded curtly to the waitress, a fleeting gesture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acknowledgment, and to the cook, a man whose face was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perpetually dusted with flour. His familiarity with the staff, the way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moved in this space, spoke volumes about his place in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community—a place I was clearly not a part of. He slid into a booth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tucked away in the back, the very corner that offered the most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privacy, offering a sharp contrast to my own somewhat conspicuous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positioning.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Ellen, the same waitress who had earlier refilled the coffee cups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group discussing the 2008 fire, approached him with a warm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smile. "Usual, hon?" she asked, her voice as familiar and comforting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the steam curling upward from his soon-to-be-filled mug.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grinned, a quick, almost shy, smile that crinkled the corners of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eyes, a smile that belied the hardened exterior he presented to me.</w:t>
      </w:r>
    </w:p>
    <w:p>
      <w:pPr>
        <w:sectPr>
          <w:pgSz w:w="8000" w:h="12000"/>
          <w:pgMar w:top="442" w:right="674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"You know it," he replied, his voice a low rumble that vibrated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hint of amusement. He added something else, a brief comment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about the extra strength coffee today, provoking a chuckle and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slight roll of the eyes from Ellen. Their exchange was quick, almost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perfunctory, yet laced with a comfortable affection that spoke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volumes of their history and their deep-rooted connection to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town. A napkin fluttered to the table as he smoothed it out with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calloused hands, an unconscious gesture that spoke volumes of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character.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pen hovered over my notebook, pausing mid-stroke.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contrast between his ease and comfort here—the relaxed smile,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familiar exchange with Ellen, the way he unfolded the napkin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ease of someone completely at home—and the tense, almost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aggressive encounters we’d had was stark, a jarring juxtaposition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only heightened my suspicion. The image of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"Whistleblower" clipping flashed across my mind's eye—a stark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reminder of the connection between him and the shadows lurking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within my own firm.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quickly ducked my head, pretending to be engrossed in my laptop.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screen, however, offered little solace; the words on the proposal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blurred together into an indistinguishable mess. My heart pounded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rapid rhythm against my ribs, a frantic drumbeat that betrayed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carefully constructed façade. I felt his presence like a low hum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 air, vibrating around me, permeating every corner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diner.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locals, seemingly aware of his presence, offered subtle nods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brief greetings, acknowledging him as one of their own—a member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this tightly knit community I was desperately trying to infiltrate.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casual acceptance of him only intensified the sense of my 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outsider status. I felt acutely aware of my own awkwardness,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city clothes out of place against the casual attire of the locals.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scribbled "community ties" in my planner, a curt observation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devoid of personal reflection. The clipping, tucked safely away,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served only as a stark reminder of the weight of the task ahead.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wouldn't let myself get bogged down in emotional tangents 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speculations. I needed to keep my focus. My time in Silverton was</w:t>
      </w:r>
    </w:p>
    <w:p>
      <w:pPr>
        <w:sectPr>
          <w:pgSz w:w="8000" w:h="12000"/>
          <w:pgMar w:top="296" w:right="646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center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running short, and the weight of the task at hand—uncovering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truth about the cover-up—felt heavier with every passing moment.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sunlight streaming through the window created dancing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shadows on the walls, a silent ballet that underscored the hidden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drama unfolding beneath the surface of the diner's seemingly placid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façade. The clatter of cutlery and the murmur of voices served 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relentless soundtrack to my increasingly fraught investigation,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chaotic symphony that underscored my acute sense of being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outsider looking in.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tried to focus on the details of the proposal, the financial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projections and the environmental impact statement. But the words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seemed to swim before my eyes, a jumbled mess of numbers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statistics that held little relevance to the deeper story unfolding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before me.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 remained in his corner booth, his back to me, but 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presence filled the diner. Every glance, every exchange, every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casual word between the locals only served to emphasize my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isolation, to highlight the gulf between me and the community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trying to understand. He finished his coffee, left a folded bill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table, and casually walked out, disappearing into the crisp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Oregon air, leaving behind an almost tangible sense of unease in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wake. My pen, still trembling slightly, quickly scribbled more notes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 margin of my planner. I needed to approach this differently,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more carefully. My earlier attempts at direct confrontation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clearly been failures. I had to find a new strategy, a way to build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trust and break through the wall of secrets surrounding Logan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close-knit community. The sun was dipping below the horizon,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casting long shadows that seemed to deepen the mystery at hand.</w:t>
      </w:r>
    </w:p>
    <w:p>
      <w:pPr>
        <w:autoSpaceDN w:val="0"/>
        <w:autoSpaceDE w:val="0"/>
        <w:widowControl/>
        <w:spacing w:line="264" w:lineRule="exact" w:before="58" w:after="0"/>
        <w:ind w:left="0" w:right="86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game, I realized, was far more complex than I initially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anticipated. And I was only just beginning to play.</w:t>
      </w:r>
    </w:p>
    <w:p>
      <w:pPr>
        <w:sectPr>
          <w:pgSz w:w="8000" w:h="12000"/>
          <w:pgMar w:top="296" w:right="666" w:bottom="1318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Loyaltys Barrier</w:t>
      </w:r>
    </w:p>
    <w:p>
      <w:pPr>
        <w:autoSpaceDN w:val="0"/>
        <w:autoSpaceDE w:val="0"/>
        <w:widowControl/>
        <w:spacing w:line="264" w:lineRule="exact" w:before="286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last of the coffee had grown cold, the diner's midday bustle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fading into a quieter hum. I gathered my laptop and papers,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weight of the revised proposal suddenly feeling insignificant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compared to the heavier weight of unanswered questions. As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prepared to leave, Ellen, the waitress, approached my table,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usual cheerful demeanor replaced with a hesitant quietude.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wiped her hands on her apron, her soft eyes, usually bright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welcoming, now held a flicker of wariness. Her grip on the edge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apron tightened almost imperceptibly, her knuckles whitening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slightly.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"Logan’s solid, despite the betrayal he faced," she said, the words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unprompted, a low murmur barely audible above the fading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chatter. Her voice, usually bright and breezy, was now laced with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protective undertone, a subtle shift that spoke volumes.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protective instinct she exhibited was tangible; a subtle shift in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posture, a lowering of her voice as if sharing a secret, a confidential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piece of information reserved only for those within the circle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trust.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statement hung in the air, a carefully veiled remark that piqued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curiosity, a carefully laid trap baited for my questioning.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earlier attempts to understand the town had been met with polite,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albeit guarded, responses. This felt different. This felt like a crack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wall of silence. I needed to test the waters carefully.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adjusted my tone, attempting to sound casual, deflecting any sense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desperation or intrusive prying that might close the door that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 slightly cracked open. “What happened in ‘08?” I asked,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keeping my voice low, mirroring the hushed tone she'd adopted.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question was calculated, a subtle probe designed to gauge the depth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her willingness to share, a carefully crafted nudge into a world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secrets. The question itself was innocuous, yet it carried the weight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anonymous notes, the weight of the mystery surrounding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fire, and the chilling suggestion that my own firm may have been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involved in a cover-up.</w:t>
      </w:r>
    </w:p>
    <w:p>
      <w:pPr>
        <w:sectPr>
          <w:pgSz w:w="8000" w:h="12000"/>
          <w:pgMar w:top="442" w:right="642" w:bottom="498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288" w:firstLine="0"/>
        <w:jc w:val="center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Ellen's smile vanished, replaced by a tight-lipped expression.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hesitated, her gaze dropping to the worn wooden countertop,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fingers tracing the grain of the wood. The silence stretched, thick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heavy with unspoken words, a tangible barrier between us,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stark reminder of the deep-seated loyalty within the community.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“Some truths burn too deep to share,” she finally murmured,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voice barely a whisper. The words felt final, a door slamming shut,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protective wall erected around a painful past. The simple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sentence, though seemingly vague, served as a powerful plot cue;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confirmation of my suspicions that something significant occurred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back in '08, something significant enough to evoke such a deep-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seated loyalty and secrecy. It wasn’t a confrontation; it was a subtle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acknowledgment of a boundary that I was clearly crossing.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nodded slowly, forcing a smile that felt strained and unconvincing,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even to me. My unease, however, wasn't the result of a sudden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emotional revelation, but rather a tightening of the investigative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knot. The notes' cryptic warnings—"Check the '08 fire," "Firm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knew"—now resonated with a chilling clarity. They were no longer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 pieces of paper; they were keys, unlocking fragments of a story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hidden beneath the placid surface of Silverton.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gathered my things, my movements slow and deliberate, trying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maintain the facade of composure while battling a rising tide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unease. The diner's bell jangled sharply as I pushed open the door,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metallic sound cutting through the quietude, a sound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echoed the jarring shift in the conversation. As I stepped onto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sidewalk, the sun's warm rays felt unexpectedly harsh, amplifying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sense of isolation that seemed to envelop me. The chattering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few remaining patrons in the diner faded to a distant murmur,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muffled soundtrack to my growing unease. I could feel the eyes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locals following my departure, an unsettling spotlight tracing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outline of my silhouette as I walked down the street.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crisp Oregon air did little to clear my mind. The image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Ellen’s guarded expression, the sharp jangle of the diner's bell,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weight of unspoken words pressed heavily upon me. I walked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slowly, absorbing the quiet ambience of the town, yet aware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unsettling surveillance I was under. The town was beautiful, yet it</w:t>
      </w:r>
    </w:p>
    <w:p>
      <w:pPr>
        <w:sectPr>
          <w:pgSz w:w="8000" w:h="12000"/>
          <w:pgMar w:top="296" w:right="650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also felt like a prison, its tranquility a deceptive veneer masking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hidden layer of secrets and betrayal.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notes felt heavier now, the ink seeming to bleed into the paper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if mirroring the creeping doubts that were beginning to take root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my mind. The casual demeanor of the locals was replaced by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pervasive sense of watchfulness, their quiet acceptance of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presence now transformed into a subtle yet unnerving surveillance.</w:t>
      </w: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could feel their eyes following me, an invisible net weaving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around me, constricting my movements, curtailing my attempts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delve into the depths of Silverton’s secrets.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beauty of Silverton was now tainted with the unsettling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awareness that I was an outsider, and my presence was not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welcome, my investigation an unwelcome intrusion. Logan's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presence, even though he was absent, loomed over me, his shadow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cast across the town like a dark shroud of secrecy, reminding me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considerable task I faced.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investigation was far from over. The loyalty that Ellen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exhibited to Logan wasn’t just personal; it was representative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town's collective refusal to divulge its secrets, a fierce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protectiveness that represented the community's tight-knit defense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mechanism against outsiders probing into their private lives. It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wall built not only of stone and wood, but of years of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experiences, friendships, and unspoken agreements, a formidable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barrier against any attempt to uncover the town’s deeply buried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secrets.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continued my walk, my thoughts racing, attempting to piece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together the disparate fragments of information I'd gathered. Ellen's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cryptic warning, the anonymous notes, Logan's presence,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town's resolute silence—all intertwined to form a complex tapestry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suspicion and intrigue. The '08 fire was no longer just a historical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incident; it was the fulcrum upon which the present investigation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revolved, a dark, unresolved chapter in Silverton’s history.</w:t>
      </w:r>
    </w:p>
    <w:p>
      <w:pPr>
        <w:autoSpaceDN w:val="0"/>
        <w:autoSpaceDE w:val="0"/>
        <w:widowControl/>
        <w:spacing w:line="264" w:lineRule="exact" w:before="264" w:after="0"/>
        <w:ind w:left="0" w:right="394" w:firstLine="0"/>
        <w:jc w:val="both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sun dipped lower on the horizon, casting long shadows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stretched across the streets, lengthening the seemingly ordinary,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transforming the familiar into something both mysterious and</w:t>
      </w:r>
    </w:p>
    <w:p>
      <w:pPr>
        <w:sectPr>
          <w:pgSz w:w="8000" w:h="12000"/>
          <w:pgMar w:top="296" w:right="672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ominous. As dusk approached, the town settled into a quietude,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calmness that contrasted sharply with the turmoil brewing within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me. I knew that I had to change my strategy. Direct confrontation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failed; subtlety and trust-building seemed to be my only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options. The game was far from over, and I was still just beginning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understand the rules of engagement. But I wouldn't be deterred;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would uncover the truth, no matter the cost. The weight of the task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remained significant, the complexity of the investigation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continually increasing with every piece of information uncovered.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trail seemed to twist and turn, obscuring the truth, making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mission even more challenging and crucial. I had to persevere.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quest for answers now felt like a personal mission, a quest 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unravel the mysteries that had ensnared Silverton's community,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at the same time, to confront my own ethical dilemmas.</w:t>
      </w:r>
    </w:p>
    <w:p>
      <w:pPr>
        <w:sectPr>
          <w:pgSz w:w="8000" w:h="12000"/>
          <w:pgMar w:top="296" w:right="68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Smokes Warning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Grille’s door swung shut behind me, the chime a jarring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counterpoint to the sudden stillness. The air, thick with the metallic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tang of woodsmoke, hung heavy, a hazy curtain drawn across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already muted colours of the late afternoon. Mount Angel's distant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peaks, usually sharp against the clear Oregon sky, were now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cloaked in a gauzy veil of smoke, the hills themselves seeming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exhale a warning. A beat-up pickup truck rumbled past, its radio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spitting out a crackling announcement: a KRSM wildfire alert,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stark, urgent voice cutting through the quietude, warning of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“extreme risk.” The words hung in the air, heavy and ominous,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smoke’s sharp bite in the air mirroring their stark reality. It wasn't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 an abstract threat; it was a palpable presence, a physical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manifestation of the danger that permeated Silverton's idyllic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façade.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revised proposal, tucked securely in my bag, felt ludicrously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insignificant against the backdrop of this looming threat. My initial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focus, the smooth acquisition of Logan Maddox’s land for the eco-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resort, suddenly felt trivial. The implications of the anonymous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notes – "Check the '08 fire," "Firm knew" – resonated with a chilling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intensity, now amplified by the current danger. The whispers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town, previously a source of intrigue, now sounded like the rustling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dry leaves before a wildfire, each whisper a potential spark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simmering tension.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paused on the sidewalk, the Victorian facades of Silverton’s main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street momentarily losing their charming appeal. The gingerbread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trim, usually catching the sun in a warm, inviting glow, now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seemed to cast deceptive shadows, each ornate detail a potential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hiding place for secrets. The town’s picturesque tranquility,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carefully constructed veneer, was starting to crack under the weight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my investigation, revealing a darker, more sinister undercurrent.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air, still thick with smoke, added to the unsettling atmosphere,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transforming the once quaint streets into a stage set for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suspenseful drama.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 leaf, brittle and grey from the unrelenting drought, skittered</w:t>
      </w:r>
    </w:p>
    <w:p>
      <w:pPr>
        <w:sectPr>
          <w:pgSz w:w="8000" w:h="12000"/>
          <w:pgMar w:top="442" w:right="656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across the pavement, its brittle scrape a miniature echo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larger, more menacing sound of the approaching wildfire.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drought's impact was evident everywhere, turning the town's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vibrant greens into a spectrum of browns and yellows, the dried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foliage acting as potential fuel for the advancing fire. The idyllic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landscape, previously a source of inspiration and beauty, was now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source of fear and anxiety.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thoughts drifted back to Logan Maddox, his guarded demeanor,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unyielding resistance he presented to my project. His quiet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defiance, once interpreted as mere stubbornness, now seemed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carry a different weight, a more profound significance. Was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reluctance rooted in something more than just opposition 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development? Was he, like Ellen, a guardian of some long-held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secret? The questions echoed in my mind, unanswered, yet fueling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growing unease that burrowed deep beneath my professional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composure.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doubts, tiny sparks at first, ignited into a flicker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apprehension as I remembered the notes, the chilling possibility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my own firm – my colleagues, perhaps even my bosses –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involved in a cover-up concerning the 2008 fire. The company's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image, its commitment to sustainable practices, now felt like a thin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façade, a carefully constructed fiction that could collapse under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weight of the truth. My ambition, the driving force behind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success, clashed harshly with a rising tide of ethical unease.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However, I stifled this wave of doubt, pushing down the creeping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sense of unease, reminding myself of my strategic objectives. Now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not the time for introspection or personal crises; my focus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remained on gathering more information. I pulled out my phone,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checking the wildfire updates, the news confirming the severity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situation, the alerts flashing a constant reminder of the urgency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shadowed everything. The growing threat only added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urgent pressure, amplifying the sense of urgency, but not shaking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my determination.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street, usually lively with the afternoon's shoppers, now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deserted and strangely silent, the absence of human interaction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deepening the ominous feeling. The shadows were lengthening, the</w:t>
      </w:r>
    </w:p>
    <w:p>
      <w:pPr>
        <w:sectPr>
          <w:pgSz w:w="8000" w:h="12000"/>
          <w:pgMar w:top="296" w:right="652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sun dipping low in the sky, its golden rays unable to penetrate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ever-thickening layer of smoke. The town, previously welcoming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its simplicity, now felt like a stage set for an impending drama, each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darkened corner hiding its own secret.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outsider status, initially a neutral fact, now felt like a burden,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 additional layer of isolation that separated me from the tight-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knit community. The locals’ watchful eyes, previously a subtle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observation, now felt like a net tightening around me. Their silence,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once interpreted as polite reserve, now echoed the chilling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undertones of the anonymous notes.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next move required patience, stealth, and a shrewd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of the dynamics at play. Direct confrontation, as I'd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learned from my conversation with Ellen, was futile. I needed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weave my way through the intricate network of secrets and lies,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earning the trust of the locals, subtly uncovering their closely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guarded truths, without raising their suspicion, or further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jeopardizing my investigation. The game had shifted from a simple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land acquisition to a high-stakes game of deception and revelation,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where every move held the potential for both success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catastrophic failure.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weight of the task, the complexity of the investigation,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immense, heavier than the revised proposals and corporate reports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usually carried. I was no longer just a real estate developer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navigating local opposition, but an investigator facing a potentially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dangerous conspiracy, a conspiracy that seemed to encompass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 my firm, but the entire town of Silverton. The quietude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street felt pregnant with unspoken anxieties, and every quiet creak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from a weathered doorway felt like a warning. As I walked onward,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steps were resolute, my pace slow and cautious, my mind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focused, despite the unsettling presence of the impending wildfire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the oppressive silence of the town. The path to the truth,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knew, lay ahead, shrouded in the haze and waiting to be revealed.</w:t>
      </w:r>
    </w:p>
    <w:p>
      <w:pPr>
        <w:sectPr>
          <w:pgSz w:w="8000" w:h="12000"/>
          <w:pgMar w:top="296" w:right="640" w:bottom="105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A Calculated Tour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Ellen’s invitation arrived as a text, crisp and unadorned: “Silverton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Historical Society tour, Silver Falls State Park, Saturday. Learn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 the land.” The message, seemingly innocuous, held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calculated charm. Ellen, with her subtle manipulations and piercing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insight, knew exactly what she was doing. While outwardly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suggesting a harmless sightseeing trip, she was offering me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opportunity, a strategically disguised means of access into the heart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Silverton's resistance. I couldn’t refuse.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reluctance was palpable. I was a city woman, a creature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concrete and glass, not someone who appreciated meandering tours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 state parks. But the opportunity to gain a better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of Logan Maddox’s connection to the land, to gauge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depth of local sentiment, was too valuable to pass up. This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more than just a social outing; it was a critical step in my plan,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necessary infiltration to smooth the pathway for the eco-resort.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park unfolded before me, a landscape of breathtaking beauty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stark contrast to the urban canyons I called home. Fourteen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waterfalls cascaded down sheer cliffs, their spray a fine mist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kissed my face, carrying the sharp scent of damp earth and pine.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Kalapuya trails, winding through a dense forest, offered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journey through time, their mossy basalt formations hinting 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ancient stories. I walked with measured steps, my phone tucked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securely in my hand, ready to record every detail, every significant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feature. My notes were not just for my presentation; they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pieces of a puzzle, meticulously collected data points in my larger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investigation.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While my professional persona was on display—my notepad,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carefully observed expressions, my pointed questions—my mind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worked in the background. I observed the other participants,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predominantly Silverton residents, their faces etched with the quiet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pride of place. They spoke in hushed tones, their words weaving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 the constant susurrus of the water, creating a sonic tapestry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intertwined the present with the past. Their gaze, I noticed,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subtly shifted to me. I was “the developer,” an outsider attempting</w:t>
      </w:r>
    </w:p>
    <w:p>
      <w:pPr>
        <w:sectPr>
          <w:pgSz w:w="8000" w:h="12000"/>
          <w:pgMar w:top="442" w:right="662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decipher their world. The air crackled with an unspoken tension,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amplified by the proximity of the looming wildfire, whose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menacing shadow still loomed over the idyllic landscape.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tour guide, a woman with kind eyes and a voice that resonated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the wisdom of generations, spoke of sacred lands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preservation battles. Her words, initially intended as simple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historical context, echoed the unyielding resistance Logan Maddox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shown toward my eco-resort proposal. The subtle links between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past and the present became more apparent, each statement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meticulously added to the intricate puzzle. The land wasn't merely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resource to be exploited; it was a heritage, a legacy deeply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entwined with the lives and hearts of the community. I could feel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apprehension, and their resentment toward my project,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radiating from them like heat.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made sure to participate, albeit strategically. I asked pointed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questions, my inquiries artfully disguised as expressions of genuine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interest. “Any recent land disputes in this area?” I casually inquired,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eyes scanning the faces around me, observing their minute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reactions, searching for any hint of the truth. My seemingly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innocuous questions were carefully designed to elicit more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information about the 2008 fire, the whisperings of which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taken on a more ominous, concrete tone. The notes, folded tightly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within my bag, felt heavier now, their unspoken message echoing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quiet solitude of the ancient forest.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forest itself felt watchful, a living entity observing my every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move. The thick canopy muffled the outside world, creating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atmosphere of subdued isolation. The branches creaked overhead,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each sound a potential whisper of warning, as if the very trees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themselves guarded the secrets buried beneath the fertile soil.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air, damp with the waterfall's spray, carried the earthy fragrance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moss clinging to jagged basalt, the subtle gurgle of a stream over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smooth stones a constant counterpoint to the quiet observation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those around me. I was acutely aware of my position as an outsider,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attempts to decipher their secrets failing to mask my true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identity.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guide continued her narrative, detailing the historical</w:t>
      </w:r>
    </w:p>
    <w:p>
      <w:pPr>
        <w:sectPr>
          <w:pgSz w:w="8000" w:h="12000"/>
          <w:pgMar w:top="296" w:right="652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significance of the land, the struggles for its preservation. I made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show of taking notes, but my attention was far from the words.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searching for clues, for hints, for any indication that would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help me unveil the truth. I was listening for that missing piece,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forgotten detail that would connect the dots, illuminate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shadowy history of the 2008 fire.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beauty of the park, the natural wonder of the falls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ancient trails, acted as a beautiful, yet deceiving backdrop. It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almost ironic, the juxtaposition of this stunning natural beauty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against the backdrop of the conspiracy that was unraveling before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me. The idyllic scenery, a masterpiece of nature, served only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highlight the darkness that lay beneath, casting long shadows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my own ambitions.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the tour progressed, I meticulously observed the subtle shifts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interactions between the locals. Their whispers, initially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indiscernible, now carried a clear undertone – they were discussing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me. Their silent judgment hung heavy in the air, a stark reminder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outsider status. The whispers and glances weren’t meant to be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hidden; they were a subtle form of intimidation, a silent warning.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an unwelcome intruder, trying to pry into their secrets.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quiet hostility was palpable; a physical manifestation of their deep-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seated distrust and resentment.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initial aim—to gather information about the land to help sell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eco-resort—shifted. It wasn't just about understanding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terrain now; it was about understanding the people, their history,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deeply ingrained connection to this land. I needed 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 the resistance at its core, to find a way to navigate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around the obstacles they presented. It was clear now: gaining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trust was crucial. And yet, the weight of suspicion continued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cling to me, a damp, cold burden that shadowed each footstep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took through the park’s carefully preserved paths.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phone vibrated, a new wildfire update. The flames were closer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now, their approach mirroring the growing urgency of my 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investigation. The initial focus on the land deal had blurred;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shadowy history of the 2008 fire and the anonymous notes now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overshadowed the eco-resort. I was caught in a web of secrets, a</w:t>
      </w:r>
    </w:p>
    <w:p>
      <w:pPr>
        <w:sectPr>
          <w:pgSz w:w="8000" w:h="12000"/>
          <w:pgMar w:top="296" w:right="652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conspiracy that entangled my ambitious plans with the hidden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history of Silverton. The beauty of the park, the grandeur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waterfalls, became merely a picturesque backdrop to a suspenseful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drama, a setting for the high-stakes game I was now playing.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tour ended, but the real journey had only just begun.</w:t>
      </w:r>
    </w:p>
    <w:p>
      <w:pPr>
        <w:sectPr>
          <w:pgSz w:w="8000" w:h="12000"/>
          <w:pgMar w:top="296" w:right="81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Logans Vigil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tour guide’s voice, a soothing counterpoint to the rushing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water, faded into the background. My attention, however, remained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fixed on the periphery of the group. A figure emerged from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shadows of a towering Douglas fir, his presence as unexpected 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sudden downpour. It was Logan Maddox.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moved with the quiet grace of a predator, his worn denim jacket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blending seamlessly with the forest’s palette of greens and browns.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boots, scuffed and worn, crunched softly on the gravel path,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sound that cut through the otherwise peaceful murmur of the tour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group. He remained at the edge of the assembled crowd, a silent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observer, his gaze sweeping across the faces of the participants,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then lingering on the towering Douglas firs as if searching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something hidden within their deep green boughs. A twig’s sharp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snap underfoot jolted me back to the present, the sound echoing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unnaturally loud in the sudden stillness.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pulse quickened. My fingers tightened around my phone,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cool metal a comforting weight against the growing unease. I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feigned interest in the trail map I held, its carefully detailed lines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poor disguise for the turmoil churning within. I could feel his eyes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 me, a sharp, assessing gaze that sliced through the pretense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casual observation. He didn't approach, didn’t make any overt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move to interact. Yet, his mere presence, his silent vigilance,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transformed the atmosphere. The tension, already palpable,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intensified, creating an electric charge that vibrated through the air.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Sunlight dappled the fern fronds at the edge of the path,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illuminating flecks of emerald green and creating a pattern that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both beautiful and sinister. The incongruity of the serene scene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underlying tension was unsettling. The forest itself seemed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hold its breath, the usual rustling of leaves and chirping of birds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muted, replaced by an almost oppressive silence that magnified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every small sound – the whisper of wind through the pines,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distant gurgle of the creek.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 caught a fragment of conversation between two women further</w:t>
      </w:r>
    </w:p>
    <w:p>
      <w:pPr>
        <w:sectPr>
          <w:pgSz w:w="8000" w:h="12000"/>
          <w:pgMar w:top="442" w:right="658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down the trail. Their voices, hushed and conspiratorial, barely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registered above the sounds of the waterfall. “…Logan’s protecting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dad’s land,” one of them whispered, her words barely audible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distinct enough for me to overhear. The statement, simple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seemingly innocuous, resonated with a profound significance. It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clue, a piece of the puzzle I'd been painstakingly assembling.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linked Logan’s vigilant presence to the larger mystery of the 2008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fire, strengthening my growing suspicion about the role his family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played in this affair.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gaze returned to Logan, noting how he paused, momentarily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shifting his worn baseball cap to better scan the group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surrounding woods. There was a determination in his posture,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fierce protectiveness that spoke volumes. His presence felt like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silent challenge, a warning to keep my distance, to tread carefully.</w:t>
      </w:r>
    </w:p>
    <w:p>
      <w:pPr>
        <w:autoSpaceDN w:val="0"/>
        <w:autoSpaceDE w:val="0"/>
        <w:widowControl/>
        <w:spacing w:line="264" w:lineRule="exact" w:before="58" w:after="0"/>
        <w:ind w:left="0" w:right="576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remained a solitary figure against the backdrop of nature’s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splendor, a silent guardian of the land.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continued to feign interest in the trail map, meticulously folding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unfolding it, a nervous tic I couldn't seem to control.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'Whistleblower' clipping and the anonymous notes I held deep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within my bag seemed to weigh heavier now, the urgency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information within growing with each passing moment. The idyllic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scenery felt increasingly ironic, a stark contrast to the dark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undercurrent of suspicion that now completely dominated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thoughts. The whisper, the silent observation, the very air – all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seemed heavy with an unspoken conflict.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made a point of avoiding eye contact with Logan, my focus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intently placed on the trail map, each detailed bend a distraction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from the weight of his gaze. The forest, once a backdrop of idyllic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beauty, was now beginning to feel oppressive, its silence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claustrophobic blanket that heightened my sense of isolation.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position as an outsider was never more evident. The beautiful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scenery was starting to feel like a cage, the waterfall's spray now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chilling rather than refreshing.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tour continued, but the focus had shifted irrevocably.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historical narratives of the guide were now just a background hum,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 soundtrack to the silent drama unfolding around me. Each rustle</w:t>
      </w:r>
    </w:p>
    <w:p>
      <w:pPr>
        <w:sectPr>
          <w:pgSz w:w="8000" w:h="12000"/>
          <w:pgMar w:top="296" w:right="648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leaves, each snap of a twig, amplified the growing tension.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forest seemed to pulse with a hidden energy, its ancient secrets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mirroring the intrigue surrounding the 2008 fire.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we moved deeper into the park, the weight of Logan's presence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continued to affect the atmosphere. It was not merely his physical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presence but the air of silent defiance, his protectiveness towards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land and its history, that hung heavy in the air. He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constant reminder of my role in all this: an unwelcome intruder,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outsider attempting to exploit the very land he guarded with such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quiet intensity.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had come to Silverton to secure approval for my eco-resort,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navigate the complex network of local politics and concerns.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mission now felt more complicated, fraught with a sense of danger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hadn’t anticipated. The lines between professional ambition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personal intrigue had blurred considerably, the pursuit of my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project becoming inextricably bound up with the unfolding secrets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Silverton's past.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final part of the tour wound along a particularly rugged section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trail. I could feel the unspoken tension rising amongst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locals, their whispers more frequent now, their glances sharp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pointed. The beauty of the setting could not completely obscure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apprehension, the suspicion that seemed to permeate every aspect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the environment.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the tour ended, the group dispersed. I watched as Logan,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silhouette framed against the backdrop of the cascading water,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slowly melted back into the forest's shadow. His departure did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lessen the tension; it merely shifted its form. It was no longer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palpable unease of his presence but the lingering weight of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silent judgment that now clung to me.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investigation, previously a carefully orchestrated professional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pursuit, had taken on a new dimension. It was no longer simply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about the eco-resort but about the people who lived and breathed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history of this land, and the secrets that ran deep within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roots. The notes, the anonymous message, and the looming wildfire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threat all intertwined, intensifying my sense of being trapped in a</w:t>
      </w:r>
    </w:p>
    <w:p>
      <w:pPr>
        <w:sectPr>
          <w:pgSz w:w="8000" w:h="12000"/>
          <w:pgMar w:top="296" w:right="674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web of deceit, where the lines between right and wrong, between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ambition and integrity, felt increasingly blurred. The journey,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realised, had only just begun. The forest, silent and watchful,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seemed to hold its breath, awaiting the next chapter in this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unfolding drama. The beauty of the park remained, but now it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overshadowed by a growing sense of foreboding. My initial mission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felt a distant memory, replaced by a deeper quest—to uncover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truth, no matter the cost. The eco-resort seemed almost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inconsequential compared to the mystery unfolding before me,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mystery inextricably linked to the silent vigil of Logan Maddox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hidden history of Silverton.</w:t>
      </w:r>
    </w:p>
    <w:p>
      <w:pPr>
        <w:sectPr>
          <w:pgSz w:w="8000" w:h="12000"/>
          <w:pgMar w:top="296" w:right="73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Lands Burden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guide’s voice, a low hum against the constant roar of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waterfall echoing from a distance, continued its historical narrative.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“These trails,” he gestured with a sweep of his arm, encompassing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path we walked, “were used by the Kalapuya people for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centuries. Their lives, their stories, are etched into this very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landscape.” My pen scratched furiously against the notepad,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recording every detail. He moved on, his voice shifting to a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somber tone. “Then came the homesteaders in the 1930s. Many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homes were lost in a series of fires, smaller blazes compared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what came later." He paused, his gaze lingering on a towering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cedar, its bark blackened and scarred, yet stubbornly standing tall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against the onslaught of time and fire. “And then, of course, there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was the 2008 fire. The causes, even now, are disputed.”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eyes were drawn to Logan, who stood a few feet away, almost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touching the charred cedar. His hand, calloused and strong, rested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lightly against its rough, blackened bark. A subtle tremor ran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 his frame, almost imperceptible, but I caught the way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jaw clenched, his fingers tracing the uneven texture of the wood.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image of him, his face etched with grief during his confession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about his father, flashed before my eyes. The “Whistleblower”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clipping, with its cryptic warnings about a potential cover-up,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suddenly weighty in my bag.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guide’s words hung in the air, each syllable a hammer blow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against the quiet backdrop of the forest. “There were fierce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preservation battles back then. Locals fought developers tooth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nail to protect their land.” The words resonated with chilling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accuracy. Logan’s adamant resistance to my eco-resort plans wasn't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simply about preserving his own land; it was a reflection of a much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deeper, more complex struggle, a fight against encroaching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development rooted in the history of this place. It was a history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resonated with grief, with legacy, and with a secret my own firm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might be desperately trying to bury.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locals around us nodded solemnly, their gazes turning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protectively towards Logan, reinforcing the feeling of isolation I’d</w:t>
      </w:r>
    </w:p>
    <w:p>
      <w:pPr>
        <w:sectPr>
          <w:pgSz w:w="8000" w:h="12000"/>
          <w:pgMar w:top="442" w:right="652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been experiencing since my arrival. The unspoken understanding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between them, the shared history woven into the very fabric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land, served as a stark reminder of my status as an outsider. I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like an unwelcome intruder, a trespasser in a space where history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memory held a deeper significance than the mere value of land.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quickly snapped a photo of the scarred cedar, its blackened bark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stark symbol of the unspoken secrets the forest held. My mind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raced, connecting the dots – the anonymous notes, the cryptic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message in the clipping, the scarred tree standing as a silent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a history of fire and dispute. The guide’s words about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disputed causes of the 2008 blaze took on a whole new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meaning. The warnings in the notes felt suddenly more urgent,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more critical, a chilling premonition of potential danger.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air hung heavy with unspoken tension, the forest itself seeming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hold its breath. Patches of vibrant green moss clung to the rough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surfaces of rocks, a stark contrast to the dark, charred remains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cedar. Lichen, flaking off the blackened bark, fell in delicate,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powdery clouds, resembling ashes falling from a long-extinguished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fire. The waterfall's distant roar, a constant companion throughout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tour, sounded less like a natural spectacle and more like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deep, mournful sigh of the land itself.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guide continued, his voice weaving a tapestry of narratives –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stories of logging, conservation efforts, and the enduring spirit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community. But my attention remained fixed on Logan. I saw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him subtly shift his weight, his hand still resting on the tree,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body language radiating a quiet, simmering anger. His mere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presence amplified the tension, transforming the idyllic beauty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waterfall and surrounding forest into something else entirely.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land itself seemed to be a character in this unfolding drama,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history a silent witness to the conflict between progress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preservation.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the tour continued, the guide pointed out various landmarks,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highlighting moments in the land's history. With each passing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detail, my suspicion deepened. The seemingly innocent preservation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battles described by the guide were far from simple squabbles over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land use. They were, I realized, battles fought over memory, legacy,</w:t>
      </w:r>
    </w:p>
    <w:p>
      <w:pPr>
        <w:sectPr>
          <w:pgSz w:w="8000" w:h="12000"/>
          <w:pgMar w:top="296" w:right="658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the truth that the land itself seemed to hold closely within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ancient roots. The casual mention of these battles acted as an echo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Logan’s fierce protection of his family's land, highlighting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weight of history and the hidden truths that bound these people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this land together.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other tour participants, initially seeming cheerful and engaged,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began to appear less animated, their chatter diminishing.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faces held a certain solemnity, and their glances occasionally drifted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towards Logan, a silent acknowledgment of the unspoken tensions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crackled in the air. Their glances were imbued with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protective energy, a sense of shared history and a deep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of the land’s significance—a bond that excluded 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from their circle.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final stretch of the trail meandered along a particularly rugged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section, the path winding through dense undergrowth. The quiet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intimacy of the natural world was replaced by the growing weight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unspoken tension hanging between the participants. The air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thrummed with a silent discourse—a language of gazes, nods,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barely audible whispers that spoke volumes about the profound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connection between the locals and their land, a bond which I, as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outsider, was increasingly finding myself unable to penetrate.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the tour concluded, a palpable sense of relief, laced with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unspoken anxiety, settled over the group. They dispersed, melting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back into the comforting familiarity of the town, their silent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farewells leaving me standing alone, a sense of isolation amplified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by the echoes of the waterfall and the rustling of leaves. Logan,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silhouette framed against the cascading water, retreated back into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forest.</w:t>
      </w:r>
    </w:p>
    <w:p>
      <w:pPr>
        <w:autoSpaceDN w:val="0"/>
        <w:autoSpaceDE w:val="0"/>
        <w:widowControl/>
        <w:spacing w:line="322" w:lineRule="exact" w:before="20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His departure did not ease the burden; it merely shifted the weight.</w:t>
      </w: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quiet authority of his presence had been replaced by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lingering pressure of his unspoken judgment. The beauty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setting – the rushing water, the vibrant greenery – had become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camouflage for the unsettling weight of suspicion that settled upon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me. The land itself, no longer simply a backdrop for my ambitious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project, had taken on a life of its own, a silent observer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unfolding drama.</w:t>
      </w:r>
    </w:p>
    <w:p>
      <w:pPr>
        <w:sectPr>
          <w:pgSz w:w="8000" w:h="12000"/>
          <w:pgMar w:top="296" w:right="646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initial mission—to secure approval for my eco-resort—now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seemed almost insignificant compared to the complex web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secrets and hidden histories I had uncovered. The investigation into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2008 fire, once a carefully crafted professional pursuit,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transformed into something far more profound and dangerous.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notes, the cryptic warnings, and the ever-present threat of wildfire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 converged, intensifying the unsettling feeling that I was caught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a net of deceit, where the lines between ambition and integrity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becoming increasingly blurred. The eco-resort had been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initial focus, but now the land itself, with its heavy burden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history, had become the heart of the matter. The fight was not just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for approval but for the truth.</w:t>
      </w:r>
    </w:p>
    <w:p>
      <w:pPr>
        <w:sectPr>
          <w:pgSz w:w="8000" w:h="12000"/>
          <w:pgMar w:top="428" w:right="708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Rains False Relief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rain arrived as suddenly as it departed, a brief, frantic flurry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fat drops that splattered on the leaves, a frantic percussion against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earth. Logan and I sought refuge under a dilapidated trail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shelter, its wooden beams groaning a mournful protest under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weight of the downpour. My poncho, hastily donned, clung to me,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damp, heavy shroud. The air, thick with the scent of damp earth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pine, felt strangely oppressive, the shelter’s cramped confines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intensifying the feeling. A leaf, heavy with water, slapped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ground with a surprisingly loud sound, the sudden percussion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stark contrast to the otherwise hushed atmosphere.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“Even the land’s rejecting me,” I quipped, my voice a little too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sharp, a little too defensive. I crossed my arms, forcing a smile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felt brittle and unconvincing. The words, intended as a lighthearted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jab at the situation, held an underlying current of frustration,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reflection of my growing unease. The rain, I realized, offered no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real relief; it was merely a fleeting interruption, a brief respite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before the drought’s relentless grip tightened once more.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puddles that formed on the trail were already beginning 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evaporate, the parched earth quickly absorbing the meager gift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moisture.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Logan’s lips twitched—a fleeting smirk that vanished as quickly 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 appeared—as he shook water from his worn baseball cap. “It’s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picky like that,” he muttered, his voice low and gravelly. His eyes,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usually guarded, flickered towards me for a fraction of a second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before returning to the relentless drumming of rain on the shelter's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roof. The proximity, the shared confinement within the cramped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space, created an unspoken tension that hung heavy in the air,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silent acknowledgment of the unresolved conflict that simmered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between us. The brief moment of shared shelter, far from fostering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connection, only amplified the wariness I felt.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rain ceased as abruptly as it had begun. The silence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followed was even more unnerving than the storm. A fine layer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ash, light as a whisper, settled on the trail, coating the damp earth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 a disturbingly even layer. The sudden shift from the relentless</w:t>
      </w:r>
    </w:p>
    <w:p>
      <w:pPr>
        <w:sectPr>
          <w:pgSz w:w="8000" w:h="12000"/>
          <w:pgMar w:top="442" w:right="672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rain to the oppressive stillness was disquieting, the absence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sound replaced by an almost tangible sense of foreboding. The mist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had clung to the trail only moments before had vanished,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leaving behind a heavy stillness that amplified the weight of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apprehension.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KRSM alert, a persistent hum in the background of my mind,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intensified its warnings. Wildfire risk: escalating. The information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seemed to vibrate through my very being, a physical manifestation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growing dread that settled in my stomach. The forest,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previously vibrant and alive, now felt ominous, the stillness a mask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a potential catastrophe. The beauty of the natural world, so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potent just moments ago, had been replaced by a lurking sense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danger.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shifted my weight, pulling my poncho tighter around me.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anonymous notes, with their cryptic warnings about the 2008 fire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the potential cover-up, felt heavier than ever, a tangible weight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my backpack. The weight of the paper, a stark contrast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lightness of the settling ash, seemed to symbolize the burden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secrets and suspicions that weighed heavily on me.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juxtaposition of the rain's brief interruption and the lingering threat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wildfire served to intensify the sense of uncertainty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danger.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gaze drifted to the scarred cedar tree, a visible monument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past fires, now standing silently amidst the ash-covered trail. It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if the entire forest was holding its breath, anticipating the next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spark, the next flicker of flame. The beauty of the surrounding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nature was overshadowed by a deeper, more profound concern;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 landscape poised on the edge of destruction, mirroring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fragile balance between my ambition and the hidden truths I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uncovering.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silence, broken only by the occasional rustle of leaves, seemed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amplify the escalating wildfire risk. The idyllic setting, previously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source of inspiration for my eco-resort project, now felt like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volatile landscape, a silent accomplice in a dangerous game.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trail ahead, once a path of discovery, seemed to twist and turn, each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step more fraught with apprehension than the last. The shelter,</w:t>
      </w:r>
    </w:p>
    <w:p>
      <w:pPr>
        <w:sectPr>
          <w:pgSz w:w="8000" w:h="12000"/>
          <w:pgMar w:top="296" w:right="640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intended to provide protection, now felt more like a prison,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confining me to a space where the weight of my suspicions seemed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intensify, creating a pressure cooker effect where thoughts,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memories, and fears collided and amplified.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rain’s brief interruption, far from bringing relief, only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underscored the precarious nature of the situation. The land, once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picturesque backdrop for my ambition, had taken on a threatening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aspect, its silent beauty masking a potential catastrophe. The echoes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waterfall, the whispering leaves, even the subtle creak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shelter’s beams, all seemed to amplify the growing unease.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feeling of being trapped in this desolate environment was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heightened by the lingering aftereffects of the rain, the damp earth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the residual scent of the forest’s humidity clinging to my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clothes and skin.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abrupt cessation of rain and the subsequent settling of ash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underscored the stark reality of my situation. The rain hadn’t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washed away the drought; rather it served as a brief interruption,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deceptive glimpse of respite before the potential devastation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wildfire. The ash, like a fine, silent dust, covered every surface,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constant reminder of the ever-present threat of fire and its relentless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encroachment. The beauty of the landscape, once compelling,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now an ominous backdrop to the impending danger, further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highlighting the fragile peace and the uncertain future.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weight of the situation bore down on me, each passing moment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intensifying the palpable sense of danger. My ambitious plans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eco-resort, which had once seemed so clear, now seemed almost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inconsequential in the face of a potentially catastrophic wildfire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weight of the land’s dark secrets. The investigation into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2008 fire was no longer just a professional pursuit; it was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desperate race against time, a struggle to unravel a web of deceit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could have far-reaching consequences. The seemingly idyllic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setting of Silverton was slowly revealing its more sinister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underbelly, a complex tapestry of ambition, deceit, and potential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destruction.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adjusted my poncho once more, the movement jarring me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my thoughts. The notes, still tucked securely in my bag, felt like a</w:t>
      </w:r>
    </w:p>
    <w:p>
      <w:pPr>
        <w:sectPr>
          <w:pgSz w:w="8000" w:h="12000"/>
          <w:pgMar w:top="296" w:right="652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physical manifestation of the threat, their cryptic warnings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constant reminder of the dangers I was facing. The transition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rain-soaked trail to the ash-covered path was a stark symbol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shift in the environment, echoing the change in my 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emotional landscape. The beauty of the forest, once a source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inspiration, was replaced by a growing sense of dread. The echoes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waterfall, previously calming, now sounded more like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mournful lament for a landscape hanging on the brink.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silence amplified the looming threat, the absence of sound only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highlighting the potential for a sudden, violent eruption.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beauty of the surroundings remained, but it was overshadowed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awareness of hidden dangers, the potential for destruction both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natural and human-made. The notes, the cryptic warnings,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escalating wildfire risk—all these elements created a sense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urgency and suspense, rendering the previously idyllic setting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menacing and charged with unspoken danger. The land itself, once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backdrop for my ambitions, had transformed into a silent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accomplice, its history a testament to the hidden truths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potential for devastating consequences. The eco-resort, once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primary concern, had become secondary to a much more profound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dangerous narrative. My fight was no longer merely for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approval, but for survival.</w:t>
      </w:r>
    </w:p>
    <w:p>
      <w:pPr>
        <w:sectPr>
          <w:pgSz w:w="8000" w:h="12000"/>
          <w:pgMar w:top="296" w:right="700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Parting Glance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rain had vanished as abruptly as it arrived, leaving behind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world washed clean, yet somehow dirtier. A fine layer of ash,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almost imperceptible, coated everything in a grey film, a stark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contrast to the vibrant green of the forest moments before. The air,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still damp, held the faint, metallic scent of woodsmoke, a ghostly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reminder of the wildfire’s ever-present threat. The sun, a tentative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sliver behind the retreating clouds, cast long, skeletal shadows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stretched and writhed across the trail.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 walked beside me, his boots crunching softly on the gravel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path, the sound surprisingly loud in the sudden silence. He didn't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speak, nor did I. The unspoken questions hung heavy between us, 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thick as the lingering scent of rain and ash. His gaze was fixed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path ahead, his expression unreadable, yet I sensed a certain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vigilance in his posture, a quiet alertness that mirrored my own.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fingers tightened around my phone, the cold metal a stark contrast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the warmth of the fading sun. The images of the charred cedar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tree, its scarred bark a silent testament to past fires, flickered in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mind.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silence wasn’t uncomfortable, not exactly. It was more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pressure, a taut membrane stretched thin over unspoken anxieties.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could feel the weight of my own suspicions pressing down,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cryptic notes in my bag a physical reminder of the investigation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consumed me. Each step I took felt deliberate, each breath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measured. The forest, suddenly devoid of the rain's frantic rhythm,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held its breath, too. It was a strange quiet, a tense stillness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belied the potential for chaos.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we approached my car, a dull ache settled deep in my muscles,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the unexpected physical exertion of the hike.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damp earth clung to my boots, weighing them down, anchoring 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the ground. The tires made a soft, almost hesitant crunch as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opened the car door. The metallic scent of my vehicle, a familiar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comfort in this unsettling landscape, was momentarily swallowed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by the lingering odor of woodsmoke.</w:t>
      </w:r>
    </w:p>
    <w:p>
      <w:pPr>
        <w:sectPr>
          <w:pgSz w:w="8000" w:h="12000"/>
          <w:pgMar w:top="442" w:right="650" w:bottom="498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"Thank you," I murmured, my voice tighter than I intended, a mere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breath in the vast silence of the forest. The words felt inadequate,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insufficient to express the complex emotions churning within me.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Gratitude mingled with suspicion, relief with unease.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Logan's response was a mere glance, a quick, almost imperceptible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shift of his eyes that met mine for a fleeting moment before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turned away. There was a weariness in his gaze, a hint of something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else, something I couldn't quite decipher – curiosity perhaps? 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perhaps, just the exhaustion of bearing witness to another day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teetering on the edge of catastrophe. He didn't offer a word, simply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nodded slightly, his posture stiff, his jaw clenched. The gesture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brief, almost perfunctory, yet it resonated with a depth that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surprised me.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slid into the car, the cool leather a welcome contrast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dampness clinging to my clothes. The engine hummed to life,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comforting roar in the pervasive stillness. As I backed out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small clearing, the trail’s dust swirled around my car, a miniature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dust devil mimicking the larger storm brewing in my mind.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dashboard clock ticked, a relentless reminder of my dwindling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deadline. The KRSM alert, a faint echo in the background of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consciousness, persisted with its low hum. Wildfire risk: escalating.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words felt like a physical weight, pressing down on me, adding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 the mounting pressure.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drive back to town was a blur of images and emotions.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beauty of Silverton, once a source of professional intrigue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potential profit, now felt tainted, laced with a foreboding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mirrored the ominous stillness of the forest. The serene landscape,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previously a picturesque backdrop for my eco-resort, had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transformed into a stage for a far more complex and dangerous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drama. The picturesque waterfall, which I had admired only hours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ago, seemed to carry the silent screams of the past.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glanced at the photo of the scarred cedar tree on my phone,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bark a roadmap of past fires. It was a visceral reminder of the 2008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blaze, a visual anchor to the growing suspicion that this wasn't just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 matter of environmental risk, but of a deliberate cover-up. The</w:t>
      </w:r>
    </w:p>
    <w:p>
      <w:pPr>
        <w:sectPr>
          <w:pgSz w:w="8000" w:h="12000"/>
          <w:pgMar w:top="296" w:right="658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notes, their cryptic warnings and chilling details, played on a loop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my mind. The details of the 2008 fire, the unanswered questions,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inconsistencies in the official reports – they were all pieces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larger puzzle, and I was determined to solve it, even if it meant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confronting uncomfortable truths and powerful adversaries.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park’s serene beauty now felt menacing, each shadow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harbouring secrets, every rustle of leaves hinting at a deeper,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sinister reality. The looming wildfire threat felt less like a natural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disaster, and more like a carefully orchestrated event, a cruel irony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a town seemingly oblivious to the dangers beneath its idyllic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surface.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suspicion solidified. It wasn't just the environmental concerns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had roused the opposition to my eco-resort proposal. It was far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more complex, far more sinister. The resistance I faced was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calculated move, a desperate attempt to keep the past buried. And I,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despite the growing risk, was determined to exhume it. The silence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forest ride echoed the silence of the town; it was a silence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collective collusion, concealing a terrible truth.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images from the notes flickered in my mind: the flames licking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 the night sky, the frantic escape, the faces of those who had lost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everything. The details of the past tragedy seemed to merge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present threat. Was the looming wildfire a mere coincidence,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cruel twist of fate? Or was it, too, part of a larger plan? The more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thought about it, the more it seemed that the secrets I was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unearthing were not merely historical incidents but elements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larger, possibly still ongoing conspiracy.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KRSM alert's persistent hum, a faint yet insistent pulse, served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a chilling reminder that the clock was ticking. The deadline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resort approval loomed, but my focus shifted beyond securing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permits. It was about uncovering the truth, about confronting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moral compromises of those who sought to protect their secrets.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eco-resort, once my primary objective, became secondary to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far more pressing mission. It was a fight not just for the future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Silverton’s landscape, but also for its soul, for the memories of those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town preferred to forget. The quiet resolve in my heart echoed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strength of the scarred cedar, a testament to resilience in the</w:t>
      </w:r>
    </w:p>
    <w:p>
      <w:pPr>
        <w:sectPr>
          <w:pgSz w:w="8000" w:h="12000"/>
          <w:pgMar w:top="296" w:right="648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face of destruction.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afternoon sun cast long shadows as I approached the outskirts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town. The faint sound of birdsong, once soothing, now felt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almost mocking, a stark contrast to the ominous stillness that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settled over Silverton. This wasn't simply a story of ambition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environmental concern, it was a battle against the insidious power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secrets. And, for the first time, I felt fully committed to that fight.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weight of the evidence, the looming threat of the wildfire,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potential of unraveling a dangerous cover-up, spurred me on.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Silverton's tranquil façade had shattered; beneath its charming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exterior lurked a dangerous undercurrent, and I was determined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confront it. The fate of my resort, once my singular focus, was now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intertwined with a much larger truth, a truth that could change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everything.</w:t>
      </w:r>
    </w:p>
    <w:p>
      <w:pPr>
        <w:sectPr>
          <w:pgSz w:w="8000" w:h="12000"/>
          <w:pgMar w:top="296" w:right="666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Unveiled Secrets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air in the Silver Falls State Park visitor center hung heavy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scent of damp moss and polished wood. A faint hum, almost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imperceptible, emanated from a display case showcasing petrified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wood, a subtle counterpoint to the hushed whispers of tourists.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floorboards, warped by years of moisture, creaked under my weight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I navigated the quiet space, my footsteps echoing softly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stillness. I'd come seeking information, a deeper understanding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Silverton’s history, but the quiet reverence of the place felt charged,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palpable tension that resonated with the unease settling in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gut.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eyes scanned the meticulously organized shelves, rows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meticulously cataloged books and pamphlets. The air here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different—cooler, denser, heavier with the weight of years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accumulated within its walls. I felt a prickle of anticipation,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nervous energy that mirrored the faint tremor in my hands as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approached the archive section, a smaller alcove tucked away in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far corner, barely visible from the main area.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archivist, a kindly older woman with silver hair pulled back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neat bun, barely glanced up from her work as I entered.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offered a brief, almost perfunctory nod, her attention seemingly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glued to the aged documents spread across her desk. I approached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shelves cautiously, running my fingers lightly along the spines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books, their titles whispering promises of forgotten stories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hidden truths. The dust motes danced in the slivers of sunlight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filtering through the high windows, each particle suspended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still air, illuminating the quiet solemnity of the space.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gaze fell upon a worn, leather-bound volume tucked away on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lower shelf, its label almost illegible: "Silverton: A Chronicle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Fires." My heart quickened. This was it. The key that could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potentially unlock the secrets of the past, potentially revealing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truth behind the 2008 fire.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trembling fingers, I pulled the book from the shelf, its aged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pages brittle and fragile under my touch. The smell of decaying</w:t>
      </w:r>
    </w:p>
    <w:p>
      <w:pPr>
        <w:sectPr>
          <w:pgSz w:w="8000" w:h="12000"/>
          <w:pgMar w:top="442" w:right="678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paper and old ink filled my nostrils, a faint but distinct aroma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transported me back in time. I flipped through the pages,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yellowed paper crackling softly under my fingertips, my eyes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scanning the meticulously documented accounts of past fires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had ravaged Silverton over the decades.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Then, I saw it. Tucked between the pages dedicated to the 1940s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1950s fires, a separate, stapled document, its pages thin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brittle. A fire report from 2008. My breath hitched. This wasn't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simply a historical account. This felt like it could hold a far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unsettling truth. My fingers, now noticeably trembling, carefully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pulled the report from its hiding place. The typescript was faded,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ink blurred in places, but the words were still legible, sharp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enough to cut through me.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eyes widened as I read the first few lines. The words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"negligence" and "Blake Development Group" leaped out at me,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shock sending a jolt through my system. My firm. My firm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implicated. My stomach plummeted. A nauseating wave of disbelief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a terrifying sense of dread washed over me. The report detailed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events of the 2008 fire, highlighting overlooked fire risks,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ignored warnings, and a pattern of deliberate negligence on the part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Blake Development Group. My fingers traced over the words,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re-reading them again and again as if hoping the reality would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somehow shift. It didn't.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report then mentioned a whistleblower. Logan Maddox's father.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name jumped from the page, accusing my firm of ignoring vital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safety measures. And then, the final, gut-wrenching blow – a brief,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almost casually written sentence that stated he had perished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flames.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breath caught in my throat. The weight of the information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pressed down on me, suffocating. The quiet hum of the display case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suddenly felt oppressive, the dust motes in the sunbeams seemed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mock my stunned silence. I felt a sudden urge to flee, to escape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crushing weight of this revelation. Yet, a strange determination held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me rooted to the spot.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 reached for my phone, my hands still trembling. I snapped several</w:t>
      </w:r>
    </w:p>
    <w:p>
      <w:pPr>
        <w:sectPr>
          <w:pgSz w:w="8000" w:h="12000"/>
          <w:pgMar w:top="296" w:right="650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pictures of the document, zooming in on key passages, making sure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capture every detail, every crucial word. The archivist remained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oblivious, her attention still fixed on her work. Her placid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concentration felt surreal, a stark contrast to the turmoil erupting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within me. I felt a rush of adrenaline, the fear replaced by a steely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resolve. This wasn’t just about my eco-resort proposal anymore.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was about facing a monstrous truth, a truth hidden in plain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sight, hidden by a conspiracy that reached into the very core of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own family’s business.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redacted sections in the report were tantalizingly mysterious,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suggestive of a cover-up far more extensive than I could have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imagined. The incomplete sentences, the censored names,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deliberately obscured details – all hinted at a web of deceit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corruption that stretched far beyond the boundaries of the 2008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fire.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I slipped the document back into its hiding place, I was acutely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aware of my surroundings. The visitor center felt less peaceful,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more menacing. The quiet hum of the display case sounded like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sinister heartbeat, mirroring the pounding of my own chest.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light seemed dimmer, the shadows deeper.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Stepping out into the sunlight, the roar of the waterfalls seemed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distant, muted, as if the sound itself couldn’t penetrate the dense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fog of shock that enveloped me. The park's natural beauty, once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source of inspiration and tranquility, now seemed tainted, mirroring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ugliness of the truth I had uncovered. The vibrant green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moss, the gleam of the polished wood, the majestic waterfalls—they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all stark reminders of the breathtaking landscape that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family’s firm had almost destroyed. And Logan's father, a victim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that destruction, a casualty of my firm's negligence.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notes I’d found earlier, once cryptic warnings, now screamed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undeniable truth. "Check the '08 fire." "Firm knew." The words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echoed in my mind, each syllable a hammer blow, shattering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carefully constructed illusion of my family’s impeccable reputation.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stared out at the waterfalls, the raw power of the rushing water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mirroring the tempest brewing inside me. My firm’s shadow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long and dark, cast across the idyllic beauty of Silverton, and I was</w:t>
      </w:r>
    </w:p>
    <w:p>
      <w:pPr>
        <w:sectPr>
          <w:pgSz w:w="8000" w:h="12000"/>
          <w:pgMar w:top="296" w:right="652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determined to expose it. The fight was no longer about the eco-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resort. This was a fight for justice, for the memory of a man who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tried to speak truth to power. And this time, I wouldn’t let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them silence me. The weight of this knowledge was immense, but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fueled a fire in me far hotter and brighter than any wildfire.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battle had begun.</w:t>
      </w:r>
    </w:p>
    <w:p>
      <w:pPr>
        <w:sectPr>
          <w:pgSz w:w="8000" w:h="12000"/>
          <w:pgMar w:top="296" w:right="700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Dinner at The Gallon House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Gallon House’s polished oak door swung open, releasing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warm hum of clinking glasses and the faint scent of fresh-baked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bread mingling with local ale. Silverton’s historic bar glowed under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etched lanterns, their light dancing across wooden beams carved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covered bridge tales, a nod to the town’s heart. I slid into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booth, my tailored blazer stark against the locals’ flannel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denim, their glances—sharp, whispered “developer”—marking 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an outsider. Logan Maddox arrived, his denim jacket brushed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sawdust, eyes narrowing as he sat. I pushed a burger plate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aside, probing about 2008’s fire, my voice low: “What happened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back then?” His grip tightened on his glass, voice clipped: “Some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things stay buried.” My pulse skipped, the fire log’s truth—my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firm’s guilt—burning in my chest, our clash as sharp as the clatter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plates nearby.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found a booth tucked away in a shadowed corner, the worn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leather cool beneath my fingertips. The chipped Formica tabletop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felt sticky under my hand. My reflection in the tarnished metal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surface showed a woman on edge, her usual composure fractured.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weight of the fire report, the shocking revelation of my family’s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complicity, pressed down on me, a physical burden that threatened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crush me. This meeting with Logan was a calculated risk.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needed to understand, to dig deeper into the cryptic messages he’d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left. But the truth I’d uncovered, the possibility of further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wrongdoing, threatened to derail everything.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barstool’s faint creak announced Logan’s arrival. He stood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doorway, momentarily silhouetted against the muted light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outside, his jacket damp from a light drizzle that had begun as I’d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walked from the park. His eyes, usually sharp and questioning,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seemed softer tonight, shadowed with a pensive sadness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deepened the lines etched around them. He moved with the easy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grace of someone intimately familiar with this space, settling into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booth opposite me with a quiet confidence that both reassured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unsettled me.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“Whiskey?” he asked, his voice low and steady, a stark contrast to</w:t>
      </w:r>
    </w:p>
    <w:p>
      <w:pPr>
        <w:sectPr>
          <w:pgSz w:w="8000" w:h="12000"/>
          <w:pgMar w:top="442" w:right="684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nervous flutter in my own chest.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“Beer, please,” I replied, the words a little too sharp. I tried to relax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posture, to feign an air of casualness I certainly didn't feel.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waitress, a matronly woman with kind eyes and a no-nonsense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attitude, took our order. As she walked away, Logan turned his gaze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 me, his expression unreadable.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picked up the menu and studied it with a feigned intensity, but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knew his attention wasn’t really on the food. He was studying me.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Analyzing my reaction. I watched him, my pulse skipping a beat 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intensity of his gaze, before I quickly looked away, stirring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drink with a practiced nonchalance. The simple act, however,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anything but nonchalant. My hands trembled faintly as the ice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clinked against the glass, the sound sharp in the otherwise subdued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atmosphere of the bar.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When the food arrived – two hefty burgers and local craft beers –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brief silence settled between us. The clinking of glasses, the muffled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chatter of the other patrons, punctuated the tension hanging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air. I took a bite of my burger, the taste of beef and bun strangely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bland against the bitter aftertaste of the truth I'd discovered.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weight of the 2008 fire report continued to press on me,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suffocating weight that stole the air from my lungs.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Logan’s gaze drifted to the window. Through the rain-streaked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glass, the neon sign of a gas station cast a pallid glow on the wet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street. He traced the rim of his beer glass with his finger,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gesture slow, deliberate, a silent ritual. The faintest tremor in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hand betrayed his composure. He spoke then, his voice quiet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firm, his eyes unwavering.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"My father loved these falls," he said, his gaze lingering on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trillium flower etched into the side of his glass. The delicate flower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seemed a fragile symbol of loss, a tiny, poignant reminder of what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been taken from him. “Spent his whole life exploring every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trail, every hidden cove. Knew them like the back of his hand.”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throat tightened. This was my chance. I needed to be careful,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choose my words carefully.</w:t>
      </w:r>
    </w:p>
    <w:p>
      <w:pPr>
        <w:sectPr>
          <w:pgSz w:w="8000" w:h="12000"/>
          <w:pgMar w:top="296" w:right="662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"What happened in '08, Logan?" I asked, my voice barely a whisper.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question hung in the air between us, a fragile, almost desperate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plea for answers.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hand tightened around his glass. He shifted slightly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booth, his eyes narrowing. He looked me directly in the eyes, and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saw a flicker of something in their depths – pain, perhaps, but also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 deep, hard anger.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"Some things stay buried, Jenna," he said, his voice low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dangerous. The simple statement hung in the air, heavy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pregnant with unspoken meaning. He looked out at the dark street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again, his expression unreadable. The brief moment of connection,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potential for an alliance against the injustice of the 2008 fire,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seemed to disappear in an instant. The space between us, already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wide, expanded further, widening into a chasm of unspoken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accusations, hidden truths, and mutual suspicion.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silence that followed was deafening, broken only by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occasional clink of glasses and the muffled conversations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other patrons. Their glances, once casually curious, now seemed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carry a sharper edge, reflecting the tension that hung thick between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 and me. I was acutely aware of my isolation in this room,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surrounded by people who were part of a community I could never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truly understand, a community that was protective of its secrets,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losses, its history. I was an outsider, an intruder into their world.</w:t>
      </w:r>
    </w:p>
    <w:p>
      <w:pPr>
        <w:autoSpaceDN w:val="0"/>
        <w:autoSpaceDE w:val="0"/>
        <w:widowControl/>
        <w:spacing w:line="264" w:lineRule="exact" w:before="58" w:after="0"/>
        <w:ind w:left="0" w:right="432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Logan, despite the underlying connection, a symbol of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very resistance.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took a long drink from his beer, the amber liquid reflecting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light in a way that highlighted his determination to shut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conversation down, to leave it buried, just as he'd stated. My 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drink sat untouched, the ice melting slowly, mirroring the way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truth, once unleashed, inevitably began to thaw the carefully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crafted illusions surrounding the 2008 fire, and the role my family's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firm had played in it. The evening was far from over. The truth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ignited, but it was a slow burn, and it was clear that Logan wasn't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willing to share what he knew just yet. The battle for justice, for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memory of his father, was far from over. And I knew, with a</w:t>
      </w:r>
    </w:p>
    <w:p>
      <w:pPr>
        <w:sectPr>
          <w:pgSz w:w="8000" w:h="12000"/>
          <w:pgMar w:top="428" w:right="660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sickening certainty, that uncovering the full truth would be a long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treacherous path. The weight of the fire report, the unsolved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mystery, and the growing sense of isolation in this small town hung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heavy over me as I finished my meal, the clinking of glasses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chatter fading into the background as I contemplated the complex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game ahead. The simple burger and beer had become a symbol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clashing worlds between us, mirroring the simmering tension,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mutual distrust, and the shared, unspoken burden of the past.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Leaving the Gallon House, the damp chill of the night felt sharper,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mirroring the cold reality that some things, indeed, were better left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buried – at least for now. But I would find a way to unearth them.</w:t>
      </w:r>
    </w:p>
    <w:p>
      <w:pPr>
        <w:sectPr>
          <w:pgSz w:w="8000" w:h="12000"/>
          <w:pgMar w:top="296" w:right="676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Grief by Starlight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door of The Gallon House swung shut behind us, the sound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swallowed by the night. Outside, the air hung heavy with the scent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woodsmoke and damp earth, a strange cocktail of decay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resilience. A breeze, carrying flecks of ash like tiny, unwelcome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embers, stirred the already restless air. The sky, usually a canvas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brilliant stars, was obscured by a thick haze, the celestial bodies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dimmed to a muted glow. The street was deserted, the silence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broken only by the rhythmic hum of a distant car, its headlights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cutting fleeting swaths through the gloom.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 paused on the curb, his silhouette sharply defined against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weak illumination of a flickering streetlamp. He stood with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hands shoved deep in his pockets, his shoulders hunched against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chill night air. The usual spark in his eyes was gone, replaced by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somberness that seemed to etch deeper lines around his already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weathered features. His gaze remained fixed on the cracked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pavement at his feet, as if searching for answers there. His posture,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usually so effortlessly confident, betrayed a deep-seated unease.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saw the almost imperceptible clenching of his fists, a subtle tremor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spoke of contained fury, the silent fury of a man wrestling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grief.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spoke then, his voice a low rumble that seemed to rise from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very earth beneath our feet. “My father… he loved these falls,”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said, his voice rough with unspoken emotion. “Spent his whole life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exploring every trail, every hidden cove around here. Knew them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like the back of his hand.” His words were laced with a quiet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reverence, a deep respect for the man he’d lost.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spoke about the trillium flowers, tiny delicate blooms with three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petals, their white and purple patterns reminiscent of the delicate,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fragile beauty of Silverton itself. “He used to bring them back,”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 continued, his gaze finally lifting to meet mine, then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dropping once more. “Always found the most exquisite ones, tucked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away in the most secluded places. Said they were like little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messages from the forest.” His voice cracked, the effort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continuing to speak apparent in the strain in his throat, as though</w:t>
      </w:r>
    </w:p>
    <w:p>
      <w:pPr>
        <w:sectPr>
          <w:pgSz w:w="8000" w:h="12000"/>
          <w:pgMar w:top="442" w:right="64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speaking them aloud was like opening the wound that remained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fresh and raw after twenty years. His fingers tightened around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something in his pocket, the faintest of sounds telling me that there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was something there that he was holding close.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silent understanding passed between us, a shared moment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profound loss, but it was fleeting. The weight of my own guilt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threatened to suffocate me.</w:t>
      </w:r>
      <w:r>
        <w:rPr>
          <w:rFonts w:ascii="Charis SIL Italic" w:hAnsi="Charis SIL Italic" w:eastAsia="Charis SIL Italic"/>
          <w:b w:val="0"/>
          <w:i/>
          <w:color w:val="000000"/>
          <w:sz w:val="22"/>
        </w:rPr>
        <w:t xml:space="preserve"> Her firm did this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 , a cold, brutal truth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echoed in the silence between us. My carefully constructed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composure began to crumble, but I held it together, maintaining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neutral expression. I needed to keep my cool, the situation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demanded that I be calm. My silence, however, wasn’t born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empathy. It was a calculated decision. I had a strategic objective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pursue and to stay focused, I needed to suppress my own reactions.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wanted to ask him about the 2008 fire, to press him for details,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his guarded stance held me back. The fire report’s revelation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still burned in my chest, a searing brand of guilt that mixed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mounting suspense. The warnings in Logan’s cryptic notes,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earlier, now resonated with a chilling clarity. I gripped my bag,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leather cool against my skin, a tangible reminder of the world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this small town, beyond the looming shadow of the wildfire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threat.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From somewhere distant, a siren wailed, its mournful cry echoing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anxiety already gripping the town. The sound was a stark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reminder of the constant danger, the precarious balance between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life and loss, that hung over Silverton. The smoke, the ever-present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haze, only served to amplify the suspense, the constant threat.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silence between Logan and me stretched, thick and heavy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unspoken accusations and suppressed grief. The street seemed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hold its breath, the mood darkening under the oppressive weight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recent forest fires and lingering memory of the fire of twenty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years ago.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finally looked up, his eyes filled with a chilling mixture of anger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sorrow. "Some things are better left buried," he repeated,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voice strained with an effort that showed he was about to push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away the memory he had begun to reveal. “Better to let the dead</w:t>
      </w:r>
    </w:p>
    <w:p>
      <w:pPr>
        <w:sectPr>
          <w:pgSz w:w="8000" w:h="12000"/>
          <w:pgMar w:top="296" w:right="706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rest.” The statement hung in the air, a stark warning, a declaration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his determination to keep certain truths hidden. The unspoken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meaning of this statement was enough to make the silence return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even more intense. The simple declarative statement was filled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such a powerful emotion that it was enough to shut down any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further conversation that would be forthcoming.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distant siren's wail faded, only to be replaced by the crackling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sounds of the distant fire. I knew that I needed to press him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answers, to keep him talking. I needed to find out more. I had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know more. The unspoken accusations were so heavy in the air,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I had to find a way to get Logan to explain things in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detail. That was the only way that I could find out more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understand what I had done, what my firm had done.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opened my mouth to speak, to press him further, but the words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caught in my throat. The implications of his words, the unspoken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accusations, hung heavy in the air. I had a choice to make,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decision that would shape not only my career but also the future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Silverton. His words hung heavy in the air between us. This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man who was still dealing with the issues of the past. This wasn't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 about a fire. This was about everything that had happened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everything that was about to happen.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eyes met mine once more, briefly, before dropping again.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turned and walked away, disappearing into the smoky shadows,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leaving me alone under the dim, ash-filled sky. The night, already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heavy with the scent of smoke and impending disaster, felt even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more oppressive. The siren’s wail had faded, but the threat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approaching flames lingered, a constant reminder of the precarious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situation we all found ourselves in. The unanswered questions hung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 air as heavy as the smoke and the memories that remained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hidden. I knew that I had to find answers, that I couldn’t let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story end without finding out more.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stood for a long moment, watching him disappear into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darkness, his silence more powerful than any words. The truth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ignited, but it burned slowly, its flames obscured by a veil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secrecy and carefully laid plans. I wasn't going to let him bury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truth. I would find my way to unearth the details that were being</w:t>
      </w:r>
    </w:p>
    <w:p>
      <w:pPr>
        <w:sectPr>
          <w:pgSz w:w="8000" w:h="12000"/>
          <w:pgMar w:top="296" w:right="684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kept from me. I would not rest until I uncovered everything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happened. The weight of the unfinished business felt heavy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me, a constant reminder of the things I still needed to uncover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understand. The road ahead was long and treacherous. But I knew,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a certainty that burned as brightly as the distant flames, that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would follow it to the end. The game was far from over.</w:t>
      </w:r>
    </w:p>
    <w:p>
      <w:pPr>
        <w:sectPr>
          <w:pgSz w:w="8000" w:h="12000"/>
          <w:pgMar w:top="296" w:right="75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A Widening Chasm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walk to my car was short, the distance swallowed by the weight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unspoken words. The night air, thick with woodsmoke, clung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 like a second skin. My breath hitched in my chest, a silent gasp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self-recognition. “Silverton’s starting to get under my skin,”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confessed, my voice barely a whisper, lost in the vastness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night. It was a tentative admission, a crack in the carefully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constructed façade I’d maintained since arriving in this town.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glanced at Logan, searching for a flicker of understanding, of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experience. My eyes, however, caught on a small detail, a loose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stone shifting under my heel, the small sound lost in the quiet hum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the night. I almost didn’t notice it, until I felt it again.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His gaze, however, remained unreadable. A flicker of something –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perhaps empathy, perhaps pity – crossed his features before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disappearing just as quickly, leaving only a residue of guardedness.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simply nodded, the movement almost imperceptible, a single,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curt gesture that dismissed my confession as readily as it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acknowledged it. “It does that,” he mumbled, his voice a low,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gravelly sound that was swallowed by the night itself. The silence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followed was heavy, pregnant with unspoken accusations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ghosts of the past. The streetlight’s faint buzz vibrated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stillness, a counterpoint to the churning anxiety in my gut. There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no comfort in his words, no shared understanding, only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chasm of grief and buried guilt that yawned between us.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distant siren wailed, its mournful cry slicing through the tense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silence. The sound, jarring and immediate, brought me back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present, the reality of the looming wildfire threat, a stark reminder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precarious balance of life and loss. It was the same siren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had heard earlier, but it was closer now, the sound more urgent.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as though the town was holding its breath and was waiting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next piece of news, the next warning, the next disaster.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climbed into my car, the thud of the door a final punctuation mark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 the charged encounter. The leather of the steering wheel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cool beneath my fingertips, a stark contrast to the heat rising within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me. The weight of the fire log, the weight of Logan’s unspoken</w:t>
      </w:r>
    </w:p>
    <w:p>
      <w:pPr>
        <w:sectPr>
          <w:pgSz w:w="8000" w:h="12000"/>
          <w:pgMar w:top="442" w:right="64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grief, settled on my shoulders like a physical burden. As I turned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key in the ignition, the engine’s rumble seemed to amplify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unease building inside of me. I had a sense that this was only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beginning of what was to come. This town was not going to let 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leave easily.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moon cast long, distorted shadows on the Victorian houses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lining the street, their aged facades looming like silent judges.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street, normally beautiful and quiet, felt different now, ominous.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seemed to hold its breath, as if judging me, assessing my role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unfolding drama, my complicity in the events of twenty years ago.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charm of Silverton, once a captivating distraction, now felt like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suffocating veil, concealing a darker truth that refused to stay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buried. The weight of it pressed down on me, crushing me. I put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 into gear, the engine sputtering to life before settling into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smooth hum, like a heartbeat that was quickening.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drive back to the hotel was a blur, the familiar route now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imbued with a new, unsettling significance. Each turn, each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streetlight, served as a reminder of Logan’s quiet suffering,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unspoken accusations. The fire log, its charred surface mirroring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burning guilt in my own chest, became a symbol of the shattered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trust between us, the widening chasm created by the events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twenty years ago. The secrets, the hidden truths, were no longer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whispers; they were screaming in my ears.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Back in the hotel room, the artificial light seemed harsh, inadequate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dispel the shadows that clung to me. I stared out the window,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watching the distant glow of the wildfire, a fiery reminder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devastation that had already occurred, the destruction that my firm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played a role in. The flames licked at the night sky, their dance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macabre spectacle, a chilling reflection of the turmoil within me.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smoke hung heavy in the air, a constant, acrid reminder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past.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events of the evening played over and over in my mind.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Logan’s words, his haunted eyes, his almost palpable grief.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chilling admission of my firm’s complicity in the 2008 fire.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weight of it was unbearable, pressing down on me with an almost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physical force. I had always believed in my firm’s commitment to</w:t>
      </w:r>
    </w:p>
    <w:p>
      <w:pPr>
        <w:sectPr>
          <w:pgSz w:w="8000" w:h="12000"/>
          <w:pgMar w:top="296" w:right="660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environmental responsibility, to sustainable development.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revelation shattered that belief, leaving me with a sickening sense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betrayal, not only of Logan but also of myself. Had I been so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blinded by ambition, so consumed by the pursuit of success, that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failed to see the ethical compromises, the devastating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consequences of my firm's actions?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picked up my phone, the cool glass a stark contrast to the fiery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emotions consuming me. I scrolled through my contacts, my fingers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trembling slightly. I considered calling my boss, explaining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everything, confessing my concerns. But the thought of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potential repercussions held me back. The implications were too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significant, the risk too great. My career, my future, hung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balance. The silence of the room felt deafening, a pressure cooker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about to explode.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fear gnawed at me, a cold, insidious feeling that wrapped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around my heart like a constricting band. This was more than just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real estate deal; this was a battle for justice, for accountability.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a duty to uncover the truth, to bring those responsible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account. But how could I do that when the very system I had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trusted, the very company I had worked so hard for, was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implicated? The fire was a physical manifestation of something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much more sinister – something that had been hidden, carefully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concealed, for years.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gaze returned to the wildfire, its flickering flames now reflecting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turbulent firestorm raging within me. The choice before me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stark and terrifying. I could remain silent, protect my career,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allow the past to remain buried. Or I could expose the truth, risk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everything, and fight for justice, even if it meant sacrificing my 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ambitions. The path forward was unclear, shrouded in doubt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uncertainty. But one thing was certain: I couldn't turn away,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couldn't ignore the weight of my own guilt any longer. The truth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ignited, and it was consuming me. I knew that the road ahead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going to be fraught with peril, but it was a road that I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determined to travel, until the end.</w:t>
      </w:r>
    </w:p>
    <w:p>
      <w:pPr>
        <w:sectPr>
          <w:pgSz w:w="8000" w:h="12000"/>
          <w:pgMar w:top="296" w:right="642" w:bottom="79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Driving into Doubt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dashboard’s soft glow illuminated Jenna’s face, the lines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tension etched deeply around her eyes. Headlights sliced through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lingering haze, painting the road ahead in fleeting streaks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light. The silence in the car was thick, broken only by the rhythmic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thump of the tires on the asphalt and the low hum of the engine.</w:t>
      </w: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Logan’s parting words, “Be safe,” echoed in her ears, heavy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unspoken meaning, a stark contrast to the lightness of his earlier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tone. His casual farewell felt laced with something more profound,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something akin to a warning, or perhaps a silent plea.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the weight of the fire log, the stark reality of her firm's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negligence, pressed down on her, a physical burden that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overshadowed everything else. The notes – “Check the ‘08 fire,”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“Firm knew” – felt like accusations scrawled across her heart.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fingers tightened on the steering wheel, knuckles white against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cool leather. She checked her mirrors, the reflection showing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own strained face, eyes wide and alert, a stark contrast to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serene reflection of the town that lay dormant outside. The familiar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route seemed alien, each streetlamp casting long, distorted shadows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danced and flickered with the eerie quiet of the night. This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 the Silverton of charming postcards and quaint shops; this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town cloaked in shadows, its secrets whispering on the night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breeze.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What else is my firm hiding? The question hung in the air,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unspoken but heavy, a dark cloud hovering on the horizon. It wasn't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 the negligence surrounding the 2008 fire; it was something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larger, something more insidious, a pattern of deception that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been carefully concealed for years. The idyllic façade of Silverton,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glowing porch lights, the creaking shutters of the Victorian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houses – all of it felt like a meticulously crafted mask, concealing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darker truth that lay beneath.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rhythmic hum of the KRSM emergency alert system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constant undercurrent, a persistent reminder of the looming wildfire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risk. The alert’s tone was low, almost a whisper, yet it felt like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constant drumbeat in the back of her mind, a stark counterpoint to</w:t>
      </w:r>
    </w:p>
    <w:p>
      <w:pPr>
        <w:sectPr>
          <w:pgSz w:w="8000" w:h="12000"/>
          <w:pgMar w:top="442" w:right="644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6" w:after="0"/>
        <w:ind w:left="0" w:right="576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ominous silence of the town. The deadline for the resort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approval loomed, a pressure cooker poised to explode, further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fueling the growing suspicion that was eating away at her.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Each turn she made, each street she navigated, seemed to further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deepen the mystery, reinforcing the connection between the present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crisis and the events of twenty years ago. The quiet streets,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normally picturesque, now felt like the corridors of a clandestine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operation, its secrets woven into the very fabric of the town.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alone, utterly alone, on this journey of discovery, an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unwelcome intruder attempting to penetrate a carefully guarded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sanctuary.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weight of the fire log pressed against her side, a constant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physical reminder of the injustice she had uncovered, a symbol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own complicity in the system’s deceit. The charred wood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rough and jagged against her skin, reflecting the harsh and uneven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texture of the truth she was now uncovering. Each mile driven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brought her closer to the truth, but it also seemed to push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further into isolation. The very air around her seemed charged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secrets, a network of hushed whispers and hidden glances.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she neared the inn, the faint glow of the streetlights highlighted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intricate details of the architecture—the gingerbread trim,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ornate carvings—each element a potential clue, a piece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puzzle she was desperate to assemble. The night’s quiet intensity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oppressive, the darkness almost tangible, pressing in on her like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 physical presence, suffocating her with its secrets.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inn loomed ahead, a beacon of artificial light in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surrounding darkness, but the comfort it offered was fleeting.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silence inside her room mirrored the ominous quiet of the town,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amplifying her apprehension. She tossed her keys onto the table,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metallic clang echoing in the confined space. The small,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insignificant sound seemed to shatter the stillness, and yet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silence returned immediately, even more intense than before.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moved to the window, the cold glass a sharp contrast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simmering emotions within her. The distant glow of the wildfire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offered a mesmerizing, yet terrifying spectacle, a reflection of the</w:t>
      </w:r>
    </w:p>
    <w:p>
      <w:pPr>
        <w:sectPr>
          <w:pgSz w:w="8000" w:h="12000"/>
          <w:pgMar w:top="296" w:right="652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6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turbulent firestorm within her own soul. She was caught in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maelstrom, tossed between duty and ambition, between revealing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truth and preserving her career.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choice before her was stark and unnerving. She could keep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silent, protect her career, and allow the past to remain buried. 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could expose the truth, risk everything, and fight for justice.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weight of her decision pressed heavily upon her.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notes lay on the table, a silent accusation in the otherwise quiet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room. The words, stark and simple, were more potent than any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grand declaration. “Check the ’08 fire.” “Firm knew.” They were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suggestions; they were commands, guiding her towards a truth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previously been unwilling to face. But the truth was a burning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brand, and it had seared its way into her consciousness.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center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eyes moved to the fire log. Its scarred surface seemed to reflect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devastation of the past and the potential for future destruction.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 was a constant reminder of her company's role in the past,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symbol of the ethical compromises she had witnessed or perhaps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even ignored. The ethical compromises that would now have to be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addressed or this town would forever remain bound to a dangerous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secret, a secret she now held, not as an outsider, but as a witness.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Sleep wouldn’t come easily, she knew. The fire, the secrets,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looming deadline—all battled for space in her mind, creating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chaotic landscape of anxiety and fear. Yet, mixed with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trepidation, there was a newfound resolve, a determination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uncover the truth, no matter the cost. The path ahead was fraught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peril, a dangerous labyrinth of deception and cover-ups,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 was ready to embark on this treacherous journey, to face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consequences head-on, to challenge the system that had allowed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such negligence to flourish. She was no longer just a real estate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developer; she was a crusader, armed with nothing but the truth,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ready to take on the battle for justice. The quiet hum of the KRSM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emergency alert echoed again, but now it wasn't just a distant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threat. It was a call to action, an urgent summons to a battle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just begun. The truth had ignited, and it would not be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extinguished easily.</w:t>
      </w:r>
    </w:p>
    <w:p>
      <w:pPr>
        <w:sectPr>
          <w:pgSz w:w="8000" w:h="12000"/>
          <w:pgMar w:top="296" w:right="642" w:bottom="52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Portlands Pressure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laptop’s faint hum, a persistent thrumming in the otherwise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quiet room, vibrated through the small wooden table. Jenna stared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 the screen, the pixelated face of Greg Miller, her boss, a man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whose smile never quite reached his eyes, filling the space.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curtains, thin and worn, swayed gently in the draft that snaked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 a gap in the ill-fitting window frame, their movements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mimicking the uneasy flutter in her stomach. Portland’s chill,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seeping through the aged windowpane, added to the overall sense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unease that had settled over her like a shroud.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“So, Jenna,” Greg’s voice, amplified through the laptop’s tinny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speakers, cut through the silence. It was a voice polished smooth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years of corporate maneuvering, yet laced with an underlying edge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impatience that she’d learned to recognize. “The Silverton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project. Progress report, please.”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words hung in the air, heavy and expectant. Jenna shifted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weight, the worn carpet beneath her feet offering little comfort.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room, once a refuge, now felt claustrophobic, the peeling wallpaper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seeming to close in on her, mirroring the tightening pressure in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chest. She ran a hand through her hair, the gesture betraying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inner turmoil, even as she tried to maintain a façade of professional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composure.</w:t>
      </w:r>
    </w:p>
    <w:p>
      <w:pPr>
        <w:autoSpaceDN w:val="0"/>
        <w:autoSpaceDE w:val="0"/>
        <w:widowControl/>
        <w:spacing w:line="264" w:lineRule="exact" w:before="264" w:after="0"/>
        <w:ind w:left="0" w:right="576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“The local community is… resistant,” she began, choosing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words carefully. “There’s considerable opposition to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development. More than we anticipated.”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Greg’s perfectly sculpted eyebrows rose fractionally. “Resistant?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Jenna, we’re talking about a luxury eco-resort. Sustainable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development. It’s a win-win. What’s their problem?”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His tone, deceptively smooth, grated on her nerves like sandpaper.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Each word felt like a tiny jab, chipping away at her resolve.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glanced at the fire log, lying innocently on the side table, its scarred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surface reflecting the artificial light from the laptop screen.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weight of its silent accusation hung heavy in the air, a counterpoint</w:t>
      </w:r>
    </w:p>
    <w:p>
      <w:pPr>
        <w:sectPr>
          <w:pgSz w:w="8000" w:h="12000"/>
          <w:pgMar w:top="442" w:right="668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6" w:lineRule="exact" w:before="5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Greg’s confident pronouncements. She hadn’t mentioned the log,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or her suspicions about the 2008 fire, to Greg. Not yet.</w:t>
      </w:r>
    </w:p>
    <w:p>
      <w:pPr>
        <w:autoSpaceDN w:val="0"/>
        <w:autoSpaceDE w:val="0"/>
        <w:widowControl/>
        <w:spacing w:line="264" w:lineRule="exact" w:before="264" w:after="0"/>
        <w:ind w:left="0" w:right="576" w:firstLine="0"/>
        <w:jc w:val="center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continued, her voice measured, carefully constructing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defense. “There are concerns about the environmental impact.</w:t>
      </w:r>
    </w:p>
    <w:p>
      <w:pPr>
        <w:autoSpaceDN w:val="0"/>
        <w:autoSpaceDE w:val="0"/>
        <w:widowControl/>
        <w:spacing w:line="264" w:lineRule="exact" w:before="60" w:after="0"/>
        <w:ind w:left="0" w:right="1152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Concerns about the disruption to their way of life. It’s…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complicated.”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“Complicated?” Greg scoffed, the sound barely audible but carrying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weight of his irritation. “Jenna, we’ve jumped through every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hoop, met every regulation. This project is green-lit. All we need 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local approval. And that's where you come in.” He paused, his tone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softening slightly, almost conspiratorially. “Get it done, Jenna.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there’s a board seat waiting for you when this is finalized. Think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it as an incentive.”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offer hung in the air, a glittering bait on a hook of pressure.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board seat – a significant promotion, a career milestone she’d long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coveted. But the words tasted like ash in her mouth. The fire log,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its silent testimony to her firm’s past negligence, felt heavier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than ever. It was a stark contrast to the sleek, polished image Greg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projecting, a jarring reminder of the ethical compromises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were becoming increasingly difficult to ignore.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“I understand,” Jenna replied, her voice betraying none of the inner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turmoil churning within her. “I’ll… I’ll continue to work with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community. I’ll find a way to secure approval.” Her fingers hovered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over the photos of the fire log on her phone.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“Good,” Greg said, his tone returning to its usual polished veneer.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“Keep me updated. Daily reports.” The call ended with a curt click,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leaving Jenna alone with the silence and the hum of the now-silent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laptop.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re-read Greg's email, the words swimming before her eyes. He’s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pushing too hard, she thought, a single, stark realization piercing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swirling confusion. The pressure was immense, the weight of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expectation, combined with her own ambition, threatening to crush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her.</w:t>
      </w:r>
    </w:p>
    <w:p>
      <w:pPr>
        <w:sectPr>
          <w:pgSz w:w="8000" w:h="12000"/>
          <w:pgMar w:top="296" w:right="654" w:bottom="52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rose from her chair, pacing the small space, her footsteps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echoing in the quiet room. The peeling wallpaper, the worn carpet,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draft whistling through the gaps in the window – they were all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reminders of her isolation, of the distance that had grown between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her and the life she’d once known. The idyllic façade of her high-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powered career, so carefully constructed over years of hard work,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felt increasingly brittle, its cracks widening under the strain of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growing doubts.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fire log remained on the table, a silent accuser. It wasn't just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piece of evidence; it was a symbol of a deeper truth, a truth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slowly revealing itself, casting a long shadow over her ambition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her loyalty to her firm. The board seat, the promotion,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rewards of her career – they all felt tainted, compromised by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knowledge she now possessed.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weight of the situation pressed down on her, suffocating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its implications. The pressure from Portland felt immense,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constant, throbbing presence. Greg’s words, his expectations,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allure of the board seat—they all played against the quiet, insistent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accusations of the fire log, the whisper of injustice in the heart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seemingly idyllic town. She was caught in a moral crossfire,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loyalty divided, her future uncertain. The room, once a simple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refuge, now mirrored her inner turmoil – cramped, unsettling, filled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with the silent echoes of doubt.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night stretched ahead, long and ominous. Sleep wouldn't come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easy. Instead, she found herself reaching for her phone, the images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charred wood again filling her screen. The fire log had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become more than just a physical object; it was a symbol, a catalyst,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beacon illuminating the darkness that had settled upon her career,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conscience, and her very soul. The luxury resort, the board seat,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glittering rewards of her ambition – they paled in comparison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weight of the truth she now held, a truth that threatened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consume her entirely. The silence of the room seemed to amplify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inner conflict, each tick of the clock a hammer blow against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wavering loyalty, a constant reminder of the difficult choices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lay ahead.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She stared out the window, the darkness outside mirroring the</w:t>
      </w:r>
    </w:p>
    <w:p>
      <w:pPr>
        <w:sectPr>
          <w:pgSz w:w="8000" w:h="12000"/>
          <w:pgMar w:top="296" w:right="642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turmoil within. The night held no solace, only the ever-present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pressure of Portland’s expectations, the relentless hum of her 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ambition, and the quiet, persistent accusations of the past. The line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between duty and ambition blurred, the path forward clouded by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complex web of conflicting loyalties and a growing sense of unease.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fire log lay on the table, a stark reminder of her complicity,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silence, and the price she might have to pay for the truth. The call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from Greg felt like a pressure cooker poised to explode, a boiling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point of ambition and betrayal simmering just beneath the surface.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small, quiet town of Silverton, with its tranquil rhythm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hidden secrets, held a different kind of pressure, a quiet, insistent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force that was slowly reshaping Jenna’s perspective, forcing her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confront the ethical compromises that lay at the heart of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success, forcing her to question the very foundations of 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ambition. The weight of the fire log pressed down on her,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constant reminder of the negligence, the cover-up, and the ethical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compromises that she was now inextricably linked to. The choice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before her was clear: confront the truth, or remain complicit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system’s deception. And the night’s oppressive silence only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amplified the magnitude of the decision she now had to make.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path forward, once clear and illuminated by ambition, was now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shrouded in shadows, a treacherous path leading to an uncertain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future.</w:t>
      </w:r>
    </w:p>
    <w:p>
      <w:pPr>
        <w:sectPr>
          <w:pgSz w:w="8000" w:h="12000"/>
          <w:pgMar w:top="296" w:right="694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Moral Crossroads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café at the Silverton Inn smelled faintly of cinnamon and old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wood, a comforting aroma that did little to soothe the turmoil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churning inside Jenna. Sunlight, sliced by the dusty blinds, cast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stripes across the worn wooden table where she sat, a lone figure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bustling corner. The clink of coffee cups, the murmur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conversation, usually a soothing backdrop, now felt like a relentless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soundtrack to her inner conflict.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Before her lay a crumpled napkin, a battlefield of scribbled pros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cons, a testament to her frantic attempts to strategize, to find a way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 the ethical minefield she’d stumbled into. "Jobs created,"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she'd written, the letters bold and assertive. Below, in a much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shakier hand, “Logan’s land…his family history.” The lines she’d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crossed out outnumbered the ones that remained. The logic was 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tangled as the overgrown blackberry bushes she’d seen clinging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edges of Logan's property. The resort, she knew, was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behemoth of ambition and progress, a symbol of her own carefully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cultivated success. But the cost…the human cost…was becoming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increasingly difficult to ignore.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She’d spent the morning reviewing blueprints, soil reports, impact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studies—all the meticulous paperwork that supported the eco-resort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project. All the justifications. But the fire log, a charred relic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past negligence, remained a stubborn counterpoint to every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meticulously crafted argument. She could almost feel its weight,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silent accusation, pressing down on her, adding an extra layer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heaviness to the already burdensome task of securing Logan’s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cooperation.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napkin lay discarded now, its neat rows of pros and cons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her failing attempt at simple strategic planning.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reality was far more complex, far messier than any neatly organized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list could encapsulate. Using the information she possessed about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2008 fire—incriminating information that implicated her 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firm—would certainly pressure Logan. It might even break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resolve. But the risk was monumental. Exposing the truth would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mean exposing her own complicity, her own silence in the face of</w:t>
      </w:r>
    </w:p>
    <w:p>
      <w:pPr>
        <w:sectPr>
          <w:pgSz w:w="8000" w:h="12000"/>
          <w:pgMar w:top="442" w:right="65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6" w:lineRule="exact" w:before="56" w:after="0"/>
        <w:ind w:left="0" w:right="432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corporate wrongdoing. And that could shatter everything she'd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worked so hard to achieve.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postcard, tucked into her purse, felt unexpectedly heavy as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reached for it. It was from her sister, Lily, a relentless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environmental activist, whose words—simple, passionate,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unwavering—seemed to mock Jenna’s calculated maneuvering.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"Save what matters," Lily had written. The phrase echoed in Jenna’s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mind, a sharp, insistent counterpoint to the sanitized language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firm’s sustainability reports. Lily’s unwavering conviction,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dedication to preserving the natural world, cast a harsh light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Jenna’s own compromised position. The weight of her sister’s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words, of her sister’s ideals, hung heavy in the air, an almost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physical presence in the sunny café.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coffee grew cold, its once-inviting warmth now a forgotten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comfort. The café itself, once a neutral space, now felt charged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weight of her internal struggle. Jenna felt the eyes of the other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patrons on her, a prickling awareness of her solitude. She was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outsider, a figure of contention in this small town; her presence,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disruption to the tranquil rhythm of Silverton.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waiter, his eyes lingering a beat too long, addressed her with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polite yet pointed formality. “More coffee, ma’am?” His tone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civil, almost deferential, but there was an edge to it, a hint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recognition—a silent acknowledgment of her role as “the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developer,” the force of change threatening to overwhelm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quiet town. His glance felt like a confirmation of her isolation,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subtle punctuation mark to her feeling of being an outsider,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interloper in a world that was neither comfortable nor accustomed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 her presence.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notes, scribbled hastily on her phone, buzzed insistently –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silent reminder of the mounting pressures and looming deadlines.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words Greg had spoken – “get it done, Jenna”—echoed in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ears, a relentless, insistent drumbeat that threatened to drown 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her own quiet, persistent doubts. The promotion—the board seat—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 glittering prize, a testament to her ambition and success.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 was a prize that was slowly, relentlessly beginning to feel tainted,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poisoned by the ethical compromises that were becoming</w:t>
      </w:r>
    </w:p>
    <w:p>
      <w:pPr>
        <w:sectPr>
          <w:pgSz w:w="8000" w:h="12000"/>
          <w:pgMar w:top="296" w:right="686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increasingly difficult to ignore.</w:t>
      </w:r>
    </w:p>
    <w:p>
      <w:pPr>
        <w:autoSpaceDN w:val="0"/>
        <w:autoSpaceDE w:val="0"/>
        <w:widowControl/>
        <w:spacing w:line="264" w:lineRule="exact" w:before="266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quiet hum of the café, the distant clinking of cutlery,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rhythmic tapping of a laptop from a nearby table – all faded into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background as Jenna’s internal conflict intensified. She wasn't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 dealing with a strategic impasse; she was wrestling with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moral crisis. The weight of the 2008 fire, the silent complicity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firm, the impact on Logan and the community – it all weighed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heavily on her, the burden threatening to crush her under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immense weight.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center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She reached for her coffee cup, the ceramic cold against her fingers.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warmth, or the lack thereof, was a perfect metaphor for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situation, the emptiness reflecting the hollowness of her attempt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reconcile her ambition with her growing sense of responsibility.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carefully constructed narrative of her success felt fragile, its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foundation crumbling beneath the weight of her own growing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unease.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postcard, Lily’s words, a reminder of her sister’s unwavering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commitment to the environment, lay there, a stark contrast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carefully calculated strategies scrawled on the napkin. The fire log,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unspoken accusations of the past, the pressure from Portland –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 all coalesced into a single, overwhelming burden. She was at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crossroads, her path forward obscured by the tangled web of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own ambition and a growing awareness of her complicity in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system that valued profit over people, over the environment. There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no simple solution, no easy answer. The choice before her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complex equation with variables she couldn't control and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outcome she couldn’t fully predict. The only certainty was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daunting weight of her decision, the weight of the moral crossfire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threatened to consume her. The café, with its mundane sounds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comforting smells, offered no solace, no escape from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profound ethical dilemmas that surrounded her. The silence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room became deafening, amplifying her internal struggle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highlighting the stark reality of the situation. The path forward,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once clear, now lay buried beneath a mountain of conflicting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priorities and unresolved guilt.</w:t>
      </w:r>
    </w:p>
    <w:p>
      <w:pPr>
        <w:sectPr>
          <w:pgSz w:w="8000" w:h="12000"/>
          <w:pgMar w:top="296" w:right="652" w:bottom="656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A Towns Distance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Silverton Farmers Market was a riot of color and sound, a stark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contrast to the quiet tension simmering within Jenna. Sunlight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dripped through the gaps in the canvas tents, illuminating vibrant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displays of locally grown produce. The air thrummed with a lively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energy—the cheerful calls of vendors hawking their wares,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chatter of customers, the rhythmic creak of woven baskets under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weight of ripe tomatoes and plump zucchini. But beneath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surface of this bucolic scene, a current of hostility pulsed,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palpable undercurrent that left Jenna feeling increasingly isolated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exposed.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scent of freshly baked bread mingled with the earthy aroma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damp soil, a heady perfume that usually would have delighted her.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Instead, it only served to heighten her awareness of the palpable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distance between herself and the townspeople. Each stall she passed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seemed to radiate a silent judgment, the vendors' eyes lingering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with a mixture of suspicion and resentment. She felt the weight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their stares, the unspoken accusations hanging heavy in the air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like the humid summer haze.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"She's the one pushing that resort," a woman whispered to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companion, her words carrying on the gentle breeze, piercing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Jenna’s carefully constructed composure. The casual cruelty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comment, the effortless way in which her project—her ambition—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was reduced to a single, damning label, sent a chill down her spine.</w:t>
      </w:r>
    </w:p>
    <w:p>
      <w:pPr>
        <w:autoSpaceDN w:val="0"/>
        <w:autoSpaceDE w:val="0"/>
        <w:widowControl/>
        <w:spacing w:line="264" w:lineRule="exact" w:before="60" w:after="0"/>
        <w:ind w:left="0" w:right="746" w:firstLine="0"/>
        <w:jc w:val="both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 confirmed what she already knew: she was an outsider,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unwelcome force intruding upon the established harmony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Silverton.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vendor, his face impassive, handed her change for a small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purchase, his fingers barely brushing hers, a curt nod his only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acknowledgement of her presence. His eyes, though, were guarded,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wary. The simple act of a transaction felt imbued with a silent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accusation; it was as if the very coins he offered were a symbol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division that had settled between her and this community. Did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Logan’s influence—or perhaps the whispers about the 2008 fire—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account for the chill in their demeanor?</w:t>
      </w:r>
    </w:p>
    <w:p>
      <w:pPr>
        <w:sectPr>
          <w:pgSz w:w="8000" w:h="12000"/>
          <w:pgMar w:top="442" w:right="676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clutched her canvas tote bag tighter, its weight mirroring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burden she carried. The notes—the damning evidence hidden deep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within—felt like a spotlight, illuminating her complicity, her silent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participation in a past she now desperately sought to atone for.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market's vibrant energy, the abundance of fresh produce, the lively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chatter of the locals – all of it seemed to mock her efforts to find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common ground, to bridge the gulf that separated her from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close-knit community.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 bought a single peach, its skin a perfect blush of summer,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scent sweet and inviting. She bit into it, the juice tart and bursting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 her tongue, a momentary respite from the tension that coiled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around her. But even the simple pleasure of the ripe fruit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tainted by the pervasive hostility of the market. The sweetness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hollow, the vibrant flavor unable to mask the bitterness of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isolation.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constant buzz of her phone, a persistent reminder of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demands of her life in Portland, remained unanswered. Greg’s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message—"Update?"—glowed silently on her locked screen,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reminder of the expectations she was struggling to fulfill. But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ignored it, her attention drawn to the deeper, more troubling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aspects of the project, the history it obscured, the secrets it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concealed. The whispers and sideways glances fueled her growing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suspicion, her instincts urging her to delve even deeper into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mystery surrounding the 2008 fire, the mystery that implicated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own firm.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flapping of canvas tents in the gentle breeze created a rhythmic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sound, almost a ghostly whisper against the backdrop of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market’s chatter. It was a mournful sound, seemingly mirroring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own internal turmoil, her sense of being adrift in a sea of suspicion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resentment. Each woven basket, each carefully arranged display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fresh produce, served as a silent reminder of the town's deeply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rooted traditions, traditions she now realized were under threat.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 felt a pang of guilt, a sharper, more potent version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unease that had begun to consume her in the days since her arrival.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She was not simply dealing with the resistance of locals protecting</w:t>
      </w:r>
    </w:p>
    <w:p>
      <w:pPr>
        <w:sectPr>
          <w:pgSz w:w="8000" w:h="12000"/>
          <w:pgMar w:top="428" w:right="642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land; she was up against a deeply ingrained sense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community, a collective identity far stronger and more resilient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than she had anticipated. It wasn't merely a conflict of interests;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 battle against the very fabric of this town’s existence.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implications of her firm's past actions, the weight of the concealed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truth, suddenly felt far more substantial than any development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project.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market, once a picturesque scene of idyllic rural life, now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like a battlefield, each interaction a subtle skirmish in a larger war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 development, truth and the very heart and soul of Silverton.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peach, a symbol of the moment, a fleeting taste of sweetness,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overwhelmed by the sourness of the situation. The hostility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wasn’t just a fleeting impression; it was a fundamental opposition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her presence, her project, and everything she represented.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bustling market, with its vibrant displays of fruits, vegetables,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handicrafts, became a microcosm of the larger conflict at play.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Jenna, an outsider attempting to impose her vision, found herself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increasingly isolated, the town’s collective disapproval forming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formidable barrier between her and her ambitions. The weight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bag, the pressure from Portland, and the whispers of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townspeople all conspired to amplify her growing sense of unease.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sun warmed her skin, but the cold glances of the locals chilled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to the bone. The idyllic charm of Silverton masked a deeper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current of resistance—a potent force that stood in stark contrast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carefully crafted narrative of sustainable development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 had presented to her superiors. The distance between herself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the town was not merely geographical; it was a vast chasm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distrust and misunderstanding. The once-clear path forward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now shrouded in doubt, its destination unclear and its journey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fraught with danger. The weight of her decision, of her potential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complicity in a larger scheme, pressed down on her, a suffocating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weight that threatened to crush her spirit. And in that moment,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surrounded by the vibrant chaos of the Silverton Farmers Market,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 felt profoundly and utterly alone. The sweetness of the peach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was long gone, replaced by the bitter taste of betrayal.</w:t>
      </w:r>
    </w:p>
    <w:p>
      <w:pPr>
        <w:sectPr>
          <w:pgSz w:w="8000" w:h="12000"/>
          <w:pgMar w:top="296" w:right="660" w:bottom="788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Lingering Glance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air hung heavy, thick with the scent of pine and woodsmoke,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familiar aroma that usually soothed her, but tonight, it only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amplified the unease that clung to her like a second skin. She sat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truck, the engine idling, a low thrumming vibration beneath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her, parked across the street from Maddox Auto. The shop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bathed in the harsh, flickering glow of a neon sign, its faint buzz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counterpoint to the silence of the deserted street. Light pooled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concrete, highlighting the scattered tools and discarded parts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littering the ground.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 was inside, a silhouette framed by the shop's window.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broad shoulders, the familiar line of his jaw, were visible even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across the street. He moved with a practiced ease, his silhouette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illuminated by the bursts of light from his welding torch, the tools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glinting like captured fireflies. For a moment, their eyes met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 the glass. A silent exchange, charged with unspoken words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unspoken emotions, an electrical current passing between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them, a fleeting connection that sent a jolt through her.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pulse, usually a steady rhythm, quickened to a frantic drum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against her ribs. His gaze, unwavering, held hers for a beat,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fraction of a second, then, as quickly as it had ignited, it was gone.</w:t>
      </w:r>
    </w:p>
    <w:p>
      <w:pPr>
        <w:autoSpaceDN w:val="0"/>
        <w:autoSpaceDE w:val="0"/>
        <w:widowControl/>
        <w:spacing w:line="264" w:lineRule="exact" w:before="60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turned back to his work, his concentration unbroken,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movements precise and deliberate. The wrench he held, gleaming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 the harsh fluorescent light, became a symbol of something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else, something heavy and unresolved.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Jenna’s grip tightened on the steering wheel, her knuckles white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against the worn leather. The photo, a grainy image from the fire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log, burned behind her eyelids. The faded newspaper clipping,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detailing the 2008 fire, its details obscured but its implications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clear, felt like a physical weight in her purse. She hesitated,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fingers hovering over her phone, the images ready to be sent,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digital truth she considered unleashing. But something held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back.</w:t>
      </w:r>
    </w:p>
    <w:p>
      <w:pPr>
        <w:autoSpaceDN w:val="0"/>
        <w:autoSpaceDE w:val="0"/>
        <w:widowControl/>
        <w:spacing w:line="322" w:lineRule="exact" w:before="20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suspicion was there, a gnawing doubt that had settled deep</w:t>
      </w:r>
    </w:p>
    <w:p>
      <w:pPr>
        <w:sectPr>
          <w:pgSz w:w="8000" w:h="12000"/>
          <w:pgMar w:top="442" w:right="706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6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within her, fueling the investigation. But so was a strange sort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protective instinct, a feeling she couldn't fully articulate, that kept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her hand from sending the incriminating images. Was it pity?</w:t>
      </w:r>
    </w:p>
    <w:p>
      <w:pPr>
        <w:autoSpaceDN w:val="0"/>
        <w:autoSpaceDE w:val="0"/>
        <w:widowControl/>
        <w:spacing w:line="264" w:lineRule="exact" w:before="60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Admiration? A growing sense of something deeper, something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the professional and personal entanglement she already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felt? The question remained unanswered, a silent conflict playing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out within her.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dilemma was sharp, a conflict between her professional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obligations and a nascent empathy for the man whose land stood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path of her company’s project. She knew what the fire log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implied, the connection between the 2008 blaze and her own firm’s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actions, the potential cover-up that had allowed her company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profit at the expense of Silverton and its people. Yet the thought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accusing Logan, of directly implicating him in this darkness,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wrong, a betrayal of something she couldn’t name.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truck's engine continued its steady hum, a constant reminder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presence, her indecision. The stillness of the night, the quiet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empty streets, was broken only by the intermittent buzz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neon sign and the distant wail of a siren—a sound that momentarily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pulled her from her reverie, highlighting the palpable tension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hanging in the air. The haze, she noted, seemed to have thickened,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adding to the overall feeling of oppressive silence. The night air,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usually crisp and cool, felt stagnant, weighed down by secrets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unspoken accusations.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Minutes ticked by, each one stretching into an eternity. She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watched him, captivated by his focused intensity, the rhythmic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clanging of metal on metal echoing in the silence. The fire log,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its cryptic references and its suggestion of a conspiracy, burned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mind like a brand. It was a question that demanded an answer,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puzzle she felt compelled to solve, even if the solution meant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confronting truths she wasn’t ready to face. But at the same time,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there was a reluctance, a pull towards protecting Logan, shielding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him from the storm she knew was coming.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temptation to confront him, to spill the contents of the fire log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demand an explanation, was almost overwhelming. She could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picture the conversation, the shock on his face, the subsequent rage</w:t>
      </w:r>
    </w:p>
    <w:p>
      <w:pPr>
        <w:sectPr>
          <w:pgSz w:w="8000" w:h="12000"/>
          <w:pgMar w:top="296" w:right="664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or denial. It was a dramatic scenario she felt compelled to play out,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push the narrative forward, to confront the mystery once and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all. But there was something in his posture, his intense focus,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made the thought of confrontation feel wrong, heavy.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Instead, she remained in her truck, a silent observer, her 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emotions a swirling tempest within the calm exterior of her vehicle.</w:t>
      </w:r>
    </w:p>
    <w:p>
      <w:pPr>
        <w:autoSpaceDN w:val="0"/>
        <w:autoSpaceDE w:val="0"/>
        <w:widowControl/>
        <w:spacing w:line="264" w:lineRule="exact" w:before="60" w:after="0"/>
        <w:ind w:left="0" w:right="432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conflict raged within her; her ambition versus her growing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empathy for Logan, her professional responsibility versus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growing sense of moral obligation. The weight of her indecision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pressed down on her, a suffocating pressure that threatened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crush her.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started the engine, the sudden roar of the truck shattering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quiet intensity of the moment. The headlights sliced through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darkness, momentarily illuminating the faded paint of Maddox Auto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before she reversed out of the parking space and slowly drove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away, leaving Logan still silhouetted within the neon glow of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shop.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streets of Silverton were deserted, a maze of shadows and quiet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corners. The haze thickened, obscuring the distant hills, blurring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edges of the town, mirroring the confusion swirling within her.</w:t>
      </w:r>
    </w:p>
    <w:p>
      <w:pPr>
        <w:autoSpaceDN w:val="0"/>
        <w:autoSpaceDE w:val="0"/>
        <w:widowControl/>
        <w:spacing w:line="264" w:lineRule="exact" w:before="58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drove slowly, the image of Logan’s face, his intense gaze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lingering behind her eyelids. The fire log, the weight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evidence, remained in her possession, a constant reminder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truth she was holding back. Her decisions, she realized, were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solely her own. They extended far beyond her professional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ambitions and touched upon the fate of others, upon the fate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Silverton itself. The potential consequences of her actions, of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silences, weighed heavily upon her, a growing sense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responsibility adding to the already considerable burden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carried.</w:t>
      </w:r>
    </w:p>
    <w:p>
      <w:pPr>
        <w:autoSpaceDN w:val="0"/>
        <w:autoSpaceDE w:val="0"/>
        <w:widowControl/>
        <w:spacing w:line="264" w:lineRule="exact" w:before="266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she drove past the dark, silent houses, she couldn’t shake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feeling that she was leaving something crucial undone, that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path she’d chosen was far from clear, that the silence of the night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echoed the unsettling emptiness within her own soul. She drove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until the neon glow of Silverton faded into the deeper darkness,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leaving her alone with her thoughts, her secrets, and the chilling</w:t>
      </w:r>
    </w:p>
    <w:p>
      <w:pPr>
        <w:sectPr>
          <w:pgSz w:w="8000" w:h="12000"/>
          <w:pgMar w:top="296" w:right="66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6" w:lineRule="exact" w:before="5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weight of unanswered questions. The haze of uncertainty enveloped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her, shrouding the future in a veil of doubt and unspoken truths.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lingering glance, a silent testament to a connection fraught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danger and mystery, continued to play in her mind, a reminder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complexities and risks inherent in the choices yet to be made.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town, the project, and the potential consequences of her actions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all intertwined in a web of secrets and suspicions, leaving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questioning everything she believed she knew.</w:t>
      </w:r>
    </w:p>
    <w:p>
      <w:pPr>
        <w:sectPr>
          <w:pgSz w:w="8000" w:h="12000"/>
          <w:pgMar w:top="296" w:right="64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Dusks Uncertainty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trail wound upwards, a ribbon of brown earth snaking through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landscape painted in hues of burnt orange and bruised purple.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sky, a vast canvas, bled crimson and grey, the setting sun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smoldering ember behind a curtain of smoke. The air, dry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brittle, tasted of ash and something else, a metallic tang that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prickled her nostrils. A twig snapped underfoot, the sharp crack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echoing unnaturally loud in the oppressive silence. Jenna barely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registered it, her gaze fixed on the hazy horizon, the distant hills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dissolving into a blurry smudge of grey and ochre.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wildfire alerts had been relentless, a constant buzz of anxiety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pocket. The news reports spoke of escalating blazes,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evacuations, and of the ever-present threat of uncontrolled fire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sweeping across the landscape. Lily's words, spoken so casually yet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carrying the weight of years of unspoken truths, resonated in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mind: "Truth matters." But what did she truly know? What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truth in this place, where secrets were woven into the very fabric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town, where the past seemed to haunt the present with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almost tangible presence?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fire log, tucked securely in her purse, felt like a small, burning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ember against her thigh. The grainy images, the obscured details,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tantalizing suggestion of a cover-up, fueled her investigation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provided no clear answers. She was still tethered to the deal,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immense weight of her professional obligations pressing down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her. Every step she took along the Trail of Ten Falls felt deliberate,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each crunch of brittle leaves under her boots a rhythmic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counterpoint to the roaring silence of the wilderness.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falls themselves were breathtaking, a cascade of water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plummeting into a misty pool below. Towering firs, their bark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scarred and darkened by past fires, stood sentinel, their ancient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limbs reaching towards the smoke-filled sky. But the breathtaking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beauty felt less like an invitation and more like a challenge, a subtle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rebuke to her presence, a question hanging in the air, unanswered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unnerving. Was she, Jenna Blake, a force of destruction,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harbinger of environmental disaster disguised as an eco-conscious</w:t>
      </w:r>
    </w:p>
    <w:p>
      <w:pPr>
        <w:sectPr>
          <w:pgSz w:w="8000" w:h="12000"/>
          <w:pgMar w:top="442" w:right="64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developer?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paused, pulling out her phone. The screen, illuminated by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fading light, displayed the photos from her phone’s log – grainy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images from the 2008 fire, the same ones that haunted her dreams.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scrolled through them, her thumb tracing the edges of the burnt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buildings, the twisted metal, the ghostly outlines of structures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reduced to ashes. The details were frustratingly vague, the clues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elusive. There was something there, a missing piece, a connection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couldn't quite grasp, a subtle hint of something far more sinister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than a simple accident. Yet, the images provided no easy answers.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doubt remained, a persistent whisper in the growing twilight,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mirroring the uncertainty of the fading light.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distant siren wailed, its sound carried on the wind, a mournful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cry that seemed to echo the emptiness within her. It was a jarring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reminder of the real-life consequences of uncontrolled wildfires,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destruction that could follow when ambition blinded people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environmental impact of their actions. The sound was a subtle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yet potent nudge, the ghost of Lily's words weaving themselves into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soundscape, strengthening the unsettling knot in her gut.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trail continued upward, growing steeper, the undergrowth thick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unforgiving. The air grew colder, the fading light casting long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shadows that danced and writhed like specters. The beauty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falls, once awe-inspiring, now felt menacing, the spray of water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transforming into a ghostly veil. The towering firs seemed to watch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her, their silent judgment a palpable presence in the deepening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twilight.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 continued her ascent, each step deliberate, each breath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shallow. The weight of her suspicion pressed down on her, a heavy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cloak of uncertainty. The fire log, with its hidden secrets, felt like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weight in her pocket, a reminder of the potential consequences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actions, of the precarious balance between ambition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environmental responsibility. The path ahead was unclear,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answers elusive.</w:t>
      </w:r>
    </w:p>
    <w:p>
      <w:pPr>
        <w:autoSpaceDN w:val="0"/>
        <w:autoSpaceDE w:val="0"/>
        <w:widowControl/>
        <w:spacing w:line="264" w:lineRule="exact" w:before="264" w:after="0"/>
        <w:ind w:left="0" w:right="432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light dwindled further, the sky bleeding into shades of deep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indigo and bruised violet. The distant hills became a jagged</w:t>
      </w:r>
    </w:p>
    <w:p>
      <w:pPr>
        <w:sectPr>
          <w:pgSz w:w="8000" w:h="12000"/>
          <w:pgMar w:top="296" w:right="644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silhouette against the darkening sky, their outline obscured by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thickening haze. The woods grew darker, the air cooler, the silence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amplified. A lone owl hooted, its call a mournful cry in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deepening twilight, a melancholic soundtrack to her solitary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journey. The uncertainty of the dusk mirrored the uncertainty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within her own heart, the swirling doubts a tangible presence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fading light.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paused again, the image of the fire log burning behind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eyelids. The unanswered questions – her firm’s involvement,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Logan’s connection, the potential for a cover-up – weighed heavily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upon her. Her phone's screen, now almost invisible in the fading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light, illuminated her own face, pale and drawn, reflecting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shadows that danced around her. She felt increasingly alone,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isolated not only by the vast wilderness but by the weight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unspoken truths she carried within her. The quiet hum of her phone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the only sound besides the rustling of leaves, the creak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branches, the subtle sounds of the night stirring around her.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haze thickened, obscuring the already faint light, blurring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outlines of the towering firs into ghostly silhouettes. The air grew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colder, a chilling reminder of the approaching night. The trail itself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seemed to vanish, swallowed by the encroaching darkness, a symbol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uncertainties that lay ahead. The path, once clear, now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lost and obscured, mirroring the confusion swirling within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mind.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reached a vantage point overlooking the valley, the town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Silverton nestled below, a cluster of twinkling lights in the growing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darkness. The image of Silverton, once a symbol of professional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opportunity, now felt more like a landscape of secrets and hidden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truths. Her growing suspicion cast a long shadow over the idyllic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landscape, revealing a hidden layer of darkness beneath the veneer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charm.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distant wail of another siren, faint yet persistent, sliced through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quietude. The fire alerts continued to buzz on her phone,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constant, ominous reminder of the ever-present threat. Lily's words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returned, echoing in the stillness of the night: "Truth matters." Yet,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truth remained elusive, a puzzle with missing pieces, a mystery</w:t>
      </w:r>
    </w:p>
    <w:p>
      <w:pPr>
        <w:sectPr>
          <w:pgSz w:w="8000" w:h="12000"/>
          <w:pgMar w:top="296" w:right="646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shrouded in doubt and uncertainty.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Jenna’s boots crunched on the brittle leaves, the sound echoing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stillness of the night. She turned back towards the trail,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darkening sky a mirrored reflection of her own troubled mind.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weight of her investigation, the potential consequences of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actions, pressed down on her, the burden of her silences weighing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heavier with each passing moment. The trail, shrouded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fading light, continued to wind upwards, its direction as unclear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uncertain as her own path forward. The descent felt long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fraught with the shadows of doubt, her steps echoing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unanswered questions which remained as the night deepened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around her. The haunting image of the fire log burned brightly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deep shadows of her heart, a grim reminder of the long,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winding path that lay before her. The uncertainty of the dusk,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ominous shadows of the coming night, were now a true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reflection of the uncertainty that now reigned supreme within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own soul.</w:t>
      </w:r>
    </w:p>
    <w:p>
      <w:pPr>
        <w:sectPr>
          <w:pgSz w:w="8000" w:h="12000"/>
          <w:pgMar w:top="296" w:right="788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A Misread Deal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faint hum of a car engine, barely audible above the rustling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leaves outside, snaked its way into Logan’s awareness. He squinted,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gaze drawn to the Silverton Inn, its familiar clapboard façade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bathed in the soft glow of the late afternoon sun. Parked across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street, almost hidden in the shadows cast by an overhanging oak,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sat a sleek, black sedan – Greg’s rental car. Its polished surface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gleamed, a stark contrast to the dusty pickups that usually lined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Main Street. Logan’s grip tightened on the steering wheel of his 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truck, knuckles bone-white against the worn leather.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watched, unseen, as Jenna’s silhouette appeared in the inn’s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window. The setting sun cast a long shadow across her face,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obscuring most of her features, but the intensity of her focus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unmistakable. She was hunched over a sheaf of papers, a faint light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illuminating the documents from her laptop. And next to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papers, Logan could just make out the familiar glow of her phone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screen. He knew that screen, knew the grainy photographs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2008 fire, the images that had haunted him ever since he’d first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seen them—the images he'd seen on her phone screen. His eyes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narrowed, a cold anger beginning to simmer beneath his skin.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"Whistleblower" clipping, tucked into his worn leather wallet,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suddenly heavy, a physical manifestation of the betrayal that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beginning to choke him. He was certain, utterly convinced, that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up to something. Scheming with Greg, just as he had suspected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all along.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Inside the inn, the quiet hum of the building—the gentle tick-tock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an old grandfather clock, the soft creak of the hardwood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floorboards underfoot—amplified Jenna’s isolation. The air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thick with the scent of old wood and dust, a familiar smell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usually calmed her, but tonight it felt suffocating. She scrolled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 Greg’s latest email, each word a fresh stab of disquiet.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pushing hard for a signed deal, a relentless barrage of insistent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phrases about deadlines and investors. Every sentence felt like a lie,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carefully crafted falsehood built on the foundation of her firm’s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negligence, a truth that burned in her gut like a hot coal.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grainy images from the fire log, the blurred faces, the obscured</w:t>
      </w:r>
    </w:p>
    <w:p>
      <w:pPr>
        <w:sectPr>
          <w:pgSz w:w="8000" w:h="12000"/>
          <w:pgMar w:top="442" w:right="65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details—all of it, a constant reminder of the ethical compromises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had been forced to make, the compromises that were now about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 cost her so dearly.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fingers hovered over the reply button, her cursor blinking like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malevolent eye. The email draft, already half-written, felt heavy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its own unspoken words—words she could no longer bring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herself to commit to the screen. The weight of her suspicion—of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Logan’s suspicion, of the town’s suspicion, of her own gnawing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conscience—was growing, a crushing burden that threatened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suffocate her. She deleted the draft, the backspace key a cathartic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release. The silence of the inn, punctuated only by the ticking clock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the gentle creak of the floorboards, felt like a vacuum, sucking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away any lingering traces of her professional poise and leaving only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 trembling uncertainty in its place.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Light spilled from the curtained windows of the neighboring rooms,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casting long shadows across the worn hardwood floors of her room.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Each shaft of light that pierced through the gap in the drapes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like an accusation, a silent reminder of her precarious position.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notes from Lily, tucked into her purse, felt like a burning brand,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constant reminder of the truth she was trying so desperately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unearth. She was caught in a web of her own making, a spider’s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intricate design of deceit and ambition, and every moment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passed only tightened its silken threads around her. The notes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seemed to pulse with warnings, each line a reminder of 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involvement in this ethically questionable deal. She could feel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ever-tightening knot that her involvement had now wrought.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quiet of the inn couldn’t mask the turmoil within her.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ticking clock was a relentless rhythm, each tick a beat closer to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reckoning she wasn’t sure she could survive. The faintest whisper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doubt began to prickle its way through her resolve. Even as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night settled over Silverton, a growing unease settled deep within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her.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 remained in his truck, his gaze fixed on the inn. He watched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Jenna’s movements, interpreting each subtle shift in her posture,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each gesture, as a confirmation of his suspicions. The fire,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cover-up, Greg’s relentless pressure—it all pointed to a deliberate</w:t>
      </w:r>
    </w:p>
    <w:p>
      <w:pPr>
        <w:sectPr>
          <w:pgSz w:w="8000" w:h="12000"/>
          <w:pgMar w:top="296" w:right="656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calculated betrayal. He watched as she paced, her shadow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stretching and shrinking, mirroring the turmoil within. The line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between professional obligation and personal integrity seemed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blur, dissolving into a haze of uncertainty. The shadows cast by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overhanging oak tree seemed to deepen, mirroring the increasing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darkness of his own suspicions. His jaw tightened, the betrayal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bitter taste in his mouth.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knew she was connected to what happened in 2008, he felt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 within his soul. He’d seen the pain in her eyes when she spoke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that night, yet she continued with this deal, this destruction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home, his land, his past. The “Whistleblower” clipping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heavier with each passing moment, a tangible weight of resentment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betrayal. The article, however, was short on detail. But it spoke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enough to fill the chasm with its innuendos. He felt like she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playing a game, one with high stakes, and he’d just been caught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its crossfire. A game he was now determined to win. He knew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situation would never be straightforward. But he intended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unravel the mystery, once and for all. And Jenna, unwittingly,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going to be his key.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light in Jenna’s room dwindled as she prepared to leave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inn. The papers lay scattered across the desk, a testament to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unresolved turmoil. The email from Greg remained unanswered,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silent defiance. She picked up her phone, the faint glow of the fire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 images still visible. The pictures, despite their poor quality,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painted a vivid picture of destruction – a picture that mirrored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destruction she was now beginning to experience on a personal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level. The weight of unspoken words hung heavy in the air,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ticking clock seemed to mock her with each steady beat. She left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inn, walking slowly towards her car, the familiar darkness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night seeming to absorb her worries. As she got into the car,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glanced back at the inn's brightly lit windows, seeing her 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reflection in the glass. The reflection stared back, troubled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confused, a testament to the turmoil within. The night air was cool,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welcome contrast to the heated pressure she felt within. But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uneasy feeling remained. The mystery and deceit remained.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truth was still hidden, buried beneath layers of suspicion. She knew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had a long and difficult road ahead of her. And with a sigh,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started her car and drove away, leaving the inn behind, leaving the</w:t>
      </w:r>
    </w:p>
    <w:p>
      <w:pPr>
        <w:sectPr>
          <w:pgSz w:w="8000" w:h="12000"/>
          <w:pgMar w:top="296" w:right="64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mystery behind, and her doubts still swirling within her mind.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car’s headlights cut through the darkness, but the uncertainty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within her remained, a beacon in the approaching night.</w:t>
      </w:r>
    </w:p>
    <w:p>
      <w:pPr>
        <w:sectPr>
          <w:pgSz w:w="8000" w:h="12000"/>
          <w:pgMar w:top="296" w:right="806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A Shattered Offer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next morning, the rising sun cast long shadows across the dew-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kissed fields surrounding Silverton. Jenna, her heart hammering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nervous rhythm against her ribs, pulled up to Maddox Auto. The air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hung heavy with the scent of motor oil and gasoline, a stark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contrast to the floral perfume she usually favored. The shop itself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 chaotic symphony of rusted metal, discarded parts,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faint, metallic tang of welding fumes. A wrench's sharp clatter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concrete punctuated the quiet hum of the morning. Logan, his back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her, was hunched over a vintage sedan, his broad shoulders tense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beneath his worn denim jacket. Sunset glinted off scattered tools,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their metallic surfaces catching the light like tiny, scattered stars.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 swallowed, the lump in her throat constricting her breath.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approached cautiously, the weight of her tablet—containing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revised proposal—feeling heavy in her hands. This was it. Her last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chance to salvage the deal, to perhaps even begin to repair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fractured trust that lay between them. She cleared her throat,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sound barely audible above the rhythmic clang of Logan’s wrench.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“Logan,” she began, her voice trembling slightly despite her efforts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 maintain composure. “I… I wanted to show you something.”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didn't turn, his movements precise and deliberate as he worked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 the car. The silence stretched, thick and suffocating, punctuated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only by the metallic sounds of his labor. She waited, the silence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stretching, amplifying the anxiety simmering beneath her surface.</w:t>
      </w:r>
    </w:p>
    <w:p>
      <w:pPr>
        <w:autoSpaceDN w:val="0"/>
        <w:autoSpaceDE w:val="0"/>
        <w:widowControl/>
        <w:spacing w:line="264" w:lineRule="exact" w:before="60" w:after="0"/>
        <w:ind w:left="0" w:right="576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quiet hum of the shop's machinery, a stark contrast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racing thoughts in her mind, kept the atmosphere tense.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Finally, he straightened, his silhouette framed against the dusty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windows. His gaze, when it finally met hers, was cold, unyielding.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stark contrast to the warmth she had once felt. “I saw your boss 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inn last night,” he said, his voice low and gravelly, laced with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heavy dose of suspicion. “More lies?”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center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words hit her like a physical blow, the carefully constructed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facade of her composure crumbling. The revised proposal, which</w:t>
      </w:r>
    </w:p>
    <w:p>
      <w:pPr>
        <w:sectPr>
          <w:pgSz w:w="8000" w:h="12000"/>
          <w:pgMar w:top="442" w:right="64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576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offered a significantly smaller resort footprint—a twenty-acre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preservation of the land—seemed to shrink in her hands.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hesitated, her heart pounded in her chest, each beat a sharp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reminder of the precariousness of her situation.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steeled herself, forcing herself to meet his gaze. “No,” she said,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voice strained. “There’s something I need to tell you.” She took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deep breath, the scent of motor oil filling her lungs. She knew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 risk, a leap of faith, but she had reached a point where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couldn’t keep hiding the truth. “It’s about the fire… the fire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2008.”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quickly explained what she had discovered, the fragments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truth that were slowly piecing together in her mind. She spoke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about the fire logs, the obscured details, the deliberately vague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reports, her firm's role in the incident, and the fact that she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only discovered this evidence quite recently. The words tumbled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out in a rush, a torrent of guilt and regret. She showed him the fire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crew photograph, the same grainy image she’d studied for hours,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one that had haunted her ever since its discovery. The faces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blurred, the details obscured, but the sense of devastation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undeniable. The image resonated with a quiet, devastating grief.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color drained from Logan's face as he looked at the image,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knuckles whitening as his grip tightened around the wrench.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eyes, blazing with anger and betrayal, seemed to burn into her soul.</w:t>
      </w:r>
    </w:p>
    <w:p>
      <w:pPr>
        <w:autoSpaceDN w:val="0"/>
        <w:autoSpaceDE w:val="0"/>
        <w:widowControl/>
        <w:spacing w:line="264" w:lineRule="exact" w:before="58" w:after="0"/>
        <w:ind w:left="0" w:right="576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“You’re part of this,” he said, his voice barely a whisper. “You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knew.”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tablet slipped from her numb fingers, its smooth surface hitting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concrete with a dull thud. The proposal, her carefully crafted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attempt to atone, lay scattered on the floor, a testament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shattered trust between them. She tried to speak, to explain that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not a part of the initial cover-up, but that she was trying to do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right thing now. That she had discovered the truth and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working to expose it, she desperately tried to clarify her intentions,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but the words felt feeble, choked by the weight of her own guilt.</w:t>
      </w:r>
    </w:p>
    <w:p>
      <w:pPr>
        <w:autoSpaceDN w:val="0"/>
        <w:autoSpaceDE w:val="0"/>
        <w:widowControl/>
        <w:spacing w:line="264" w:lineRule="exact" w:before="60" w:after="0"/>
        <w:ind w:left="0" w:right="576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words caught in her throat, a painful reminder of her 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complicity.</w:t>
      </w:r>
    </w:p>
    <w:p>
      <w:pPr>
        <w:sectPr>
          <w:pgSz w:w="8000" w:h="12000"/>
          <w:pgMar w:top="296" w:right="658" w:bottom="52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Logan didn't listen. He turned away, his back to her, the wrench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his hand a silent symbol of his anger. The silence in the shop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deafening, the only sound the faint drip of oil from a leaky engine.</w:t>
      </w:r>
    </w:p>
    <w:p>
      <w:pPr>
        <w:autoSpaceDN w:val="0"/>
        <w:autoSpaceDE w:val="0"/>
        <w:widowControl/>
        <w:spacing w:line="264" w:lineRule="exact" w:before="60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picked up the scattered papers, his movements stiff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deliberate. The photo of the fire crew on the wall seemed to glow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faintly, serving as a stark reminder of the tragedy and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subsequent cover-up, and his father’s role in it. It felt like a silent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witness to the simmering tension that now filled the room.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 watched him, her heart aching with a mixture of guilt,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shame, and desperation. The weight of his unspoken accusations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heavier than any spoken word, the weight of his silence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crushing. The realization hit her like a ton of bricks—the chasm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between them was far deeper, far wider, than she had ever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imagined. Her initial attempt at reconciliation lay shattered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dust, leaving nothing but the stark reality of the situation at hand.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was far from over. This was just the beginning of a much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longer, and much harder, battle. A battle of truth versus deceit,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battle for her own conscience, a battle for Logan's forgiveness, and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battle for the soul of Silverton.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sunset outside painted the sky in hues of orange and purple,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the only colors Jenna could see were those of despair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betrayal. The air hung heavy, still thick with the smells of oil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dust, now mixed with the bitter taste of her own failure. The shop,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usually a haven of mechanical activity, felt like a tomb, a stark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reminder of her own complicity, however unwitting it might have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been. She watched Logan, his broad back hunched over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scattered papers, his silhouette a stark contrast against the fading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light. This was no simple repair. This was the start of a much larger,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much more difficult, reconstruction. A reconstruction of trust,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honesty, and of the very fabric of her own integrity. And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knew, with a chilling certainty, that this process would be long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arduous. Her actions would have consequences. The silence grew,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thick as the dust that clung to the tools on the bench. A silence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spoke volumes about the trust and integrity that now lay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ruins.</w:t>
      </w:r>
    </w:p>
    <w:p>
      <w:pPr>
        <w:sectPr>
          <w:pgSz w:w="8000" w:h="12000"/>
          <w:pgMar w:top="296" w:right="646" w:bottom="788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Wounds that Sting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air in the shop, already thick with the smell of oil and gasoline,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crackled with a sudden, palpable tension. Logan’s voice, when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finally broke the silence, was a low growl, raw with barely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contained fury. “Your firm killed him, and you knew.” The words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hung in the air, heavy and accusatory, each syllable a blow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Jenna’s already fragile composure. His hands, clenched so tightly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around the wrench that his knuckles shone white, trembled slightly.</w:t>
      </w:r>
    </w:p>
    <w:p>
      <w:pPr>
        <w:autoSpaceDN w:val="0"/>
        <w:autoSpaceDE w:val="0"/>
        <w:widowControl/>
        <w:spacing w:line="264" w:lineRule="exact" w:before="58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gaze, unwavering and intense, burned into hers, leaving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feeling exposed and vulnerable.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 recoiled, the accusation hitting her like a physical blow.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carefully constructed facade she had maintained, the fragile hope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she had managed to cling to, crumbled around her. "I didn't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know," she insisted, her voice rising in a desperate attempt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defend herself. "I'm not the villain here!" The words, sharp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defensive, were a desperate plea, a desperate attempt to salvage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what little remained of her credibility. She clutched her tablet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tighter, her knuckles whitening in response to his accusation.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truth, as it was revealed in the fire logs, felt like a chasm opening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up between them, an unbridgeable divide.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her words, though intended to be a shield, only served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amplify the raw pain that flickered across Logan's face. A fleeting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expression of grief, of a wound that had been ripped open anew,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crossed his features before he quickly masked it again. 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shoulders tensed, the muscles bunching beneath his worn denim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jacket. The wrench slipped from his grasp, clattering onto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concrete floor with a jarring sound that seemed to echo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shattering of their fragile connection.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"You're trapped in your grief, shutting out the world," Jenna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retorted, her own voice trembling with a mixture of anger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frustration. The words were a sharp counter-thrust, intended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break through his anger, but the words hung heavy in the air, 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sharp as broken glass. The sudden static burst from a forgotten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radio perched on a workbench only amplified the raw intensity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moment. The static crackled, a jarring counterpoint to the</w:t>
      </w:r>
    </w:p>
    <w:p>
      <w:pPr>
        <w:sectPr>
          <w:pgSz w:w="8000" w:h="12000"/>
          <w:pgMar w:top="442" w:right="672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6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silence that followed. The light from a bare bulb above caught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cracked surface of a nearby mirror, the fractured reflection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mirroring the fractured state of their relationship.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shop itself, a cluttered testament to years of hard work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accumulated memories, seemed to mirror their emotional rawness.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Bare bulbs flickered overhead, casting long, dancing shadows across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walls. Oil cans, glinting under the harsh light, seemed to mock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shattered trust. The grainy photograph of the fire crew,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one Jenna had shown him, hung like a silent, accusatory witness,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obscured details a stark reminder of the tragedy and the subsequent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cover-up.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silence that followed was deafening, punctuated only by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occasional drip of oil from a leaky engine. The air thrummed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unspoken accusations, with years of suppressed grief and simmering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anger. Both of them reeled from the impact of their words,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weight of the unspoken truth crushing them under its burden.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Jenna's carefully crafted plans, her revisions to the resort proposal,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attempts to bridge the chasm between them, all seemed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insignificant in the face of this raw confrontation.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Jenna’s eyes stung with unshed tears, the bitter taste of betrayal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rising in her throat. She felt a deep sense of failure—a failure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communicate, a failure to bridge the gap between their vastly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different perspectives, a failure to convey the truth about her 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limited complicity in the events of the past. Her attempt to build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bridge to a future had only succeeded in revealing the abyss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past.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turned abruptly, her heels clicking sharply against the concrete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floor, a rhythmic echo of her retreating steps. The weight of Logan's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accusations, the crushing burden of his grief, the sharp sting of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unspoken judgment – all of it weighed heavily upon her as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pushed open the door and stepped out into the bright sunlight.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scent of motor oil and gasoline clung to her clothes, a stark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reminder of the raw confrontation she had just experienced.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sharp angles of the shop's exterior seemed to echo the sharp edges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her own emotions.</w:t>
      </w:r>
    </w:p>
    <w:p>
      <w:pPr>
        <w:sectPr>
          <w:pgSz w:w="8000" w:h="12000"/>
          <w:pgMar w:top="296" w:right="648" w:bottom="52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she walked away, the sound of her own footsteps seemed to fade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into the distance, the image of Logan’s slumped figure, his hand still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resting near the fallen wrench, lingering in her mind. The weight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words, the weight of the unspoken truths, hung in the air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between them, a heavy, suffocating blanket. The sun, warm on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skin, offered little solace. The betrayal, the grief, and the unresolved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conflict felt heavier than any tangible thing. The road stretched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ahead, long and uncertain, but one thing was clear: the embers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broken trust had not been extinguished; they had only been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fanned into a raging fire. The battle for the soul of Silverton,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for her own integrity, was far from over. It had, in fact, just begun.</w:t>
      </w:r>
    </w:p>
    <w:p>
      <w:pPr>
        <w:sectPr>
          <w:pgSz w:w="8000" w:h="12000"/>
          <w:pgMar w:top="296" w:right="640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Storm on the Horizon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gravel crunched under her heels, a sharp counterpoint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low rumble of thunder that vibrated through the ground.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Silverton hills, usually bathed in the warm glow of the Oregon sun,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shrouded in a hazy, ominous veil. A leaf, plastered to the wet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pavement, glistened briefly before the sun swallowed it whole.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air hung heavy, thick with the scent of pine and impending rain,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volatile mixture mirroring the turmoil within her. Jenna’s tears,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swift and unshed, were quickly brushed away, her fingers leaving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streaks of mascara on her cheeks. She gripped the steering wheel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SUV, knuckles bone-white, the leather cool against her skin –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stark contrast to the burning heat of her shame.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 remained rooted to the spot, his silhouette a stark outline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against the muted colors of the late afternoon. His hands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shoved deep in the pockets of his worn jeans, his stance rigid,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unyielding. He didn’t look up as she slid behind the wheel of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car, the engine sputtering to life, a mechanical groan echoing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 chasm that had opened between them. A brief, almost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mocking, rain began to fall, each drop hissing and vanishing on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scorching asphalt, the drought seemingly unmoved by this meager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offering of relief. The parched earth remained thirsty, a mirror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arid landscape of their fractured relationship.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neon sign of Logan's shop flickered intermittently, casting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jagged shadows that danced across the dusty ground. The air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crackled with an unspoken energy, a volatile blend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environmental and emotional storms. Jenna pushed down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accelerator, the tires spitting gravel as she pulled away. The image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Logan, rigid and unforgiving, faded into the rearview mirror,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stoicism as unyielding as the Oregon hills. His accusations,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whispered yet echoing, felt like a brand seared onto her soul.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role in the 2008 fire, the compromised deal, the half-truths she'd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woven into her explanations – all of it swirled in her mind,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sickening cocktail of guilt and self-loathing. The rain, scant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insufficient, failed to wash away the grime of her past actions.</w:t>
      </w:r>
    </w:p>
    <w:p>
      <w:pPr>
        <w:autoSpaceDN w:val="0"/>
        <w:autoSpaceDE w:val="0"/>
        <w:widowControl/>
        <w:spacing w:line="322" w:lineRule="exact" w:before="20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windshield wipers fought a losing battle against the blurring</w:t>
      </w:r>
    </w:p>
    <w:p>
      <w:pPr>
        <w:sectPr>
          <w:pgSz w:w="8000" w:h="12000"/>
          <w:pgMar w:top="442" w:right="726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rain, each swipe revealing and obscuring the landscape in rapid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succession. The road stretched ahead, a long and uncertain path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mirrored the trajectory of her life. The town of Silverton, once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beacon of hope and opportunity, now felt like a suffocating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prison, its charm tainted by the weight of her secrets and the bitter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aftertaste of Logan's accusations.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"Firm knew," the chilling message scribbled on the fire logs,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repeated itself endlessly in her thoughts. Each word echoed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unspoken knowledge, the conspiracy that had festered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shadows for years. Her carefully constructed facade, the image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successful, ethical businesswoman, lay shattered, its fragments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scattered in the dust like broken glass. The weight of the evidence,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tangible and undeniable, pressed down upon her, heavier than any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physical burden.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highway unfolded before her, a ribbon of asphalt cutting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 the darkening landscape. But the darkness within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remained impervious to the fading daylight. The echoes of Logan's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words, punctuated by the rhythm of the wipers, created a relentless,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deafening soundtrack to her despair. The rain, a feeble attempt 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solace, only seemed to amplify the silence, the emptiness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gnawed at her.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she drove, Jenna replayed their confrontation in her mind,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searching for a missed cue, a misinterpretation, anything that could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alleviate the crushing burden of guilt. But the raw honesty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Logan's eyes, the unyielding grief in his voice, allowed for no such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escape. His pain was real, palpable, a stark contrast to 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meticulously crafted performance of innocence. She had built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life on a foundation of carefully selected words, calculated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maneuvers, and carefully constructed truths, and that edifice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now collapsing around her, the foundations rotten to the core.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2008 fire, initially a distant memory, a footnote in 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company's history, now loomed large, a monstrous specter haunting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present. The details, obscured for so long, were now brutally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clear, illuminated by Logan's righteous anger. She had been aware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potential environmental impact of the resort development,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ecological risk, but she had chosen to ignore the warning signs,</w:t>
      </w:r>
    </w:p>
    <w:p>
      <w:pPr>
        <w:sectPr>
          <w:pgSz w:w="8000" w:h="12000"/>
          <w:pgMar w:top="296" w:right="658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6" w:lineRule="exact" w:before="56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prioritizing profits over preservation. And now, the consequences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were coming home to roost.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familiar route to her hotel, usually comforting, felt alien,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strange. Each landmark served as a painful reminder of 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transgression. The image of the charred earth, the lifeless trees,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families displaced by the fire, flashed through her mind, a relentless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slideshow of guilt. The pristine image of the eco-resort, a testament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sustainable development, now seemed a cruel parody of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actions. She had built a castle on shifting sands, a structure destined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for collapse.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hotel loomed ahead, a sterile, impersonal box of glass and steel,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offering little comfort. The luxury rooms, the panoramic views,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promise of rejuvenation—all of it seemed meaningless, a hollow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mockery of the real, enduring pain she carried within her. The scent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expensive perfumes and polished wood failed to mask the acrid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smell of betrayal and regret that clung to her, a permanent stain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her consciousness.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rain continued its futile struggle against the relentless drought.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drops, like tears, fell on the parched earth, leaving no lasting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impact. Similarly, her carefully constructed efforts to atone,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make amends, to win over Silverton and Logan seemed doomed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fail. The damage was done. The chasm between them was vast,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unbridgeable. The storm on the horizon was no longer just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weather phenomenon; it was a perfect metaphor for the emotional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maelstrom raging inside her. Her career, her reputation, her sense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self – all of it threatened by the tempest of her own making.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weight of Logan’s accusations pressed down on her, a physical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burden that threatened to crush her. Her carefully crafted plans,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meticulous preparations, her attempts to manipulate events—all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futile, inconsequential in the face of his unwavering judgment.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gaze, she realized, hadn’t been merely accusatory, it had been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reflection of a deep, soul-crushing disappointment. And that,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than any external condemnation, was what truly broke her.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embers of their broken trust, fanned by the storm raging both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within and without, were threatening to consume her whole.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road ahead was shrouded in darkness, uncertain, treacherous. The</w:t>
      </w:r>
    </w:p>
    <w:p>
      <w:pPr>
        <w:sectPr>
          <w:pgSz w:w="8000" w:h="12000"/>
          <w:pgMar w:top="296" w:right="656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battle for Silverton, and more importantly, for her own soul, was far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from over. It had, in fact, only just begun. The weight of the past,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burden of her choices, would now accompany her every step.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storm within, mirroring the storm without, promised a long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arduous journey towards redemption.</w:t>
      </w:r>
    </w:p>
    <w:p>
      <w:pPr>
        <w:sectPr>
          <w:pgSz w:w="8000" w:h="12000"/>
          <w:pgMar w:top="296" w:right="650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Crumbling Armor</w:t>
      </w:r>
    </w:p>
    <w:p>
      <w:pPr>
        <w:autoSpaceDN w:val="0"/>
        <w:autoSpaceDE w:val="0"/>
        <w:widowControl/>
        <w:spacing w:line="264" w:lineRule="exact" w:before="286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whir of the ceiling fan, a sluggish, almost reluctant rotation,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filled the oppressive silence of the hotel room. Jenna stared at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screen of her phone, the faint glow illuminating the worry lines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etched around her eyes. Greg’s text message, a curt “Close it,”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pulsed faintly on the screen. Her finger hovered over the delete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button, a small, insignificant gesture that felt monumental in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implications. With a sharp, decisive swipe, the message vanished,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leaving behind only the sterile emptiness of the message thread.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silence that followed was deafening, a vacuum filled only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monotonous drone of the fan.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glanced at the nightstand, her gaze falling upon a small, framed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photograph. Lily’s face, captured in a moment of unguarded joy,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beamed back at her. Her sister’s smile was soft, unwavering, a stark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contrast to the turmoil raging within Jenna. The image, usually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comforting presence, now felt like an accusation, a silent indictment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her actions. It was in that moment, staring at Lily’s unblemished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happiness, that a new understanding dawned. The realization struck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with the force of a physical blow; she wasn't the deal, not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firm's pawn in a high-stakes game of corporate ambition. She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Lily’s sister, a bond that transcended boardrooms and profit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margins, a connection forged long before the lure of success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clouded her judgment. This realization was a slow, agonizing crack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 meticulously crafted facade she had built around herself –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facade designed to shield her from the harsh realities of her 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complicity.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fire log, with its chilling message, lay on the desk, a stark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reminder of the truth she had so diligently avoided. The words,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scrawled in a shaky hand, felt like a mirror reflecting her own guilt.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Each accusation was a pinpoint of light illuminating the darkness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own complicity in the events of 2008. Her ambition, once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driving force, now felt like a suffocating weight, crushing her under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burden of its consequences. The meticulously planned eco-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resort, envisioned as a monument to sustainable development,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appeared now as nothing more than a cynical attempt to cleanse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her conscience, a monument built on a foundation of lies and</w:t>
      </w:r>
    </w:p>
    <w:p>
      <w:pPr>
        <w:sectPr>
          <w:pgSz w:w="8000" w:h="12000"/>
          <w:pgMar w:top="442" w:right="65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deceit.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 tossed her phone onto the bed, the small thud echoing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vast silence of the room. She kicked off her heels, the sharp click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jarring counterpoint to the quiet unraveling within her. 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expensive blazer, discarded carelessly on the chair, looked out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place in the subdued lighting. The faint glow of the bedside lamp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cast long, dancing shadows across the polished hardwood floor.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Scuff marks, barely visible in the dim light, seemed to mock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carefully constructed image of success. She curled up on the bed,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crisp sheets offering little comfort against the chill that seeped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 into her bones. The weight of her choices pressed down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her, a tangible burden that threatened to suffocate her.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room, once a sanctuary of temporary escape, now felt like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prison. The dim light, the subtle sway of the curtain against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glass, the shadows pooling on the floor – all conspired to amplify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sense of isolation. The judgment of Silverton, once a vague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threat, now felt inescapable, a palpable presence in the quiet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stillness of the night. Outside, the storm gathered, its low rumble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soundtrack to her inner turmoil. The distant crack of thunder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mirrored the shattering of her carefully constructed world.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single thought, stark and undeniable, pierced through the fog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self-deception: I’ve been blind. The realization struck her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force of a revelation. She had been so consumed by 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ambition, so blinded by the allure of success, that she had failed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 the ethical compromises she made along the way. She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sacrificed her integrity, her values, for the sake of a project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promised wealth and recognition, a project that had now come back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haunt her. The consequences of her actions were far-reaching,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affecting not only her own life but the lives of others—the victims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2008 fire, the residents of Silverton who had placed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trust in her, and her sister, whose unwavering faith stood in stark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contrast to her own moral failings.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reflection in the darkened window mirrored the devastation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within her. The polished surface seemed to amplify the turmoil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eyes, the exhaustion, the guilt, the deep-seated regret.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image of her reflection became a symbol of her broken identity, a</w:t>
      </w:r>
    </w:p>
    <w:p>
      <w:pPr>
        <w:sectPr>
          <w:pgSz w:w="8000" w:h="12000"/>
          <w:pgMar w:top="296" w:right="656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woman whose ambitions had far surpassed her conscience. The city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lights twinkled in the distance, their radiant glow a cruel parody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darkness that had consumed her.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memory of Logan's face, etched with a mixture of anger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sorrow, flickered in her mind. His accusations, once dismissed 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mere resistance, now resonated with a terrifying truth. He had seen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 her carefully constructed facade, had recognized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hollowness at her core. His unwavering judgment, sharper than any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external condemnation, was a mirror to her own self-loathing.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not simply the loss of a deal or a project, but the loss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integrity, of trust, of self-respect that cut deepest.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hotel room continued to shrink around her, the walls closing in,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silence amplifying her isolation. She buried her face in the soft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cotton sheets, the scent of freshly laundered linen failing to mask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bitter taste of regret. The faint light cast an eerie glow on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photo on her nightstand, Lily's smile a silent accusation, a reminder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bond she had almost irrevocably broken. The embers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broken trust, now fanned by the gale-force winds of her own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complicity, threatened to consume her entirely. Redemption, once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distant prospect, felt like a faint spark in the overwhelming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darkness. This wasn't a moment of sudden clarity leading 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immediate action; it was the beginning of a long, arduous journey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toward a truth she had desperately tried to avoid. The journey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towards even the possibility of forgiveness was far from clear,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road ahead remained long and uncertain. The storm within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mirrored the storm without, and the weight of her actions would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follow her every step.</w:t>
      </w:r>
    </w:p>
    <w:p>
      <w:pPr>
        <w:sectPr>
          <w:pgSz w:w="8000" w:h="12000"/>
          <w:pgMar w:top="296" w:right="646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Smokes Alarm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air hung thick and heavy, a suffocating blanket woven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August heat and the acrid bite of smoke. A hazy yellow sun, barely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visible through the swirling particles, cast a sickly pallor over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Silverton. The familiar charm of the town was choked by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pervasive sense of unease, the air itself vibrating with a low hum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anxiety. Ash, fine as powdered sugar, dusted the windowsills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quaint shops lining the main street, coating everything in a thin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layer of grey. The heat rippled off the cracked asphalt, shimmering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like a mirage in the oppressive stillness.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 stepped out of the inn, the sudden surge of heat a physical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blow against her skin. The air, thick with smoke, stung her throat,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burning sensation that mirrored the unease churning in 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stomach. Her expensive shoes, barely a day old, were already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speckled with ash, a stark symbol of her intrusion into this town,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place where her meticulously planned eco-resort had become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battleground. The usual bucolic charm of Silverton was replaced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tense silence, broken only by the occasional distant cough or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anxious murmur of hushed conversations.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Roth’s General Store, usually bustling with activity, was shuttered,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its blinds drawn tight against the oppressive heat and the swirling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smoke. The Grille, with its inviting aroma of coffee and freshly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baked pastries, was dark, its brightly lit sign dimmed, a silent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the growing unease. The usual cheerful chatter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locals was replaced by a nervous silence, punctuated by clipped,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urgent exchanges about evacuation plans. Their eyes, once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welcoming, were now wary, guarded, reflecting the palpable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anxiety that hung heavy in the air. Even the usually boisterous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crows seemed subdued, their caws muted, almost swallowed by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smoky haze.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 pulled out her phone, the cool glass a momentary comfort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against the burning heat. She scrolled through news updates,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constant stream of alarming headlines confirming her worst fears.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Stayton fire, initially contained, had exploded in size, fueled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relentless heat and strong winds. The flames, fueled by dry</w:t>
      </w:r>
    </w:p>
    <w:p>
      <w:pPr>
        <w:sectPr>
          <w:pgSz w:w="8000" w:h="12000"/>
          <w:pgMar w:top="442" w:right="68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underbrush and high winds, were rapidly approaching Silver Falls,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turning the majestic scenery into a raging inferno. The images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stark – leaping flames devouring forests, smoke billowing into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sky like a monstrous cloud, and the trails, once inviting havens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hikers, now looked like charred remnants of a battleground.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shielded her eyes from the glare of the screen, the words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blurring into a chaotic stream of numbers and warnings.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extreme risk alert, a persistent siren’s wail in the background,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constant reminder of the danger that loomed over Silverton.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KRSM news crawl on the local shop radios further escalated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feeling of impending doom. Greg’s texts remained unanswered,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cold disregard that fueled her simmering suspicion. The weight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own complicity in the events of 2008, the hidden fire log,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chilling accusations, weighed heavily on her, mirroring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suffocating density of the smoke-filled air.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was more than just a wildfire; it was a manifestation of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own inner turmoil. The town’s anxiety, its palpable fear, reflected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own gnawing uncertainty. The fire's unchecked rage mirrored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own fear of exposure, of the carefully constructed edifice of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success crumbling under the weight of its own deception.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noticed a group of locals huddled outside the town hall,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faces etched with worry, their voices hushed. They were discussing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evacuation routes, sharing information, their grim determination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stark contrast to the usual easygoing camaraderie of Silverton.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sense of impending doom hung over them, a collective dread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mirrored her own private anxieties. Their hushed tones spoke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volumes about the fear that had gripped the community, a fear far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deeper than the immediate threat of the fire. It was a fear rooted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unknown, in the uncertainty of what the future held, and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echoes of past tragedies.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air crackled with unspoken anxieties, a subtle current of fear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coursing through the town. The wildfire was not just a natural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disaster; it was a catalyst, bringing to the surface simmering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tensions and hidden resentments. It amplified the mistrust already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present, fueled by the suspicion and anger directed at her ambitious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project. The eco-resort, once a beacon of progress, now loomed like</w:t>
      </w:r>
    </w:p>
    <w:p>
      <w:pPr>
        <w:sectPr>
          <w:pgSz w:w="8000" w:h="12000"/>
          <w:pgMar w:top="296" w:right="68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6" w:lineRule="exact" w:before="5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threat, a symbol of outside encroachment on their cherished way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life.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silence was punctuated by the rhythmic crackle of the fire,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audible even through the smoke-filled air. The distant roar,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constant reminder of the fire’s relentless advance, became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soundtrack to Jenna’s growing sense of unease. Each gust of wind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carried with it the scent of burning wood and the faint whisper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approaching danger, the heat intensity increasing with each passing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minute.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Jenna’s phone buzzed again—another alert, another horrifying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update on the wildfire. She ignored it, the information already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clear. She needed to act. She needed to get to the bottom of things,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uncover the truth that had been buried under years of corporate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secrecy and self-serving ambition. The wildfire, the growing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suspicion of the townspeople, the looming threat of exposure – all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coalesced into a single, unwavering resolve. The threat was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external, the wildfire, but it was deeply internal as well, as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reckoned with the choices that had brought her to this point.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smoke, the heat, the fear – they were all part of the reckoning.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flames of the wildfire threatened Silverton, but it was the flames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own past, her own guilt, that threatened to consume 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entirely. This was more than just a fire; this was a reckoning.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 knew she had to confront it, before the flames consumed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entirely. This was not merely an escape, but a confrontation. It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 longer about saving the deal, but about saving herself and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some way, maybe, the town as well.</w:t>
      </w:r>
    </w:p>
    <w:p>
      <w:pPr>
        <w:sectPr>
          <w:pgSz w:w="8000" w:h="12000"/>
          <w:pgMar w:top="296" w:right="688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Voices Divided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rescheduled town council meeting felt less like a forum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discussion and more like a pressure cooker about to blow. The air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hall hung heavy, thick with the cloying scent of sweat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murmur of a thousand anxious voices. Each chair creaked a faint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protest under the weight of the assembled townsfolk, their faces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mixture of hope and apprehension, illuminated by the flickering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fluorescent lights that hummed a discordant counterpoint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rising tension. Jenna stood at the podium, her meticulously crafted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presentation clutched in her sweating hands, the weight of the fire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log, its accusations a lead weight in her chest, pressing down on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with the intensity of the impending wildfire.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Nate, the owner of the hardware store, spoke first, his voice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surprisingly strong, a hopeful counterpoint to the simmering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unease. "This resort," he said, his gaze sweeping across the room, "it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means jobs. Good-paying jobs. For our kids, for our families. We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can’t let fear stop progress.” His words were met with a smattering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applause, a hesitant wave of support that did little to quell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undercurrent of anxiety.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Then Ellen, her face sharp and determined, rose to counter him.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voice, clear and unwavering, carried over the low hum of dissent.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"Jobs at what cost?" she demanded, her gaze fixed on Jenna. "Look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 what’s happened to Silver Falls. The trails—scarred, ruined.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isn’t progress, it's destruction. We need to protect what we have,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 sacrifice it for another developer’s profit.” A murmur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agreement rippled through the crowd, a counterpoint to Nate’s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earlier plea. Sweat beaded on the brows of several attendees;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intensity of the debate was palpable.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 opened her mouth to speak, but the words caught in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throat. The whispers of "outsider" that trailed in the wake of Ellen’s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words felt like a physical blow. The weight of the town’s suspicion,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unspoken accusations hanging in the air, felt heavier than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oppressive August heat. She could almost taste the ash, a metallic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tang in the back of her throat, a bitter reminder of the fire log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its damning revelations.</w:t>
      </w:r>
    </w:p>
    <w:p>
      <w:pPr>
        <w:sectPr>
          <w:pgSz w:w="8000" w:h="12000"/>
          <w:pgMar w:top="442" w:right="648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cleared her throat, forcing herself to continue. Her voice,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initially strong and confident, gradually lost its assurance under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weight of their scrutiny. She launched into her prepared speech,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highlighting the resort’s green certifications, its commitment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sustainable tourism, its dedication to preserving Silverton’s natural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beauty. She spoke of solar panels and water reclamation systems,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locally sourced materials and minimal environmental impact.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emphasized the employment opportunities, the economic benefits,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potential for revitalizing the town’s economy.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her carefully constructed words seemed to fall on deaf ears.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attempts to bridge the divide were met with a wall of silence,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broken only by the occasional restless shift of a chair or the sharp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intake of breath. The hall was split—half the room nodding along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Nate’s optimistic promises, the other half mirroring Ellen’s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fierce determination, their gaze cold and unforgiving. Jenna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increasingly isolated, her carefully constructed presentation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dissolving under the pressure of their scrutiny. The fire log’s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accusations hung over her, a silent accusation that was far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damaging than any words they could throw at her.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silence stretched, punctuated by the rhythmic creak of a chair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someone shifted uneasily in their seat. The flickering fluorescent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lights seemed to mock her, their intermittent hum a constant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reminder of her precarious position. She desperately tried to make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eye contact with any friendly face but found only suspicion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apprehension. She gripped her notes tighter, the paper crinkling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sweaty hands, her throat closing with a mixture of fear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frustration.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accusation was there, plain as day, but unspoken, in the tense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silence, the narrowed eyes, the way they turned away from her gaze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when they caught it. Her words about eco-friendly practices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sustainable building were met with the same stiff, uneasy silence.</w:t>
      </w:r>
    </w:p>
    <w:p>
      <w:pPr>
        <w:autoSpaceDN w:val="0"/>
        <w:autoSpaceDE w:val="0"/>
        <w:widowControl/>
        <w:spacing w:line="264" w:lineRule="exact" w:before="60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air itself felt charged, the unspoken accusations a palpable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presence in the room. The air hung thick, heavy, laden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unspoken grievances and simmering tensions. It was as though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town itself was holding its breath, waiting.</w:t>
      </w:r>
    </w:p>
    <w:p>
      <w:pPr>
        <w:sectPr>
          <w:pgSz w:w="8000" w:h="12000"/>
          <w:pgMar w:top="428" w:right="652" w:bottom="52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division was stark. Half the room seemed to be captivated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Nate’s vision of economic opportunity, a glimmer of hope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shadow of the fire. The other half, however, seemed entirely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convinced by Ellen’s impassioned warnings of irreparable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environmental damage. The rift was deeper than just the debate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 the eco-resort; it reflected a deeper, underlying tension within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Silverton itself. A tension that stretched back to the events of 2008,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past that Jenna was now painfully beginning to understand,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history stained by a fire that refused to stay buried.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 noticed a young woman in the back, her face buried in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hands. She looked exhausted and defeated, mirroring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exhaustion Jenna was feeling, the despair she was struggling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hide. Another woman near the front, her eyes bloodshot from lack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sleep, let out a quiet sob. The visible tension stretched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atmosphere until it felt nearly unbearable. Jenna could feel her 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resolve fraying, a growing sense of helplessness washing over her.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tried again to reach them, to explain, to justify her actions.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words seemed hollow, futile, lost in the chasm of distrust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opened up between her and the town. The fire log was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physical manifestation of her inner turmoil; the weight of her 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guilt and complicity mirrored the weight of the unspoken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accusations hanging heavy in the room. The echoes of 2008,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silent whispers of a cover-up, resonated in the tense silence, each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creak of a chair a further reminder of the divide she could not seem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 bridge.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meeting continued, a tense stalemate where every word hung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heavy, pregnant with unspoken meaning. The fire outside, an ever-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present threat, was a frightening mirror of the internal fire raging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within the community, a fire fueled by suspicion, mistrust, and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history that refused to remain buried. The debate, far from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resolving itself, only deepened the mystery, drawing a stark line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sand between the opposing factions, and leaving Jenna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isolated than ever, caught in the crossfire between progress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preservation, between hope and despair, a pawn in a game far older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than her eco-resort. The flames of the wildfire threatened Silverton,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the flames of the past, the flames of unspoken truths, threatened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 consume her entirely. The council meeting ended not with a</w:t>
      </w:r>
    </w:p>
    <w:p>
      <w:pPr>
        <w:sectPr>
          <w:pgSz w:w="8000" w:h="12000"/>
          <w:pgMar w:top="296" w:right="646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6" w:lineRule="exact" w:before="5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resolution, but with a chilling silence, the unspoken questions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hanging in the air like smoke.</w:t>
      </w:r>
    </w:p>
    <w:p>
      <w:pPr>
        <w:sectPr>
          <w:pgSz w:w="8000" w:h="12000"/>
          <w:pgMar w:top="296" w:right="1280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A Weary Clash</w:t>
      </w:r>
    </w:p>
    <w:p>
      <w:pPr>
        <w:autoSpaceDN w:val="0"/>
        <w:autoSpaceDE w:val="0"/>
        <w:widowControl/>
        <w:spacing w:line="264" w:lineRule="exact" w:before="286" w:after="0"/>
        <w:ind w:left="0" w:right="392" w:firstLine="0"/>
        <w:jc w:val="both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fluorescent lights of Roth’s Market hummed, a relentless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counterpoint to the squeak of shopping carts and the hushed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anxieties of shoppers stocking up on bottled water and batteries.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air hung thick with the scent of overripe peaches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metallic tang of fear. Jenna spotted Logan near the back, his cart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piled high with supplies – cases of water, flashlights, boxes of non-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perishable food, even a battery-powered radio. His shoulders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slumped, a weariness etched deep into his posture that had nothing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do with the weight of his shopping. He looked older,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burdened, than she remembered.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approached hesitantly, the cheerful chatter of the market fading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a dull background noise as she focused on him. The light glinted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off the metal shelves, a cold, harsh shine that mirrored the chill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own heart. “I’m sorry,” she whispered, her voice strained,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barely audible above the low hum of the refrigerators.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didn't turn, didn't acknowledge her for a long moment. The only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sound was the rhythmic squeak of his cart's wheel, a jarring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counterpoint to the strained silence between them. Then, slowly,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deliberately, he turned, his eyes dark and shadowed, the pain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them cutting deeper than any anger. “You knew,” he said, his voice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low and rough, the words hanging heavy in the air. “And you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stayed silent.”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flannel sleeve brushed against her arm as he moved past,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touch a fleeting but undeniable connection, a painful reminder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chasm that separated them. She wanted to explain, to unravel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tangled threads of guilt and complicity that bound her, to tell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him about the fire log, the unearthed evidence, the weight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past pressing down on her like a physical burden. But his weary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nod, a silent dismissal, stopped her. The words caught in her throat,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 bitter lump of regret.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market’s usual bustle—the cheerful greetings, the casual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conversations, the rhythmic clatter of shopping carts—faded into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muted background hum. The only sound that mattered was the</w:t>
      </w:r>
    </w:p>
    <w:p>
      <w:pPr>
        <w:sectPr>
          <w:pgSz w:w="8000" w:h="12000"/>
          <w:pgMar w:top="442" w:right="65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blood rushing in her ears, a deafening counterpoint to the silence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between them. Wildfire alerts blared incessantly on her phone,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relentless reminder of the impending threat, mirroring the burning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tension between them. Hope, a flickering candle flame in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gathering storm, threatened to extinguish itself in the face of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quiet accusation, the silent condemnation in his eyes. The weight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disappointment, of her own actions, pressed down on her,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heavier than any physical burden.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watched him walk away, his slow, deliberate steps emphasizing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weariness, his shoulders bowed beneath an invisible weight.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fluorescent lights seemed to mock her, their harsh glare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highlighting the starkness of their rift, the raw pain of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unspoken accusations. His cart’s squeaky wheel, once a minor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annoyance, now echoed her own inner turmoil, each squeak a sharp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reminder of their broken connection. The scent of peaches, once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sweet and inviting, now turned cloying, a suffocating reminder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sweetness of a life she had almost lost—a life that might now be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irrevocably damaged.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wanted to reach out, to bridge the gap, to mend the damage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caused. But the weight of her silence, her complicity, held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back. The market seemed to shrink around her, the shoppers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baskets fading into a blurred, indistinct background. All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could see was Logan's retreating back, his slumped shoulders,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raw wound of his silent accusation.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fire log had been a physical manifestation of her guilt,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tangible representation of her past compromises. It had unleashed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torrent of consequences, a chain reaction of events that had led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this moment, to this raw, painful confrontation in the sterile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environment of Roth's Market. The weight of that log, the weight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own unspoken truths, was mirrored in the heavy silence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between them, in the unspoken words hanging in the air, thick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suffocating as the wildfire smoke already beginning to drift over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horizon.</w:t>
      </w:r>
    </w:p>
    <w:p>
      <w:pPr>
        <w:autoSpaceDN w:val="0"/>
        <w:autoSpaceDE w:val="0"/>
        <w:widowControl/>
        <w:spacing w:line="264" w:lineRule="exact" w:before="264" w:after="0"/>
        <w:ind w:left="0" w:right="48" w:firstLine="0"/>
        <w:jc w:val="both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Jenna’s carefully constructed facade, the confident veneer she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worn throughout her dealings with Silverton, shattered in the face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Logan’s quiet, devastating judgment. The market’s vibrant energy</w:t>
      </w:r>
    </w:p>
    <w:p>
      <w:pPr>
        <w:sectPr>
          <w:pgSz w:w="8000" w:h="12000"/>
          <w:pgMar w:top="296" w:right="642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faded into nothingness, leaving behind only the stark reality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fractured relationship, the bitter taste of regret, and the growing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sense of foreboding as the wildfire drew closer. The alerts on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phone became a relentless rhythm, mirroring the pounding in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chest, a constant reminder of the damage she had caused,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distance that separated them, the potential for further loss.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stood there, alone amidst the bustling shoppers, the weight of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guilt as heavy and as suffocating as the ever-present threat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approaching wildfire. The pain lingered, sharp and raw, a physical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wound that threatened to consume her.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escalating threat of the wildfire, the looming crisis facing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Silverton, felt insignificant compared to the personal crisis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unfolding before her, a crisis born of her own past actions, a crisis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that could not be solved with carefully crafted presentations or eco-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friendly initiatives. The town’s anxieties, their fears, were mirrored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her own heart, a visceral reflection of the damage she had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caused, the bridges she had burned, and the trust she had betrayed.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fluorescent lights, the squeaking carts, the hushed anxieties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shoppers—all the familiar sounds and sights of the market faded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into a dull background hum. All that remained was the raw, painful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reality of Logan’s silent accusation, a weight as heavy and as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inescapable as the impending wildfire, a fire that threatened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only Silverton, but the very foundation of her own life. As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walked out of the market, the setting sun painting the sky in shades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orange and crimson, the color of both wildfire and regret,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knew that this was just the beginning of her reckoning, a reckoning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would test her resolve, her conscience, and her very soul.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flames of the past, fueled by guilt and complicity, threatened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consume her as surely as the wildfire threatened to engulf Silverton.</w:t>
      </w:r>
    </w:p>
    <w:p>
      <w:pPr>
        <w:autoSpaceDN w:val="0"/>
        <w:autoSpaceDE w:val="0"/>
        <w:widowControl/>
        <w:spacing w:line="264" w:lineRule="exact" w:before="58" w:after="0"/>
        <w:ind w:left="0" w:right="576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brief, painful exchange with Logan left a raw wound,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the fallout of the fire log, a stark reminder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distance between them, and the long and difficult road ahead.</w:t>
      </w:r>
    </w:p>
    <w:p>
      <w:pPr>
        <w:sectPr>
          <w:pgSz w:w="8000" w:h="12000"/>
          <w:pgMar w:top="296" w:right="652" w:bottom="1316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Drills Unity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siren’s sharp wail sliced through the late afternoon quiet, a sound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instantly galvanized Silverton. Jenna, still reeling from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encounter with Logan, found herself swept up in a sudden surge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activity. The air, moments ago heavy with the scent of woodsmoke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anticipation, now vibrated with a different kind of tension –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urgent hum of approaching emergency vehicles. She watched,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mesmerized, as a fleet of fire trucks, their sirens screaming,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thundered down Main Street, a red and yellow river of steel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flashing lights.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source of the commotion became clear as she reached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town’s volunteer fire station, Station 5. It wasn't a real wildfire,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yet. It was a drill, a practice run for the inevitable. Yet, the intensity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palpable, the sense of urgency almost suffocating. Dust swirled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from truck tires as they pulled into the station’s yard, kicking up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fine cloud that momentarily obscured the already hazy sky. The air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crackled with the static of radios, a frantic symphony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communication.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Ellen, her face grim but determined, directed the unfolding chaos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an efficiency that bordered on ruthless precision. She barked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orders, her voice calm yet commanding amidst the controlled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frenzy. Volunteers, their faces a mixture of seriousness and nervous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energy, swarmed around the trucks, loading equipment, checking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hoses, preparing for the hypothetical inferno. Even Nate, the owner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hardware store, had abandoned his shop, his usually jovial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face now set with the gravity of the situation. He helped stack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sandbags with the practiced ease of someone who knew the drill,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quite literally.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 felt a strange mix of emotions—awe, a sense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disorientation, and a flicker of something akin to guilt. She watched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organized chaos unfold, noting the methodical precision of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all, the way each person knew their role, their movements seamless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coordinated. The community’s response was a stark contrast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haphazard, near-criminal negligence she had uncovered in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firm's past dealings with Silverton’s wildfire risks. The fire log, a</w:t>
      </w:r>
    </w:p>
    <w:p>
      <w:pPr>
        <w:sectPr>
          <w:pgSz w:w="8000" w:h="12000"/>
          <w:pgMar w:top="442" w:right="65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6" w:lineRule="exact" w:before="56" w:after="0"/>
        <w:ind w:left="0" w:right="576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physical manifestation of that negligence, felt heavier now,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weight pressing down on her with a new intensity.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drill wasn’t just a practice; it was a stark, visceral reminder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real and present danger that hung over this town. It was a raw,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unflinching portrayal of the potential consequences of inaction.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 found herself inexplicably drawn into the effort. She grabbed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couple of water crates, her carefully manicured hands surprising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even herself with their unexpected strength as she hefted the heavy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containers. She joined the line of volunteers, carrying them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trucks, the weight of the water mirroring the weight of 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conscience.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Ellen, momentarily pausing her direction, gave Jenna a curt nod,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small gesture that acknowledged her contribution, a small crack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wall of her isolation. It was a surprisingly simple act, yet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broke through the wall that had separated her from the community.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subtle acknowledgement, the silent acceptance, spoke volumes.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 felt like a step towards redemption, a tentative bridge built across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chasm created by her firm's past failures. The weight of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actions from the past, however, remained, but now it was tempered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a growing sense of purpose, a desire to atone for the damage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had been done. The notes on her phone, containing irrefutable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evidence of the cover-up, felt like a weapon, a tool she could use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effect change, to bring about accountability.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drill intensified. The air grew thicker with dust and the smell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diesel fumes. Shouts echoed across the station yard, punctuated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rhythmic clang of metal against metal as tools were readied, 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preparations were made for an impending battle against a relentless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enemy. The urgency, the raw, visceral reality of it, grounded her.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potential catastrophe—the inferno waiting to consume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town and the surrounding wilderness—was no longer an abstract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concept, a distant threat tucked away in her spreadsheets and legal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documents. It was real, palpable, immediate. It was a living,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breathing entity that could obliterate Silverton.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Jenna’s sense of awe wasn't purely emotional; it was intellectual.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born from observing the organized chaos, the seamless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coordination of people who had prepared for the worst and, now in</w:t>
      </w:r>
    </w:p>
    <w:p>
      <w:pPr>
        <w:sectPr>
          <w:pgSz w:w="8000" w:h="12000"/>
          <w:pgMar w:top="296" w:right="668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exercise, were ready to face it. It was a testament to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resilience, their courage, their determination to protect their homes,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livelihoods, and their community. It was a stark and honest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portrayal of community spirit. And in the middle of this, she felt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weight of her own involvement, a responsibility that extended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her professional life, beyond the confines of her ambitious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projects. It reached into the very core of her being.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had come to Silverton with a vision of sustainable luxury,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integrating eco-friendly principles into a high-end resort. Now, 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carried those water crates, the image of the resort,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carefully planned aesthetic, seemed distant, almost meaningless.</w:t>
      </w:r>
    </w:p>
    <w:p>
      <w:pPr>
        <w:autoSpaceDN w:val="0"/>
        <w:autoSpaceDE w:val="0"/>
        <w:widowControl/>
        <w:spacing w:line="264" w:lineRule="exact" w:before="60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looming threat of the wildfire, the very real possibility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devastation, rendered her ambitions trivial. They felt insignificant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 face of the community's determined efforts. They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minuscule next to the fear and apprehension she saw in people’s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eyes.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wind shifted, carrying with it the faint, acrid tang of smoke.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distant rumble of the drill, the simulated roar of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approaching fire, became louder, more insistent. The flames, though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imaginary, flickered in the periphery of her vision. The distant trails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Silver Falls, visible from the station, seemed to writhe in the hazy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afternoon light, a constant reminder of the forest's vulnerability,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susceptibility to the capricious winds and dry conditions.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images haunted her, casting long shadows in her mind.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the sun began its descent, casting long shadows across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valley, painting the sky in hues of fiery orange and bruised purple,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drill reached its climax. The simulated blaze was brought under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control, but the adrenaline lingered, the tension didn’t fully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dissipate. The firefighters, exhausted but elated, dismantled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equipment, their movements still imbued with that same focused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intensity. The volunteers, their faces dusted with dirt and sweat,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began to disperse, their chatter a subdued murmur of relief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mutual respect.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 watched them go, a silent observer for a long moment.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weight of the water crates she had carried didn’t seem so heavy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anymore. The physical effort had eased her internal anxieties. She</w:t>
      </w:r>
    </w:p>
    <w:p>
      <w:pPr>
        <w:sectPr>
          <w:pgSz w:w="8000" w:h="12000"/>
          <w:pgMar w:top="296" w:right="646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faced the community's organized chaos and emerged with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newfound respect, a sense of belonging, and a growing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determination to use her influence to aid them, to help mend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damage that her company had inadvertently, yet irresponsibly,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caused. The fire log felt different now, less a symbol of her guilt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more a catalyst for action, a blueprint for change. The flames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reckoning were still there, but now they were fueled not only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guilt and remorse but also by a burgeoning sense of hope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responsibility. The drill had served as a powerful reminder of both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potential for destruction and the power of collective action.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future was still uncertain, the path ahead remained unclear, but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first time, Jenna felt a flicker of something like optimism.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road to reconciliation was long and arduous, but she was ready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walk it.</w:t>
      </w:r>
    </w:p>
    <w:p>
      <w:pPr>
        <w:sectPr>
          <w:pgSz w:w="8000" w:h="12000"/>
          <w:pgMar w:top="296" w:right="65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Defiance Drafted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last sliver of sun bled out, painting the sky in bruised purples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angry oranges, a spectacle mirrored in the distant glow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wildfire drill. Jenna drove, the familiar hum of her car's engine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low thrum against the backdrop of the night. The air hung thick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heavy, a cloying blanket of woodsmoke obscuring the stars, making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even the usually vibrant tapestry of the night sky a muted gray.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parked near the entrance to Silver Falls State Park, the roar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falls, usually a powerful, thundering symphony, reduced to a faint,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almost imperceptible whisper. The haze, a ghostly veil spun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smoke, softened the edges of the world, blurring the already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indistinct shapes of trees and rocks.</w:t>
      </w:r>
    </w:p>
    <w:p>
      <w:pPr>
        <w:autoSpaceDN w:val="0"/>
        <w:autoSpaceDE w:val="0"/>
        <w:widowControl/>
        <w:spacing w:line="264" w:lineRule="exact" w:before="266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reached for her laptop, the cool metal a stark contrast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warmth of the car’s interior. The faint glow of the screen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illuminated her face, casting her features in a pale, ethereal light.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opened a new email, the cursor blinking insistently on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blank screen. The subject line filled itself almost instinctively: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“Regarding Project Redwood.” Her fingers hovered over the keys,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delicate dance of hesitation and defiance. She typed slowly,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deliberately, each word carrying the weight of a carefully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considered decision.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“Greg,” she began, the name tasting bitter on her tongue.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paused, her gaze drifting to the open fire log file beside her.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photographs—blurred images of charred buildings, blackened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landscapes, and the skeletal remains of trees—stared back at her,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silent witnesses to a crime she now understood. The weight of those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images pressed down on her, a suffocating blanket of guilt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responsibility. Beside the fire log, she had left Lily’s faded postcard,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its message, "Save what matters," echoing faintly in the smoke-filled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night.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fingers flew across the keyboard now, the words pouring out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in a torrent of pent-up frustration and mounting rage. “Project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Redwood is fundamentally flawed. The environmental impact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assessment is incomplete, bordering on fraudulent. Moreover,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have irrefutable evidence that our firm’s negligence directly</w:t>
      </w:r>
    </w:p>
    <w:p>
      <w:pPr>
        <w:sectPr>
          <w:pgSz w:w="8000" w:h="12000"/>
          <w:pgMar w:top="442" w:right="64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6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contributed to the catastrophic wildfire of 2008. We concealed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crucial information, knowingly jeopardizing Silverton's safety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future. This needs to stop.”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She reread the email, the words stark and accusatory on the screen.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 was a declaration of war, a defiant act of rebellion against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company she had served for so long, against the culture of greed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negligence that had infected its very core. The air hung still,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silence broken only by the faint whisper of the falls and the soft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hum of the car’s engine. The smoke-filled haze pressed close,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blurring the line between reality and illusion. The feeling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uncertainty was thick in the air, similar to the smoke itself,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physical manifestation of the turmoil within her.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finger lingered over the send button. She hesitated, a tremor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running through her hand. It wasn't fear that held her back; it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something more subtle, more complex – a deep-seated sense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unease, a nagging uncertainty about the consequences of 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actions. She saved the email as a draft, unsent, but the act itself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like a victory. The words were out there, recorded, preserved—a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her growing defiance. The notes were no longer merely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collection of damning evidence; they were a weapon, a tool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would use to create change, to expose the truth. The laptop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closed with a soft snap.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cool night air rushed in, filling the car with the scent of damp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earth and pine needles. She leaned back in her seat, gazing out 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smoke-shrouded valley. The darkness felt almost tangible,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physical presence that pressed against her, mirroring the turmoil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within her. The engine's soft hum and the distant rumble of the falls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created a counterpoint to the silence. The haze veiling the falls’ mist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thick with the weight of the 2008 fire, its ghost still haunting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landscape. The unanswered questions still hung heavily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air, a constant reminder of the past that was inextricably tied to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future.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Silverton, with its secrets and its beauty, its challenges and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resilience, exerted a strange pull on her, a silent invitation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become part of something bigger, something more meaningful.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community's response to the wildfire drill, the organized chaos and</w:t>
      </w:r>
    </w:p>
    <w:p>
      <w:pPr>
        <w:sectPr>
          <w:pgSz w:w="8000" w:h="12000"/>
          <w:pgMar w:top="296" w:right="642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determined effort, had profoundly impacted her. She had witnessed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firsthand their strength, their unity, their unwavering commitment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protecting their home. It was a stark contrast to the coldness,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detachment, the indifference she had encountered within her 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company.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contrast between the two worlds, the corporate world of profit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loss and the community of Silverton bound by shared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experience and resilience, had begun to illuminate a path for her.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path was far from clear; the road ahead was fraught with peril.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for the first time, Jenna saw that the future might not be solely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determined by the dictates of profit and ambition. She might have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opportunity to choose a different path, a path where integrity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responsibility were the governing principles.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email draft rested untouched on her laptop, a testament to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growing resolve. It was a declaration of intent, a first step on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journey toward redemption. The unsent email, the saved notes,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lingering sense of guilt were all becoming fuel for her new purpose.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flames of reckoning were not just burning away her past;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forging a new path for her future, a path that promised both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personal and professional transformation. The hazy night,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distant roar of the falls, the smoke-filled air—all of it seemed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whisper the promise of change, a transformation as powerful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transformative as the wildfires that threatened the very heart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Silverton. The journey was far from over, but Jenna, sitting in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car, under the smoke-filled sky, felt a spark of something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resembled hope. The pull of Silverton was strong. Her role in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future, once uncertain, now felt increasingly clear.</w:t>
      </w:r>
    </w:p>
    <w:p>
      <w:pPr>
        <w:sectPr>
          <w:pgSz w:w="8000" w:h="12000"/>
          <w:pgMar w:top="296" w:right="708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United in Chaos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fluorescent lights of the Silverton High School gymnasium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hummed, a stark counterpoint to the low, guttural rumble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anxiety that vibrated through the air. Dust motes danced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harsh glare, illuminated by the chaotic energy of a hundred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volunteers scrambling to prepare for the encroaching wildfire.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Jenna, clad in a borrowed flannel shirt that felt both too big and too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tight, moved with surprising efficiency amidst the organized chaos.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hands, usually accustomed to the sleek surfaces of architectural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blueprints and the cool smoothness of glass skyscrapers, were now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deftly arranging stacks of water bottles, face masks, and emergency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blankets. Each movement was precise, each action deliberate,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stark contrast to the frenetic energy swirling around her.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air hung thick with the scent of sweat, dust, and woodsmoke,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potent cocktail that clung to the back of her throat. Her borrowed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flannel shirt, damp with sweat, felt heavy against her skin.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rhythmic thud of boxes being stacked on scuffed tables punctuated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cacophony of voices—urgent requests, barked instructions,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hushed conversations laced with apprehension. Nate, the burly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owner of the town's general store, directed the flow of volunteers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booming commands that echoed through the vast space.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voice, a powerful baritone, cut through the din with commanding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authority, orchestrating the movement of people and supplies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remarkable precision.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Ellen, her dark braid swinging like a pendulum, moved with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clipped efficiency of a seasoned firefighter. She stacked crates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practiced ease, her movements precise and economical. Jenna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watched her, a silent observer, absorbing the silent communication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between the volunteers, the unspoken understanding that bound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them together in this shared moment of crisis. Ellen glanced up,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catching Jenna’s gaze, and offered a curt nod, a barely perceptible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crack in the wall of guarded reserve that had initially surrounded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Silverton community. It was a small gesture, but to Jenna, it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significant, a tiny breach in the fortress of suspicion and distrust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that she had inadvertently erected.</w:t>
      </w:r>
    </w:p>
    <w:p>
      <w:pPr>
        <w:sectPr>
          <w:pgSz w:w="8000" w:h="12000"/>
          <w:pgMar w:top="442" w:right="644" w:bottom="496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guilt gnawed at her, a constant, throbbing ache beneath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ribs. The fire log, with its damning photographs and chilling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revelations, remained a constant companion, a relentless reminder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her firm's culpability in the 2008 wildfire.</w:t>
      </w:r>
      <w:r>
        <w:rPr>
          <w:rFonts w:ascii="Charis SIL Italic" w:hAnsi="Charis SIL Italic" w:eastAsia="Charis SIL Italic"/>
          <w:b w:val="0"/>
          <w:i/>
          <w:color w:val="000000"/>
          <w:sz w:val="22"/>
        </w:rPr>
        <w:t xml:space="preserve"> My firm ignored this,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thought, the words a bitter taste in her mouth. But amidst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organized urgency of the wildfire preparations, amidst the palpable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sense of community pulling together against a common threat,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found a strange sense of purpose. The chaotic energy of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gymnasium was a stark contrast to the sterile, detached world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high-powered real estate development. Here, in the midst of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organized chaos, she found herself doing something tangible,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something meaningful.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grizzled farmer, his face etched with the lines of years spent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battling the elements, clapped her on the shoulder, his calloused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hand surprisingly gentle. "Good work," he muttered, his voice rough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kind. The simple words, spoken without fanfare or expectation,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struck her deeply. It was an acknowledgment, a silent acceptance,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small but significant step toward redemption.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radio crackled to life, the sharp static a jarring intrusion into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gym's cacophony. A voice, strained and urgent, announced that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flames were now scorching the trails leading into Silver Falls State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Park, the fire’s relentless advance threatening to consume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everything in its path. A wave of apprehension rippled through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volunteers; the unspoken fear hung heavy in the air, a palpable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tension that tightened the muscles in Jenna’s shoulders. The update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brought a new urgency to the task at hand, a stark reminder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stakes involved. Logan’s land was only a few miles from the park's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perimeter. The thought struck her like a physical blow; the fire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getting closer.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gym's clamor intensified. The thud of boxes, the shouts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directions, the murmur of anxious conversations all seemed to echo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racing pulse in Jenna’s chest. The air grew thick with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anticipation, a palpable sense of urgency that mirrored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escalating wildfire. The fire log’s warnings echoed in her mind—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firm knew, firm concealed—spurring her to act, to prove herself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worthy of the community's burgeoning trust. Her efforts were no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longer about securing a lucrative real estate deal; they were about</w:t>
      </w:r>
    </w:p>
    <w:p>
      <w:pPr>
        <w:sectPr>
          <w:pgSz w:w="8000" w:h="12000"/>
          <w:pgMar w:top="296" w:right="676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6" w:lineRule="exact" w:before="56" w:after="0"/>
        <w:ind w:left="0" w:right="432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actively participating in a fight for survival. It wasn’t just about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atoning for the past; it was about securing a better future.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Jenna's movements gained a renewed intensity. She tied a mask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securely around a young girl's face, her touch gentle but firm.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wiped sweat from her brow with the back of her hand, her actions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both pragmatic and personal, woven into the very fabric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community's response to the crisis. The notes she’d painstakingly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compiled, the evidence she’d meticulously gathered, now served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merely as a damning indictment of her firm, but as fuel for her 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transformation. The fire, consuming Silverton’s beloved forests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trails, now seemed to mirror the fire within her, both terrifying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strangely cathartic.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radio crackled again, providing another update on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wildfire’s advance, an ominous reminder of the looming threat.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news, while alarming, seemed almost secondary to the palpable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sense of unity that filled the gym. The organized chaos, the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purpose, the collective effort—it was a powerful antidote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isolation and alienation she had felt in the corporate world. Here,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heart of Silverton, she was no longer alone; she was a part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something larger than herself, something vital and essential.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scent of woodsmoke, growing stronger with each passing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moment, mingled with the scent of sweat and dust, creating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heady, almost overwhelming fragrance that spoke of both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destruction and resilience. The sounds of the gym—the thudding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boxes, the overlapping voices, the insistent crackling of the radio—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 coalesced into a symphony of urgency, a powerful testament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community’s unwavering commitment to protecting their home.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Jenna, amidst the organized chaos, found herself swept away by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wave of unexpected purpose, a profound sense of belonging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hadn't anticipated finding in this small Oregon town. The notes lay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heavy in her pocket, but the weight of guilt was somehow lighter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now, replaced by the weight of responsibility and the burgeoning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hope for a future where the choices she made would reflect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values, not just the demands of corporate ambition. The night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ahead would be long, and the dangers real, but in that moment,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 felt a kinship with the people of Silverton, a bond forged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crucible of fire and adversity—a shared purpose born from the</w:t>
      </w:r>
    </w:p>
    <w:p>
      <w:pPr>
        <w:sectPr>
          <w:pgSz w:w="8000" w:h="12000"/>
          <w:pgMar w:top="296" w:right="654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ashes of a shared past. She was no longer just Jenna Blake,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ambitious developer, but a vital part of Silverton’s defense,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her own personal and professional transformation.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fire outside was burning fiercely, but within the walls of Silverton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High School, a different kind of fire was burning – a fire of hope,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resilience, and shared purpose.</w:t>
      </w:r>
    </w:p>
    <w:p>
      <w:pPr>
        <w:sectPr>
          <w:pgSz w:w="8000" w:h="12000"/>
          <w:pgMar w:top="296" w:right="688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Logans Risk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air hung thick with the scent of sweat, dust, and the ever-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present, acrid undercurrent of woodsmoke. Amidst the organized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chaos of the gymnasium, a figure caught Jenna’s eye. Logan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Maddox, his silhouette stark against the harsh fluorescent lights,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suiting up with the Station 5 firefighters. He wasn't one of them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anymore, not officially, but the familiar weight of his gear,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heavy clink of metal against metal, the way his boots scuffed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gym's concrete floor – it was a stark reminder of his deep-seated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connection to this fight. His heavy fire-resistant jacket, usually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vibrant yellow, now seemed almost dull under the harsh lights.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moved with a practiced ease, his movements precise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efficient, a silent ballet of preparation. He adjusted the straps of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helmet, the faint clank a jarring sound in the cacophony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gymnasium. Then he checked his radio, the small, reassuring click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counterpoint to the rising panic in Jenna’s chest. His eyes, usually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bright and playful, were shadowed with a grim determination.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caught her gaze for a fleeting moment, his silent nod a stark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message of resolve, a promise, both unspoken and deeply felt.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 look that pierced through the noise, the fear,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overwhelming sense of urgency that choked the air.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even as she acknowledged his silent promise, the implications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fire log slammed into her consciousness. The stark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photographs, the meticulously documented evidence – it all pointed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her firm’s culpability in the 2008 wildfire that had claimed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father's life. The thought was a physical blow, a sickening punch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gut that stole the breath from her lungs. This wasn’t just about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wildfire threatening a charming town; it was about a deeply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personal threat to Logan, a chilling echo of a devastating past.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time, she wouldn't stand by and let it happen again. This time,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would act.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Logan climbed into the fire truck, the roar of the engine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deafening eruption in the already chaotic gymnasium, Jenna’s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breath hitched. The vibrant red of the truck seemed to absorb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harsh fluorescent light, becoming a symbol of both courage and</w:t>
      </w:r>
    </w:p>
    <w:p>
      <w:pPr>
        <w:sectPr>
          <w:pgSz w:w="8000" w:h="12000"/>
          <w:pgMar w:top="442" w:right="656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impending doom. She watched, mesmerized, as it pulled away,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dust swirling behind it like a phantom’s embrace, leaving a hollow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ache in her chest. The organized chaos of the gymnasium,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shouted instructions, the clang of metal against metal, the desperate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shuffling of feet—it all faded into a dull roar, a background hum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frantic pulse in her ears.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that moment, the fire wasn’t some distant, abstract threat. It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raging inferno headed straight for Logan’s land, a terrifying mirror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2008 fire, the same merciless flames that had devoured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father’s life. The images of burning trees, and the searing memory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his father’s fate, flashed before her eyes, sharp and vivid,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terrifying reminder of her firm’s culpability. His land. His home.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past. It was all burning.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“Blake! Get those water bottles sorted!” Nate’s booming voice cut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 her horrified reverie, snapping her back to the present.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blinked, trying to shake off the paralyzing wave of fear that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engulfed her. The gym's organized chaos hit her anew, a wave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adrenaline washing over her as she scrambled to fulfill the urgent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request. But even as her hands moved with renewed intensity,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gaze kept returning to the trail of dust the fire truck had left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behind. The fire's relentless advance was a stark reality she could no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longer ignore.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radio crackled again, the static a harsh intrusion into her racing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thoughts. “South Falls trail’s gone. Evacuations ordered for the west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side of the park.” The voice was strained, tinged with a weary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resignation that sent a fresh wave of panic through Jenna.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clenched her jaw, her fingers tightening around a stack of water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bottles. South Falls was perilously close to Logan’s land; the fire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closing in. The weight of her inaction in the past, the consequences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her firm's negligence, bore down on her with crushing force.</w:t>
      </w:r>
    </w:p>
    <w:p>
      <w:pPr>
        <w:autoSpaceDN w:val="0"/>
        <w:autoSpaceDE w:val="0"/>
        <w:widowControl/>
        <w:spacing w:line="264" w:lineRule="exact" w:before="266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gym seemed to amplify the escalating crisis, the very air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vibrating with the unspoken fear and the palpable urgency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situation. Each thudding box, each frantic shout, each anxious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whisper, served as a stark reminder of the stakes involved. Jenna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moved with a frantic energy, her hands working with a desperate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efficiency, her actions interwoven with a growing sense of</w:t>
      </w:r>
    </w:p>
    <w:p>
      <w:pPr>
        <w:sectPr>
          <w:pgSz w:w="8000" w:h="12000"/>
          <w:pgMar w:top="296" w:right="64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responsibility.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wasn't just organizing supplies anymore; she was actively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participating in a fight for survival, for Logan, for Silverton, for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future she desperately hoped she could help create. The guilt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still there, a constant companion, but it was overshadowed by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burning urgency to make amends, to repair the damage done,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ensure that the tragedies of the past would not be repeated. The fire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raged outside, but within the walls of the gymnasium, a different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kind of fire was burning – a fire of determination, a fire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resilience, a fire of shared purpose, fueled by a commitment to fight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back against the encroaching flames and the lingering shadows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past.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scent of woodsmoke grew stronger, a thick, choking wave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seemed to press against her throat. It wasn't just the smell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burning trees and brush; it was the smell of fear, of loss, of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 facing an unimaginable threat. Yet, amid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overwhelming sense of danger, there was also a palpable sense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unity, of shared purpose, a collective resolve that transcended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individual anxieties. Jenna, amid the organized chaos, found herself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drawn into the heart of this community, bound to them by a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experience, a shared fear, and a shared determination to survive.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night stretched before her, long and ominous, fraught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danger and uncertainty. The fire outside was a raging monster,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within the walls of Silverton High School, a different kind of fire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ignited—a fire of hope, of resilience, and of shared purpose.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weight of the fire log pressed against her, a constant reminder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her firm's past misdeeds, but it was a weight she now carried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alongside the weight of her newfound responsibility. The flames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outside mirrored the fire within her, a tumultuous mix of fear,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determination, and a desperate hope for redemption. It was a long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arduous path ahead, but for the first time, Jenna felt truly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connected to the heart of Silverton, a bond forged not just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fear of the wildfire, but in the shared struggle to build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better future from the ashes of the past. She was no longer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outsider; she was part of the solution. And as long as the fire still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raged, she would be there, fighting alongside them, until the very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end.</w:t>
      </w:r>
    </w:p>
    <w:p>
      <w:pPr>
        <w:sectPr>
          <w:pgSz w:w="8000" w:h="12000"/>
          <w:pgMar w:top="296" w:right="67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Smoke and Fear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hours crawled by, each minute stretching into an eternity.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gymnasium, initially a hub of organized chaos, had settled into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tense quiet punctuated by the occasional sob or hushed whisper.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Smoke, a persistent intruder, seeped through the cracks in the high,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arched windows, a stinging haze that blurred the already dim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fluorescent lights and coated the back of Jenna’s throat with a gritty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film. The air, thick with the scent of sweat, dust, and woodsmoke,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hung heavy and suffocating. Her hands moved mechanically,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folding blankets, arranging water bottles, her actions a rote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performance designed to keep her busy, to keep the terrifying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thoughts at bay.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child, no older than seven, clung to her leg, his small body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trembling. His soft sobs were barely audible above the low hum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anxiety that permeated the gymnasium, yet they cut through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Jenna’s forced calm like shards of glass. She knelt, forcing a smile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felt brittle and unnatural. “It’ll be okay, kid,” she murmured,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voice a shaky whisper that barely convinced herself. The words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hollow, a pathetic attempt to soothe a child's fear while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wrestling with her own. The truth, harsh and undeniable, was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nothing felt okay.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mind, despite her attempts at distraction, remained fixated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Logan. The image of him climbing into the fire truck, the grim set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his jaw, the shadowed intensity in his eyes – it played on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relentless loop behind her eyelids. He was out there, facing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inferno, and a crushing weight of guilt settled on her chest. The fire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log, with its damning evidence, its meticulous documentation of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firm's past negligence, lay heavy on her conscience. This wasn't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some abstract disaster; it was a direct consequence of her firm's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actions, a tragedy that threatened to repeat itself, potentially taking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another life.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Whispers snaked through the gym, snippets of alarming news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carried on the breath of exhausted volunteers. "Flames hit Logan's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land," one woman whispered urgently, her voice barely a breath.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"The cedars… they’re gone." Another murmured about the park's</w:t>
      </w:r>
    </w:p>
    <w:p>
      <w:pPr>
        <w:sectPr>
          <w:pgSz w:w="8000" w:h="12000"/>
          <w:pgMar w:top="442" w:right="648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forests, already ablaze, consumed by a relentless fire that seemed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determined to devour everything in its path. Each update tightened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knot in Jenna’s throat, choking off her breath. The accusations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 fire log felt sharper, the weight of her role in her firm’s past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negligence pressing down on her with renewed force. She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complicit. She knew it.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gaze drifted towards the gymnasium doors, her heart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hammering a frantic rhythm against her ribs. She scanned the faces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arriving volunteers, searching for a familiar silhouette, for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glimpse of Logan, but found only more anxious faces, more worried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eyes. The radio crackled intermittently, bursts of static interspersed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fragmented reports that offered little solace. The silence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between transmissions felt agonizing, the lack of information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breeding ground for fear.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buzz of activity in the gymnasium – a child’s whimper,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hurried footsteps of volunteers, the sharp crack of a radio, the low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murmur of anxious conversations – served only to heighten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suspense. The atmosphere was thick with the unspoken fear,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palpable dread that hung in the air like a suffocating blanket. Yet,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even within the suffocating anxiety, Jenna sensed a resilient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strength, a unity of purpose that bound the people of Silverton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together. Their collective resolve, their shared determination to face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crisis head-on, was both inspiring and profoundly moving.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 bond forged in the crucible of shared fear, a connection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ran deeper than the anxieties that consumed them.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fear, however, was intensely personal. It wasn't just the threat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a wildfire; it was a terrifying echo of the past, a stark reminder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2008 fire that had claimed Logan’s father’s life. The thought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 physical blow, a fresh wave of nausea that threatened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overwhelm her. The fire log, with its damning details, served 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constant, agonizing reminder of her company's role in that tragedy.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now, history was repeating itself, threatening to consume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everything she had come to care about. Logan's safety, his land,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very fabric of Silverton’s peaceful existence – all hung precariously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 the balance.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scent of woodsmoke intensified, acrid and sharp, a constant</w:t>
      </w:r>
    </w:p>
    <w:p>
      <w:pPr>
        <w:sectPr>
          <w:pgSz w:w="8000" w:h="12000"/>
          <w:pgMar w:top="296" w:right="66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reminder of the inferno raging just beyond the gymnasium walls.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 smell that spoke not just of burning trees and brush, but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fear, of devastation, of a community struggling to survive. The fear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palpable, but so too was the determination, the unwavering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resolve to fight, to resist, to endure. Jenna, amidst the organized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chaos of the gymnasium, felt an unexpected surge of strength,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renewed sense of purpose. She was no longer just an outsider,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wealthy developer with ambitious plans for a luxury eco-resort.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 member of this community, bound to them by a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adversity, a shared fear, and a shared hope.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night stretched ahead, long and uncertain, a tapestry woven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threads of fear, hope, and an unwavering commitment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survival. The fire raged outside, a monstrous inferno threatening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consume everything in its path, but inside the gymnasium,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different kind of fire burned – a fire of resilience, a fire of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purpose, a fire that refused to be extinguished. Jenna’s hands, once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numb with mechanical movements, now moved with a purpose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transcended her initial anxieties. She helped where she could,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offering comfort where needed, her gaze frequently drawn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gymnasium’s entrance. Every creak of the door sent a jolt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adrenaline through her, each shadow a momentary deception.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hope for Logan’s safe return was a beacon in the darkness, a flicker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light amidst the smoke and fear. The fire log remained a constant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burden, a stark reminder of her past complicity, but it was now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weight she carried alongside her newfound responsibility, a weight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balanced by her growing determination to do everything in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 to make things right. The future remained uncertain, but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face of adversity, Jenna found a strength she never knew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possessed, a strength forged in the shared struggle for survival,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strength that made her truly a part of Silverton.</w:t>
      </w:r>
    </w:p>
    <w:p>
      <w:pPr>
        <w:sectPr>
          <w:pgSz w:w="8000" w:h="12000"/>
          <w:pgMar w:top="296" w:right="676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Soot and Relief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afternoon light, already fading, cast long shadows across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gymnasium floor, painting the scene in hues of muted orange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grey. The air, still thick with the scent of woodsmoke, carried a new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note – the metallic tang of sweat and burnt earth. Then, through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doorway, he appeared. Logan.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stumbled in, a figure silhouetted against the fading light,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silhouette framed by the open door. Soot smudged his cheeks,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dark contrast against the pallor of his skin, and a ragged scrape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marred his left cheekbone, a testament to the brutal fight he’d been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engaged in. His fire-resistant gear, usually crisp and clean, was now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torn and grimy, clinging to him like a second skin. He moved with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weariness that seemed to weigh him down, each step deliberate,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each breath labored. A heavy pack, its contents unknown, hung low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 his shoulders, further accentuating his exhaustion. The faint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rustle of his jacket as he moved sounded almost fragile against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backdrop of the gymnasium’s subdued chaos.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Jenna’s breath hitched. The relief that flooded her was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instantaneous, overwhelming – a tidal wave that washed over her,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momentarily silencing the nagging guilt that had been gnawing 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all day. “You’re okay,” she whispered, her voice barely audible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above the low hum of activity, the words escaping before she could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stop them. The crate she’d been meticulously stacking toppled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floor with a clatter, the sound lost instantly in the surrounding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noise, a jarring contrast to the hushed reverence that had descended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upon the gym with Logan's arrival.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nodded, the movement slow, deliberate, his head bowed slightly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if under the weight of exhaustion. “Barely,” he murmured,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voice a rough whisper, gravelly with fatigue. His eyes, however,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met hers, a dark, intense gaze that burned through the haze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smoke and apprehension, a recognition of shared experience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unspoken understanding. It was a look that transcended the chaos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around them, a connection forged in the crucible of fear and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adversity. The shadow of the fire log, the damning evidence of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firm’s past negligence, momentarily faded into the background,</w:t>
      </w:r>
    </w:p>
    <w:p>
      <w:pPr>
        <w:sectPr>
          <w:pgSz w:w="8000" w:h="12000"/>
          <w:pgMar w:top="442" w:right="65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replaced by the overwhelming relief of his safe return.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wave of warmth washed over the room. Volunteers, their faces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etched with relief, crowded around him, offering words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encouragement and pats on the back. Ellen, her face streaked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grime, pressed a bottle of water into his hands. He took a slow,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deliberate sip, his shoulders slumping slightly as he drank. Even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small act, normally unnoticeable, was steeped in an exhaustion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spoke volumes. The unspoken understanding that permeated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room transcended words. Everyone knew the risks Logan had taken;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everyone knew what he’d faced.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his gaze remained locked with Jenna’s, unwavering and intense,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despite the well-meaning efforts of the people around him. It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look that acknowledged the gulf between them, the accusations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leveled against her firm, the history that still hung heavy between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them, yet also acknowledged something else—a connection that ran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deeper than their disagreements, a connection forged in the heart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crisis, in the shared experience of fear and survival. For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moment, the crackling radios, the shifting crates, the hushed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whispers of anxious volunteers faded into the background.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world narrowed, focusing on the exchange of unspoken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between two individuals grappling with the weight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their shared experience.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intensity of the moment was brief, a spark of connection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midst of the continuing crisis, but it was significant. Jenna took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step back, pulling her flannel jacket tighter around herself,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familiar texture grounding her. The pervasive scent of smoke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ash seemed to hang in the air, an uncomfortable reminder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catastrophe they had so narrowly escaped. Yet, amidst the lingering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smoke and the lingering weight of her guilt, a shift occurred within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Jenna. The collective effort, the shared resilience of the Silverton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community, bound them together, a communal strength that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superseded individual anxieties and conflicts. She felt an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unexpected shift within herself, a sense of connection, a sense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belonging, that transcended the initial purpose of her trip 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Silverton. She was no longer merely an outsider attempting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broker a deal, but a participant in the shared struggles of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community.</w:t>
      </w:r>
    </w:p>
    <w:p>
      <w:pPr>
        <w:sectPr>
          <w:pgSz w:w="8000" w:h="12000"/>
          <w:pgMar w:top="296" w:right="648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Reports began filtering through the crackling radios, confirming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containment efforts were successful. The immediate threat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seemed to have passed, the firelines holding, the intensity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crisis easing. However, the palpable relief didn’t erase the impact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wildfire. The air, despite the improving situation, remained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heavy with the lingering scent of smoke, a constant reminder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near-disaster that had so easily could have claimed lives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destroyed everything they held dear. The burnt smell was not just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physical reality, but also a symbolic mark etched upon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community’s collective psyche, a memory that would indelibly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shape their future.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gymnasium, still buzzing with activity, was a temporary refuge,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space where the community had rallied together in the face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adversity. The air hummed with a quiet energy, a subdued rhythm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relief, of exhaustion, of shared resilience. Yet, despite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lingering effects of the trauma, a subtle shift had occurred.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collective spirit of the town, strengthened by their shared ordeal,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served to ease some of the sharp edges of their prior conflicts.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Jenna, standing amidst the commotion, found a new clarity, a fresh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perspective on her ambitious plans. Her vision for the resort, once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driven solely by profit, now began to take on a different dimension.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eco-resort, she realized, was no longer just a project, but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potential instrument for restoring the delicate ecological balance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Silverton, a chance to heal the wounds inflicted by the negligence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the past.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weight of the fire log, however, was not erased. The evidence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her firm’s past negligence lingered as a shadow within Jenna’s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conscience. It served as a constant reminder of her complicity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profound responsibility she now bore to mend the damage,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just for the sake of the community, but for her own peace of mind.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incident had brought forth the dormant guilt that had been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lurking beneath the surface of her ambitious career. It was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reckoning that could not be ignored, a catalyst for change both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personal and professional. Her sense of purpose, once narrowly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defined by her own career, began to broaden, extending to embrace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concerns of the Silverton community.</w:t>
      </w:r>
    </w:p>
    <w:p>
      <w:pPr>
        <w:sectPr>
          <w:pgSz w:w="8000" w:h="12000"/>
          <w:pgMar w:top="428" w:right="668" w:bottom="52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Logan, after the initial surge of relief and concern, melted back into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background. He helped direct volunteers, his instructions crisp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efficient, despite his obvious exhaustion. He was no longer just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rugged mechanic but a leader, a pillar of strength in the face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crisis, a person who had absorbed the trauma of the fire, but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emerged from it, not defeated, but forged into something stronger.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gaze that he had shared with Jenna, intense and full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unspoken words, had lingered as a silent acknowledgement between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them, an unsaid compact forged in shared trauma. Yet, this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trauma and newfound respect did not imply an immediate romantic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entanglement. The focus remained on the shared commitment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recovery and rebuilding the community, the romantic undertones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relationship left to simmer gently in the background.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collective effort of survival and shared relief had quietly shifted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dynamic, creating a delicate space for a tentative and slower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development of a relationship built on shared experience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mutual respect. The future remained unwritten, the path ahead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uncertain, but amidst the ashes, a new beginning had silently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begun.</w:t>
      </w:r>
    </w:p>
    <w:p>
      <w:pPr>
        <w:sectPr>
          <w:pgSz w:w="8000" w:h="12000"/>
          <w:pgMar w:top="296" w:right="644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Communitys Anchor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last of the daylight bled away, painting the gymnasium walls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deepening shades of violet and grey. The air, though thinner now,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still carried the ghost of woodsmoke, a faint, lingering scent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clinging to everything – the worn wooden floorboards, the sweat-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dampened clothing of the volunteers, even the cardboard boxes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 was carefully stacking. A crate’s soft thud echoed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quietening space, the sound oddly comforting in the aftermath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chaos. Nate, his face smudged with soot and exhaustion but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eyes twinkling with a dry humor, leaned against a stack of supplies.</w:t>
      </w:r>
    </w:p>
    <w:p>
      <w:pPr>
        <w:autoSpaceDN w:val="0"/>
        <w:autoSpaceDE w:val="0"/>
        <w:widowControl/>
        <w:spacing w:line="264" w:lineRule="exact" w:before="56" w:after="0"/>
        <w:ind w:left="0" w:right="432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“City hands, huh?” he teased, gesturing towards Jenna’s careful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handling of the boxes. “You'd think you'd never seen a crate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before.”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 smiled, a genuine smile that reached her eyes, a stark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contrast to the strained expression she had worn earlier in the day.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joke, simple as it was, broke through the lingering tension,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small but significant crack in the wall of her self-imposed isolation.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effort of stacking the boxes, the physicality of the task,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grounded her, anchoring her in the present moment, away from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swirling anxieties that had plagued her for the past twenty-four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hours. The weight of the fire log, the evidence of her firm's past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negligence, remained a heavy burden, but it no longer felt quite so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suffocating. The shared experience of the wildfire, the collective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resilience of the community, had forged a connection, a sense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belonging that she hadn't expected to find in Silverton.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Ellen, her face clean now but still etched with fatigue, approached,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her voice low. “The good news is, most of Silver Falls is spared,”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reported, her gaze briefly meeting Jenna’s. “The flames mostly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skirted the base of the falls. But…the trails are pretty much toast.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unfortunately, Logan’s cedars…they’re badly damaged.”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casual mention of Logan’s land felt significant, a subtle but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undeniable connection to the man who had become both a symbol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town's resistance and, surprisingly, an unexpected source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understanding.</w:t>
      </w:r>
    </w:p>
    <w:p>
      <w:pPr>
        <w:autoSpaceDN w:val="0"/>
        <w:autoSpaceDE w:val="0"/>
        <w:widowControl/>
        <w:spacing w:line="322" w:lineRule="exact" w:before="206" w:after="0"/>
        <w:ind w:left="0" w:right="0" w:firstLine="0"/>
        <w:jc w:val="center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faint haze through the gym windows, the thinning smoke a pale</w:t>
      </w:r>
    </w:p>
    <w:p>
      <w:pPr>
        <w:sectPr>
          <w:pgSz w:w="8000" w:h="12000"/>
          <w:pgMar w:top="442" w:right="644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grey against the darkening sky, served as a visual reminder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continuing threat. Wildfire alerts still crackled over the radios,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low hum of apprehension beneath the surface of the settling calm.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immediate danger may have receded, but the fragility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situation remained palpable, a silent undercurrent running through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subdued energy of the gymnasium.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 finished stacking the last of the boxes, her movements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efficient and precise. A wave of pride washed over her, not just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herself, but for the entire community. She had seen the fear,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exhaustion, the raw determination in the faces of the people around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her. She had witnessed firsthand the fierce and unwavering strength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Silverton community in the face of overwhelming adversity.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earlier anxieties about her project, her guilt over her firm’s past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actions, were now tempered by a newfound respect and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burgeoning sense of responsibility. She felt a profound shift,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change in her own perspective, a change in her perception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herself within the context of Silverton.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gym was slowly emptying. Volunteers, their faces etched with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mixture of relief and exhaustion, drifted out into the fading light,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footsteps muffled by the thick carpet. The air grew quieter,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earlier hubbub replaced by a hushed expectancy. Jenna glanced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across the room and saw Logan talking with Nate, his scraped hand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now bandaged, his voice low and quiet, his usually vibrant eyes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shadowed with fatigue. But there was a strength in his posture,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unwavering resilience that resonated deeply within her. 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presence, his quiet leadership in the face of the crisis, further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solidified the bond that had formed between them, a connection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grounded in shared experience and mutual respect. The warnings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sounded by the notes, the weight of the past, served not as barriers,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as a call to action, urging her to help mend the damage caused,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 only by the fire, but by the careless actions of her firm.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silence of the gym, the thinning haze outside, the persistent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crackling warnings on the radio - all of it felt imbued with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renewed purpose. Her integration into the community, once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tentative and fraught with tension, was now complete. Silverton,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its strength and resilience, had quietly, and powerfully,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claimed her as one of its own. The lingering scent of woodsmoke,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subtle crackling of the radios, and the shared exhaustion of the</w:t>
      </w:r>
    </w:p>
    <w:p>
      <w:pPr>
        <w:sectPr>
          <w:pgSz w:w="8000" w:h="12000"/>
          <w:pgMar w:top="296" w:right="654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 were a powerful and unwavering testament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experience that bound them together, a shared memory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would serve as a foundation for rebuilding, not only their physical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environment, but their sense of unity and their collective spirit.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future remained uncertain, but as Jenna looked around the quiet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gym and out into the settling dusk, she felt not fear, but a quiet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determination, a quiet pride, and an unexpected hope.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community's silent strength and their unexpected resilience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taken root within her, forming a new kind of resolve. A resolve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as powerful and tenacious as the flames that had threatened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consume their town.</w:t>
      </w:r>
    </w:p>
    <w:p>
      <w:pPr>
        <w:sectPr>
          <w:pgSz w:w="8000" w:h="12000"/>
          <w:pgMar w:top="296" w:right="69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Midnight Reunion</w:t>
      </w:r>
    </w:p>
    <w:p>
      <w:pPr>
        <w:autoSpaceDN w:val="0"/>
        <w:autoSpaceDE w:val="0"/>
        <w:widowControl/>
        <w:spacing w:line="264" w:lineRule="exact" w:before="286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soft rap on the door, almost hesitant, broke through the stillness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Jenna’s room. The inn, usually bustling with the sounds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tourists and chatter, was eerily quiet. The only sound besides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rhythmic tap was the low moan of the wind whistling through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gaps in the aging timber frame. It was near midnight. She’d fallen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into a restless sleep, the lingering scent of woodsmoke clinging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clothes and hair, a phantom smell that mirrored the phantom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aches in her muscles.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opened the door to find Logan standing on the porch,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silhouette framed by the weak moonlight. His flannel shirt, usually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vibrant blue, was now streaked with grey and black, the soot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clinging to the fabric like a second skin. His face, normally etched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a playful grin, was drawn and tired, his usually bright eyes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shadowed with fatigue. The faint, lingering smell of woodsmoke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clung to him even more strongly than it did to her.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“Logan?” she whispered, her voice raspy from sleep.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nodded, his voice a low rumble, hoarse from smoke inhalation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exhaustion. "Can I…come in for a minute?"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stepped aside, allowing him entry. The small room, with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rustic charm and worn wooden floorboards, felt intimate, almost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sacred, in the quiet of the night. The only light came from a small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lamp on the nightstand, casting long shadows that danced across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walls. Moonlight, slicing through the still-hazy night sky, cut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across the room in fractured beams, highlighting the dust motes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drifting in the air. The curtains, thin and worn, swayed gently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night breeze, a faint rattle announcing each gust.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 leaned forward, her hands clasped tightly in her lap. “You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okay?” she asked, her concern evident in her tone.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nodded again, his gaze fixed on the window. The flickering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lamplight caught the subtle tremor in his hand as he ran a hand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through his hair. “Just…tired,” he finally managed, his voice barely</w:t>
      </w:r>
    </w:p>
    <w:p>
      <w:pPr>
        <w:sectPr>
          <w:pgSz w:w="8000" w:h="12000"/>
          <w:pgMar w:top="442" w:right="694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 whisper. “Exhausted.”</w:t>
      </w:r>
    </w:p>
    <w:p>
      <w:pPr>
        <w:autoSpaceDN w:val="0"/>
        <w:autoSpaceDE w:val="0"/>
        <w:widowControl/>
        <w:spacing w:line="264" w:lineRule="exact" w:before="266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 poured two glasses of water, the clinking of the glasses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sharp, sudden sound in the otherwise silent room. She handed him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one, her fingers brushing his briefly. The contact, brief as it was,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sent a surprising jolt of energy through her, a faint spark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connection amidst the shared exhaustion.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“I…I helped out at the gymnasium today,” she said softly, her voice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barely above a whisper. “Sorting supplies, helping out where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could.” The words, once hesitant and guarded, now flowed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freely, a testament to the surprising bond that had developed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between them in the wake of the wildfire. “Silverton…it’s…it’s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pulling me in, I think.” She paused, feeling the weight of her 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admission, the unexpected vulnerability of her confession.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 took a slow sip of water, the sound barely audible. He turned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from the window, his gaze finally meeting hers. “I saved one,”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said, his voice still hoarse but stronger now. “One of my cedars.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Biggest one on the property. My father planted it…right before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died.” His eyes glistened, but there were no tears, only a raw,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potent emotion. He didn’t elaborate; the single sentence carried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weight of years, of memories, of loss, and of a hard-won victory.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silence that followed wasn’t awkward, not exactly. It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silence, a comfortable space woven from exhaustion and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understanding of the day’s events. The fire log, the weight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firm’s past negligence, still lingered in the background,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shadow in the periphery, but its power felt diminished, softened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quiet strength of the moment, by the bond that had formed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between them in the face of adversity.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flickering lamplight cast an ethereal glow on the room,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faint creaking of the floorboards a gentle rhythm accompanying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shared quietude. The darkness outside, punctuated by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intermittent flashes of distant sirens, stood in stark contrast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intimate warmth of the room, the shared exhaustion between them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 tangible link, a quiet testament to their resilience.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Jenna felt a sense of peace settle over her, a quiet calm that had</w:t>
      </w:r>
    </w:p>
    <w:p>
      <w:pPr>
        <w:sectPr>
          <w:pgSz w:w="8000" w:h="12000"/>
          <w:pgMar w:top="296" w:right="67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eluded her for so long. The anxiety she had carried throughout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day, the guilt gnawing at her conscience, eased momentarily,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replaced by a different kind of tension, a subtle hum of possibility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mutual respect.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faint rattle of the window, the rhythmic creaking of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floorboards, and the low hum of the distant sirens all seemed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blend into a symphony of shared experience, a collective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soundtrack to their quiet understanding. The lingering scent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smoke, the taste of ash, the exhaustion clinging to them like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shroud – these were not barriers, but shared marks of a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trauma, forging an unexpected bond that resonated with an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unspoken promise. The night was still young, the fires still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smoldered on the hills, but in that small, dimly lit room, a different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kind of warmth had begun to take root. A warmth forged not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flame, but of shared experience, mutual trust, and the quiet strength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a community finding its way back from the brink. The weight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unspoken—Jenna’s guilt, Logan’s grief, the town’s future—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remained, a tangible presence, but for now, it was held at bay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quiet hum of connection shared between two strangers who,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face of a shared catastrophe, found solace and an unexpected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in the stillness of a midnight reunion. The night,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once filled with the roar of flames, was now filled only with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quiet rustling of curtains and the gentle creak of the floorboards,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subtle symphony of quiet rebuilding, a quiet testament to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enduring strength of the human spirit.</w:t>
      </w:r>
    </w:p>
    <w:p>
      <w:pPr>
        <w:sectPr>
          <w:pgSz w:w="8000" w:h="12000"/>
          <w:pgMar w:top="296" w:right="644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Choosing the Truth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silence stretched, punctuated only by the soft creak of a chair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Logan shifted, his weight settling more comfortably. The air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room, still carrying the faint, acrid scent of woodsmoke,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oddly cool against Jenna’s skin, a stark contrast to the lingering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warmth of the fire’s aftermath outside. Moonlight, filtering through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gaps in the curtains, pooled on the hardwood floor, illuminating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dust motes dancing in the silvery beams. The scene was etched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quiet aftermath of the wildfire—a fragile peace settled over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small space, a contrast to the chaos that raged just hours before.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 cleared her throat, the sound surprisingly loud in the quiet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room. Her hands, still clasped tightly in her lap, trembled slightly.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opened her mouth, then closed it, the words catching in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throat. This was it. This was the moment she had been building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towards, the culmination of days of mounting guilt, simmering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anger, and a growing sense of responsibility. This was the moment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she chose truth over ambition.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Taking a deep breath, she finally spoke, her voice steady despite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tremor in her hands. "I emailed Greg," she said, the words hanging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 air between them, stark and undeniable. "I told him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everything. I halted the resort project." The confession spilled out,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raw and honest, a weight lifting from her shoulders even as a fresh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wave of anxiety threatened to consume her.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revelation hung between them, heavy with unspoken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implications. Logan’s gaze, intense and unwavering, held hers.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expression was unreadable, a carefully constructed mask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controlled emotion. He didn't speak, didn't react immediately,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simply watched her, his silence more potent than any outburst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could have been. The only sound was the gentle rhythm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breathing, the slow, steady beat of their shared anxiety.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 reached into her purse, pulling out her phone. The screen,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still illuminated, displayed the sent email—the subject line stark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simple: "Silverton Resort Project - Immediate Halt." Beneath it,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photographs of the fire log, its charred and blackened surface a</w:t>
      </w:r>
    </w:p>
    <w:p>
      <w:pPr>
        <w:sectPr>
          <w:pgSz w:w="8000" w:h="12000"/>
          <w:pgMar w:top="442" w:right="66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stark testament to the firm’s negligence and the cover-up she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now exposing, remained open. She slid the phone across the small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wooden table between them, the gesture a silent offering of proof,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visual confirmation of her words. The act, small as it was,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monumental; it felt like an act of defiance, a reclaiming of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conscience.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 reached for the phone, his fingers brushing hers as he picked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 up. His touch, light yet firm, sent a jolt of electricity through her,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silent acknowledgment of their shared history, their unexpected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bond forged in the crucible of fire and fear. He studied the images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 the screen, his eyes scanning the charred wood, the details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log’s destruction. His jaw tightened, his knuckles white as 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gripped the phone. The silence stretched, thick with anticipation, 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absorbed the weight of the evidence, the truth of the cover-up,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the enormity of Jenna’s actions.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Finally, his head lifted. He looked at her, his eyes searching,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probing, assessing. A flicker of something akin to hope, tentative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guarded, crossed his face. “You’re sure?” he asked, his voice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barely a whisper, the question laden with a lifetime of unspoken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hopes and fears.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 nodded, her own gaze unwavering. The weight of 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decision, the potential consequences of her actions, hung heavy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air, but she held firm. The truth, however painful, however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perilous, was the only path she could now follow. She had chosen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conscience over her career, her principles over her ambition,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in doing so, she felt a strange sense of liberation, a release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chains of her past.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let out a slow, almost imperceptible breath, and then a small,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almost hesitant nod. The tension that had held him rigid began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ease, his shoulders slowly slumping as the weight of his own years-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long struggle seemed to begin to lift. His hands, previously clenched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tight, gradually unclenched, the muscles relaxing, the relief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palpable.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“My father… he fought them,” Logan murmured, his voice low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gravelly, the words a mixture of exhaustion and profound relief.</w:t>
      </w:r>
    </w:p>
    <w:p>
      <w:pPr>
        <w:sectPr>
          <w:pgSz w:w="8000" w:h="12000"/>
          <w:pgMar w:top="296" w:right="656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"For years, he tried to expose what they did. He…he died before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could see it.” He paused, his gaze distant, lost in the memory of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father's struggle. The years of fighting, the relentless pursuit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justice, all culminated in this moment. In Jenna's act of defiance.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words—his father’s fight, his death—painted a vivid picture,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giving context to Logan’s own guardedness, his initial resistance.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notes he'd given her, the cryptic whispers of the townsfolk,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veiled threats—they were not merely random acts of animosity,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pieces of a larger puzzle, a legacy of injustice passed down through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generations.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confession, quiet and restrained, revealed a depth of grief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resilience that struck a chord within Jenna. The anger,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resentment, the lingering pain—it all faded into the background,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replaced by an understanding that went beyond words. The rift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between them, born of opposing interests and conflicting ambitions,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began to mend, the common ground forged in the shared trauma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fire and the slow, painstaking revelation of the truth.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air in the small room shifted. The weight of the unspoken,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pressure of the secrets they both carried, eased. The lingering scent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smoke, once a symbol of devastation and loss, now carried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different weight—it was the scent of the truth, the scent of healing.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contained wildfire outside, a roaring beast only hours ago,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now a distant rumble, a fading echo in the quiet of the night.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quiet hum of the refrigerator, the distant siren, the gentle rustling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curtains—these sounds, once a discordant cacophony, were now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 gentle lullaby, a soundtrack to a shared redemption.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 watched as Logan’s eyes met hers once again,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guardedness slowly fading to be replaced with something akin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trust. The email, the photos, the shared history—these were no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longer barriers separating them, but the building blocks of a fragile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bridge, a connection forged in the crucible of shared experience.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shared silence that followed was not awkward, but comforting,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testament to the strength of their newly-forged bond. The 2008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fire, the cover-up, the threat of the resort—all of it began to recede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into the background, its power diminished by the quiet strength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moment, by the quiet understanding between them. The night</w:t>
      </w:r>
    </w:p>
    <w:p>
      <w:pPr>
        <w:sectPr>
          <w:pgSz w:w="8000" w:h="12000"/>
          <w:pgMar w:top="296" w:right="646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far from over, and the challenges ahead remained immense,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that small, quiet room, a new beginning had begun. A beginning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built not on ambition or profit, but on truth, on justice, and on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unlikely, hard-won connection. The ashes of the fire, both literally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metaphorically, were settling, revealing the beginnings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something new. The smoke cleared, momentarily, offering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glimpse of a future that once seemed impossibly distant.</w:t>
      </w:r>
    </w:p>
    <w:p>
      <w:pPr>
        <w:sectPr>
          <w:pgSz w:w="8000" w:h="12000"/>
          <w:pgMar w:top="296" w:right="64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Burn of Desire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lingering warmth of the shared silence was broken not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words, but by a touch. Jenna’s fingers, still trembling slightly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emotional upheaval of the past hour, brushed against Logan’s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wrist. She noticed the smudges of soot clinging to his skin, dark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stains against the pale flesh, a stark reminder of the fire that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brought them together, a physical manifestation of their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ordeal. Her thumb instinctively traced the smudge, a gentle caress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that felt both intimate and strangely comforting.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flinched, a barely perceptible movement, but she saw it.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eyes, dark and intense, met hers. There was something in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depths—a vulnerability, a raw honesty that she hadn’t expected,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hadn’t dared to hope for. The chasm that had separated them,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wall of suspicion and mistrust, seemed to crumble under the weight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their shared experience. In that moment, the unspoken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confessions, the shared secrets, the mutual understanding forged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crucible of the fire, transcended words.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Before either of them could speak, Jenna leaned in, her lips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brushing against his. It started as a tentative touch, a soft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exploration, but quickly escalated into something far more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profound. The kiss was urgent, a desperate need for connection,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physical manifestation of the emotional turmoil that raged within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them. Their lips moved together with a hunger that mirrored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intensity of the fire they had both witnessed, the adrenaline still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coursing through their veins.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hands gripped her waist, pulling her closer, their bodies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melding together in a raw, uninhibited dance. It was a dance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desire, yes, but also a dance of vulnerability, a surrender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overwhelming emotions that had consumed them. Her nails dug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into his back, leaving faint scratches that felt insignificant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compared to the intensity of the moment. His breath, hot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ragged, was a whisper against her neck, sending shivers down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spine. It was a dance of trust, of shared trauma, a silent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acknowledgement of the profound connection that had blossomed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 the aftermath of the fire.</w:t>
      </w:r>
    </w:p>
    <w:p>
      <w:pPr>
        <w:sectPr>
          <w:pgSz w:w="8000" w:h="12000"/>
          <w:pgMar w:top="442" w:right="70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sheets, soft and yielding beneath them, rustled with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movement of their entwined bodies. The delicate whisper of fabric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against skin, the subtle shift and settling, felt sensual, intimate.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rhythm of their breathing, their intertwined limbs, became a muted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percussion against the quiet backdrop of the room. The pulse in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throat, quick and erratic, echoed the racing rhythm beneath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skin, a tangible manifestation of the passion that consumed them.</w:t>
      </w:r>
    </w:p>
    <w:p>
      <w:pPr>
        <w:autoSpaceDN w:val="0"/>
        <w:autoSpaceDE w:val="0"/>
        <w:widowControl/>
        <w:spacing w:line="264" w:lineRule="exact" w:before="60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dim light of the bedside lamp cast long shadows across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walls, highlighting the intimacy of the moment, highlighting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shared vulnerability.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Time seemed to melt away, the world outside fading into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insignificance as they lost themselves in each other, in the raw,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unfiltered expression of their desire. It was a release, a letting go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tension and anxiety that had held them captive for so long.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 silent affirmation of their connection, a physical embodiment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the unspoken words that hung in the air between them.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sudden, piercing wail of a distant siren cut through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afterglow, jolting them back to reality. The raw, unbridled passion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subsided, their bodies slowly unwinding from each other’s embrace.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foreheads touched, their breaths slowing, returning to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calmer, more measured rhythm. The adrenaline began to recede,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leaving behind a profound sense of contentment, of exhaustion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fulfillment.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dim light of the lamp cast a soft glow on their intertwined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limbs, the quiet rustle of the sheets now a gentle lullaby, a soothing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counterpoint to the raw intensity of their passion. The night’s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events—the fire, the confession, the revelation—were all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intertwined, interwoven into the fabric of their intimacy. Silverton,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its hushed secrets and unexpected connections, had woven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spell, binding them together in a way that neither had anticipated.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lay together for a long time, the silence between them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comfortable and warm, no longer awkward, but a shared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understanding. The aftermath of their embrace, intense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consuming, was now punctuated by a quiet intimacy, a tangible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sense of shared trust. The shadows cast by the lamp danced on the</w:t>
      </w:r>
    </w:p>
    <w:p>
      <w:pPr>
        <w:sectPr>
          <w:pgSz w:w="8000" w:h="12000"/>
          <w:pgMar w:top="428" w:right="68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6" w:lineRule="exact" w:before="56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walls, their movements mimicking the faint tremors that still ran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through their bodies, the residual energy of their shared passion.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siren, a distant, fading wail, served as a reminder of the world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their small sanctuary, a world still filled with uncertainty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challenges. Yet, here in the quiet intimacy of the bedroom,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surrounded by the soft rustle of the sheets, the faint scent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woodsmoke and the gentle hum of the lamp, a new sense of peace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settled over them. The fire, both literally and metaphorically,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left its mark, shaping their present and shaping their uncertain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future. The ashes settled, revealing the unexpected strength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bond, the embers of a new beginning glowing faintly in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shadows. The vulnerability that had been exposed, both in the face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fire and in the intensity of their shared passion, was no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longer a source of fear but a foundation for something new.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lingering scent of smoke, the soft rustle of the sheets, and the dim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light of the lamp—these elements, once symbols of danger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destruction, were now transformed into symbols of resilience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intimacy, a quiet testament to the unlikely connection forged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heart of a wildfire and the shared strength found in the quiet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aftermath.</w:t>
      </w:r>
    </w:p>
    <w:p>
      <w:pPr>
        <w:sectPr>
          <w:pgSz w:w="8000" w:h="12000"/>
          <w:pgMar w:top="296" w:right="720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Silent Accord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moon, a pale disc obscured by the lingering haze of smoke, cast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ghostly light across the room. Jenna and Logan sat on the edge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bed, a comfortable silence settling between them, a stark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contrast to the turbulent emotions of the preceding hours.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hand, still warm from his touch, rested lightly on his. His fingers,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calloused and strong, gently intertwined with hers, a silent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acknowledgment of the unspoken understanding that had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blossomed between them. The weight of the unspoken accusations,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burden of the hidden history, seemed to lift, replaced by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profound sense of peace.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 felt a wave of relief wash over her, a deep, cleansing exhale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emptied her lungs of the tension she’d carried for weeks,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months, perhaps even years. The decision to choose Silverton,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embrace the truth, felt not like a sacrifice, but a liberation.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weight of her ambition, once a driving force, now felt lighter, less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oppressive. The accusations scribbled in her hastily taken notes,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burning accusations of deceit and manipulation, now seemed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distant, their venom neutralized by the quiet strength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silence. She brushed the back of her hand across his, a gentle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caress that spoke volumes.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Logan’s response was subtle, a faint nod of his head, a barely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perceptible movement that spoke of acceptance, of understanding.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There were no grand pronouncements, no promises whispered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dark. Their accord was forged not in words, but in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experience, in the crucible of the wildfire and the quiet intimacy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moment. His presence, solid and reassuring, was a silent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affirmation of their newfound connection. Silverton, once a symbol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conflict and uncertainty, now stood as an anchor, a grounding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force in their lives.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room itself seemed to breathe with a newfound tranquility.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curtain, drawn slightly askew, swayed gently in the night breeze,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rhythmic movement a subtle counterpoint to the stillness of the air.</w:t>
      </w:r>
    </w:p>
    <w:p>
      <w:pPr>
        <w:autoSpaceDN w:val="0"/>
        <w:autoSpaceDE w:val="0"/>
        <w:widowControl/>
        <w:spacing w:line="264" w:lineRule="exact" w:before="58" w:after="0"/>
        <w:ind w:left="0" w:right="432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faint bite of woodsmoke, a lingering reminder of the fire’s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destructive power, held a different significance now, a poignant</w:t>
      </w:r>
    </w:p>
    <w:p>
      <w:pPr>
        <w:sectPr>
          <w:pgSz w:w="8000" w:h="12000"/>
          <w:pgMar w:top="442" w:right="644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their shared ordeal and the resilience they had found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within themselves. The quiet intimacy of the space was palpable,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silent testament to the trust that had blossomed between them.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subtle sounds – the creak of the floorboards beneath their weight,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soft rustle of the sheets – were not intrusions, but rather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gentle lullaby, a peaceful soundtrack to their unspoken agreement.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Jenna’s blazer, discarded on the floor, lay crumpled and forgotten,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symbolic shedding of her urban shell, the armor she had worn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 long. The sharp lines of her tailored suit, the crispness of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professional demeanor, were gone, replaced by a softer,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vulnerable self. She had bartered ambition, for a moment at least,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authenticity, and in the process, found something more precious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than any career advancement could offer.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containment of the wildfire, their shared victory against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raging inferno, mirrored the resolution of the conflict between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them. It was a quiet triumph, an unspoken understanding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transcended words. The ashes of the fire, settling around them,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represented not just destruction but also the possibility of rebirth,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renewal, of the growth that could flourish from the burned earth.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quiet hum of the lamp, casting a soft glow on the intertwined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hands, offered warmth and reassurance. The shadows, once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ominous and menacing, were now subdued, yielding to a quiet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between them. There were no grand declarations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love, no promises made lightly. Their bond was something deeper,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forged in the fires of adversity and solidified by a shared experience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that transcended words.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 shifted slightly, his hand tightening around hers, a gentle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squeeze that conveyed his quiet understanding. His eyes, dark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intense, met hers, holding a depth of emotion that belied his rugged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exterior. The years of mistrust, of suspicion, of unspoken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resentments – all seemed to melt away like the snow under a spring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sun.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silence stretched, comfortable and warm, filled not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awkwardness, but with a shared understanding of the unspoken.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lingering scent of woodsmoke, the soft rustle of the sheets, the</w:t>
      </w:r>
    </w:p>
    <w:p>
      <w:pPr>
        <w:sectPr>
          <w:pgSz w:w="8000" w:h="12000"/>
          <w:pgMar w:top="296" w:right="646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gentle hum of the lamp – these elements, once symbols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destruction, were now transformed into symbols of resilience,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intimacy, a silent testament to the extraordinary bond that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formed between them in the heart of Silverton.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hours melted away, each moment a silent affirmation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connection. The moon, still obscured by the smoke, cast long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shadows across the room, creating an intimate, almost sacred space.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air, though still carrying the faint scent of woodsmoke, held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sense of peace that was profoundly affecting.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fire, both literally and metaphorically, had purified, revealing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strength of their bond. The embers of a new beginning glowed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faintly in the shadows, promising a future shaped by resilience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understanding. The lingering warmth of their entwined hands,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comforting weight of their shared silence, spoke volumes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connection that transcended the boundaries of past conflicts,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their shared journey in Silverton and the unexpected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beauty that had emerged from the ashes of their individual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struggles. The memory of the fire, of their shared vulnerability,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no longer a source of fear but a foundation of strength and trust.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sat in comfortable silence for a long time, the weight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world lifting from their shoulders. Jenna's relief was palpable,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inner lightness that seemed to physically lighten her frame.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quiet hum of the lamp, the subtle sway of the curtains, the faint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scent of woodsmoke – these elements, once symbols of danger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destruction, now formed a soothing symphony of peace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newfound understanding.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quiet accord, the silent language of trust and understanding,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 powerful testament to the transformation that had taken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place, not just within them individually but also in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relationship. The ashes of their past mistakes, the lingering smoke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unresolved conflicts, no longer held the same power. The fire,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catalyst for change and self-discovery, had forged a bond that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unbreakable, a testament to the unexpected connections that could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emerge from the crucible of adversity. Silverton, once the stage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conflict, had become the unexpected setting for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reconciliation, a quiet sanctuary where their unspoken agreement</w:t>
      </w:r>
    </w:p>
    <w:p>
      <w:pPr>
        <w:sectPr>
          <w:pgSz w:w="8000" w:h="12000"/>
          <w:pgMar w:top="296" w:right="67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found its solid foundation. The lingering aroma of woodsmoke,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silent agreement in their clasped hands, all served as silent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witnesses to the profound transformation that had occurred, sealing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silent pact under the watchful gaze of a smoke-filled moon.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past was acknowledged, not dwelt upon, a quiet understanding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solidifying their future amidst the settling embers of the wildfire.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unspoken promise, their silent accord, was a bond as strong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enduring as the ancient mountains surrounding Silverton.</w:t>
      </w:r>
    </w:p>
    <w:p>
      <w:pPr>
        <w:sectPr>
          <w:pgSz w:w="8000" w:h="12000"/>
          <w:pgMar w:top="296" w:right="698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Dawns Promise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porch creaked a familiar song under Jenna’s weight as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watched Logan climb into his truck. Dawn was breaking, a hesitant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blush of rose and gold peeking through the lingering smoke haze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still clung to the sky like a reluctant shroud. The air, though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still carrying the faint scent of woodsmoke, held a crispness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promised a new day, a fresh start. The silence between them, after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intensity of the previous night, felt not empty but full, rich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unspoken understanding that had bloomed between them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amidst the ashes of the wildfire.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watched him, a faint smile playing on her lips as he started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engine. The familiar rumble of his truck was a comforting sound,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grounding force in the otherwise ethereal quiet of the early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morning. Dust motes danced in the weak sunlight as he pulled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away, the tires crunching softly on the gravel driveway, each small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sound a distinct note in the symphony of the awakening town.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faint trail of dust that billowed behind his departing truck seemed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carry with it the weight of the past, leaving behind only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promise of a future yet to be written.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"See you," she whispered, her voice barely audible above the quiet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rustle of the leaves in the early morning breeze. The word, simple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yet profound, hung in the air between them, a silent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acknowledgment of the bond they had forged. His reply, a low,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almost hesitant "Yeah," carried with it the cautious optimism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burgeoning hope. It was a testament to the quiet trust that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replaced the suspicion and mistrust that had once dominated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interactions. The subtle inflection in his voice, a quiet murmur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reassurance, confirmed her sense of relief; their shared ordeal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hadn't broken them, but rather forged a connection stronger than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she could have ever imagined.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lingered on the porch, the soft glow of the porch light warming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face, the gravel crunching gently under her shoes as she shifted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weight. The stillness of the morning was punctuated only by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distant sounds of Silverton slowly awakening. There was a peace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this quietude, a sense of resolution that was both deeply satisfying</w:t>
      </w:r>
    </w:p>
    <w:p>
      <w:pPr>
        <w:sectPr>
          <w:pgSz w:w="8000" w:h="12000"/>
          <w:pgMar w:top="442" w:right="668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intensely personal. The charred remnants of the wildfire, visible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 distance, were no longer a symbol of destruction but rather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stark reminder of their shared struggle, their combined resilience,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the bond they had forged in the face of adversity.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porch itself, with its weathered wood and worn paint, felt like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silent witness to their transformation. It had seen her arrival,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initial arrogance and determination, the conflict, the growing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understanding, and finally, this quiet, hopeful parting. The porch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light, a small beacon in the pre-dawn darkness, seemed to cast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protective glow over her, offering warmth and comfort. The scene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played before her as a silent movie, each moment etched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clarity and emotion. The feeling of the fire’s heat, Logan's hand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clasped in hers, the stark, lingering smell of smoke - they were all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indelible memories.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air held a delicate balance; the lingering scent of woodsmoke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subtly blended with the fresh, clean scent of the early morning air,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symbolic merging of the past and the present. The scarred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landscape, a testament to the fire's destructive power, was also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canvas for the potential of renewal, the promise of rebirth. Jenna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felt it in her bones; the fire hadn't just consumed; it had purified,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leaving behind a space for something new to grow. And in this new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space, the quiet space of dawn's promise, she saw her future; one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wasn't solely defined by ambition, but enriched by unexpected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connections, resilience, and, perhaps most importantly, a newfound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understanding of herself and the true meaning of hope.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sight of Logan's truck disappearing down the dusty road didn't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evoke a sense of loss; rather, a sense of anticipation. The road ahead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remained uncertain, the challenges inherent in her project in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Silverton still present, but the weight of her past regrets, her ethical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compromises, felt lighter, the burden less oppressive. The quiet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between them, born in the crucible of the wildfire,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 powerful talisman, a tangible reminder of the profound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transformation that had taken place within her.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gravel crunched under her shoes as she slowly descended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porch steps, the coolness of the morning air a refreshing contrast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lingering warmth of the porch light. She paused, taking a deep</w:t>
      </w:r>
    </w:p>
    <w:p>
      <w:pPr>
        <w:sectPr>
          <w:pgSz w:w="8000" w:h="12000"/>
          <w:pgMar w:top="296" w:right="644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breath, savoring the peace of the moment, allowing the quietude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surroundings to seep into her soul. The silence wasn't empty;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 symphony of small sounds—the rustling leaves, the distant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chirping of birds, the faint crackle of twigs underfoot. These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 merely sounds, they were tangible affirmations of life, renewal,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the enduring power of nature to heal and restore.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landscape, scarred but not broken, was a mirror of her 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inner world. The embers of the past were still glowing, but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no longer consuming; they were transforming. She had faced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demons, confronted her guilt, and found unexpected solace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heart of Silverton. The path forward wouldn't be easy, but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walked it with a newfound confidence, a renewed sense of purpose,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a quiet understanding that true success wasn’t merely measured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 profit and ambition, but in connection and integrity.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resolve wasn't a passive acceptance; it was an active embrace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uncertainty that lay ahead. It was a decision to choose a path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aligned with her values, a path that prioritized honesty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responsibility over unchecked ambition. Silverton, once a symbol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conflict and opposition, had become a catalyst for change, a place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transformation. And Jenna, standing on the edge of a new day,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carried this transformation within her, a quiet strength that echoed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resilience of the town itself. The smoke, the ashes, the scars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wildfire – these were not obstacles, but rather reminders of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journey, her growth, and the profound connection that had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blossomed in the heart of the fire’s aftermath.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rising sun, casting long shadows across the landscape, painted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world in hues of gold and amber, reflecting the quiet warmth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hope that bloomed within her. The journey ahead would be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challenging, her path strewn with obstacles, but the strength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found in herself, in Silverton, and in Logan, was a powerful force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she would carry forward. This promise, this new dawn, held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more than just the prospect of a successful project; it held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promise of a new beginning, a rebirth of sorts, both for her and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town she had come to understand far beyond the confines of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initial, ambitious plans. The rising sun was not just illuminating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landscape; it was illuminating her own path, a path that led to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future brighter, more genuine, and infinitely more fulfilling than</w:t>
      </w:r>
    </w:p>
    <w:p>
      <w:pPr>
        <w:sectPr>
          <w:pgSz w:w="8000" w:h="12000"/>
          <w:pgMar w:top="296" w:right="65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could have ever imagined. The ashes of the fire, the quiet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dawn, the faint scent of woodsmoke—they were all woven into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fabric of her new resolve, a powerful reminder of the journey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undertaken and the profound transformation that had taken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place within her.</w:t>
      </w:r>
    </w:p>
    <w:p>
      <w:pPr>
        <w:sectPr>
          <w:pgSz w:w="8000" w:h="12000"/>
          <w:pgMar w:top="296" w:right="69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Morning Clarity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Sunlight, fractured by the gap between the blinds, painted stripes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across the worn wooden floorboards of her inn room. The air held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faint, lingering scent of woodsmoke, a ghostly reminder of the fire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had consumed so much, yet paradoxically, had purified so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much more. A mug of coffee, still steaming faintly, sat on the small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bedside table, its warm heft a comforting weight in her hand.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silence of the morning was a welcome contrast to the tumultuous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events of the past few days. It was a silence that was not empty,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rather, vibrantly full; the quiet hum of the town just beginning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stir, a distant bird’s chirp, the gentle creak of the old wooden house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settling—these were the subtle sounds of a new day dawning.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fire, the devastation, the fear—all of it seemed distant now,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viewed through the lens of a newfound clarity. Last night’s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conversations with Logan, the shared experience of battling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flames, the unspoken understanding that had blossomed amidst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chaos, had solidified something within her. The rigid lines of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ambition, once so sharply defined, now seemed blurred, softened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edges of a more profound understanding. Her urban world,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its relentless pursuit of profit and success, felt distant, almost alien.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Silverton, with its slower rhythm and deep-rooted community,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become her unexpected haven.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image of the fire log, its charred surface revealing intricate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rings of growth, played repeatedly in her mind. Each ring, a year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life, a testament to resilience, growth, and the cyclical nature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both destruction and renewal. The log had served as a powerful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symbol, a mirror reflecting her own inner turmoil, her own journey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self-discovery. She had stared into its heart, facing her past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failures, her ethical compromises, and emerged with a clearer vision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the future she wanted to create.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Lily’s words, her sister's unwavering commitment to environmental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responsibility and sustainable living, resonated with a new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intensity. Jenna had always admired her sister's passionate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idealism, but had dismissed it as naive, impractical. Now, standing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at the precipice of a new chapter in her life, she understood the</w:t>
      </w:r>
    </w:p>
    <w:p>
      <w:pPr>
        <w:sectPr>
          <w:pgSz w:w="8000" w:h="12000"/>
          <w:pgMar w:top="442" w:right="646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depth of Lily's convictions, the importance of aligning her ambition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her values. The truth about the 2008 fire, the cover-up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orchestrated by her own firm, hung heavy in the air; a dark stain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professional past. But it was a stain she could no longer ignore,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 scar that demanded healing.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a renewed sense of purpose, Jenna reached for her phone.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cool glass felt smooth against her fingertips as she composed a text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Logan: "Silver Creek Coffee House, 8:00?" The simple message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felt profound, an unspoken invitation to collaborate, to forge a new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path forward, together. The response, almost instantaneous,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single word: "Okay." The brevity of his message held the same quiet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confidence, the same unspoken understanding that had blossomed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between them over the past few days.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dressed quickly, choosing a pair of worn jeans and a soft cotton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sweater, discarding her usual tailored blazer. The blazer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represented a part of her old life, a life defined by ambition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aggressive business tactics. She didn't need it anymore. Silverton,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rustic charm and quiet strength, had claimed her heart, its gentle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pull guiding her towards a new direction. The simple act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choosing comfortable clothing felt like a symbolic shedding of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former self, a conscious decision to embrace a more authentic path.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coffee’s aroma, faint yet pervasive, was a comforting presence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 small room. The taste of it, sharp and rich, mirrored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crispness of the morning air that filtered through the slightly open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window. The quiet hum of the town, a distant symphony of waking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life, seeped into her soul, a gentle reminder of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interconnectedness of all things. The wildfire’s containment wasn’t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 a physical event; it was a metaphorical one, a containment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chaos and the destructive forces that had once dominated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life.</w:t>
      </w:r>
    </w:p>
    <w:p>
      <w:pPr>
        <w:autoSpaceDN w:val="0"/>
        <w:autoSpaceDE w:val="0"/>
        <w:widowControl/>
        <w:spacing w:line="264" w:lineRule="exact" w:before="266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room itself, with its simple furnishings and worn wooden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floorboards, reflected the peace she felt within. There were no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opulent decorations, no sleek, modern furnishings—just the bare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necessities, yet it felt profoundly comforting, a space where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quiet strength of resilience held sway. The simplicity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deliberate choice, mirroring her new-found sense of purpose. The</w:t>
      </w:r>
    </w:p>
    <w:p>
      <w:pPr>
        <w:sectPr>
          <w:pgSz w:w="8000" w:h="12000"/>
          <w:pgMar w:top="296" w:right="658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old, creaking floorboards whispered stories of the past inhabitants,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faint scent of woodsmoke, a ghost of the wildfire, still clung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air, a reminder of the fire's destructive power, but also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its transformative potential. Her urban apartment,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its carefully curated ambiance, felt far away—a relic from a life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was leaving behind.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glanced at the window again, the rising sun casting long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shadows that danced across the floor, each one a fleeting moment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beauty, a reminder of the preciousness of time and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importance of living in accordance with her values. She picked up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mug, letting the warmth of the coffee spread through her hands,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small but powerful symbol of the comforting embrace of Silverton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the gentle but firm resolve within her own heart.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path ahead was still uncertain, but the clarity of the morning,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quiet strength of the room, and the simple act of texting Logan,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all confirmations that she was walking on the right path.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wildfire had not just ravaged the land, it had also burned away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confusion, leaving behind a space for her to embrace the true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calling of her heart. It was a path that was not necessarily easier,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certainly more fulfilling, a path where ambition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responsibility would finally walk hand-in-hand, leading her towards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future that felt less like a relentless pursuit and more like a gentle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unfolding of destiny. The faint aroma of coffee, the rising sun,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quiet hum of the awakening town – these were not mere sensory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experiences, but were the building blocks of a new beginning.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new dawn had broken, not just in Silverton, but within Jenna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herself. The smoke had cleared, the ashes had settled, and in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place, a vibrant, hopeful future was emerging. The journey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been difficult, arduous even, but she stood ready to embark on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next stage, her footsteps steady, her heart full, and her spirit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brimming with a quiet, profound sense of purpose.</w:t>
      </w:r>
    </w:p>
    <w:p>
      <w:pPr>
        <w:sectPr>
          <w:pgSz w:w="8000" w:h="12000"/>
          <w:pgMar w:top="296" w:right="642" w:bottom="1316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Facing Tomorrow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Silver Creek Coffee House hummed with a low, comforting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thrum. Sunlight streamed through the large front windows,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illuminating dust motes dancing in the air, painting warm squares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 the worn wooden floor. The aroma of freshly brewed coffee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mingled with the subtle sweetness of pastries, creating a comforting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olfactory landscape. Jenna and Logan sat at a corner table,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mugs steaming, the ceramic warm beneath their fingertips. Jenna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stirred her coffee, the spoon’s faint clink a delicate counterpoint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café’s gentle bustle. She smiled, a slow, thoughtful curve of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lips. "What now?" she asked, her voice light, carrying just a hint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uncertainty that still lingered beneath the surface of 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newfound peace.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 leaned back, his gaze drifting towards the window, where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lingering smoke haze still clung to the distant hills, a ghostly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reminder of the fire’s destructive power. The scarred land he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fought so hard to protect was visible from here, and yet it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different kind of scar that weighed on him. “No good at next steps,”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admitted, his voice a low rumble, a chuckle escaping his lips.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hand brushed hers, a fleeting touch that sent a ripple of warmth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 her. It was a gesture devoid of grand pronouncements,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declarations of love, yet it spoke volumes about the bond that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formed between them in the crucible of the wildfire. The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experience had forged something deep and enduring, an unspoken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understanding that transcended words.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conversation flowed easily, a comfortable back-and-forth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punctuated by shared laughter and moments of quiet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contemplation. They spoke of the future, of the uncertain path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ahead, of the challenges that still lay before them. The weight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firm’s past actions, the revelation of the 2008 cover-up, hung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between them, an unspoken presence in the warm, sun-drenched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café, yet it did not overshadow the lightness of their present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connection. It was a foundation, not a barrier; a challenge to be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faced together, not a reason to retreat.</w:t>
      </w:r>
    </w:p>
    <w:p>
      <w:pPr>
        <w:autoSpaceDN w:val="0"/>
        <w:autoSpaceDE w:val="0"/>
        <w:widowControl/>
        <w:spacing w:line="322" w:lineRule="exact" w:before="20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Jenna found herself talking about her sister, Lily, about the</w:t>
      </w:r>
    </w:p>
    <w:p>
      <w:pPr>
        <w:sectPr>
          <w:pgSz w:w="8000" w:h="12000"/>
          <w:pgMar w:top="442" w:right="646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unwavering idealism that had once seemed naive, but now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resonated with a powerful clarity. She spoke of the need for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ambition to align with her values, of the desire to build a future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would not come at the expense of the environment. Logan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listened patiently, his eyes reflecting a quiet understanding,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appreciation for the delicate balance between progress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preservation. He spoke of his land, of its resilience, of its capacity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heal, its ability to bounce back, just like him, just like her. The fire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had changed things, scarred them, but it hadn't broken them.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café's gentle rhythm enveloped them, a comforting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counterpoint to the uncertainties of their lives. The clinking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spoons against ceramic mugs, the low murmur of conversations,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rhythmic hiss of the espresso machine—these were the sounds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normalcy, of life returning to its natural flow. The locals, once wary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suspicious, now offered warmer nods, their gazes softer,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accepting. The lingering scent of woodsmoke in the air was no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longer a symbol of destruction, but a testament to their collective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survival. Their shared experience, the fire they had fought together,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had forged a bond that transcended their initial differences.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Jenna’s apprehension eased. She’d made the decision to stay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Silverton. The allure of the high-powered Portland world, once so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seductive, now held little appeal. She’d felt it the morning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looked at the sunrise, at the light painting the landscape,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realized how disconnected she had become from the earth,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something as vital as the sun’s life-giving warmth. She imagined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sterile, modern gleam of her Portland apartment, her carefully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curated life, and shuddered inwardly. Here, in the rough-hewn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charm of Silverton, there was an authenticity that resonated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deeper, truer self she was slowly discovering.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Logan, too, had made his choice. Leaving Silverton was never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question. The land was his inheritance, and though the fire had left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its scars, it remained his sanctuary. He saw it not as damaged but 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transformed; a canvas waiting to be reborn, painted with new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growth and potential. This shared commitment, this unspoken vow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stay, to rebuild, to forge a new life together in this small Oregon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town, hung in the air, as palpable as the steam curling from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ceramic mugs.</w:t>
      </w:r>
    </w:p>
    <w:p>
      <w:pPr>
        <w:sectPr>
          <w:pgSz w:w="8000" w:h="12000"/>
          <w:pgMar w:top="296" w:right="656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conversation shifted to lighter topics: the local farmer’s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market, the upcoming town festival, the quirky charm of Silverton’s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residents. The ease of their banter, the shared laughter, spoke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budding companionship, a connection that was both profound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unexpectedly simple. The weight of their individual burdens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seemed to lift as they spoke, as if the shared experience had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somehow magically rendered them lighter, stronger. The scars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wildfire, both on the land and in their hearts, remained,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they were reminders, not impediments.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 watched as Logan’s gaze shifted to the distant hills, and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found she wasn’t quite sure what their ‘next steps’ were. It wasn’t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question that required an immediate answer, though, and the gentle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rhythm of the coffee shop, the subtle sounds of the afternoon,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comforting assurance that their future, whatever it held, would be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built together, one small step at a time, amidst the rising smoke,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amidst the rising sun, amidst the rising, shared hope for tomorrow.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 was the quiet strength of their mutual commitment, the unspoken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that bound them, that held a greater weight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meaning than any grand plan. Their time in the coffee shop,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steam curling from their mugs and the comforting murmur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café around them, was just a beginning; a calm, quiet moment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connection in the wake of the storm, a promise of a peaceful,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collaborative future.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sun dipped lower in the sky, casting long shadows across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café floor as they finally rose to leave. The afternoon had stretched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on, filled with conversation, laughter, and an unspoken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that transcended words. As they stepped out onto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sidewalk, the crisp autumn air filled their lungs. The scent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woodsmoke lingered in the air, a reminder of the fire, but also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resilience, their shared experience, and the unwavering bond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had been forged in the heart of the flames. The scars remained,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both on the land and within themselves, but they were also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reminders of their shared strength, of their ability to rebuild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renew, together. Their future was uncertain, but as they walked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hand-in-hand towards the setting sun, they felt a profound sense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hope, a quiet certainty that they were on the right path, walking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towards a future that would be as resilient and as beautiful as the</w:t>
      </w:r>
    </w:p>
    <w:p>
      <w:pPr>
        <w:sectPr>
          <w:pgSz w:w="8000" w:h="12000"/>
          <w:pgMar w:top="428" w:right="65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land that had become their unexpected sanctuary. The wildfire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might have taken much, but it had also revealed the enduring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 of their hearts and the profound connection that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blossomed amidst the ashes. Their “next steps” were unclear,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shared commitment to building a brighter future, together,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was undeniable. The journey was just beginning.</w:t>
      </w:r>
    </w:p>
    <w:p>
      <w:pPr>
        <w:sectPr>
          <w:pgSz w:w="8000" w:h="12000"/>
          <w:pgMar w:top="296" w:right="976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After the Fire</w:t>
      </w:r>
    </w:p>
    <w:p>
      <w:pPr>
        <w:autoSpaceDN w:val="0"/>
        <w:autoSpaceDE w:val="0"/>
        <w:widowControl/>
        <w:spacing w:line="264" w:lineRule="exact" w:before="286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Ellen’s arrival was as quiet as the falling leaves that had begun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carpet the ground outside the coffee shop. She slid into the empty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chair opposite them, her face etched with a mixture of exhaustion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relief. The faint scent of woodsmoke still clung to her wool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coat, a silent testament to the recent chaos. "It's contained,"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announced, her voice low but firm, the words settling in the cozy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atmosphere of the café like a gentle sigh of relief. "The fire's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contained. Silver Falls is safe. The waterfalls… they’re untouched."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wave of warmth washed over Jenna. A tangible sense of relief, so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profound it almost ached, settled deep within her chest. The image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majestic falls, cascading down the cliff face, unscarred by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raging inferno, filled her mind. It was a powerful symbol of hope,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the resilience of nature and the tireless efforts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firefighters. "Thank goodness," she breathed, her voice catching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slightly. The weight of the past few days, the constant anxiety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gnawing at the edges of her mind, seemed to lift, leaving behind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lightness she hadn't felt in weeks.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Ellen continued, her gaze sweeping across the faces of Jenna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Logan. "The trails around Silver Falls… well, they’re going to need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some work. A lot of the cedars are gone, charred skeletons against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sky. But Nate’s already organizing crews to start clearing paths.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whole town’s pitched in. It's… it’s amazing to see," she finished,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voice filled with a quiet awe. The image of the community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rallying together, their collective spirit rising above the devastation,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resonated deeply with Jenna. She felt a surge of pride, a deep sense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belonging that she hadn't anticipated finding in this small Oregon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town.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 reached for her coffee mug, the warmth radiating through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ceramic a welcome comfort against the lingering chill in the air.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poured the remaining coffee into Ellen's empty mug, a gesture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both practical and symbolic. "Small-town grit, huh?" she quipped,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smile genuine, a far cry from the tightly wound expression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worn for so long. The joke, light and airy, was a testament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her newfound acceptance of this community, a place she had once</w:t>
      </w:r>
    </w:p>
    <w:p>
      <w:pPr>
        <w:sectPr>
          <w:pgSz w:w="8000" w:h="12000"/>
          <w:pgMar w:top="442" w:right="652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viewed with suspicion and apprehension. She saw now, clearly,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 of its collective spirit, the unbreakable bonds forged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between its residents. The coffee, a simple gesture, represented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own commitment to this community, to this unexpected home.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Logan's eyes, dark and intense, remained fixed on Jenna as Ellen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spoke. A quiet smile played on his lips, subtle, yet it held the weight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unspoken emotion. When Ellen finished her account, he spoke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 two words, his voice low and steady, "She's different," his gaze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never leaving hers, and the simplicity of his comment held a depth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resonated powerfully with Jenna. It was a testament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transformation she had undergone, to the healing that had taken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place not just in the ravaged landscape around them, but within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herself.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light in the café seemed to intensify, reflecting off the glass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windows, pooling in warm pools on the wooden floor. It was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kind of light that glinted off the worn surface of a chalkboard, filled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the fresh scrawl of daily specials and local events, a vibrant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life's continuity even amidst adversity. The gentle hum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conversation, the clinking of mugs, the low murmur of laughter –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these were the sounds of healing, of normalcy returning after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storm. The lingering scent of woodsmoke, though still present, no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longer carried the weight of fear and destruction. It was a reminder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fire, yes, but also of their shared resilience, their collective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survival.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 looked around the coffee shop, at the familiar faces,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welcoming smiles, the sense of shared experience that now bound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them together. The relief wasn't just her own; it was a collective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exhale, the shared lightness of a community that had faced its trial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by fire and emerged stronger, more united, than ever before.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quiet strength of their mutual commitment, a silent vow forged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heart of the wildfire, was a powerful presence in the cozy café.</w:t>
      </w:r>
    </w:p>
    <w:p>
      <w:pPr>
        <w:autoSpaceDN w:val="0"/>
        <w:autoSpaceDE w:val="0"/>
        <w:widowControl/>
        <w:spacing w:line="264" w:lineRule="exact" w:before="60" w:after="0"/>
        <w:ind w:left="0" w:right="576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air itself seemed to hum with a quiet sense of gratitude,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shared understanding of their fortunate escape from disaster.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wood-paneled walls of the coffee shop, normally just a pleasant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backdrop, seemed to glow with a new significance. They were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symbol of their shared history, of the resilience of the community,</w:t>
      </w:r>
    </w:p>
    <w:p>
      <w:pPr>
        <w:sectPr>
          <w:pgSz w:w="8000" w:h="12000"/>
          <w:pgMar w:top="296" w:right="648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enduring strength of the human spirit. Even the worn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wooden floorboards, the chipped mugs, the slightly stained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tabletops, all seemed to whisper tales of endurance, of overcoming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adversity. The café itself felt like a sanctuary, a safe haven where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they could gather, exhale, and celebrate their collective survival.</w:t>
      </w:r>
    </w:p>
    <w:p>
      <w:pPr>
        <w:autoSpaceDN w:val="0"/>
        <w:autoSpaceDE w:val="0"/>
        <w:widowControl/>
        <w:spacing w:line="264" w:lineRule="exact" w:before="60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quiet hum of activity wasn't just background noise; it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symphony of shared relief.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lingering smoke from the fire, once a symbol of destruction,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become a poignant reminder of their shared experience,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their collective resilience. It served not as a constant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source of anxiety, but as a subtle reminder of their remarkable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strength, of their ability to endure and rebuild. And Jenna found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herself embracing that lingering scent, no longer repelled by it,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recognizing it as a bittersweet perfume of survival, of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triumph. It was the smell of rebirth, of renewal. And of home.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light outside began to fade, casting long shadows across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café. The afternoon sun, having witnessed their shared relief,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gradually made way for the evening's quiet arrival. The fading light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didn't diminish their joy, but rather enhanced it, creating a warm,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intimate atmosphere, a feeling of contentment. The sense of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created an intimacy that transcended mere words,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forging an unbreakable bond between them. The silence, when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settled between them, was not awkward or uncomfortable, but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quiet testament to their shared experience, the comfort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companionship of shared resilience.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the sun dipped below the horizon, painting the sky in hues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orange and purple, Jenna and Logan exchanged a knowing glance.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“next steps” were still unclear, but the path ahead felt less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daunting, less uncertain, than it had just days before. The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experience had forged a bond that extended beyond simple words,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grand pronouncements of love. It was a silent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understanding, a mutual respect and appreciation for each other's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resilience. The future was still unwritten, but they would write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together, side by side, their hands clasped, forging a future built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foundation of their shared survival and the unwavering strength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their bond.</w:t>
      </w:r>
    </w:p>
    <w:p>
      <w:pPr>
        <w:sectPr>
          <w:pgSz w:w="8000" w:h="12000"/>
          <w:pgMar w:top="296" w:right="678" w:bottom="52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warmth of the café, the comforting murmur of other patrons,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lingering scent of woodsmoke and coffee – all these were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reminders of their shared journey, of the fire that had almost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destroyed everything, but instead had revealed the unbreakable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 of their community, and the unexpected love that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blossomed in the heart of the ashes. The future remained uncertain,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yet they faced it together, united by their shared experiences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strengthened by the unbreakable bonds they had forged.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story, far from ending, was just beginning, its pages still blank,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ready to be filled with the chapters of a new life, built together,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heart of Silverton. The smoke might linger, a faint reminder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past, but the future beckoned, bright and promising. And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would face it, hand in hand, together.</w:t>
      </w:r>
    </w:p>
    <w:p>
      <w:pPr>
        <w:sectPr>
          <w:pgSz w:w="8000" w:h="12000"/>
          <w:pgMar w:top="296" w:right="706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Open Bond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air, still carrying the faintest whisper of woodsmoke, held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different scent now – the crispness of autumn, mingled with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earthy aroma of damp soil and decaying leaves. Walking hand-in-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hand with Logan near the Palace Theatre, Jenna felt a lightness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hadn’t known was possible. His grip was firm, reassuring, 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presence a comforting anchor in the bustling heart of Silverton.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marquee of the old theatre hummed with a faint, almost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imperceptible buzz, a gentle counterpoint to the lively chatter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spilling out from the open doors. It was a sound that resonated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quiet energy of the town, a vibrant pulse beating beneath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surface of its tranquil exterior.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pavement was warm beneath her feet, a comforting contrast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crisp autumn air. Each step felt grounded, solid, a stark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difference from the precariousness of the past weeks. She squeezed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Logan's hand, a silent acknowledgment of their shared journey,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resilience, their unexpected connection. Her smile felt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unguarded, genuine, a far cry from the tightly controlled expression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had worn in the early days of her arrival. The transformation,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both within her and in the town, was undeniable, tangible, a shift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felt in every fiber of her being.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Ellen, her face beaming, waved enthusiastically from the doorway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Silverton Grille. Jenna returned the wave, her heart swelling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a warmth that had nothing to do with the autumn sun.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farmer, his weathered face etched with the lines of years spent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working the land, offered a friendly nod. Jenna found herself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nodding back, acknowledging not just the gesture, but the unspoken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acceptance in his eyes, the quiet understanding that had blossomed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between her and this unlikely community. She wanted to be seen,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be known, not as "the developer," but as a part of Silverton,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participant in its resilience, its rebirth.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streets of Silverton, once viewed with a sense of apprehension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distrust, now felt welcoming, familiar. The brightly painted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storefronts, their shutters creaking gently in the breeze, spoke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town steeped in history, rooted in its community, resilient in the</w:t>
      </w:r>
    </w:p>
    <w:p>
      <w:pPr>
        <w:sectPr>
          <w:pgSz w:w="8000" w:h="12000"/>
          <w:pgMar w:top="442" w:right="65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face of adversity. The vibrant colors, the charming architecture,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no longer a backdrop to her ambitious plans, but rather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integral part of the landscape that had, in so many unexpected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ways, become her own. The air buzzed with a quiet energy,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sounds of everyday life – children laughing, doors opening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closing, the distant murmur of conversation – creating a symphony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normalcy, a testament to the town's enduring spirit.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lingering scent of woodsmoke, once a constant reminder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devastating wildfire, was now a distant echo, a subtle perfume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survival. Its presence was less a symbol of destruction and more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poignant reminder of their shared experience, a testament to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collective resilience. The scars on the landscape were gradually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fading, but the memories, the shared experience, remained, forging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bond between Jenna and the people of Silverton that ran deeper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than any contract, any deal, any ambitious project.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 looked at Logan, his gaze steady and unwavering.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shadow of the 2008 fire, the suspicion and uncertainty surrounding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firm’s involvement, seemed to have vanished, replaced by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sense of shared truth, a mutual understanding that transcended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words. The unspoken language between them – a look, a touch,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smile – spoke volumes, weaving a narrative far richer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more compelling than any she could have ever imagined.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they continued their stroll, hand-in-hand, the setting sun cast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long shadows across the town. The colors of the sky – vibrant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oranges, deep purples, streaks of fiery red – mirrored the intensity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their connection, the strength of their bond. The buildings,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streets, the very air seemed to hum with a celebratory energy,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reflecting the shared sense of relief, the collective exhale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 that had emerged from the trials of fire stronger,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united than ever before.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memory of the fire, though ever-present, had lost its power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instill fear. It had instead become a catalyst for growth,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transformative force that had forged a community, revealed hidden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strengths, and brought two disparate souls together in an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unexpected and profound way. The scars on the landscape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reminders of what had been lost, but also powerful symbols of their</w:t>
      </w:r>
    </w:p>
    <w:p>
      <w:pPr>
        <w:sectPr>
          <w:pgSz w:w="8000" w:h="12000"/>
          <w:pgMar w:top="296" w:right="706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6" w:lineRule="exact" w:before="56" w:after="0"/>
        <w:ind w:left="0" w:right="432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resilience, their capacity to endure and rebuild, to rise from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ashes, stronger and more united than ever before.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Each step they took together felt like a step toward a brighter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future, a future they were building together, hand in hand, brick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brick, in the heart of Silverton. The town’s acceptance, the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smiles, the unspoken understanding, it was all a testament to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evolving relationship, a testament to the profound connection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blossomed in the aftermath of the fire. The vibrant colors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setting sun reflected not only the beauty of the autumnal landscape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but also the warmth and richness of their newly forged connection.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warmth of the evening, the comforting sounds of the town,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gentle breeze whispering through the trees – all these conspired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create a sense of peace, a feeling of belonging that resonated deeply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within Jenna's soul. It was a feeling of home, a sense of purpose,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love that had blossomed unexpectedly, powerfully, in the heart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ashes. The future, once shrouded in uncertainty, now felt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clearer, more defined, paved not by ambitious plans and lofty goals,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by the shared journey, the unwavering bond, the undeniable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love that had sprung up amidst the devastation. The lingering scent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woodsmoke, a bittersweet reminder of the fire, was no longer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symbol of destruction, but a poignant reminder of their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resilience, their shared triumph, and the extraordinary love story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had unfolded in its aftermath. Their hands clasped tightly,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hearts beating as one, they walked on, their future unwritten, yet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bright with the promise of a love story that had its roots in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resilience, community, and shared survival. The world, it seemed,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was finally right.</w:t>
      </w:r>
    </w:p>
    <w:p>
      <w:pPr>
        <w:sectPr>
          <w:pgSz w:w="8000" w:h="12000"/>
          <w:pgMar w:top="296" w:right="650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Eyes of Forever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bell above the door of the Silverton Coffee House chimed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cheerful welcome as they entered, the warmth of the interior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comforting contrast to the crisp autumn air outside. The aroma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freshly brewed coffee, mingled with the sweet scent of baked goods,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hung heavy in the air, a comforting blanket wrapping around Jenna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she stepped inside. The café buzzed with the low hum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conversation, the clatter of mugs, the soft scrape of chairs—a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symphony of everyday life playing out in this cozy haven.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Ellen, perched on a worn velvet armchair by the window, looked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up, her eyes widening in surprise, then breaking into a wide,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knowing grin. “About time!” she exclaimed, her voice a playful mix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teasing and genuine delight.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 laughed, the sound light and unrestrained, a far cry from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tightly controlled composure she had maintained in the early days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her arrival in Silverton. She felt a blush creeping up her neck,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warmth spreading through her chest that had nothing to do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café’s inviting ambiance. “Yeah, it is,” she replied, her gaze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meeting Logan’s across the room. Their eyes locked, a silent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acknowledgment passing between them—a shared understanding,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mutual contentment, a love unspoken yet deeply felt.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light glinted off the ceramic mugs on the nearby tables,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surfaces reflecting the soft glow of the café’s interior lighting.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scene was intimate, comforting, a haven from the outside world,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sanctuary for their quiet happiness. Their hands brushed briefly 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reached for their mugs, a fleeting touch that sent a jolt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electricity through Jenna’s veins, reinforcing the unspoken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connection that had blossomed between them.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Logan’s smile mirrored her own, warm and reassuring, his eyes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holding a depth of emotion that resonated deeply within her. It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look that spoke volumes—of shared experiences, of overcoming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adversity, of a love that had grown unexpectedly, powerfully,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ashes of the past. It was a look that confirmed everything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had felt, everything she had hoped for, everything she knew to be</w:t>
      </w:r>
    </w:p>
    <w:p>
      <w:pPr>
        <w:sectPr>
          <w:pgSz w:w="8000" w:h="12000"/>
          <w:pgMar w:top="442" w:right="66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true.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Ellen, ever the observant one, watched their quiet exchange with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knowing smile. She’d seen the transformation in Jenna,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softening of her edges, the blossoming of her spirit. She’d witnessed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slow, steady unfolding of their connection, the quiet moments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shared understanding that spoke louder than any declaration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love.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hum of the coffee house wrapped around them, a comforting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embrace that sealed their connection, their commitment.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scraping of chairs, the murmur of conversations, the clinking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mugs—these were the sounds of home, the soundtrack to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newfound happiness. Silverton wasn’t just a town anymore; it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part of their story, woven into the fabric of their lives, a testament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 their shared resilience and their growing love.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they sat there, sipping their coffee, the weight of the past weeks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lifted from Jenna’s shoulders. The lingering shadow of the 2008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fire, the uncertainty surrounding her firm’s involvement,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resistance she had faced from the townspeople – all of it seemed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fade into the background, replaced by a sense of peace, a feeling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belonging that resonated deep within her soul.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lessons learned during the wildfire, the truth unearthed about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2008 incident, these had served not as obstacles, but as catalysts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growth, for transformation. They had forged a bond between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 and Logan, a connection rooted in shared experience,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mutual respect, in a love that had sprung up unexpectedly,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powerfully, from the ashes of the past. Their commitment was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 a personal one; it was a reflection of the resilience of the town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itself, a testament to the strength found in community.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café, with its warm lighting and the comforting scent of coffee,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 perfect metaphor for their relationship. It was a place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refuge, a sanctuary, a haven from the storm. The familiar sounds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everyday life – the clinking of mugs, the soft murmur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conversations, the gentle scrape of chairs – created a symphony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normalcy, a soundtrack to their quiet happiness.</w:t>
      </w:r>
    </w:p>
    <w:p>
      <w:pPr>
        <w:sectPr>
          <w:pgSz w:w="8000" w:h="12000"/>
          <w:pgMar w:top="296" w:right="642" w:bottom="52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Jenna’s ambition, once a driving force in her life, had been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tempered by the experiences she’d encountered in Silverton.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still valued her career, but it no longer held the same importance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once had. Her priorities had shifted, her perspective had broadened.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had found a sense of purpose beyond the pursuit of wealth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success. She had found love, community, and a sense of belonging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a place she had initially seen only as a stepping stone to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ambitions.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town itself, once a source of frustration and resistance,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become a source of comfort and acceptance. The people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Silverton, initially wary of her intentions, had come to see her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the outside developer, but as a part of their community,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participant in their shared resilience and rebirth. The connections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she’d forged, the friendships she’d formed, these were as valuable,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as enriching, as anything her career could ever offer.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hands, resting briefly on the table between their mugs, were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silent testament to their bond, their commitment. The warmth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touch, the unspoken understanding in their eyes, these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things that truly mattered. The arc of their story had reached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climax, their individual journeys culminating in a love story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both unexpected and profoundly satisfying. The future was still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unwritten, but it held the promise of a life lived together, rooted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love, purpose, and the enduring spirit of Silverton.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afternoon sun streamed through the window, casting long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shadows across the café floor. The world outside seemed to fade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into the background as they sat there, lost in their own little world,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love a quiet flame burning steadily in the heart of Silverton.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coffee grew cold, unnoticed, their conversations flowing easily,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naturally, without forced effort or pretense.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they finally rose to leave, the bell above the door chimed again,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marking the end of their quiet afternoon, yet signaling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beginning of a new chapter in their lives. They stepped out into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crisp autumn air, hand-in-hand, their hearts filled with a warmth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had nothing to do with the sun. The town, with its brightly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painted storefronts and the vibrant colors of the autumn leaves,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seemed to shimmer with a celebratory energy, reflecting the shared</w:t>
      </w:r>
    </w:p>
    <w:p>
      <w:pPr>
        <w:sectPr>
          <w:pgSz w:w="8000" w:h="12000"/>
          <w:pgMar w:top="296" w:right="66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sense of happiness that permeated their being. The lingering scent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woodsmoke, a bittersweet reminder of the fire, was now a faint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echo, a subtle perfume of survival and resilience, a testament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shared triumph, and a reminder of the profound love story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that had blossomed amidst the devastation.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future stretched before them, undefined yet promising, paved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 by ambitious plans or lofty goals, but by a shared journey,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unwavering bond, and a love that had sprung up unexpectedly,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powerfully, in the heart of the ashes. The world, once perceived 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landscape of obstacles and challenges, now seemed to hold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endless possibilities, all illuminated by the bright light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love. Hand in hand, they walked towards it, their steps light,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hearts full, their future unwritten but bright with the promise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a love story that had its roots in resilience, community,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shared survival.</w:t>
      </w:r>
    </w:p>
    <w:p>
      <w:pPr>
        <w:sectPr>
          <w:pgSz w:w="8000" w:h="12000"/>
          <w:pgMar w:top="296" w:right="676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Breaking Free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phone on the nightstand vibrated, a discordant buzz against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quiet hum of the inn. Jenna, perched on the window seat, her jeans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comfortably rumpled, glanced at the caller ID. Greg. The name held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 warmth, no comfort, only a familiar chill that settled in her gut.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She picked up, the phone’s smooth surface cool against her cheek.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voice, smooth as polished granite, filled her ear, a practiced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cadence that grated on her newly found peace. “Jenna, my dear.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have something… significant… to discuss.” The words hung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air, heavy with unspoken ambition, the subtle coercion she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come to recognize as Greg’s standard operating procedure. He spoke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a promotion, a lucrative opportunity back in Portland, a chance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move up, to solidify her position at the firm. He painted a vivid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picture—the corner office, the prestige, the power—the things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had once held so much allure for her.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the allure had faded, replaced by something far more profound.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lingering scent of woodsmoke, the stark clarity of the fire’s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aftermath, the quiet strength of Silverton—these had etched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themselves onto her soul, leaving an indelible mark on 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priorities.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“Greg,” she interrupted, her voice calm, resolute, a stark contrast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manic energy that had once defined her work style. "I’m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interested.” The words hung in the air, simple yet powerful,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carrying the weight of a thousand unspoken truths.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practiced calm faltered for a fraction of a second, a crack in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usually flawless facade. "Jenna, are you sure about this? This is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significant opportunity…" he began, his voice losing its smoothness,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words sounding thin and brittle.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Jenna’s gaze drifted to the flickering fire in the hearth, its warmth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comforting contrast to the chill in her voice. The flames danced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crackled, mirroring the tempest in her spirit that had finally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subsided. "I'm sure," she repeated, her voice unwavering. "I’ve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learned a lot these past few weeks, Greg. About the fire in 2008,</w:t>
      </w:r>
    </w:p>
    <w:p>
      <w:pPr>
        <w:sectPr>
          <w:pgSz w:w="8000" w:h="12000"/>
          <w:pgMar w:top="442" w:right="646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about what my firm did, or rather,</w:t>
      </w:r>
      <w:r>
        <w:rPr>
          <w:rFonts w:ascii="Charis SIL Italic" w:hAnsi="Charis SIL Italic" w:eastAsia="Charis SIL Italic"/>
          <w:b w:val="0"/>
          <w:i/>
          <w:color w:val="000000"/>
          <w:sz w:val="22"/>
        </w:rPr>
        <w:t xml:space="preserve"> didn’t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 do." Her voice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hardened, each syllable dripping with contempt. "And about what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Lily always believed in.”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silence stretched between them, filled only with the crackling fire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the distant hum of Silverton. She could almost hear the whisper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wind, the distant murmur of the river. These were the sounds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her new reality, far removed from the cacophony of Portland.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"I'm done with your lies," she stated plainly, her words cutting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 the silence like a sharp knife. The weight of her past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choices, the burden of her complicity, seemed to lift from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shoulders as the words left her lips. She could almost feel the old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Jenna, the ambitious, ruthlessly driven developer, finally begin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loosen her grip.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silence stretched a little longer. Then, with a sigh that spoke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volumes of defeated ambition, Greg hung up. Jenna replaced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phone on the nightstand, a slow smile spreading across her face.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feeling was exhilarating—the kind of freedom that only came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after a long, arduous journey. The screen’s faint glow, barely visible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against the deepening twilight, seemed to fade into nothingness,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fitting metaphor for the life she was leaving behind. A gentle breeze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stirred through the open window, lifting the sheer curtains in a soft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dance, carrying with it the sweet scent of damp earth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distant whisper of the river. The warmth from the fire, casting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dancing shadows across the room, felt tangible, a comforting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embrace.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wasn't just about the 2008 fire or even Greg’s deceitful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manipulations. This was about something deeper, more profound.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was a realization that had been building since she arrived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Silverton and discovered the true extent of her firm’s actions. It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realization that had finally broken through the layers of ambition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guilt that had bound her for so long.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 closed her laptop with a decisive snap, the sound echoing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quiet room. A wave of profound relief washed over her, erasing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stress and uncertainty of the past weeks. This was her fourth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epiphany since the wildfire, a realization more powerful, more</w:t>
      </w:r>
    </w:p>
    <w:p>
      <w:pPr>
        <w:sectPr>
          <w:pgSz w:w="8000" w:h="12000"/>
          <w:pgMar w:top="296" w:right="666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liberating than the first three. This time, it wasn't a revelation born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from introspection or a moment of sudden clarity. This time, it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 action, a decisive rejection of a life that no longer resonated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soul. The room, bathed in the warm glow of the fire, felt like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sanctuary, a refuge from the storm she had weathered.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fire crackled, casting long shadows that stretched and writhed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across the walls, creating a surreal, comforting atmosphere. The log,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burning bright and true, became a symbol of her newfound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direction, a guiding light in the path she was choosing. Lily's words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echoed in her mind, a constant reminder of the values she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neglected for so long: environmental responsibility, community,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importance of truth.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leaned back against the soft cushions of the window seat,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stillness in the room a calming balm. The faint scent of woodsmoke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still lingered in the air, a subtle reminder of the devastation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resilience of the valley. It was a reminder of the lessons learned,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her transformation. Portland's not me, she mused,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small smile gracing her lips. The city, with its relentless pace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cutthroat competition, held no allure anymore. Her roots had grown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elsewhere. Her belonging was here.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room felt different now, lighter, more spacious. The shadows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past seemed to lift, replaced by a sense of clarity and peace.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warmth of the fire, the gentle breeze, the quiet stillness of the room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—it all combined to create a sense of tranquility she hadn't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experienced in years. This wasn't just a room; it was a symbol of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newfound freedom, a testament to the strength she had discovered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within herself.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Outside, the Silverton night was alive with the sounds of crickets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the gentle rush of the nearby river, a soothing soundtrack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newfound tranquility. The sky, dark and star-studded,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limitless, mirroring the endless possibilities that lay ahead. Her path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clear, her role redefined. She was no longer just a real estate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developer. She was a woman who had found her purpose, a woman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who had chosen truth over ambition, a woman who had finally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discovered her roots in the heart of Silverton’s valley. The future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was uncertain, yet it filled her with a sense of calm and purpose, a</w:t>
      </w:r>
    </w:p>
    <w:p>
      <w:pPr>
        <w:sectPr>
          <w:pgSz w:w="8000" w:h="12000"/>
          <w:pgMar w:top="296" w:right="644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sense of belonging she had never known before. The air felt cleaner,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silence sweeter. The fire crackled, a comfortable sound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comforting stillness. The smell of woodsmoke, a haunting fragrance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only weeks before, now seemed to carry a note of bittersweet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triumph. The silence was heavy with satisfaction, a quiet victory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echoing in the tranquil depths of her new Silverton home.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phone lay silent. The past was done. The future had begun.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breeze through the open window carried not just the scent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woodsmoke and earth, but the whisper of a promise.</w:t>
      </w:r>
    </w:p>
    <w:p>
      <w:pPr>
        <w:sectPr>
          <w:pgSz w:w="8000" w:h="12000"/>
          <w:pgMar w:top="296" w:right="66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A New Vision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morning sun, a pale gold filtering through the gaps in the old-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growth pines lining Main Street, warmed the brick walls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buildings. A gentle breeze stirred, causing a sign’s faint flutter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above a shop displaying hand-woven scarves and pottery. The air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hummed with a vibrant energy, a stark contrast to the quiet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contemplation of the previous night. Jenna felt it, a tangible shift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spirit, a lightness that echoed the clear, crisp air. The wildfire’s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devastation was still visible – charred remnants of trees,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occasional scarred building – but Silverton was not defined by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scars. It was defined by its resilience. And Jenna, for the first time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 a long time, felt a part of that resilience.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paused before a "For Lease" sign hanging askew above the old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Grille, its faded paint peeling in the sun. The building, though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neglected, possessed a certain charm; a solid foundation, waiting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 reborn. This was more than just a building; it was a symbol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Silverton’s spirit, a symbol of the opportunity she was determined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seize. This wasn't about the ambitious eco-resort anymore;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about something far deeper – about building something real,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something sustainable, something that benefited the community.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This was about creating roots.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reached into her bag, pulling out her newly printed business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cards for Silver Falls Realty – a sustainable development firm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committed to local hires, green building practices, and community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investment. The card felt sturdy in her hand, a promise of the solid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foundation she intended to build, both literally and metaphorically.</w:t>
      </w:r>
    </w:p>
    <w:p>
      <w:pPr>
        <w:autoSpaceDN w:val="0"/>
        <w:autoSpaceDE w:val="0"/>
        <w:widowControl/>
        <w:spacing w:line="264" w:lineRule="exact" w:before="60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firm wasn't just a name; it was a declaration, a testament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her transformation.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Nate, the owner of the hardware store across the street, a man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whose quiet strength spoke volumes, approached her. 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weathered hands were calloused, but his eyes held a knowing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kindness. He had seen Jenna around town, noticed the changes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demeanor, the newfound quiet confidence replacing the tense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ambition that had once dominated her presence.</w:t>
      </w:r>
    </w:p>
    <w:p>
      <w:pPr>
        <w:sectPr>
          <w:pgSz w:w="8000" w:h="12000"/>
          <w:pgMar w:top="442" w:right="688" w:bottom="496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"That's quite a change of pace," he observed, nodding towards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business card. “From what I hear, you were one of the big-shots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down in Portland.” He offered a wry smile, but there was no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judgment in his eyes, just an understanding curiosity.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 smiled back, feeling the warmth of his acceptance. "You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could say that," she replied, her voice steady and even, devoid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strained urgency that had marked her previous conversations.</w:t>
      </w:r>
    </w:p>
    <w:p>
      <w:pPr>
        <w:autoSpaceDN w:val="0"/>
        <w:autoSpaceDE w:val="0"/>
        <w:widowControl/>
        <w:spacing w:line="324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"But Portland's not my focus anymore."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proceeded to pitch her vision for Silver Falls Realty, explaining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commitment to sustainable practices, her determination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create jobs for local residents, and her intention to contribute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revitalization of Silverton. She spoke with passion and clarity,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voice infused with the confidence that came from having finally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reconciled with her past and embraced her future.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talked about her vision for the old Grille building –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 hub, incorporating local artisans, a focus on organic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locally sourced ingredients. The details poured out, each one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her commitment to creating something truly special.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project, she explained, wasn’t merely a business proposition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commitment to the community. It wasn’t just about building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something new, but about preserving the heart of Silverton, about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ensuring the valley's resilience for generations to come. Her words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painted a vivid picture of a thriving, sustainable community,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vision that resonated deeply with Nate.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spoke about using reclaimed wood from responsible forestry,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using local contractors and artisans, prioritizing renewable energy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sources, and ensuring that the project would minimize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environmental impact. She even discussed specific strategies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water conservation, waste management, and integrating sustainable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landscaping practices. Nate listened intently, his initial caution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gradually replaced by a genuine interest.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Nate listened, his initial skepticism fading as she articulated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plans. He understood the weight of her words, the sincerity in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tone. He had seen firsthand the devastation of the 2008 fire,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scars that still marked the landscape. He knew the importance of</w:t>
      </w:r>
    </w:p>
    <w:p>
      <w:pPr>
        <w:sectPr>
          <w:pgSz w:w="8000" w:h="12000"/>
          <w:pgMar w:top="296" w:right="65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6" w:lineRule="exact" w:before="56" w:after="0"/>
        <w:ind w:left="0" w:right="72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responsible development, the need to balance progress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preservation.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 the end of her pitch, Nate leaned back, a thoughtful expression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 his face. He hadn’t expected this. He'd seen the corporate sharks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before, the ones who promised the moon and delivered only broken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promises. But there was something different about Jenna. There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 sincerity in her words, a genuine commitment to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community that he found impossible to ignore.</w:t>
      </w:r>
    </w:p>
    <w:p>
      <w:pPr>
        <w:autoSpaceDN w:val="0"/>
        <w:autoSpaceDE w:val="0"/>
        <w:widowControl/>
        <w:spacing w:line="264" w:lineRule="exact" w:before="264" w:after="0"/>
        <w:ind w:left="0" w:right="432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“This is… different,” he finally said, a hint of admiration in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voice. “It's not just about profits, is it?”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Jenna shook her head, a genuine smile spreading across her face.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“No, Nate. It’s about building something meaningful, something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lasting. Something that respects this land, this community.”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nodded, a flicker of hope in his eyes. “I know some investors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who might be interested. People who value what you're saying.”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paused, considering his words carefully. “I'll put you in touch.”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offer felt like a turning point, a validation of the path she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chosen. The bustling street, with its array of shops and vendors,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energetic rhythm, suddenly felt like her canvas. The distant sounds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hammering, the laughter of children, the creak of baskets laden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freshly picked produce – these were the sounds of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 she was now a part of, a community she was actively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helping to rebuild. The faint scent of woodsmoke, still present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air, no longer held the same chilling weight. It was a reminder,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scar on the landscape, but also a testament to the valley’s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resilience, a resilience she now shared.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sun continued its journey across the sky, casting long shadows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danced along the streets. Jenna stood there, basking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warmth, feeling a sense of belonging she’d never known before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bustling city. This wasn’t just a new beginning; it was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homecoming. The seeds of her new life were planted here,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heart of Silverton, nourished by the soil of her newfound purpose.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wasn't just about bricks and mortar, it was about building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future, a future where ambition and conscience could coexist,</w:t>
      </w:r>
    </w:p>
    <w:p>
      <w:pPr>
        <w:sectPr>
          <w:pgSz w:w="8000" w:h="12000"/>
          <w:pgMar w:top="296" w:right="698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where profit and purpose walked hand in hand. The scars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past remained, but they were now overshadowed by the promise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vibrant future. The future was uncertain, but for the first time,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uncertainty felt exciting, filled with hope, with purpose, with roots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firmly planted in the fertile soil of the Silverton valley. The weight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guilt was lifting, replaced by the satisfying heaviness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responsibility, a responsibility she was eager to embrace. The work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ahead would be challenging, but the path was clear, her vision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strong, and her resolve unwavering. The journey had been long,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finally, Jenna Blake had found her home.</w:t>
      </w:r>
    </w:p>
    <w:p>
      <w:pPr>
        <w:sectPr>
          <w:pgSz w:w="8000" w:h="12000"/>
          <w:pgMar w:top="296" w:right="664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Logans Future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mist, a faint veil woven from the waterfall's spray, clung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clothes, a cool counterpoint to the warmth of the afternoon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sun. Jenna and Logan sat perched on a moss-covered rock,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thunderous roar of South Falls a constant, comforting backdrop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conversation. The water, a churning, frothy white, cascaded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down the cliff face, disappearing into a swirling pool at the base,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mist creating an ethereal glow around them. The air, thick with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scent of damp earth and the sweet perfume of wildflowers,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alive with the vibrant hum of insects. Leaves, emerald and jade,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dappled the sunlight filtering through the lush canopy above,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creating a mosaic of light and shadow on the forest floor.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Logan, his hands calloused but gentle, unfolded a napkin, revealing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rough sketch of a building. It was his workshop, a vision he’d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been carefully crafting for months. He traced the lines with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calloused finger, explaining the layout, his voice brimming with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infectious enthusiasm. He spoke of expanding his workspace,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creating a dedicated area for apprentices, a place where he could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pass on his skills to the next generation of mechanics. He'd been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solitary man for too long, he admitted, but the fire, the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experience of rebuilding, had awakened something within him.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envisioned a place that would not only serve the practical needs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Silverton but also foster a sense of community.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 listened intently, her heart swelling with a warmth that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nothing to do with the summer sun. This wasn't the gruff, resistant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man she had first encountered. This was a man with a vision, a man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hope, a man who was finally ready to share his gifts with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world. The anger, the suspicion that had initially fueled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interactions, had dissipated, replaced by a mutual respect, a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understanding. Their hands brushed briefly as he gestured toward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detail in his sketch, and neither of them flinched. The touch was 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natural, as effortless as the gentle breeze rustling the leaves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overhead.</w:t>
      </w:r>
    </w:p>
    <w:p>
      <w:pPr>
        <w:autoSpaceDN w:val="0"/>
        <w:autoSpaceDE w:val="0"/>
        <w:widowControl/>
        <w:spacing w:line="264" w:lineRule="exact" w:before="264" w:after="0"/>
        <w:ind w:left="0" w:right="576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"It’s beautiful, Logan," she said, her voice soft, sincere. "Truly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beautiful." She saw not just a workshop, but a testament to his</w:t>
      </w:r>
    </w:p>
    <w:p>
      <w:pPr>
        <w:sectPr>
          <w:pgSz w:w="8000" w:h="12000"/>
          <w:pgMar w:top="442" w:right="67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6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resilience, a symbol of Silverton's enduring spirit. It was a project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mirrored her own commitment to rebuilding, to creating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something lasting and meaningful from the ashes of the past.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smiled, a genuine smile that crinkled the corners of his eyes,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lighting up his face with an inner radiance. "I've been thinking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about adding a small museum too," he continued, his voice filled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the quiet pride of a craftsman. "Showcasing the history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valley, the ingenuity of those who came before us." He paused, then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added with a chuckle, "Maybe even a little exhibit on those pesky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wildfires that keep trying to ruin our day.”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 laughed, the sound light and carefree, a stark contrast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tension she’d felt just weeks ago. The tension had been replaced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growing sense of connection, a shared history forged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crucible of disaster and the quiet strength of rebuilding. The weight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past, the guilt she had carried for so long, felt lighter now,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almost imperceptible.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mist from the falls, cool and refreshing against their skin,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seemed to cleanse them, washing away the residue of past conflicts.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 felt symbolic, a metaphor for the cleansing of their spirits,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purification of their intentions. The roar of the falls was a constant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reminder of the raw power of nature, a power that could both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destroy and create. But here, in this sheltered spot, surrounded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vibrant green of the forest, it felt only cleansing and protective.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pointed to a cluster of trillium blooming nearby, their delicate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white petals unfurling in the dappled sunlight. "Look," she said,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voice filled with wonder. "Trillium. They’re so resilient. They bloom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even after a fire.” The trillium, she felt, were a perfect symbol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Silverton, of its indomitable spirit, its capacity to rise from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ashes.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 nodded, his gaze fixed on the delicate flowers. He understood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symbolism. He had seen the trillium emerge from the scorched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earth after the 2008 fire, their delicate blossoms a testament to life's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persistence. He recognized the parallel between the trillium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people of Silverton, their quiet strength and tenacity in the face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adversity.</w:t>
      </w:r>
    </w:p>
    <w:p>
      <w:pPr>
        <w:sectPr>
          <w:pgSz w:w="8000" w:h="12000"/>
          <w:pgMar w:top="296" w:right="65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"They are," he agreed, his voice hushed with reverence. "Just like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this valley."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afternoon sun dipped lower, casting long shadows across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forest floor. The mist from the falls continued to rise, shrouding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them in its cool embrace. The air hummed with the quiet symphony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nature, a soothing balm to their souls. As they walked back, hand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hand, it was clear the wildfire was not merely a natural disaster,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a turning point, a catalyst for change. The truth about 2008,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cover-up Jenna’s firm had been involved in, no longer felt as heavy.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 was part of their shared history, a difficult truth that they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now addressing, building upon, together. It was a foundation upon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which they were creating a new future, a future rooted in the fertile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soil of the Silverton valley, a future built on honesty, transparency,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a shared commitment to rebuilding.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shared vision, the common ground they found in rebuilding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Silverton, extended beyond their individual projects. It was a vision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the future of the valley itself. It was a promise of a sustainable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 where progress and preservation could coexist, where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ambition and conscience walked hand in hand. It was a testament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the power of shared purpose, a symbol of healing, both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individual and communal. And as they walked, the mist of the falls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still clinging to their clothes, their hands clasped tightly, Jenna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knew that they were not merely building a future; they were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creating a legacy. The scars of the past might remain, but they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now interwoven with the vibrant tapestry of hope, a testament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resilience, their shared vision, and their love for the land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bound them together. Their futures were entwined, as firmly rooted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 soil of Silverton as the tenacious trillium that bloomed even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after the fire. The falls roared their approval, a symphony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nature’s enduring power, mirroring the quiet, steady strength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bloomed between them. The future, once uncertain, now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shimmered with promise, with hope, and with love.</w:t>
      </w:r>
    </w:p>
    <w:p>
      <w:pPr>
        <w:sectPr>
          <w:pgSz w:w="8000" w:h="12000"/>
          <w:pgMar w:top="428" w:right="664" w:bottom="105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Tied by the Land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mist from the falls, cool and fine as a silken veil, clung to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skin, a stark contrast to the warmth that bloomed between them.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sat closer now, the space between them shrinking, mirroring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distance closing in their hearts. The roar of the falls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constant, powerful presence, a rhythmic pulse that underscored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intimacy of the moment. A pebble, dislodged from the bank by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relentless current, tumbled down the slope, its faint clack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swallowed by the thunderous roar, yet somehow amplifying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quiet intensity between them.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Jenna’s voice caught, a slight tremor betraying the emotion she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trying to contain. Her eyes, usually sharp and focused, were soft,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filled with a vulnerability she rarely allowed herself to show.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turned her gaze away from the mesmerizing cascade of water,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eyes finding Logan's, lingering there, searching for something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couldn't quite name.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"Portland…" she began, the word hanging in the air, weighted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unspoken things. "It’s…lonely. Emptier than I ever realized."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confession felt raw, exposing a vulnerability she’d carefully guarded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years. The success, the ambition, the relentless drive—none of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filled the void left by the loss of her sister, Lily. The guilt,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constant companion, gnawed at her, a persistent reminder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distance that had grown between them before Lily’s death.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weight of that unspoken sorrow hung heavy in the air between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them, almost palpable.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Logan’s hand, calloused and strong, found hers, his touch gentle,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reassuring. The falls roared their approval, a symphony of water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rock that seemed to echo the profound shift that had occurred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within them. He squeezed her hand gently, a silent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acknowledgment of the shared pain, the unspoken understanding.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"You changed me, Jenna," he said, his voice low and steady,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counterpoint to the tumultuous power of the falls. "The fire…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changed everything, but you… you made me see past the smoke,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past the ashes. You showed me what was truly important." He</w:t>
      </w:r>
    </w:p>
    <w:p>
      <w:pPr>
        <w:sectPr>
          <w:pgSz w:w="8000" w:h="12000"/>
          <w:pgMar w:top="442" w:right="674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6" w:after="0"/>
        <w:ind w:left="0" w:right="292" w:firstLine="0"/>
        <w:jc w:val="both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looked into her eyes, his own mirroring the depth of his emotion,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intensity of his feelings. The love that bloomed between them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was not just a feeling, but a tangible force, strong and resilient.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mist from the falls cooled the flush rising in Jenna’s cheeks.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leaned into his touch, finding solace and strength in his unwavering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gaze. The weight of her guilt, the burden of her past mistakes,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seemed to lighten, dissolving into the mist, carried away by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relentless current of the falls.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intertwined hands, clasped tightly, spoke volumes. They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two separate individuals, forged by vastly different experiences, yet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connection was as undeniable as the power of the falls.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land, the valley, its history, both glorious and marred, was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foundation upon which their relationship was built. The 2008 fire,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cover-up, the secrets unearthed—these were not stumbling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blocks, but rather the building blocks of their shared truth,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foundation upon which they were creating a new narrative, a new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life together.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afternoon sun filtered through the trees, creating dappled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patterns on the forest floor, their shared world bathed in a golden,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ethereal light. The scent of damp earth and pine needles filled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air, a heady mix that spoke of nature’s resilience, its ability to heal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renew. The falls continued their relentless cascade, a powerful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testament to the enduring power of nature.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intimacy of their moment transcended the physical; it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connection of souls, a merging of histories, a promise of a future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built on trust, respect, and mutual understanding. They were bound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together not only by their love, but also by the land, the valley,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shared responsibility they felt to protect and preserve it.</w:t>
      </w:r>
    </w:p>
    <w:p>
      <w:pPr>
        <w:autoSpaceDN w:val="0"/>
        <w:autoSpaceDE w:val="0"/>
        <w:widowControl/>
        <w:spacing w:line="264" w:lineRule="exact" w:before="266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cool spray from the falls misted their faces, a gentle cleansing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washed away the residue of doubt and uncertainty. The clack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a pebble against rock, a subtle percussion in the symphony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nature, seemed to ground them, anchoring their newfound love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solid reality of the valley. The water, a constant, powerful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presence, flowed relentlessly, mirroring the depth and intensity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their connection.</w:t>
      </w:r>
    </w:p>
    <w:p>
      <w:pPr>
        <w:sectPr>
          <w:pgSz w:w="8000" w:h="12000"/>
          <w:pgMar w:top="296" w:right="648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sun dipped lower in the sky, casting long shadows across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lush landscape. As they walked hand in hand, their steps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synchronized, they felt a sense of completion, of closure.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unanswered questions, the unresolved conflicts, seemed to fade into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background, replaced by a sense of shared purpose, a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destiny.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were two souls, once adrift, now firmly rooted in the fertile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soil of Silverton. Their future, once uncertain, was now clear,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defined by a shared love, a shared history, and a shared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commitment to building a better future for themselves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valley they called home. The falls continued their thunderous roar,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constant backdrop to their shared dreams, a powerful reminder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nature’s enduring power, mirroring their own enduring connection.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land, scarred by past events, was now a canvas upon which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were painting a new future, a future imbued with hope,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resilience, and a deep, abiding love. They were bound to Silverton,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each other, as inextricably as the roots of the ancient trees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clung to the valley's slopes. The scars of the past might remain,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visible reminders of the challenges they had faced, but they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now interwoven with the vibrant threads of their love, their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history, and their commitment to a future rooted in honesty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transparency.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Jenna’s heart felt lighter, the weight of unspoken guilt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loneliness lifting. She looked at Logan, her gaze filled with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profound love and gratitude. His eyes met hers, reflecting the same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depth of emotion. They were not just two individuals, but a unified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whole, their lives intertwined as deeply as the roots of the ancient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redwoods that towered above them. The valley, the falls, the land—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were all witnesses to their love, their shared journey,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enduring connection. They had found solace and strength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face of adversity, building a future rooted in the fertile soil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valley, nurtured by the mist of the falls, and bound together by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 of their unwavering love. The roar of the falls, a constant,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powerful presence, served as a reminder of the forces that shaped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lives, the challenges they had overcome, and the enduring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power of love that had brought them together. They walked, hand</w:t>
      </w:r>
    </w:p>
    <w:p>
      <w:pPr>
        <w:sectPr>
          <w:pgSz w:w="8000" w:h="12000"/>
          <w:pgMar w:top="428" w:right="68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hand, into the setting sun, their future bright, shimmering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hope and promise. Their love story, a testament to the enduring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 of the human spirit, was interwoven with the very fabric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land, rooted deeply in the heart of Silverton. The journey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been arduous, marked by challenges and setbacks, but they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emerged stronger, their bond forged in the fires of adversity,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love as powerful and enduring as the very valley that had brought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them together. The mist still clung to their clothes, a constant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reminder of the cleansing power of the falls, and the purity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love that had emerged from the ashes of their past. The falls,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constant presence, roared their approval, a timeless testament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enduring power of nature, mirroring the strength and depth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love, a love that was now as firmly rooted in the heart of Silverton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as the ancient redwoods that stood tall against the sky.</w:t>
      </w:r>
    </w:p>
    <w:p>
      <w:pPr>
        <w:sectPr>
          <w:pgSz w:w="8000" w:h="12000"/>
          <w:pgMar w:top="296" w:right="644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A Final Yes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inn’s Wi-Fi hummed, a low thrum beneath the quiet tick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grandfather clock in the hallway. Jenna sat at the small oak desk,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lamp’s warm glow pooling on the polished surface, highlighting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worn leather of her journal and the delicate silver trillium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keychain she’d picked up from a local artisan. Her fingers, usually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frantic on a keyboard, moved with surprising steadiness across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keys of her laptop. The soft click-clack of the keys, a rhythmic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counterpoint to the quiet hum of the room, marked the final stages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her work. The Realty Group lease agreement for the Silverton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property, her eco-resort project, was almost complete. She double-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checked the details, the purchase price, the development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stipulations, the environmental safeguards—every clause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meticulously reviewed, every i dotted, every t crossed. A wave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both exhaustion and exhilaration washed over her. After months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negotiations, setbacks, and the unveiling of long-buried secrets,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was finally coming to fruition.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cursor blinked, patiently waiting for her final action. With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 breath, she clicked “Submit.” The confirmation message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popped up on her screen, a simple, understated notification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held the weight of a monumental decision. The years of striving,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relentless climb up the corporate ladder, the compromises,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occasional ethical gray areas—they all led to this moment.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quiet, almost insignificant click of a mouse button, the culmination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a journey that had started in the clamor of Portland and found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anchor in the tranquil heart of Silverton.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smile, slow and genuine, spread across her face. It wasn't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triumphant grin of a conquering businesswoman, but rather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peaceful smile of someone who had found her place, her purpose,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a measure of long-sought peace. She reached for her phone,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cool glass smooth against her fingertips. She typed a quick text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Ellen, her ever-loyal and fiercely supportive assistant back in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Portland: “It’s official.” The message sent, she leaned back in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chair, the weight of the past several months lifting, replaced by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quiet sense of accomplishment.</w:t>
      </w:r>
    </w:p>
    <w:p>
      <w:pPr>
        <w:sectPr>
          <w:pgSz w:w="8000" w:h="12000"/>
          <w:pgMar w:top="442" w:right="646" w:bottom="496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room, a cozy haven of antique furniture and soft lighting,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like a sanctuary. The faint scent of woodsmoke and lavender,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subtle reminder of the valley's unique character, hung in the air.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light played on the walls, casting long shadows that danced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the movement of the leaves outside. The quiet hum of the inn,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gentle lullaby of rural life, contrasted sharply with the constant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buzz of activity in her Portland office. This quietude, this sense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stillness, was something she hadn't realized she'd been missing until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she found it here in Silverton.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trillium keychain, a small, unassuming object, lay on the desk,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its delicate petals catching the light. It served as a tangible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reminder of her transformation, of her journey from a high-powered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executive driven by ambition to a woman who had rediscovered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values, her connection to nature, and her own capacity for love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forgiveness. The journey had not been easy. The 2008 fire,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subsequent cover-up by her own firm, the confrontation with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Logan, the gradual unraveling of her carefully constructed life—all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these events had been challenging, even painful. But they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also led her to a deeper understanding of herself, her own moral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compass, and the importance of choosing integrity over ambition.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picked up the keychain, its smooth coolness a welcome contrast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the warmth of the lamp. The trillium flower, a symbol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Silverton’s resilience and the valley’s untamed beauty, resonated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deeply with her. It felt like a symbol of her own rebirth, a testament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her ability to rise from the ashes of her past, just like the valley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itself had risen from the devastation of wildfire. The weight of guilt,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once a constant companion, felt lighter now, almost negligible.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healing process hadn't been immediate, but it had been real,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moment, this quiet confirmation of her success, felt like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milestone on her path to a life lived with authenticity.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phone buzzed. It was Ellen. The text message simply read: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"Congratulations, Jenna. You did it." A simple message, but it spoke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volumes. Ellen's understanding, her unwavering support, had been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crucial throughout this tumultuous period. Their friendship, forged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 crucible of shared challenges, had emerged stronger than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ever. She replied, "Thanks, Ellen. Couldn't have done it without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you." The words were true, expressing a profound gratitude for her</w:t>
      </w:r>
    </w:p>
    <w:p>
      <w:pPr>
        <w:sectPr>
          <w:pgSz w:w="8000" w:h="12000"/>
          <w:pgMar w:top="296" w:right="65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friend’s steadfast loyalty and belief in her. The bond between them,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tested and proven over time, felt deeper now, cemented by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shared journey through doubt and ultimately, success.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lamplight cast a warm glow on the lease agreement, the digital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confirmation still visible on her laptop screen. Outside, the valley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bathed in the golden light of the setting sun. The air was cool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crisp, carrying the scent of damp earth and woodsmoke.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scene was peaceful, serene, a stark contrast to the frenetic pace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her previous life in Portland.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was home now. Not just a location on a map, but a place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where she felt rooted, grounded, connected to something larger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than herself. The land, the people, the history—they had all woven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themselves into the fabric of her being, forging a new identity,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new sense of purpose, and a deep and abiding sense of belonging.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lease agreement was more than just a contract; it was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culmination of her journey, the manifestation of a new chapter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life, a life finally aligned with her values and her aspirations.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journey had been long and arduous, filled with uncertainty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doubt, but she had emerged stronger, transformed by the trials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tribulations she had faced. Silverton had challenged her, tested her,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ultimately, redeemed her.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she prepared to leave the inn, the quiet calm of the room settled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around her like a comforting blanket. It wasn't just the setting sun,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quiet hum of the valley, or the cool evening air that created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sense of peace; it was the internal shift, the profound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transformation within herself, that brought a genuine sense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contentment. Her reinvention, born from the ashes of past mistakes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fueled by the resilience of the valley, was complete. The path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ahead wouldn't be without its challenges, but she faced them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newfound confidence, knowing that she had found her roots,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place in the world, and the courage to live authentically.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echoes of the past remained, but they were now interwoven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vibrant threads of her present and her future, each one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the enduring strength of her spirit and the profound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transformation that had taken place within her heart. She walked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out into the night, the valley's embrace enfolding her, leaving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inn behind with the quiet closing of the door, the quiet closing of a</w:t>
      </w:r>
    </w:p>
    <w:p>
      <w:pPr>
        <w:sectPr>
          <w:pgSz w:w="8000" w:h="12000"/>
          <w:pgMar w:top="296" w:right="696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4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chapter, and the confident opening of another.</w:t>
      </w:r>
    </w:p>
    <w:p>
      <w:pPr>
        <w:sectPr>
          <w:pgSz w:w="8000" w:h="12000"/>
          <w:pgMar w:top="296" w:right="1440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A New Beginning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scent of freshly brewed coffee, rich and dark, mingled with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faint, earthy aroma of the polished oak floors. Sunlight streamed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 the large windows of her new office, illuminating dust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motes dancing in the golden beams. Jenna Blake stood in the center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her Silver Falls Realty office, a space that had been a dream just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months ago, now a vibrant reality. Water Street hummed with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gentle energy, a stark contrast to the relentless pulse of Portland.</w:t>
      </w:r>
    </w:p>
    <w:p>
      <w:pPr>
        <w:autoSpaceDN w:val="0"/>
        <w:autoSpaceDE w:val="0"/>
        <w:widowControl/>
        <w:spacing w:line="264" w:lineRule="exact" w:before="58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rhythmic creak of a floorboard beneath her heel was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comforting sound, a low counterpoint to the cheerful chatter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filled the room.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Ellen, her steadfast assistant, and Nate, a local carpenter who’d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helped with the office renovations, were already there, unpacking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boxes and arranging furniture. Ellen, her face alight with a bright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smile, held a steaming mug aloft. "Congratulations again, Jenna,"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she said, her voice full of genuine joy. "This is incredible."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Nate, a man whose easy smile spoke of years spent under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Oregon sun, added, "It looks fantastic. You've really made this place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your own."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Jenna’s heart swelled with a warmth that had nothing to do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coffee heating her hands. This wasn't just an office; it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symbol of her transformation, her rebirth. The polished oak floors,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Nate’s skilled craftsmanship, reflected the sunlight,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creating a shimmering landscape of warmth and light. The worn,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yet sturdy thrift store desk, a piece that spoke of enduring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resilience, held a chaotic yet charming array of blueprints, maps,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handwritten notes. It felt perfectly imperfect, a reflection of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own journey, winding and unpredictable, yet ultimately leading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 this moment of profound peace.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She hugged Ellen tightly, the familiar scent of her friend’s perfume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—a blend of citrus and vanilla—a comforting presence. "I couldn't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have done it without you, and Nate," Jenna said, her voice thick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emotion. The years of striving, the relentless climb up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corporate ladder, the ethical compromises—they all seemed distant</w:t>
      </w:r>
    </w:p>
    <w:p>
      <w:pPr>
        <w:sectPr>
          <w:pgSz w:w="8000" w:h="12000"/>
          <w:pgMar w:top="442" w:right="646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4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now, faded memories in the bright light of her new reality.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they worked, a steady stream of locals passed by the open door.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Many paused to offer congratulations, their nods and smiles a silent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affirmation of her acceptance into the community. Old Mrs. Gable,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owner of the bakery down the street, brought a plate of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famous blueberry muffins, their sweet aroma adding another layer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the comforting symphony of scents that filled the room. The local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sheriff, a rugged man with a gentle demeanor, stopped by to offer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warm handshake and wish her luck. The sense of community,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feeling of belonging, was palpable, a profound contrast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anonymity of her previous life in the city.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 picked up the trillium keychain from her desk, her fingers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tracing the delicate silver petals. It was more than just a trinket;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 reminder of the journey, of the love she’d found,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friendships that had strengthened through hardship, and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hard-won truth she’d discovered. The smooth cool metal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comforting contrast to the warm wood of the desk and the steaming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mug in her hand. Looking at the keychain, she saw not just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flower, but a symbol of Silverton’s resilience, its ability to bloom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even after the devastation of the 2008 wildfire. It mirrored her 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resilience, her own growth.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hum of the office—the faint creak of a floorboard, the gentle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clinking of mugs, the low murmur of conversation—was a soothing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backdrop to her thoughts. The sun dipped lower, casting long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shadows across the room, its warm light a perfect counterpoint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cooler evening air. The scent of woodsmoke, a faint reminder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wildfires, was still present, but it was no longer a symbol of fear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destruction. Instead, it carried a sense of cleansing, a reminder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the lessons learned, of the transformation she’d undergone.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thought of Logan, his rugged hands, his unwavering gaze,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quiet strength. Thinking of him brought a smile to her face,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genuine, unburdened smile that reached her eyes and lit them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within. She thought of Lily, her sister, and the slow, painstaking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process of healing their fractured relationship. The past was still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present, but it no longer held the power to define her. It was a part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her story, but not the whole of it. Her urban past, with its frantic</w:t>
      </w:r>
    </w:p>
    <w:p>
      <w:pPr>
        <w:sectPr>
          <w:pgSz w:w="8000" w:h="12000"/>
          <w:pgMar w:top="296" w:right="66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4" w:lineRule="exact" w:before="0" w:after="0"/>
        <w:ind w:left="0" w:right="0" w:firstLine="0"/>
        <w:jc w:val="center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pace and ruthless ambition, felt like a distant dream, a lifetime ago.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arranged some papers on her desk, her movements deliberate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calm. There was still work to be done, plans to finalize, but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urgency, the relentless pressure, was gone. It had been replaced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quiet confidence, a deep-seated sense of peace that settled within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like a warm blanket on a chilly night. The eco-resort project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on track, a testament to her perseverance and her commitment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sustainability. But more than that, it was a symbol of 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commitment to the community, to Silverton, a place that had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only welcomed her, but had transformed her.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took a sip of her coffee, the warmth spreading through her,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grounding her in the present moment. This wasn’t just a new office;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 was a new beginning. A new chapter in a life that was finally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aligned with her values, her purpose, and her heart. The quiet hum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valley, the gentle creaks of the old building, the comforting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aroma of coffee and wood, all contributed to a sense of profound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belonging. Silverton wasn't just a town anymore; it was home.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 heart of that home, surrounded by the warmth of friendship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the echoes of past trials overcome, Jenna felt an overwhelming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sense of gratitude and a quiet anticipation for the future, a future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would build with integrity, purpose, and a deep connection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land and the people she had come to call family. The wildfire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left its scars, but it had also forged something beautiful,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something resilient, something strong: Jenna’s newfound sense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self. This wasn't just an opening of an office; it was the beginning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life fully lived. The sun set, painting the sky in hues of orange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purple, reflecting the vibrant colours of a future full of promise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enduring peace she had finally found.</w:t>
      </w:r>
    </w:p>
    <w:p>
      <w:pPr>
        <w:sectPr>
          <w:pgSz w:w="8000" w:h="12000"/>
          <w:pgMar w:top="296" w:right="678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Logans Gift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afternoon sun, slanting low, cast long shadows across the newly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polished oak floors. Dust motes, illuminated by the golden light,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danced in the air, a silent ballet accompanying the gentle rhythm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town outside. Jenna, still buzzing from the morning's flurry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activity, sat at her desk, the scent of freshly brewed coffee lingering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 air, a comforting aroma that mingled with the faint, earthy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smell of the wood. She was organizing papers, her movements slow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deliberate, a marked contrast to the frenetic pace of her life just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months ago. The quiet hum of the office, the occasional creak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floorboard, the gentle clinking of a distant mug – it was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symphony of peace, a far cry from the relentless cacophony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Portland.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soft crinkle broke the quiet. Jenna looked up, her eyes widening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surprise as Logan Maddox appeared in the doorway, a paper bag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clutched in his hand. His smile, warm and reassuring, chased away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any lingering remnants of her urban anxieties. "Lunch," 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announced, his voice a low rumble that resonated with the quiet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contentment of the room. "Figured you'd be too busy to leave."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came closer, the scent of woodsmoke – a familiar, comforting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aroma in Silverton – clinging faintly to his clothes, a testament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work at the local garage. He settled down on the floor beside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her, cross-legged, the worn denim of his jeans contrasting with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polished shine of the oak. He placed the paper bag on the floor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between them, its crinkled surface whispering a quiet story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simple pleasures. He then pulled out two sandwiches, their rustic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charm a perfect complement to the setting.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Jenna's heart swelled with a warmth that had nothing to do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lingering warmth of the afternoon sun. She reached for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sandwich, her fingers brushing against his. The contact sent a jolt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electricity through her, a silent acknowledgment of the unspoken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connection that bound them. They ate in companionable silence,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only sounds the gentle crunching of bread and their easy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laughter. The sunlight warmed the oak floors, bathing them in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golden glow, transforming the office into a haven of intimacy.</w:t>
      </w:r>
    </w:p>
    <w:p>
      <w:pPr>
        <w:sectPr>
          <w:pgSz w:w="8000" w:h="12000"/>
          <w:pgMar w:top="442" w:right="656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After lunch, Logan reached into his pocket and produced a small,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velvet pouch. He opened it gently, revealing a delicate silver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trillium keychain, its petals intricately crafted. "For your keys,"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said, his eyes twinkling with affection. "A little something to remind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you of home."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Jenna’s breath hitched. She carefully took the keychain, her fingers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tracing the delicate silver petals. It was exquisite. She clipped it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bag, the simple act a tangible representation of the profound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shift that had occurred within her. The smooth, cool metal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comforting contrast to the warmth of his hand as he gently placed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over hers. She smiled, a genuine, radiant smile that reflected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depth of her gratitude and the solid ground beneath her feet.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wasn’t just a keychain; it was a symbol of their shared journey,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enduring partnership. It was a symbol of Silverton itself,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resilient and beautiful. It was a symbol of home.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light through the window shifted, painting the room in a new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shade of golden warmth. Papers on her desk fluttered gently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breeze from the open door. Jenna watched Logan's rugged face,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illuminated by the late afternoon sun, the lines etched around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eyes telling stories of hardship, resilience, and quiet strength.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saw the unwavering trust in his eyes, the love that shone so clearly,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love that had healed wounds she hadn't even realized were still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bleeding. It was a love that had taken root, strong and deep,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nourished by the shared landscape and the shared truth they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unearthed.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thought of the 2008 fire, the cover-up, the long-buried guilt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had plagued her for years. It had cast a dark shadow over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life, her ambition, her relationships, even her sense of self.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Silverton, and Logan, had helped her emerge from those shadows,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see the light, to heal. The weight of the past, once crushing,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lifted, leaving behind a sense of clarity, of purpose, a lightness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being she hadn’t believed possible. The fire had left its scars, on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land and on her soul, but it had also forged something beautiful,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something enduring, something that was stronger than the flames.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that something was their bond, a love that was both resilient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profound.</w:t>
      </w:r>
    </w:p>
    <w:p>
      <w:pPr>
        <w:sectPr>
          <w:pgSz w:w="8000" w:h="12000"/>
          <w:pgMar w:top="428" w:right="664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eyes met, a silent understanding passing between them,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acknowledgment of their journey, of their present joy,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their future together. The office, once a symbol of her ambitious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aspirations, had become a sanctuary, a testament to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transformation she had undergone. The sun dipped lower, casting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long shadows that stretched across the room, enveloping them in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gentle embrace. The air grew cooler, but the warmth within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room, a warmth that emanated not only from the setting sun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also from the depths of their connection, remained steadfast.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silence wasn't empty; it was full. Full of unspoken words,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glances, of the quiet understanding that grew from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experiences. It was the kind of silence that could only exist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between two people who had faced adversity together, who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found solace in shared vulnerability, and who had built a love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stronger than any storm, any fire, any doubt. It was the silence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trust, of belonging, of home. The sunlight faded, the shadows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deepened, but the bond between Jenna and Logan remained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unshakeable, a beacon of hope and love in the heart of Silverton.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office, once a symbol of her ambition, now felt like a haven,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quiet refuge where two souls had found peace, understanding,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love that was as enduring as the land that surrounded them.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air was still, the only sound the gentle rustling of the papers on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desk, a quiet counterpoint to the symphony of their shared love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story.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 rose, his hand lingering on hers for a moment longer than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necessary, a silent promise in the gentle pressure of his touch.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warmth of his hand lingered on hers long after he left, a physical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manifestation of the enduring love that had grown between them.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he moved towards the door, he paused, turning to look back 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her. His eyes, filled with affection, held the promise of a future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shared, a future that had taken shape within the walls of this little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office, a future rooted in the love that had blossomed amongst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trilliums and the redwoods, a future that was as beautiful and 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resilient as Silverton itself. Jenna watched him go, a smile playing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 her lips, a quiet sense of peace settling within her heart. The sun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finally disappeared below the horizon, painting the sky in vibrant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hues of orange and purple. As darkness settled, a deep sense of</w:t>
      </w:r>
    </w:p>
    <w:p>
      <w:pPr>
        <w:sectPr>
          <w:pgSz w:w="8000" w:h="12000"/>
          <w:pgMar w:top="428" w:right="706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4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contentment filled the small office. She was home.</w:t>
      </w:r>
    </w:p>
    <w:p>
      <w:pPr>
        <w:sectPr>
          <w:pgSz w:w="8000" w:h="12000"/>
          <w:pgMar w:top="296" w:right="1440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Falls Reborn</w:t>
      </w:r>
    </w:p>
    <w:p>
      <w:pPr>
        <w:autoSpaceDN w:val="0"/>
        <w:autoSpaceDE w:val="0"/>
        <w:widowControl/>
        <w:spacing w:line="264" w:lineRule="exact" w:before="286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air, still carrying the faintest whisper of woodsmoke, held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coolness that contrasted sharply with the lingering warmth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day. We stood at South Falls, the setting sun painting the sky in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breathtaking spectacle of oranges, purples, and fiery reds. A thin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veil of mist rose from the churning water, a ghostly breath exhaled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by the land itself, clinging to the air like a forgotten dream.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falls, a powerful cascade of water, tumbled down the rock face,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ceaseless roar a constant reminder of nature's enduring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strength.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Logan’s hand, calloused yet gentle, rested in mine. His presence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beside me was as comforting as the solid earth beneath our feet. We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watched in silent contemplation as the last sliver of sun dipped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below the horizon, casting long shadows that danced and swayed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the rhythm of the falls. The remaining light caught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droplets in the mist, turning them into a thousand tiny, shimmering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diamonds.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Even the scorched earth, a stark reminder of the recent wildfire,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seemed to be embracing the beauty of the sunset. Tiny shoots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trillium, their leaves a vibrant green, were pushing their way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 the blackened soil. A sprout’s tender green, a symbol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life’s tenacious grip on existence, a testament to the land’s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remarkable ability to heal, to renew, to rise from the ashes.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mirrored our own journey, the way we had emerged from the fire,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stronger, more connected than ever before.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falls themselves glowed with an ethereal light as the last rays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sun disappeared, their powerful flow a mesmerizing dance of water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light. The air was filled with a sense of serenity, a quiet peace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that settled over us, embracing us in its gentle embrace.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 thought of Silverton, of the community’s resilience, of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unwavering spirit that had guided them through crisis and loss.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thought of the truths we had uncovered, the secrets that had been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brought to light, the justice that had been served. My thoughts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simple, grounded: Silverton was worth fighting for, worth</w:t>
      </w:r>
    </w:p>
    <w:p>
      <w:pPr>
        <w:sectPr>
          <w:pgSz w:w="8000" w:h="12000"/>
          <w:pgMar w:top="442" w:right="65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4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preserving, worth protecting.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trillium, pushing through the scorched earth, was a symbol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hope, a reminder of nature's unwavering capacity for renewal.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represented the enduring spirit of the town, the unwavering spirit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people, and the enduring strength of our love. The vibrant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green of the new sprouts was a stark contrast to the blackened soil,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yet somehow they harmonized, a testament to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interconnectedness of life and loss, healing and hope.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smoke, a faint haze in the twilight, was a stark reminder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fire, of the devastation it had wrought. Yet, even as the smoke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drifted away, carried by the evening breeze, it did not dominate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scene. It was a memory, a shadow, but it did not overshadow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beauty of the falls, the resilience of the trillium, or the strength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our love.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sunset’s warm haze softened the harsh edges of the landscape,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mellowing the scars left by the fire. The vibrant colors of the sky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seemed to weave themselves into the tapestry of the falls, creating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breathtaking spectacle of nature's raw power and delicate beauty.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air itself felt lighter, cleaner, as if the wildfire had cleansed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land, leaving behind only the scent of pine and damp earth.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scene was more than just beautiful; it was profoundly moving.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 spoke of resilience, of rebirth, of the enduring power of nature,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enduring strength of love. It whispered tales of survival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perseverance, of healing and transformation. It was a spectacle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was as profound as it was awe-inspiring.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 stood there for a long time, holding hands, the roar of the falls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constant background to the silent conversation that passed between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us. There were no words needed; our shared experience, our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journey, spoke volumes. The falls, the trillium, the setting sun,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all witnesses to our love, to our commitment, to our enduring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bond.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the last vestiges of twilight faded into night, a profound sense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peace settled over us. The darkness was not frightening; it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comforting blanket, shielding us from the harsh realities of the</w:t>
      </w:r>
    </w:p>
    <w:p>
      <w:pPr>
        <w:sectPr>
          <w:pgSz w:w="8000" w:h="12000"/>
          <w:pgMar w:top="296" w:right="658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world, allowing us to be lost in the moment, in the embrace of each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other, in the quiet strength of our love. The air, once filled with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tension of uncertainty, was now calm, clear, and clean.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land, scarred but not broken, echoed the strength we had found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within ourselves. The trillium, reaching for the light, symbolized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promise of a new beginning, a future filled with hope, growth,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a deeper understanding of ourselves and the world around us.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falls, a constant and powerful presence, were a reminder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nature's enduring strength, its ability to weather any storm,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endure any trial. And our love, like the land and the falls,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resilient and enduring, forged in the crucible of challenges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strengthened by our shared journey.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journey hadn’t been easy. The weight of the past, the burden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guilt, the complexities of ambition—they had all weighed heavily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 me. But here, at South Falls, as the last rays of sunlight faded,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felt a profound sense of lightness, a sense of peace that had eluded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 for so long. The fire had tested us, had challenged us, but it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also revealed the strength of our connection, the depth of our love,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profound bond that had been forged between us.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 walked back towards town, hand in hand, the path lit by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moon and the stars. The silence between us was not empty; it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filled with the echoes of our journey, the memories of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challenges, and the quiet assurance of a future together. The night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air was cool and crisp, carrying the scent of pine and damp earth,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gentle reminder of the healing power of nature.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we walked, I looked back at South Falls, now shrouded in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darkness, yet still visible, still strong, still powerful. The falls were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symbol, a constant reminder of the enduring power of nature, of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resilience and its ability to heal, to renew, to rise from the ashes.</w:t>
      </w:r>
    </w:p>
    <w:p>
      <w:pPr>
        <w:autoSpaceDN w:val="0"/>
        <w:autoSpaceDE w:val="0"/>
        <w:widowControl/>
        <w:spacing w:line="264" w:lineRule="exact" w:before="60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were also a symbol of our love, a love that had been tested,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tried, and ultimately strengthened by the trials we had faced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together.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memory of the fire, once a source of pain and guilt, was fading,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replaced by a profound sense of gratitude, a gratitude for the life we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had built together, a gratitude for the town of Silverton, and a</w:t>
      </w:r>
    </w:p>
    <w:p>
      <w:pPr>
        <w:sectPr>
          <w:pgSz w:w="8000" w:h="12000"/>
          <w:pgMar w:top="296" w:right="642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gratitude for the lessons that had been learned. The fire had been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crucible, testing our love, our strength, and our resolve. But it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also forged something new, something more beautiful and enduring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than anything we could have imagined. The future stretched before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us, filled with hope and promise, a future as vibrant and resilient 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trillium sprouts pushing their way through the scorched earth.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fire had been devastating, but it had also been transformative.</w:t>
      </w:r>
    </w:p>
    <w:p>
      <w:pPr>
        <w:autoSpaceDN w:val="0"/>
        <w:autoSpaceDE w:val="0"/>
        <w:widowControl/>
        <w:spacing w:line="264" w:lineRule="exact" w:before="60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out of the ashes, we had found our way back to each other,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stronger, more connected, and more deeply in love than ever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before. We walked on, the night sky above us, the moon a silent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witness to our love, a love as powerful and enduring as the falls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themselves.</w:t>
      </w:r>
    </w:p>
    <w:p>
      <w:pPr>
        <w:sectPr>
          <w:pgSz w:w="8000" w:h="12000"/>
          <w:pgMar w:top="296" w:right="70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A Sealed Vow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cool night air, still carrying the faintest scent of damp earth,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kissed our faces as we stood at the edge of the falls. The moon,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pearl in the inky sky, cast a silvery glow on the water, transforming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churning cascade into a mesmerizing spectacle of liquid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moonlight. The roar of the falls was a constant, powerful presence,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deep, resonant hum that vibrated through the ground and into our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very bones. It was a sound both ancient and timeless, a symphony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played by nature itself.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Logan’s eyes, dark and intense, met mine. The warmth of his gaze,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familiar and comforting as the steady rhythm of my own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heartbeat, sent a ripple of excitement through me. He didn’t speak,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didn’t need to. His silence was eloquent, a testament to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unspoken understanding that had blossomed between us. 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reached out, his calloused fingers gently tracing the line of my jaw.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touch, both familiar and intimate, sent a shiver down my spine.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Then, he leaned in, his lips finding mine in a slow, deliberate kiss.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wasn’t a hurried, passionate embrace, but something deeper,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profound—a silent affirmation of our shared journey, a solemn vow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etched in the heart of the wild. His lips were firm yet tender,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touch as gentle as the evening breeze. I felt a breath catch in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throat, a soft gasp lost in the symphony of the falls. His lips moved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against mine, and I smiled, a soft, happy sound that felt as natural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the air we breathed. I leaned into him, the strength of his arms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cradling me, feeling a sense of belonging that transcended words.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 was a kiss born of shared experiences, of challenges overcome,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love forged in the crucible of adversity. It was a kiss that held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weight of the past, the weight of the 2008 fire, the weight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recent wildfire—all of it absorbed and transmuted into something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pure, something enduring, something beautiful. It was a kiss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acknowledged the scars, both physical and emotional, that we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carried, but also celebrated the resilience, the healing, the rebirth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that had followed.</w:t>
      </w:r>
    </w:p>
    <w:p>
      <w:pPr>
        <w:autoSpaceDN w:val="0"/>
        <w:autoSpaceDE w:val="0"/>
        <w:widowControl/>
        <w:spacing w:line="322" w:lineRule="exact" w:before="20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His hands moved to my waist, pulling me closer. I felt the solid</w:t>
      </w:r>
    </w:p>
    <w:p>
      <w:pPr>
        <w:sectPr>
          <w:pgSz w:w="8000" w:h="12000"/>
          <w:pgMar w:top="442" w:right="644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 of his body pressed against mine; the feel of his heart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beating against my chest as though they’re beating in unison.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kiss deepened, intensifying the connection that had grown between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us over the weeks we had spent together. In that moment,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everything else faded away—the roar of the falls, the moonlit night,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distant lights of Silverton. There was only us.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When we finally broke apart, our breaths mingled in the cool night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air. The falls continued their relentless dance, their ceaseless roar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constant, comforting presence. A small laugh escaped my lips,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sound as light and carefree as a summer breeze. "Bad at talking," 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whispered, a smile still playing on my lips.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chuckled, a low rumble in his chest that resonated through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body. "I've got that covered," he replied, his voice raspy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emotion.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 stood there for a long time, the silence between us filled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unspoken words, with unspoken promises, with the unspoken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that transcended the need for verbal articulation. We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stood there, enveloped by the profound sense of peace that settled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 Silverton after the wildfire, the reconciliation between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opposing forces that once clashed over the resort’s plans, the peace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that had finally settled over us.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moon cast long shadows that danced and swayed with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rhythm of the falls. The air, still carrying the faintest whisper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damp earth, held a coolness that contrasted sharply with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lingering warmth of the day. The mist, rising from the churning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water, clung to the air, creating a mystical aura, a sense of ethereal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beauty that heightened the emotional intensity of the moment.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falls themselves seemed to glow with an inner light, their powerful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flow a constant reminder of nature's enduring strength.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center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memory of the fire was still present, a faint, lingering scent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smoke in the air, a stark reminder of the devastation it had caused.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that memory, once a source of guilt and anguish, was now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interwoven with a tapestry of resilience, of rebirth, of the enduring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 of love. The scars on the land, the blackened soil,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charred trees—they were all part of the story, part of our shared</w:t>
      </w:r>
    </w:p>
    <w:p>
      <w:pPr>
        <w:sectPr>
          <w:pgSz w:w="8000" w:h="12000"/>
          <w:pgMar w:top="296" w:right="678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journey. But they no longer dominated the landscape. The trillium,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sprouting defiantly from the scorched earth, was a potent symbol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hope, a testament to the land’s capacity for renewal, mirroring our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own transformation.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 were standing on the edge of something new, something vibrant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exciting. The past had shaped us, forged us, tested us. But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hadn’t broken us. The fire, in its destructive power, had also cleared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way for new beginnings. The secrets, the lies, the betrayals –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were all out in the open now, exposing the underbelly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ambition, greed, and neglect. But in the face of all of that, we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found something truly precious—a love that had been tested, tried,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ultimately strengthened by the trials we had faced together.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falls, a powerful, constant presence, served as a symbol of our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enduring connection. Their ceaseless roar was a reminder of life's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relentless energy, a steady rhythm mirroring the heartbeat of our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love. In that moment, our shared vow was complete. It was a vow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sealed not in legal documents or spoken promises, but in the heart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wild, under the watchful gaze of the moon, with the roar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falls as our witness. It was a vow rooted in the reality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Silverton’s journey – a town scarred by fire, yet rising from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ashes, stronger and more resilient than ever before. It was a vow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cemented by the truth of the 2008 fire and the wildfire scars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now a shared foundation for our future together. It was a vow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that bound us together, forever.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laughter that followed was spontaneous, easy, and wholly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genuine. There was a shared sense of peace, an understanding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transcended words. We didn't need grand pronouncements, heartfelt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soliloquies, or elaborate gestures. Our connection was deeply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intimate, profoundly intense, and exquisitely simple. The falls'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constant roar and our shared breath's soft catch were sufficient seals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our commitment. It was a love story etched not in fancy words,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in the lines of our faces, in the strength in our hearts, and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resilient spirit of Silverton itself. It was a story that found its ending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 in a dramatic climax, but in the quiet beauty of a moonlit night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by the falls, the promise of a future intertwined with the land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people we had come to know and cherish. The night whispered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promises of healing, renewal, and a love as enduring as the falls</w:t>
      </w:r>
    </w:p>
    <w:p>
      <w:pPr>
        <w:sectPr>
          <w:pgSz w:w="8000" w:h="12000"/>
          <w:pgMar w:top="296" w:right="646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themselves. And in the quiet intimacy of the moment, we knew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our journey was only just beginning.</w:t>
      </w:r>
    </w:p>
    <w:p>
      <w:pPr>
        <w:sectPr>
          <w:pgSz w:w="8000" w:h="12000"/>
          <w:pgMar w:top="296" w:right="684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Home in the Valley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path back was unplanned, a silent agreement forged in a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glance as we left the falls. The lingering glow of the water,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reflecting the moon’s pearly light, illuminated our way, casting long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shadows that danced and swayed with the gentle rhythm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night. The faintest whisper of smoke still hung in the air, a ghostly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reminder of the fire that had threatened to consume Silverton,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stark contrast to the peaceful beauty of the valley unfolding before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us. But even the smoke, once a symbol of destruction and fear, now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seemed to hold a certain quiet dignity, a testament to the resilience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both the land and the people who called it home.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 wasn’t just the physical landscape that felt like home. It was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people—Logan, Ellen, Nate, even the town itself. Each stone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path under our feet, each tree silhouetted against the starry sky,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echoed with the shared history we had woven together, a history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now imbued with the truth of the 2008 fire, a truth that had been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 carefully buried and now exposed. Each crunch of gravel under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our boots, each rustle of leaves in the night air, seemed to whisper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story of overcoming adversity, of healing, and of a love that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bloomed unexpectedly amidst the ashes. The stars, piercing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faint haze that still lingered in the air, felt like distant beacons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guiding us towards a future where the darkness was not merely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absent but transmuted into something stronger, something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beautiful.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Jenna’s hand was clasped tightly in Logan’s, her fingers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intertwining with his calloused ones. His hand, warm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reassuring, was a tangible anchor in the quiet intimacy of the night.</w:t>
      </w:r>
    </w:p>
    <w:p>
      <w:pPr>
        <w:autoSpaceDN w:val="0"/>
        <w:autoSpaceDE w:val="0"/>
        <w:widowControl/>
        <w:spacing w:line="264" w:lineRule="exact" w:before="60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 was a feeling of profound belonging that was impossible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articulate. She smiled, a soft, genuine smile that reached her eyes,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reflecting the joy that swelled within her. The falls, now a distant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roar, seemed to hum a gentle lullaby, their constant rhythm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mirroring the steady beat of her heart. The valley, bathed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moonlight, embraced them, cradling them in its gentle embrace.</w:t>
      </w:r>
    </w:p>
    <w:p>
      <w:pPr>
        <w:autoSpaceDN w:val="0"/>
        <w:autoSpaceDE w:val="0"/>
        <w:widowControl/>
        <w:spacing w:line="264" w:lineRule="exact" w:before="60" w:after="0"/>
        <w:ind w:left="0" w:right="432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wasn’t just a place; it was a sanctuary, a haven forged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experiences, in challenges conquered, and in a love born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from the most unlikely of circumstances.</w:t>
      </w:r>
    </w:p>
    <w:p>
      <w:pPr>
        <w:sectPr>
          <w:pgSz w:w="8000" w:h="12000"/>
          <w:pgMar w:top="442" w:right="65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air was cool, carrying the scent of damp earth and the faintest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trace of woodsmoke, but it felt different now. It wasn’t the acrid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smell of burning timber, but a softer, gentler fragrance, a smoky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scent that hinted at the warmth of a distant campfire, the scent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renewal and rebirth. This was the smell of Silverton, of the land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had sustained her, tested her, and ultimately, welcomed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home. The stars continued their silent vigil, tiny pinpricks of light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against the vast expanse of the night sky, their unwavering presence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 symbol of hope and enduring strength.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path wound its way through the valley, each step a testament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the journey they had undertaken. They walked in companionable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silence, their shared experiences and unspoken promises woven into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very fabric of the night. Their footsteps were light, the crunch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gravel under their boots a soft counterpoint to the rustling of leaves,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gentle lullaby that echoed through the moonlit valley. It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silent symphony, a harmonious blend of sounds and scents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perfectly captured the essence of their journey.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There were no grand declarations of love, no dramatic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pronouncements of commitment. Their unspoken vow had been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sealed not in words but in shared glances, in quiet gestures,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weight of their experiences. The moon, a silent witness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unspoken promises, cast a soft, silvery glow on their faces,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illuminating the deep connection that existed between them.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journey hadn't been easy. It had been fraught with challenges,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obstacles, and betrayals, but through it all, they had found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 in each other that had allowed them to overcome the trials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emerge stronger, more resilient.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quiet hum of the valley enveloped them, its embrace a soothing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balm to their souls. The sound of the distant falls, once a roar,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now a faint murmur, a gentle background hum that perfectly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complemented the peace of the night. The faint scent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woodsmoke, a constant reminder of the recent wildfire, now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seemed to mingle with the crispness of the night air, creating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subtle, poignant fragrance that evoked both the devastation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eventual rebirth of Silverton.</w:t>
      </w:r>
    </w:p>
    <w:p>
      <w:pPr>
        <w:sectPr>
          <w:pgSz w:w="8000" w:h="12000"/>
          <w:pgMar w:top="428" w:right="640" w:bottom="52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valley was alive, not just with the nocturnal creatures stirring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 darkness but with a palpable sense of renewal, of growth,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hope. The scars of the fire were still visible, but they were now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interwoven with the tapestry of resilience and renewal.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trillium, their delicate petals unfurling in defiance of the scorched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earth, stood as proud symbols of perseverance, mirrors of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 they had found within themselves. The past had been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powerful force that had shaped and tested them, but it hadn’t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broken them. Instead, it had cleared the way for new beginnings,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a future where their love, their connection, would be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guiding star.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walk continued, each step a deliberate movement, each breath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conscious inhale and exhale. The night air was cool, crisp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clean, a stark contrast to the oppressive heat of the recent wildfire.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There was no need for words; their silence was a comfortable one,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the deep understanding that existed between them.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hands remained clasped together, a comforting anchor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stillness of the night.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they neared their destination, the faint outline of the town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appeared in the distance, its lights twinkling like distant stars.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air was filled with a sense of anticipation, the quiet hum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expectation underscoring the joy of returning home. Home wasn't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 a physical space; it was a feeling, a sense of belonging,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sanctuary. And in that shared moment, walking hand-in-hand under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watchful gaze of the moonlit sky, they both knew they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finally found their place in the world, their home in the valley,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place together. The valley seemed to hold its breath, waiting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them, welcoming them back into its embrace.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valley’s embrace was tangible, a feeling of peace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contentment settling over them. This wasn't just a place; it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feeling, a sense of belonging that resonated deep within their souls.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walked, their steps synchronized, as if they were moving 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one. It was as though the valley itself had conspired to bring them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together, to weave their destinies into the very fabric of the land.</w:t>
      </w:r>
    </w:p>
    <w:p>
      <w:pPr>
        <w:autoSpaceDN w:val="0"/>
        <w:autoSpaceDE w:val="0"/>
        <w:widowControl/>
        <w:spacing w:line="264" w:lineRule="exact" w:before="60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moon continued its silent vigil, casting its silvery light upon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their path, a silent witness to their journey.</w:t>
      </w:r>
    </w:p>
    <w:p>
      <w:pPr>
        <w:sectPr>
          <w:pgSz w:w="8000" w:h="12000"/>
          <w:pgMar w:top="296" w:right="642" w:bottom="52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in that moment, under the watchful eye of the moon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quiet hum of the valley, Jenna knew that she was truly home.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wasn’t just the physical space, the quaint town of Silverton, nestled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 heart of Oregon’s stunning landscape. It was something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deeper, a sense of belonging, a connection to the land, to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people, and most importantly, to the man beside her. It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homecoming that transcended geography, a feeling of profound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peace and belonging that filled her with a sense of overwhelming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gratitude and love. The faint smell of smoke remained, a subtle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reminder of the fires that had tested them, a testament to the trials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had faced together, trials that had strengthened their bond,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tested their resolve, and ultimately, brought them to this place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peace, this place they could both call home. The night whispered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secrets, soft and gentle, as they walked toward the beginning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their forever.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stars, countless and distant, twinkled above, their silent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brilliance a perfect backdrop to the gentle hum of the valley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soft crunch of their feet on the path. The past, with all its turmoil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uncertainty, seemed distant now, its shadows replaced by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warm glow of hope and the promise of a shared future. The smoke,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fire, the secrets—all had been faced and overcome. They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arrived at a place of peace, of understanding, of unwavering love.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walk was a quiet affirmation, a silent celebration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journey, and a gentle step into the future. The journey had been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long, difficult, and emotionally taxing, but they had reached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end, and the view was more beautiful than they could have ever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imagined. The valley held its breath, waiting patiently for them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come home. And as they walked towards their home in the valley,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clear that their journey was far from over. It was only just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beginning.</w:t>
      </w:r>
    </w:p>
    <w:sectPr w:rsidR="00FC693F" w:rsidRPr="0006063C" w:rsidSect="00034616">
      <w:pgSz w:w="8000" w:h="12000"/>
      <w:pgMar w:top="296" w:right="640" w:bottom="1440" w:left="660" w:header="720" w:footer="720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