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52648F" w14:textId="77777777" w:rsidR="00DB05F8" w:rsidRDefault="00000000">
      <w:r>
        <w:t>"Even in the quietest burn, I found the strength to rise. Smoke in my lungs, fire in my soul."</w:t>
      </w:r>
    </w:p>
    <w:p w14:paraId="4EE87AD2" w14:textId="77777777" w:rsidR="00DB05F8" w:rsidRDefault="00000000">
      <w:r>
        <w:t>She rose from the ashes</w:t>
      </w:r>
    </w:p>
    <w:p w14:paraId="47BC9EF5" w14:textId="77777777" w:rsidR="00DB05F8" w:rsidRDefault="00000000">
      <w:r>
        <w:t>Copyright © Rae Alexander 2025</w:t>
      </w:r>
    </w:p>
    <w:p w14:paraId="2A2B0096" w14:textId="77777777" w:rsidR="00DB05F8" w:rsidRDefault="00000000">
      <w:r>
        <w:t>All rights reserved. No part of this publication may be reproduced, stored in a retrieval system, or transmitted in any form or by any means, electronic, mechanical, photocopying, recording, or otherwise, without the prior written permission of the author, except in the case of brief quotations used in reviews or scholarly works.</w:t>
      </w:r>
    </w:p>
    <w:p w14:paraId="4EC23D54" w14:textId="77777777" w:rsidR="00DB05F8" w:rsidRDefault="00000000">
      <w:r>
        <w:t>Published by Ashes Rising Press, London, United Kingdom.</w:t>
      </w:r>
    </w:p>
    <w:p w14:paraId="0CB79A42" w14:textId="77777777" w:rsidR="00DB05F8" w:rsidRDefault="00000000">
      <w:r>
        <w:t>ISBN: [Insert ISBN Here]</w:t>
      </w:r>
    </w:p>
    <w:p w14:paraId="7AA5882D" w14:textId="77777777" w:rsidR="00DB05F8" w:rsidRDefault="00000000">
      <w:r>
        <w:t>This is a work of non-fiction based on the author's memories and lived experiences. Some names and identifying details have been changed to protect individuals' privacy.</w:t>
      </w:r>
    </w:p>
    <w:p w14:paraId="3B661B03" w14:textId="77777777" w:rsidR="00DB05F8" w:rsidRDefault="00000000">
      <w:r>
        <w:t>Printed and bound in Great Britain.</w:t>
      </w:r>
    </w:p>
    <w:p w14:paraId="572714E2" w14:textId="77777777" w:rsidR="00DB05F8" w:rsidRDefault="00000000">
      <w:r>
        <w:t>For more information, visit: [Insert your author website or publishing imprint if applicable]</w:t>
      </w:r>
    </w:p>
    <w:p w14:paraId="1159174B" w14:textId="77777777" w:rsidR="00DB05F8" w:rsidRDefault="00000000">
      <w:r>
        <w:t>First Edition: 2025</w:t>
      </w:r>
    </w:p>
    <w:p w14:paraId="21DF4F05" w14:textId="77777777" w:rsidR="00DB05F8" w:rsidRDefault="00000000">
      <w:r>
        <w:t>Dedication:</w:t>
      </w:r>
    </w:p>
    <w:p w14:paraId="0EE74431" w14:textId="77777777" w:rsidR="00DB05F8" w:rsidRDefault="00000000">
      <w:r>
        <w:t>"To Alex, my most profound teacher of love and light.</w:t>
      </w:r>
      <w:r>
        <w:br/>
        <w:t>And to every courageous woman who has chosen the path of healing."</w:t>
      </w:r>
    </w:p>
    <w:p w14:paraId="592FC951" w14:textId="77777777" w:rsidR="00DB05F8" w:rsidRDefault="00000000">
      <w:r>
        <w:t>Also Available by Rae Alexander</w:t>
      </w:r>
    </w:p>
    <w:p w14:paraId="194B0723" w14:textId="77777777" w:rsidR="00DB05F8" w:rsidRDefault="00000000">
      <w:r>
        <w:t>She Rose</w:t>
      </w:r>
    </w:p>
    <w:p w14:paraId="6E5D93F7" w14:textId="77777777" w:rsidR="00DB05F8" w:rsidRDefault="00000000">
      <w:r>
        <w:t>from the</w:t>
      </w:r>
    </w:p>
    <w:p w14:paraId="17026B29" w14:textId="77777777" w:rsidR="00DB05F8" w:rsidRDefault="00000000">
      <w:r>
        <w:t>ashes</w:t>
      </w:r>
    </w:p>
    <w:p w14:paraId="52D5C41B" w14:textId="77777777" w:rsidR="00DB05F8" w:rsidRDefault="00000000">
      <w:r>
        <w:t>By Rae Alexander</w:t>
      </w:r>
    </w:p>
    <w:p w14:paraId="6DD13332" w14:textId="77777777" w:rsidR="00DB05F8" w:rsidRDefault="00000000">
      <w:r>
        <w:t>"Even in the quietest burn, I found the strength to rise.</w:t>
      </w:r>
      <w:r>
        <w:br/>
        <w:t>Smoke in my lungs, fire in my soul."</w:t>
      </w:r>
    </w:p>
    <w:p w14:paraId="0DA5FAE1" w14:textId="77777777" w:rsidR="00DB05F8" w:rsidRDefault="00000000">
      <w:r>
        <w:t>About the Author</w:t>
      </w:r>
    </w:p>
    <w:p w14:paraId="33964B00" w14:textId="77777777" w:rsidR="00DB05F8" w:rsidRDefault="00000000">
      <w:r>
        <w:lastRenderedPageBreak/>
        <w:t>Rae Alexander is a writer, mental health advocate, and trauma survivor who transforms pain into power through her storytelling. Born in Barbados and now based in London, she draws from her lived experience to support others on their journey toward healing and self-empowerment. Her voice is raw, reflective, and rooted in truth.</w:t>
      </w:r>
    </w:p>
    <w:p w14:paraId="27C820DC" w14:textId="77777777" w:rsidR="00DB05F8" w:rsidRDefault="00000000">
      <w:r>
        <w:t>With a background in psychology and years of frontline experience, Rae’s work bridges personal insight with professional expertise. She Rose from the Ashes is her debut memoir, a courageous account of survival, resilience, and becoming.</w:t>
      </w:r>
    </w:p>
    <w:p w14:paraId="43A153F1" w14:textId="77777777" w:rsidR="00DB05F8" w:rsidRDefault="00000000">
      <w:r>
        <w:t>She is also the author of Beyond the Hurt, a compassionate and practical guide to identifying abuse, navigating trauma, and reclaiming your voice.</w:t>
      </w:r>
    </w:p>
    <w:p w14:paraId="1F1E0AFC" w14:textId="77777777" w:rsidR="00DB05F8" w:rsidRDefault="00000000">
      <w:r>
        <w:t>Rae dedicates herself to breaking cycles of silence and reminding others that healing is possible and that they are never alone, whether through books, workshops, or one-on-one support.</w:t>
      </w:r>
    </w:p>
    <w:p w14:paraId="5E98357E" w14:textId="77777777" w:rsidR="00DB05F8" w:rsidRDefault="00000000">
      <w:r>
        <w:t>When she’s not writing or mentoring, Rae finds peace in painting, baking, taking long walks with her dogs, and laughing with her son, her greatest inspiration.</w:t>
      </w:r>
    </w:p>
    <w:p w14:paraId="10491BB6" w14:textId="77777777" w:rsidR="00DB05F8" w:rsidRDefault="00000000">
      <w:r>
        <w:t>Prologue</w:t>
      </w:r>
    </w:p>
    <w:p w14:paraId="5FB8CF09" w14:textId="77777777" w:rsidR="00DB05F8" w:rsidRDefault="00000000">
      <w:r>
        <w:t>I am a daughter of the Caribbean sun and the grey skies of London. I have walked through the ache of trauma, but I have also stood in the light of healing. I have known sorrow intimately; yet I have also tasted the sweetness of growth and the quiet victory of choosing to keep going.</w:t>
      </w:r>
    </w:p>
    <w:p w14:paraId="4FEB75C5" w14:textId="77777777" w:rsidR="00DB05F8" w:rsidRDefault="00000000">
      <w:r>
        <w:t>Each chapter holds a truth I once struggled to voice. Every memory unearthed is a brush stroke in the painting of my life. Some strokes are golden and soft, blended with joy and laughter. Others are jagged, frayed by loss, betrayal, and trauma. Yet together, they make me whole.</w:t>
      </w:r>
    </w:p>
    <w:p w14:paraId="1711D6D1" w14:textId="77777777" w:rsidR="00DB05F8" w:rsidRDefault="00000000">
      <w:r>
        <w:t>I’ve walked through fire and felt the cold ache of abandonment. I’ve crumbled under grief, only to rise again with shaky breath and trembling knees. Along the way, I discovered that healing is not linear. It is a dance, a fight, a surrender. It is messy, beautiful, terrifying, and brave.</w:t>
      </w:r>
    </w:p>
    <w:p w14:paraId="226AD802" w14:textId="77777777" w:rsidR="00DB05F8" w:rsidRDefault="00000000">
      <w:r>
        <w:t>There were moments when I believed I might not survive, but I did. Not only did I endure, but I also forged a life filled with meaning, compassion, and connection. Love, truth, and grounding reside in this life.</w:t>
      </w:r>
    </w:p>
    <w:p w14:paraId="77ED9486" w14:textId="77777777" w:rsidR="00DB05F8" w:rsidRDefault="00000000">
      <w:r>
        <w:t>This book charts that journey. It is not a destination or doctrine but a mirror held up with honesty and grace to say, “You are beautiful and not alone.”</w:t>
      </w:r>
    </w:p>
    <w:p w14:paraId="7067C3AD" w14:textId="77777777" w:rsidR="00DB05F8" w:rsidRDefault="00000000">
      <w:r>
        <w:lastRenderedPageBreak/>
        <w:t>If you have ever been silenced, I hope my words provide you with a voice. If you’ve experienced brokenness, these pages may show you that it doesn’t mean the end. If you have experienced love, loss, or longing, may you discover a reflection of your strength waiting within you.</w:t>
      </w:r>
    </w:p>
    <w:p w14:paraId="57CAAC5F" w14:textId="77777777" w:rsidR="00DB05F8" w:rsidRDefault="00000000">
      <w:r>
        <w:t>Thank you for walking with me.</w:t>
      </w:r>
    </w:p>
    <w:p w14:paraId="1543A157" w14:textId="77777777" w:rsidR="00DB05F8" w:rsidRDefault="00000000">
      <w:r>
        <w:t>This is my truth.</w:t>
      </w:r>
    </w:p>
    <w:p w14:paraId="5E913E80" w14:textId="77777777" w:rsidR="00DB05F8" w:rsidRDefault="00000000">
      <w:r>
        <w:t>This is my healing.</w:t>
      </w:r>
    </w:p>
    <w:p w14:paraId="0517A1AD" w14:textId="77777777" w:rsidR="00DB05F8" w:rsidRDefault="00000000">
      <w:r>
        <w:t>And now, it is yours too.</w:t>
      </w:r>
    </w:p>
    <w:p w14:paraId="76A20FE9" w14:textId="77777777" w:rsidR="00DB05F8" w:rsidRDefault="00000000">
      <w:r>
        <w:t>“Before the healing, there was silence. Before the strength, there was survival.”</w:t>
      </w:r>
    </w:p>
    <w:p w14:paraId="424941F9" w14:textId="77777777" w:rsidR="00DB05F8" w:rsidRDefault="00000000">
      <w:r>
        <w:t>Rae</w:t>
      </w:r>
    </w:p>
    <w:p w14:paraId="0F74CFB1" w14:textId="77777777" w:rsidR="00DB05F8" w:rsidRDefault="00000000">
      <w:r>
        <w:br/>
      </w:r>
      <w:r>
        <w:br/>
        <w:t>CHAPTER 1</w:t>
      </w:r>
    </w:p>
    <w:p w14:paraId="0F5071CD" w14:textId="77777777" w:rsidR="00DB05F8" w:rsidRDefault="00000000">
      <w:r>
        <w:t>Born of the Sun and Sea</w:t>
      </w:r>
    </w:p>
    <w:p w14:paraId="1C2A774D" w14:textId="77777777" w:rsidR="00DB05F8" w:rsidRDefault="00000000">
      <w:r>
        <w:t>“I was not only born into beauty. I was born into a story of fire and tenderness.”</w:t>
      </w:r>
    </w:p>
    <w:p w14:paraId="242F96CC" w14:textId="77777777" w:rsidR="00DB05F8" w:rsidRDefault="00000000">
      <w:r>
        <w:t>I was born on a sunny Tuesday morning in May 1970, on the island of Barbados, where golden sands met the warm blue embrace of the Caribbean Sea. The air was always thick with tropical heat and filled with calypso rhythms, drifting from rum shops and open windows. That vibrant landscape was the backdrop of my childhood, and the island's spirit seeped into my bones.</w:t>
      </w:r>
    </w:p>
    <w:p w14:paraId="50B8D112" w14:textId="77777777" w:rsidR="00DB05F8" w:rsidRDefault="00000000">
      <w:r>
        <w:t>My earliest years were painted in bold colours. The scent of sea salt and sugar cane, laughter floating through the air at family gatherings, and a culture rich in tradition and storytelling. But beneath the surface of joy and celebration, something else stirred. I wouldn’t understand it until much later, but my development was shaped by pain.</w:t>
      </w:r>
    </w:p>
    <w:p w14:paraId="5D398BE2" w14:textId="77777777" w:rsidR="00DB05F8" w:rsidRDefault="00000000">
      <w:r>
        <w:t>For years, I had carried parts of myself in silence, unsure of the depth of their weight. It was not until I turned fifty that I truly understood how the traumas and relationships of my past had written themselves into my choices, my reactions, and the person I had become. It was not an easy or swift revelation, but it was necessary.</w:t>
      </w:r>
    </w:p>
    <w:p w14:paraId="03B84FF8" w14:textId="77777777" w:rsidR="00DB05F8" w:rsidRDefault="00000000">
      <w:r>
        <w:t xml:space="preserve">In my forties, I became conscious of how self-sabotage had shown in my life. I recognised how I avoided intimacy, chased validation in all the wrong places, and often confused chaos with love. When I finally embraced my past rather than run </w:t>
      </w:r>
      <w:r>
        <w:lastRenderedPageBreak/>
        <w:t>from it, I found deeper self-awareness. I started responding instead of reacting. I softened. I grew.</w:t>
      </w:r>
    </w:p>
    <w:p w14:paraId="50E0A207" w14:textId="77777777" w:rsidR="00DB05F8" w:rsidRDefault="00000000">
      <w:r>
        <w:t>In hindsight, I saw how formative connections had carved paths into my adult life. Early attachments shaped my beliefs about love, safety, and worthiness. Trust became fragile, and communication often teetered between silence and storm. But through reflection, I separated the past from the present. I reclaimed my voice.</w:t>
      </w:r>
    </w:p>
    <w:p w14:paraId="54B4C494" w14:textId="77777777" w:rsidR="00DB05F8" w:rsidRDefault="00000000">
      <w:r>
        <w:t>As a mental health professional, I’ve always encouraged others to explore their histories. Healing begins with understanding. Exploring the past proves difficult; however, it frequently offers the sole path toward liberation from hindering patterns. I’ve walked beside many people on their healing journeys, and I’ve walked my own.</w:t>
      </w:r>
    </w:p>
    <w:p w14:paraId="35E63A08" w14:textId="77777777" w:rsidR="00DB05F8" w:rsidRDefault="00000000">
      <w:r>
        <w:t>In retrospect, I can see how my surroundings influenced me, including the things I witnessed, the connections I made, and the cultural value of my generation. I believed my tale was unique for a long time. But I have come to realise over time that a whole web of relationships – friends, family, and strangers who made an impression. moulded me.</w:t>
      </w:r>
    </w:p>
    <w:p w14:paraId="5C4D1DB2" w14:textId="77777777" w:rsidR="00DB05F8" w:rsidRDefault="00000000">
      <w:r>
        <w:t>I’ve been on a path of self-discovery for over fifty years. Until now, I’ve only shared fragments of my truth with a few trusted friends. But I’m ready to go deeper. My narrative encompasses both events and feelings. I want to explore how those experiences shaped my body and my soul.</w:t>
      </w:r>
    </w:p>
    <w:p w14:paraId="157918DF" w14:textId="77777777" w:rsidR="00DB05F8" w:rsidRDefault="00000000">
      <w:r>
        <w:t>This isn’t a conventional biography. I’m not here to list dates and achievements. I’m here to reflect on the relationships and events that changed me. In doing so, I hope to offer a mirror to others who are navigating their histories, and perhaps inspire them to believe that healing is possible.</w:t>
      </w:r>
    </w:p>
    <w:p w14:paraId="61BBE95E" w14:textId="77777777" w:rsidR="00DB05F8" w:rsidRDefault="00000000">
      <w:r>
        <w:t>My story stretches across two vastly different landscapes. Barbados was my sanctuary and crucible for thirty years, where I learnt joy and sorrow.</w:t>
      </w:r>
    </w:p>
    <w:p w14:paraId="00F4AA7F" w14:textId="77777777" w:rsidR="00DB05F8" w:rsidRDefault="00000000">
      <w:r>
        <w:t>Coconut bread filled the kitchen with its fragrance. Crashing waves sound just beyond the sugarcane fields. Family warmth, however complicated, was present. That island gave me rhythm and resilience.</w:t>
      </w:r>
    </w:p>
    <w:p w14:paraId="453D7A77" w14:textId="77777777" w:rsidR="00DB05F8" w:rsidRDefault="00000000">
      <w:r>
        <w:t>Then came London. A city of steel and stories. Its crowded streets and buzzing markets offered something new. Diversity. Anonymity. The chance to reinvent myself. But even in London, the echoes of my past came with me. The pain didn’t disappear just because I had crossed an ocean.</w:t>
      </w:r>
    </w:p>
    <w:p w14:paraId="62900723" w14:textId="77777777" w:rsidR="00DB05F8" w:rsidRDefault="00000000">
      <w:r>
        <w:lastRenderedPageBreak/>
        <w:t>This chapter explores those foundational years: sisters who held me close and sometimes pushed me away; Sunday lunches that felt like a celebration and a reckoning; and sugar cake that tasted of home and hope. These moments were never just about food or family. They were about love, identity, and survival.</w:t>
      </w:r>
    </w:p>
    <w:p w14:paraId="4A6EC233" w14:textId="77777777" w:rsidR="00DB05F8" w:rsidRDefault="00000000">
      <w:r>
        <w:t>And so, I begin here. The tender and tangled roots of my past self. Voices that influenced me. Using the truths I once tried to silence.</w:t>
      </w:r>
    </w:p>
    <w:p w14:paraId="161CFB5E" w14:textId="77777777" w:rsidR="00DB05F8" w:rsidRDefault="00000000">
      <w:r>
        <w:t>I begin with the sweetness. And the salt.</w:t>
      </w:r>
    </w:p>
    <w:p w14:paraId="70E3FAA5" w14:textId="77777777" w:rsidR="00DB05F8" w:rsidRDefault="00000000">
      <w:r>
        <w:t>Barbados wasn’t just where I was born,it was the rhythm that raised me.</w:t>
      </w:r>
      <w:r>
        <w:br/>
        <w:t>Heat and hush, ritual and roots, the island lived in my bones before I even knew my name.</w:t>
      </w:r>
    </w:p>
    <w:p w14:paraId="7513804D" w14:textId="77777777" w:rsidR="00DB05F8" w:rsidRDefault="00000000">
      <w:r>
        <w:t>Mornings cracked open with crowing roosters and the warm crackle of the Rediffusion radio, the announcer’s voice gliding over gospel hymns and calypso classics. The scent of fried bakes and cocoa tea floated through open jalousie windows, mingling with the salt of the sea and the breath of frangipani. Outside, breadfruit trees waved like sentinels, catching sunlight on wide green leaves.</w:t>
      </w:r>
    </w:p>
    <w:p w14:paraId="082E0DA0" w14:textId="77777777" w:rsidR="00DB05F8" w:rsidRDefault="00000000">
      <w:r>
        <w:t>Growing up in Barbados, our days began before the sun had fully risen. At 5:30 AM, the rooster's crow served as our natural alarm, pulling us from slumber into the rhythm of island life. Our first tasks were the morning chores,feeding the chickens, goats, and sheep that roamed our yard. The air was thick with the mingling scents of damp earth and animal musk, a grounding aroma that signaled the start of a new day.</w:t>
      </w:r>
    </w:p>
    <w:p w14:paraId="69CD6C25" w14:textId="77777777" w:rsidR="00DB05F8" w:rsidRDefault="00000000">
      <w:r>
        <w:t>Before breakfast, we adhered to a family tradition that was both a ritual and a rite of passage: a spoonful of cod liver oil chased by a slice of orange to cut through the pungent taste, followed by a generous tablespoon of malt extract. The cod liver oil coated our tongues with its oily bitterness, the orange offered a citrusy reprieve, and the malt provided a sweet, syrupy finish that lingered as we prepared for the day ahead.</w:t>
      </w:r>
    </w:p>
    <w:p w14:paraId="08BAAA0D" w14:textId="77777777" w:rsidR="00DB05F8" w:rsidRDefault="00000000">
      <w:r>
        <w:t>We moved through our morning routines barefoot, our soles toughened by years of contact with the island's diverse terrains. The cool, dewy grass offered a gentle awakening, its blades brushing against our feet with each step. Transitioning onto the concrete floors of our home, the smooth surface was a familiar comfort. But it was the hot tar roads that truly tested our resilience. By midday, the sun had transformed them into rivers of heat, and we learned to tread lightly, hopping from one shaded spot to another, the soles of our feet absorbing the warmth and the occasional sting from the sun-baked surface.</w:t>
      </w:r>
    </w:p>
    <w:p w14:paraId="7C1A69B2" w14:textId="77777777" w:rsidR="00DB05F8" w:rsidRDefault="00000000">
      <w:r>
        <w:lastRenderedPageBreak/>
        <w:t>These barefoot journeys connected us intimately to our environment. We felt the world beneath us,the subtle shifts from soft soil to rugged gravel, the occasional sharpness of a stray pebble, the comforting coolness of a shaded path. Each texture told a story, each sensation a lesson in mindfulness and presence. In this way, the simple act of walking barefoot became a profound expression of our bond with the land, shaping our perceptions and grounding our experiences in the rich tapestry of Barbadian life.</w:t>
      </w:r>
    </w:p>
    <w:p w14:paraId="1C55BB9D" w14:textId="77777777" w:rsidR="00DB05F8" w:rsidRDefault="00000000">
      <w:r>
        <w:t>Barefoot in the yard, I knew the sting of mosquito bites, the squish of red clay after rain, the sweet drip of mango juice down my chin. The fishman’s call,“Flying fish, flying fish!”,rang out, and Milo and I would race to meet him, silver-scaled arms glinting as we cleaned fish in a tin basin while our sisters deboned them in the waning light.</w:t>
      </w:r>
    </w:p>
    <w:p w14:paraId="200B49BB" w14:textId="77777777" w:rsidR="00DB05F8" w:rsidRDefault="00000000">
      <w:r>
        <w:t>School days began with starched uniforms and morning assembly, voices rising in harmony to the national anthem. We learned not just arithmetic and spelling but how to carry ourselves,manners stitched into every greeting, history lessons rich with stories of revolution and pride. At break, we queued for milk and soda biscuits, played cricket with bottle caps and coconut branches, and shared fishcakes under the tamarind tree’s shade.</w:t>
      </w:r>
    </w:p>
    <w:p w14:paraId="6C1860A6" w14:textId="77777777" w:rsidR="00DB05F8" w:rsidRDefault="00000000">
      <w:r>
        <w:t>One of the highlights of our school day was visiting Miss Belle, the beloved school vendor. With just 20 cents, we could indulge in a variety of treats,tamarind balls rolled in sugar, tamarind soaked in syrup, vibrant sugar cakes in pink and white, or the ever-popular "suck-a-bobby." The anticipation of these sweet delights added a special joy to our daily routine.</w:t>
      </w:r>
    </w:p>
    <w:p w14:paraId="7E40B8B6" w14:textId="77777777" w:rsidR="00DB05F8" w:rsidRDefault="00000000">
      <w:r>
        <w:t>But our afternoons weren’t always ours to keep. Most days, we were dropped off for madrasa, expected to sit through Quranic lessons in a stiff wooden classroom. Our parents waved us off, none the wiser to the quiet escape routine we’d perfected. As soon as the coast was clear, Milo and I slipped away, running full tilt across the back road to Mr Morris’s shop.</w:t>
      </w:r>
    </w:p>
    <w:p w14:paraId="13FB1A6D" w14:textId="77777777" w:rsidR="00DB05F8" w:rsidRDefault="00000000">
      <w:r>
        <w:t>We never really felt like we belonged there.</w:t>
      </w:r>
    </w:p>
    <w:p w14:paraId="23318843" w14:textId="77777777" w:rsidR="00DB05F8" w:rsidRDefault="00000000">
      <w:r>
        <w:t>Milo and I were always the outsiders, the restless ones, the ones who couldn’t sit still or keep our questions quiet. The Molisab looked at us like we were trouble before we even opened our mouths. His eyes sharp. His mouth always tight. His stick was never far from reach.</w:t>
      </w:r>
    </w:p>
    <w:p w14:paraId="3E4542D0" w14:textId="77777777" w:rsidR="00DB05F8" w:rsidRDefault="00000000">
      <w:r>
        <w:t xml:space="preserve">It wasn’t just the boredom that gnawed at us, though the lessons dragged like slow molasses. It was the way we were made to feel, unwelcome, constantly watched, and always a second away from punishment. The Molisab seemed to </w:t>
      </w:r>
      <w:r>
        <w:lastRenderedPageBreak/>
        <w:t>take pleasure in singling us out. Every wrong pronunciation, every glance out the window, every fidget of our hands felt like an excuse for him to lash out with that stick.</w:t>
      </w:r>
    </w:p>
    <w:p w14:paraId="0221028D" w14:textId="77777777" w:rsidR="00DB05F8" w:rsidRDefault="00000000">
      <w:r>
        <w:t>We didn’t fear the lessons. We feared him.</w:t>
      </w:r>
    </w:p>
    <w:p w14:paraId="476B9EA8" w14:textId="77777777" w:rsidR="00DB05F8" w:rsidRDefault="00000000">
      <w:r>
        <w:t>Mr Morris was a sturdy man with steady hands and a weathered smile, always surrounded by scraps of coloured paper, twine, and bits of cane. We’d help him build kites,holding frames while he glued, testing string strength, tying tails,and in return, we’d get a special deal on the ones we liked best. The ones that soared. Flying them was freedom,arms outstretched, feet dusty, hearts light against the wide Bajan sky.</w:t>
      </w:r>
    </w:p>
    <w:p w14:paraId="06B27F29" w14:textId="77777777" w:rsidR="00DB05F8" w:rsidRDefault="00000000">
      <w:r>
        <w:t>We’d sneak back to madrasa just in time to recite our lessons, out of breath but grinning, our pockets full of string and mischief.</w:t>
      </w:r>
    </w:p>
    <w:p w14:paraId="08C4F022" w14:textId="77777777" w:rsidR="00DB05F8" w:rsidRDefault="00000000">
      <w:r>
        <w:t>Saturdays meant Cheapside Market, where Mama bartered with quiet fire, her fingers selecting breadfruit and seasoning peppers while the chatter of vendors rose like a chorus. And no trip to town was complete without a stroll through Swan Street,alive with music, shouting vendors, and bargain bins spilling over with colourful clothes. We’d weave through the crowd, dodging the perfume spritzers, peering into haberdasheries, and stopping to admire mannequins dressed in the latest island fashions. The smell of roasting peanuts and hot patties clung to the air, and someone always seemed to be preaching or laughing out loud.</w:t>
      </w:r>
    </w:p>
    <w:p w14:paraId="063D1096" w14:textId="77777777" w:rsidR="00DB05F8" w:rsidRDefault="00000000">
      <w:r>
        <w:t>Sunday mornings were a spectacle of elegance and unity. Across the island, it felt like a grand fashion show as everyone donned their Sunday best for church. Women wore vibrant dresses with matching hats, men in crisp suits, and children in polished shoes. The church bells rang out, their melodies weaving through the air, calling the faithful to gather. It was a time when the entire country seemed to unite in faith, sharing in hymns, prayers, and the warmth of community.</w:t>
      </w:r>
    </w:p>
    <w:p w14:paraId="6FB201DD" w14:textId="77777777" w:rsidR="00DB05F8" w:rsidRDefault="00000000">
      <w:r>
        <w:t>After secondary school, we’d head straight for the bus stand, making a beeline for Red Hat,the snow cone man with his faded cap and legendary scoops piled high like carnival crowns. Cherry, coconut, blue bubblegum,syrups bright as paint bled into the shaved ice, trickling down our wrists in sticky rainbow streams. We’d savour every slurp, sucking the last sweetness from the cone before it gave way in our hands, cold and melting and perfect.</w:t>
      </w:r>
    </w:p>
    <w:p w14:paraId="1AFE5E0B" w14:textId="77777777" w:rsidR="00DB05F8" w:rsidRDefault="00000000">
      <w:r>
        <w:t>Occasionally, we’d stop by Chefette on the way home, treating ourselves to crispy chips and creamy ice cream. The familiar aroma of fried food and the cool sweetness of the ice cream were the perfect end to a school day.</w:t>
      </w:r>
    </w:p>
    <w:p w14:paraId="2B6A8EE9" w14:textId="77777777" w:rsidR="00DB05F8" w:rsidRDefault="00000000">
      <w:r>
        <w:lastRenderedPageBreak/>
        <w:t>Weekends at the beach were a burst of activity and joy. The sands came alive with people playing football, cricket, and beach tennis. Others tested their skills in boogie boarding and surfing, riding the waves with laughter and determination. The beach was our playground, a place where the community gathered to relax, compete, and celebrate life.</w:t>
      </w:r>
    </w:p>
    <w:p w14:paraId="31F93BFD" w14:textId="77777777" w:rsidR="00DB05F8" w:rsidRDefault="00000000">
      <w:r>
        <w:t>And when Crop Over came,ah, that was magic. We’d line up giddy along the roadside, waiting for the music to hit our chests and the bands to pass. Sequins, feathers, drums and sweat,we screamed, waved, and dreamed of the day we’d play mas too. And in time, we did. We became part of the rhythm, dancing in the dust with pride stitched into every step.</w:t>
      </w:r>
    </w:p>
    <w:p w14:paraId="417F2D5B" w14:textId="77777777" w:rsidR="00DB05F8" w:rsidRDefault="00000000">
      <w:r>
        <w:t>Barbados was also privileged to host the annual Jazz Festival, a celebration of music that brought together international and local jazz talents. The festival featured performances at various venues, including the modern Sir Garfield Sobers Gymnasium and the open-air Farley Hill National Park, ideal for a day of picnicking and jazz. Artists such as Dionne Warwick, Anita Baker, Angie Stone, Robin Thicke, Smokey Robinson, Babyface, Warren Hill, and Alicia Keys graced the stages, filling the air with soulful melodies and vibrant rhythms.</w:t>
      </w:r>
    </w:p>
    <w:p w14:paraId="46FBCABC" w14:textId="77777777" w:rsidR="00DB05F8" w:rsidRDefault="00000000">
      <w:r>
        <w:t>But the culture of Barbados shaped me far beyond the schoolyard and market stalls. It lived in our Sunday lunches,lavish, sacred affairs where families gathered around tables heavy with rice and peas, macaroni pie, stewed chicken, plantains, and a jug of mauby or sorrel to wash it down. It was in the blend of Indian and European heritage that made up our household,seasoning our food, our faith, and our sense of identity. Curry and cou-cou shared space on our plates just as comfortably as English schoolbooks and Islamic teachings lived on our shelves.</w:t>
      </w:r>
    </w:p>
    <w:p w14:paraId="449D5D7F" w14:textId="77777777" w:rsidR="00DB05F8" w:rsidRDefault="00000000">
      <w:r>
        <w:t>Storytelling was its own inheritance,passed down from grandparents in rocking chairs, from neighbours at the shop, from the old heads who remembered when horses trotted through Bridgetown and sugar ruled the economy. These stories stitched us together. They carried warnings, laughter, pride, and pain. They made sense of the past while grounding us in the present.</w:t>
      </w:r>
    </w:p>
    <w:p w14:paraId="6418AAC0" w14:textId="77777777" w:rsidR="00DB05F8" w:rsidRDefault="00000000">
      <w:r>
        <w:t>Respect for elders, hospitality to strangers, pride in appearance, and the fierce belief that we must rise above our struggles,these values shaped how I saw the world. They taught me resilience and restraint, how to speak up and when to hold silence. The island taught me to carry both the light and the weight.</w:t>
      </w:r>
    </w:p>
    <w:p w14:paraId="215B6AE2" w14:textId="77777777" w:rsidR="00DB05F8" w:rsidRDefault="00000000">
      <w:r>
        <w:t xml:space="preserve">Barbados was sunlight and discipline, church bells and laughter, kite strings and snow cones, street cricket, steel pans in the breeze, and stories passed down like </w:t>
      </w:r>
      <w:r>
        <w:lastRenderedPageBreak/>
        <w:t>sacred cloth. It was a second skin, tight with beauty, sometimes suffocating, always unforgettable.</w:t>
      </w:r>
    </w:p>
    <w:p w14:paraId="4B201F7E" w14:textId="77777777" w:rsidR="00DB05F8" w:rsidRDefault="00000000">
      <w:r>
        <w:t>I was born of its salt and sun, shaped by its burdens and its brilliance. And even as I drifted far from its shores, the island’s song never stopped singing in me.</w:t>
      </w:r>
    </w:p>
    <w:p w14:paraId="2A64F1E0" w14:textId="77777777" w:rsidR="00DB05F8" w:rsidRDefault="00000000">
      <w:r>
        <w:br/>
      </w:r>
      <w:r>
        <w:br/>
        <w:t>CHAPTER 2</w:t>
      </w:r>
    </w:p>
    <w:p w14:paraId="7D9FF4B0" w14:textId="77777777" w:rsidR="00DB05F8" w:rsidRDefault="00000000">
      <w:r>
        <w:t>Sisters, Spice, and Sunday Grace</w:t>
      </w:r>
    </w:p>
    <w:p w14:paraId="7C7B0DBA" w14:textId="77777777" w:rsidR="00DB05F8" w:rsidRDefault="00000000">
      <w:r>
        <w:t>“In a house stirred by stories and stewed in spice, it was the women who taught me how."</w:t>
      </w:r>
    </w:p>
    <w:p w14:paraId="17CA9A46" w14:textId="77777777" w:rsidR="00DB05F8" w:rsidRDefault="00000000">
      <w:r>
        <w:t>I was the youngest of nine. I grew up in a busy home, absorbing a constant stream of stories and sounds.</w:t>
      </w:r>
    </w:p>
    <w:p w14:paraId="528D3317" w14:textId="77777777" w:rsidR="00DB05F8" w:rsidRDefault="00000000">
      <w:r>
        <w:t>The chatter of sisters, the mischief of brothers, and the comforting smell of food brought us together, defining my early life despite arguments or prolonged silences.</w:t>
      </w:r>
    </w:p>
    <w:p w14:paraId="0DEDD406" w14:textId="77777777" w:rsidR="00DB05F8" w:rsidRDefault="00000000">
      <w:r>
        <w:t>Our family dynamic was complex, yet deeply rooted in cultural richness. My father's Indian heritage infused our home with structure, spice, and ritual. Simultaneously, inheriting a European heritage from my mother instilled remarkable intellectual curiosity and a remarkably sharp wit.</w:t>
      </w:r>
    </w:p>
    <w:p w14:paraId="77EB9569" w14:textId="77777777" w:rsidR="00DB05F8" w:rsidRDefault="00000000">
      <w:r>
        <w:t>We were a mosaic of identities, one part tradition, one part rebellion, and everything in between.</w:t>
      </w:r>
    </w:p>
    <w:p w14:paraId="23CFD5EE" w14:textId="77777777" w:rsidR="00DB05F8" w:rsidRDefault="00000000">
      <w:r>
        <w:t>There were four sisters before me, each brilliant in their way.</w:t>
      </w:r>
    </w:p>
    <w:p w14:paraId="774EDDCE" w14:textId="77777777" w:rsidR="00DB05F8" w:rsidRDefault="00000000">
      <w:r>
        <w:t>Fay, the eldest, was seventeen years ahead of me. By the time I was old enough to remember, she was already stepping out of girlhood and into her own life. I still remember standing at her wedding in a dress too big and shoes too tight, the littlest bridesmaid spinning in a sea of lace and laughter.</w:t>
      </w:r>
    </w:p>
    <w:p w14:paraId="27A01994" w14:textId="77777777" w:rsidR="00DB05F8" w:rsidRDefault="00000000">
      <w:r>
        <w:t>To me, Fay was glamour. She had a presence that filled a room and a laugh that said she had already figured life out. She moved through the world with certainty, a woman who knew how to balance tradition with ambition.</w:t>
      </w:r>
    </w:p>
    <w:p w14:paraId="44021244" w14:textId="77777777" w:rsidR="00DB05F8" w:rsidRDefault="00000000">
      <w:r>
        <w:t>When she became a mother, something shifted in me. I was no longer the baby, but Fay taught me that being first born didn’t always mean having it easiest. She carried pressure like perfume, invisible but potent.</w:t>
      </w:r>
    </w:p>
    <w:p w14:paraId="1E8389D4" w14:textId="77777777" w:rsidR="00DB05F8" w:rsidRDefault="00000000">
      <w:r>
        <w:lastRenderedPageBreak/>
        <w:t>Her departure from the family home marked the beginning of many changes, yet her presence lingered. She became a mother two years later, and I was no longer the family's baby.</w:t>
      </w:r>
    </w:p>
    <w:p w14:paraId="374B5CAA" w14:textId="77777777" w:rsidR="00DB05F8" w:rsidRDefault="00000000">
      <w:r>
        <w:t>Jules, a determined Muslim woman, excelled in the male-dominated world of accountancy. She demonstrated rules could change, achieving this with grace and grit. She was unlike anyone I had ever known.</w:t>
      </w:r>
    </w:p>
    <w:p w14:paraId="612EA6A5" w14:textId="77777777" w:rsidR="00DB05F8" w:rsidRDefault="00000000">
      <w:r>
        <w:t>She was the first in the family to buy her own car. I still remember the gleam of it in the driveway, not just the shine of new paint, but what it meant. She wasn’t waiting for a man or permission. She got her licence, saved her money, made her move. That car wasn’t just about transport. It was proof. That she could own her own path.</w:t>
      </w:r>
    </w:p>
    <w:p w14:paraId="55BBED52" w14:textId="77777777" w:rsidR="00DB05F8" w:rsidRDefault="00000000">
      <w:r>
        <w:t>Jules moved through the world with quiet authority. People respected her, from the uncle at the mosque to the men in the boardroom. She worked in accountancy, a male-dominated field, riddled with microaggressions and glass ceilings. But she never let the system shrink her.</w:t>
      </w:r>
    </w:p>
    <w:p w14:paraId="258C336A" w14:textId="77777777" w:rsidR="00DB05F8" w:rsidRDefault="00000000">
      <w:r>
        <w:t>She didn’t have to become someone else to succeed. She taught me that dignity wasn’t about softness, it was about clarity, conviction, and knowing your worth without shouting it.</w:t>
      </w:r>
    </w:p>
    <w:p w14:paraId="0E9D2E12" w14:textId="77777777" w:rsidR="00DB05F8" w:rsidRDefault="00000000">
      <w:r>
        <w:t>At home, Jules often stepped into the role of mother, especially when our own was stretched too thin. She set rules. Expected results. Demanded discipline. And I pushed back.</w:t>
      </w:r>
    </w:p>
    <w:p w14:paraId="3EFD23BC" w14:textId="77777777" w:rsidR="00DB05F8" w:rsidRDefault="00000000">
      <w:r>
        <w:t>Hard.</w:t>
      </w:r>
    </w:p>
    <w:p w14:paraId="1050A9CF" w14:textId="77777777" w:rsidR="00DB05F8" w:rsidRDefault="00000000">
      <w:r>
        <w:t>I bristled under her instruction, rebelled against her curfews, questioned everything she told me to do. I wanted freedom. She wanted order. And neither of us wanted to bend.</w:t>
      </w:r>
    </w:p>
    <w:p w14:paraId="018F1AC2" w14:textId="77777777" w:rsidR="00DB05F8" w:rsidRDefault="00000000">
      <w:r>
        <w:t>But beneath our tension was something deeper: her love for me, expressed not in affection but in structure. I see that now.</w:t>
      </w:r>
    </w:p>
    <w:p w14:paraId="6A022C90" w14:textId="77777777" w:rsidR="00DB05F8" w:rsidRDefault="00000000">
      <w:r>
        <w:t>She was a workaholic, the type who would come home late but still fold laundry, check homework, and plan Sunday’s menu. But come the weekend, something in her softened.</w:t>
      </w:r>
    </w:p>
    <w:p w14:paraId="707470F8" w14:textId="77777777" w:rsidR="00DB05F8" w:rsidRDefault="00000000">
      <w:r>
        <w:t>Without fail, she took Milo and me out every Saturday. We’d pile into her car, sometimes to the beach, sometimes to the cinema, sometimes just for ice cream or snowcones and idle chatter.</w:t>
      </w:r>
    </w:p>
    <w:p w14:paraId="3E1ECB89" w14:textId="77777777" w:rsidR="00DB05F8" w:rsidRDefault="00000000">
      <w:r>
        <w:lastRenderedPageBreak/>
        <w:t>Those outings were her way of reconnecting, of being more than the rule-setter. On those days, she wasn’t the substitute mother or the overworked accountant.</w:t>
      </w:r>
    </w:p>
    <w:p w14:paraId="3E7320C2" w14:textId="77777777" w:rsidR="00DB05F8" w:rsidRDefault="00000000">
      <w:r>
        <w:t>Asia was the first to leave the island. The first to say, there’s more, and I want it. She chased something bigger than home, and in her chasing, she gave me permission to dream beyond borders. Asia’s letters would arrive with stories of city lights, protests, art shows, heartbreaks, fragments of a world I hadn’t touched yet but could suddenly see. She made escape look brave, not selfish. She made change seem possible. I didn’t just admire her, I studied her. Because somewhere in her footsteps, I knew I’d find my own.</w:t>
      </w:r>
    </w:p>
    <w:p w14:paraId="61BC9215" w14:textId="77777777" w:rsidR="00DB05F8" w:rsidRDefault="00000000">
      <w:r>
        <w:t>Zara was my anchor. My youngest sister, Still, steady, sharp-eyed and soulful. She was the one who saw the storm coming before anyone else felt the wind shift. While the rest of us spun in emotion or ambition, Zara held the ground. She didn’t speak often, but when she did, it landed. A truth bomb, quiet and clean. She had wisdom that didn’t come from age, but from a depth that seemed ancestral.</w:t>
      </w:r>
    </w:p>
    <w:p w14:paraId="1A3D2724" w14:textId="77777777" w:rsidR="00DB05F8" w:rsidRDefault="00000000">
      <w:r>
        <w:t>With Zara, I didn’t have to explain myself. She just knew. She was the first to notice when I began to shrink into myself, the first to pull me aside with a look that said, You don’t have to pretend with me. With her, I could exhale.</w:t>
      </w:r>
    </w:p>
    <w:p w14:paraId="37135F0E" w14:textId="77777777" w:rsidR="00DB05F8" w:rsidRDefault="00000000">
      <w:r>
        <w:t>I watched them navigate their lives, absorbing their laughter, their heartache, and the quiet strength in their shoulders. Their struggles became mine by osmosis. I didn't always understand, but I felt the shadows in their eyes. Those shadows took shape as I grew, and I realised how their experiences sculpted my own.</w:t>
      </w:r>
    </w:p>
    <w:p w14:paraId="7D3260CB" w14:textId="77777777" w:rsidR="00DB05F8" w:rsidRDefault="00000000">
      <w:r>
        <w:t>Fay taught me grace.</w:t>
      </w:r>
      <w:r>
        <w:br/>
        <w:t>Jules taught me grit.</w:t>
      </w:r>
      <w:r>
        <w:br/>
        <w:t>Asia taught me hunger.</w:t>
      </w:r>
      <w:r>
        <w:br/>
        <w:t>Zara taught me stillness.</w:t>
      </w:r>
    </w:p>
    <w:p w14:paraId="10B83B3E" w14:textId="77777777" w:rsidR="00DB05F8" w:rsidRDefault="00000000">
      <w:r>
        <w:t>And in their shadows and their light, I slowly built myself.</w:t>
      </w:r>
    </w:p>
    <w:p w14:paraId="06C577CB" w14:textId="77777777" w:rsidR="00DB05F8" w:rsidRDefault="00000000">
      <w:r>
        <w:t>Of course, with so many bodies under one roof, friction was inevitable. Fistfights erupted, tears were shed, but the recovery was always swifter than the damage. Beyond blood, a shared rhythm kept us connected, knowing we’d reunite after any storm.</w:t>
      </w:r>
    </w:p>
    <w:p w14:paraId="6091580C" w14:textId="77777777" w:rsidR="00DB05F8" w:rsidRDefault="00000000">
      <w:r>
        <w:t>Our home came alive on Sundays. The scent of roasted chicken, macaroni pie, sweet potato, and spiced cakes would drift through the rooms, calling us to the table like a hymn. We would all hustle around, setting the table with the anticipation of the feast. We dressed in our best, not for guests, but for each other. It was a performance of love.</w:t>
      </w:r>
    </w:p>
    <w:p w14:paraId="42EBB221" w14:textId="77777777" w:rsidR="00DB05F8" w:rsidRDefault="00000000">
      <w:r>
        <w:lastRenderedPageBreak/>
        <w:t>I always started with my favourite dishes, knowing full well that leftovers were a gamble in a house full of hungry mouths. The table became our altar, where we found grounding after a week of frayed nerves and missed connections. Cutlery clinking, laughter bursting, debates and teasing formed the music.</w:t>
      </w:r>
    </w:p>
    <w:p w14:paraId="671D79CC" w14:textId="77777777" w:rsidR="00DB05F8" w:rsidRDefault="00000000">
      <w:r>
        <w:t>Eid and Christmas were magical, melting into one another in our multicultural household. We honoured both, blending traditions with ease. The air would fill with the aroma of curried goat and black cake, the sounds of carols and Qawwali. It lacked conflict; it offered only richness. Only belonging.</w:t>
      </w:r>
    </w:p>
    <w:p w14:paraId="70D670D5" w14:textId="77777777" w:rsidR="00DB05F8" w:rsidRDefault="00000000">
      <w:r>
        <w:br/>
      </w:r>
      <w:r>
        <w:br/>
        <w:t>CHAPTER 3</w:t>
      </w:r>
    </w:p>
    <w:p w14:paraId="6DB38088" w14:textId="77777777" w:rsidR="00DB05F8" w:rsidRDefault="00000000">
      <w:r>
        <w:t>Stars, Straps and Secret Forts</w:t>
      </w:r>
    </w:p>
    <w:p w14:paraId="1A56C37D" w14:textId="77777777" w:rsidR="00DB05F8" w:rsidRDefault="00000000">
      <w:r>
        <w:t>“Some bonds are born not from blood alone, but from laughter in the grass, whispered secrets, and the light of stars shared in silence.”</w:t>
      </w:r>
    </w:p>
    <w:p w14:paraId="0D966369" w14:textId="77777777" w:rsidR="00DB05F8" w:rsidRDefault="00000000">
      <w:r>
        <w:t>My brothers, a mischievous trio, were the heartbeat of my childhood. We were wild, we were noisy, we were inseparable. And in their company, I was never just the little sister, I was a co-conspirator, a worthy teammate, a witness to their becoming.</w:t>
      </w:r>
    </w:p>
    <w:p w14:paraId="5D70742E" w14:textId="77777777" w:rsidR="00DB05F8" w:rsidRDefault="00000000">
      <w:r>
        <w:t>Joe, the eldest, moved like a myth through our house. He was already half-man by the time I was learning to spell my name. There was a gravity to him, a silence that drew me in. He didn’t play with us, he observed, he escaped, he lived one foot out the door. He smelled of aftershave and defiance, his voice lower than the rest, his eyes always scanning for something bigger than our small world could offer.</w:t>
      </w:r>
    </w:p>
    <w:p w14:paraId="3E25FC07" w14:textId="77777777" w:rsidR="00DB05F8" w:rsidRDefault="00000000">
      <w:r>
        <w:t>Sometimes, I’d catch him in moments of softness, tinkering with a bike, sneaking extra sugar into his tea, or leaving behind a “naughty” magazine that wasn’t meant for my eyes. But even in his distance, he shaped me. He was the first man I watched closely. The first to make me wonder what made someone leave home even when love still lived there. Joe was the storm before I understood weather. The first lesson in mystery, in longing, in the ache of absence.</w:t>
      </w:r>
    </w:p>
    <w:p w14:paraId="524260EC" w14:textId="77777777" w:rsidR="00DB05F8" w:rsidRDefault="00000000">
      <w:r>
        <w:t>Dan was fire and thunder, but also the sun that followed the storm. He could erupt in fury one minute and cradle you with humour the next. He was the brother who threw stones at the boys who made fun of my skin, then taught me how to throw them back, harder. He was brave, yes, but not reckless. His bravery came with intention. With a quiet kind of honour.</w:t>
      </w:r>
    </w:p>
    <w:p w14:paraId="578D2968" w14:textId="77777777" w:rsidR="00DB05F8" w:rsidRDefault="00000000">
      <w:r>
        <w:lastRenderedPageBreak/>
        <w:t>Dan made me feel safe in a world where safety was never guaranteed. He taught me how to throw a punch and how to hold a secret. When I cried after a fight with one of our sisters, he didn’t try to fix it, he just handed me half his mango and said, “Sisters are weird, but you’re still mine.” With Dan, I learned that love can be loud, unpolished, and beautifully fierce.</w:t>
      </w:r>
    </w:p>
    <w:p w14:paraId="5D7A554B" w14:textId="77777777" w:rsidR="00DB05F8" w:rsidRDefault="00000000">
      <w:r>
        <w:t>Milo was my other half, just a year apart. My twin in spirit, if not in age. He was the quietest of the three, but his silence held galaxies. Where Dan protected me and Joe intrigued me, Ash understood me. We shared a language that made no sense to anyone else. “Bassa-Bassa,” we called it, gibberish mixed with code, a rhythm all our own.</w:t>
      </w:r>
    </w:p>
    <w:p w14:paraId="39270845" w14:textId="77777777" w:rsidR="00DB05F8" w:rsidRDefault="00000000">
      <w:r>
        <w:t>Ash was the one who watched the world with wonder. Who stared at the sky like it held answers. We built a universe in the cellar, our own dusty, crooked sanctuary made from bicycle frames and old mattresses. It was our spaceship, our palace, our secret place. And in that space, I was never scarred or strange. I was Rae, the wild-eyed dreamer, and he was Milo, the stargazer.</w:t>
      </w:r>
    </w:p>
    <w:p w14:paraId="297519BB" w14:textId="77777777" w:rsidR="00DB05F8" w:rsidRDefault="00000000">
      <w:r>
        <w:t>We would lie on the gallery walls and point out constellations, giving them new names: The Mango Queen, The Lashing Belt, The Escape Plan. Each star carried a wish, a story, a quiet promise that we would never stop imagining more.</w:t>
      </w:r>
    </w:p>
    <w:p w14:paraId="0C68EC89" w14:textId="77777777" w:rsidR="00DB05F8" w:rsidRDefault="00000000">
      <w:r>
        <w:t>Ash taught me tenderness. Not the soft kind that fades, the kind that sees you even when you’re hiding. His smile was infectious. He knew when I was putting on a show. He never told me to calm down, only handed me a smile that said, I know why you’re being loud today.</w:t>
      </w:r>
    </w:p>
    <w:p w14:paraId="3046EFD4" w14:textId="77777777" w:rsidR="00DB05F8" w:rsidRDefault="00000000">
      <w:r>
        <w:t>We weren’t just siblings. We were architects.</w:t>
      </w:r>
      <w:r>
        <w:br/>
        <w:t>We were sugar and storm.</w:t>
      </w:r>
      <w:r>
        <w:br/>
        <w:t>We had scraped knees, belly laughs, and bruises hidden under school uniforms.</w:t>
      </w:r>
      <w:r>
        <w:br/>
        <w:t>We were the ones who laughed even when the strap found our backs. Because of the memories we made? They were always worth it.</w:t>
      </w:r>
    </w:p>
    <w:p w14:paraId="2C6B6A5D" w14:textId="77777777" w:rsidR="00DB05F8" w:rsidRDefault="00000000">
      <w:r>
        <w:t>And yes, there was a shadow too.</w:t>
      </w:r>
    </w:p>
    <w:p w14:paraId="2FDC3D2A" w14:textId="77777777" w:rsidR="00DB05F8" w:rsidRDefault="00000000">
      <w:r>
        <w:t>I was loud sometimes to drown the voice inside that told me I didn’t belong. I climbed the highest trees and pulled the wildest stunts to be seen. Just to prove I could keep up. And sometimes, that ache to be enough almost swallowed me.</w:t>
      </w:r>
    </w:p>
    <w:p w14:paraId="2F2343C2" w14:textId="77777777" w:rsidR="00DB05F8" w:rsidRDefault="00000000">
      <w:r>
        <w:t>But my brothers, they never let me fall into it completely.</w:t>
      </w:r>
    </w:p>
    <w:p w14:paraId="76EB3899" w14:textId="77777777" w:rsidR="00DB05F8" w:rsidRDefault="00000000">
      <w:r>
        <w:t>Joe showed me there was a world beyond our walls.</w:t>
      </w:r>
      <w:r>
        <w:br/>
        <w:t>Dan reminded me I was worth defending.</w:t>
      </w:r>
      <w:r>
        <w:br/>
        <w:t>Ash held my truth, even when I didn’t speak it.</w:t>
      </w:r>
    </w:p>
    <w:p w14:paraId="38E73E98" w14:textId="77777777" w:rsidR="00DB05F8" w:rsidRDefault="00000000">
      <w:r>
        <w:lastRenderedPageBreak/>
        <w:t>Looking back now, I see what we built, not just forts and games, but the foundation of my courage. Of my joy. Of my ability to hold love that’s fierce, flawed, and forever.</w:t>
      </w:r>
    </w:p>
    <w:p w14:paraId="1A590E2F" w14:textId="77777777" w:rsidR="00DB05F8" w:rsidRDefault="00000000">
      <w:r>
        <w:t>We still carry it.</w:t>
      </w:r>
    </w:p>
    <w:p w14:paraId="6581E70E" w14:textId="77777777" w:rsidR="00DB05F8" w:rsidRDefault="00000000">
      <w:r>
        <w:t>In the way we laugh at family dinners.</w:t>
      </w:r>
      <w:r>
        <w:br/>
        <w:t>They text me one emoji instead of a full sentence, and somehow, I know what they mean.</w:t>
      </w:r>
      <w:r>
        <w:br/>
        <w:t>They still call me “girl” with that tone that only brothers can get away with.</w:t>
      </w:r>
    </w:p>
    <w:p w14:paraId="4389F6F3" w14:textId="77777777" w:rsidR="00DB05F8" w:rsidRDefault="00000000">
      <w:r>
        <w:t>We don’t say much. But we don’t need to.</w:t>
      </w:r>
    </w:p>
    <w:p w14:paraId="1ED3B394" w14:textId="77777777" w:rsidR="00DB05F8" w:rsidRDefault="00000000">
      <w:r>
        <w:t>Because the most sacred bonds don’t always speak.</w:t>
      </w:r>
      <w:r>
        <w:br/>
        <w:t>They show up. And stay.</w:t>
      </w:r>
    </w:p>
    <w:p w14:paraId="3A9CEC70" w14:textId="77777777" w:rsidR="00DB05F8" w:rsidRDefault="00000000">
      <w:r>
        <w:br/>
      </w:r>
      <w:r>
        <w:br/>
        <w:t>CHAPTER 4</w:t>
      </w:r>
    </w:p>
    <w:p w14:paraId="31275CF4" w14:textId="77777777" w:rsidR="00DB05F8" w:rsidRDefault="00000000">
      <w:r>
        <w:t>Christmas wrapped in Love</w:t>
      </w:r>
    </w:p>
    <w:p w14:paraId="4E25D56E" w14:textId="77777777" w:rsidR="00DB05F8" w:rsidRDefault="00000000">
      <w:r>
        <w:t>“The most precious gifts are wrapped not in paper, but in love, tradition, and the warmth of remembered joy.”</w:t>
      </w:r>
    </w:p>
    <w:p w14:paraId="1C79C02B" w14:textId="77777777" w:rsidR="00DB05F8" w:rsidRDefault="00000000">
      <w:r>
        <w:t>I still remember Christmases fondly. The preparation began early. Houses were painted afresh, white sand sprinkled at doorsteps, new curtains hung, and the smell of black cake filled the air. These were the moments that anchored us, that told us joy could still live here.</w:t>
      </w:r>
    </w:p>
    <w:p w14:paraId="05CDF7FC" w14:textId="77777777" w:rsidR="00DB05F8" w:rsidRDefault="00000000">
      <w:r>
        <w:t>The dining table was a glorious mess. Brightly coloured wrapping paper, curled ribbons, and name tags were strewn across it, with sticky tape half-tangled in my fingers. This was our Christmas tradition.</w:t>
      </w:r>
    </w:p>
    <w:p w14:paraId="49AF212A" w14:textId="77777777" w:rsidR="00DB05F8" w:rsidRDefault="00000000">
      <w:r>
        <w:t>Year after year, I stood at the heart of it, my father’s helper, his little elf with scissors in one hand and joy in the other.</w:t>
      </w:r>
    </w:p>
    <w:p w14:paraId="5E981EF3" w14:textId="77777777" w:rsidR="00DB05F8" w:rsidRDefault="00000000">
      <w:r>
        <w:t>Each gift had been thoughtfully selected for the people who meant something to him: customers, neighbours, and friends. They were tokens of thanks wrapped in care and purpose.</w:t>
      </w:r>
    </w:p>
    <w:p w14:paraId="0CE83030" w14:textId="77777777" w:rsidR="00DB05F8" w:rsidRDefault="00000000">
      <w:r>
        <w:t>My father orchestrated it all, and his old Datsun was no longer just a car. At Christmas, it transformed into a Caribbean sleigh, its boot filled with goodwill parcels, ready to be delivered with heart and humour.</w:t>
      </w:r>
    </w:p>
    <w:p w14:paraId="428D6818" w14:textId="77777777" w:rsidR="00DB05F8" w:rsidRDefault="00000000">
      <w:r>
        <w:lastRenderedPageBreak/>
        <w:t>We would drive from house to house, and I watched from the passenger seat as arms stretched through car windows to hug and greet him like family. No matter how long it had been, the warmth never faded.</w:t>
      </w:r>
    </w:p>
    <w:p w14:paraId="45DF4592" w14:textId="77777777" w:rsidR="00DB05F8" w:rsidRDefault="00000000">
      <w:r>
        <w:t>There was something sacred in the way he showed up for others. And in return, they gifted him with the bounty of the island, sacks of yams and sweet potatoes, handfuls of nuts, tomatoes still warm from the sun, avocados at their ripest, shaddocks the size of grapefruits, and clementines with their bright tang of citrus that reminded me of laughter under the Caribbean sun.</w:t>
      </w:r>
    </w:p>
    <w:p w14:paraId="217CDE9D" w14:textId="77777777" w:rsidR="00DB05F8" w:rsidRDefault="00000000">
      <w:r>
        <w:t>There were no photos, no fanfare, no online posts. It's just the quiet magic of presence,the unspoken joy of knowing you matter to someone. My father’s way was genuine, generous, and deeply grounded.</w:t>
      </w:r>
    </w:p>
    <w:p w14:paraId="4E74E814" w14:textId="77777777" w:rsidR="00DB05F8" w:rsidRDefault="00000000">
      <w:r>
        <w:t>Preparation always began weeks before. Homes were repainted, white sand was swept neatly at the doorstep, and fresh curtains fluttered in the breeze. The scent of black cake and coconut bread drifted from kitchens like an unbroken hymn, signalling joy and reunion. These moments anchored us, whispering that joy could still live here, even when life felt uncertain.</w:t>
      </w:r>
    </w:p>
    <w:p w14:paraId="75F82632" w14:textId="77777777" w:rsidR="00DB05F8" w:rsidRDefault="00000000">
      <w:r>
        <w:t>And still, when I catch the scent of citrus or glimpse a box of avocados at the market, I am transported back to those December mornings. I remember the rustle of wrapping paper, the rhythm of giving, and the pride of sitting beside him, feeling part of something bigger than myself.</w:t>
      </w:r>
    </w:p>
    <w:p w14:paraId="4BDE51B0" w14:textId="77777777" w:rsidR="00DB05F8" w:rsidRDefault="00000000">
      <w:r>
        <w:t>Those drives with my father taught me lessons that no classroom ever could: generosity, humility, and the actual value of connection. He didn’t just deliver gifts; he built bridges, one parcel at a time.</w:t>
      </w:r>
    </w:p>
    <w:p w14:paraId="2AF09AA4" w14:textId="77777777" w:rsidR="00DB05F8" w:rsidRDefault="00000000">
      <w:r>
        <w:t>As I tie each ribbon and sign each card, I carry that legacy forward,not just at Christmas but every day. I choose kindness whenever I show up for someone else.</w:t>
      </w:r>
    </w:p>
    <w:p w14:paraId="6B6946EA" w14:textId="77777777" w:rsidR="00DB05F8" w:rsidRDefault="00000000">
      <w:r>
        <w:t>I still remember Christmases fondly. The preparation began early. Houses were painted afresh, white sand sprinkled at doorsteps, new curtains hung, and the smell of black cake filled the air. These were the moments that anchored us, that told us joy could still live here.</w:t>
      </w:r>
    </w:p>
    <w:p w14:paraId="40D267D5" w14:textId="77777777" w:rsidR="00DB05F8" w:rsidRDefault="00000000">
      <w:r>
        <w:t>But even the scent of coconut bread or the laughter of my family couldn’t undo the fear that had rooted itself within me.</w:t>
      </w:r>
    </w:p>
    <w:p w14:paraId="62E634B6" w14:textId="77777777" w:rsidR="00DB05F8" w:rsidRDefault="00000000">
      <w:r>
        <w:t xml:space="preserve">The dining table overflowed with items to be wrapped as presents for my dad’s customers, each chosen explicitly for them. I felt like Santa’s helper. My dad’s Datsun would become Santa's sleigh, and I would be my dad’s little elf, watching </w:t>
      </w:r>
      <w:r>
        <w:lastRenderedPageBreak/>
        <w:t>everyone reach through the car window to give my dad a hug and exchange yams, sweet potatoes, nuts, tomatoes, avocados, shaddock, and even clementines.</w:t>
      </w:r>
    </w:p>
    <w:p w14:paraId="34811E42" w14:textId="77777777" w:rsidR="00DB05F8" w:rsidRDefault="00000000">
      <w:r>
        <w:t>To this day, Christmas remains the most meaningful time of the year for me. It’s when memories come alive, and a quiet joy lingers like a familiar melody. Each year, I host a Christmas gathering where generations come together, old and young, sharing laughter, warm embraces, and plates overflowing with love. The clink of glasses, the sound of music, and the gentle hum of conversation fill the space, reminding me that the heart of the season lies in connection.</w:t>
      </w:r>
    </w:p>
    <w:p w14:paraId="58729248" w14:textId="77777777" w:rsidR="00DB05F8" w:rsidRDefault="00000000">
      <w:r>
        <w:br/>
      </w:r>
      <w:r>
        <w:br/>
        <w:t>CHAPTER 5</w:t>
      </w:r>
    </w:p>
    <w:p w14:paraId="3E62B8DC" w14:textId="77777777" w:rsidR="00DB05F8" w:rsidRDefault="00000000">
      <w:r>
        <w:t>Scars Beneath the Surface</w:t>
      </w:r>
    </w:p>
    <w:p w14:paraId="6C5AAE8E" w14:textId="77777777" w:rsidR="00DB05F8" w:rsidRDefault="00000000">
      <w:r>
        <w:t>“The words they threw became the wounds I wore until I learned to wear them as armour.”</w:t>
      </w:r>
    </w:p>
    <w:p w14:paraId="6DE7673B" w14:textId="77777777" w:rsidR="00DB05F8" w:rsidRDefault="00000000">
      <w:r>
        <w:t>During my childhood year at Primary School, my skin told stories I never heard.</w:t>
      </w:r>
      <w:r>
        <w:br/>
        <w:t>A stubborn condition left behind visible marks, raised, discoloured, impossible to hide.</w:t>
      </w:r>
      <w:r>
        <w:br/>
        <w:t>But it was not the marks themselves that hurt the most.</w:t>
      </w:r>
      <w:r>
        <w:br/>
        <w:t>It was how others read them.</w:t>
      </w:r>
      <w:r>
        <w:br/>
        <w:t>How they chose to respond.</w:t>
      </w:r>
    </w:p>
    <w:p w14:paraId="617046FB" w14:textId="77777777" w:rsidR="00DB05F8" w:rsidRDefault="00000000">
      <w:r>
        <w:t>In the schoolyard, my skin became a canvas for cruelty.</w:t>
      </w:r>
      <w:r>
        <w:br/>
        <w:t>Nicknames like "Leopard," "Current Slice," and "Poxy" floated in the air like poison, tossed around with the casual cruelty children can wield so easily.</w:t>
      </w:r>
      <w:r>
        <w:br/>
        <w:t>During break time, some boys would huddle in small groups, sneering as I passed and muttering under their breath, "Da girl poxy boy," while nudging each other and laughing behind their hands.</w:t>
      </w:r>
      <w:r>
        <w:br/>
        <w:t>In PE lessons, boys would pretend to recoil from touching me, muttering loud enough for everyone to hear, "Don't catch her disease."</w:t>
      </w:r>
    </w:p>
    <w:p w14:paraId="2B5FF176" w14:textId="77777777" w:rsidR="00DB05F8" w:rsidRDefault="00000000">
      <w:r>
        <w:t>Sometimes, the jokes went even further.</w:t>
      </w:r>
      <w:r>
        <w:br/>
        <w:t>Once, during a lunch session on the playground, a boy named Nick and his friend Craig were hanging out by the swings.</w:t>
      </w:r>
      <w:r>
        <w:br/>
        <w:t>I was nearby, hanging upside down on one of the climbing bars, feeling the small thrill of blood rushing to my head, trying to forget for a moment the world around me.</w:t>
      </w:r>
      <w:r>
        <w:br/>
        <w:t>Nick laughed and shouted, "Craig, who would survive in the jungle?"</w:t>
      </w:r>
      <w:r>
        <w:br/>
      </w:r>
      <w:r>
        <w:lastRenderedPageBreak/>
        <w:t>He paused for dramatic effect, then pointed straight at me and said, still laughing, "Rae. She already looks like a leopard and hangs like a monkey."</w:t>
      </w:r>
    </w:p>
    <w:p w14:paraId="1ABF1363" w14:textId="77777777" w:rsidR="00DB05F8" w:rsidRDefault="00000000">
      <w:r>
        <w:t>The crowd of children around us erupted in laughter.</w:t>
      </w:r>
      <w:r>
        <w:br/>
        <w:t>The noise felt deafening, a sharp wave that crashed over me.</w:t>
      </w:r>
      <w:r>
        <w:br/>
        <w:t>I stayed frozen for a moment, my smile stretched too tightly across my face, swallowing the sting until it scorched my throat.</w:t>
      </w:r>
    </w:p>
    <w:p w14:paraId="2F577670" w14:textId="77777777" w:rsidR="00DB05F8" w:rsidRDefault="00000000">
      <w:r>
        <w:t>But then something inside me snapped.</w:t>
      </w:r>
    </w:p>
    <w:p w14:paraId="49676660" w14:textId="77777777" w:rsidR="00DB05F8" w:rsidRDefault="00000000">
      <w:r>
        <w:t>I swung my body down from the bars, grabbed a small stone from the edge of the playground and, with a surge of white-hot anger, hurled it at Nick.</w:t>
      </w:r>
      <w:r>
        <w:br/>
        <w:t>It struck him squarely on the side of the head.</w:t>
      </w:r>
      <w:r>
        <w:br/>
        <w:t>There was a moment of stunned silence before a fight broke out, fists and fury tangled together, years of swallowed insults exploding in the space between us.</w:t>
      </w:r>
      <w:r>
        <w:br/>
        <w:t>Teachers came running to break it apart, shouting, pulling us apart by the arms.</w:t>
      </w:r>
      <w:r>
        <w:br/>
        <w:t>After that day, Nick never bothered me again.</w:t>
      </w:r>
    </w:p>
    <w:p w14:paraId="1ECF59DA" w14:textId="77777777" w:rsidR="00DB05F8" w:rsidRDefault="00000000">
      <w:r>
        <w:t>Even small moments carried their own knives.</w:t>
      </w:r>
      <w:r>
        <w:br/>
        <w:t>Passing in the corridor, someone would casually slice their sneaker across my foot, pretending it was an accident, then smirk and saunter away.</w:t>
      </w:r>
      <w:r>
        <w:br/>
        <w:t>A small act, so quick no teacher would ever see it, but deliberate enough to remind me of my place.</w:t>
      </w:r>
      <w:r>
        <w:br/>
        <w:t>The cruelty was constant, sometimes loud, sometimes quiet, but always there.</w:t>
      </w:r>
    </w:p>
    <w:p w14:paraId="13B6C608" w14:textId="77777777" w:rsidR="00DB05F8" w:rsidRDefault="00000000">
      <w:r>
        <w:t>"Sticks and stones may break my bones, but words will never hurt me."</w:t>
      </w:r>
      <w:r>
        <w:br/>
        <w:t>I clung to the rhyme like a talisman, whispering it under my breath like a prayer.</w:t>
      </w:r>
      <w:r>
        <w:br/>
        <w:t>But words did hurt.</w:t>
      </w:r>
      <w:r>
        <w:br/>
        <w:t>They burrowed deeper than any scar, leaving invisible wounds that the eye could not see but the soul could never forget.</w:t>
      </w:r>
    </w:p>
    <w:p w14:paraId="65D7DF78" w14:textId="77777777" w:rsidR="00DB05F8" w:rsidRDefault="00000000">
      <w:r>
        <w:t>In the chaos of a crowded playground, the shrieking laughter, and the echo of bouncing balls against concrete, I built my first fortress.</w:t>
      </w:r>
      <w:r>
        <w:br/>
        <w:t>Smiling became my armour. Laughter, my camouflage.</w:t>
      </w:r>
      <w:r>
        <w:br/>
        <w:t>I wore bravado like a second skin, pretending the names rolled off me, pretending I did not hear the sneers hiding behind forced grins.</w:t>
      </w:r>
    </w:p>
    <w:p w14:paraId="25A4F223" w14:textId="77777777" w:rsidR="00DB05F8" w:rsidRDefault="00000000">
      <w:r>
        <w:t>But inside, I was fragmenting.</w:t>
      </w:r>
      <w:r>
        <w:br/>
        <w:t>Each taunt carved a little more space between who I showed the world and who I felt myself to be.</w:t>
      </w:r>
    </w:p>
    <w:p w14:paraId="43E9DFA3" w14:textId="77777777" w:rsidR="00DB05F8" w:rsidRDefault="00000000">
      <w:r>
        <w:t>At home, I stood at the mirror and searched my reflection for something redeemable.</w:t>
      </w:r>
      <w:r>
        <w:br/>
        <w:t>The glass offered no kindness.</w:t>
      </w:r>
      <w:r>
        <w:br/>
      </w:r>
      <w:r>
        <w:lastRenderedPageBreak/>
        <w:t>It reflected only the storm of self-doubt gathering inside me.</w:t>
      </w:r>
      <w:r>
        <w:br/>
        <w:t>I learnt to avoid mirrors whenever I could, pretending I did not care, pretending it did not matter.</w:t>
      </w:r>
    </w:p>
    <w:p w14:paraId="7E354F85" w14:textId="77777777" w:rsidR="00DB05F8" w:rsidRDefault="00000000">
      <w:r>
        <w:t>Teasing was often disguised as humour, but it ignited something fierce within me, a rage laced with shame.</w:t>
      </w:r>
      <w:r>
        <w:br/>
        <w:t>Fights became a language I spoke fluently: quick fists, a short temper, and a desperate need to prove I was not weak.</w:t>
      </w:r>
      <w:r>
        <w:br/>
        <w:t>Sometimes, it was enough for someone to stare too long or snicker under their breath, and I would lash out.</w:t>
      </w:r>
      <w:r>
        <w:br/>
        <w:t>Each scuffle carried a price: detentions and punishments at school and at home.</w:t>
      </w:r>
      <w:r>
        <w:br/>
        <w:t>But for a moment, in the rush of anger, I reclaimed a sliver of dignity.</w:t>
      </w:r>
    </w:p>
    <w:p w14:paraId="5E38A351" w14:textId="77777777" w:rsidR="00DB05F8" w:rsidRDefault="00000000">
      <w:r>
        <w:t>When fighting became exhausting, I found another way to survive: sports.</w:t>
      </w:r>
      <w:r>
        <w:br/>
        <w:t>I threw myself into cricket, track, tennis, badminton, swimming, volleyball, or any place where my body could speak its power louder than my scars ever could.</w:t>
      </w:r>
      <w:r>
        <w:br/>
        <w:t>On the field, in the pool, I was not "Leopard." I was fast, focused, strong.</w:t>
      </w:r>
      <w:r>
        <w:br/>
        <w:t>My body became an ally, not a betrayal.</w:t>
      </w:r>
    </w:p>
    <w:p w14:paraId="3DDE39F6" w14:textId="77777777" w:rsidR="00DB05F8" w:rsidRDefault="00000000">
      <w:r>
        <w:t>Later, as I grew older, that instinct stayed with me.</w:t>
      </w:r>
      <w:r>
        <w:br/>
        <w:t>I trained in martial arts, learned the weight and balance of weapons, not out of bloodlust, but out of a deep, burning need for safety.</w:t>
      </w:r>
      <w:r>
        <w:br/>
        <w:t>Sport became a sanctuary where my mind could quiet, where movement could soothe the ache of remembered laughter.</w:t>
      </w:r>
    </w:p>
    <w:p w14:paraId="11625C8D" w14:textId="77777777" w:rsidR="00DB05F8" w:rsidRDefault="00000000">
      <w:r>
        <w:t>Yet the loneliness at home was another battle.</w:t>
      </w:r>
    </w:p>
    <w:p w14:paraId="058539F5" w14:textId="77777777" w:rsidR="00DB05F8" w:rsidRDefault="00000000">
      <w:r>
        <w:t>In a family of vibrant, dazzling siblings, I often felt like the dullest star.</w:t>
      </w:r>
      <w:r>
        <w:br/>
        <w:t>They sparkled with charm, confidence, beauty, and I hid in their shadows, trying to become invisible.</w:t>
      </w:r>
      <w:r>
        <w:br/>
        <w:t>It seemed safer to not be seen at all than to risk the sting of judgment once again.</w:t>
      </w:r>
    </w:p>
    <w:p w14:paraId="630D3056" w14:textId="77777777" w:rsidR="00DB05F8" w:rsidRDefault="00000000">
      <w:r>
        <w:t>Invisibility became my shield.</w:t>
      </w:r>
    </w:p>
    <w:p w14:paraId="0C044643" w14:textId="77777777" w:rsidR="00DB05F8" w:rsidRDefault="00000000">
      <w:r>
        <w:t>But even amidst all that aching loneliness, I was never truly alone.</w:t>
      </w:r>
    </w:p>
    <w:p w14:paraId="1B0824DA" w14:textId="77777777" w:rsidR="00DB05F8" w:rsidRDefault="00000000">
      <w:r>
        <w:t>I had my dogs,</w:t>
      </w:r>
      <w:r>
        <w:br/>
        <w:t>Their soft, sun-warmed fur.</w:t>
      </w:r>
      <w:r>
        <w:br/>
        <w:t>Their patient, listening eyes.</w:t>
      </w:r>
      <w:r>
        <w:br/>
        <w:t>Their unconditional, unspoken love.</w:t>
      </w:r>
    </w:p>
    <w:p w14:paraId="227A6EA1" w14:textId="77777777" w:rsidR="00DB05F8" w:rsidRDefault="00000000">
      <w:r>
        <w:t>I would sit on the back steps, pouring my heart out to them under wide, forgiving skies.</w:t>
      </w:r>
      <w:r>
        <w:br/>
        <w:t xml:space="preserve">Dreams, fears, whispered confessions too fragile for human ears, all found their </w:t>
      </w:r>
      <w:r>
        <w:lastRenderedPageBreak/>
        <w:t>way into furry hearts that never turned away.</w:t>
      </w:r>
      <w:r>
        <w:br/>
        <w:t>No sideways glances. No laughter. Just steady, warm presence.</w:t>
      </w:r>
    </w:p>
    <w:p w14:paraId="4DF2C924" w14:textId="77777777" w:rsidR="00DB05F8" w:rsidRDefault="00000000">
      <w:r>
        <w:t>When school days crushed me, when the world's cruelty left invisible bruises, they were there.</w:t>
      </w:r>
      <w:r>
        <w:br/>
        <w:t>A soft nuzzle.</w:t>
      </w:r>
      <w:r>
        <w:br/>
        <w:t>A warm paw on my knee.</w:t>
      </w:r>
      <w:r>
        <w:br/>
        <w:t>A silent reminder, "You are not alone."</w:t>
      </w:r>
    </w:p>
    <w:p w14:paraId="761B3BD2" w14:textId="77777777" w:rsidR="00DB05F8" w:rsidRDefault="00000000">
      <w:r>
        <w:t>Their quiet loyalty taught me something human love sometimes failed to.</w:t>
      </w:r>
      <w:r>
        <w:br/>
        <w:t>That I was worthy.</w:t>
      </w:r>
      <w:r>
        <w:br/>
        <w:t>That I could be loved without needing to hide, or explain, or shrink myself.</w:t>
      </w:r>
    </w:p>
    <w:p w14:paraId="0DD2EE03" w14:textId="77777777" w:rsidR="00DB05F8" w:rsidRDefault="00000000">
      <w:r>
        <w:t>Looking back now, I can still smell the sweet scent of sun on fur.</w:t>
      </w:r>
      <w:r>
        <w:br/>
        <w:t>I can still hear the soft thud of a happy tail.</w:t>
      </w:r>
      <w:r>
        <w:br/>
        <w:t>I can still feel the way their presence wrapped around me, a shield made not of steel, but of pure, unfiltered love.</w:t>
      </w:r>
    </w:p>
    <w:p w14:paraId="7001B331" w14:textId="77777777" w:rsidR="00DB05F8" w:rsidRDefault="00000000">
      <w:r>
        <w:t>My scars were never signs of weakness.</w:t>
      </w:r>
      <w:r>
        <w:br/>
        <w:t>They were maps, charting every storm I survived.</w:t>
      </w:r>
    </w:p>
    <w:p w14:paraId="0C44514B" w14:textId="77777777" w:rsidR="00DB05F8" w:rsidRDefault="00000000">
      <w:r>
        <w:t>The laughter that once sought to silence me now fuels my voice.</w:t>
      </w:r>
      <w:r>
        <w:br/>
        <w:t>The invisibility I once wore has become a presence that takes up its rightful space.</w:t>
      </w:r>
    </w:p>
    <w:p w14:paraId="33EF72B4" w14:textId="77777777" w:rsidR="00DB05F8" w:rsidRDefault="00000000">
      <w:r>
        <w:t>I no longer shrink.</w:t>
      </w:r>
      <w:r>
        <w:br/>
        <w:t>I no longer hide.</w:t>
      </w:r>
    </w:p>
    <w:p w14:paraId="04102FAC" w14:textId="77777777" w:rsidR="00DB05F8" w:rsidRDefault="00000000">
      <w:r>
        <w:t>I stand, scarred, strong, seen.</w:t>
      </w:r>
    </w:p>
    <w:p w14:paraId="7C018983" w14:textId="77777777" w:rsidR="00DB05F8" w:rsidRDefault="00000000">
      <w:r>
        <w:t>And free.</w:t>
      </w:r>
    </w:p>
    <w:p w14:paraId="620550FC" w14:textId="77777777" w:rsidR="00DB05F8" w:rsidRDefault="00000000">
      <w:r>
        <w:br/>
      </w:r>
      <w:r>
        <w:br/>
        <w:t>CHAPTER 6</w:t>
      </w:r>
    </w:p>
    <w:p w14:paraId="0100D10E" w14:textId="77777777" w:rsidR="00DB05F8" w:rsidRDefault="00000000">
      <w:r>
        <w:t>Between the Lines</w:t>
      </w:r>
    </w:p>
    <w:p w14:paraId="1760C315" w14:textId="77777777" w:rsidR="00DB05F8" w:rsidRDefault="00000000">
      <w:r>
        <w:t>“A mother’s strength is often found in the silence between her words.”</w:t>
      </w:r>
    </w:p>
    <w:p w14:paraId="7628AA8F" w14:textId="77777777" w:rsidR="00DB05F8" w:rsidRDefault="00000000">
      <w:r>
        <w:t>My mother was a woman carved from both steel and softness. She could fix you with a sharp stare that halted you in your tracks and, in the same breath, wrap you in a quiet, unwavering love.</w:t>
      </w:r>
    </w:p>
    <w:p w14:paraId="1124228E" w14:textId="77777777" w:rsidR="00DB05F8" w:rsidRDefault="00000000">
      <w:r>
        <w:t xml:space="preserve">She was tall, poised, and striking, with eyes that Dad affectionately called "cat eyes". There was power in her gaze, protective, observant, expecting excellence, </w:t>
      </w:r>
      <w:r>
        <w:lastRenderedPageBreak/>
        <w:t>and demanding it. That demand shaped me, sometimes in painful ways, but it also formed the very core of my strength.</w:t>
      </w:r>
    </w:p>
    <w:p w14:paraId="324E615A" w14:textId="77777777" w:rsidR="00DB05F8" w:rsidRDefault="00000000">
      <w:r>
        <w:t>She was never easy to understand, not entirely. At least, not when I was young. Over time, though, I came to see her not just as my mother, but as a woman with her own battles, her own unspoken depths.</w:t>
      </w:r>
    </w:p>
    <w:p w14:paraId="03F98347" w14:textId="77777777" w:rsidR="00DB05F8" w:rsidRDefault="00000000">
      <w:r>
        <w:t>Her commitment to education was absolute. Every morning, she would slow the car to pick up a newspaper from Mr Johnson, the vendor who hustled across the road to meet her. The scent of fresh print filled the car as she handed it back to us. We were not allowed to skip to the comics. First, we had to read the headlines aloud, spelling out any unfamiliar word three times over. It was a daily ritual that shaped more than our vocabulary. It shaped our sense of presence, power, and pride in knowledge.</w:t>
      </w:r>
    </w:p>
    <w:p w14:paraId="162DFC82" w14:textId="77777777" w:rsidR="00DB05F8" w:rsidRDefault="00000000">
      <w:r>
        <w:t>Evenings became a continuation of that mission. My brother and I sprawled across the bed while Mum orchestrated our nightly spelling battles. The prize was small, an extra 25 cents of spending money, but the real reward was the quiet forging of ambition. Report cards were met with military precision. Anything less than a B+ meant no television, no playtime. And lurking in the background was the tamarind rod, her weapon of choice when the line between discipline and disappointment was crossed.</w:t>
      </w:r>
    </w:p>
    <w:p w14:paraId="7D3CC62A" w14:textId="77777777" w:rsidR="00DB05F8" w:rsidRDefault="00000000">
      <w:r>
        <w:t>She never needed to shout. Her silence, the tight press of her lips, and the refusal to meet your eye spoke louder than any raised voice. And strangely, it was the silence that lingered longest.</w:t>
      </w:r>
    </w:p>
    <w:p w14:paraId="1F8B2947" w14:textId="77777777" w:rsidR="00DB05F8" w:rsidRDefault="00000000">
      <w:r>
        <w:t>One night, after a scolding that left my cheeks hot with shame and my spelling book marked in red, I crept quietly back down the hallway. I was going to apologise. To try again. But I stopped when I saw her,still at the table, glasses perched low on her nose, the tamarind rod lying untouched beside her. Her hands covered her face, elbows resting on the worn wood. Her shoulders moved with a silent sob. No words. Just a long, shuddering breath that seemed to carry the weight of lifetimes. I backed away without a sound. It was the first time I realised that her strength wasn’t effortless. It was costing her something every single day.</w:t>
      </w:r>
    </w:p>
    <w:p w14:paraId="38BB518D" w14:textId="77777777" w:rsidR="00DB05F8" w:rsidRDefault="00000000">
      <w:r>
        <w:t>Once, in one of her rare moments of softness, she shared a story she usually kept buried beneath layers of silence.</w:t>
      </w:r>
    </w:p>
    <w:p w14:paraId="05345003" w14:textId="77777777" w:rsidR="00DB05F8" w:rsidRDefault="00000000">
      <w:r>
        <w:t xml:space="preserve">As a young girl, she had earned a scholarship,her golden ticket, the chance to become a teacher and rewrite her future. But falling in love and the weight of </w:t>
      </w:r>
      <w:r>
        <w:lastRenderedPageBreak/>
        <w:t>early family commitments pulled her off course, and the opportunity slipped away.</w:t>
      </w:r>
    </w:p>
    <w:p w14:paraId="42EE4900" w14:textId="77777777" w:rsidR="00DB05F8" w:rsidRDefault="00000000">
      <w:r>
        <w:t>That loss settled deep within her, an invisible burden she carried for years. From that moment on, she became determined that none of her children would ever feel the sting of a dream so close, then cruelly taken away</w:t>
      </w:r>
    </w:p>
    <w:p w14:paraId="4A734A88" w14:textId="77777777" w:rsidR="00DB05F8" w:rsidRDefault="00000000">
      <w:r>
        <w:t>Her strictness was a fortress built to protect us from the same disappointments that had once nearly broken her. She wielded expectations like armour, and fear like a blade,cutting not to wound us, but to keep the world’s harsher cuts at bay.</w:t>
      </w:r>
    </w:p>
    <w:p w14:paraId="43FF32D3" w14:textId="77777777" w:rsidR="00DB05F8" w:rsidRDefault="00000000">
      <w:r>
        <w:t>It often felt like my siblings and I were held to a different standard. A closer watch. A harsher scrutiny. But with time, I came to understand. My mother was not simply strict for the sake of discipline. She was guarding us against a world that had already taken too much from her.</w:t>
      </w:r>
    </w:p>
    <w:p w14:paraId="304DA650" w14:textId="77777777" w:rsidR="00DB05F8" w:rsidRDefault="00000000">
      <w:r>
        <w:t>Behind her unyielding strength was a woman carrying her own heavy grief. She had raised eight children, but not all of them made it. She knew the searing pain of loss long before I understood its weight. She lost a child when my sister was still a baby, an ache so deep it shaped the way she loved the rest of us. Every rule, every expectation, every moment of protectiveness came from a heart that had already broken once and refused to break again.</w:t>
      </w:r>
    </w:p>
    <w:p w14:paraId="2DF226DA" w14:textId="77777777" w:rsidR="00DB05F8" w:rsidRDefault="00000000">
      <w:r>
        <w:t>And there was more. My mother had known trauma long before motherhood. Two of her siblings had been violently killed, their lives stolen too soon. Others carried their struggles, battles that played out in silence behind closed doors. She grew up in a world where grief and hardship stitched themselves into the fabric of daily life.</w:t>
      </w:r>
    </w:p>
    <w:p w14:paraId="3DC9403A" w14:textId="77777777" w:rsidR="00DB05F8" w:rsidRDefault="00000000">
      <w:r>
        <w:t>These were the unseen wounds she carried, the ghosts she could not name, but that lived in the spaces between her sharpness and her tenderness. Behind her discipline was fear, and behind her fear, a fierce, trembling love that needed us to live, to rise, and to endure.</w:t>
      </w:r>
    </w:p>
    <w:p w14:paraId="6CB1D266" w14:textId="77777777" w:rsidR="00DB05F8" w:rsidRDefault="00000000">
      <w:r>
        <w:t>She wasn’t raising us merely to survive. She was raising us to defy the odds. And she succeeded.</w:t>
      </w:r>
    </w:p>
    <w:p w14:paraId="7CE19161" w14:textId="77777777" w:rsidR="00DB05F8" w:rsidRDefault="00000000">
      <w:r>
        <w:t>Love, in her hands, was not only in hugs and praise. It was in relentless preparation, the high expectations, and the nights she stayed up marking our homework with a stern, silent pride.</w:t>
      </w:r>
    </w:p>
    <w:p w14:paraId="74933FE1" w14:textId="77777777" w:rsidR="00DB05F8" w:rsidRDefault="00000000">
      <w:r>
        <w:t xml:space="preserve">Beyond our home, she was a quiet but unshakeable force in the community, especially within the school. She poured herself into the Parent-Teacher </w:t>
      </w:r>
      <w:r>
        <w:lastRenderedPageBreak/>
        <w:t>Association with the same discipline she poured into us. Every fête, every bake sale, every fundraiser, she was there, sleeves rolled up, heart wide open.</w:t>
      </w:r>
    </w:p>
    <w:p w14:paraId="50068E80" w14:textId="77777777" w:rsidR="00DB05F8" w:rsidRDefault="00000000">
      <w:r>
        <w:t>She baked. She organised. She wrote letters and made phone calls. No event was too small, no detail too insignificant. She rallied people together with a fierce determination that could not be ignored.</w:t>
      </w:r>
    </w:p>
    <w:p w14:paraId="2695B6C4" w14:textId="77777777" w:rsidR="00DB05F8" w:rsidRDefault="00000000">
      <w:r>
        <w:t>Watching her work taught me that real love often looks like showing up, not once, but again and again, without applause, without expectation of reward. She never sought recognition, yet the community saw her. They loved her for her steadfast commitment, her quiet power, and her grace under pressure.</w:t>
      </w:r>
    </w:p>
    <w:p w14:paraId="5891571E" w14:textId="77777777" w:rsidR="00DB05F8" w:rsidRDefault="00000000">
      <w:r>
        <w:t>Teachers respected her. Parents admired her. Children, myself included, looked at her with awe.</w:t>
      </w:r>
    </w:p>
    <w:p w14:paraId="5AC7F28A" w14:textId="77777777" w:rsidR="00DB05F8" w:rsidRDefault="00000000">
      <w:r>
        <w:t>In a time and place where women’s work was often invisible, my mother carved a space where she could not be unseen.</w:t>
      </w:r>
    </w:p>
    <w:p w14:paraId="43B06D67" w14:textId="77777777" w:rsidR="00DB05F8" w:rsidRDefault="00000000">
      <w:r>
        <w:t>Sometimes, I would catch her at school events, laughing with teachers, calming chaos with a single word, and slicing cake she had stayed up all night baking. In those moments, I realised she was offering us something deeper than fundraising. She was building a community. She was building hope.</w:t>
      </w:r>
    </w:p>
    <w:p w14:paraId="6261D704" w14:textId="77777777" w:rsidR="00DB05F8" w:rsidRDefault="00000000">
      <w:r>
        <w:t>And though I didn’t have the words for it then, I see it clearly now. Her devotion was her quiet rebellion against the limitations the world tried to place on her. A way of saying: I am here. I matter. My work matters. My love leaves a mark.</w:t>
      </w:r>
    </w:p>
    <w:p w14:paraId="5E82A30C" w14:textId="77777777" w:rsidR="00DB05F8" w:rsidRDefault="00000000">
      <w:r>
        <w:t>And oh, how it did.</w:t>
      </w:r>
    </w:p>
    <w:p w14:paraId="54B5E118" w14:textId="77777777" w:rsidR="00DB05F8" w:rsidRDefault="00000000">
      <w:r>
        <w:br/>
      </w:r>
      <w:r>
        <w:br/>
        <w:t>CHAPTER 7:</w:t>
      </w:r>
    </w:p>
    <w:p w14:paraId="60893879" w14:textId="77777777" w:rsidR="00DB05F8" w:rsidRDefault="00000000">
      <w:r>
        <w:t>Grandma’s Hands</w:t>
      </w:r>
    </w:p>
    <w:p w14:paraId="0B48633C" w14:textId="77777777" w:rsidR="00DB05F8" w:rsidRDefault="00000000">
      <w:r>
        <w:t>“The softest hands often hold the heaviest truths.”</w:t>
      </w:r>
    </w:p>
    <w:p w14:paraId="7313B023" w14:textId="77777777" w:rsidR="00DB05F8" w:rsidRDefault="00000000">
      <w:r>
        <w:t>My grandmother’s presence was like a gentle hymn that lingered in every corner of our lives. She didn’t just visit on Saturdays; she arrived like a blessing. I would rush through my chores, eager to see her stepping through the doorway in her Sunday best. Her silver hair was swept into a perfect bun, a streak of brown running through it like a trace of her younger years refusing to fade.</w:t>
      </w:r>
    </w:p>
    <w:p w14:paraId="55592985" w14:textId="77777777" w:rsidR="00DB05F8" w:rsidRDefault="00000000">
      <w:r>
        <w:lastRenderedPageBreak/>
        <w:t>Her cat-eyed glasses rested on the bridge of her nose, framing green eyes that sparkled with quiet wisdom. She always smelled of pressed linen and floral talcum powder, a scent I associated with comfort and love.</w:t>
      </w:r>
    </w:p>
    <w:p w14:paraId="589AC86E" w14:textId="77777777" w:rsidR="00DB05F8" w:rsidRDefault="00000000">
      <w:r>
        <w:t>Every Saturday, she’d walk the aisles of Shamrock Supermarket like royalty, selecting the reddest English apples she could find. She brought them home like offerings, a simple gesture that made us feel special.</w:t>
      </w:r>
    </w:p>
    <w:p w14:paraId="4507FA21" w14:textId="77777777" w:rsidR="00DB05F8" w:rsidRDefault="00000000">
      <w:r>
        <w:t>My brother and I would run to her as soon as she arrived, knowing she had a shiny 25 cents for each of us. With coins clutched, we would dart to the neighbourhood shop to buy an O Henry bar, a tamarind ball, and a sugar cake. I always shared my sugar cake with her. It was our unspoken tradition.</w:t>
      </w:r>
    </w:p>
    <w:p w14:paraId="5E13997B" w14:textId="77777777" w:rsidR="00DB05F8" w:rsidRDefault="00000000">
      <w:r>
        <w:t>As I grew older, I began baking for her,little scones, cookies, and sometimes even a sponge cake. One day, I tried to surprise her, but the cake collapsed into a sunken mess. I brought it to her anyway, face flushed with embarrassment. She took a bite, smiled, and said, “Chewy, but sweet enough.” It made me feel like the world’s best baker.</w:t>
      </w:r>
    </w:p>
    <w:p w14:paraId="30F3E731" w14:textId="77777777" w:rsidR="00DB05F8" w:rsidRDefault="00000000">
      <w:r>
        <w:t>I loved sitting on the armrest of her mahogany chair as she told me stories that felt like treasures. Granny spoke of our family’s secrets, love, sacrifice, and the bonds that held us together. Her voice was soft but carried weight, and her words lingered with me long after she had stopped speaking.</w:t>
      </w:r>
    </w:p>
    <w:p w14:paraId="17F8FEAC" w14:textId="77777777" w:rsidR="00DB05F8" w:rsidRDefault="00000000">
      <w:r>
        <w:t>But as the years passed, something changed. Alzheimer’s crept into her life like a silent tide, erasing memories slowly, cruelly. One day, I entered her kitchen, her perfume lingering in the air. I smiled and said hello. She looked at me with distant eyes, full of confusion. She didn’t know who I was.</w:t>
      </w:r>
    </w:p>
    <w:p w14:paraId="464EC4FB" w14:textId="77777777" w:rsidR="00DB05F8" w:rsidRDefault="00000000">
      <w:r>
        <w:t>I stood there, trying not to cry. It felt like I had been erased from her world. But then, in a fleeting moment, she reached out and squeezed my hand.</w:t>
      </w:r>
    </w:p>
    <w:p w14:paraId="56E7A960" w14:textId="77777777" w:rsidR="00DB05F8" w:rsidRDefault="00000000">
      <w:r>
        <w:t>I held on tightly, letting that small gesture say what words couldn’t. I still cry whenever I hear “Grandma’s Hands” by Bill Withers. That song carries me back to her lap, the stories, and the warmth of being seen and loved.</w:t>
      </w:r>
    </w:p>
    <w:p w14:paraId="105999B3" w14:textId="77777777" w:rsidR="00DB05F8" w:rsidRDefault="00000000">
      <w:r>
        <w:t>She was my protector. Whenever my mother or sisters scolded me for unfinished chores or homework, Granny would step in, her voice a firm shield. She didn’t believe in lashings. Once, when she saw the red welts on my skin from the tamarind rod, she argued with my mother for hours.</w:t>
      </w:r>
    </w:p>
    <w:p w14:paraId="586A28FD" w14:textId="77777777" w:rsidR="00DB05F8" w:rsidRDefault="00000000">
      <w:r>
        <w:t>Granny would slice open a fat aloe leaf, the gel glistening as she rubbed it gently over my skin. Her fingers moved slowly, reverently, like she was soothing more than just the sting. It was as if her love had seeped into every scar.</w:t>
      </w:r>
    </w:p>
    <w:p w14:paraId="7BB35E41" w14:textId="77777777" w:rsidR="00DB05F8" w:rsidRDefault="00000000">
      <w:r>
        <w:lastRenderedPageBreak/>
        <w:t>She had her healing rituals. Coconut oil, mixed with castor, warmed in her hands before she would massage it into my skin. I can still smell it. That scent brings her back to me every time. She didn’t flinch at the sight of my “Poxy skin”. Instead, she treated it like something sacred.</w:t>
      </w:r>
    </w:p>
    <w:p w14:paraId="2B33D67B" w14:textId="77777777" w:rsidR="00DB05F8" w:rsidRDefault="00000000">
      <w:r>
        <w:t>She was the only family member in Barbados I ever told about the rape. I was unsure how much she understood, already tangled in the early fog of her illness. But as I lay in her lap, speaking softly while she stared out through the Louvre windows, she gently stroked my hair and muttered, “You have always been the strong.” Those words became my anchor.</w:t>
      </w:r>
    </w:p>
    <w:p w14:paraId="7EB7F1B0" w14:textId="77777777" w:rsidR="00DB05F8" w:rsidRDefault="00000000">
      <w:r>
        <w:t>She was my sanctuary, even when she no longer remembered my name. Losing her was like losing a part of myself. She passed away when I was twenty-seven. I was training for the Pan American Karate Championships, trying to focus and breathe through the grief. My sister called me at the dojo. I picked up, and I knew before she even said the words.</w:t>
      </w:r>
    </w:p>
    <w:p w14:paraId="71BFF84D" w14:textId="77777777" w:rsidR="00DB05F8" w:rsidRDefault="00000000">
      <w:r>
        <w:t>“She’s gone,” she whispered. Time stopped.</w:t>
      </w:r>
    </w:p>
    <w:p w14:paraId="6CA59C7A" w14:textId="77777777" w:rsidR="00DB05F8" w:rsidRDefault="00000000">
      <w:r>
        <w:t>The next morning, I dressed in black and stood by her coffin, my heart a storm of sorrow and gratitude. People say funerals bring closure, but all I felt was her absence.</w:t>
      </w:r>
    </w:p>
    <w:p w14:paraId="2870F3ED" w14:textId="77777777" w:rsidR="00DB05F8" w:rsidRDefault="00000000">
      <w:r>
        <w:t>That day, something within me shifted. I wasn’t just mourning my grandmother. I was mourning the safety she gave me, the soft place to land, the one person who saw me, always.</w:t>
      </w:r>
    </w:p>
    <w:p w14:paraId="104A8B77" w14:textId="77777777" w:rsidR="00DB05F8" w:rsidRDefault="00000000">
      <w:r>
        <w:t>Now, I feel her near when I rub castor oil into my skin or hear a Frank Sinatra, Ella Fitzgerald, or Billie Holiday song on the radio. Her love still echoes in the quiet corners of my life. And when the world feels too heavy, I remember her words: “You have always been strong.”</w:t>
      </w:r>
    </w:p>
    <w:p w14:paraId="16D508D5" w14:textId="77777777" w:rsidR="00DB05F8" w:rsidRDefault="00000000">
      <w:r>
        <w:br/>
      </w:r>
      <w:r>
        <w:br/>
        <w:t>CHAPTER 8</w:t>
      </w:r>
    </w:p>
    <w:p w14:paraId="05C09A7D" w14:textId="77777777" w:rsidR="00DB05F8" w:rsidRDefault="00000000">
      <w:r>
        <w:t>The Silence That Almost Swallowed Me</w:t>
      </w:r>
    </w:p>
    <w:p w14:paraId="48F36F59" w14:textId="77777777" w:rsidR="00DB05F8" w:rsidRDefault="00000000">
      <w:r>
        <w:t>❝The wounds they gave me taught me silence.</w:t>
      </w:r>
      <w:r>
        <w:br/>
        <w:t>But somewhere beneath the ruins, my voice was still breathing.❞</w:t>
      </w:r>
    </w:p>
    <w:p w14:paraId="3E037D2D" w14:textId="77777777" w:rsidR="00DB05F8" w:rsidRDefault="00000000">
      <w:r>
        <w:t>I was 11 years young and childhood had already taught me how to hide.</w:t>
      </w:r>
      <w:r>
        <w:br/>
        <w:t xml:space="preserve">How to tuck fear behind a bright smile, how to fold hurt into quiet corners of </w:t>
      </w:r>
      <w:r>
        <w:lastRenderedPageBreak/>
        <w:t>myself, invisible and undemanding.</w:t>
      </w:r>
      <w:r>
        <w:br/>
        <w:t>Pain, I learnt early, was easier to carry when it was buried under laughter.</w:t>
      </w:r>
    </w:p>
    <w:p w14:paraId="26E60B01" w14:textId="77777777" w:rsidR="00DB05F8" w:rsidRDefault="00000000">
      <w:r>
        <w:t>The betrayal did not come with thunder.</w:t>
      </w:r>
      <w:r>
        <w:br/>
        <w:t>It arrived like a thief, silent, cunning, slipping through an unlocked door I didn’t know I had left open.</w:t>
      </w:r>
    </w:p>
    <w:p w14:paraId="6240EF2A" w14:textId="77777777" w:rsidR="00DB05F8" w:rsidRDefault="00000000">
      <w:r>
        <w:t>He was supposed to be family.</w:t>
      </w:r>
      <w:r>
        <w:br/>
        <w:t>Not by blood, but by something deeper, trust, laughter, shared birthdays, Sunday dinners.</w:t>
      </w:r>
      <w:r>
        <w:br/>
        <w:t>He wore an easy smile, the kind that adults mistook for kindness, for harmlessness.</w:t>
      </w:r>
      <w:r>
        <w:br/>
        <w:t>The kind that made them drop their guard without a second thought.</w:t>
      </w:r>
    </w:p>
    <w:p w14:paraId="70241B3C" w14:textId="77777777" w:rsidR="00DB05F8" w:rsidRDefault="00000000">
      <w:r>
        <w:t>I wish they had been more careful.</w:t>
      </w:r>
      <w:r>
        <w:br/>
        <w:t>I wish I had been more careful.</w:t>
      </w:r>
    </w:p>
    <w:p w14:paraId="3435CC1A" w14:textId="77777777" w:rsidR="00DB05F8" w:rsidRDefault="00000000">
      <w:r>
        <w:t>I was twelve.</w:t>
      </w:r>
      <w:r>
        <w:br/>
        <w:t>Still young enough to believe that smiles meant safety.</w:t>
      </w:r>
      <w:r>
        <w:br/>
        <w:t>Still foolish enough to trust the wrong hands, the wrong gaze, the wrong intentions hiding behind familiar faces.</w:t>
      </w:r>
    </w:p>
    <w:p w14:paraId="0EE3CC4D" w14:textId="77777777" w:rsidR="00DB05F8" w:rsidRDefault="00000000">
      <w:r>
        <w:t>Our house was a low bungalow, thick-walled and brimming with noise, plates clinking, sandals slapping against tiled floors, the hum of a family living without fear.</w:t>
      </w:r>
      <w:r>
        <w:br/>
        <w:t>Bedroom doors were left open on purpose, an unspoken promise that connection was protection.</w:t>
      </w:r>
    </w:p>
    <w:p w14:paraId="54216B0E" w14:textId="77777777" w:rsidR="00DB05F8" w:rsidRDefault="00000000">
      <w:r>
        <w:t>I thought I was safe because the doors were open.</w:t>
      </w:r>
      <w:r>
        <w:br/>
        <w:t>Because laughter filled the halls.</w:t>
      </w:r>
      <w:r>
        <w:br/>
        <w:t>Because the noise was supposed to mean nothing bad could happen.</w:t>
      </w:r>
    </w:p>
    <w:p w14:paraId="2114E40F" w14:textId="77777777" w:rsidR="00DB05F8" w:rsidRDefault="00000000">
      <w:r>
        <w:t>But safety is not always where you expect it to be.</w:t>
      </w:r>
      <w:r>
        <w:br/>
        <w:t>Sometimes the danger is already inside the house, smiling at you across the dinner table.</w:t>
      </w:r>
    </w:p>
    <w:p w14:paraId="397DE379" w14:textId="77777777" w:rsidR="00DB05F8" w:rsidRDefault="00000000">
      <w:r>
        <w:t>The first time it happened, the house was alive.</w:t>
      </w:r>
      <w:r>
        <w:br/>
        <w:t>Laughter floated through the walls. The television buzzed with music videos. Footsteps tapped and shuffled from kitchen to bedroom to patio.</w:t>
      </w:r>
    </w:p>
    <w:p w14:paraId="2D8C727F" w14:textId="77777777" w:rsidR="00DB05F8" w:rsidRDefault="00000000">
      <w:r>
        <w:t>And still, somehow, he found a way.</w:t>
      </w:r>
    </w:p>
    <w:p w14:paraId="00114E4E" w14:textId="77777777" w:rsidR="00DB05F8" w:rsidRDefault="00000000">
      <w:r>
        <w:t>He entered my room like it was his right, like the open door was an invitation.</w:t>
      </w:r>
      <w:r>
        <w:br/>
        <w:t>He sat at the edge of my bed, casual, familiar.</w:t>
      </w:r>
      <w:r>
        <w:br/>
      </w:r>
      <w:r>
        <w:lastRenderedPageBreak/>
        <w:t>I remember the way the mattress dipped under his weight.</w:t>
      </w:r>
      <w:r>
        <w:br/>
        <w:t>The way my breath caught the instant his hand slid beneath the covers.</w:t>
      </w:r>
    </w:p>
    <w:p w14:paraId="32F5A37C" w14:textId="77777777" w:rsidR="00DB05F8" w:rsidRDefault="00000000">
      <w:r>
        <w:t>I froze.</w:t>
      </w:r>
    </w:p>
    <w:p w14:paraId="148D98C7" w14:textId="77777777" w:rsidR="00DB05F8" w:rsidRDefault="00000000">
      <w:r>
        <w:t>Shock clamped my body in place before fear could even find me.</w:t>
      </w:r>
      <w:r>
        <w:br/>
        <w:t>My mind raced, but my body betrayed me, locked in stillness, unable to scream, unable to run.</w:t>
      </w:r>
      <w:r>
        <w:br/>
        <w:t>I lay there, rigid, willing the world to rewind, to undo this moment, to swallow me whole.</w:t>
      </w:r>
    </w:p>
    <w:p w14:paraId="172ACB69" w14:textId="77777777" w:rsidR="00DB05F8" w:rsidRDefault="00000000">
      <w:r>
        <w:t>If I stayed still enough, maybe he would stop.</w:t>
      </w:r>
      <w:r>
        <w:br/>
        <w:t>If I breathed quietly enough, maybe he would leave.</w:t>
      </w:r>
      <w:r>
        <w:br/>
        <w:t>If I became invisible enough, maybe none of it would be real.</w:t>
      </w:r>
    </w:p>
    <w:p w14:paraId="5FCA28B3" w14:textId="77777777" w:rsidR="00DB05F8" w:rsidRDefault="00000000">
      <w:r>
        <w:t>The betrayal was not just in the act.</w:t>
      </w:r>
      <w:r>
        <w:br/>
        <w:t>It was in the ease of it.</w:t>
      </w:r>
      <w:r>
        <w:br/>
        <w:t>In the way he navigated the room, the space, the noise outside, unbothered, unworried, because he knew.</w:t>
      </w:r>
      <w:r>
        <w:br/>
        <w:t>He knew he was protected by trust.</w:t>
      </w:r>
      <w:r>
        <w:br/>
        <w:t>By silence.</w:t>
      </w:r>
      <w:r>
        <w:br/>
        <w:t>By the simple, cruel truth that no one was watching for monsters wearing familiar faces.</w:t>
      </w:r>
    </w:p>
    <w:p w14:paraId="698845A6" w14:textId="77777777" w:rsidR="00DB05F8" w:rsidRDefault="00000000">
      <w:r>
        <w:t>When he left, slipping away as silently as he had come, I stayed frozen.</w:t>
      </w:r>
      <w:r>
        <w:br/>
        <w:t>I didn’t move for what felt like hours.</w:t>
      </w:r>
      <w:r>
        <w:br/>
        <w:t>I didn’t cry.</w:t>
      </w:r>
      <w:r>
        <w:br/>
        <w:t>I didn’t speak.</w:t>
      </w:r>
    </w:p>
    <w:p w14:paraId="2BE4DD5A" w14:textId="77777777" w:rsidR="00DB05F8" w:rsidRDefault="00000000">
      <w:r>
        <w:t>I buried it deep.</w:t>
      </w:r>
    </w:p>
    <w:p w14:paraId="060C9CB1" w14:textId="77777777" w:rsidR="00DB05F8" w:rsidRDefault="00000000">
      <w:r>
        <w:t>Later that evening, I laughed when everyone else laughed.</w:t>
      </w:r>
      <w:r>
        <w:br/>
        <w:t>I helped pass dishes around the table.</w:t>
      </w:r>
      <w:r>
        <w:br/>
        <w:t>I sat near him while he joked with my brothers, while my mother offered him a second helping, while the whole house lived as though nothing had shifted.</w:t>
      </w:r>
    </w:p>
    <w:p w14:paraId="2CE3E15B" w14:textId="77777777" w:rsidR="00DB05F8" w:rsidRDefault="00000000">
      <w:r>
        <w:t>But something inside me had already begun to break and the worst part was, I didn’t even have the words yet to name what he had done.</w:t>
      </w:r>
    </w:p>
    <w:p w14:paraId="3D493C98" w14:textId="77777777" w:rsidR="00DB05F8" w:rsidRDefault="00000000">
      <w:r>
        <w:t>All I knew was that something had been stolen from me.</w:t>
      </w:r>
      <w:r>
        <w:br/>
        <w:t>And nobody,not even I dared to say it aloud.</w:t>
      </w:r>
    </w:p>
    <w:p w14:paraId="3DA67992" w14:textId="77777777" w:rsidR="00DB05F8" w:rsidRDefault="00000000">
      <w:r>
        <w:t>After that night, I built my first walls.</w:t>
      </w:r>
      <w:r>
        <w:br/>
        <w:t>Not from bricks or wood, but from smiles.</w:t>
      </w:r>
      <w:r>
        <w:br/>
      </w:r>
      <w:r>
        <w:lastRenderedPageBreak/>
        <w:t>From silence.</w:t>
      </w:r>
      <w:r>
        <w:br/>
        <w:t>From the way I learned to fold myself smaller without anyone noticing.</w:t>
      </w:r>
    </w:p>
    <w:p w14:paraId="3692B486" w14:textId="77777777" w:rsidR="00DB05F8" w:rsidRDefault="00000000">
      <w:r>
        <w:t>I started padding my body with small, desperate defences.</w:t>
      </w:r>
      <w:r>
        <w:br/>
        <w:t>I wore a sanitary pad every night, thinking maybe it would be enough to protect myself hoping it could make me untouchable.</w:t>
      </w:r>
      <w:r>
        <w:br/>
        <w:t>Invisible.</w:t>
      </w:r>
    </w:p>
    <w:p w14:paraId="35245465" w14:textId="77777777" w:rsidR="00DB05F8" w:rsidRDefault="00000000">
      <w:r>
        <w:t>It didn’t.</w:t>
      </w:r>
    </w:p>
    <w:p w14:paraId="4DC666C1" w14:textId="77777777" w:rsidR="00DB05F8" w:rsidRDefault="00000000">
      <w:r>
        <w:t>Nothing did.</w:t>
      </w:r>
    </w:p>
    <w:p w14:paraId="4F60DF91" w14:textId="77777777" w:rsidR="00DB05F8" w:rsidRDefault="00000000">
      <w:r>
        <w:t>He still came.</w:t>
      </w:r>
      <w:r>
        <w:br/>
        <w:t>He still found ways.</w:t>
      </w:r>
      <w:r>
        <w:br/>
        <w:t>Quiet moments. Crowded rooms. Open doors.</w:t>
      </w:r>
      <w:r>
        <w:br/>
        <w:t>The trust my family gave him cloaked him better than any shadow could have.</w:t>
      </w:r>
    </w:p>
    <w:p w14:paraId="526D9544" w14:textId="77777777" w:rsidR="00DB05F8" w:rsidRDefault="00000000">
      <w:r>
        <w:t>And each time, a part of me slipped further away.</w:t>
      </w:r>
      <w:r>
        <w:br/>
        <w:t>Each time, I learnt a little more how to disappear inside myself.</w:t>
      </w:r>
    </w:p>
    <w:p w14:paraId="51043881" w14:textId="77777777" w:rsidR="00DB05F8" w:rsidRDefault="00000000">
      <w:r>
        <w:t>There was never penetration, not in the way adults would later want to define it, to measure it, to weigh it.</w:t>
      </w:r>
      <w:r>
        <w:br/>
        <w:t>But that distinction meant nothing to the child inside me.</w:t>
      </w:r>
    </w:p>
    <w:p w14:paraId="29F88ECC" w14:textId="77777777" w:rsidR="00DB05F8" w:rsidRDefault="00000000">
      <w:r>
        <w:t>My body remembered it all.</w:t>
      </w:r>
      <w:r>
        <w:br/>
        <w:t>The trespass of hands that never belonged.</w:t>
      </w:r>
      <w:r>
        <w:br/>
        <w:t>The frozen helplessness.</w:t>
      </w:r>
      <w:r>
        <w:br/>
        <w:t>The terror masked as stillness.</w:t>
      </w:r>
      <w:r>
        <w:br/>
        <w:t>The shame that settled into my skin like an unwanted tattoo.</w:t>
      </w:r>
    </w:p>
    <w:p w14:paraId="3F8AEB18" w14:textId="77777777" w:rsidR="00DB05F8" w:rsidRDefault="00000000">
      <w:r>
        <w:t>Every laugh at dinner, every casual conversation, was a betrayal. How could the world still spin the same way?</w:t>
      </w:r>
      <w:r>
        <w:br/>
        <w:t>How could everyone else not see that everything had changed?</w:t>
      </w:r>
    </w:p>
    <w:p w14:paraId="4F69E065" w14:textId="77777777" w:rsidR="00DB05F8" w:rsidRDefault="00000000">
      <w:r>
        <w:t>It didn't stop with the secret touches.</w:t>
      </w:r>
      <w:r>
        <w:br/>
        <w:t>It evolved.</w:t>
      </w:r>
    </w:p>
    <w:p w14:paraId="2BD25304" w14:textId="77777777" w:rsidR="00DB05F8" w:rsidRDefault="00000000">
      <w:r>
        <w:t>Sometimes, he would invent errands, sending me across the street or into another room with some flimsy excuse.</w:t>
      </w:r>
      <w:r>
        <w:br/>
        <w:t>"Bring this to me."</w:t>
      </w:r>
      <w:r>
        <w:br/>
        <w:t>"Drop that off for me."</w:t>
      </w:r>
      <w:r>
        <w:br/>
        <w:t>Innocent favours, until I arrived to find him not alone.</w:t>
      </w:r>
    </w:p>
    <w:p w14:paraId="3EC78F81" w14:textId="77777777" w:rsidR="00DB05F8" w:rsidRDefault="00000000">
      <w:r>
        <w:t>I can still hear the heavy thump of the television blasting pornography into the room.</w:t>
      </w:r>
      <w:r>
        <w:br/>
      </w:r>
      <w:r>
        <w:lastRenderedPageBreak/>
        <w:t>I can still feel the sickness rise up my throat the first time I understood what I was seeing.</w:t>
      </w:r>
    </w:p>
    <w:p w14:paraId="08D9138B" w14:textId="77777777" w:rsidR="00DB05F8" w:rsidRDefault="00000000">
      <w:r>
        <w:t>He would laugh, loud and hollow, and pull me into his lap while his friends jeered and giggled around us.</w:t>
      </w:r>
      <w:r>
        <w:br/>
        <w:t>Their laughter filled the room like smoke, thick and choking.</w:t>
      </w:r>
      <w:r>
        <w:br/>
        <w:t>I tried to squirm away.</w:t>
      </w:r>
      <w:r>
        <w:br/>
        <w:t>Tried to shrink.</w:t>
      </w:r>
      <w:r>
        <w:br/>
        <w:t>Tried to will myself into nothingness.</w:t>
      </w:r>
    </w:p>
    <w:p w14:paraId="0ACF8082" w14:textId="77777777" w:rsidR="00DB05F8" w:rsidRDefault="00000000">
      <w:r>
        <w:t>But to them, I wasn’t a person.</w:t>
      </w:r>
      <w:r>
        <w:br/>
        <w:t>I was an object, a joke passed between grubby hands and greedy eyes.</w:t>
      </w:r>
      <w:r>
        <w:br/>
        <w:t>A thing to be humiliated for sport.</w:t>
      </w:r>
    </w:p>
    <w:p w14:paraId="5581B9DE" w14:textId="77777777" w:rsidR="00DB05F8" w:rsidRDefault="00000000">
      <w:r>
        <w:t>No one helped.</w:t>
      </w:r>
      <w:r>
        <w:br/>
        <w:t>No one said stop.</w:t>
      </w:r>
    </w:p>
    <w:p w14:paraId="6CC44DCA" w14:textId="77777777" w:rsidR="00DB05F8" w:rsidRDefault="00000000">
      <w:r>
        <w:t>Somewhere deep inside me, a truth rooted itself:</w:t>
      </w:r>
    </w:p>
    <w:p w14:paraId="41E93DE9" w14:textId="77777777" w:rsidR="00DB05F8" w:rsidRDefault="00000000">
      <w:r>
        <w:t>Sometimes the people you are told to trust are the ones you must survive.</w:t>
      </w:r>
    </w:p>
    <w:p w14:paraId="2BF8F354" w14:textId="77777777" w:rsidR="00DB05F8" w:rsidRDefault="00000000">
      <w:r>
        <w:t>He knew how to keep me quiet.</w:t>
      </w:r>
    </w:p>
    <w:p w14:paraId="089BB5A3" w14:textId="77777777" w:rsidR="00DB05F8" w:rsidRDefault="00000000">
      <w:r>
        <w:t>"Who will they believe?"</w:t>
      </w:r>
      <w:r>
        <w:br/>
        <w:t>That was all he had to say.</w:t>
      </w:r>
    </w:p>
    <w:p w14:paraId="5893D2B4" w14:textId="77777777" w:rsidR="00DB05F8" w:rsidRDefault="00000000">
      <w:r>
        <w:t>The threat didn't have to be physical.</w:t>
      </w:r>
      <w:r>
        <w:br/>
        <w:t>It was psychological.</w:t>
      </w:r>
      <w:r>
        <w:br/>
        <w:t>It was absolute.</w:t>
      </w:r>
    </w:p>
    <w:p w14:paraId="3A072ED7" w14:textId="77777777" w:rsidR="00DB05F8" w:rsidRDefault="00000000">
      <w:r>
        <w:t>He held the silence over me like a noose, tightening it one whispered warning at a time.</w:t>
      </w:r>
    </w:p>
    <w:p w14:paraId="409CB3B7" w14:textId="77777777" w:rsidR="00DB05F8" w:rsidRDefault="00000000">
      <w:r>
        <w:t>I learnt quickly.</w:t>
      </w:r>
      <w:r>
        <w:br/>
        <w:t>I learnt not to flinch when he walked into a room.</w:t>
      </w:r>
      <w:r>
        <w:br/>
        <w:t>I learnt to laugh at his jokes when my stomach twisted into knots.</w:t>
      </w:r>
      <w:r>
        <w:br/>
        <w:t>I learnt to play my part perfectly because survival demanded it.</w:t>
      </w:r>
    </w:p>
    <w:p w14:paraId="56A74381" w14:textId="77777777" w:rsidR="00DB05F8" w:rsidRDefault="00000000">
      <w:r>
        <w:t>The betrayal wasn't just his.</w:t>
      </w:r>
      <w:r>
        <w:br/>
        <w:t>It became mine too, against myself, against my truth.</w:t>
      </w:r>
    </w:p>
    <w:p w14:paraId="69D58566" w14:textId="77777777" w:rsidR="00DB05F8" w:rsidRDefault="00000000">
      <w:r>
        <w:t>Every time I smiled when I wanted to scream,</w:t>
      </w:r>
      <w:r>
        <w:br/>
        <w:t>Every time I stayed when I wanted to run,</w:t>
      </w:r>
      <w:r>
        <w:br/>
        <w:t>I betrayed the small, frightened girl inside me who only wanted to be safe.</w:t>
      </w:r>
    </w:p>
    <w:p w14:paraId="3F6B9C95" w14:textId="77777777" w:rsidR="00DB05F8" w:rsidRDefault="00000000">
      <w:r>
        <w:t>One day, the pressure broke loose.</w:t>
      </w:r>
    </w:p>
    <w:p w14:paraId="1E62C3A4" w14:textId="77777777" w:rsidR="00DB05F8" w:rsidRDefault="00000000">
      <w:r>
        <w:lastRenderedPageBreak/>
        <w:t>A rush of rage and helplessness coiled in my gut until it erupted.</w:t>
      </w:r>
      <w:r>
        <w:br/>
        <w:t>I grabbed a kitchen knife with shaking hands, heart thundering in my ears, and I threatened to tell Dan, my brother, my protector.</w:t>
      </w:r>
    </w:p>
    <w:p w14:paraId="4DF8374E" w14:textId="77777777" w:rsidR="00DB05F8" w:rsidRDefault="00000000">
      <w:r>
        <w:t>I knew Dan would believe me.</w:t>
      </w:r>
      <w:r>
        <w:br/>
        <w:t>I also knew what he would do.</w:t>
      </w:r>
      <w:r>
        <w:br/>
        <w:t>The violence that would follow.</w:t>
      </w:r>
      <w:r>
        <w:br/>
        <w:t>The ruin.</w:t>
      </w:r>
    </w:p>
    <w:p w14:paraId="466E852D" w14:textId="77777777" w:rsidR="00DB05F8" w:rsidRDefault="00000000">
      <w:r>
        <w:t>I imagined the house drenched in chaos, in blood, in grief.</w:t>
      </w:r>
    </w:p>
    <w:p w14:paraId="18F7E106" w14:textId="77777777" w:rsidR="00DB05F8" w:rsidRDefault="00000000">
      <w:r>
        <w:t>And in that imagining, something inside me withered.</w:t>
      </w:r>
    </w:p>
    <w:p w14:paraId="78805634" w14:textId="77777777" w:rsidR="00DB05F8" w:rsidRDefault="00000000">
      <w:r>
        <w:t>I put the knife down.</w:t>
      </w:r>
    </w:p>
    <w:p w14:paraId="6E77FD7A" w14:textId="77777777" w:rsidR="00DB05F8" w:rsidRDefault="00000000">
      <w:r>
        <w:t>I chose silence again.</w:t>
      </w:r>
    </w:p>
    <w:p w14:paraId="0C442371" w14:textId="77777777" w:rsidR="00DB05F8" w:rsidRDefault="00000000">
      <w:r>
        <w:t>I protected everyone but myself.</w:t>
      </w:r>
    </w:p>
    <w:p w14:paraId="2D104BBE" w14:textId="77777777" w:rsidR="00DB05F8" w:rsidRDefault="00000000">
      <w:r>
        <w:t>Because that was what girls like me were taught to do.</w:t>
      </w:r>
      <w:r>
        <w:br/>
        <w:t>We carried the burdens of other people’s sins.</w:t>
      </w:r>
      <w:r>
        <w:br/>
        <w:t>We bent ourselves backwards to keep the family name unsullied, the gatherings untroubled, the illusions intact.</w:t>
      </w:r>
    </w:p>
    <w:p w14:paraId="65367982" w14:textId="77777777" w:rsidR="00DB05F8" w:rsidRDefault="00000000">
      <w:r>
        <w:t>I stayed silent because I was terrified of becoming the villain in my own story.</w:t>
      </w:r>
      <w:r>
        <w:br/>
        <w:t>Terrified of being doubted, shamed, or pitied.</w:t>
      </w:r>
      <w:r>
        <w:br/>
        <w:t>Terrified that telling the truth would cost more than my pain already had.</w:t>
      </w:r>
    </w:p>
    <w:p w14:paraId="75E066FC" w14:textId="77777777" w:rsidR="00DB05F8" w:rsidRDefault="00000000">
      <w:r>
        <w:t>So I swallowed it all.</w:t>
      </w:r>
      <w:r>
        <w:br/>
        <w:t>And smiled.</w:t>
      </w:r>
      <w:r>
        <w:br/>
        <w:t>And stayed.</w:t>
      </w:r>
      <w:r>
        <w:br/>
        <w:t>And broke a little more each day</w:t>
      </w:r>
    </w:p>
    <w:p w14:paraId="3CDBCDEE" w14:textId="77777777" w:rsidR="00DB05F8" w:rsidRDefault="00000000">
      <w:r>
        <w:t>Even after he left the country, the damage remained.</w:t>
      </w:r>
    </w:p>
    <w:p w14:paraId="5777EB04" w14:textId="77777777" w:rsidR="00DB05F8" w:rsidRDefault="00000000">
      <w:r>
        <w:t>It was never just about what he did.</w:t>
      </w:r>
    </w:p>
    <w:p w14:paraId="2E7FE434" w14:textId="77777777" w:rsidR="00DB05F8" w:rsidRDefault="00000000">
      <w:r>
        <w:t>It was about the silence that followed.</w:t>
      </w:r>
      <w:r>
        <w:br/>
        <w:t>The slow, quiet erosion of safety, of trust, of self.</w:t>
      </w:r>
    </w:p>
    <w:p w14:paraId="7B625A01" w14:textId="77777777" w:rsidR="00DB05F8" w:rsidRDefault="00000000">
      <w:r>
        <w:t>I avoided mirrors.</w:t>
      </w:r>
      <w:r>
        <w:br/>
        <w:t>I avoided stillness.</w:t>
      </w:r>
      <w:r>
        <w:br/>
        <w:t>I filled my life with noise,with chores, with activities, with distractions,anything to outrun the hollow ache lodged inside my chest.</w:t>
      </w:r>
    </w:p>
    <w:p w14:paraId="0723E4A2" w14:textId="77777777" w:rsidR="00DB05F8" w:rsidRDefault="00000000">
      <w:r>
        <w:lastRenderedPageBreak/>
        <w:t>Because stillness was dangerous.</w:t>
      </w:r>
      <w:r>
        <w:br/>
        <w:t>Stillness meant remembering.</w:t>
      </w:r>
    </w:p>
    <w:p w14:paraId="0706CF88" w14:textId="77777777" w:rsidR="00DB05F8" w:rsidRDefault="00000000">
      <w:r>
        <w:t>Even after he left the country, the damage remained. It was never just about what he did. It was about the echo that followed. The way it reshaped my body, my trust, my sense of self.</w:t>
      </w:r>
    </w:p>
    <w:p w14:paraId="2B543C1F" w14:textId="77777777" w:rsidR="00DB05F8" w:rsidRDefault="00000000">
      <w:r>
        <w:t>I avoided mirrors. I avoided stillness. I busied myself with anything that kept me from remembering. Because stillness invited the ghosts back in.</w:t>
      </w:r>
    </w:p>
    <w:p w14:paraId="59932F14" w14:textId="77777777" w:rsidR="00DB05F8" w:rsidRDefault="00000000">
      <w:r>
        <w:t>And when he finally disappeared for good, I felt something unexpected,relief, yes, but also grief. Not for him. For the girl I had been before him. The girl who believed that smiles were safe. The girl who trusted laughter. The girl who no longer existed.</w:t>
      </w:r>
    </w:p>
    <w:p w14:paraId="7E81E67B" w14:textId="77777777" w:rsidR="00DB05F8" w:rsidRDefault="00000000">
      <w:r>
        <w:t>I mourned her in silence. In the way I flinched from affection. In the way I stopped trusting joy. In the pages I couldn’t finish. In the sleep that never came easily.</w:t>
      </w:r>
    </w:p>
    <w:p w14:paraId="5874032E" w14:textId="77777777" w:rsidR="00DB05F8" w:rsidRDefault="00000000">
      <w:r>
        <w:t>And the guilt stayed too. Not for what he did,but for what I couldn’t protect others from. His children, innocent and blameless, left behind. I carried their pain like a ghost that was never mine to hold.</w:t>
      </w:r>
    </w:p>
    <w:p w14:paraId="75AAD758" w14:textId="77777777" w:rsidR="00DB05F8" w:rsidRDefault="00000000">
      <w:r>
        <w:t>Over time, I learned that trauma isn’t one moment. It is a slow, cruel rewiring of the soul.</w:t>
      </w:r>
    </w:p>
    <w:p w14:paraId="361450CB" w14:textId="77777777" w:rsidR="00DB05F8" w:rsidRDefault="00000000">
      <w:r>
        <w:t>It taught me to cling to the wrong people. To confuse chaos with passion. To think being needed meant being loved. To seek rescue in hands that were never steady enough to hold me.</w:t>
      </w:r>
    </w:p>
    <w:p w14:paraId="446C3EF5" w14:textId="77777777" w:rsidR="00DB05F8" w:rsidRDefault="00000000">
      <w:r>
        <w:t>It took years,and therapy,to recognise the patterns I had normalised. The people-pleasing. The way I apologised for things that weren’t mine. The way I confused chaos with passion, and silence with safety.</w:t>
      </w:r>
    </w:p>
    <w:p w14:paraId="07B81439" w14:textId="77777777" w:rsidR="00DB05F8" w:rsidRDefault="00000000">
      <w:r>
        <w:t>Even once I understood, healing was not immediate. It was slow and uneven. Some days I felt grounded, others I unravelled.</w:t>
      </w:r>
    </w:p>
    <w:p w14:paraId="3BEC92AB" w14:textId="77777777" w:rsidR="00DB05F8" w:rsidRDefault="00000000">
      <w:r>
        <w:t>But I learned to pause. I began to question the fear. I practised truth,not for others, but for myself. I let people see more of me. I stayed when I wanted to flee.</w:t>
      </w:r>
    </w:p>
    <w:p w14:paraId="7DC37A4A" w14:textId="77777777" w:rsidR="00DB05F8" w:rsidRDefault="00000000">
      <w:r>
        <w:t>And in those small acts, I began to honour the girl I once was,the one who had carried so much alone.</w:t>
      </w:r>
    </w:p>
    <w:p w14:paraId="4F3776B9" w14:textId="77777777" w:rsidR="00DB05F8" w:rsidRDefault="00000000">
      <w:r>
        <w:t>She deserved more.</w:t>
      </w:r>
      <w:r>
        <w:br/>
        <w:t>So did I.</w:t>
      </w:r>
    </w:p>
    <w:p w14:paraId="1DD26B34" w14:textId="77777777" w:rsidR="00DB05F8" w:rsidRDefault="00000000">
      <w:r>
        <w:lastRenderedPageBreak/>
        <w:br/>
      </w:r>
      <w:r>
        <w:br/>
        <w:t>CHAPTER 9</w:t>
      </w:r>
    </w:p>
    <w:p w14:paraId="2C67751F" w14:textId="77777777" w:rsidR="00DB05F8" w:rsidRDefault="00000000">
      <w:r>
        <w:t>The Quiet Strength of My Father</w:t>
      </w:r>
    </w:p>
    <w:p w14:paraId="1804E7D4" w14:textId="77777777" w:rsidR="00DB05F8" w:rsidRDefault="00000000">
      <w:r>
        <w:t>“Some heroes don’t wear capes. They wear polished shoes, carry laughter in their pockets, and teach us how to love by showing up, again and again.”</w:t>
      </w:r>
    </w:p>
    <w:p w14:paraId="0F3E6106" w14:textId="77777777" w:rsidR="00DB05F8" w:rsidRDefault="00000000">
      <w:r>
        <w:t>Looking back on my childhood, I realise that my bond with my father shaped so much of who I am today. Though small in stature, no taller than a jockey, his presence was anything but. He filled every room with quiet dignity and unmistakable pride. To me, he was a giant.</w:t>
      </w:r>
    </w:p>
    <w:p w14:paraId="671CCEB6" w14:textId="77777777" w:rsidR="00DB05F8" w:rsidRDefault="00000000">
      <w:r>
        <w:t>To me, he was everything.</w:t>
      </w:r>
    </w:p>
    <w:p w14:paraId="57330A69" w14:textId="77777777" w:rsidR="00DB05F8" w:rsidRDefault="00000000">
      <w:r>
        <w:t>My father was a man built from contrasts, a man of few words but endless warmth, a man of rigid principles but a heart tender enough to cradle a whole family.</w:t>
      </w:r>
    </w:p>
    <w:p w14:paraId="5C23465E" w14:textId="77777777" w:rsidR="00DB05F8" w:rsidRDefault="00000000">
      <w:r>
        <w:t>Small in stature, no taller than a jockey, he nevertheless carried a presence that filled every room. It wasn't loudness that drew people to him. It was dignity, that rare kind of quiet authority you could feel long before a word was spoken. He never needed to announce himself; the world made space when he entered.</w:t>
      </w:r>
    </w:p>
    <w:p w14:paraId="504F7763" w14:textId="77777777" w:rsidR="00DB05F8" w:rsidRDefault="00000000">
      <w:r>
        <w:t>There was humour in him too, sly and surprising. It caught you off guard in the best way, like the sun breaking through an overcast day. A muttered joke, a twinkle in his eye. It showed his playful side, a delightful contrast to his dignified bearing.</w:t>
      </w:r>
    </w:p>
    <w:p w14:paraId="13A3F8BE" w14:textId="77777777" w:rsidR="00DB05F8" w:rsidRDefault="00000000">
      <w:r>
        <w:t>He had a gift for connection. Whether delivering goods to a grand plantation house or a modest wooden home, he offered the same warmth and respect. Status meant nothing to him. Kindness cost nothing, he believed, but it meant everything.</w:t>
      </w:r>
    </w:p>
    <w:p w14:paraId="148A5A75" w14:textId="77777777" w:rsidR="00DB05F8" w:rsidRDefault="00000000">
      <w:r>
        <w:t>He was always immaculately dressed. Every crease in his Italian suits was sharp enough to cut through expectation. Even on casual days, his colourful Cuban shirts added a splash of joy.</w:t>
      </w:r>
    </w:p>
    <w:p w14:paraId="1ABCEE48" w14:textId="77777777" w:rsidR="00DB05F8" w:rsidRDefault="00000000">
      <w:r>
        <w:t>But beyond the style, it was the pride he wore like a second skin, pride in who he was, what he had built, and the life he offered us. It was a pride that served as both armour and testimony, shielding a man who had known life's struggles and conquered them with quiet strength.</w:t>
      </w:r>
    </w:p>
    <w:p w14:paraId="5D0E0756" w14:textId="77777777" w:rsidR="00DB05F8" w:rsidRDefault="00000000">
      <w:r>
        <w:lastRenderedPageBreak/>
        <w:t>To me, he was far more than my father. He was my protector, guide, and definition of what it meant to be a man.</w:t>
      </w:r>
    </w:p>
    <w:p w14:paraId="7E3C5D82" w14:textId="77777777" w:rsidR="00DB05F8" w:rsidRDefault="00000000">
      <w:r>
        <w:t>While my older sisters knew a more traditional, sterner version of him, I saw the softness that came with time. He was affectionate with me. The hugs and kisses I received were not familiar to my siblings, but they were daily gifts to me. Something in him changed as he aged, and with me, he allowed his tenderness to take root.</w:t>
      </w:r>
    </w:p>
    <w:p w14:paraId="6CDC3A50" w14:textId="77777777" w:rsidR="00DB05F8" w:rsidRDefault="00000000">
      <w:r>
        <w:t>I followed him everywhere. I was by his side, whether he was tending to plants, picking fruit with a homemade pole, or fixing an engine with his sleeves rolled up. His little helper. His shadow.</w:t>
      </w:r>
    </w:p>
    <w:p w14:paraId="57B5F317" w14:textId="77777777" w:rsidR="00DB05F8" w:rsidRDefault="00000000">
      <w:r>
        <w:t>And beyond his presence, my father had healing hands.</w:t>
      </w:r>
    </w:p>
    <w:p w14:paraId="7A3BA613" w14:textId="77777777" w:rsidR="00DB05F8" w:rsidRDefault="00000000">
      <w:r>
        <w:t>He was a chiropractor, and our home often doubled as a clinic. Neighbours, friends, even strangers would come seeking his help for dislocations, sprains, and aching injuries. Healing was simply another way he loved. I was often his little assistant, standing ready with ice packs, towels, or the anti-inflammatory gels like arnica that we kept stocked. Sometimes, he would ask me to hold a patient’s hand, offering comfort while he worked gently to ease their pain. In those moments, I watched him become something extraordinary, calm, precise, and endlessly patient.</w:t>
      </w:r>
    </w:p>
    <w:p w14:paraId="5D5F163F" w14:textId="77777777" w:rsidR="00DB05F8" w:rsidRDefault="00000000">
      <w:r>
        <w:t>He taught me to observe rather than simply see. How to listen rather than simply hear. He showed me that healing matters as much as discipline, shaping my values without needing to lecture.</w:t>
      </w:r>
    </w:p>
    <w:p w14:paraId="23E54595" w14:textId="77777777" w:rsidR="00DB05F8" w:rsidRDefault="00000000">
      <w:r>
        <w:t>One memory, etched into my bones, captures his spirit more clearly than any words could.</w:t>
      </w:r>
    </w:p>
    <w:p w14:paraId="2DAB1EAD" w14:textId="77777777" w:rsidR="00DB05F8" w:rsidRDefault="00000000">
      <w:r>
        <w:t>It was a simple afternoon at my sister’s house. My brother and I had decided to push the limits of an old swing, daring each other to see who could fly the highest. We soared higher and higher until, with a terrible lurch, the swing spun completely around the bar. I went flying through the air, crashing hard onto the ground.</w:t>
      </w:r>
    </w:p>
    <w:p w14:paraId="18C49982" w14:textId="77777777" w:rsidR="00DB05F8" w:rsidRDefault="00000000">
      <w:r>
        <w:t>I knew something was wrong immediately. My fingers twisted unnaturally. Pain radiated through my elbow. I had dislocated multiple fingers and my elbow too. Terrified of getting into trouble, we said nothing. We crept into my sister’s room, crawled into bed, and tried to sleep away the disaster.</w:t>
      </w:r>
    </w:p>
    <w:p w14:paraId="4941CEB7" w14:textId="77777777" w:rsidR="00DB05F8" w:rsidRDefault="00000000">
      <w:r>
        <w:lastRenderedPageBreak/>
        <w:t>Morning brought agony. My hand was swollen, purple and distorted. Tears stung my eyes as fear wrestled with shame. Finally, unable to hide it any longer, I went to my father.</w:t>
      </w:r>
    </w:p>
    <w:p w14:paraId="7CA42F0C" w14:textId="77777777" w:rsidR="00DB05F8" w:rsidRDefault="00000000">
      <w:r>
        <w:t>I expected anger. Punishment. Instead, he knelt beside me with the gentlest hands I had ever known. His face held no anger, only concern. He examined the injuries carefully, murmuring reassurances, then warned me in a soft voice that because of the swelling, realigning the joints would be painful. I would need to be brave.</w:t>
      </w:r>
    </w:p>
    <w:p w14:paraId="41ADE721" w14:textId="77777777" w:rsidR="00DB05F8" w:rsidRDefault="00000000">
      <w:r>
        <w:t>And so, I was.</w:t>
      </w:r>
    </w:p>
    <w:p w14:paraId="4788BBEC" w14:textId="77777777" w:rsidR="00DB05F8" w:rsidRDefault="00000000">
      <w:r>
        <w:t>He handed me a cold cloth to bite down on. I gritted my teeth, the freezing fabric a poor shield against the waves of pain. He worked as gently as he could, steady and sure, his touch firm but never cruel. My body shook with the effort of not screaming, tears leaking from the corners of my eyes. And when it was done, when the joints slid back into place, he looked at me with pride.</w:t>
      </w:r>
    </w:p>
    <w:p w14:paraId="639E2BE4" w14:textId="77777777" w:rsidR="00DB05F8" w:rsidRDefault="00000000">
      <w:r>
        <w:t>“You were brave,” he said simply, icing my hand with quiet, steady care.</w:t>
      </w:r>
    </w:p>
    <w:p w14:paraId="4606BDE4" w14:textId="77777777" w:rsidR="00DB05F8" w:rsidRDefault="00000000">
      <w:r>
        <w:t>In that moment, I understood something important. Strength was not about force. It was about presence. About staying when things hurt. About doing the hard thing with compassion.</w:t>
      </w:r>
    </w:p>
    <w:p w14:paraId="0BAFBB88" w14:textId="77777777" w:rsidR="00DB05F8" w:rsidRDefault="00000000">
      <w:r>
        <w:t>It was the kind of strength he had carried all his life, the kind he taught me without ever needing to say the words.</w:t>
      </w:r>
    </w:p>
    <w:p w14:paraId="6FBA12DD" w14:textId="77777777" w:rsidR="00DB05F8" w:rsidRDefault="00000000">
      <w:r>
        <w:t>I loved watching him cook biryani in enormous pots over an open fire. I would pass the seasonings, stir the pot, and savour those shared moments. I even took pride in helping him get dressed for work, brushing off his jacket, straightening his collar, part of a sacred daily rhythm between us.</w:t>
      </w:r>
    </w:p>
    <w:p w14:paraId="5072ACE8" w14:textId="77777777" w:rsidR="00DB05F8" w:rsidRDefault="00000000">
      <w:r>
        <w:t>Saturday race days at the Garrison were among our most special rituals. While my siblings enjoyed the picnic, I stayed close to him. We spoke in a language of horses, analysing their strength, energy and spirit. He could read a horse’s mood with one look, and I absorbed every word like scripture.</w:t>
      </w:r>
    </w:p>
    <w:p w14:paraId="5A602D73" w14:textId="77777777" w:rsidR="00DB05F8" w:rsidRDefault="00000000">
      <w:r>
        <w:t>Those Saturdays taught me more than just how to love horses. They taught me to listen, observe, and feel connected without speaking.</w:t>
      </w:r>
    </w:p>
    <w:p w14:paraId="36BC8792" w14:textId="77777777" w:rsidR="00DB05F8" w:rsidRDefault="00000000">
      <w:r>
        <w:t>I remember countryside deliveries in his Datsun, just the two of us. Whether stopping at small wooden homes or vast plantation houses, my father offered the same warmth and respect. He was fair, grounded, and effortlessly kind. His presence opened doors and hearts.</w:t>
      </w:r>
    </w:p>
    <w:p w14:paraId="79A9AA00" w14:textId="77777777" w:rsidR="00DB05F8" w:rsidRDefault="00000000">
      <w:r>
        <w:lastRenderedPageBreak/>
        <w:t>One of my favourite spots was what I called the zebra walls. We'd pause there to talk about animals, childhood adventures, and whatever else came to mind. It felt like our own little world, away from everything else.</w:t>
      </w:r>
    </w:p>
    <w:p w14:paraId="7CEBCA84" w14:textId="77777777" w:rsidR="00DB05F8" w:rsidRDefault="00000000">
      <w:r>
        <w:t>At Christmas, our home transformed into a hub of giving. Around our big table, we would wrap piles of gifts to deliver to our customers. It was never about showing off. It was about showing up. His belief in kindness was not loud, but it was steady.</w:t>
      </w:r>
    </w:p>
    <w:p w14:paraId="7CC52834" w14:textId="77777777" w:rsidR="00DB05F8" w:rsidRDefault="00000000">
      <w:r>
        <w:t>And then there was boxing.</w:t>
      </w:r>
    </w:p>
    <w:p w14:paraId="32A455A4" w14:textId="77777777" w:rsidR="00DB05F8" w:rsidRDefault="00000000">
      <w:r>
        <w:t>The living room would turn electric during big matches. We sat side by side, watching legends like Ali, Frazier, and Sugar Ray. Every punch felt like a heartbeat. The air buzzed with excitement. My father’s commentary brought the matches to life. He taught me the history, techniques, and stories behind the fighters.</w:t>
      </w:r>
    </w:p>
    <w:p w14:paraId="65764D11" w14:textId="77777777" w:rsidR="00DB05F8" w:rsidRDefault="00000000">
      <w:r>
        <w:t>More than the sport, those moments taught me about resilience, strength laced with humility, and passion that never needed to boast.</w:t>
      </w:r>
    </w:p>
    <w:p w14:paraId="067772E0" w14:textId="77777777" w:rsidR="00DB05F8" w:rsidRDefault="00000000">
      <w:r>
        <w:t>I was the only daughter who had ever gone on holiday with Daddy,just the two of us. I was sixteen, suspended in that strange in-between space, no longer a child, not quite an adult, awaiting my CXC results and wondering what came next.</w:t>
      </w:r>
    </w:p>
    <w:p w14:paraId="2F7EABDB" w14:textId="77777777" w:rsidR="00DB05F8" w:rsidRDefault="00000000">
      <w:r>
        <w:t>That trip marked more than just time away from home; it was the first time I saw my father outside his everyday routine, beyond the familiar rhythm of family life. It felt like I was being invited into an extra space, his world and mine.</w:t>
      </w:r>
    </w:p>
    <w:p w14:paraId="2993B80B" w14:textId="77777777" w:rsidR="00DB05F8" w:rsidRDefault="00000000">
      <w:r>
        <w:t>As I matured, I noticed another dimension to my father. He possessed a rigid black-and-white perspective. Life had to be his way or not at all. This uncompromising outlook created significant challenges for some of my elder siblings, who struggled to navigate his expectations.</w:t>
      </w:r>
    </w:p>
    <w:p w14:paraId="23083C6A" w14:textId="77777777" w:rsidR="00DB05F8" w:rsidRDefault="00000000">
      <w:r>
        <w:t>I, too, wrestled with that pressure as I began forging my path, craving independence while longing for his approval.</w:t>
      </w:r>
    </w:p>
    <w:p w14:paraId="0E026DC0" w14:textId="77777777" w:rsidR="00DB05F8" w:rsidRDefault="00000000">
      <w:r>
        <w:t>My stubbornness didn’t help. Neither did the deep, pitted scars that acne had carved across my cheeks during my teenage years. They weren’t just marks; they were reminders of shame.</w:t>
      </w:r>
    </w:p>
    <w:p w14:paraId="0E391DEB" w14:textId="77777777" w:rsidR="00DB05F8" w:rsidRDefault="00000000">
      <w:r>
        <w:t>Each morning, I faced my reflection, the mirror’s gaze harsh and unforgiving. The scent of face wash lingered in the air, laced with the silent hum of insecurity. My fingers often drifted to my cheeks, tracing the uneven terrain like a map of when I felt ugly, unworthy, unseen.</w:t>
      </w:r>
    </w:p>
    <w:p w14:paraId="403D7891" w14:textId="77777777" w:rsidR="00DB05F8" w:rsidRDefault="00000000">
      <w:r>
        <w:lastRenderedPageBreak/>
        <w:t>I believed I had disappointed him. I had once been called the enchanting butterfly. Now, I saw only the ugly duckling. Desperate to make him proud, I poured everything into my studies. Education was my mother’s currency of love; grades were the proof. Anything less than an ‘A’ felt like a failure.</w:t>
      </w:r>
    </w:p>
    <w:p w14:paraId="1147355C" w14:textId="77777777" w:rsidR="00DB05F8" w:rsidRDefault="00000000">
      <w:r>
        <w:t>But this trip to Toronto gave me something else. It loosened the weight of that burden, if only a little. It was the first time in a long time that I felt reconnected to him and to myself.</w:t>
      </w:r>
    </w:p>
    <w:p w14:paraId="73D6C65D" w14:textId="77777777" w:rsidR="00DB05F8" w:rsidRDefault="00000000">
      <w:r>
        <w:t>We did everything. He took me on my first real roller coaster, and I can still feel the way my stomach dropped, the wild shriek that escaped me, and the laughter that followed, his loud and free, mine breathless and delighted. I clung to his arm on the water ride, and we both got completely soaked.</w:t>
      </w:r>
    </w:p>
    <w:p w14:paraId="1184C39E" w14:textId="77777777" w:rsidR="00DB05F8" w:rsidRDefault="00000000">
      <w:r>
        <w:t>Drenched from head to toe, water squelching in our shoes and dripping from our hair, we laughed like children. “You see what you get me into?” he joked, shaking his head with a grin. I laughed so hard I could barely breathe.</w:t>
      </w:r>
    </w:p>
    <w:p w14:paraId="2D51322E" w14:textId="77777777" w:rsidR="00DB05F8" w:rsidRDefault="00000000">
      <w:r>
        <w:t>We visited the falls, and I remember standing there in awe, watching the water cascade like silk from the sky. He told me stories from his youth, pointed out birds, and taught me how to find peace in stillness. At the zoo, I saw animals I’d only read about, wide-eyed with wonder. So many things happened for the first time on that trip, and he was there for all of it.</w:t>
      </w:r>
    </w:p>
    <w:p w14:paraId="1EFEE7E1" w14:textId="77777777" w:rsidR="00DB05F8" w:rsidRDefault="00000000">
      <w:r>
        <w:t>Something quiet and powerful passed between us that week. A closeness I didn’t realise I’d been craving. In those moments, between the laughter, the shared meals, and the silences that weren’t heavy. I felt a kind of safety I hadn’t felt in years. A sense that maybe I was enough. I held on to that feeling for as long as I could, tucking it away like a secret treasure.</w:t>
      </w:r>
    </w:p>
    <w:p w14:paraId="34125C0F" w14:textId="77777777" w:rsidR="00DB05F8" w:rsidRDefault="00000000">
      <w:r>
        <w:t>That trip wasn’t just a holiday. It was healing. A rare time when love didn’t have to be earned, it was simply given. And I carried that version of us, that gentle space we found, into the years that followed.</w:t>
      </w:r>
    </w:p>
    <w:p w14:paraId="3F628391" w14:textId="77777777" w:rsidR="00DB05F8" w:rsidRDefault="00000000">
      <w:r>
        <w:t>He also had flaws, a rigid sense of right and wrong that sometimes built walls between him and those who loved him. I often felt the weight of his expectations, chasing approval I was unsure I could earn. It showed how high his standards were, sometimes straining the bonds that tied us.</w:t>
      </w:r>
    </w:p>
    <w:p w14:paraId="415E1C88" w14:textId="77777777" w:rsidR="00DB05F8" w:rsidRDefault="00000000">
      <w:r>
        <w:t>As I grew older, I realised how deeply I sought his approval. I measured my successes by the smile on his face. I tried to perfect everything, not for praise, but because I wanted him to be proud.</w:t>
      </w:r>
    </w:p>
    <w:p w14:paraId="5279527D" w14:textId="77777777" w:rsidR="00DB05F8" w:rsidRDefault="00000000">
      <w:r>
        <w:lastRenderedPageBreak/>
        <w:t>He showed me what true strength looks like. Not the kind that shouts, but the kind that stays. The kind that waters plants, wraps gifts with care, and shares his knowledge without ego. He taught me to stand tall just by walking beside him.</w:t>
      </w:r>
    </w:p>
    <w:p w14:paraId="135E7163" w14:textId="77777777" w:rsidR="00DB05F8" w:rsidRDefault="00000000">
      <w:r>
        <w:t>And that kind of love never fades. It only grows quieter. Deeper. Steadier.</w:t>
      </w:r>
    </w:p>
    <w:p w14:paraId="29308CA0" w14:textId="77777777" w:rsidR="00DB05F8" w:rsidRDefault="00000000">
      <w:r>
        <w:br/>
      </w:r>
      <w:r>
        <w:br/>
        <w:t>CHAPTER 10</w:t>
      </w:r>
    </w:p>
    <w:p w14:paraId="468FAFAA" w14:textId="77777777" w:rsidR="00DB05F8" w:rsidRDefault="00000000">
      <w:r>
        <w:t>The Silence Between Us</w:t>
      </w:r>
    </w:p>
    <w:p w14:paraId="1152E8EC" w14:textId="77777777" w:rsidR="00DB05F8" w:rsidRDefault="00000000">
      <w:r>
        <w:t>“What hurts most is not just what was done to me, but the words I could never say to the one person I thought would always protect me.”</w:t>
      </w:r>
    </w:p>
    <w:p w14:paraId="34BE693F" w14:textId="77777777" w:rsidR="00DB05F8" w:rsidRDefault="00000000">
      <w:r>
        <w:t>There are some truths so heavy they sit like stones in the chest, unmoving and unspoken. The truth of my abuse was one of those. And what made the weight even harder to bear was knowing I could never place it at my father’s feet.</w:t>
      </w:r>
    </w:p>
    <w:p w14:paraId="07D8629E" w14:textId="77777777" w:rsidR="00DB05F8" w:rsidRDefault="00000000">
      <w:r>
        <w:t>He was my hero. My guide. The man whose presence made me feel safe in a world that often felt uncertain. In his arms, I believed no harm could ever touch me. He was strength and steadiness, the one who knew how to fix anything from a broken tap to a bad day.</w:t>
      </w:r>
    </w:p>
    <w:p w14:paraId="134BFAE1" w14:textId="77777777" w:rsidR="00DB05F8" w:rsidRDefault="00000000">
      <w:r>
        <w:t>But he couldn’t fix this. Because I never told him.</w:t>
      </w:r>
    </w:p>
    <w:p w14:paraId="64E4350B" w14:textId="77777777" w:rsidR="00DB05F8" w:rsidRDefault="00000000">
      <w:r>
        <w:t>The silence wasn’t because I didn’t want to. It was because I didn’t know how. I didn’t have the words, the courage, or the belief that my pain would be understood the way I needed it to be. Somewhere deep inside, a voice whispered that telling him might shatter the image I held so tightly. The image of him as my protector.</w:t>
      </w:r>
    </w:p>
    <w:p w14:paraId="21D3E6C0" w14:textId="77777777" w:rsidR="00DB05F8" w:rsidRDefault="00000000">
      <w:r>
        <w:t>And yet, the silence hurt both ways.</w:t>
      </w:r>
    </w:p>
    <w:p w14:paraId="594821F9" w14:textId="77777777" w:rsidR="00DB05F8" w:rsidRDefault="00000000">
      <w:r>
        <w:t>Not telling him made me feel like I wasn’t worth saving. Like my pain didn’t deserve space in the world he so carefully held together. I was the little girl who trailed behind him, helping him pick fruit and water plants, listening wide-eyed to the tales of horses and heroes. When I needed him most, I could not reach for him. That distance between us, built not through neglect but through fear, became one of the deepest wounds I carried.</w:t>
      </w:r>
    </w:p>
    <w:p w14:paraId="3F4C3F93" w14:textId="77777777" w:rsidR="00DB05F8" w:rsidRDefault="00000000">
      <w:r>
        <w:t>I carried guilt for staying silent and resentment for feeling unprotected. For a long time, I turned the blame inward. And then, slowly, I allowed myself to feel disappointed. Because a part of me had hoped he would just know that he would sense the ache I could not name and rescue me as he always had.</w:t>
      </w:r>
    </w:p>
    <w:p w14:paraId="6B2FB661" w14:textId="77777777" w:rsidR="00DB05F8" w:rsidRDefault="00000000">
      <w:r>
        <w:lastRenderedPageBreak/>
        <w:t>But my father could not shield me from everything. And perhaps that is the hardest part of growing up, learning that even our heroes are not invincible.</w:t>
      </w:r>
    </w:p>
    <w:p w14:paraId="2074881F" w14:textId="77777777" w:rsidR="00DB05F8" w:rsidRDefault="00000000">
      <w:r>
        <w:t>Upon reflection, a painful truth rose to the surface: I felt betrayed by my father, the one person I had believed would protect me. Instead of being my safe place, he created an atmosphere where judgement replaced understanding, and silence took the place of comfort.</w:t>
      </w:r>
    </w:p>
    <w:p w14:paraId="3196E1DB" w14:textId="77777777" w:rsidR="00DB05F8" w:rsidRDefault="00000000">
      <w:r>
        <w:t>Early on, I learned to keep my feelings hidden, afraid that speaking up would only lead to criticism or shame. In that silence, my need for validation grew louder.</w:t>
      </w:r>
    </w:p>
    <w:p w14:paraId="04636B2D" w14:textId="77777777" w:rsidR="00DB05F8" w:rsidRDefault="00000000">
      <w:r>
        <w:t>As I looked back through the lens of healing, I uncovered a bittersweet reality, betrayal cloaked in what should have been love. My father, the man I longed to trust with my pain, had built walls instead of bridges.</w:t>
      </w:r>
    </w:p>
    <w:p w14:paraId="75133DF0" w14:textId="77777777" w:rsidR="00DB05F8" w:rsidRDefault="00000000">
      <w:r>
        <w:t>The home I grew up in should have been my sanctuary, but too often it became a space where I felt I had to earn my right to be heard. I feared my voice. Acceptance, if it ever came, felt conditional.</w:t>
      </w:r>
    </w:p>
    <w:p w14:paraId="7E3C20E9" w14:textId="77777777" w:rsidR="00DB05F8" w:rsidRDefault="00000000">
      <w:r>
        <w:t>Without even realising it, I carried those patterns into my relationships. I clung to anyone who made me feel seen, even briefly. Whether the relationships were healthy became secondary to the safety, I thought I had found.</w:t>
      </w:r>
    </w:p>
    <w:p w14:paraId="63C78D18" w14:textId="77777777" w:rsidR="00DB05F8" w:rsidRDefault="00000000">
      <w:r>
        <w:t>My identity became tangled in what others needed me to be. I bent to fit their expectations, believing that love had to be earned by shrinking myself.</w:t>
      </w:r>
    </w:p>
    <w:p w14:paraId="797CB4B2" w14:textId="77777777" w:rsidR="00DB05F8" w:rsidRDefault="00000000">
      <w:r>
        <w:t>Harsh words chipped away at what little self-worth I had left. I endured relationships that thrived on dishonesty and control, relationships where they spotlighted my flaws and used them against me.</w:t>
      </w:r>
    </w:p>
    <w:p w14:paraId="402D0ED8" w14:textId="77777777" w:rsidR="00DB05F8" w:rsidRDefault="00000000">
      <w:r>
        <w:t>I allowed myself to be hidden from the world, convinced that being kept in the shadows was better than being rejected altogether.</w:t>
      </w:r>
    </w:p>
    <w:p w14:paraId="1B9F49D1" w14:textId="77777777" w:rsidR="00DB05F8" w:rsidRDefault="00000000">
      <w:r>
        <w:t>The wounds from my past did not stay in the past. They crept into my present, influencing who I trusted and how I loved. But through reflection, I’ve understood their origins. And in that understanding, I’ve started the slow but necessary journey of reclaiming my worth.</w:t>
      </w:r>
    </w:p>
    <w:p w14:paraId="48DF8621" w14:textId="77777777" w:rsidR="00DB05F8" w:rsidRDefault="00000000">
      <w:r>
        <w:t>It does not erase the love. It does not undo the years of laughter, of quiet rituals and gentle guidance. But it changes how I hold him in my heart, not just as the father who carried me through my early days, but also as the man who did not see when I was slipping beneath the surface.</w:t>
      </w:r>
    </w:p>
    <w:p w14:paraId="42298A76" w14:textId="77777777" w:rsidR="00DB05F8" w:rsidRDefault="00000000">
      <w:r>
        <w:t>There is sorrow in that, but also understanding.</w:t>
      </w:r>
    </w:p>
    <w:p w14:paraId="4EB1AEFA" w14:textId="77777777" w:rsidR="00DB05F8" w:rsidRDefault="00000000">
      <w:r>
        <w:lastRenderedPageBreak/>
        <w:t>With time, I have learnt to forgive both of us. He did the best he could with what he had. And I survived, even though the silence.</w:t>
      </w:r>
    </w:p>
    <w:p w14:paraId="11928C0F" w14:textId="77777777" w:rsidR="00DB05F8" w:rsidRDefault="00000000">
      <w:r>
        <w:t>I have since found my voice and learnt that my truth matters. Though I never told him everything, I am learning to speak now, for myself, for others, and for the girl I used to be.</w:t>
      </w:r>
    </w:p>
    <w:p w14:paraId="3E13C9C1" w14:textId="77777777" w:rsidR="00DB05F8" w:rsidRDefault="00000000">
      <w:r>
        <w:t>In my way, that is how I let him protect me. Not with answers, but with the strength he passed on, quietly, through the love that remained.</w:t>
      </w:r>
    </w:p>
    <w:p w14:paraId="182FD4B2" w14:textId="77777777" w:rsidR="00DB05F8" w:rsidRDefault="00000000">
      <w:r>
        <w:br/>
      </w:r>
      <w:r>
        <w:br/>
        <w:t>CHAPTER 11</w:t>
      </w:r>
    </w:p>
    <w:p w14:paraId="7DFF737F" w14:textId="77777777" w:rsidR="00DB05F8" w:rsidRDefault="00000000">
      <w:r>
        <w:t>The Year I Bled Into Becoming</w:t>
      </w:r>
    </w:p>
    <w:p w14:paraId="4BFED03D" w14:textId="77777777" w:rsidR="00DB05F8" w:rsidRDefault="00000000">
      <w:r>
        <w:t>"Some lessons arrive before we are ready to understand them. Some beginnings come wrapped in fear but bloom into strength."</w:t>
      </w:r>
    </w:p>
    <w:p w14:paraId="09878CCE" w14:textId="77777777" w:rsidR="00DB05F8" w:rsidRDefault="00000000">
      <w:r>
        <w:t>I was 11 years old when it started. It began with an ache.</w:t>
      </w:r>
      <w:r>
        <w:br/>
        <w:t>A twisting, gnawing pain deep in my belly that grew sharper by the minute, stealing the breath from my lungs.</w:t>
      </w:r>
    </w:p>
    <w:p w14:paraId="303169BE" w14:textId="77777777" w:rsidR="00DB05F8" w:rsidRDefault="00000000">
      <w:r>
        <w:t>At first, I thought it was just another cramp, something I could wait out. I curled into myself on the bed, clutching my stomach, rocking slightly, willing the pain to ease.</w:t>
      </w:r>
      <w:r>
        <w:br/>
        <w:t>But it did not ease.</w:t>
      </w:r>
      <w:r>
        <w:br/>
        <w:t>It deepened.</w:t>
      </w:r>
    </w:p>
    <w:p w14:paraId="72B26C9F" w14:textId="77777777" w:rsidR="00DB05F8" w:rsidRDefault="00000000">
      <w:r>
        <w:t>Then came the wetness.</w:t>
      </w:r>
      <w:r>
        <w:br/>
        <w:t>When I pulled back the covers and saw the blood, bright and startling against my clothes, a scream rose in my throat but never made it out.</w:t>
      </w:r>
    </w:p>
    <w:p w14:paraId="41FDFE5B" w14:textId="77777777" w:rsidR="00DB05F8" w:rsidRDefault="00000000">
      <w:r>
        <w:t>Panic took its place.</w:t>
      </w:r>
    </w:p>
    <w:p w14:paraId="4813C6CB" w14:textId="77777777" w:rsidR="00DB05F8" w:rsidRDefault="00000000">
      <w:r>
        <w:t>I was bleeding.</w:t>
      </w:r>
      <w:r>
        <w:br/>
        <w:t>I was in pain.</w:t>
      </w:r>
      <w:r>
        <w:br/>
        <w:t>And no one had told me this could happen.</w:t>
      </w:r>
      <w:r>
        <w:br/>
        <w:t>No one had warned me that your own body could betray you so violently, so silently.</w:t>
      </w:r>
    </w:p>
    <w:p w14:paraId="39BE3C81" w14:textId="77777777" w:rsidR="00DB05F8" w:rsidRDefault="00000000">
      <w:r>
        <w:t>I thought I was dying.</w:t>
      </w:r>
    </w:p>
    <w:p w14:paraId="5223E3C6" w14:textId="77777777" w:rsidR="00DB05F8" w:rsidRDefault="00000000">
      <w:r>
        <w:t>There was no other explanation in my child's mind.</w:t>
      </w:r>
      <w:r>
        <w:br/>
        <w:t>Blood meant injury.</w:t>
      </w:r>
      <w:r>
        <w:br/>
      </w:r>
      <w:r>
        <w:lastRenderedPageBreak/>
        <w:t>Blood meant danger.</w:t>
      </w:r>
      <w:r>
        <w:br/>
        <w:t>Blood meant endings.</w:t>
      </w:r>
    </w:p>
    <w:p w14:paraId="45E604A3" w14:textId="77777777" w:rsidR="00DB05F8" w:rsidRDefault="00000000">
      <w:r>
        <w:t>I curled tighter into the bed, terrified to move, terrified to cry out. Somewhere deep down, a voice whispered that maybe if I stayed very still, very quiet, it would stop.</w:t>
      </w:r>
      <w:r>
        <w:br/>
        <w:t>Maybe the dying would not hurt as much.</w:t>
      </w:r>
    </w:p>
    <w:p w14:paraId="244CB5A9" w14:textId="77777777" w:rsidR="00DB05F8" w:rsidRDefault="00000000">
      <w:r>
        <w:t>The minutes dragged like hours.</w:t>
      </w:r>
      <w:r>
        <w:br/>
        <w:t>The pain in my stomach throbbed in rhythm with the fear pounding in my chest.</w:t>
      </w:r>
      <w:r>
        <w:br/>
        <w:t>Hot tears slipped down my cheeks, but I barely noticed them.</w:t>
      </w:r>
      <w:r>
        <w:br/>
        <w:t>My world had shrunk to the size of that ache, that blood, that terrible certainty that something inside me had torn beyond repair.</w:t>
      </w:r>
    </w:p>
    <w:p w14:paraId="2DE1E312" w14:textId="77777777" w:rsidR="00DB05F8" w:rsidRDefault="00000000">
      <w:r>
        <w:t>And worse than the pain was the loneliness.</w:t>
      </w:r>
      <w:r>
        <w:br/>
        <w:t>Because no one had prepared me for this.</w:t>
      </w:r>
      <w:r>
        <w:br/>
        <w:t>No one had told me that this too was a kind of beginning, not an ending.</w:t>
      </w:r>
    </w:p>
    <w:p w14:paraId="4DD0F8BD" w14:textId="77777777" w:rsidR="00DB05F8" w:rsidRDefault="00000000">
      <w:r>
        <w:t>I did not know that this pain was not punishment.</w:t>
      </w:r>
      <w:r>
        <w:br/>
        <w:t>That the blood was not a sentence, but a signal.</w:t>
      </w:r>
      <w:r>
        <w:br/>
        <w:t>That I was not dying.</w:t>
      </w:r>
      <w:r>
        <w:br/>
        <w:t>I was becoming.</w:t>
      </w:r>
    </w:p>
    <w:p w14:paraId="64E34446" w14:textId="77777777" w:rsidR="00DB05F8" w:rsidRDefault="00000000">
      <w:r>
        <w:t>But in that moment, curled up, crying, and convinced I was dying, all I knew was fear.</w:t>
      </w:r>
      <w:r>
        <w:br/>
        <w:t>And all I wanted was for someone to find me and tell me the truth:</w:t>
      </w:r>
      <w:r>
        <w:br/>
        <w:t>You are not dying.</w:t>
      </w:r>
      <w:r>
        <w:br/>
        <w:t>You are becoming.</w:t>
      </w:r>
    </w:p>
    <w:p w14:paraId="7DBF148E" w14:textId="77777777" w:rsidR="00DB05F8" w:rsidRDefault="00000000">
      <w:r>
        <w:t>I was 11 years old.</w:t>
      </w:r>
    </w:p>
    <w:p w14:paraId="268497B4" w14:textId="77777777" w:rsidR="00DB05F8" w:rsidRDefault="00000000">
      <w:r>
        <w:t>Curled up in bed, drowning in pain and panic, when the door creaked open and Dan, my brother, stepped into the room. He took one look at me, his face folding with concern.</w:t>
      </w:r>
    </w:p>
    <w:p w14:paraId="47BCA17E" w14:textId="77777777" w:rsidR="00DB05F8" w:rsidRDefault="00000000">
      <w:r>
        <w:t>"What is up with you?" he asked, his voice carrying that familiar roughness that usually made me roll my eyes.</w:t>
      </w:r>
    </w:p>
    <w:p w14:paraId="2A8C3518" w14:textId="77777777" w:rsidR="00DB05F8" w:rsidRDefault="00000000">
      <w:r>
        <w:t>"I think I am dying," I whispered.</w:t>
      </w:r>
    </w:p>
    <w:p w14:paraId="5FDD96C9" w14:textId="77777777" w:rsidR="00DB05F8" w:rsidRDefault="00000000">
      <w:r>
        <w:t>He looked genuinely confused.</w:t>
      </w:r>
      <w:r>
        <w:br/>
        <w:t>"What are you talking about? Is it your asthma? Are you having trouble breathing?"</w:t>
      </w:r>
    </w:p>
    <w:p w14:paraId="52EE7848" w14:textId="77777777" w:rsidR="00DB05F8" w:rsidRDefault="00000000">
      <w:r>
        <w:lastRenderedPageBreak/>
        <w:t>I shook my head miserably.</w:t>
      </w:r>
      <w:r>
        <w:br/>
        <w:t>"No... no..."</w:t>
      </w:r>
    </w:p>
    <w:p w14:paraId="21894524" w14:textId="77777777" w:rsidR="00DB05F8" w:rsidRDefault="00000000">
      <w:r>
        <w:t>"So what is the problem, then?" he pressed, crossing his arms, growing more concerned.</w:t>
      </w:r>
    </w:p>
    <w:p w14:paraId="2A2E2788" w14:textId="77777777" w:rsidR="00DB05F8" w:rsidRDefault="00000000">
      <w:r>
        <w:t>I pulled the blanket tighter around me and choked out,</w:t>
      </w:r>
      <w:r>
        <w:br/>
        <w:t>"I'm bleeding... down there. And it hurts so much."</w:t>
      </w:r>
    </w:p>
    <w:p w14:paraId="47AF61C0" w14:textId="77777777" w:rsidR="00DB05F8" w:rsidRDefault="00000000">
      <w:r>
        <w:t>For a moment, he just stared at me, completely baffled.</w:t>
      </w:r>
      <w:r>
        <w:br/>
        <w:t>Then, to my horror, he burst out laughing.</w:t>
      </w:r>
    </w:p>
    <w:p w14:paraId="2E45D852" w14:textId="77777777" w:rsidR="00DB05F8" w:rsidRDefault="00000000">
      <w:r>
        <w:t>I was furious.</w:t>
      </w:r>
      <w:r>
        <w:br/>
        <w:t>Here I was, dying, and he was laughing.</w:t>
      </w:r>
    </w:p>
    <w:p w14:paraId="488885E6" w14:textId="77777777" w:rsidR="00DB05F8" w:rsidRDefault="00000000">
      <w:r>
        <w:t>"You are not dying, stupid," he said between chuckles. "You have your period. You are becoming a woman."</w:t>
      </w:r>
    </w:p>
    <w:p w14:paraId="3885A6AA" w14:textId="77777777" w:rsidR="00DB05F8" w:rsidRDefault="00000000">
      <w:r>
        <w:t>I blinked at him, stunned.</w:t>
      </w:r>
      <w:r>
        <w:br/>
        <w:t>The words did not make sense.</w:t>
      </w:r>
      <w:r>
        <w:br/>
        <w:t>Becoming a woman?</w:t>
      </w:r>
      <w:r>
        <w:br/>
        <w:t>I did not feel strong or beautiful.</w:t>
      </w:r>
      <w:r>
        <w:br/>
        <w:t>I felt broken and terrified.</w:t>
      </w:r>
    </w:p>
    <w:p w14:paraId="7A57A6FD" w14:textId="77777777" w:rsidR="00DB05F8" w:rsidRDefault="00000000">
      <w:r>
        <w:t>Dan softened a little then, ruffling my hair in that annoying big brother way.</w:t>
      </w:r>
      <w:r>
        <w:br/>
        <w:t>"Hold on. I will call Janice," he said, meaning his girlfriend at the time. "She will tell you what to do."</w:t>
      </w:r>
    </w:p>
    <w:p w14:paraId="0FAE32F2" w14:textId="77777777" w:rsidR="00DB05F8" w:rsidRDefault="00000000">
      <w:r>
        <w:t>Minutes later, he handed me the phone.</w:t>
      </w:r>
      <w:r>
        <w:br/>
        <w:t>Janice’s voice floated through the crackling line, calm and kind.</w:t>
      </w:r>
    </w:p>
    <w:p w14:paraId="28E52B22" w14:textId="77777777" w:rsidR="00DB05F8" w:rsidRDefault="00000000">
      <w:r>
        <w:t>She talked me through it gently, explaining what was happening to my body, what to expect, how to take care of myself. She spoke about pads, about the cramps, about how it was completely normal even though it felt like everything inside me was falling apart.</w:t>
      </w:r>
    </w:p>
    <w:p w14:paraId="7AB47A2F" w14:textId="77777777" w:rsidR="00DB05F8" w:rsidRDefault="00000000">
      <w:r>
        <w:t>It was not the elegant, celebrated rite of passage I had imagined.</w:t>
      </w:r>
    </w:p>
    <w:p w14:paraId="78C05E2C" w14:textId="77777777" w:rsidR="00DB05F8" w:rsidRDefault="00000000">
      <w:r>
        <w:t>There were no candles.</w:t>
      </w:r>
      <w:r>
        <w:br/>
        <w:t>No circle of women passing down sacred wisdom.</w:t>
      </w:r>
      <w:r>
        <w:br/>
        <w:t>No hands to hold mine as I crossed into this new, strange chapter of life.</w:t>
      </w:r>
    </w:p>
    <w:p w14:paraId="06E9BCFE" w14:textId="77777777" w:rsidR="00DB05F8" w:rsidRDefault="00000000">
      <w:r>
        <w:t>There was Dan, awkward and half-laughing.</w:t>
      </w:r>
      <w:r>
        <w:br/>
        <w:t>There was Janice, offering quiet instructions over the phone.</w:t>
      </w:r>
      <w:r>
        <w:br/>
      </w:r>
      <w:r>
        <w:lastRenderedPageBreak/>
        <w:t>And there was me, curled up in bed, trembling and trying to believe that maybe, just maybe, I was not dying after all.</w:t>
      </w:r>
    </w:p>
    <w:p w14:paraId="50040B41" w14:textId="77777777" w:rsidR="00DB05F8" w:rsidRDefault="00000000">
      <w:r>
        <w:t>Later, when the pain finally dulled and I lay staring at the ceiling, a different ache settled inside me.</w:t>
      </w:r>
    </w:p>
    <w:p w14:paraId="4630922E" w14:textId="77777777" w:rsidR="00DB05F8" w:rsidRDefault="00000000">
      <w:r>
        <w:t>I never understood why it had been such an unspoken topic.</w:t>
      </w:r>
      <w:r>
        <w:br/>
        <w:t>Why, in a house full of sisters and women, something so natural and inevitable had been wrapped in silence.</w:t>
      </w:r>
      <w:r>
        <w:br/>
        <w:t>Why, in those terrifying moments when I thought I was bleeding to death, and I had not felt like I could call out for my mother or turn to one of my sisters.</w:t>
      </w:r>
    </w:p>
    <w:p w14:paraId="5064D92F" w14:textId="77777777" w:rsidR="00DB05F8" w:rsidRDefault="00000000">
      <w:r>
        <w:t>The fear had not just been about the blood.</w:t>
      </w:r>
      <w:r>
        <w:br/>
        <w:t>It had been about the loneliness of it.</w:t>
      </w:r>
      <w:r>
        <w:br/>
        <w:t>The not knowing.</w:t>
      </w:r>
      <w:r>
        <w:br/>
        <w:t>The feeling that somehow this change was mine to endure quietly, without guidance or comfort.</w:t>
      </w:r>
    </w:p>
    <w:p w14:paraId="47ECBE2F" w14:textId="77777777" w:rsidR="00DB05F8" w:rsidRDefault="00000000">
      <w:r>
        <w:t>It took me years to understand the quiet poetry of that moment.</w:t>
      </w:r>
    </w:p>
    <w:p w14:paraId="6048F04E" w14:textId="77777777" w:rsidR="00DB05F8" w:rsidRDefault="00000000">
      <w:r>
        <w:t>Because in a house filled with sisters, you would think that becoming a woman would feel like a ceremony, something sacred and shared.</w:t>
      </w:r>
      <w:r>
        <w:br/>
        <w:t>But instead, it was something much simpler:</w:t>
      </w:r>
      <w:r>
        <w:br/>
        <w:t>A confused brother.</w:t>
      </w:r>
      <w:r>
        <w:br/>
        <w:t>A kind voice on the other end of a phone.</w:t>
      </w:r>
      <w:r>
        <w:br/>
        <w:t>And a quiet, trembling girl who thought she was dying, but was really just being born into a new kind of strength.</w:t>
      </w:r>
    </w:p>
    <w:p w14:paraId="6937DB5E" w14:textId="77777777" w:rsidR="00DB05F8" w:rsidRDefault="00000000">
      <w:r>
        <w:br/>
      </w:r>
      <w:r>
        <w:br/>
        <w:t>CHAPTER 12</w:t>
      </w:r>
    </w:p>
    <w:p w14:paraId="1EE788BB" w14:textId="77777777" w:rsidR="00DB05F8" w:rsidRDefault="00000000">
      <w:r>
        <w:t>When the Distance Began</w:t>
      </w:r>
    </w:p>
    <w:p w14:paraId="337530C5" w14:textId="77777777" w:rsidR="00DB05F8" w:rsidRDefault="00000000">
      <w:r>
        <w:t>“Sometimes the first heartbreak isn’t romantic. It’s the moment a parent turns away.”</w:t>
      </w:r>
    </w:p>
    <w:p w14:paraId="31DCD04E" w14:textId="77777777" w:rsidR="00DB05F8" w:rsidRDefault="00000000">
      <w:r>
        <w:t>1981 was a big year for me and I can trace the first real crack in my confidence back to one quiet, unforgettable moment. I was eleven, nervous and excited on the first day of secondary school. I reached out instinctively, wanting to hug and kiss my father on the cheek, as I always had. But he stopped me. With a calmness that stung more than anger, he said, “You’re too old for this now.”</w:t>
      </w:r>
    </w:p>
    <w:p w14:paraId="7F3018E6" w14:textId="77777777" w:rsidR="00DB05F8" w:rsidRDefault="00000000">
      <w:r>
        <w:t xml:space="preserve">That simple phrase struck deeper than he could have known. I froze. I smiled politely, nodded as if I understood, and turned away. But something inside me </w:t>
      </w:r>
      <w:r>
        <w:lastRenderedPageBreak/>
        <w:t>had shifted. That moment carved a scar I couldn’t name. It was the first time I felt rejected by someone I loved deeply. It was the first time I questioned whether I was too much, needy, or affectionate,too anything.</w:t>
      </w:r>
    </w:p>
    <w:p w14:paraId="73382437" w14:textId="77777777" w:rsidR="00DB05F8" w:rsidRDefault="00000000">
      <w:r>
        <w:t>As I grew older, I understood a different side of my father. He had a rigid view of life, a sense that there was only one right way to do things, and it was always his. There was no space for grey, no middle ground. For some of my older siblings, this made the path to adulthood rougher, as they tried to push against expectations that wouldn’t bend. I, too, felt the strain as I tried to find my way.</w:t>
      </w:r>
    </w:p>
    <w:p w14:paraId="4BD24B24" w14:textId="77777777" w:rsidR="00DB05F8" w:rsidRDefault="00000000">
      <w:r>
        <w:t>By then, I was already battling my reflection. My face bore the scars of teenage acne deep, pitted reminders that seemed to scream louder than any words. Each morning, I stood before the mirror, scrutinising every blemish, every mark.</w:t>
      </w:r>
    </w:p>
    <w:p w14:paraId="5D9972FA" w14:textId="77777777" w:rsidR="00DB05F8" w:rsidRDefault="00000000">
      <w:r>
        <w:t>The scent of medicated face wash lingered in the bathroom, clinging to the air like shame. I ran my fingers across the textured surface of my cheeks, feeling not just the uneven skin but the weight of not being enough.</w:t>
      </w:r>
    </w:p>
    <w:p w14:paraId="62DCC4EC" w14:textId="77777777" w:rsidR="00DB05F8" w:rsidRDefault="00000000">
      <w:r>
        <w:t>I convinced myself I had let him down. My father, who once saw me as his enchanting little girl, must have seen something different now. Something disappointing. I wasn’t the butterfly anymore. I had become, in my own eyes, the awkward duckling.</w:t>
      </w:r>
    </w:p>
    <w:p w14:paraId="4A7B8559" w14:textId="77777777" w:rsidR="00DB05F8" w:rsidRDefault="00000000">
      <w:r>
        <w:t>Desperate to make up for it, I buried myself in schoolwork. If I couldn’t feel beautiful, I would at least be brilliant. But even this wasn’t for him, not truly. My drive for academic success came from my mother’s voice, the ever-present call for us to reach for an A grade and beyond. She may not have always been emotionally available, but she poured her hopes into our education, shaping it as the road to survival.</w:t>
      </w:r>
    </w:p>
    <w:p w14:paraId="7FB78B95" w14:textId="77777777" w:rsidR="00DB05F8" w:rsidRDefault="00000000">
      <w:r>
        <w:t>I often felt unseen among so many sisters, like I was disappearing into the background, except in one place: with my studies. That was my domain, my way to shine.</w:t>
      </w:r>
    </w:p>
    <w:p w14:paraId="3F72D4AE" w14:textId="77777777" w:rsidR="00DB05F8" w:rsidRDefault="00000000">
      <w:r>
        <w:t>My bond with my dad became more fragile as I tried to grow into myself. I missed the way things used to be. I missed being his little helper, his sidekick. I missed the way he used to look at me with pride. But the distance kept growing, slowly and silently.</w:t>
      </w:r>
    </w:p>
    <w:p w14:paraId="3355F34D" w14:textId="77777777" w:rsidR="00DB05F8" w:rsidRDefault="00000000">
      <w:r>
        <w:br/>
      </w:r>
      <w:r>
        <w:br/>
        <w:t>CHAPTER 13</w:t>
      </w:r>
    </w:p>
    <w:p w14:paraId="03638D85" w14:textId="77777777" w:rsidR="00DB05F8" w:rsidRDefault="00000000">
      <w:r>
        <w:t>The Night Fear Found Me</w:t>
      </w:r>
    </w:p>
    <w:p w14:paraId="1D38D1CE" w14:textId="77777777" w:rsidR="00DB05F8" w:rsidRDefault="00000000">
      <w:r>
        <w:lastRenderedPageBreak/>
        <w:t>❝Some fears do not roar.</w:t>
      </w:r>
      <w:r>
        <w:br/>
        <w:t>They crawl into your bones and build homes there.❞</w:t>
      </w:r>
    </w:p>
    <w:p w14:paraId="27D57EF0" w14:textId="77777777" w:rsidR="00DB05F8" w:rsidRDefault="00000000">
      <w:r>
        <w:t>It was May 1982 just weeks after my twelfth birthday.</w:t>
      </w:r>
      <w:r>
        <w:br/>
        <w:t>A time that should have been marked by joy, the celebration of my second niece’s birth, the softness of a newborn cradled against the hard places life had carved in us.</w:t>
      </w:r>
    </w:p>
    <w:p w14:paraId="44739262" w14:textId="77777777" w:rsidR="00DB05F8" w:rsidRDefault="00000000">
      <w:r>
        <w:t>Her arrival had soothed some of the ache my father's absence left behind as he travelled Europe again.</w:t>
      </w:r>
    </w:p>
    <w:p w14:paraId="20C3813C" w14:textId="77777777" w:rsidR="00DB05F8" w:rsidRDefault="00000000">
      <w:r>
        <w:t>But joy has a fragile voice.</w:t>
      </w:r>
      <w:r>
        <w:br/>
        <w:t>And that night, it was swallowed by terror.</w:t>
      </w:r>
    </w:p>
    <w:p w14:paraId="0741A727" w14:textId="77777777" w:rsidR="00DB05F8" w:rsidRDefault="00000000">
      <w:r>
        <w:t>My mother’s scream tore through the night, followed by my sister’s panicked cries.</w:t>
      </w:r>
    </w:p>
    <w:p w14:paraId="7CB63A29" w14:textId="77777777" w:rsidR="00DB05F8" w:rsidRDefault="00000000">
      <w:r>
        <w:t>It was the kind of sound that rearranges your heartbeat, which your body recognises even before your mind does.</w:t>
      </w:r>
      <w:r>
        <w:br/>
        <w:t>Primal.</w:t>
      </w:r>
      <w:r>
        <w:br/>
        <w:t>Unforgiving.</w:t>
      </w:r>
    </w:p>
    <w:p w14:paraId="75E24388" w14:textId="77777777" w:rsidR="00DB05F8" w:rsidRDefault="00000000">
      <w:r>
        <w:t>We were yanked from sleep, confusion flooding our veins as adrenaline surged faster than thought.</w:t>
      </w:r>
      <w:r>
        <w:br/>
        <w:t>My brothers and I scrambled together onto our shared bed, wide-eyed and gasping, pressing our faces against the decorative breathing blocks set into the wall.</w:t>
      </w:r>
    </w:p>
    <w:p w14:paraId="0445B65D" w14:textId="77777777" w:rsidR="00DB05F8" w:rsidRDefault="00000000">
      <w:r>
        <w:t>What we saw on the other side cleaved a line straight through my childhood.</w:t>
      </w:r>
    </w:p>
    <w:p w14:paraId="0171CE4D" w14:textId="77777777" w:rsidR="00DB05F8" w:rsidRDefault="00000000">
      <w:r>
        <w:t>Two masked men stood inside our home.</w:t>
      </w:r>
      <w:r>
        <w:br/>
        <w:t>Each wielded a cutlass, the blades catching the dim light like extensions of their rage.</w:t>
      </w:r>
    </w:p>
    <w:p w14:paraId="06042283" w14:textId="77777777" w:rsidR="00DB05F8" w:rsidRDefault="00000000">
      <w:r>
        <w:t>One loomed over my mother, the other over my sister.</w:t>
      </w:r>
      <w:r>
        <w:br/>
        <w:t>My sister, who clutched her newborn daughter to her chest so tightly it looked as though she might disappear into the baby's tiny frame.</w:t>
      </w:r>
    </w:p>
    <w:p w14:paraId="67ACBA74" w14:textId="77777777" w:rsidR="00DB05F8" w:rsidRDefault="00000000">
      <w:r>
        <w:t>My mother’s voice rang out again, sharp and trembling:</w:t>
      </w:r>
    </w:p>
    <w:p w14:paraId="6879E8B0" w14:textId="77777777" w:rsidR="00DB05F8" w:rsidRDefault="00000000">
      <w:r>
        <w:t>"Stay in your rooms! Don’t come out!"</w:t>
      </w:r>
    </w:p>
    <w:p w14:paraId="27E0A9CA" w14:textId="77777777" w:rsidR="00DB05F8" w:rsidRDefault="00000000">
      <w:r>
        <w:t>It wasn’t a command.</w:t>
      </w:r>
      <w:r>
        <w:br/>
        <w:t>It was a prayer stitched with desperation.</w:t>
      </w:r>
    </w:p>
    <w:p w14:paraId="70DE7BE7" w14:textId="77777777" w:rsidR="00DB05F8" w:rsidRDefault="00000000">
      <w:r>
        <w:lastRenderedPageBreak/>
        <w:t>I froze.</w:t>
      </w:r>
      <w:r>
        <w:br/>
        <w:t>The air thickened around me.</w:t>
      </w:r>
      <w:r>
        <w:br/>
        <w:t>Every instinct screamed at me to move, to flee, but my limbs betrayed me, rooted to the mattress, anchored by terror.</w:t>
      </w:r>
    </w:p>
    <w:p w14:paraId="22443EBC" w14:textId="77777777" w:rsidR="00DB05F8" w:rsidRDefault="00000000">
      <w:r>
        <w:t>Then, as if some invisible thread snapped, we leapt into action.</w:t>
      </w:r>
    </w:p>
    <w:p w14:paraId="2F2788D7" w14:textId="77777777" w:rsidR="00DB05F8" w:rsidRDefault="00000000">
      <w:r>
        <w:t>The chest of drawers scraped harshly across the floor as we shoved it against our door, the noise cutting jagged and loud through the heavy silence.</w:t>
      </w:r>
      <w:r>
        <w:br/>
        <w:t>It became our shield.</w:t>
      </w:r>
      <w:r>
        <w:br/>
        <w:t>Our flimsy, desperate wall against the violence outside.</w:t>
      </w:r>
    </w:p>
    <w:p w14:paraId="1AB97214" w14:textId="77777777" w:rsidR="00DB05F8" w:rsidRDefault="00000000">
      <w:r>
        <w:t>We pressed ourselves back to the breathing blocks again, hearts hammering against our ribs, breath shallow and frantic.</w:t>
      </w:r>
    </w:p>
    <w:p w14:paraId="575A382A" w14:textId="77777777" w:rsidR="00DB05F8" w:rsidRDefault="00000000">
      <w:r>
        <w:t>"Are they going to kill us?" I whispered into the dark, my voice cracking on the words.</w:t>
      </w:r>
    </w:p>
    <w:p w14:paraId="3B29875D" w14:textId="77777777" w:rsidR="00DB05F8" w:rsidRDefault="00000000">
      <w:r>
        <w:t>No one answered.</w:t>
      </w:r>
    </w:p>
    <w:p w14:paraId="433AC809" w14:textId="77777777" w:rsidR="00DB05F8" w:rsidRDefault="00000000">
      <w:r>
        <w:t>But the silence was answer enough. Every sound from beyond our wall set our imaginations on fire.</w:t>
      </w:r>
    </w:p>
    <w:p w14:paraId="4118E586" w14:textId="77777777" w:rsidR="00DB05F8" w:rsidRDefault="00000000">
      <w:r>
        <w:t>Earlier that night, our house had been filled with the easy noise of love, laughter, music, the clatter of dishes and chairs sliding across floors.</w:t>
      </w:r>
      <w:r>
        <w:br/>
        <w:t>Now, it held only shadows.</w:t>
      </w:r>
    </w:p>
    <w:p w14:paraId="732A20DD" w14:textId="77777777" w:rsidR="00DB05F8" w:rsidRDefault="00000000">
      <w:r>
        <w:t>I watched through the blocks as my mother pleaded with the men.</w:t>
      </w:r>
      <w:r>
        <w:br/>
        <w:t>Saw the way she stood between them and my sister, her body a trembling barrier.</w:t>
      </w:r>
      <w:r>
        <w:br/>
        <w:t>Saw how the newborn's wails pierced the thick air, tiny and furious and helpless.</w:t>
      </w:r>
    </w:p>
    <w:p w14:paraId="323BC0A9" w14:textId="77777777" w:rsidR="00DB05F8" w:rsidRDefault="00000000">
      <w:r>
        <w:t>"Please," my mother begged, voice thick with fear.</w:t>
      </w:r>
      <w:r>
        <w:br/>
        <w:t>"Take what you want. Just leave us alone."</w:t>
      </w:r>
    </w:p>
    <w:p w14:paraId="395AEF55" w14:textId="77777777" w:rsidR="00DB05F8" w:rsidRDefault="00000000">
      <w:r>
        <w:t>Her hands shook.</w:t>
      </w:r>
      <w:r>
        <w:br/>
        <w:t>Her eyes did not.</w:t>
      </w:r>
    </w:p>
    <w:p w14:paraId="709C64D8" w14:textId="77777777" w:rsidR="00DB05F8" w:rsidRDefault="00000000">
      <w:r>
        <w:t>The men ransacked the house with brutal efficiency, tearing through drawers, slamming open cupboards, grabbing what they could.</w:t>
      </w:r>
    </w:p>
    <w:p w14:paraId="3AD5B1EC" w14:textId="77777777" w:rsidR="00DB05F8" w:rsidRDefault="00000000">
      <w:r>
        <w:t>One of them jabbed the cutlass toward my mother, a cruel reminder of who held the power.</w:t>
      </w:r>
    </w:p>
    <w:p w14:paraId="33178387" w14:textId="77777777" w:rsidR="00DB05F8" w:rsidRDefault="00000000">
      <w:r>
        <w:t>We stayed hidden.</w:t>
      </w:r>
      <w:r>
        <w:br/>
        <w:t>Frozen.</w:t>
      </w:r>
      <w:r>
        <w:br/>
      </w:r>
      <w:r>
        <w:lastRenderedPageBreak/>
        <w:t>Praying.</w:t>
      </w:r>
      <w:r>
        <w:br/>
        <w:t>Silent.</w:t>
      </w:r>
    </w:p>
    <w:p w14:paraId="281D8EE3" w14:textId="77777777" w:rsidR="00DB05F8" w:rsidRDefault="00000000">
      <w:r>
        <w:t>I could feel the sharpness of my brothers’ fear pressing against me.</w:t>
      </w:r>
      <w:r>
        <w:br/>
        <w:t>Could feel my own pulse beating too fast, too loud, as if it might give us away.</w:t>
      </w:r>
    </w:p>
    <w:p w14:paraId="10FF60D3" w14:textId="77777777" w:rsidR="00DB05F8" w:rsidRDefault="00000000">
      <w:r>
        <w:t>When the men finally left, just as suddenly as they had appeared, they took more than our possessions.</w:t>
      </w:r>
      <w:r>
        <w:br/>
        <w:t>They took our sense of safety.</w:t>
      </w:r>
      <w:r>
        <w:br/>
        <w:t>Our belief that walls and locks and love could keep the monsters out.</w:t>
      </w:r>
    </w:p>
    <w:p w14:paraId="303247A2" w14:textId="77777777" w:rsidR="00DB05F8" w:rsidRDefault="00000000">
      <w:r>
        <w:t>We emerged from hiding like ghosts.</w:t>
      </w:r>
      <w:r>
        <w:br/>
        <w:t>Stunned.</w:t>
      </w:r>
      <w:r>
        <w:br/>
        <w:t>Silent.</w:t>
      </w:r>
    </w:p>
    <w:p w14:paraId="13F2E88C" w14:textId="77777777" w:rsidR="00DB05F8" w:rsidRDefault="00000000">
      <w:r>
        <w:t>My mother wrapped her arms around my sister and the baby, rocking them both, tears streaking her face.</w:t>
      </w:r>
    </w:p>
    <w:p w14:paraId="68CFFC67" w14:textId="77777777" w:rsidR="00DB05F8" w:rsidRDefault="00000000">
      <w:r>
        <w:t>There were no visible wounds.</w:t>
      </w:r>
      <w:r>
        <w:br/>
        <w:t>No blood on the floors.</w:t>
      </w:r>
      <w:r>
        <w:br/>
        <w:t>No broken bones.</w:t>
      </w:r>
    </w:p>
    <w:p w14:paraId="0E12E871" w14:textId="77777777" w:rsidR="00DB05F8" w:rsidRDefault="00000000">
      <w:r>
        <w:t>But we were all marked.</w:t>
      </w:r>
    </w:p>
    <w:p w14:paraId="066BF58B" w14:textId="77777777" w:rsidR="00DB05F8" w:rsidRDefault="00000000">
      <w:r>
        <w:t>Something invisible but irreversible had happened.</w:t>
      </w:r>
      <w:r>
        <w:br/>
        <w:t>Something that would ripple through our lives in ways we wouldn't fully understand until much later.</w:t>
      </w:r>
    </w:p>
    <w:p w14:paraId="76B79BB3" w14:textId="77777777" w:rsidR="00DB05F8" w:rsidRDefault="00000000">
      <w:r>
        <w:t>Later that morning, my sister’s husband returned from the bakery, carrying brown paper bags filled with warm salt bread.</w:t>
      </w:r>
      <w:r>
        <w:br/>
        <w:t>The smell drifted through the house, that sweet, yeasty comfort of normal life.</w:t>
      </w:r>
    </w:p>
    <w:p w14:paraId="7CDD29CB" w14:textId="77777777" w:rsidR="00DB05F8" w:rsidRDefault="00000000">
      <w:r>
        <w:t>But it clashed painfully with the lingering fear that still gripped the air.</w:t>
      </w:r>
    </w:p>
    <w:p w14:paraId="4B99560B" w14:textId="77777777" w:rsidR="00DB05F8" w:rsidRDefault="00000000">
      <w:r>
        <w:t>I sat at the table, staring at the food, unable to eat.</w:t>
      </w:r>
      <w:r>
        <w:br/>
        <w:t>Torn between the unbearable ordinariness of the moment and the howling chaos still roaring in my chest.</w:t>
      </w:r>
    </w:p>
    <w:p w14:paraId="5486C33B" w14:textId="77777777" w:rsidR="00DB05F8" w:rsidRDefault="00000000">
      <w:r>
        <w:t>No one spoke about the night.</w:t>
      </w:r>
      <w:r>
        <w:br/>
        <w:t>No one knew how.</w:t>
      </w:r>
    </w:p>
    <w:p w14:paraId="50FC831A" w14:textId="77777777" w:rsidR="00DB05F8" w:rsidRDefault="00000000">
      <w:r>
        <w:t>We folded ourselves back into routine as best we could beach trips, movie nights, games with too-loud laughter.</w:t>
      </w:r>
      <w:r>
        <w:br/>
        <w:t>We told ourselves stories where we were brave, where we were clever, where we had won.</w:t>
      </w:r>
    </w:p>
    <w:p w14:paraId="023E6007" w14:textId="77777777" w:rsidR="00DB05F8" w:rsidRDefault="00000000">
      <w:r>
        <w:lastRenderedPageBreak/>
        <w:t>But at night, when the world quieted again, the terror returned.</w:t>
      </w:r>
    </w:p>
    <w:p w14:paraId="2DF6AF61" w14:textId="77777777" w:rsidR="00DB05F8" w:rsidRDefault="00000000">
      <w:r>
        <w:t>For weeks, I woke drenched in sweat, heart pounding at every creak of the house.</w:t>
      </w:r>
      <w:r>
        <w:br/>
        <w:t>Every whisper of the wind outside the window sounded like footsteps coming back for us.</w:t>
      </w:r>
    </w:p>
    <w:p w14:paraId="6BB2F6FA" w14:textId="77777777" w:rsidR="00DB05F8" w:rsidRDefault="00000000">
      <w:r>
        <w:t>Worse than fear was the shame that crept in its wake.</w:t>
      </w:r>
    </w:p>
    <w:p w14:paraId="4BB9C463" w14:textId="77777777" w:rsidR="00DB05F8" w:rsidRDefault="00000000">
      <w:r>
        <w:t>I began wetting the bed, my shame wrapped tight around me like a second skin.</w:t>
      </w:r>
    </w:p>
    <w:p w14:paraId="30AFF5A3" w14:textId="77777777" w:rsidR="00DB05F8" w:rsidRDefault="00000000">
      <w:r>
        <w:t>Each time, before the house stirred awake, I would rise in the dark and scrub the sheets in the cold porcelain sink.</w:t>
      </w:r>
      <w:r>
        <w:br/>
        <w:t>The sharp smell of Breeze soap filled the room as I ironed them dry, my hands trembling.</w:t>
      </w:r>
    </w:p>
    <w:p w14:paraId="696F48BA" w14:textId="77777777" w:rsidR="00DB05F8" w:rsidRDefault="00000000">
      <w:r>
        <w:t>I told no one.</w:t>
      </w:r>
      <w:r>
        <w:br/>
        <w:t>I couldn’t.</w:t>
      </w:r>
    </w:p>
    <w:p w14:paraId="6D45F197" w14:textId="77777777" w:rsidR="00DB05F8" w:rsidRDefault="00000000">
      <w:r>
        <w:t>I was too ashamed. Too afraid they would see me differently, fragile, broken.</w:t>
      </w:r>
    </w:p>
    <w:p w14:paraId="2F522EE2" w14:textId="77777777" w:rsidR="00DB05F8" w:rsidRDefault="00000000">
      <w:r>
        <w:t>So I carried it alone.</w:t>
      </w:r>
    </w:p>
    <w:p w14:paraId="7EDD65B2" w14:textId="77777777" w:rsidR="00DB05F8" w:rsidRDefault="00000000">
      <w:r>
        <w:t>Carried it into my mornings, into my growing body, into every corner of my life.</w:t>
      </w:r>
    </w:p>
    <w:p w14:paraId="0E935674" w14:textId="77777777" w:rsidR="00DB05F8" w:rsidRDefault="00000000">
      <w:r>
        <w:t>When my father returned weeks later, he transformed our home into a fortress.</w:t>
      </w:r>
      <w:r>
        <w:br/>
        <w:t>Iron bars were welded to every window.</w:t>
      </w:r>
      <w:r>
        <w:br/>
        <w:t>New locks clicked into place.</w:t>
      </w:r>
      <w:r>
        <w:br/>
        <w:t>Floodlights cast harsh white beams over our once-gentle yard.</w:t>
      </w:r>
    </w:p>
    <w:p w14:paraId="45684C20" w14:textId="77777777" w:rsidR="00DB05F8" w:rsidRDefault="00000000">
      <w:r>
        <w:t>I remember standing by the gate, watching the workers install the bars.</w:t>
      </w:r>
      <w:r>
        <w:br/>
        <w:t>Wishing, hoping, that somehow the metal would keep the nightmares out too.</w:t>
      </w:r>
    </w:p>
    <w:p w14:paraId="4D3D3301" w14:textId="77777777" w:rsidR="00DB05F8" w:rsidRDefault="00000000">
      <w:r>
        <w:t>But metal cannot bar the monsters already living inside your mind.</w:t>
      </w:r>
    </w:p>
    <w:p w14:paraId="3FDA7CDD" w14:textId="77777777" w:rsidR="00DB05F8" w:rsidRDefault="00000000">
      <w:r>
        <w:t>The fortress kept strangers out.</w:t>
      </w:r>
      <w:r>
        <w:br/>
        <w:t>It did not keep fear from slipping under my skin, coiling deep in my bones.</w:t>
      </w:r>
    </w:p>
    <w:p w14:paraId="3BF4F969" w14:textId="77777777" w:rsidR="00DB05F8" w:rsidRDefault="00000000">
      <w:r>
        <w:t>That night did not just leave a memory.</w:t>
      </w:r>
      <w:r>
        <w:br/>
        <w:t>It left a mark.</w:t>
      </w:r>
    </w:p>
    <w:p w14:paraId="401103CA" w14:textId="77777777" w:rsidR="00DB05F8" w:rsidRDefault="00000000">
      <w:r>
        <w:t>One I carried forward into every relationship, every fear, every moment I felt too exposed or too small to defend myself.</w:t>
      </w:r>
    </w:p>
    <w:p w14:paraId="67CB43A2" w14:textId="77777777" w:rsidR="00DB05F8" w:rsidRDefault="00000000">
      <w:r>
        <w:t>It became the quiet voice behind my distrust.</w:t>
      </w:r>
      <w:r>
        <w:br/>
        <w:t>The trembling hand behind my need for control.</w:t>
      </w:r>
      <w:r>
        <w:br/>
      </w:r>
      <w:r>
        <w:lastRenderedPageBreak/>
        <w:t>The invisible bruise that years later would bleed into how I loved, how I fought, how I survived.</w:t>
      </w:r>
    </w:p>
    <w:p w14:paraId="7BEE833A" w14:textId="77777777" w:rsidR="00DB05F8" w:rsidRDefault="00000000">
      <w:r>
        <w:t>That night taught me that safety was a story we told ourselves, one that could be ripped away in a single heartbeat.</w:t>
      </w:r>
    </w:p>
    <w:p w14:paraId="082D3F0F" w14:textId="77777777" w:rsidR="00DB05F8" w:rsidRDefault="00000000">
      <w:r>
        <w:t>And it would take decades to learn how to write a new story for myself.</w:t>
      </w:r>
    </w:p>
    <w:p w14:paraId="4AD8E702" w14:textId="77777777" w:rsidR="00DB05F8" w:rsidRDefault="00000000">
      <w:r>
        <w:t>One where fear did not get the final word. Fear became my quiet companion after that night, shaping the corners of my world in ways I barely understood.</w:t>
      </w:r>
    </w:p>
    <w:p w14:paraId="7E231948" w14:textId="77777777" w:rsidR="00DB05F8" w:rsidRDefault="00000000">
      <w:r>
        <w:t>But it wasn’t just the intruders who taught me how fragile safety could be.</w:t>
      </w:r>
    </w:p>
    <w:p w14:paraId="238DCC07" w14:textId="77777777" w:rsidR="00DB05F8" w:rsidRDefault="00000000">
      <w:r>
        <w:t>Sometimes, the real dangers wore familiar faces.</w:t>
      </w:r>
    </w:p>
    <w:p w14:paraId="11D8FF8A" w14:textId="77777777" w:rsidR="00DB05F8" w:rsidRDefault="00000000">
      <w:r>
        <w:t>Sometimes, the walls I trusted most were the ones that betrayed me.</w:t>
      </w:r>
    </w:p>
    <w:p w14:paraId="4CD00030" w14:textId="77777777" w:rsidR="00DB05F8" w:rsidRDefault="00000000">
      <w:r>
        <w:t>And long before I had the words to name it, I began carrying a heavier kind of fear one that no locks or iron bars could keep out.</w:t>
      </w:r>
    </w:p>
    <w:p w14:paraId="62A40DF9" w14:textId="77777777" w:rsidR="00DB05F8" w:rsidRDefault="00000000">
      <w:r>
        <w:br/>
      </w:r>
      <w:r>
        <w:br/>
        <w:t>CHAPTER 14</w:t>
      </w:r>
    </w:p>
    <w:p w14:paraId="4AB8EFCF" w14:textId="77777777" w:rsidR="00DB05F8" w:rsidRDefault="00000000">
      <w:r>
        <w:t>The First Goodbye</w:t>
      </w:r>
    </w:p>
    <w:p w14:paraId="33D4B6AF" w14:textId="77777777" w:rsidR="00DB05F8" w:rsidRDefault="00000000">
      <w:r>
        <w:t>"Sometimes, the silent goodbyes echo the loudest in our lives."</w:t>
      </w:r>
    </w:p>
    <w:p w14:paraId="0271334A" w14:textId="77777777" w:rsidR="00DB05F8" w:rsidRDefault="00000000">
      <w:r>
        <w:t>Returning home from Canada the summer of 1986 brought with it a swirl of emotions. I was excited to meet my lovely nephew, Niz, who had been born in my absence. The moment I held him in my arms, something inside me softened. His tiny fingers curled around mine as if to say, "Your home." That summer was filled with laughter, baby giggles, and quiet moments watching him sleep. I spent much time looking after him, and those tender moments became my anchor during a bittersweet season.</w:t>
      </w:r>
    </w:p>
    <w:p w14:paraId="4BC95DF2" w14:textId="77777777" w:rsidR="00DB05F8" w:rsidRDefault="00000000">
      <w:r>
        <w:t>While my bond with Niz blossomed, my heart ached watching Dan's relationship with our father deteriorate. The tension at home became unbearable for him, and eventually, he moved out. The rupture was quiet, but it deeply affected us. I started visiting him secretly on weekends under the illusion that I was going to the library to study.</w:t>
      </w:r>
    </w:p>
    <w:p w14:paraId="0725F260" w14:textId="77777777" w:rsidR="00DB05F8" w:rsidRDefault="00000000">
      <w:r>
        <w:t>His apartment became a sanctuary. We would laugh, share meals, and talk for hours. He had bought a motorbike, and riding on the back with him stirred memories of our childhood adventures, the thrill, the freedom, the closeness.</w:t>
      </w:r>
    </w:p>
    <w:p w14:paraId="55CFEEBE" w14:textId="77777777" w:rsidR="00DB05F8" w:rsidRDefault="00000000">
      <w:r>
        <w:lastRenderedPageBreak/>
        <w:t>Watching him fall in love made me giggle, a kind of innocent joy I hadn’t felt in a while. But just before my nineteenth birthday, he sat me down and told me he was moving to America with his girlfriend.</w:t>
      </w:r>
    </w:p>
    <w:p w14:paraId="2506CCC3" w14:textId="77777777" w:rsidR="00DB05F8" w:rsidRDefault="00000000">
      <w:r>
        <w:t>The news hit me like a punch to the gut. I wanted to curl up and disappear. Who would protect me now? Who would bridge the gap between me and our older siblings? He had been my confidant, my shield, my best friend.</w:t>
      </w:r>
    </w:p>
    <w:p w14:paraId="10EA113C" w14:textId="77777777" w:rsidR="00DB05F8" w:rsidRDefault="00000000">
      <w:r>
        <w:t>I tried to be brave. We promised to write letters, to stay in touch. But time and distance played their tricks, and eventually, the letters stopped. I remember giving him the biggest hug in the kitchen before he left, waving goodbye through a blur of tears. The moment the door closed behind him, I went into my room and sobbed into my pillow, aching from a pain I couldn’t quite name.</w:t>
      </w:r>
    </w:p>
    <w:p w14:paraId="7EA3EDB4" w14:textId="77777777" w:rsidR="00DB05F8" w:rsidRDefault="00000000">
      <w:r>
        <w:t>It wasn’t until years later, through therapy, that I realised this was my first real experience of abandonment. That goodbye left a mark that shaped how I trusted, connected, and loved. The psychological impact lingered quietly, influencing relationships and fears in ways I only understood with time.</w:t>
      </w:r>
    </w:p>
    <w:p w14:paraId="71E31A75" w14:textId="77777777" w:rsidR="00DB05F8" w:rsidRDefault="00000000">
      <w:r>
        <w:t>I did not see Dan for five years. But that summer, that parting, was the beginning of a journey I didn’t know I had started, a journey into understanding loss, resilience, and the enduring power of love even across the distance.</w:t>
      </w:r>
    </w:p>
    <w:p w14:paraId="307AF550" w14:textId="77777777" w:rsidR="00DB05F8" w:rsidRDefault="00000000">
      <w:r>
        <w:br/>
      </w:r>
      <w:r>
        <w:br/>
        <w:t>CHAPTER 15</w:t>
      </w:r>
    </w:p>
    <w:p w14:paraId="7821CCCF" w14:textId="77777777" w:rsidR="00DB05F8" w:rsidRDefault="00000000">
      <w:r>
        <w:t>Ink and Illusions</w:t>
      </w:r>
    </w:p>
    <w:p w14:paraId="43BB1DBB" w14:textId="77777777" w:rsidR="00DB05F8" w:rsidRDefault="00000000">
      <w:r>
        <w:t>“The pen has always been my compass, guiding me through truths I was often too afraid to speak aloud.”</w:t>
      </w:r>
    </w:p>
    <w:p w14:paraId="7C70646C" w14:textId="77777777" w:rsidR="00DB05F8" w:rsidRDefault="00000000">
      <w:r>
        <w:t>My love for journalism was born at home, nurtured by the curious, observing spirit of my mother. She was the first to teach me that stories weren’t just ink on paper, they were vessels of truth, healing, and change.</w:t>
      </w:r>
    </w:p>
    <w:p w14:paraId="7EC98D19" w14:textId="77777777" w:rsidR="00DB05F8" w:rsidRDefault="00000000">
      <w:r>
        <w:t>Her confidence in words sparked something in me. So, when I landed my first job as a subeditor in January 1990 at one of the island’s local newspapers, it felt like stepping into destiny.</w:t>
      </w:r>
    </w:p>
    <w:p w14:paraId="153700AE" w14:textId="77777777" w:rsidR="00DB05F8" w:rsidRDefault="00000000">
      <w:r>
        <w:t>The newsroom was a vibrant hive, noisy, relentless, alive with deadlines and the pulse of unfolding history. My desk held the latest marvel of technology at the time: a Macintosh desktop, my first. Its compact design and glowing screen felt futuristic, a symbol of progress, independence, and potential. While my official role involved editing and layout, I craved the field.</w:t>
      </w:r>
    </w:p>
    <w:p w14:paraId="7A21CBC7" w14:textId="77777777" w:rsidR="00DB05F8" w:rsidRDefault="00000000">
      <w:r>
        <w:lastRenderedPageBreak/>
        <w:t>I began writing features, covering international cricket matches, and documenting colourful performances at the stadium. I came alive through those pieces, giving shape to voices and moments that might otherwise be forgotten.</w:t>
      </w:r>
    </w:p>
    <w:p w14:paraId="7D9396D0" w14:textId="77777777" w:rsidR="00DB05F8" w:rsidRDefault="00000000">
      <w:r>
        <w:t>And then there was Akil.</w:t>
      </w:r>
    </w:p>
    <w:p w14:paraId="220D9DA1" w14:textId="77777777" w:rsidR="00DB05F8" w:rsidRDefault="00000000">
      <w:r>
        <w:t>It was in that very newsroom that I first noticed him, a quiet figure who passed me in the corridor with an air of mystery. We rarely spoke back then, only the occasional glance, a polite nod, or a fleeting smile, but something about his presence lingered.</w:t>
      </w:r>
    </w:p>
    <w:p w14:paraId="7F64EAE6" w14:textId="77777777" w:rsidR="00DB05F8" w:rsidRDefault="00000000">
      <w:r>
        <w:t>He was unreadable, like a book whose pages were sealed, and my curiosity hovered long after he had passed. I didn’t know how intertwined our lives would one day become, or that the man who moved through the office like a shadow would later leave such a lasting imprint on my heart.</w:t>
      </w:r>
    </w:p>
    <w:p w14:paraId="5D946959" w14:textId="77777777" w:rsidR="00DB05F8" w:rsidRDefault="00000000">
      <w:r>
        <w:t>Trent was ten years my senior, respected in the newsroom, charismatic and effortlessly charming. He told me he was separated, the marriage just a legal formality, a shell of what once was. I was 19, eager, hopeful, naïve. The relationship began quietly. His attention made me feel seen, chosen. I mistook secrecy for intimacy, complexity for connection.</w:t>
      </w:r>
    </w:p>
    <w:p w14:paraId="219A5579" w14:textId="77777777" w:rsidR="00DB05F8" w:rsidRDefault="00000000">
      <w:r>
        <w:t>But love hidden is not love at all.</w:t>
      </w:r>
    </w:p>
    <w:p w14:paraId="38CDCA24" w14:textId="77777777" w:rsidR="00DB05F8" w:rsidRDefault="00000000">
      <w:r>
        <w:t>On those late-night walks along the beach after work, when the world quieted, and the sea whispered gently at our feet, he made me feel seen. Truly seen. There was something about the way he listened, the way he spoke without judgment, that gave me a fleeting sense of home.</w:t>
      </w:r>
    </w:p>
    <w:p w14:paraId="49D08FFC" w14:textId="77777777" w:rsidR="00DB05F8" w:rsidRDefault="00000000">
      <w:r>
        <w:t>Even with all the distance between who I was and who I wanted to be, I felt closer to myself beside him. In his presence, the ache left behind by Dan's abandonment softened. That gaping wound of feeling discarded and invisible slowly closed, thread by thread, in our quiet conversations under the stars.</w:t>
      </w:r>
    </w:p>
    <w:p w14:paraId="61308645" w14:textId="77777777" w:rsidR="00DB05F8" w:rsidRDefault="00000000">
      <w:r>
        <w:t>I clung to him with everything I had, emotionally and spiritually. I held onto my virginity with the same tight grip. It was the one thing I felt I could control, a symbol of purity and protection I wasn’t willing to surrender.</w:t>
      </w:r>
    </w:p>
    <w:p w14:paraId="1D9BE919" w14:textId="77777777" w:rsidR="00DB05F8" w:rsidRDefault="00000000">
      <w:r>
        <w:t>It gave me a sense of power, of choice, in a life where so much had been taken from me. That choice created tension between us, a weight that sometimes lingered in the silence. Still, I was always clear. That boundary was mine to keep.</w:t>
      </w:r>
    </w:p>
    <w:p w14:paraId="014A2A5E" w14:textId="77777777" w:rsidR="00DB05F8" w:rsidRDefault="00000000">
      <w:r>
        <w:t xml:space="preserve">It all started simply. Late nights spent editing together, coffee cups between us, laughter blooming in dim corners. Words hung in the air longer than they should have. His eyes lingered too. He made me laugh in ways that felt like healing. He </w:t>
      </w:r>
      <w:r>
        <w:lastRenderedPageBreak/>
        <w:t>challenged me to think bigger, dream wider. He made promises that felt like magic, light, and possibility.</w:t>
      </w:r>
    </w:p>
    <w:p w14:paraId="15481A2A" w14:textId="77777777" w:rsidR="00DB05F8" w:rsidRDefault="00000000">
      <w:r>
        <w:t>I let myself believe him. I wanted to. I let the idea of him settle deep into the spaces where my hope still lived.</w:t>
      </w:r>
    </w:p>
    <w:p w14:paraId="0A2071B6" w14:textId="77777777" w:rsidR="00DB05F8" w:rsidRDefault="00000000">
      <w:r>
        <w:t>I knew Dan would not have approved, but he abandoned me, so his say no longer mattered.</w:t>
      </w:r>
    </w:p>
    <w:p w14:paraId="19B717CB" w14:textId="77777777" w:rsidR="00DB05F8" w:rsidRDefault="00000000">
      <w:r>
        <w:t>But truth has a way of whispering when you don’t want to listen.</w:t>
      </w:r>
    </w:p>
    <w:p w14:paraId="20187936" w14:textId="77777777" w:rsidR="00DB05F8" w:rsidRDefault="00000000">
      <w:r>
        <w:t>My friends tried to warn me. First with gentle concern, then with firm honesty, as they saw how deep I was falling. I wasn’t ready to hear it. I wasn’t prepared to let go of the dream I had woven around him. I needed to believe that love, or something close to it, could come from that fragile place inside me.</w:t>
      </w:r>
    </w:p>
    <w:p w14:paraId="65EEE01F" w14:textId="77777777" w:rsidR="00DB05F8" w:rsidRDefault="00000000">
      <w:r>
        <w:t>I needed to believe that someone might stay.</w:t>
      </w:r>
    </w:p>
    <w:p w14:paraId="1819031B" w14:textId="77777777" w:rsidR="00DB05F8" w:rsidRDefault="00000000">
      <w:r>
        <w:t>Then came the phone calls. The line would ring, and when I answered, there was silence. Just heavy breathing or the click of a hang-up. My gut twisted. The surrounding air changed. I didn’t know then that the truth was preparing to unveil itself.</w:t>
      </w:r>
    </w:p>
    <w:p w14:paraId="1298EC04" w14:textId="77777777" w:rsidR="00DB05F8" w:rsidRDefault="00000000">
      <w:r>
        <w:t>And it did, in the most harrowing of ways.</w:t>
      </w:r>
    </w:p>
    <w:p w14:paraId="0FA31AB1" w14:textId="77777777" w:rsidR="00DB05F8" w:rsidRDefault="00000000">
      <w:r>
        <w:t>She walked into the newsroom. His wife. Poised, graceful, dignified. She didn’t scream. She didn’t throw blame like daggers. She came to find me. Not to attack, but to confront. And there I stood, paralysed in shame and heartbreak, not for him, but for her.</w:t>
      </w:r>
    </w:p>
    <w:p w14:paraId="7F43A57B" w14:textId="77777777" w:rsidR="00DB05F8" w:rsidRDefault="00000000">
      <w:r>
        <w:t>In that moment, the affair shattered. Abrupt. Final. The shame was suffocating. I wanted the earth to open and swallow me whole. My family found out soon after. Their silence was louder than any scolding. I felt exposed, broken, and foolish.</w:t>
      </w:r>
    </w:p>
    <w:p w14:paraId="61304DD4" w14:textId="77777777" w:rsidR="00DB05F8" w:rsidRDefault="00000000">
      <w:r>
        <w:t>But in the wreckage, two friends stood firm.</w:t>
      </w:r>
    </w:p>
    <w:p w14:paraId="1526984F" w14:textId="77777777" w:rsidR="00DB05F8" w:rsidRDefault="00000000">
      <w:r>
        <w:t>Fay, Sharon and Cheryl didn’t leave me to drown in self-loathing. They picked me up, dressed me in something defiant, and we danced our pain away under the soft blue lights of nightclubs.</w:t>
      </w:r>
    </w:p>
    <w:p w14:paraId="04ADBD75" w14:textId="77777777" w:rsidR="00DB05F8" w:rsidRDefault="00000000">
      <w:r>
        <w:t>We drank cocktails that tasted like freedom, shouted lyrics into the sky, and laughed until morning split the darkness. Their love didn’t need explanations, it was simply there, solid and unshakeable. Together, we made survival look like a celebration.</w:t>
      </w:r>
    </w:p>
    <w:p w14:paraId="1849F22B" w14:textId="77777777" w:rsidR="00DB05F8" w:rsidRDefault="00000000">
      <w:r>
        <w:lastRenderedPageBreak/>
        <w:t>It was also Fay who introduced me to Leo the following year. A new chapter. A new kind of love. But that’s another story.</w:t>
      </w:r>
    </w:p>
    <w:p w14:paraId="67DC2C18" w14:textId="77777777" w:rsidR="00DB05F8" w:rsidRDefault="00000000">
      <w:r>
        <w:t>The shame clung to my skin like a second layer, impossible to scrub off. It showed up in the way I avoided mirrors, in how I no longer met my mother’s eyes across the table. It bled into the silence at family gatherings, where I suddenly felt too loud, too visible, too much.</w:t>
      </w:r>
    </w:p>
    <w:p w14:paraId="049471B5" w14:textId="77777777" w:rsidR="00DB05F8" w:rsidRDefault="00000000">
      <w:r>
        <w:t>I didn’t just feel betrayed by Trent. I felt betrayed by myself. I had wanted so badly to believe him that I ignored every warning sign. I silenced my instincts. I abandoned the voice inside me that whispered, this is not love. I gave him the softest parts of me, not my body, but my belief, my trust, my yearning to be chosen, and he treated them like they were disposable.</w:t>
      </w:r>
    </w:p>
    <w:p w14:paraId="4DDAF030" w14:textId="77777777" w:rsidR="00DB05F8" w:rsidRDefault="00000000">
      <w:r>
        <w:t>The truth was, I wasn’t in love with Trent. I was in love with the idea that someone might see me as worthy of loving. That someone might choose to stay. I mistook his attention for affection, his presence for promise.</w:t>
      </w:r>
    </w:p>
    <w:p w14:paraId="633D4D8F" w14:textId="77777777" w:rsidR="00DB05F8" w:rsidRDefault="00000000">
      <w:r>
        <w:t>But the betrayal was a gift too, one wrapped in thorns.</w:t>
      </w:r>
    </w:p>
    <w:p w14:paraId="41D544E9" w14:textId="77777777" w:rsidR="00DB05F8" w:rsidRDefault="00000000">
      <w:r>
        <w:t>It forced me to confront parts of myself I had buried. The ache of Dan’s rejection. The craving for validation that had shaped so many of my decisions. The unspoken belief that I had to earn love, instead of being worthy of it just as I was.</w:t>
      </w:r>
    </w:p>
    <w:p w14:paraId="2DC16FF1" w14:textId="77777777" w:rsidR="00DB05F8" w:rsidRDefault="00000000">
      <w:r>
        <w:t>It made me face the vulnerable, gullible person I was at nineteen, and extend compassion to her, not shame. I could see her now with clearer eyes, not as someone foolish, but as someone desperate to feel seen.</w:t>
      </w:r>
    </w:p>
    <w:p w14:paraId="70F04D76" w14:textId="77777777" w:rsidR="00DB05F8" w:rsidRDefault="00000000">
      <w:r>
        <w:t>That experience cracked me open. And in the wreckage, I found hard-won wisdom.</w:t>
      </w:r>
    </w:p>
    <w:p w14:paraId="4DD88AB2" w14:textId="77777777" w:rsidR="00DB05F8" w:rsidRDefault="00000000">
      <w:r>
        <w:t>I learned to stop romanticising secrecy. To stop calling pain passion. I learned that when someone asks you to hide, it is often because they have no intention of truly holding you. I began to understand that real love doesn’t arrive in shadows. It stands tall in the light. It doesn’t ask you to fold yourself smaller. It invites you to expand.</w:t>
      </w:r>
    </w:p>
    <w:p w14:paraId="074DBEFC" w14:textId="77777777" w:rsidR="00DB05F8" w:rsidRDefault="00000000">
      <w:r>
        <w:t>Most importantly, I learned to forgive myself, slowly, painfully, piece by piece.</w:t>
      </w:r>
    </w:p>
    <w:p w14:paraId="4CA487BD" w14:textId="77777777" w:rsidR="00DB05F8" w:rsidRDefault="00000000">
      <w:r>
        <w:t>Forgiveness wasn’t a single moment. It was a daily decision. A commitment to lay down the whip I had used to punish myself. It came in the quiet, in early morning walks, in the scent of salt and coconut oil, in the arms of friends who reminded me that one mistake did not define my worth.</w:t>
      </w:r>
    </w:p>
    <w:p w14:paraId="5EF82E5B" w14:textId="77777777" w:rsidR="00DB05F8" w:rsidRDefault="00000000">
      <w:r>
        <w:lastRenderedPageBreak/>
        <w:t>That season marked the death of one version of me, the girl who chased love with blind devotion. And in her place, a woman began to rise. Still wounded, still healing, but now awake to her own power.</w:t>
      </w:r>
    </w:p>
    <w:p w14:paraId="72174AF2" w14:textId="77777777" w:rsidR="00DB05F8" w:rsidRDefault="00000000">
      <w:r>
        <w:t>It was in that same newsroom, amidst all the chaos, that I first noticed Akil. He rarely spoke. Moved like a shadow. We passed each other in corridors, a fleeting exchange of glances. He intrigued me, unreadable, like a book sealed shut. I did not know then the place he would one day hold in my heart.</w:t>
      </w:r>
    </w:p>
    <w:p w14:paraId="02A329B8" w14:textId="77777777" w:rsidR="00DB05F8" w:rsidRDefault="00000000">
      <w:r>
        <w:t>That period of my life was painful and transformative. It was the loss of innocence and the beginning of truth. I learnt to distinguish love from longing, to question not only others’ intentions but also my own motivations. I realised I had given away pieces of myself, hoping someone would find them and call me whole.</w:t>
      </w:r>
    </w:p>
    <w:p w14:paraId="48841870" w14:textId="77777777" w:rsidR="00DB05F8" w:rsidRDefault="00000000">
      <w:r>
        <w:t>Instead, I had to gather them for myself.</w:t>
      </w:r>
    </w:p>
    <w:p w14:paraId="0EAA5B0F" w14:textId="77777777" w:rsidR="00DB05F8" w:rsidRDefault="00000000">
      <w:r>
        <w:t>Through heartbreak and healing, journalism remained my anchor. And though that relationship ended in shadows, it pushed me into light, into a truth I could no longer deny, and a voice I would never again silence.</w:t>
      </w:r>
    </w:p>
    <w:p w14:paraId="3873F4D0" w14:textId="77777777" w:rsidR="00DB05F8" w:rsidRDefault="00000000">
      <w:r>
        <w:t>This chapter of my life brought more than unexpected challenges; it also brought unexpected treasures.</w:t>
      </w:r>
    </w:p>
    <w:p w14:paraId="5383A967" w14:textId="77777777" w:rsidR="00DB05F8" w:rsidRDefault="00000000">
      <w:r>
        <w:t>It gifted me lifelong sisters.</w:t>
      </w:r>
    </w:p>
    <w:p w14:paraId="7D06A616" w14:textId="77777777" w:rsidR="00DB05F8" w:rsidRDefault="00000000">
      <w:r>
        <w:t>Fay, Marilyn, and Sharon became pillars in my world, offering a friendship so fierce and steady it could only be described as family. We walked hand in hand, exploring new adventures together, laughing through the bright days and holding each other steady through the storms.</w:t>
      </w:r>
    </w:p>
    <w:p w14:paraId="031E99C0" w14:textId="77777777" w:rsidR="00DB05F8" w:rsidRDefault="00000000">
      <w:r>
        <w:t>They were there for the high moments, cheering the loudest. And they were there for the nights when the darkness wrapped too tightly around me. On those nights, I often found myself in their homes, sitting at kitchen tables or curled up on couches, letting their presence pull me back toward the light. They didn’t just offer company; they provided a sanctuary.</w:t>
      </w:r>
    </w:p>
    <w:p w14:paraId="47FD02B0" w14:textId="77777777" w:rsidR="00DB05F8" w:rsidRDefault="00000000">
      <w:r>
        <w:t>These were my sisters in strength.</w:t>
      </w:r>
      <w:r>
        <w:br/>
        <w:t>They were the ones who picked me up when I stumbled and reminded me through their love that even on my weakest days, I was still powerful.</w:t>
      </w:r>
    </w:p>
    <w:p w14:paraId="505CECA9" w14:textId="77777777" w:rsidR="00DB05F8" w:rsidRDefault="00000000">
      <w:r>
        <w:t>On my darkest days, when the hurt felt too heavy to carry, they stopped me from trying to drown my pain with alcohol. Instead, they would scoop me up and head to the beach, my sanctuary. We walked for hours along the shoreline, the salt air cleansing what words could not. The rhythm of the waves steadied my breathing. Their presence steadied my heart.</w:t>
      </w:r>
    </w:p>
    <w:p w14:paraId="17EFEE42" w14:textId="77777777" w:rsidR="00DB05F8" w:rsidRDefault="00000000">
      <w:r>
        <w:lastRenderedPageBreak/>
        <w:t>When I was younger, I had known the heaviness, the unpredictable shifts in mood, but I had no name for it. Now, looking back, I can call it what it was: depression. A quiet, aching sadness that I carried alone for too long.</w:t>
      </w:r>
    </w:p>
    <w:p w14:paraId="6A940BCD" w14:textId="77777777" w:rsidR="00DB05F8" w:rsidRDefault="00000000">
      <w:r>
        <w:t>My friends were not therapists. They did not come with clinical strategies or diagnoses. What they brought was simpler, and just as vital. They offered love. They offered presence. They placed a makeshift bandage over the places that felt too broken to heal, and sometimes that was enough to keep me breathing when I didn’t know how.</w:t>
      </w:r>
    </w:p>
    <w:p w14:paraId="4C95AFA8" w14:textId="77777777" w:rsidR="00DB05F8" w:rsidRDefault="00000000">
      <w:r>
        <w:t>In the middle of all this rebuilding, Marilyn offered me something else, an invitation into a world I had never known.</w:t>
      </w:r>
    </w:p>
    <w:p w14:paraId="2580A75C" w14:textId="77777777" w:rsidR="00DB05F8" w:rsidRDefault="00000000">
      <w:r>
        <w:t>My long stays in Venezuela with her opened my eyes to a new way of living. For the first time, I felt like an equal among such vibrant, beautiful women. They saw me. They loved me. They welcomed me as I was, without conditions, without comparisons.</w:t>
      </w:r>
    </w:p>
    <w:p w14:paraId="53A13A67" w14:textId="77777777" w:rsidR="00DB05F8" w:rsidRDefault="00000000">
      <w:r>
        <w:t>It was a freedom I had never known.</w:t>
      </w:r>
    </w:p>
    <w:p w14:paraId="6B4A7448" w14:textId="77777777" w:rsidR="00DB05F8" w:rsidRDefault="00000000">
      <w:r>
        <w:t>Nights were filled with music and dancing under the stars, laughter spilling into the early hours, friendships blooming like wildflowers. For the first time in what felt like forever, I could breathe without fear, love without calculation, and simply exist without apology.</w:t>
      </w:r>
    </w:p>
    <w:p w14:paraId="225BD975" w14:textId="77777777" w:rsidR="00DB05F8" w:rsidRDefault="00000000">
      <w:r>
        <w:t>It was not just a holiday.</w:t>
      </w:r>
      <w:r>
        <w:br/>
        <w:t>It was a break that lifted me.</w:t>
      </w:r>
      <w:r>
        <w:br/>
        <w:t>A place where I remembered how light life could feel when you were truly seen.</w:t>
      </w:r>
    </w:p>
    <w:p w14:paraId="38B2152D" w14:textId="77777777" w:rsidR="00DB05F8" w:rsidRDefault="00000000">
      <w:r>
        <w:br/>
      </w:r>
      <w:r>
        <w:br/>
        <w:t>CHAPTER 16</w:t>
      </w:r>
    </w:p>
    <w:p w14:paraId="22E3379E" w14:textId="77777777" w:rsidR="00DB05F8" w:rsidRDefault="00000000">
      <w:r>
        <w:t>The Song That Broke a Bond</w:t>
      </w:r>
    </w:p>
    <w:p w14:paraId="01D95AD4" w14:textId="77777777" w:rsidR="00DB05F8" w:rsidRDefault="00000000">
      <w:r>
        <w:t>"Some strings, once plucked, echo for a lifetime."</w:t>
      </w:r>
    </w:p>
    <w:p w14:paraId="0A7E33DC" w14:textId="77777777" w:rsidR="00DB05F8" w:rsidRDefault="00000000">
      <w:r>
        <w:t>My love for music ran deep. For as long as I can remember, I spent my pocket money on 45s, LPs, and cassette tapes. My taste was wide-ranging. I adored everything from heavy metal to country and western. Music was my constant companion, a language I could understand when words failed.</w:t>
      </w:r>
    </w:p>
    <w:p w14:paraId="26984549" w14:textId="77777777" w:rsidR="00DB05F8" w:rsidRDefault="00000000">
      <w:r>
        <w:t>From primary school, I tried to master the recorder and dabbled with the piano. My brother and I often helped the elderly couple who owned the local shop. In return, their son, who had a sound system, gave us piano lessons.</w:t>
      </w:r>
    </w:p>
    <w:p w14:paraId="3AA6BB21" w14:textId="77777777" w:rsidR="00DB05F8" w:rsidRDefault="00000000">
      <w:r>
        <w:lastRenderedPageBreak/>
        <w:t>That minor act of kindness opened a world for me. Later, I fell in love with the sound of Acoustic Alchemy. Their melodies soothed me, inspired me.</w:t>
      </w:r>
    </w:p>
    <w:p w14:paraId="2965C5BB" w14:textId="77777777" w:rsidR="00DB05F8" w:rsidRDefault="00000000">
      <w:r>
        <w:t>In the summer of 1991, I bought myself an acoustic guitar and started taking lessons with a gentleman who lived nearby.</w:t>
      </w:r>
    </w:p>
    <w:p w14:paraId="405F65E9" w14:textId="77777777" w:rsidR="00DB05F8" w:rsidRDefault="00000000">
      <w:r>
        <w:t>To this day, I do not know what triggered it. I had just returned home from a guitar lesson. I was in my bedroom, practising quietly, lost in the joy of the music.</w:t>
      </w:r>
    </w:p>
    <w:p w14:paraId="26D5605B" w14:textId="77777777" w:rsidR="00DB05F8" w:rsidRDefault="00000000">
      <w:r>
        <w:t>My father stormed in.</w:t>
      </w:r>
    </w:p>
    <w:p w14:paraId="62DE4C30" w14:textId="77777777" w:rsidR="00DB05F8" w:rsidRDefault="00000000">
      <w:r>
        <w:t>Shouting. Accusing me of being at a man's house, his words were laced with anger and suspicion. His mother tongue's curses poured out, venomous and sharp.</w:t>
      </w:r>
    </w:p>
    <w:p w14:paraId="051DB212" w14:textId="77777777" w:rsidR="00DB05F8" w:rsidRDefault="00000000">
      <w:r>
        <w:t>Trying to take the guitar, he snatched it from my hands. I resisted. We struggled. He hit me, yelling that the guitar would lead me down a path of disgrace. That moment broke something. Not the guitar, but the thread that connected us. I knew then that I had to leave.</w:t>
      </w:r>
    </w:p>
    <w:p w14:paraId="5F450DD7" w14:textId="77777777" w:rsidR="00DB05F8" w:rsidRDefault="00000000">
      <w:r>
        <w:t>I packed a bag and went to a friend's place while I searched for an apartment. Months passed without a single word between my father and me. The silence between us was louder than any argument.</w:t>
      </w:r>
    </w:p>
    <w:p w14:paraId="7730DEDF" w14:textId="77777777" w:rsidR="00DB05F8" w:rsidRDefault="00000000">
      <w:r>
        <w:t>In my new apartment, the guitar sat untouched in the corner. It became more of a decoration than an instrument. The music that once brought me so much joy now reminded me of the rift between us. It was years before I picked it up again.</w:t>
      </w:r>
    </w:p>
    <w:p w14:paraId="28E31530" w14:textId="77777777" w:rsidR="00DB05F8" w:rsidRDefault="00000000">
      <w:r>
        <w:t>But when I did, something shifted. With each note, I reclaimed a part of myself. The guitar was not just wood and strings. It was a vessel of memory, of rebellion, of healing. Music had once torn something apart, but it also led me back to who I was.</w:t>
      </w:r>
    </w:p>
    <w:p w14:paraId="2AB095CD" w14:textId="77777777" w:rsidR="00DB05F8" w:rsidRDefault="00000000">
      <w:r>
        <w:t>That song, the one I played that day, never left me. It changed form, changed meaning, but its echo still lives inside me.</w:t>
      </w:r>
    </w:p>
    <w:p w14:paraId="536F9843" w14:textId="77777777" w:rsidR="00DB05F8" w:rsidRDefault="00000000">
      <w:r>
        <w:br/>
      </w:r>
      <w:r>
        <w:br/>
        <w:t>CHAPTER 17</w:t>
      </w:r>
    </w:p>
    <w:p w14:paraId="7B31246B" w14:textId="77777777" w:rsidR="00DB05F8" w:rsidRDefault="00000000">
      <w:r>
        <w:t>When Stars Drift Apart</w:t>
      </w:r>
    </w:p>
    <w:p w14:paraId="274F1429" w14:textId="77777777" w:rsidR="00DB05F8" w:rsidRDefault="00000000">
      <w:r>
        <w:t>“Some souls enter your life like comets, bright, brilliant, and destined to leave a trail long after they are gone.”</w:t>
      </w:r>
    </w:p>
    <w:p w14:paraId="1FC522F7" w14:textId="77777777" w:rsidR="00DB05F8" w:rsidRDefault="00000000">
      <w:r>
        <w:lastRenderedPageBreak/>
        <w:t>It was just after my birthday in May in 1992 when I met my first genuine love was, without a doubt, a beautiful spirit. Leo. He moved through the world with compassion and generosity, never needing to demand attention because it followed him naturally.</w:t>
      </w:r>
    </w:p>
    <w:p w14:paraId="68DB2ECD" w14:textId="77777777" w:rsidR="00DB05F8" w:rsidRDefault="00000000">
      <w:r>
        <w:t>At first glance, he was striking. He stood tall, shoulders back, with a kind of quiet confidence that turned heads. His athletic frame, sculpted by dedication and a love of movement, spoke of discipline, while the rugged charm of a shadowed jawline hinted at something untamed.</w:t>
      </w:r>
    </w:p>
    <w:p w14:paraId="3B9F5CD8" w14:textId="77777777" w:rsidR="00DB05F8" w:rsidRDefault="00000000">
      <w:r>
        <w:t>But it was his eyes I remember most. Deep brown and full of laughter, they were windows into a soul that radiated warmth and mischief. They held stories and secrets, and when they looked at me, I felt seen in a way I never had before.</w:t>
      </w:r>
    </w:p>
    <w:p w14:paraId="6BB9934C" w14:textId="77777777" w:rsidR="00DB05F8" w:rsidRDefault="00000000">
      <w:r>
        <w:t>His presence was an invitation to breathe deeply, to exhale the fear, and allow myself to exist fully. He made space for me, flaws and all. For the first time, I didn’t feel the need to hide.</w:t>
      </w:r>
    </w:p>
    <w:p w14:paraId="4954B9BA" w14:textId="77777777" w:rsidR="00DB05F8" w:rsidRDefault="00000000">
      <w:r>
        <w:t>Wrapped in his embrace, I felt joy. Not the kind that flares and fades, but the quiet joy of knowing someone wanted to understand me. I still struggled to let go of my layers, still wore my emotional disguise when we stepped outside, but inside his arms, I felt the beginnings of healing. That should have been enough. Yet something within me always whispered that it wouldn’t last.</w:t>
      </w:r>
    </w:p>
    <w:p w14:paraId="5265FCCB" w14:textId="77777777" w:rsidR="00DB05F8" w:rsidRDefault="00000000">
      <w:r>
        <w:t>We came from different worlds. Our families, our cultures, even our politics spoke different languages. And in the background, a lingering ex-lover cast long shadows across our light. My own insecurities whispered cruelly in my ear, convincing me I wasn’t enough- that I was too much and not enough all at once. I questioned how someone so good could choose me and wondered when he would realise I was unworthy.</w:t>
      </w:r>
    </w:p>
    <w:p w14:paraId="2D9FEAFD" w14:textId="77777777" w:rsidR="00DB05F8" w:rsidRDefault="00000000">
      <w:r>
        <w:t>I watched for signs of the end, afraid of the fall even while we were still flying. We were like two ships passing each other in the night. We met in the dark, collided in beauty, and were forever changed by the encounter. But, inevitably, we drifted. The tide pulled us in different directions, our connection stretching thinner until it gave way.</w:t>
      </w:r>
    </w:p>
    <w:p w14:paraId="6B06AD52" w14:textId="77777777" w:rsidR="00DB05F8" w:rsidRDefault="00000000">
      <w:r>
        <w:t>Leo was the first person who taught me what tenderness felt like. He showed me the gentle love that I could be held without fear, and that I didn't have to fight for acceptance. And though our paths diverged, he remains etched into the map of my heart.</w:t>
      </w:r>
    </w:p>
    <w:p w14:paraId="7A341294" w14:textId="77777777" w:rsidR="00DB05F8" w:rsidRDefault="00000000">
      <w:r>
        <w:lastRenderedPageBreak/>
        <w:t>Some loves do not need to last forever to be real. Some are here to show us what is possible, to remind us we are lovable even in our uncertainty. Leo was one of those loves.</w:t>
      </w:r>
    </w:p>
    <w:p w14:paraId="3AB9B845" w14:textId="77777777" w:rsidR="00DB05F8" w:rsidRDefault="00000000">
      <w:r>
        <w:t>And for that, I will always be grateful.</w:t>
      </w:r>
    </w:p>
    <w:p w14:paraId="01DEF654" w14:textId="77777777" w:rsidR="00DB05F8" w:rsidRDefault="00000000">
      <w:r>
        <w:br/>
      </w:r>
      <w:r>
        <w:br/>
        <w:t>CHAPTER 18</w:t>
      </w:r>
    </w:p>
    <w:p w14:paraId="619C9E06" w14:textId="77777777" w:rsidR="00DB05F8" w:rsidRDefault="00000000">
      <w:r>
        <w:t>Soaked in Fear, Rising in Fire</w:t>
      </w:r>
    </w:p>
    <w:p w14:paraId="50673E26" w14:textId="77777777" w:rsidR="00DB05F8" w:rsidRDefault="00000000">
      <w:r>
        <w:t>“Some mornings change everything, not because of the pain, but because of the decision to rise again.”</w:t>
      </w:r>
    </w:p>
    <w:p w14:paraId="23C80CDA" w14:textId="77777777" w:rsidR="00DB05F8" w:rsidRDefault="00000000">
      <w:r>
        <w:t>Leo had stayed the night again, so our usual morning ritual, a run followed by training at the local stadium, was cancelled.</w:t>
      </w:r>
      <w:r>
        <w:br/>
        <w:t>He had an early start at work, and I was left with my restless energy, pacing the walls like a caged thing.</w:t>
      </w:r>
      <w:r>
        <w:br/>
        <w:t>The air inside the house felt too small, too heavy.</w:t>
      </w:r>
      <w:r>
        <w:br/>
        <w:t>I needed to move. I needed space.</w:t>
      </w:r>
    </w:p>
    <w:p w14:paraId="4CA1C0E4" w14:textId="77777777" w:rsidR="00DB05F8" w:rsidRDefault="00000000">
      <w:r>
        <w:t>It was just after six in the morning on a sticky hot day in August that year. The sky sagged low, heavy with mist. A steady drizzle clung to the earth like a whispered grief.</w:t>
      </w:r>
      <w:r>
        <w:br/>
        <w:t>The streets were hushed, as though the whole world had exhaled and not yet remembered to breathe again.</w:t>
      </w:r>
    </w:p>
    <w:p w14:paraId="7471BF6B" w14:textId="77777777" w:rsidR="00DB05F8" w:rsidRDefault="00000000">
      <w:r>
        <w:t>I laced up my shoes, slipped in my earphones, and set off at a steady pace through the empty streets, the rhythm of my steps matching the slow thud of my heart. The scent of rain-kissed earth filled my lungs, familiar and grounding.</w:t>
      </w:r>
    </w:p>
    <w:p w14:paraId="4AC96ED8" w14:textId="77777777" w:rsidR="00DB05F8" w:rsidRDefault="00000000">
      <w:r>
        <w:t>Two miles in, I started to feel lighter, the tension unwinding from my shoulders. Then, without warning, it shattered.</w:t>
      </w:r>
    </w:p>
    <w:p w14:paraId="2CAE41CA" w14:textId="77777777" w:rsidR="00DB05F8" w:rsidRDefault="00000000">
      <w:r>
        <w:t>A brutal yank from behind wrenched me off balance.</w:t>
      </w:r>
      <w:r>
        <w:br/>
        <w:t>My legs flew out from under me and I crashed to the wet concrete. The earphones tore from my ears, the song inside me replaced by a dull, sickening thud.</w:t>
      </w:r>
    </w:p>
    <w:p w14:paraId="341EBCBF" w14:textId="77777777" w:rsidR="00DB05F8" w:rsidRDefault="00000000">
      <w:r>
        <w:t>Dazed, heart hammering, I twisted around.</w:t>
      </w:r>
      <w:r>
        <w:br/>
        <w:t>There he was.</w:t>
      </w:r>
      <w:r>
        <w:br/>
        <w:t>A local Paro, someone we all recognised.</w:t>
      </w:r>
      <w:r>
        <w:br/>
        <w:t>His face was twisted with something beyond rage, something wild and broken.</w:t>
      </w:r>
    </w:p>
    <w:p w14:paraId="1A3BC77A" w14:textId="77777777" w:rsidR="00DB05F8" w:rsidRDefault="00000000">
      <w:r>
        <w:lastRenderedPageBreak/>
        <w:t>I tried to scramble to my feet, but his boot caught me hard in the ribs. Pain exploded across my side.</w:t>
      </w:r>
      <w:r>
        <w:br/>
        <w:t>Before I could even gasp, another kick landed, and another.</w:t>
      </w:r>
    </w:p>
    <w:p w14:paraId="02604FDE" w14:textId="77777777" w:rsidR="00DB05F8" w:rsidRDefault="00000000">
      <w:r>
        <w:t>My world blurred into wetness and concrete and sharp, dizzying pain. I clawed at the ground, trying to crawl away, but each time he yanked me back and the blows kept falling.</w:t>
      </w:r>
    </w:p>
    <w:p w14:paraId="43E4A222" w14:textId="77777777" w:rsidR="00DB05F8" w:rsidRDefault="00000000">
      <w:r>
        <w:t>I could hear my own breath, ragged and sharp, louder than the rain. I could taste blood where I had bitten down on my tongue.</w:t>
      </w:r>
    </w:p>
    <w:p w14:paraId="352CCBD2" w14:textId="77777777" w:rsidR="00DB05F8" w:rsidRDefault="00000000">
      <w:r>
        <w:t>Voices.</w:t>
      </w:r>
      <w:r>
        <w:br/>
        <w:t>Shouting.</w:t>
      </w:r>
      <w:r>
        <w:br/>
        <w:t>Footsteps pounding towards us.</w:t>
      </w:r>
    </w:p>
    <w:p w14:paraId="1293FD20" w14:textId="77777777" w:rsidR="00DB05F8" w:rsidRDefault="00000000">
      <w:r>
        <w:t>Two security guards sprinted from a nearby building, shouting commands. One grabbed the man's arm but was flung off like a rag doll.</w:t>
      </w:r>
    </w:p>
    <w:p w14:paraId="52627330" w14:textId="77777777" w:rsidR="00DB05F8" w:rsidRDefault="00000000">
      <w:r>
        <w:t>It took both guards together, wrestling him, dragging him back inch by inch. Even then, he landed one last vicious blow before tearing himself free and fleeing into the mist.</w:t>
      </w:r>
    </w:p>
    <w:p w14:paraId="25E9EBFB" w14:textId="77777777" w:rsidR="00DB05F8" w:rsidRDefault="00000000">
      <w:r>
        <w:t>I lay curled on the ground, soaked through, my body trembling with shock.</w:t>
      </w:r>
      <w:r>
        <w:br/>
        <w:t>Mud and blood slicked my skin.</w:t>
      </w:r>
      <w:r>
        <w:br/>
        <w:t>My hands stung where they had scraped the rough concrete.</w:t>
      </w:r>
    </w:p>
    <w:p w14:paraId="1A0EB31C" w14:textId="77777777" w:rsidR="00DB05F8" w:rsidRDefault="00000000">
      <w:r>
        <w:t>One of the guards knelt beside me, his voice low and urgent, asking if I wanted to call the police.</w:t>
      </w:r>
      <w:r>
        <w:br/>
        <w:t>I shook my head, the words coming out small and broken.</w:t>
      </w:r>
      <w:r>
        <w:br/>
        <w:t>"I just want to go home."</w:t>
      </w:r>
    </w:p>
    <w:p w14:paraId="40F9F21E" w14:textId="77777777" w:rsidR="00DB05F8" w:rsidRDefault="00000000">
      <w:r>
        <w:t>No police. No statements. No questions.</w:t>
      </w:r>
      <w:r>
        <w:br/>
        <w:t>I needed walls.</w:t>
      </w:r>
      <w:r>
        <w:br/>
        <w:t>I needed silence.</w:t>
      </w:r>
      <w:r>
        <w:br/>
        <w:t>I needed something solid beneath me again.</w:t>
      </w:r>
    </w:p>
    <w:p w14:paraId="4FCA4489" w14:textId="77777777" w:rsidR="00DB05F8" w:rsidRDefault="00000000">
      <w:r>
        <w:t>The guard helped me into his car.</w:t>
      </w:r>
      <w:r>
        <w:br/>
        <w:t>No small talk.</w:t>
      </w:r>
      <w:r>
        <w:br/>
        <w:t>No judgment.</w:t>
      </w:r>
      <w:r>
        <w:br/>
        <w:t>Just quiet kindness.</w:t>
      </w:r>
    </w:p>
    <w:p w14:paraId="1DB41B3B" w14:textId="77777777" w:rsidR="00DB05F8" w:rsidRDefault="00000000">
      <w:r>
        <w:t>At home, I peeled off my sodden clothes, each movement a raw, shivering ache.</w:t>
      </w:r>
    </w:p>
    <w:p w14:paraId="218569A5" w14:textId="77777777" w:rsidR="00DB05F8" w:rsidRDefault="00000000">
      <w:r>
        <w:lastRenderedPageBreak/>
        <w:t>In the shower, the water ran pink as it slid over me.</w:t>
      </w:r>
      <w:r>
        <w:br/>
        <w:t>Mud, blood, shame. I stood there for a long time, head bowed under the freezing spray, too tired to even cry.</w:t>
      </w:r>
    </w:p>
    <w:p w14:paraId="1632B629" w14:textId="77777777" w:rsidR="00DB05F8" w:rsidRDefault="00000000">
      <w:r>
        <w:t>Later, I called Paul my “Joey” from Friends. He came within what seemed like minutes.</w:t>
      </w:r>
    </w:p>
    <w:p w14:paraId="328306DB" w14:textId="77777777" w:rsidR="00DB05F8" w:rsidRDefault="00000000">
      <w:r>
        <w:t>When I opened the door, his eyes brimmed with tears.</w:t>
      </w:r>
      <w:r>
        <w:br/>
        <w:t>He did not ask what had happened. He simply wrapped me up in his arms and held me while the world spun.</w:t>
      </w:r>
    </w:p>
    <w:p w14:paraId="67AACFBB" w14:textId="77777777" w:rsidR="00DB05F8" w:rsidRDefault="00000000">
      <w:r>
        <w:t>Then he drove me to the doctor, one hand steady on the steering wheel, the other occasionally reaching over just to squeeze my hand, as if to anchor me to the present.</w:t>
      </w:r>
    </w:p>
    <w:p w14:paraId="1EF02069" w14:textId="77777777" w:rsidR="00DB05F8" w:rsidRDefault="00000000">
      <w:r>
        <w:t>That day split me open.</w:t>
      </w:r>
    </w:p>
    <w:p w14:paraId="7D183010" w14:textId="77777777" w:rsidR="00DB05F8" w:rsidRDefault="00000000">
      <w:r>
        <w:t>It was not just the bruises. Something else rose with it.</w:t>
      </w:r>
      <w:r>
        <w:br/>
        <w:t>Something fierce.</w:t>
      </w:r>
      <w:r>
        <w:br/>
        <w:t>Something unbreakable.</w:t>
      </w:r>
    </w:p>
    <w:p w14:paraId="23F8C070" w14:textId="77777777" w:rsidR="00DB05F8" w:rsidRDefault="00000000">
      <w:r>
        <w:t>Sitting in that doctor’s office, battered but breathing, I made a vow.</w:t>
      </w:r>
      <w:r>
        <w:br/>
        <w:t>No one would ever lay hands on me again.</w:t>
      </w:r>
      <w:r>
        <w:br/>
        <w:t>Not without a fight.</w:t>
      </w:r>
    </w:p>
    <w:p w14:paraId="18FB4E73" w14:textId="77777777" w:rsidR="00DB05F8" w:rsidRDefault="00000000">
      <w:r>
        <w:t>The following week, I walked into a karate dojo.</w:t>
      </w:r>
      <w:r>
        <w:br/>
        <w:t>Not timid. Not tentative.</w:t>
      </w:r>
    </w:p>
    <w:p w14:paraId="7BFD495F" w14:textId="77777777" w:rsidR="00DB05F8" w:rsidRDefault="00000000">
      <w:r>
        <w:t>I entered with steady feet and a steady heart.</w:t>
      </w:r>
      <w:r>
        <w:br/>
        <w:t>Every jab, every block, every strike was a reclamation.</w:t>
      </w:r>
      <w:r>
        <w:br/>
        <w:t>A breath.</w:t>
      </w:r>
      <w:r>
        <w:br/>
        <w:t>A declaration.</w:t>
      </w:r>
    </w:p>
    <w:p w14:paraId="3EF4B92C" w14:textId="77777777" w:rsidR="00DB05F8" w:rsidRDefault="00000000">
      <w:r>
        <w:t>I was no longer the girl waiting to be rescued. I was the woman standing her own ground.</w:t>
      </w:r>
    </w:p>
    <w:p w14:paraId="4D70A9F8" w14:textId="77777777" w:rsidR="00DB05F8" w:rsidRDefault="00000000">
      <w:r>
        <w:t>It was not about revenge.</w:t>
      </w:r>
      <w:r>
        <w:br/>
        <w:t>It was about rising.</w:t>
      </w:r>
    </w:p>
    <w:p w14:paraId="763578E4" w14:textId="77777777" w:rsidR="00DB05F8" w:rsidRDefault="00000000">
      <w:r>
        <w:t>About rebuilding what had been shattered, piece by piece, breath by breath. It was sweat and fire and fierce, stubborn freedom.</w:t>
      </w:r>
    </w:p>
    <w:p w14:paraId="7C6BAEF2" w14:textId="77777777" w:rsidR="00DB05F8" w:rsidRDefault="00000000">
      <w:r>
        <w:t>That morning in the rain did not break me.</w:t>
      </w:r>
    </w:p>
    <w:p w14:paraId="4A237E50" w14:textId="77777777" w:rsidR="00DB05F8" w:rsidRDefault="00000000">
      <w:r>
        <w:t>It revealed me.</w:t>
      </w:r>
    </w:p>
    <w:p w14:paraId="4EB19B67" w14:textId="77777777" w:rsidR="00DB05F8" w:rsidRDefault="00000000">
      <w:r>
        <w:lastRenderedPageBreak/>
        <w:t>And in that soaked, battered clarity,</w:t>
      </w:r>
      <w:r>
        <w:br/>
        <w:t>I chose to rise.</w:t>
      </w:r>
    </w:p>
    <w:p w14:paraId="0EA39E2E" w14:textId="77777777" w:rsidR="00DB05F8" w:rsidRDefault="00000000">
      <w:r>
        <w:br/>
      </w:r>
      <w:r>
        <w:br/>
        <w:t>CHAPTER 19</w:t>
      </w:r>
    </w:p>
    <w:p w14:paraId="35F8036F" w14:textId="77777777" w:rsidR="00DB05F8" w:rsidRDefault="00000000">
      <w:r>
        <w:t>Rising from the Ruins</w:t>
      </w:r>
    </w:p>
    <w:p w14:paraId="06A8800F" w14:textId="77777777" w:rsidR="00DB05F8" w:rsidRDefault="00000000">
      <w:r>
        <w:t>“In every disciplined breath and every quiet stance, I found the parts of me I thought I’d lost.”</w:t>
      </w:r>
    </w:p>
    <w:p w14:paraId="094584E9" w14:textId="77777777" w:rsidR="00DB05F8" w:rsidRDefault="00000000">
      <w:r>
        <w:t>At twenty-three, I fell in love again. This time, not with a person, but with something that gave me back to myself. Karate.</w:t>
      </w:r>
    </w:p>
    <w:p w14:paraId="4B08A0BB" w14:textId="77777777" w:rsidR="00DB05F8" w:rsidRDefault="00000000">
      <w:r>
        <w:t>What started as an act of defiance, born from pain and a need to reclaim my body, soon blossomed into something beautiful and all-consuming. I hadn’t stepped onto that dojo floor to chase belts or accolades. I stepped in to find strength, to steady the ground beneath me.</w:t>
      </w:r>
    </w:p>
    <w:p w14:paraId="250B07B8" w14:textId="77777777" w:rsidR="00DB05F8" w:rsidRDefault="00000000">
      <w:r>
        <w:t>And yet, as I moved through the early forms, something shifted. With every kata, I wasn’t just learning sequences or stances. I was rebuilding. Every movement was a conversation with the past. Every breath drew me further from fear and closer to freedom.</w:t>
      </w:r>
    </w:p>
    <w:p w14:paraId="3333D2E5" w14:textId="77777777" w:rsidR="00DB05F8" w:rsidRDefault="00000000">
      <w:r>
        <w:t>Karate gave me structure when my world had felt chaotic. The repetition of technique, the grounding of my feet, the alignment of breath and motion, these became rituals. Sacred moments of presence where my mind could rest and my spirit could rise.</w:t>
      </w:r>
    </w:p>
    <w:p w14:paraId="662E65BE" w14:textId="77777777" w:rsidR="00DB05F8" w:rsidRDefault="00000000">
      <w:r>
        <w:t>I trained relentlessly. I became obsessed with perfecting each kata, finding the rhythm between grace and power. I would spend hours in the dojo, fine-tuning the angles of my blocks, the precision of my strikes, the stillness of my focus.</w:t>
      </w:r>
    </w:p>
    <w:p w14:paraId="1D021FF7" w14:textId="77777777" w:rsidR="00DB05F8" w:rsidRDefault="00000000">
      <w:r>
        <w:t>But it was Kumite, the sparring, where I felt most alive. There was a dance in the combat, a sharp, electric connection between thought and movement. It taught me how to respond, not react, to remain calm under pressure, and to move through the challenge with clarity.</w:t>
      </w:r>
    </w:p>
    <w:p w14:paraId="7590F675" w14:textId="77777777" w:rsidR="00DB05F8" w:rsidRDefault="00000000">
      <w:r>
        <w:t>Progress came quickly. I moved through the belts at a pace that surprised even me. Not because I wanted the colours around my waist, but because I was hungry for the discipline. The mastery. The peace.</w:t>
      </w:r>
    </w:p>
    <w:p w14:paraId="554BDB64" w14:textId="77777777" w:rsidR="00DB05F8" w:rsidRDefault="00000000">
      <w:r>
        <w:t xml:space="preserve">Each grading ceremony felt like a quiet victory, not over others, but over the fear that once held me back. I stood taller, walked stronger, and learnt to hold space </w:t>
      </w:r>
      <w:r>
        <w:lastRenderedPageBreak/>
        <w:t>without shrinking. I no longer questioned whether I deserved to be there; I knew I had earned every step.</w:t>
      </w:r>
    </w:p>
    <w:p w14:paraId="5A2C72F4" w14:textId="77777777" w:rsidR="00DB05F8" w:rsidRDefault="00000000">
      <w:r>
        <w:t>Karate became more than just a practice,it became a way of life. It taught me that strength is not about overpowering others, but about mastering yourself. It reminded me that I am capable, resilient, and whole.</w:t>
      </w:r>
    </w:p>
    <w:p w14:paraId="7642DC7E" w14:textId="77777777" w:rsidR="00DB05F8" w:rsidRDefault="00000000">
      <w:r>
        <w:t>In that mirrored room, barefoot and breath steady, I met myself again. Not as a victim. Not as a girl running from her past. But as a warrior. Calm. Centred. Ready.</w:t>
      </w:r>
    </w:p>
    <w:p w14:paraId="7E11D684" w14:textId="77777777" w:rsidR="00DB05F8" w:rsidRDefault="00000000">
      <w:r>
        <w:br/>
      </w:r>
      <w:r>
        <w:br/>
        <w:t>CHAPTER 20</w:t>
      </w:r>
    </w:p>
    <w:p w14:paraId="0D5F72D4" w14:textId="77777777" w:rsidR="00DB05F8" w:rsidRDefault="00000000">
      <w:r>
        <w:t>The Artist and the Storm</w:t>
      </w:r>
    </w:p>
    <w:p w14:paraId="21C4DFA5" w14:textId="77777777" w:rsidR="00DB05F8" w:rsidRDefault="00000000">
      <w:r>
        <w:t>“Some souls don’t just touch you; they awaken parts of you that you never knew existed.”</w:t>
      </w:r>
    </w:p>
    <w:p w14:paraId="18C4925D" w14:textId="77777777" w:rsidR="00DB05F8" w:rsidRDefault="00000000">
      <w:r>
        <w:t>Akil entered my life like a whispered rebellion early 2023. Everything shifted the moment he appeared. He was a man wrapped in mystery, always present yet somehow just beyond reach. His tattoos curled around his arms and shoulders like vines, each one etched with its own silent story. They spoke of pain, passion, and a life well-lived in the shadows.</w:t>
      </w:r>
    </w:p>
    <w:p w14:paraId="482FAFF5" w14:textId="77777777" w:rsidR="00DB05F8" w:rsidRDefault="00000000">
      <w:r>
        <w:t>His rugged exterior reflected the rawness of his music, a devotion to heavy metal that pulsed through his veins like a heartbeat. He was never without a guitar riff in the background, the familiar burn of whisky in hand, his eyes closed as if in communion with the sound. He carried himself like someone who had danced with chaos and called it beautiful.</w:t>
      </w:r>
    </w:p>
    <w:p w14:paraId="687E305B" w14:textId="77777777" w:rsidR="00DB05F8" w:rsidRDefault="00000000">
      <w:r>
        <w:t>We painted together, those afternoons soaked in colour and emotion. The canvases became our sanctuary, each bold brushstroke a mirror of the intensity he carried within.</w:t>
      </w:r>
    </w:p>
    <w:p w14:paraId="4C11F18B" w14:textId="77777777" w:rsidR="00DB05F8" w:rsidRDefault="00000000">
      <w:r>
        <w:t>His art was like his riding, loud and unapologetic, fuelled by something primal. The smell of petrol, the grit of the open road, the rebellion in the rumble of his Harley it was all part of him. It wasn’t a hobby. It was how he breathed.</w:t>
      </w:r>
    </w:p>
    <w:p w14:paraId="676C3D35" w14:textId="77777777" w:rsidR="00DB05F8" w:rsidRDefault="00000000">
      <w:r>
        <w:t>And yet, behind the fire, there was gentleness. In his quiet gaze lived a longing I recognised, for connection, for understanding, for peace. Akil was a contradiction in motion. He was both the storm and the shelter, the artist and the outlaw.</w:t>
      </w:r>
    </w:p>
    <w:p w14:paraId="3E7500AE" w14:textId="77777777" w:rsidR="00DB05F8" w:rsidRDefault="00000000">
      <w:r>
        <w:lastRenderedPageBreak/>
        <w:t>The line between friendship and something deeper blurred almost imperceptibly. One moment we were laughing, hands smudged with paint; the next, his presence felt like light cutting through my darkness.</w:t>
      </w:r>
    </w:p>
    <w:p w14:paraId="29A7F8AA" w14:textId="77777777" w:rsidR="00DB05F8" w:rsidRDefault="00000000">
      <w:r>
        <w:t>He became a kind of angel to me, not perfect, but radiant in the way he made space for my truest self to surface.</w:t>
      </w:r>
    </w:p>
    <w:p w14:paraId="2BFB695A" w14:textId="77777777" w:rsidR="00DB05F8" w:rsidRDefault="00000000">
      <w:r>
        <w:t>He never judged me. He listened, truly listened. When life felt too heavy, his laughter could lift the weight. In his presence, I learned to exhale. To unravel. To believe, even briefly, that maybe love could be a sanctuary.</w:t>
      </w:r>
    </w:p>
    <w:p w14:paraId="67056222" w14:textId="77777777" w:rsidR="00DB05F8" w:rsidRDefault="00000000">
      <w:r>
        <w:t>But it wasn’t just Akil. The love he carried for his mother and grandmother was beyond admiration. It was reverent. The way he spoke of them, the way he honoured them, revealed a depth that moved me. And when I was with them, in their kitchens, in quiet conversations, in the warmth of their eyes, I felt something I had longed for all my life. I felt safe.</w:t>
      </w:r>
    </w:p>
    <w:p w14:paraId="54929448" w14:textId="77777777" w:rsidR="00DB05F8" w:rsidRDefault="00000000">
      <w:r>
        <w:t>His mother, with her steady kindness and intuitive wisdom, offered a softness I hadn’t expected. She welcomed me without judgment, her presence a quiet reassurance that I was enough. His grandmother, too, held a stillness that calmed the storm inside me. Being around them grounded me in a way I can only describe as coming home.</w:t>
      </w:r>
    </w:p>
    <w:p w14:paraId="164F7782" w14:textId="77777777" w:rsidR="00DB05F8" w:rsidRDefault="00000000">
      <w:r>
        <w:t>Their love wrapped itself around me like a protective cloak, and I basked in it. For the first time in a long time, I felt held. Not just by a man who stirred my soul, but by the women who had helped shape his heart.</w:t>
      </w:r>
    </w:p>
    <w:p w14:paraId="01A8788B" w14:textId="77777777" w:rsidR="00DB05F8" w:rsidRDefault="00000000">
      <w:r>
        <w:t>I loved him. Fiercely. Deeply. Perhaps too much. Loving Akil was like being caught in a current, thrilling, terrifying, and impossible to fight. I didn’t always know how to hold the enormity of my emotions. I clung to him, hoping it would quiet the chaos inside me.</w:t>
      </w:r>
    </w:p>
    <w:p w14:paraId="37251675" w14:textId="77777777" w:rsidR="00DB05F8" w:rsidRDefault="00000000">
      <w:r>
        <w:t>The Night My Soul Fractured</w:t>
      </w:r>
    </w:p>
    <w:p w14:paraId="24DB558E" w14:textId="77777777" w:rsidR="00DB05F8" w:rsidRDefault="00000000">
      <w:r>
        <w:t>“Some fractures do not show on X-rays.</w:t>
      </w:r>
      <w:r>
        <w:br/>
        <w:t>Some deaths do not stop the heart.”</w:t>
      </w:r>
    </w:p>
    <w:p w14:paraId="0D6DFFBB" w14:textId="77777777" w:rsidR="00DB05F8" w:rsidRDefault="00000000">
      <w:r>
        <w:t>It was just after my twenty-fourth birthday when the ground beneath me gave way.</w:t>
      </w:r>
      <w:r>
        <w:br/>
        <w:t>A moment in time that altered everything.</w:t>
      </w:r>
      <w:r>
        <w:br/>
        <w:t>The kind of moment you do not return from the same.</w:t>
      </w:r>
    </w:p>
    <w:p w14:paraId="4FF865ED" w14:textId="77777777" w:rsidR="00DB05F8" w:rsidRDefault="00000000">
      <w:r>
        <w:t>The house was quiet, the kind of silence that feels sacred. Outside, the world slept under the hush of early hours.</w:t>
      </w:r>
    </w:p>
    <w:p w14:paraId="076B0965" w14:textId="77777777" w:rsidR="00DB05F8" w:rsidRDefault="00000000">
      <w:r>
        <w:lastRenderedPageBreak/>
        <w:t>I was half-asleep, cocooned in bed, warm, safe, unguarded, waiting for “Him” to come home. The stillness in the house wrapped around me like a thick, trusting blanket. Then the creak of the front door sliced through the silence, sharp as a blade.</w:t>
      </w:r>
    </w:p>
    <w:p w14:paraId="3054286E" w14:textId="77777777" w:rsidR="00DB05F8" w:rsidRDefault="00000000">
      <w:r>
        <w:t>He’s home, I thought, exhaling.</w:t>
      </w:r>
    </w:p>
    <w:p w14:paraId="279FDB67" w14:textId="77777777" w:rsidR="00DB05F8" w:rsidRDefault="00000000">
      <w:r>
        <w:t>I turned away from the door, curling tighter beneath the sheets, pretending to sleep. I wanted him to think I hadn’t waited up.</w:t>
      </w:r>
    </w:p>
    <w:p w14:paraId="3AB0D749" w14:textId="77777777" w:rsidR="00DB05F8" w:rsidRDefault="00000000">
      <w:r>
        <w:t>My heartbeat with anxiety, the rhythm tight and fast. I was upset, not just because he’d been out all night, but because it was becoming a pattern.</w:t>
      </w:r>
    </w:p>
    <w:p w14:paraId="2D3FCF55" w14:textId="77777777" w:rsidR="00DB05F8" w:rsidRDefault="00000000">
      <w:r>
        <w:t>Then came an unusually light, sudden, sharp, and unwelcome.</w:t>
      </w:r>
    </w:p>
    <w:p w14:paraId="0401B21F" w14:textId="77777777" w:rsidR="00DB05F8" w:rsidRDefault="00000000">
      <w:r>
        <w:t>Why is “Him” using a torchlight? My body tensed under the sheets, every sense screaming awake.</w:t>
      </w:r>
      <w:r>
        <w:br/>
        <w:t>Something was wrong.</w:t>
      </w:r>
    </w:p>
    <w:p w14:paraId="501AF241" w14:textId="77777777" w:rsidR="00DB05F8" w:rsidRDefault="00000000">
      <w:r>
        <w:t>My heart now thrashed against my ribs, and the air seemed to thicken, tightening around me as the hallway light did not flick on.</w:t>
      </w:r>
    </w:p>
    <w:p w14:paraId="34CC7AC9" w14:textId="77777777" w:rsidR="00DB05F8" w:rsidRDefault="00000000">
      <w:r>
        <w:t>Something was wrong.</w:t>
      </w:r>
      <w:r>
        <w:br/>
        <w:t>Terribly, monstrously wrong.</w:t>
      </w:r>
    </w:p>
    <w:p w14:paraId="238F3C53" w14:textId="77777777" w:rsidR="00DB05F8" w:rsidRDefault="00000000">
      <w:r>
        <w:t>I bolted upright.</w:t>
      </w:r>
    </w:p>
    <w:p w14:paraId="490A04AF" w14:textId="77777777" w:rsidR="00DB05F8" w:rsidRDefault="00000000">
      <w:r>
        <w:t>A masked figure stood in the doorway, framed by the sudden harshness of the hallway light,a stranger, faceless, holding a gun.</w:t>
      </w:r>
    </w:p>
    <w:p w14:paraId="206280D2" w14:textId="77777777" w:rsidR="00DB05F8" w:rsidRDefault="00000000">
      <w:r>
        <w:t>Seeing him crushed the air out of the room before he even stepped inside.</w:t>
      </w:r>
      <w:r>
        <w:br/>
        <w:t>I could not breathe.</w:t>
      </w:r>
      <w:r>
        <w:br/>
        <w:t>I could not move.</w:t>
      </w:r>
    </w:p>
    <w:p w14:paraId="7DF4CA8F" w14:textId="77777777" w:rsidR="00DB05F8" w:rsidRDefault="00000000">
      <w:r>
        <w:t>I froze.</w:t>
      </w:r>
    </w:p>
    <w:p w14:paraId="330BBAB9" w14:textId="77777777" w:rsidR="00DB05F8" w:rsidRDefault="00000000">
      <w:r>
        <w:t>Before I could run, before I could even flinch, his hand clamped onto my arm and yanked me from the bed.</w:t>
      </w:r>
    </w:p>
    <w:p w14:paraId="64071EE6" w14:textId="77777777" w:rsidR="00DB05F8" w:rsidRDefault="00000000">
      <w:r>
        <w:t>My mouth opened, but no sound came. My body was betraying me.</w:t>
      </w:r>
    </w:p>
    <w:p w14:paraId="003959A4" w14:textId="77777777" w:rsidR="00DB05F8" w:rsidRDefault="00000000">
      <w:r>
        <w:t>My thoughts shattered into a thousand shards. Memories of headlines, about a woman killed close to me a few days ago.</w:t>
      </w:r>
    </w:p>
    <w:p w14:paraId="33309443" w14:textId="77777777" w:rsidR="00DB05F8" w:rsidRDefault="00000000">
      <w:r>
        <w:t>He was not just a stranger. He was danger itself, weaponised and deliberate.</w:t>
      </w:r>
    </w:p>
    <w:p w14:paraId="69B4A435" w14:textId="77777777" w:rsidR="00DB05F8" w:rsidRDefault="00000000">
      <w:r>
        <w:t>I had sworn-sworn-no one would ever hurt me again.</w:t>
      </w:r>
    </w:p>
    <w:p w14:paraId="520C739F" w14:textId="77777777" w:rsidR="00DB05F8" w:rsidRDefault="00000000">
      <w:r>
        <w:lastRenderedPageBreak/>
        <w:t>Terror surged, fast and thick, freezing my muscles even as my mind screamed: Move. Fight. Survive.</w:t>
      </w:r>
    </w:p>
    <w:p w14:paraId="42BC89F5" w14:textId="77777777" w:rsidR="00DB05F8" w:rsidRDefault="00000000">
      <w:r>
        <w:t>I had trained.</w:t>
      </w:r>
      <w:r>
        <w:br/>
        <w:t>I knew how to fight.</w:t>
      </w:r>
      <w:r>
        <w:br/>
        <w:t>I had rehearsed it in my mind a thousand times.</w:t>
      </w:r>
    </w:p>
    <w:p w14:paraId="560544C2" w14:textId="77777777" w:rsidR="00DB05F8" w:rsidRDefault="00000000">
      <w:r>
        <w:t>But fear is a cruel thief.</w:t>
      </w:r>
      <w:r>
        <w:br/>
        <w:t>It robs you of breath.</w:t>
      </w:r>
      <w:r>
        <w:br/>
        <w:t>Of clarity.</w:t>
      </w:r>
      <w:r>
        <w:br/>
        <w:t>Of movement.</w:t>
      </w:r>
    </w:p>
    <w:p w14:paraId="232BAEA1" w14:textId="77777777" w:rsidR="00DB05F8" w:rsidRDefault="00000000">
      <w:r>
        <w:t>"You're a pretty thing," he said, his voice oily and thick.</w:t>
      </w:r>
    </w:p>
    <w:p w14:paraId="5DD71C65" w14:textId="77777777" w:rsidR="00DB05F8" w:rsidRDefault="00000000">
      <w:r>
        <w:t>The gun glinted in the artificial light, a cold promise of violence.</w:t>
      </w:r>
      <w:r>
        <w:br/>
        <w:t>My heart thudded against my ribs, wild and frantic air felt like shards of glass</w:t>
      </w:r>
    </w:p>
    <w:p w14:paraId="20693A97" w14:textId="77777777" w:rsidR="00DB05F8" w:rsidRDefault="00000000">
      <w:r>
        <w:t>Still, beneath the rising tide of panic, something inside me stirred.</w:t>
      </w:r>
    </w:p>
    <w:p w14:paraId="7FF97BE8" w14:textId="77777777" w:rsidR="00DB05F8" w:rsidRDefault="00000000">
      <w:r>
        <w:t>Fight Rae, Fight!</w:t>
      </w:r>
    </w:p>
    <w:p w14:paraId="2113774F" w14:textId="77777777" w:rsidR="00DB05F8" w:rsidRDefault="00000000">
      <w:r>
        <w:t>When he reached out again, I moved.</w:t>
      </w:r>
      <w:r>
        <w:br/>
        <w:t>Quick. Instinct.</w:t>
      </w:r>
    </w:p>
    <w:p w14:paraId="02D4C721" w14:textId="77777777" w:rsidR="00DB05F8" w:rsidRDefault="00000000">
      <w:r>
        <w:t>Training</w:t>
      </w:r>
    </w:p>
    <w:p w14:paraId="37E7DDA8" w14:textId="77777777" w:rsidR="00DB05F8" w:rsidRDefault="00000000">
      <w:r>
        <w:t>Desperation</w:t>
      </w:r>
      <w:r>
        <w:br/>
        <w:t>My hand struck his wrist.</w:t>
      </w:r>
    </w:p>
    <w:p w14:paraId="552F575D" w14:textId="77777777" w:rsidR="00DB05F8" w:rsidRDefault="00000000">
      <w:r>
        <w:t>The gun clattered across the floor, a cold, metallic skid that echoed in the small room.</w:t>
      </w:r>
    </w:p>
    <w:p w14:paraId="143779C2" w14:textId="77777777" w:rsidR="00DB05F8" w:rsidRDefault="00000000">
      <w:r>
        <w:t>For a heartbeat, hope flared inside my chest, wild and reckless.</w:t>
      </w:r>
    </w:p>
    <w:p w14:paraId="2F46BB54" w14:textId="77777777" w:rsidR="00DB05F8" w:rsidRDefault="00000000">
      <w:r>
        <w:t>Then chaos.</w:t>
      </w:r>
    </w:p>
    <w:p w14:paraId="478D53AA" w14:textId="77777777" w:rsidR="00DB05F8" w:rsidRDefault="00000000">
      <w:r>
        <w:t>Our bodies crashed together, a tangle of limbs and gasping breath, a desperate battle for survival.</w:t>
      </w:r>
      <w:r>
        <w:br/>
        <w:t>He reached for the gun.</w:t>
      </w:r>
    </w:p>
    <w:p w14:paraId="13CF8BE9" w14:textId="77777777" w:rsidR="00DB05F8" w:rsidRDefault="00000000">
      <w:r>
        <w:t>I clawed, kicked, lashed out with everything I had, fists, driven by terror and fury to prevent him.</w:t>
      </w:r>
    </w:p>
    <w:p w14:paraId="1C371362" w14:textId="77777777" w:rsidR="00DB05F8" w:rsidRDefault="00000000">
      <w:r>
        <w:t>But he was stronger.</w:t>
      </w:r>
      <w:r>
        <w:br/>
        <w:t>Colder.</w:t>
      </w:r>
      <w:r>
        <w:br/>
        <w:t>Fueled by a violence that had no fear of losing.</w:t>
      </w:r>
    </w:p>
    <w:p w14:paraId="07EF50C0" w14:textId="77777777" w:rsidR="00DB05F8" w:rsidRDefault="00000000">
      <w:r>
        <w:lastRenderedPageBreak/>
        <w:t>His fist slammed into my head, and the world exploded into shards of white light.</w:t>
      </w:r>
    </w:p>
    <w:p w14:paraId="02F9876E" w14:textId="77777777" w:rsidR="00DB05F8" w:rsidRDefault="00000000">
      <w:r>
        <w:t>Then the explosion.</w:t>
      </w:r>
    </w:p>
    <w:p w14:paraId="39CD4AD9" w14:textId="77777777" w:rsidR="00DB05F8" w:rsidRDefault="00000000">
      <w:r>
        <w:t>I could not feel my body.</w:t>
      </w:r>
      <w:r>
        <w:br/>
        <w:t>I did not know if I had been shot.</w:t>
      </w:r>
    </w:p>
    <w:p w14:paraId="13BD300B" w14:textId="77777777" w:rsidR="00DB05F8" w:rsidRDefault="00000000">
      <w:r>
        <w:t>For a moment, I hovered,</w:t>
      </w:r>
      <w:r>
        <w:br/>
        <w:t>Not alive.</w:t>
      </w:r>
      <w:r>
        <w:br/>
        <w:t>Not dead.</w:t>
      </w:r>
      <w:r>
        <w:br/>
        <w:t>Just suspended in a breathless grey space between worlds.</w:t>
      </w:r>
    </w:p>
    <w:p w14:paraId="5BE8CBDE" w14:textId="77777777" w:rsidR="00DB05F8" w:rsidRDefault="00000000">
      <w:r>
        <w:t>The room twisted and swayed around me.</w:t>
      </w:r>
      <w:r>
        <w:br/>
        <w:t>Reality blurred into smears of shadow and sound.</w:t>
      </w:r>
    </w:p>
    <w:p w14:paraId="0CE1F47E" w14:textId="77777777" w:rsidR="00DB05F8" w:rsidRDefault="00000000">
      <w:r>
        <w:t>I could not tell where my hands were, or if my legs still touched the ground.</w:t>
      </w:r>
      <w:r>
        <w:br/>
        <w:t>I could only hear my heartbeat pounding through the roar inside my ears.</w:t>
      </w:r>
    </w:p>
    <w:p w14:paraId="536D4E61" w14:textId="77777777" w:rsidR="00DB05F8" w:rsidRDefault="00000000">
      <w:r>
        <w:t>For a moment, I thought I was dying.</w:t>
      </w:r>
      <w:r>
        <w:br/>
        <w:t>I almost welcomed it.</w:t>
      </w:r>
    </w:p>
    <w:p w14:paraId="2364B974" w14:textId="77777777" w:rsidR="00DB05F8" w:rsidRDefault="00000000">
      <w:r>
        <w:t>The room twisted and swayed around me. Colours of the dark drained to greys and white, the edges of reality blurring until everything became unreal.</w:t>
      </w:r>
    </w:p>
    <w:p w14:paraId="6A2B654A" w14:textId="77777777" w:rsidR="00DB05F8" w:rsidRDefault="00000000">
      <w:r>
        <w:t>And then pain, brutal and real, snapped me back.</w:t>
      </w:r>
    </w:p>
    <w:p w14:paraId="1DD9B308" w14:textId="77777777" w:rsidR="00DB05F8" w:rsidRDefault="00000000">
      <w:r>
        <w:t>A kick slammed into my ribs, dragging me back into my skin.</w:t>
      </w:r>
      <w:r>
        <w:br/>
        <w:t>I gasped, choking on air that tasted of dust and metal.</w:t>
      </w:r>
    </w:p>
    <w:p w14:paraId="43B60A01" w14:textId="77777777" w:rsidR="00DB05F8" w:rsidRDefault="00000000">
      <w:r>
        <w:t>Another blow drove the breath from my lungs and folded me in half.</w:t>
      </w:r>
      <w:r>
        <w:br/>
        <w:t>I cried out, a sound raw and broken, wrenched from the deepest part of me.</w:t>
      </w:r>
    </w:p>
    <w:p w14:paraId="39AAA8DF" w14:textId="77777777" w:rsidR="00DB05F8" w:rsidRDefault="00000000">
      <w:r>
        <w:t>I crumpled onto the cold tile floor, instinct curling me inward, as small as possible, a body trying to vanish.</w:t>
      </w:r>
    </w:p>
    <w:p w14:paraId="631D4B0D" w14:textId="77777777" w:rsidR="00DB05F8" w:rsidRDefault="00000000">
      <w:r>
        <w:t>But it was not enough.</w:t>
      </w:r>
    </w:p>
    <w:p w14:paraId="75D51BF8" w14:textId="77777777" w:rsidR="00DB05F8" w:rsidRDefault="00000000">
      <w:r>
        <w:t>His knee pressed into my back, pinning me flat.</w:t>
      </w:r>
      <w:r>
        <w:br/>
        <w:t>The barrel of the gun shoved against the base of my skull, cold and final.</w:t>
      </w:r>
    </w:p>
    <w:p w14:paraId="0B9EE8AA" w14:textId="77777777" w:rsidR="00DB05F8" w:rsidRDefault="00000000">
      <w:r>
        <w:t>"Fight again and I will kill you."</w:t>
      </w:r>
    </w:p>
    <w:p w14:paraId="6A508710" w14:textId="77777777" w:rsidR="00DB05F8" w:rsidRDefault="00000000">
      <w:r>
        <w:t>The words sliced through me, sharper than the weapon at my head.</w:t>
      </w:r>
    </w:p>
    <w:p w14:paraId="2E5A71B1" w14:textId="77777777" w:rsidR="00DB05F8" w:rsidRDefault="00000000">
      <w:r>
        <w:t>I lay frozen, not because he had broken me, but because survival demanded it.</w:t>
      </w:r>
    </w:p>
    <w:p w14:paraId="5EC856F6" w14:textId="77777777" w:rsidR="00DB05F8" w:rsidRDefault="00000000">
      <w:r>
        <w:t>Stillness was survival now.</w:t>
      </w:r>
    </w:p>
    <w:p w14:paraId="46BCF608" w14:textId="77777777" w:rsidR="00DB05F8" w:rsidRDefault="00000000">
      <w:r>
        <w:lastRenderedPageBreak/>
        <w:t>I lay motionless while he tore at me, his hands rough, his breathing harsh and heavy inside the mask. His hands rough, his breathing harsh and heavy inside the mask.</w:t>
      </w:r>
      <w:r>
        <w:br/>
        <w:t>The cold scraped my cheek as he ground my face against the tile.</w:t>
      </w:r>
      <w:r>
        <w:br/>
        <w:t>I could feel an earring stud piercing through my pelvis with the weight of his body.</w:t>
      </w:r>
    </w:p>
    <w:p w14:paraId="5A376280" w14:textId="77777777" w:rsidR="00DB05F8" w:rsidRDefault="00000000">
      <w:r>
        <w:t>My spirit lifted, desperate to escape the body that was no longer mine.</w:t>
      </w:r>
    </w:p>
    <w:p w14:paraId="19CAC149" w14:textId="77777777" w:rsidR="00DB05F8" w:rsidRDefault="00000000">
      <w:r>
        <w:t>His hands were brutal, impatient.</w:t>
      </w:r>
      <w:r>
        <w:br/>
        <w:t>Tearing not just fabric, but the last fragile threads of my dignity.</w:t>
      </w:r>
    </w:p>
    <w:p w14:paraId="1265DFDE" w14:textId="77777777" w:rsidR="00DB05F8" w:rsidRDefault="00000000">
      <w:r>
        <w:t>The world blurred into panic and pain.</w:t>
      </w:r>
    </w:p>
    <w:p w14:paraId="694A1306" w14:textId="77777777" w:rsidR="00DB05F8" w:rsidRDefault="00000000">
      <w:r>
        <w:t>I could feel everything.</w:t>
      </w:r>
      <w:r>
        <w:br/>
        <w:t>And nothing.</w:t>
      </w:r>
    </w:p>
    <w:p w14:paraId="59C8C30A" w14:textId="77777777" w:rsidR="00DB05F8" w:rsidRDefault="00000000">
      <w:r>
        <w:t>I focused on the bracelet lying inches from my face.</w:t>
      </w:r>
      <w:r>
        <w:br/>
        <w:t>Bent.</w:t>
      </w:r>
      <w:r>
        <w:br/>
        <w:t>Scratched.</w:t>
      </w:r>
      <w:r>
        <w:br/>
        <w:t>Etched with my name.</w:t>
      </w:r>
    </w:p>
    <w:p w14:paraId="05EF4C20" w14:textId="77777777" w:rsidR="00DB05F8" w:rsidRDefault="00000000">
      <w:r>
        <w:t>I am still Rae.</w:t>
      </w:r>
      <w:r>
        <w:br/>
        <w:t>I am still here.</w:t>
      </w:r>
    </w:p>
    <w:p w14:paraId="484813E8" w14:textId="77777777" w:rsidR="00DB05F8" w:rsidRDefault="00000000">
      <w:r>
        <w:t>I repeated it inside my mind as his weight pressed down, as the tearing of fabric and flesh blurred into a numb, distant agony.</w:t>
      </w:r>
    </w:p>
    <w:p w14:paraId="10309289" w14:textId="77777777" w:rsidR="00DB05F8" w:rsidRDefault="00000000">
      <w:r>
        <w:t>The distant barking of dogs floated through the air, ghostlike.</w:t>
      </w:r>
    </w:p>
    <w:p w14:paraId="327250C9" w14:textId="77777777" w:rsidR="00DB05F8" w:rsidRDefault="00000000">
      <w:r>
        <w:t>Above me, his ragged breathing filled the space.</w:t>
      </w:r>
    </w:p>
    <w:p w14:paraId="6691FFA4" w14:textId="77777777" w:rsidR="00DB05F8" w:rsidRDefault="00000000">
      <w:r>
        <w:t>My soul clung to the rafters, watching from above, willing the minutes to pass.</w:t>
      </w:r>
    </w:p>
    <w:p w14:paraId="0A092181" w14:textId="77777777" w:rsidR="00DB05F8" w:rsidRDefault="00000000">
      <w:r>
        <w:t>Soon, the weight lifted, followed by another kick, this time less forceful.</w:t>
      </w:r>
    </w:p>
    <w:p w14:paraId="1B570D0F" w14:textId="77777777" w:rsidR="00DB05F8" w:rsidRDefault="00000000">
      <w:r>
        <w:t>"Where is the fucking money?" he snarled.</w:t>
      </w:r>
    </w:p>
    <w:p w14:paraId="759CBEF4" w14:textId="77777777" w:rsidR="00DB05F8" w:rsidRDefault="00000000">
      <w:r>
        <w:t>His voice split the silence open.</w:t>
      </w:r>
    </w:p>
    <w:p w14:paraId="195693EC" w14:textId="77777777" w:rsidR="00DB05F8" w:rsidRDefault="00000000">
      <w:r>
        <w:t>"I don’t have it," I whispered, a fragile thread of defiance.</w:t>
      </w:r>
    </w:p>
    <w:p w14:paraId="29759330" w14:textId="77777777" w:rsidR="00DB05F8" w:rsidRDefault="00000000">
      <w:r>
        <w:t>"I’ll be back to finish this."</w:t>
      </w:r>
    </w:p>
    <w:p w14:paraId="1E9C52BC" w14:textId="77777777" w:rsidR="00DB05F8" w:rsidRDefault="00000000">
      <w:r>
        <w:t>The sunlight started to pierce through the bedroom, my brain sucked it. “Is this the last sunlight I will see?”</w:t>
      </w:r>
    </w:p>
    <w:p w14:paraId="6E1EB5E9" w14:textId="77777777" w:rsidR="00DB05F8" w:rsidRDefault="00000000">
      <w:r>
        <w:lastRenderedPageBreak/>
        <w:t>My eyes cling to it, the last thing I will see. The dogs' barking gets louder and louder.</w:t>
      </w:r>
    </w:p>
    <w:p w14:paraId="2B358DA7" w14:textId="77777777" w:rsidR="00DB05F8" w:rsidRDefault="00000000">
      <w:r>
        <w:t>"I’ll be back to finish this." A threat lingering in the air</w:t>
      </w:r>
    </w:p>
    <w:p w14:paraId="4088099F" w14:textId="77777777" w:rsidR="00DB05F8" w:rsidRDefault="00000000">
      <w:r>
        <w:t>The sound of a door slamming, ricocheting off the walls and burying itself in my bones.</w:t>
      </w:r>
    </w:p>
    <w:p w14:paraId="3DE5FD51" w14:textId="77777777" w:rsidR="00DB05F8" w:rsidRDefault="00000000">
      <w:r>
        <w:t>I lay there, shattered and motionless, the cold bleeding into my bones until I could not tell where my body ended, and the floor began.</w:t>
      </w:r>
    </w:p>
    <w:p w14:paraId="3B33DD20" w14:textId="77777777" w:rsidR="00DB05F8" w:rsidRDefault="00000000">
      <w:r>
        <w:t>Time stretched thin, and every second, a scream trapped behind my teeth.</w:t>
      </w:r>
    </w:p>
    <w:p w14:paraId="4FB6E027" w14:textId="77777777" w:rsidR="00DB05F8" w:rsidRDefault="00000000">
      <w:r>
        <w:t>Then, slowly, painfully, I remembered how to crawl.</w:t>
      </w:r>
    </w:p>
    <w:p w14:paraId="35C2159B" w14:textId="77777777" w:rsidR="00DB05F8" w:rsidRDefault="00000000">
      <w:r>
        <w:t>Hand by trembling hand, I dragged myself across the floor, the pain a firestorm tearing through every breath, every muscle.</w:t>
      </w:r>
    </w:p>
    <w:p w14:paraId="71C3A230" w14:textId="77777777" w:rsidR="00DB05F8" w:rsidRDefault="00000000">
      <w:r>
        <w:t>The phone hung just above my reach.</w:t>
      </w:r>
      <w:r>
        <w:br/>
        <w:t>I stretched out my arm, a desperate, broken motion, and knocked the receiver down.</w:t>
      </w:r>
    </w:p>
    <w:p w14:paraId="79320531" w14:textId="77777777" w:rsidR="00DB05F8" w:rsidRDefault="00000000">
      <w:r>
        <w:t>I pressed it to my ear.</w:t>
      </w:r>
    </w:p>
    <w:p w14:paraId="0EFE2F73" w14:textId="77777777" w:rsidR="00DB05F8" w:rsidRDefault="00000000">
      <w:r>
        <w:t>Akil answered.</w:t>
      </w:r>
    </w:p>
    <w:p w14:paraId="486F11FD" w14:textId="77777777" w:rsidR="00DB05F8" w:rsidRDefault="00000000">
      <w:r>
        <w:t>My voice cracked into the void:</w:t>
      </w:r>
    </w:p>
    <w:p w14:paraId="6811EE20" w14:textId="77777777" w:rsidR="00DB05F8" w:rsidRDefault="00000000">
      <w:r>
        <w:t>"Please come.</w:t>
      </w:r>
      <w:r>
        <w:br/>
        <w:t>There’s been a break-in."</w:t>
      </w:r>
    </w:p>
    <w:p w14:paraId="12E92BF4" w14:textId="77777777" w:rsidR="00DB05F8" w:rsidRDefault="00000000">
      <w:r>
        <w:t>The words tasted like ash, crumbling as I spoke them.</w:t>
      </w:r>
    </w:p>
    <w:p w14:paraId="1647D974" w14:textId="77777777" w:rsidR="00DB05F8" w:rsidRDefault="00000000">
      <w:r>
        <w:t>The receiver slipped from my hand and clattered against the tile.</w:t>
      </w:r>
    </w:p>
    <w:p w14:paraId="5D6DF840" w14:textId="77777777" w:rsidR="00DB05F8" w:rsidRDefault="00000000">
      <w:r>
        <w:t>I folded into myself and let the silence devour me.</w:t>
      </w:r>
    </w:p>
    <w:p w14:paraId="5ED9A988" w14:textId="77777777" w:rsidR="00DB05F8" w:rsidRDefault="00000000">
      <w:r>
        <w:t>A surge of sensation shot through me, returning control to my limbs. I got up slowly, like someone waking from a nightmare.</w:t>
      </w:r>
    </w:p>
    <w:p w14:paraId="5F49B107" w14:textId="77777777" w:rsidR="00DB05F8" w:rsidRDefault="00000000">
      <w:r>
        <w:t>I caught sight of myself in the mirror.</w:t>
      </w:r>
    </w:p>
    <w:p w14:paraId="29194597" w14:textId="77777777" w:rsidR="00DB05F8" w:rsidRDefault="00000000">
      <w:r>
        <w:t>A battered and unfamiliar face stared back at me. Blood tracing slow paths down my cheek.</w:t>
      </w:r>
    </w:p>
    <w:p w14:paraId="498F88D9" w14:textId="77777777" w:rsidR="00DB05F8" w:rsidRDefault="00000000">
      <w:r>
        <w:t>I didn’t recognise myself.</w:t>
      </w:r>
      <w:r>
        <w:br/>
        <w:t>I wasn’t sure I wanted to.</w:t>
      </w:r>
    </w:p>
    <w:p w14:paraId="2281C241" w14:textId="77777777" w:rsidR="00DB05F8" w:rsidRDefault="00000000">
      <w:r>
        <w:lastRenderedPageBreak/>
        <w:t>In the bathroom, I tried to wipe the blood away.</w:t>
      </w:r>
      <w:r>
        <w:br/>
        <w:t>But the simple act of touching my own skin shattered me.</w:t>
      </w:r>
    </w:p>
    <w:p w14:paraId="6705EDC9" w14:textId="77777777" w:rsidR="00DB05F8" w:rsidRDefault="00000000">
      <w:r>
        <w:t>I crumpled onto the cold tile floor, curled into silence.</w:t>
      </w:r>
    </w:p>
    <w:p w14:paraId="69801E5F" w14:textId="77777777" w:rsidR="00DB05F8" w:rsidRDefault="00000000">
      <w:r>
        <w:t>Time folded in on itself.</w:t>
      </w:r>
    </w:p>
    <w:p w14:paraId="731A00FE" w14:textId="77777777" w:rsidR="00DB05F8" w:rsidRDefault="00000000">
      <w:r>
        <w:t>I didn’t tell him everything on the phone.</w:t>
      </w:r>
      <w:r>
        <w:br/>
        <w:t>Just those three words: There’s been a break-in.</w:t>
      </w:r>
      <w:r>
        <w:br/>
        <w:t>But my voice, cracked, hollow, barely there, said far more than I had the strength to explain.</w:t>
      </w:r>
    </w:p>
    <w:p w14:paraId="47A51259" w14:textId="77777777" w:rsidR="00DB05F8" w:rsidRDefault="00000000">
      <w:r>
        <w:t>I heard the car pull up.</w:t>
      </w:r>
    </w:p>
    <w:p w14:paraId="22BDC6C3" w14:textId="77777777" w:rsidR="00DB05F8" w:rsidRDefault="00000000">
      <w:r>
        <w:t>Akil.</w:t>
      </w:r>
      <w:r>
        <w:br/>
        <w:t>Of course, it was Akil.</w:t>
      </w:r>
      <w:r>
        <w:br/>
        <w:t>Even before the engine cut, even before the door slammed shut, I knew.</w:t>
      </w:r>
    </w:p>
    <w:p w14:paraId="657EE5ED" w14:textId="77777777" w:rsidR="00DB05F8" w:rsidRDefault="00000000">
      <w:r>
        <w:t>Akil sat in the car for a while.</w:t>
      </w:r>
    </w:p>
    <w:p w14:paraId="5047B30D" w14:textId="77777777" w:rsidR="00DB05F8" w:rsidRDefault="00000000">
      <w:r>
        <w:t>My heart pounded, a panicked, disoriented rhythm.</w:t>
      </w:r>
      <w:r>
        <w:br/>
        <w:t>Not from fear of him, but from the terrifying uncertainty of how to be.</w:t>
      </w:r>
      <w:r>
        <w:br/>
        <w:t>How to stand there and let someone see me.</w:t>
      </w:r>
      <w:r>
        <w:br/>
        <w:t>How do I hold together all the broken pieces long enough to make it through the next few minutes.</w:t>
      </w:r>
    </w:p>
    <w:p w14:paraId="69ACE086" w14:textId="77777777" w:rsidR="00DB05F8" w:rsidRDefault="00000000">
      <w:r>
        <w:t>I had just finished cleaning myself up, barely.</w:t>
      </w:r>
      <w:r>
        <w:br/>
        <w:t>My hands were still damp from wiping blood from my face.</w:t>
      </w:r>
      <w:r>
        <w:br/>
        <w:t>My clothes were fresh but clung to skin that didn’t feel like mine.</w:t>
      </w:r>
    </w:p>
    <w:p w14:paraId="282E569D" w14:textId="77777777" w:rsidR="00DB05F8" w:rsidRDefault="00000000">
      <w:r>
        <w:t>When Akil arrived, he didn’t speak at first.</w:t>
      </w:r>
      <w:r>
        <w:br/>
        <w:t>He just stood in the hallway, his jaw clenched so tight I could hear the grind of his teeth. His eyes moved over me as I sat on the beanbag on the floor, not with disgust or pity, but with something else: rage barely contained and an ache he couldn’t hide.</w:t>
      </w:r>
    </w:p>
    <w:p w14:paraId="14BD8806" w14:textId="77777777" w:rsidR="00DB05F8" w:rsidRDefault="00000000">
      <w:r>
        <w:t>He stepped closer, slow and careful.</w:t>
      </w:r>
      <w:r>
        <w:br/>
        <w:t>His eyes moved across the room, reading the absence of violence, the absence of wreckage, and the presence of something worse.</w:t>
      </w:r>
    </w:p>
    <w:p w14:paraId="4618107E" w14:textId="77777777" w:rsidR="00DB05F8" w:rsidRDefault="00000000">
      <w:r>
        <w:t>He crouched down beside me, leaving just enough space so I could choose if I needed more.</w:t>
      </w:r>
    </w:p>
    <w:p w14:paraId="243D8219" w14:textId="77777777" w:rsidR="00DB05F8" w:rsidRDefault="00000000">
      <w:r>
        <w:t>“Rae…”</w:t>
      </w:r>
      <w:r>
        <w:br/>
        <w:t>Just my name.</w:t>
      </w:r>
      <w:r>
        <w:br/>
      </w:r>
      <w:r>
        <w:lastRenderedPageBreak/>
        <w:t>Soft.</w:t>
      </w:r>
      <w:r>
        <w:br/>
        <w:t>But the way he said it told me everything.</w:t>
      </w:r>
      <w:r>
        <w:br/>
        <w:t>That he didn’t know yet.</w:t>
      </w:r>
      <w:r>
        <w:br/>
        <w:t>That he knew enough.</w:t>
      </w:r>
    </w:p>
    <w:p w14:paraId="66B4C821" w14:textId="77777777" w:rsidR="00DB05F8" w:rsidRDefault="00000000">
      <w:r>
        <w:t>I said the only thing I could think of, the only thing that didn’t require unravelling everything inside me.</w:t>
      </w:r>
      <w:r>
        <w:br/>
        <w:t>“They didn’t get the money.”</w:t>
      </w:r>
    </w:p>
    <w:p w14:paraId="406E8C08" w14:textId="77777777" w:rsidR="00DB05F8" w:rsidRDefault="00000000">
      <w:r>
        <w:t>For a moment, he frowned, a deep, almost imperceptible crease forming between his brows.</w:t>
      </w:r>
      <w:r>
        <w:br/>
        <w:t>He looked around again.</w:t>
      </w:r>
      <w:r>
        <w:br/>
        <w:t>No smashed furniture.</w:t>
      </w:r>
      <w:r>
        <w:br/>
        <w:t>No broken windows.</w:t>
      </w:r>
      <w:r>
        <w:br/>
        <w:t>No scattered drawers.</w:t>
      </w:r>
    </w:p>
    <w:p w14:paraId="6BFED3EA" w14:textId="77777777" w:rsidR="00DB05F8" w:rsidRDefault="00000000">
      <w:r>
        <w:t>Just me.</w:t>
      </w:r>
      <w:r>
        <w:br/>
        <w:t>Sitting still in the aftermath.</w:t>
      </w:r>
    </w:p>
    <w:p w14:paraId="2A149D03" w14:textId="77777777" w:rsidR="00DB05F8" w:rsidRDefault="00000000">
      <w:r>
        <w:t>He held my hand, then an arm around my shoulder. I melted onto his chest. His heart echoed in my ear.</w:t>
      </w:r>
    </w:p>
    <w:p w14:paraId="73D8503B" w14:textId="77777777" w:rsidR="00DB05F8" w:rsidRDefault="00000000">
      <w:r>
        <w:t>Then I told him.</w:t>
      </w:r>
    </w:p>
    <w:p w14:paraId="4C8AE6F6" w14:textId="77777777" w:rsidR="00DB05F8" w:rsidRDefault="00000000">
      <w:r>
        <w:t>He raped me, the words struggle to come out. Then the tears flowed uncontrollably. His arm tightened around me.</w:t>
      </w:r>
    </w:p>
    <w:p w14:paraId="07CB4B0E" w14:textId="77777777" w:rsidR="00DB05F8" w:rsidRDefault="00000000">
      <w:r>
        <w:t>Where is “Him.”</w:t>
      </w:r>
    </w:p>
    <w:p w14:paraId="1D0B09D7" w14:textId="77777777" w:rsidR="00DB05F8" w:rsidRDefault="00000000">
      <w:r>
        <w:t>“He never came home”, I whispered.</w:t>
      </w:r>
    </w:p>
    <w:p w14:paraId="4B8547F5" w14:textId="77777777" w:rsidR="00DB05F8" w:rsidRDefault="00000000">
      <w:r>
        <w:t>Later, much later, he would tell me he had to sit in his car for a full minute before coming inside.</w:t>
      </w:r>
      <w:r>
        <w:br/>
        <w:t>Had to grip the steering wheel so tightly his hands ached for days.</w:t>
      </w:r>
    </w:p>
    <w:p w14:paraId="53266D73" w14:textId="77777777" w:rsidR="00DB05F8" w:rsidRDefault="00000000">
      <w:r>
        <w:t>"I didn’t want to come in broken," he said.</w:t>
      </w:r>
      <w:r>
        <w:br/>
        <w:t>"I knew you’d need someone who wasn’t falling apart."</w:t>
      </w:r>
    </w:p>
    <w:p w14:paraId="0441C0C1" w14:textId="77777777" w:rsidR="00DB05F8" w:rsidRDefault="00000000">
      <w:r>
        <w:t>But the truth was, it was hard to see me broken.</w:t>
      </w:r>
    </w:p>
    <w:p w14:paraId="698C55C5" w14:textId="77777777" w:rsidR="00DB05F8" w:rsidRDefault="00000000">
      <w:r>
        <w:t>His face was a complex painting, Brushstrokes of love, fierce and unflinching.</w:t>
      </w:r>
      <w:r>
        <w:br/>
        <w:t>Support, immediate and instinctive.</w:t>
      </w:r>
      <w:r>
        <w:br/>
        <w:t>And beneath it, a raw anger barely restrained, simmering under his skin.</w:t>
      </w:r>
    </w:p>
    <w:p w14:paraId="47C36678" w14:textId="77777777" w:rsidR="00DB05F8" w:rsidRDefault="00000000">
      <w:r>
        <w:t>Not anger at me.</w:t>
      </w:r>
    </w:p>
    <w:p w14:paraId="2E3EE5C2" w14:textId="77777777" w:rsidR="00DB05F8" w:rsidRDefault="00000000">
      <w:r>
        <w:lastRenderedPageBreak/>
        <w:t>Anger at whoever had done this.</w:t>
      </w:r>
    </w:p>
    <w:p w14:paraId="3E0106FD" w14:textId="77777777" w:rsidR="00DB05F8" w:rsidRDefault="00000000">
      <w:r>
        <w:t>He hadn’t known what he was walking into.</w:t>
      </w:r>
      <w:r>
        <w:br/>
        <w:t>He’d heard my voice on the phone, thin, strange, wrong, but the words break-in hadn’t prepared him for the quiet devastation that filled the space between us now.</w:t>
      </w:r>
    </w:p>
    <w:p w14:paraId="4875E4A3" w14:textId="77777777" w:rsidR="00DB05F8" w:rsidRDefault="00000000">
      <w:r>
        <w:t>He didn’t push.</w:t>
      </w:r>
    </w:p>
    <w:p w14:paraId="6DD11B0D" w14:textId="77777777" w:rsidR="00DB05F8" w:rsidRDefault="00000000">
      <w:r>
        <w:t>He sat.</w:t>
      </w:r>
      <w:r>
        <w:br/>
        <w:t>He stayed.</w:t>
      </w:r>
    </w:p>
    <w:p w14:paraId="0A07B9C3" w14:textId="77777777" w:rsidR="00DB05F8" w:rsidRDefault="00000000">
      <w:r>
        <w:t>He let the silence stretch, not because he was comfortable, but because he understood, somehow, that this wasn’t a silence meant to be broken.</w:t>
      </w:r>
    </w:p>
    <w:p w14:paraId="656E20DD" w14:textId="77777777" w:rsidR="00DB05F8" w:rsidRDefault="00000000">
      <w:r>
        <w:t>He knew something had been taken from me that night.</w:t>
      </w:r>
      <w:r>
        <w:br/>
        <w:t>Something that couldn’t be replaced or repaired.</w:t>
      </w:r>
      <w:r>
        <w:br/>
        <w:t>Something that would ripple between us in ways neither of us could name yet.</w:t>
      </w:r>
    </w:p>
    <w:p w14:paraId="4CEFB2E0" w14:textId="77777777" w:rsidR="00DB05F8" w:rsidRDefault="00000000">
      <w:r>
        <w:t>Moments later, the stillness was shattered by the storm of uniformed men. Police flooded the space like a wave, their presence loud and clinical. I felt exposed, both seen and unseen.</w:t>
      </w:r>
    </w:p>
    <w:p w14:paraId="22AE0721" w14:textId="77777777" w:rsidR="00DB05F8" w:rsidRDefault="00000000">
      <w:r>
        <w:t>The house was no longer mine.</w:t>
      </w:r>
    </w:p>
    <w:p w14:paraId="095448F8" w14:textId="77777777" w:rsidR="00DB05F8" w:rsidRDefault="00000000">
      <w:r>
        <w:t>The front door sagged open, crooked on its hinges, like a mouth that had swallowed me whole and spit me out broken.</w:t>
      </w:r>
    </w:p>
    <w:p w14:paraId="01800C9E" w14:textId="77777777" w:rsidR="00DB05F8" w:rsidRDefault="00000000">
      <w:r>
        <w:t>Footsteps moved across the tile, heavy boots, soft-soled shoes, the casual noise of people used to documenting devastation. The officers filled the space with clipped voices and the scratch of pens against forms, cataloguing damage they could not see.</w:t>
      </w:r>
    </w:p>
    <w:p w14:paraId="2870B78E" w14:textId="77777777" w:rsidR="00DB05F8" w:rsidRDefault="00000000">
      <w:r>
        <w:t>I heard my neighbour's voice, cautious and curious, drift in from the doorway: “Is everything ok?”</w:t>
      </w:r>
      <w:r>
        <w:br/>
        <w:t>“This is a crime scene sir.”</w:t>
      </w:r>
    </w:p>
    <w:p w14:paraId="073E983C" w14:textId="77777777" w:rsidR="00DB05F8" w:rsidRDefault="00000000">
      <w:r>
        <w:t>My eyes locked on his, no word necessary.</w:t>
      </w:r>
    </w:p>
    <w:p w14:paraId="0762E604" w14:textId="77777777" w:rsidR="00DB05F8" w:rsidRDefault="00000000">
      <w:r>
        <w:t>A crime scene.</w:t>
      </w:r>
      <w:r>
        <w:br/>
        <w:t>Not my home anymore.</w:t>
      </w:r>
      <w:r>
        <w:br/>
        <w:t>Not my body, either.</w:t>
      </w:r>
    </w:p>
    <w:p w14:paraId="781EE9B9" w14:textId="77777777" w:rsidR="00DB05F8" w:rsidRDefault="00000000">
      <w:r>
        <w:t>One of the officers, navy trousers, grey shirt tucked so tightly it seemed to choke him, gestured for me to move toward the kitchen. His hand was polite, but it was not a request.</w:t>
      </w:r>
    </w:p>
    <w:p w14:paraId="54F96497" w14:textId="77777777" w:rsidR="00DB05F8" w:rsidRDefault="00000000">
      <w:r>
        <w:lastRenderedPageBreak/>
        <w:t>I crossed the threshold like someone walking into their own funeral, each step a betrayal, each breath a lie.</w:t>
      </w:r>
    </w:p>
    <w:p w14:paraId="7E94D92E" w14:textId="77777777" w:rsidR="00DB05F8" w:rsidRDefault="00000000">
      <w:r>
        <w:t>We sat at the kitchen Bar.</w:t>
      </w:r>
      <w:r>
        <w:br/>
        <w:t>The air smelled like sweat, soap, and fear, a heavy, nauseating thickness that clung to my skin.</w:t>
      </w:r>
    </w:p>
    <w:p w14:paraId="2F5CC23B" w14:textId="77777777" w:rsidR="00DB05F8" w:rsidRDefault="00000000">
      <w:r>
        <w:t>Akil moved around the room, pouring a glass of water, whispering into his phone, stealing glances at me, he thought I didn’t see.</w:t>
      </w:r>
      <w:r>
        <w:br/>
        <w:t>He placed the glass in my hand.</w:t>
      </w:r>
      <w:r>
        <w:br/>
        <w:t>I gripped it tightly, not to drink, but to anchor myself to something, anything, that didn’t move.</w:t>
      </w:r>
    </w:p>
    <w:p w14:paraId="14942954" w14:textId="77777777" w:rsidR="00DB05F8" w:rsidRDefault="00000000">
      <w:r>
        <w:t>Then the questions came, and I answered, because silence had already betrayed me once before.</w:t>
      </w:r>
    </w:p>
    <w:p w14:paraId="13023178" w14:textId="77777777" w:rsidR="00DB05F8" w:rsidRDefault="00000000">
      <w:r>
        <w:t>I heard myself say the words.</w:t>
      </w:r>
      <w:r>
        <w:br/>
        <w:t>I heard myself confirm it: rape.</w:t>
      </w:r>
    </w:p>
    <w:p w14:paraId="563073AD" w14:textId="77777777" w:rsidR="00DB05F8" w:rsidRDefault="00000000">
      <w:r>
        <w:t>And I watched, numb, as they nodded and wrote, as if rape was just another line on a checklist.</w:t>
      </w:r>
    </w:p>
    <w:p w14:paraId="1BD29EB3" w14:textId="77777777" w:rsidR="00DB05F8" w:rsidRDefault="00000000">
      <w:r>
        <w:t>Then came the evidence bags.</w:t>
      </w:r>
    </w:p>
    <w:p w14:paraId="7A1EED40" w14:textId="77777777" w:rsidR="00DB05F8" w:rsidRDefault="00000000">
      <w:r>
        <w:t>I watched, frozen, as they moved through the space with gloved hands.</w:t>
      </w:r>
    </w:p>
    <w:p w14:paraId="0F80A13F" w14:textId="77777777" w:rsidR="00DB05F8" w:rsidRDefault="00000000">
      <w:r>
        <w:t>The clothes torn from me dropped into plastic sacks.</w:t>
      </w:r>
      <w:r>
        <w:br/>
        <w:t>The stained washcloth from the bathroom sink, the one I had used to wipe blood from my thighs and mouth- was bagged carefully, almost reverently, like a relic of some terrible, sacred ritual.</w:t>
      </w:r>
    </w:p>
    <w:p w14:paraId="54B69E11" w14:textId="77777777" w:rsidR="00DB05F8" w:rsidRDefault="00000000">
      <w:r>
        <w:t>And the sheets,</w:t>
      </w:r>
      <w:r>
        <w:br/>
        <w:t>The sheets I had once curled into for safety,</w:t>
      </w:r>
      <w:r>
        <w:br/>
        <w:t>peeled from the mattress, folded, sealed away like they too were contaminated.</w:t>
      </w:r>
    </w:p>
    <w:p w14:paraId="7CDAC425" w14:textId="77777777" w:rsidR="00DB05F8" w:rsidRDefault="00000000">
      <w:r>
        <w:t>Each item disappeared into a plastic bag marked with numbers and codes, reduced to evidence, stripped of its belonging to me.</w:t>
      </w:r>
    </w:p>
    <w:p w14:paraId="6FA3B4B4" w14:textId="77777777" w:rsidR="00DB05F8" w:rsidRDefault="00000000">
      <w:r>
        <w:t>Something twisted painfully under my ribs.</w:t>
      </w:r>
    </w:p>
    <w:p w14:paraId="76584191" w14:textId="77777777" w:rsidR="00DB05F8" w:rsidRDefault="00000000">
      <w:r>
        <w:t>I wasn’t just losing a house.</w:t>
      </w:r>
      <w:r>
        <w:br/>
        <w:t>I wasn’t just losing a night.</w:t>
      </w:r>
    </w:p>
    <w:p w14:paraId="32D85256" w14:textId="77777777" w:rsidR="00DB05F8" w:rsidRDefault="00000000">
      <w:r>
        <w:t>I was losing every small familiar thing that had once made this space mine, turned into exhibits, proofs of harm, silent witnesses of something I could barely speak out loud.</w:t>
      </w:r>
    </w:p>
    <w:p w14:paraId="2FDB6E0E" w14:textId="77777777" w:rsidR="00DB05F8" w:rsidRDefault="00000000">
      <w:r>
        <w:lastRenderedPageBreak/>
        <w:t>That’s my shirt.</w:t>
      </w:r>
      <w:r>
        <w:br/>
        <w:t>That’s my underwear.</w:t>
      </w:r>
      <w:r>
        <w:br/>
        <w:t>That’s my blood.</w:t>
      </w:r>
    </w:p>
    <w:p w14:paraId="1019ED80" w14:textId="77777777" w:rsidR="00DB05F8" w:rsidRDefault="00000000">
      <w:r>
        <w:t>The words echoed in my mind, thick and wet, too heavy to push past my throat.</w:t>
      </w:r>
    </w:p>
    <w:p w14:paraId="4DB8F5E1" w14:textId="77777777" w:rsidR="00DB05F8" w:rsidRDefault="00000000">
      <w:r>
        <w:t>I stood perfectly still, too afraid that if I moved, I might shatter into pieces right there in front of them.</w:t>
      </w:r>
    </w:p>
    <w:p w14:paraId="4BBDA349" w14:textId="77777777" w:rsidR="00DB05F8" w:rsidRDefault="00000000">
      <w:r>
        <w:t>The officers barely spoke as they worked.</w:t>
      </w:r>
      <w:r>
        <w:br/>
        <w:t>Only the rustle of plastic and the sharp scrape of pen against clipboard filled the room.</w:t>
      </w:r>
    </w:p>
    <w:p w14:paraId="452E0C99" w14:textId="77777777" w:rsidR="00DB05F8" w:rsidRDefault="00000000">
      <w:r>
        <w:t>They turned to me when the evidence was bagged, tagged, and boxed.</w:t>
      </w:r>
    </w:p>
    <w:p w14:paraId="12A624B3" w14:textId="77777777" w:rsidR="00DB05F8" w:rsidRDefault="00000000">
      <w:r>
        <w:t>“We will need to ask some more questions, but first we ned to get you to the hospital.” Softly spoken with a caring voice</w:t>
      </w:r>
    </w:p>
    <w:p w14:paraId="0ADA95B6" w14:textId="77777777" w:rsidR="00DB05F8" w:rsidRDefault="00000000">
      <w:r>
        <w:t>Two officers stayed behind after the others left.</w:t>
      </w:r>
      <w:r>
        <w:br/>
        <w:t>A woman and a man.</w:t>
      </w:r>
      <w:r>
        <w:br/>
        <w:t>Both plain-faced and heavy-footed, trying to look less threatening than they felt.</w:t>
      </w:r>
    </w:p>
    <w:p w14:paraId="7EAE20CF" w14:textId="77777777" w:rsidR="00DB05F8" w:rsidRDefault="00000000">
      <w:r>
        <w:t>They were there to escort me to the hospital.</w:t>
      </w:r>
      <w:r>
        <w:br/>
        <w:t>To make sure I was processed properly.</w:t>
      </w:r>
      <w:r>
        <w:br/>
        <w:t>To make sure the chain of evidence stayed intact.</w:t>
      </w:r>
    </w:p>
    <w:p w14:paraId="792DA027" w14:textId="77777777" w:rsidR="00DB05F8" w:rsidRDefault="00000000">
      <w:r>
        <w:t>I nodded when they told me, though I barely understood what they were saying.</w:t>
      </w:r>
      <w:r>
        <w:br/>
        <w:t>It felt like I had already left my body hours ago, and now I was just following it out of obligation.</w:t>
      </w:r>
    </w:p>
    <w:p w14:paraId="6665FB37" w14:textId="77777777" w:rsidR="00DB05F8" w:rsidRDefault="00000000">
      <w:r>
        <w:t>Somewhere in the background, Akil’s voice murmured into his phone again, his tone low and urgent, trying to pull help from somewhere neither of us could see.</w:t>
      </w:r>
    </w:p>
    <w:p w14:paraId="71636157" w14:textId="77777777" w:rsidR="00DB05F8" w:rsidRDefault="00000000">
      <w:r>
        <w:t>It was time to leave.</w:t>
      </w:r>
    </w:p>
    <w:p w14:paraId="0C9A4A2F" w14:textId="77777777" w:rsidR="00DB05F8" w:rsidRDefault="00000000">
      <w:r>
        <w:t>Time to let the house become what it had already become, a hollow, silent echo of the life that had existed before.</w:t>
      </w:r>
    </w:p>
    <w:p w14:paraId="161C9F0E" w14:textId="77777777" w:rsidR="00DB05F8" w:rsidRDefault="00000000">
      <w:r>
        <w:t>The two officers stood ready by the door, patient, professional, unaware of the ruins they stood in.</w:t>
      </w:r>
    </w:p>
    <w:p w14:paraId="630E957B" w14:textId="77777777" w:rsidR="00DB05F8" w:rsidRDefault="00000000">
      <w:r>
        <w:t>I followed them out, not because I was ready,</w:t>
      </w:r>
      <w:r>
        <w:br/>
        <w:t>but because there was no other choice.</w:t>
      </w:r>
    </w:p>
    <w:p w14:paraId="41896EC5" w14:textId="77777777" w:rsidR="00DB05F8" w:rsidRDefault="00000000">
      <w:r>
        <w:t>The trauma wasn’t over.</w:t>
      </w:r>
    </w:p>
    <w:p w14:paraId="506B424C" w14:textId="77777777" w:rsidR="00DB05F8" w:rsidRDefault="00000000">
      <w:r>
        <w:lastRenderedPageBreak/>
        <w:t>It was just changing shape.</w:t>
      </w:r>
    </w:p>
    <w:p w14:paraId="3DDB496F" w14:textId="77777777" w:rsidR="00DB05F8" w:rsidRDefault="00000000">
      <w:r>
        <w:t>At the hospital, everything moved too fast.</w:t>
      </w:r>
      <w:r>
        <w:br/>
        <w:t>Questions.</w:t>
      </w:r>
      <w:r>
        <w:br/>
        <w:t>Bright lights.</w:t>
      </w:r>
      <w:r>
        <w:br/>
        <w:t>Strangers.</w:t>
      </w:r>
    </w:p>
    <w:p w14:paraId="209CE96A" w14:textId="77777777" w:rsidR="00DB05F8" w:rsidRDefault="00000000">
      <w:r>
        <w:t>I had never felt more alone.</w:t>
      </w:r>
    </w:p>
    <w:p w14:paraId="3EB342ED" w14:textId="77777777" w:rsidR="00DB05F8" w:rsidRDefault="00000000">
      <w:r>
        <w:t>The fear, the confusion, the ache in my bones and heart, all of it clung to me.</w:t>
      </w:r>
    </w:p>
    <w:p w14:paraId="7E1B5982" w14:textId="77777777" w:rsidR="00DB05F8" w:rsidRDefault="00000000">
      <w:r>
        <w:t>I wasn’t sure how to exist in this new reality, how to put myself back together. I just knew the girl who walked into that night was not the one who emerged.</w:t>
      </w:r>
    </w:p>
    <w:p w14:paraId="7A45C124" w14:textId="77777777" w:rsidR="00DB05F8" w:rsidRDefault="00000000">
      <w:r>
        <w:t>Nurse Eli, a familiar face, a gentle hand in the chaos.</w:t>
      </w:r>
    </w:p>
    <w:p w14:paraId="610F7817" w14:textId="77777777" w:rsidR="00DB05F8" w:rsidRDefault="00000000">
      <w:r>
        <w:t>She met me not just with clinical professionalism, but with a quiet tenderness that softened the sharp edges of my pain.</w:t>
      </w:r>
    </w:p>
    <w:p w14:paraId="297EE77E" w14:textId="77777777" w:rsidR="00DB05F8" w:rsidRDefault="00000000">
      <w:r>
        <w:t>Her calm presence steadied me as she explained what would happen next. Still, a cold wave of panic crept in. The thought of my family knowing, of my father’s shame, of my mother’s silence, struck deeper than I expected.</w:t>
      </w:r>
    </w:p>
    <w:p w14:paraId="04839E26" w14:textId="77777777" w:rsidR="00DB05F8" w:rsidRDefault="00000000">
      <w:r>
        <w:t>My chest tightened.</w:t>
      </w:r>
    </w:p>
    <w:p w14:paraId="4856D552" w14:textId="77777777" w:rsidR="00DB05F8" w:rsidRDefault="00000000">
      <w:r>
        <w:t>I wasn’t ready for the weight of their judgment, or worse, their pity.</w:t>
      </w:r>
    </w:p>
    <w:p w14:paraId="46428980" w14:textId="77777777" w:rsidR="00DB05F8" w:rsidRDefault="00000000">
      <w:r>
        <w:t>Eli read the fear in my face and gently reassured me that everything would remain confidential. But the shame clung to my skin like a film I couldn’t wash off. It wasn’t just the violation that haunted me.</w:t>
      </w:r>
    </w:p>
    <w:p w14:paraId="01A1BDC2" w14:textId="77777777" w:rsidR="00DB05F8" w:rsidRDefault="00000000">
      <w:r>
        <w:t>It was the feeling that somehow I had let myself down. That I hadn’t fought hard enough. That I had broken a promise I once made to myself, to never let anyone hurt me like that again.</w:t>
      </w:r>
    </w:p>
    <w:p w14:paraId="34F96F2E" w14:textId="77777777" w:rsidR="00DB05F8" w:rsidRDefault="00000000">
      <w:r>
        <w:t>She led me into a small private room. The light was too bright, too clean. It smelled of antiseptic and sadness.</w:t>
      </w:r>
    </w:p>
    <w:p w14:paraId="602AF7ED" w14:textId="77777777" w:rsidR="00DB05F8" w:rsidRDefault="00000000">
      <w:r>
        <w:t>I stepped inside and everything rushed back.</w:t>
      </w:r>
    </w:p>
    <w:p w14:paraId="6B7617A0" w14:textId="77777777" w:rsidR="00DB05F8" w:rsidRDefault="00000000">
      <w:r>
        <w:t>The kicks, his hands, the gun.</w:t>
      </w:r>
    </w:p>
    <w:p w14:paraId="2C753329" w14:textId="77777777" w:rsidR="00DB05F8" w:rsidRDefault="00000000">
      <w:r>
        <w:t>The helplessness.</w:t>
      </w:r>
    </w:p>
    <w:p w14:paraId="2738843D" w14:textId="77777777" w:rsidR="00DB05F8" w:rsidRDefault="00000000">
      <w:r>
        <w:t>My knees buckled slightly. I swallowed it down.</w:t>
      </w:r>
    </w:p>
    <w:p w14:paraId="3E35D18E" w14:textId="77777777" w:rsidR="00DB05F8" w:rsidRDefault="00000000">
      <w:r>
        <w:lastRenderedPageBreak/>
        <w:t>The examination was necessary.</w:t>
      </w:r>
      <w:r>
        <w:br/>
        <w:t>Brutal.</w:t>
      </w:r>
    </w:p>
    <w:p w14:paraId="31B513AC" w14:textId="77777777" w:rsidR="00DB05F8" w:rsidRDefault="00000000">
      <w:r>
        <w:t>Every touch reopened something raw.</w:t>
      </w:r>
    </w:p>
    <w:p w14:paraId="0AC07438" w14:textId="77777777" w:rsidR="00DB05F8" w:rsidRDefault="00000000">
      <w:r>
        <w:t>I lay still.</w:t>
      </w:r>
      <w:r>
        <w:br/>
        <w:t>Answering questions.</w:t>
      </w:r>
      <w:r>
        <w:br/>
        <w:t>Holding my breath.</w:t>
      </w:r>
      <w:r>
        <w:br/>
        <w:t>Trying not to cry.</w:t>
      </w:r>
    </w:p>
    <w:p w14:paraId="14374DCE" w14:textId="77777777" w:rsidR="00DB05F8" w:rsidRDefault="00000000">
      <w:r>
        <w:t>The walk to X-ray was endless.</w:t>
      </w:r>
      <w:r>
        <w:br/>
        <w:t>The hospital gown was not enough armour against the stares.</w:t>
      </w:r>
    </w:p>
    <w:p w14:paraId="28B099ED" w14:textId="77777777" w:rsidR="00DB05F8" w:rsidRDefault="00000000">
      <w:r>
        <w:t>I dropped my gaze to the white tiles, willing myself invisible.</w:t>
      </w:r>
    </w:p>
    <w:p w14:paraId="1A0DD485" w14:textId="77777777" w:rsidR="00DB05F8" w:rsidRDefault="00000000">
      <w:r>
        <w:t>Still, their eyes found me.</w:t>
      </w:r>
      <w:r>
        <w:br/>
        <w:t>Their judgments.</w:t>
      </w:r>
      <w:r>
        <w:br/>
        <w:t>Their silent accusations.</w:t>
      </w:r>
    </w:p>
    <w:p w14:paraId="1F9EA75E" w14:textId="77777777" w:rsidR="00DB05F8" w:rsidRDefault="00000000">
      <w:r>
        <w:t>At the X-ray machine, pain flared sharp and cruel.</w:t>
      </w:r>
    </w:p>
    <w:p w14:paraId="24878BB4" w14:textId="77777777" w:rsidR="00DB05F8" w:rsidRDefault="00000000">
      <w:r>
        <w:t>Fractured ribs.</w:t>
      </w:r>
    </w:p>
    <w:p w14:paraId="7F0747F6" w14:textId="77777777" w:rsidR="00DB05F8" w:rsidRDefault="00000000">
      <w:r>
        <w:t>But that was only the surface.</w:t>
      </w:r>
    </w:p>
    <w:p w14:paraId="5560A4D2" w14:textId="77777777" w:rsidR="00DB05F8" w:rsidRDefault="00000000">
      <w:r>
        <w:t>The deeper breaks couldn’t be seen on any film.</w:t>
      </w:r>
    </w:p>
    <w:p w14:paraId="77A00140" w14:textId="77777777" w:rsidR="00DB05F8" w:rsidRDefault="00000000">
      <w:r>
        <w:t>The grief lodged under my ribs.</w:t>
      </w:r>
      <w:r>
        <w:br/>
        <w:t>The rage woven into my heartbeat.</w:t>
      </w:r>
      <w:r>
        <w:br/>
        <w:t>The sorrow clinging to my lungs.</w:t>
      </w:r>
    </w:p>
    <w:p w14:paraId="505CE2D8" w14:textId="77777777" w:rsidR="00DB05F8" w:rsidRDefault="00000000">
      <w:r>
        <w:t>I was flanked by two police officers, one silent, the other awkwardly sympathetic, and every step echoed down the hospital’s corridors like a broadcast of my shame. I pulled the hospital gown tighter around me, though no fabric could shield the rawness I carried.</w:t>
      </w:r>
    </w:p>
    <w:p w14:paraId="16775635" w14:textId="77777777" w:rsidR="00DB05F8" w:rsidRDefault="00000000">
      <w:r>
        <w:t>As we moved through waiting rooms and passageways, eyes followed me. Some curious, others indifferent, but all felt piercing.</w:t>
      </w:r>
    </w:p>
    <w:p w14:paraId="7B32EBA5" w14:textId="77777777" w:rsidR="00DB05F8" w:rsidRDefault="00000000">
      <w:r>
        <w:t>Then came the final blow.</w:t>
      </w:r>
    </w:p>
    <w:p w14:paraId="6B870237" w14:textId="77777777" w:rsidR="00DB05F8" w:rsidRDefault="00000000">
      <w:r>
        <w:t>Pregnant.</w:t>
      </w:r>
    </w:p>
    <w:p w14:paraId="356CD9C3" w14:textId="77777777" w:rsidR="00DB05F8" w:rsidRDefault="00000000">
      <w:r>
        <w:t>The word floated above me, impossible to grasp.</w:t>
      </w:r>
    </w:p>
    <w:p w14:paraId="2BEAE954" w14:textId="77777777" w:rsidR="00DB05F8" w:rsidRDefault="00000000">
      <w:r>
        <w:t>Pregnant.</w:t>
      </w:r>
    </w:p>
    <w:p w14:paraId="6E060D09" w14:textId="77777777" w:rsidR="00DB05F8" w:rsidRDefault="00000000">
      <w:r>
        <w:lastRenderedPageBreak/>
        <w:t>I went still.</w:t>
      </w:r>
      <w:r>
        <w:br/>
        <w:t>Utterly still.</w:t>
      </w:r>
    </w:p>
    <w:p w14:paraId="792F0415" w14:textId="77777777" w:rsidR="00DB05F8" w:rsidRDefault="00000000">
      <w:r>
        <w:t>The shame, the fear, the impossibility of it crushed the last fragile pieces of me.</w:t>
      </w:r>
    </w:p>
    <w:p w14:paraId="1BBC9689" w14:textId="77777777" w:rsidR="00DB05F8" w:rsidRDefault="00000000">
      <w:r>
        <w:t>I wasn’t ready for this. I wasn’t ready for the war I would now have to wage,</w:t>
      </w:r>
      <w:r>
        <w:br/>
        <w:t>Not just for survival.</w:t>
      </w:r>
    </w:p>
    <w:p w14:paraId="2CE7D7D1" w14:textId="77777777" w:rsidR="00DB05F8" w:rsidRDefault="00000000">
      <w:r>
        <w:t>But for my own soul.</w:t>
      </w:r>
    </w:p>
    <w:p w14:paraId="554F42CB" w14:textId="77777777" w:rsidR="00DB05F8" w:rsidRDefault="00000000">
      <w:r>
        <w:t>In the days that followed, I moved through the world as a ghost. The woman in the mirror was unfamiliar, bruised, hollowed, and fragmented.</w:t>
      </w:r>
    </w:p>
    <w:p w14:paraId="5CC245BA" w14:textId="77777777" w:rsidR="00DB05F8" w:rsidRDefault="00000000">
      <w:r>
        <w:t>I told no one the whole truth. I couldn’t. The shame was too loud, the silence too familiar. But beneath it all, something had shifted.</w:t>
      </w:r>
    </w:p>
    <w:p w14:paraId="23F9E490" w14:textId="77777777" w:rsidR="00DB05F8" w:rsidRDefault="00000000">
      <w:r>
        <w:t>I had been broken open, not just by him, but by everything that had come before. And in the wreckage, I began to understand that healing wouldn’t be about pretending it hadn’t happened.</w:t>
      </w:r>
    </w:p>
    <w:p w14:paraId="44C222AF" w14:textId="77777777" w:rsidR="00DB05F8" w:rsidRDefault="00000000">
      <w:r>
        <w:t>It would be about learning to live with the truth.</w:t>
      </w:r>
      <w:r>
        <w:br/>
        <w:t>About choosing, again and again, to rise anyway.</w:t>
      </w:r>
    </w:p>
    <w:p w14:paraId="66B95A28" w14:textId="77777777" w:rsidR="00DB05F8" w:rsidRDefault="00000000">
      <w:r>
        <w:br/>
      </w:r>
      <w:r>
        <w:br/>
        <w:t>CHAPTER 22</w:t>
      </w:r>
    </w:p>
    <w:p w14:paraId="6FC48E6A" w14:textId="77777777" w:rsidR="00DB05F8" w:rsidRDefault="00000000">
      <w:r>
        <w:t>When Silence Screams</w:t>
      </w:r>
    </w:p>
    <w:p w14:paraId="62986933" w14:textId="77777777" w:rsidR="00DB05F8" w:rsidRDefault="00000000">
      <w:r>
        <w:t>“When the world went quiet, the silence screamed louder than any sound. But even in the stillness, I searched for my voice and found the whisper of my strength.”</w:t>
      </w:r>
    </w:p>
    <w:p w14:paraId="0C08AA90" w14:textId="77777777" w:rsidR="00DB05F8" w:rsidRDefault="00000000">
      <w:r>
        <w:t>When I finally made it home, I didn’t even think. I peeled off my clothes as if they were drenched in poison; each piece a reminder of what had been stolen.</w:t>
      </w:r>
    </w:p>
    <w:p w14:paraId="43841268" w14:textId="77777777" w:rsidR="00DB05F8" w:rsidRDefault="00000000">
      <w:r>
        <w:t>I stepped into the shower like a ritual of undoing, clinging to the hope that water could wash away the violence, the fear, the violation.</w:t>
      </w:r>
    </w:p>
    <w:p w14:paraId="3CC2ED2F" w14:textId="77777777" w:rsidR="00DB05F8" w:rsidRDefault="00000000">
      <w:r>
        <w:t>I turned the dial as far as it would go. The stream scalded my skin, punishing me with its heat. My flesh prickled and screamed, but it still wasn’t enough. I didn’t want to be clean. I wanted to be reborn. I needed to erase myself and start again.</w:t>
      </w:r>
    </w:p>
    <w:p w14:paraId="1D11EFE7" w14:textId="77777777" w:rsidR="00DB05F8" w:rsidRDefault="00000000">
      <w:r>
        <w:t xml:space="preserve">I scrubbed and scrubbed, over and over, until my arms ached and my skin was raw and angry. But nothing shifted. Nothing came off; not the shame, not the filth I felt clinging to my soul. The water pounded over me like a waterfall of </w:t>
      </w:r>
      <w:r>
        <w:lastRenderedPageBreak/>
        <w:t>silence, drowning out my sobs. And when my strength gave way, I sank to the bottom of the tub, the warmth of the water rushing around me while I curled into myself.</w:t>
      </w:r>
    </w:p>
    <w:p w14:paraId="542D43DD" w14:textId="77777777" w:rsidR="00DB05F8" w:rsidRDefault="00000000">
      <w:r>
        <w:t>My spine pressed against the slick floor. There was no cold. Only heat and helplessness and grief. I don’t know how long I stayed there. Minutes. Hours. A lifetime. The world outside the bathroom disappeared. All that remained was water, pain, and the unbearable truth of what had happened to me.</w:t>
      </w:r>
    </w:p>
    <w:p w14:paraId="6791520B" w14:textId="77777777" w:rsidR="00DB05F8" w:rsidRDefault="00000000">
      <w:r>
        <w:t>And yet, even in that quiet collapse, something stirred.</w:t>
      </w:r>
    </w:p>
    <w:p w14:paraId="4D056B41" w14:textId="77777777" w:rsidR="00DB05F8" w:rsidRDefault="00000000">
      <w:r>
        <w:t>Not loudly. Not with fury. But with the faintest flicker, like a whisper in the storm. Strength, I realised then, doesn’t always come charging in like a hero.</w:t>
      </w:r>
    </w:p>
    <w:p w14:paraId="63F06EBC" w14:textId="77777777" w:rsidR="00DB05F8" w:rsidRDefault="00000000">
      <w:r>
        <w:t>Sometimes, it’s simply the decision to keep breathing when every part of you wants to stop. Sometimes, it’s the choice to stay.</w:t>
      </w:r>
    </w:p>
    <w:p w14:paraId="19D4FF23" w14:textId="77777777" w:rsidR="00DB05F8" w:rsidRDefault="00000000">
      <w:r>
        <w:t>When I finally pulled myself from that place, I was trembling. My skin was red. My legs shook. But I was no longer invisible.</w:t>
      </w:r>
    </w:p>
    <w:p w14:paraId="1B4C9737" w14:textId="77777777" w:rsidR="00DB05F8" w:rsidRDefault="00000000">
      <w:r>
        <w:t>I wrapped myself in a towel and caught sight of my reflection in the mirror. My face was hollow. Haunted. But it was still mine.</w:t>
      </w:r>
    </w:p>
    <w:p w14:paraId="6451E6FB" w14:textId="77777777" w:rsidR="00DB05F8" w:rsidRDefault="00000000">
      <w:r>
        <w:t>I stared into the eyes of that broken girl and made her a promise: I would survive. I would speak. And one day, I would reclaim every part of me, on my terms.</w:t>
      </w:r>
    </w:p>
    <w:p w14:paraId="35170865" w14:textId="77777777" w:rsidR="00DB05F8" w:rsidRDefault="00000000">
      <w:r>
        <w:t>That night began a new ritual of survival. I checked every door and window three times over.</w:t>
      </w:r>
    </w:p>
    <w:p w14:paraId="4FA9E308" w14:textId="77777777" w:rsidR="00DB05F8" w:rsidRDefault="00000000">
      <w:r>
        <w:t>Then I pushed my bed against the bedroom door, as if I could somehow barricade the fear outside. On the pillow beside me lay my new companion, a cold, gunmetal-grey Colt. Its weight was both comfort and curse. A symbol of how much I had changed.</w:t>
      </w:r>
    </w:p>
    <w:p w14:paraId="437789AA" w14:textId="77777777" w:rsidR="00DB05F8" w:rsidRDefault="00000000">
      <w:r>
        <w:t>Still, sleep would not come. Every sound, every creak of the house, every shift of the wind outside, felt like him. Like a threat. Like a promise unfulfilled.</w:t>
      </w:r>
    </w:p>
    <w:p w14:paraId="5BE91DD7" w14:textId="77777777" w:rsidR="00DB05F8" w:rsidRDefault="00000000">
      <w:r>
        <w:t>“I’ll be back to finish this.”</w:t>
      </w:r>
    </w:p>
    <w:p w14:paraId="192AAE34" w14:textId="77777777" w:rsidR="00DB05F8" w:rsidRDefault="00000000">
      <w:r>
        <w:t>His final words haunted me. They were stitched into the silence, etched into the walls, carved into my bones. I was becoming someone else entirely someone who flinched at every shadow and saw danger in every kind gesture. Someone who couldn’t close her eyes without seeing the flash of his mask and the cold steel of the gun.</w:t>
      </w:r>
    </w:p>
    <w:p w14:paraId="1569C65A" w14:textId="77777777" w:rsidR="00DB05F8" w:rsidRDefault="00000000">
      <w:r>
        <w:t>He haunted me. And yet, I endured.</w:t>
      </w:r>
    </w:p>
    <w:p w14:paraId="15EB2CC9" w14:textId="77777777" w:rsidR="00DB05F8" w:rsidRDefault="00000000">
      <w:r>
        <w:lastRenderedPageBreak/>
        <w:t>Healing did not arrive like a sunrise.</w:t>
      </w:r>
      <w:r>
        <w:br/>
        <w:t>It crept in, slow and jagged, through days that blurred into each other and nights when sleep was a stranger.</w:t>
      </w:r>
      <w:r>
        <w:br/>
        <w:t>At first, it was enough just to breathe.</w:t>
      </w:r>
      <w:r>
        <w:br/>
        <w:t>Enough to stand.</w:t>
      </w:r>
      <w:r>
        <w:br/>
        <w:t>Enough to still exist inside a body I barely recognised.</w:t>
      </w:r>
      <w:r>
        <w:br/>
        <w:t>Somewhere beyond the wreckage, a small, stubborn voice whispered:</w:t>
      </w:r>
      <w:r>
        <w:br/>
        <w:t>Not yet.</w:t>
      </w:r>
      <w:r>
        <w:br/>
        <w:t>Not over.</w:t>
      </w:r>
    </w:p>
    <w:p w14:paraId="7A21D66F" w14:textId="77777777" w:rsidR="00DB05F8" w:rsidRDefault="00000000">
      <w:r>
        <w:br/>
      </w:r>
      <w:r>
        <w:br/>
        <w:t>CHAPTER 23</w:t>
      </w:r>
    </w:p>
    <w:p w14:paraId="7F2C6219" w14:textId="77777777" w:rsidR="00DB05F8" w:rsidRDefault="00000000">
      <w:r>
        <w:t>The Loss Within the Loss</w:t>
      </w:r>
    </w:p>
    <w:p w14:paraId="64BC49FF" w14:textId="77777777" w:rsidR="00DB05F8" w:rsidRDefault="00000000">
      <w:r>
        <w:t>“There are losses so deep, they bury not just a moment, but a complete version of who you thought you’d be.”</w:t>
      </w:r>
    </w:p>
    <w:p w14:paraId="266FB1A7" w14:textId="77777777" w:rsidR="00DB05F8" w:rsidRDefault="00000000">
      <w:r>
        <w:t>I started bleeding only a week after the rape.</w:t>
      </w:r>
    </w:p>
    <w:p w14:paraId="25FF0A5E" w14:textId="77777777" w:rsidR="00DB05F8" w:rsidRDefault="00000000">
      <w:r>
        <w:t>My body was already a battlefield, raw and trembling from what had been taken from me. My spirit, barely holding together by threadbare strands of will, was now given something else to carry. Something sacred. A life. A heartbeat. A question with no answer.</w:t>
      </w:r>
    </w:p>
    <w:p w14:paraId="443D828D" w14:textId="77777777" w:rsidR="00DB05F8" w:rsidRDefault="00000000">
      <w:r>
        <w:t>When I found out I was pregnant, I didn’t know what to feel. Relief that I was alive was swallowed by dread. I had already been stripped of choice. Now, the future I had never planned for grew inside me, demanding decisions I wasn’t ready to make.</w:t>
      </w:r>
    </w:p>
    <w:p w14:paraId="06C6433A" w14:textId="77777777" w:rsidR="00DB05F8" w:rsidRDefault="00000000">
      <w:r>
        <w:t>But before I could even begin to untangle that impossible knot, he, the one who said he loved me, looked at me with something close to disgust. The child might not be his, he said. As if the rape had soiled not only me, but anything that could come from me. His denial struck harder than any slap. I had already lost my safety. Now I was losing love too.</w:t>
      </w:r>
    </w:p>
    <w:p w14:paraId="7F0DC00A" w14:textId="77777777" w:rsidR="00DB05F8" w:rsidRDefault="00000000">
      <w:r>
        <w:t>What I needed was comfort. What I got was abandonment.</w:t>
      </w:r>
    </w:p>
    <w:p w14:paraId="4D8D33C5" w14:textId="77777777" w:rsidR="00DB05F8" w:rsidRDefault="00000000">
      <w:r>
        <w:t>He wasn’t there the night it happened. He wasn’t there when I called for help. He was with someone else. Holding another woman, while I was being shattered in a room that smelled of gunmetal and fear. That betrayal haunted me almost as much as the violence itself. While my body broke open in pain, his absence cracked my heart wide.</w:t>
      </w:r>
    </w:p>
    <w:p w14:paraId="3D07FB3C" w14:textId="77777777" w:rsidR="00DB05F8" w:rsidRDefault="00000000">
      <w:r>
        <w:lastRenderedPageBreak/>
        <w:t>And then came the miscarriage.</w:t>
      </w:r>
    </w:p>
    <w:p w14:paraId="763E117F" w14:textId="77777777" w:rsidR="00DB05F8" w:rsidRDefault="00000000">
      <w:r>
        <w:t>I will never forget the moment I realised I was losing the baby. There was blood. Pain. The hollow throb of something sacred slipping away. I sank to the bathroom floor, clutching my stomach, pleading with the universe, with God, with anyone who would listen. But there was only silence.</w:t>
      </w:r>
    </w:p>
    <w:p w14:paraId="46323A22" w14:textId="77777777" w:rsidR="00DB05F8" w:rsidRDefault="00000000">
      <w:r>
        <w:t>I didn’t just lose a child. I lost the last thread of hope I had been clinging to. A future, no matter how uncertain, had been forming. A reason to fight. A reason to rise. And now, even that was gone.</w:t>
      </w:r>
    </w:p>
    <w:p w14:paraId="0FED1414" w14:textId="77777777" w:rsidR="00DB05F8" w:rsidRDefault="00000000">
      <w:r>
        <w:t>The guilt came in waves. Crushing, relentless. I blamed myself for everything. For not fighting harder that night. For not protecting the life inside me. For somehow being too broken to be loved, too tarnished to be chosen.</w:t>
      </w:r>
    </w:p>
    <w:p w14:paraId="1528020F" w14:textId="77777777" w:rsidR="00DB05F8" w:rsidRDefault="00000000">
      <w:r>
        <w:t>I thought about the baby, who would never see light, never feel my touch, never know my lullabies. I grieved for a life that ended before it began. I grieved for myself too, for the version of me who still believed that love would show up when I needed it most.</w:t>
      </w:r>
    </w:p>
    <w:p w14:paraId="3AE3B52B" w14:textId="77777777" w:rsidR="00DB05F8" w:rsidRDefault="00000000">
      <w:r>
        <w:t>No one tells you how loud the silence becomes after a miscarriage. How empty your body feels. How every breath becomes a cruel reminder of what you’ve lost. I would lie awake for hours, one hand resting on my belly as if trying to hold on to something that was no longer there.</w:t>
      </w:r>
    </w:p>
    <w:p w14:paraId="4CAA038B" w14:textId="77777777" w:rsidR="00DB05F8" w:rsidRDefault="00000000">
      <w:r>
        <w:t>I wasn’t just mourning the baby. I was mourning everything. My safety. My dignity. My relationship. My faith in love. It all crumbled in a single month, and I was left to gather the ashes on my own.</w:t>
      </w:r>
    </w:p>
    <w:p w14:paraId="3156CBEE" w14:textId="77777777" w:rsidR="00DB05F8" w:rsidRDefault="00000000">
      <w:r>
        <w:t>But through the wreckage, I whispered something to myself. Not yet hope. Not yet strength. Just a promise: I will survive this. Somehow. Some way.</w:t>
      </w:r>
    </w:p>
    <w:p w14:paraId="69DA3A88" w14:textId="77777777" w:rsidR="00DB05F8" w:rsidRDefault="00000000">
      <w:r>
        <w:t>I had to. Because if I could endure this pain, then maybe, just maybe, I could one day rebuild something from it. Maybe there was still a version of me worth saving. A version who wasn’t defined by what had been done to her, or what she had lost, but by what she could still become.</w:t>
      </w:r>
    </w:p>
    <w:p w14:paraId="740461C6" w14:textId="77777777" w:rsidR="00DB05F8" w:rsidRDefault="00000000">
      <w:r>
        <w:br/>
      </w:r>
      <w:r>
        <w:br/>
        <w:t>CHAPTER 24</w:t>
      </w:r>
    </w:p>
    <w:p w14:paraId="6727D81F" w14:textId="77777777" w:rsidR="00DB05F8" w:rsidRDefault="00000000">
      <w:r>
        <w:t>The Stillness After the Storm</w:t>
      </w:r>
    </w:p>
    <w:p w14:paraId="7E9B0C60" w14:textId="77777777" w:rsidR="00DB05F8" w:rsidRDefault="00000000">
      <w:r>
        <w:t>“Some journeys begin not with a step forward, but with the will to breathe again.”</w:t>
      </w:r>
    </w:p>
    <w:p w14:paraId="1D36CD64" w14:textId="77777777" w:rsidR="00DB05F8" w:rsidRDefault="00000000">
      <w:r>
        <w:lastRenderedPageBreak/>
        <w:t>After the assault, the world became unrecognisable. Life moved on, but I didn’t. I stood still while everything around me blurred into something unfamiliar. Sounds were muffled. Colours lost their brilliance.</w:t>
      </w:r>
    </w:p>
    <w:p w14:paraId="5A723B3C" w14:textId="77777777" w:rsidR="00DB05F8" w:rsidRDefault="00000000">
      <w:r>
        <w:t>Faces I once trusted now felt like strangers.</w:t>
      </w:r>
    </w:p>
    <w:p w14:paraId="6B5758B1" w14:textId="77777777" w:rsidR="00DB05F8" w:rsidRDefault="00000000">
      <w:r>
        <w:t>My body existed, but my spirit hovered somewhere far above it. I didn’t trust doors anymore. I didn’t trust shadows. I didn’t even trust myself.</w:t>
      </w:r>
    </w:p>
    <w:p w14:paraId="10F26DB9" w14:textId="77777777" w:rsidR="00DB05F8" w:rsidRDefault="00000000">
      <w:r>
        <w:t>When my brother invited me to Miami in July that year, I didn’t hesitate. I didn’t pack carefully or think about who I needed to tell. I just needed to get away. I slipped on my bravest face, held my breath, and boarded that flight like it was a lifeboat carrying me away from the wreckage.</w:t>
      </w:r>
    </w:p>
    <w:p w14:paraId="3F680994" w14:textId="77777777" w:rsidR="00DB05F8" w:rsidRDefault="00000000">
      <w:r>
        <w:t>The first few days were a haze of silence. Not the empty kind, but the kind that holds everything too heavy to say aloud. We talked little. Instead, I slept. His waterbed became my cradle, gently rocking me into a rest that had felt unreachable for weeks. There, in the soft lull of movement and the hum of air conditioning, I thawed.</w:t>
      </w:r>
    </w:p>
    <w:p w14:paraId="15445586" w14:textId="77777777" w:rsidR="00DB05F8" w:rsidRDefault="00000000">
      <w:r>
        <w:t>And when I finally spoke, it came out in fragments at first. I told him about that night. The fear.</w:t>
      </w:r>
    </w:p>
    <w:p w14:paraId="7991B896" w14:textId="77777777" w:rsidR="00DB05F8" w:rsidRDefault="00000000">
      <w:r>
        <w:t>The helplessness.</w:t>
      </w:r>
    </w:p>
    <w:p w14:paraId="66635A8F" w14:textId="77777777" w:rsidR="00DB05F8" w:rsidRDefault="00000000">
      <w:r>
        <w:t>The way I blamed myself for freezing instead of fighting back. I had promised myself I would never be hurt like that again, not after all I’d already survived, not after learning to protect myself with karate. But the gun changed everything. The cold metal robbed me of my voice, my fight, my dignity.</w:t>
      </w:r>
    </w:p>
    <w:p w14:paraId="0C961AC3" w14:textId="77777777" w:rsidR="00DB05F8" w:rsidRDefault="00000000">
      <w:r>
        <w:t>He listened. He didn’t fix it. He just held space. That quiet, patient kind of presence that says, “You’re safe here.”</w:t>
      </w:r>
    </w:p>
    <w:p w14:paraId="758D5326" w14:textId="77777777" w:rsidR="00DB05F8" w:rsidRDefault="00000000">
      <w:r>
        <w:t>Then, one evening, as dusk melted into night, Seal’s “Kiss from a Rose” played softly in the background. The song struck something deep within me.</w:t>
      </w:r>
    </w:p>
    <w:p w14:paraId="49BBCE5E" w14:textId="77777777" w:rsidR="00DB05F8" w:rsidRDefault="00000000">
      <w:r>
        <w:t>The raw ache in Seal’s voice mirrored the complexity of my own emotions. It spoke of beauty growing from pain, of darkness blooming with unexpected light.</w:t>
      </w:r>
    </w:p>
    <w:p w14:paraId="44E8C5D6" w14:textId="77777777" w:rsidR="00DB05F8" w:rsidRDefault="00000000">
      <w:r>
        <w:t>That's how it felt to love Akil,deep and powerful, though my love was never fully reciprocated. I loved him in ways I didn’t even understand myself, and after the assault, that love became tangled with grief. I believed I was too damaged to be loved like that again.</w:t>
      </w:r>
    </w:p>
    <w:p w14:paraId="30FA8CD8" w14:textId="77777777" w:rsidR="00DB05F8" w:rsidRDefault="00000000">
      <w:r>
        <w:lastRenderedPageBreak/>
        <w:t>I told my brother everything. About Akil. About how I had felt seen by him, even when I wasn’t sure I was still visible. About how I had clung to the way he made me feel alive. And how, after the rape, I feared that part of me had died forever.</w:t>
      </w:r>
    </w:p>
    <w:p w14:paraId="16F9F5BD" w14:textId="77777777" w:rsidR="00DB05F8" w:rsidRDefault="00000000">
      <w:r>
        <w:t>In his silence, I found space to breathe. And then, as if to remind me there was still beauty left in the world, he took me fishing.</w:t>
      </w:r>
    </w:p>
    <w:p w14:paraId="0E552124" w14:textId="77777777" w:rsidR="00DB05F8" w:rsidRDefault="00000000">
      <w:r>
        <w:t>We set out early, the Miami sun still stretching its limbs across the horizon. The Glade was quiet, wrapped in a morning hush, the water calm and glassy. The boat rocked gently beneath us, a rhythm that felt like prayer.</w:t>
      </w:r>
    </w:p>
    <w:p w14:paraId="72E50E82" w14:textId="77777777" w:rsidR="00DB05F8" w:rsidRDefault="00000000">
      <w:r>
        <w:t>Palm trees lined the edges of the swamp, casting long shadows on the still water. I took a slow sip of cold beer, the condensation trailing down the bottle and cooling my fingertips. For the first time in weeks, I felt my shoulders ease.</w:t>
      </w:r>
    </w:p>
    <w:p w14:paraId="586A866A" w14:textId="77777777" w:rsidR="00DB05F8" w:rsidRDefault="00000000">
      <w:r>
        <w:t>We cast our lines and waited. Sometimes we talked, mostly we didn’t. It was the silence that held no weight, just peace. And then, in the distance, I saw it, my first crocodile. Its scaly back sliced through the water, its eyes just above the surface, unblinking. A thrill ran through me. Not fear, but awe. I had seen nothing like it up close. Wild, powerful, unapologetic. Somehow, it mirrored something in me I was trying to reclaim.</w:t>
      </w:r>
    </w:p>
    <w:p w14:paraId="09B36DA6" w14:textId="77777777" w:rsidR="00DB05F8" w:rsidRDefault="00000000">
      <w:r>
        <w:t>Birds glided overhead. A heron landed gracefully nearby. We laughed at each other’s clumsy attempts to bait hooks and teased about who had the better fishing instincts. But underneath the banter was something sacred: connection, comfort, and the quiet restoration of trust.</w:t>
      </w:r>
    </w:p>
    <w:p w14:paraId="43822450" w14:textId="77777777" w:rsidR="00DB05F8" w:rsidRDefault="00000000">
      <w:r>
        <w:t>We caught a little, but it didn’t matter. The boat, the breeze, the sun dancing on the water, and that moment of witnessing something primal and untamed stayed with me. That day, I remembered what it felt like to be present, to belong in my body again, even for a little while.</w:t>
      </w:r>
    </w:p>
    <w:p w14:paraId="72B7F4F0" w14:textId="77777777" w:rsidR="00DB05F8" w:rsidRDefault="00000000">
      <w:r>
        <w:t>The night before I was flying back to Barbados, when the memories came rushing back and sleep felt impossible, I’d wrap myself in a soft throw, wander into the living room, and find him half-asleep on the sofa with the TV on.</w:t>
      </w:r>
    </w:p>
    <w:p w14:paraId="163CA043" w14:textId="77777777" w:rsidR="00DB05F8" w:rsidRDefault="00000000">
      <w:r>
        <w:t>He’d gesture wordlessly to the spot beside him. I’d lie there, cocooned in silence, the low murmur of late-night comedy reruns lulling me back to something resembling comfort.</w:t>
      </w:r>
    </w:p>
    <w:p w14:paraId="2EDCF498" w14:textId="77777777" w:rsidR="00DB05F8" w:rsidRDefault="00000000">
      <w:r>
        <w:t>It wasn’t therapy. It wasn’t a solution. But it was a beginning. A breath of space. A reminder that I was more than what had happened to me.</w:t>
      </w:r>
    </w:p>
    <w:p w14:paraId="6DA04548" w14:textId="77777777" w:rsidR="00DB05F8" w:rsidRDefault="00000000">
      <w:r>
        <w:t xml:space="preserve">When it came time to leave, my heart ached. I didn’t want to go back. Barbados held too many echoes. Too many unanswered questions. But I knew I couldn’t </w:t>
      </w:r>
      <w:r>
        <w:lastRenderedPageBreak/>
        <w:t>live in my brother’s sanctuary forever. Healing, I was understanding, required movement. I had to take this piece with me and build on it.</w:t>
      </w:r>
    </w:p>
    <w:p w14:paraId="388EC1BC" w14:textId="77777777" w:rsidR="00DB05F8" w:rsidRDefault="00000000">
      <w:r>
        <w:t>At the airport, he hugged me tight and said, “You’ve got this. Call me if the sky feels heavy.”</w:t>
      </w:r>
    </w:p>
    <w:p w14:paraId="57AB1666" w14:textId="77777777" w:rsidR="00DB05F8" w:rsidRDefault="00000000">
      <w:r>
        <w:t>On the flight back to Barbados, the anxiety crept in again. But I wasn’t the same girl who had left. I had faced the darkness, spoken my truth, and allowed love, familial, grounding love, to hold me. When I returned, I opened up.</w:t>
      </w:r>
    </w:p>
    <w:p w14:paraId="59871D5F" w14:textId="77777777" w:rsidR="00DB05F8" w:rsidRDefault="00000000">
      <w:r>
        <w:t>I shared more of what had happened with the few people I trusted. Akil was one of them.</w:t>
      </w:r>
    </w:p>
    <w:p w14:paraId="2F7EA8F1" w14:textId="77777777" w:rsidR="00DB05F8" w:rsidRDefault="00000000">
      <w:r>
        <w:t>Once again, his presence wrapped around me like reassurance. His tenderness reminded me of my worth, even when I struggled to see it myself.</w:t>
      </w:r>
    </w:p>
    <w:p w14:paraId="292400D1" w14:textId="77777777" w:rsidR="00DB05F8" w:rsidRDefault="00000000">
      <w:r>
        <w:t>Recovery wasn’t linear. It was jagged and slow, filled with setbacks and silence. But each step, even the smallest, moved me forward.</w:t>
      </w:r>
    </w:p>
    <w:p w14:paraId="65400E8A" w14:textId="77777777" w:rsidR="00DB05F8" w:rsidRDefault="00000000">
      <w:r>
        <w:t>My sleepless nights were now filled with reflection, and the echoes of that song still lingered, reminding me that love, even in its most painful forms, can still hold space for healing.</w:t>
      </w:r>
    </w:p>
    <w:p w14:paraId="657AC24F" w14:textId="77777777" w:rsidR="00DB05F8" w:rsidRDefault="00000000">
      <w:r>
        <w:t>That trip didn’t fix me, but it gave me something far more critical: proof that I could still feel joy, still find beauty, and still be loved exactly as I was.</w:t>
      </w:r>
    </w:p>
    <w:p w14:paraId="317D4C68" w14:textId="77777777" w:rsidR="00DB05F8" w:rsidRDefault="00000000">
      <w:r>
        <w:t>And that, after everything, was a kind of miracle.</w:t>
      </w:r>
    </w:p>
    <w:p w14:paraId="2EE9075A" w14:textId="77777777" w:rsidR="00DB05F8" w:rsidRDefault="00000000">
      <w:r>
        <w:br/>
      </w:r>
      <w:r>
        <w:br/>
        <w:t>CHAPTER 25</w:t>
      </w:r>
    </w:p>
    <w:p w14:paraId="3CCBCBCE" w14:textId="77777777" w:rsidR="00DB05F8" w:rsidRDefault="00000000">
      <w:r>
        <w:t>Marva’s Love</w:t>
      </w:r>
    </w:p>
    <w:p w14:paraId="71567BF1" w14:textId="77777777" w:rsidR="00DB05F8" w:rsidRDefault="00000000">
      <w:r>
        <w:t>“Some mothers are chosen not by blood, but by the heart”</w:t>
      </w:r>
    </w:p>
    <w:p w14:paraId="1DDDD226" w14:textId="77777777" w:rsidR="00DB05F8" w:rsidRDefault="00000000">
      <w:r>
        <w:t>The first time I met Marva, I remember thinking, “So this is what warmth feels like?" She was tall and poised, with a smile that melted tension before it formed.</w:t>
      </w:r>
    </w:p>
    <w:p w14:paraId="61D3D08C" w14:textId="77777777" w:rsidR="00DB05F8" w:rsidRDefault="00000000">
      <w:r>
        <w:t>Her eyes held stories, wisdom, and a softness that welcomed you without hesitation. In that moment, something shifted within me.</w:t>
      </w:r>
    </w:p>
    <w:p w14:paraId="15F47569" w14:textId="77777777" w:rsidR="00DB05F8" w:rsidRDefault="00000000">
      <w:r>
        <w:t>There was no formality, no cold appraisal, just a gentle grace that felt like home.</w:t>
      </w:r>
    </w:p>
    <w:p w14:paraId="5E48FBDC" w14:textId="77777777" w:rsidR="00DB05F8" w:rsidRDefault="00000000">
      <w:r>
        <w:t xml:space="preserve">That day, she introduced me to Green Banana Cou-Cou. One bite and I was hooked for life. The flavours, much like her presence, were unforgettable. No one </w:t>
      </w:r>
      <w:r>
        <w:lastRenderedPageBreak/>
        <w:t>has ever made it like she did, and I’m not sure anyone ever could. That meal wasn’t just nourishment. It was her love served on a plate, a silent declaration that said, You are welcome here.</w:t>
      </w:r>
    </w:p>
    <w:p w14:paraId="30F30209" w14:textId="77777777" w:rsidR="00DB05F8" w:rsidRDefault="00000000">
      <w:r>
        <w:t>Over the years, Marva became the mother I had always longed for. She was loving, supportive, and never afraid to tell it like it was. Her love wasn’t coddling but strong and rooted. She didn’t sugarcoat life, but she always delivered the truth with care. She saw me for who I truly was, even when I couldn’t see it myself. She reminded me that I mattered, that I was enough.</w:t>
      </w:r>
    </w:p>
    <w:p w14:paraId="75A1E84F" w14:textId="77777777" w:rsidR="00DB05F8" w:rsidRDefault="00000000">
      <w:r>
        <w:t>Marva’s presence after the rape was nothing short of divine. She held me with the tenderness of a mother who loved beyond blood, beyond explanation, and without condition.</w:t>
      </w:r>
    </w:p>
    <w:p w14:paraId="5F5A251E" w14:textId="77777777" w:rsidR="00DB05F8" w:rsidRDefault="00000000">
      <w:r>
        <w:t>There was no judgement in her eyes, only sorrow for my pain and a fierce, quiet strength that steadied me when I couldn’t standalone. She didn’t ask for details, didn’t probe or press, and stayed.</w:t>
      </w:r>
    </w:p>
    <w:p w14:paraId="204EEADC" w14:textId="77777777" w:rsidR="00DB05F8" w:rsidRDefault="00000000">
      <w:r>
        <w:t>Her arms became my shelter, her voice the calm in the storm. She cooked for me, sat beside me in silence, and reminded me, with no need to say the words, that I was still whole, still worthy, still loved. In those shattered days, her unconditional love stitched the first pieces of me back together.</w:t>
      </w:r>
    </w:p>
    <w:p w14:paraId="0E94B02C" w14:textId="77777777" w:rsidR="00DB05F8" w:rsidRDefault="00000000">
      <w:r>
        <w:t>One of my most treasured memories with her was when I surprised her with tickets to see her favourite artist, Luther Vandross, on her birthday. Her face lit up with a joy so pure it brought tears to my eyes. I can still hear her singing every word, swaying to the rhythm, clutching my hand. That night wasn’t just about the music; it was about love, gratitude, and a moment of connection that would stay with us forever.</w:t>
      </w:r>
    </w:p>
    <w:p w14:paraId="79374EF0" w14:textId="77777777" w:rsidR="00DB05F8" w:rsidRDefault="00000000">
      <w:r>
        <w:t>When Alex was born, she embraced him like her own. She showed up for us without question. Although his father’s identity was still unspoken, it was as though she already knew. And perhaps she did. She never pried, never judged, just loved. When Aaron was about two, I remember her visiting and pausing as she watched him play.</w:t>
      </w:r>
    </w:p>
    <w:p w14:paraId="59DC4DEA" w14:textId="77777777" w:rsidR="00DB05F8" w:rsidRDefault="00000000">
      <w:r>
        <w:t>She looked me square and said, “This child’s grandmother has a right to know she has a grandson.” That one sentence said it all. Her quiet insistence was never invasive, just truthful, as always. It was her way of saying, I’m here. I see you. I see him.</w:t>
      </w:r>
    </w:p>
    <w:p w14:paraId="73A5E618" w14:textId="77777777" w:rsidR="00DB05F8" w:rsidRDefault="00000000">
      <w:r>
        <w:t xml:space="preserve">For years, she would tell me, “Girl, love yourself,” or “You need to do what is right for you.” I’d nod, smile, and say, “Yeah, I know.” But I didn’t know. Not really. </w:t>
      </w:r>
      <w:r>
        <w:lastRenderedPageBreak/>
        <w:t>Not until nearly thirty years later, when life humbled me enough to understand what those words truly meant.</w:t>
      </w:r>
    </w:p>
    <w:p w14:paraId="3E7909A0" w14:textId="77777777" w:rsidR="00DB05F8" w:rsidRDefault="00000000">
      <w:r>
        <w:t>Her presence taught me what unconditional love feels like. She offered mothering that nurtured without suffocating and corrected without condemning. She listened with her whole heart. And when she spoke, she provided truth rooted in deep care.</w:t>
      </w:r>
    </w:p>
    <w:p w14:paraId="44730FF9" w14:textId="77777777" w:rsidR="00DB05F8" w:rsidRDefault="00000000">
      <w:r>
        <w:t>Marva was the woman who carried strength in one hand and softness in the other. Her love gave me room to breathe, grow, stumble, and rise again. She filled in the maternal gaps I had long since stopped acknowledging. Her passion wasn't bound by obligation; it was free, and it was a</w:t>
      </w:r>
    </w:p>
    <w:p w14:paraId="0D389CED" w14:textId="77777777" w:rsidR="00DB05F8" w:rsidRDefault="00000000">
      <w:r>
        <w:t>Even now, her voice echoes in my head, not just in memory, but in practice. When I face hard choices, I hear her say, “You need to do what is right for you.” When I look in the mirror with doubt, I hear her reminder, “You have to love yourself.” And I do. At last, I genuinely do.</w:t>
      </w:r>
    </w:p>
    <w:p w14:paraId="4FE8DEED" w14:textId="77777777" w:rsidR="00DB05F8" w:rsidRDefault="00000000">
      <w:r>
        <w:t>Marva gave me more than love. She permitted me to be fully myself, feel, falter, and flourish. And for that, I will be forever grateful.</w:t>
      </w:r>
    </w:p>
    <w:p w14:paraId="33BD1818" w14:textId="77777777" w:rsidR="00DB05F8" w:rsidRDefault="00000000">
      <w:r>
        <w:br/>
      </w:r>
      <w:r>
        <w:br/>
        <w:t>CHAPTER 26</w:t>
      </w:r>
    </w:p>
    <w:p w14:paraId="78521D11" w14:textId="77777777" w:rsidR="00DB05F8" w:rsidRDefault="00000000">
      <w:r>
        <w:t>Rising from the Ruins</w:t>
      </w:r>
    </w:p>
    <w:p w14:paraId="013218E7" w14:textId="77777777" w:rsidR="00DB05F8" w:rsidRDefault="00000000">
      <w:r>
        <w:t>“The world tried to break me, but I rose, shaky, scarred, but standing.”</w:t>
      </w:r>
    </w:p>
    <w:p w14:paraId="79F215D4" w14:textId="77777777" w:rsidR="00DB05F8" w:rsidRDefault="00000000">
      <w:r>
        <w:t>In the rape's aftermath, nothing felt real. My days blurred into one another, stitched together by sleepless nights and a persistent ache that refused to loosen its grip.</w:t>
      </w:r>
    </w:p>
    <w:p w14:paraId="573C63E5" w14:textId="77777777" w:rsidR="00DB05F8" w:rsidRDefault="00000000">
      <w:r>
        <w:t>Once full of motion and direction, life now felt like a slow crawl through thick, invisible mud. I lost my job not long after; it became impossible to show up with the same spark, the same energy, when inside I was barely surviving.</w:t>
      </w:r>
    </w:p>
    <w:p w14:paraId="42D13390" w14:textId="77777777" w:rsidR="00DB05F8" w:rsidRDefault="00000000">
      <w:r>
        <w:t>The routines I once relied on had all but collapsed. People around me moved on, expected me to “bounce back,” but there is no bouncing back from a trauma that rearranges your soul. There is only learning to breathe through the pain.</w:t>
      </w:r>
    </w:p>
    <w:p w14:paraId="6EB40050" w14:textId="77777777" w:rsidR="00DB05F8" w:rsidRDefault="00000000">
      <w:r>
        <w:t>And yet, something profound within me refused to surrender. I couldn’t let the man who broke me claim the rest of my life. The, quiet but relentless defiance, lit a small flame inside me, and I trained again.</w:t>
      </w:r>
    </w:p>
    <w:p w14:paraId="0A7CF793" w14:textId="77777777" w:rsidR="00DB05F8" w:rsidRDefault="00000000">
      <w:r>
        <w:lastRenderedPageBreak/>
        <w:t>At first, it was painful. My body felt like a stranger, and the dojo, once my sanctuary, felt foreign. But slowly, day by day, I reclaimed it. The rhythm of drills, the breathwork, and the focus all pulled me back into my body. I trained harder than ever, not to prove anything to anyone else but to find my centre again.</w:t>
      </w:r>
    </w:p>
    <w:p w14:paraId="77327547" w14:textId="77777777" w:rsidR="00DB05F8" w:rsidRDefault="00000000">
      <w:r>
        <w:t>The 1995 Pan American Championships in Jamaica became my beacon,a reason to get out of bed, sweat, fight, believe, and belong. As a brown belt standing on that mat, I felt power return to me.</w:t>
      </w:r>
    </w:p>
    <w:p w14:paraId="65CA0B71" w14:textId="77777777" w:rsidR="00DB05F8" w:rsidRDefault="00000000">
      <w:r>
        <w:t>My teammates, my protectors in that moment, never let me fall. They knew I was carrying more than just the pressure of competition. They knew I was battling inner demons that far outweighed any opponent in front of me. They offered encouragement, fierce loyalty, and silent solidarity.</w:t>
      </w:r>
    </w:p>
    <w:p w14:paraId="1325E869" w14:textId="77777777" w:rsidR="00DB05F8" w:rsidRDefault="00000000">
      <w:r>
        <w:t>Stepping onto that mat in Jamaica wasn’t just about medals. It was about survival. It was about showing up for the girl who once cowered in the corner of her mind.</w:t>
      </w:r>
    </w:p>
    <w:p w14:paraId="3051CF60" w14:textId="77777777" w:rsidR="00DB05F8" w:rsidRDefault="00000000">
      <w:r>
        <w:t>I didn’t just compete, I reclaimed my place in the world.</w:t>
      </w:r>
    </w:p>
    <w:p w14:paraId="4D8D5770" w14:textId="77777777" w:rsidR="00DB05F8" w:rsidRDefault="00000000">
      <w:r>
        <w:t>Bruised but not broken.</w:t>
      </w:r>
    </w:p>
    <w:p w14:paraId="42603B0E" w14:textId="77777777" w:rsidR="00DB05F8" w:rsidRDefault="00000000">
      <w:r>
        <w:t>I stood tall in my brown belt, surrounded by those who lifted me when I couldn’t lift myself.</w:t>
      </w:r>
    </w:p>
    <w:p w14:paraId="00C659FD" w14:textId="77777777" w:rsidR="00DB05F8" w:rsidRDefault="00000000">
      <w:r>
        <w:t>That chapter of my life reminded me that healing doesn’t follow a straight path. It coils, it stumbles, it drags. But it also rises. And I did.</w:t>
      </w:r>
    </w:p>
    <w:p w14:paraId="5476E07A" w14:textId="77777777" w:rsidR="00DB05F8" w:rsidRDefault="00000000">
      <w:r>
        <w:br/>
      </w:r>
      <w:r>
        <w:br/>
        <w:t>CHAPTER 27</w:t>
      </w:r>
    </w:p>
    <w:p w14:paraId="6F8E908B" w14:textId="77777777" w:rsidR="00DB05F8" w:rsidRDefault="00000000">
      <w:r>
        <w:t>When Justice Knocks and Grief Answers</w:t>
      </w:r>
    </w:p>
    <w:p w14:paraId="4B4C2333" w14:textId="77777777" w:rsidR="00DB05F8" w:rsidRDefault="00000000">
      <w:r>
        <w:t>“Some truths don’t echo, they scream in silence, waiting for the day you’re ready to listen.”</w:t>
      </w:r>
    </w:p>
    <w:p w14:paraId="42EF3B5C" w14:textId="77777777" w:rsidR="00DB05F8" w:rsidRDefault="00000000">
      <w:r>
        <w:t>The looming threat of “Dead Bolt Man” had robbed me of peace for over two years. He moved through our community like a shadow, a phantom figure who turned doorknobs and twisted locks, dragging nightmares behind him.</w:t>
      </w:r>
    </w:p>
    <w:p w14:paraId="6EC51E79" w14:textId="77777777" w:rsidR="00DB05F8" w:rsidRDefault="00000000">
      <w:r>
        <w:t>The fear was relentless. I double-checked windows, jammed furniture against the doors, and slept with one eye open each night. My body was tired, but my mind never rested.</w:t>
      </w:r>
    </w:p>
    <w:p w14:paraId="1B2EF0EF" w14:textId="77777777" w:rsidR="00DB05F8" w:rsidRDefault="00000000">
      <w:r>
        <w:lastRenderedPageBreak/>
        <w:t>In October 1996, the air shifted. Word spread that he had been caught. Relief came, but it did not bring rest. It came wrapped in caution, with lingering questions. How could someone do this and walk among us for so long? And why did it still feel like I was trapped inside the night it happened?</w:t>
      </w:r>
    </w:p>
    <w:p w14:paraId="72DDC6BB" w14:textId="77777777" w:rsidR="00DB05F8" w:rsidRDefault="00000000">
      <w:r>
        <w:t>Just months later, in March 1997, my sister called with trembling news: Granny had fallen.,a broken hip. At first, we hoped. She was still eating, still smiling in that quiet, knowing way. But pneumonia crept in. With each passing day, I watched the light dim behind her eyes.</w:t>
      </w:r>
    </w:p>
    <w:p w14:paraId="411DDFD5" w14:textId="77777777" w:rsidR="00DB05F8" w:rsidRDefault="00000000">
      <w:r>
        <w:t>I was training hard for the Pan American Championships in Mexico. Karate had become my anchor, my fortress, where I felt strong and in control. On a quiet April morning during training, my phone rang. I knew before I answered. “Granny’s gone. She died in her sleep,” my sister’s voice was quiet.</w:t>
      </w:r>
    </w:p>
    <w:p w14:paraId="3220B76F" w14:textId="77777777" w:rsidR="00DB05F8" w:rsidRDefault="00000000">
      <w:r>
        <w:t>I froze, the words slicing through me like a blade. The mat beneath my feet blurred. I was no longer the strong one, just a woman barely holding it together. Granny whispered to me in the quietest voice that the one who called me “the strong one” was gone.</w:t>
      </w:r>
    </w:p>
    <w:p w14:paraId="2C29FAFC" w14:textId="77777777" w:rsidR="00DB05F8" w:rsidRDefault="00000000">
      <w:r>
        <w:t>April 19, 1997. Sunshine mocked my mourning as my black dress waited. This was the day I would see Granny for the last time. People say funerals bring closure. But the silence at hers screamed too loudly. Her absence echoed in my bones.</w:t>
      </w:r>
    </w:p>
    <w:p w14:paraId="618E7155" w14:textId="77777777" w:rsidR="00DB05F8" w:rsidRDefault="00000000">
      <w:r>
        <w:t>And just as I braced myself for healing, life came knocking again.</w:t>
      </w:r>
    </w:p>
    <w:p w14:paraId="309EB747" w14:textId="77777777" w:rsidR="00DB05F8" w:rsidRDefault="00000000">
      <w:r>
        <w:t>A thick envelope arrived by registered post. My name was printed neatly across it, like it belonged to someone else. Inside was a court summons. I was to appear and testify in the public’s eye.</w:t>
      </w:r>
    </w:p>
    <w:p w14:paraId="53E9D9C3" w14:textId="77777777" w:rsidR="00DB05F8" w:rsidRDefault="00000000">
      <w:r>
        <w:t>The shame hit me like a relentless wave, enveloping me in its icy embrace. Memories swirled like a kaleidoscope, disorienting me briefly.</w:t>
      </w:r>
    </w:p>
    <w:p w14:paraId="4D53E5CE" w14:textId="77777777" w:rsidR="00DB05F8" w:rsidRDefault="00000000">
      <w:r>
        <w:t>Time seemed stretched, filled with a surge of emotions. Gasping for air, my heart raced with fear as I struggled to break free from the weight of the ocean pressing down on me.</w:t>
      </w:r>
    </w:p>
    <w:p w14:paraId="26A3F31E" w14:textId="77777777" w:rsidR="00DB05F8" w:rsidRDefault="00000000">
      <w:r>
        <w:t>It had been a while since I experienced a panic attack. This trigger opened the floodgates to unresolved trauma, coupled with the loss of my grandmother. I was no longer the strong one, just a fragile image of myself shattered into a thousand pieces.</w:t>
      </w:r>
    </w:p>
    <w:p w14:paraId="7AB29339" w14:textId="77777777" w:rsidR="00DB05F8" w:rsidRDefault="00000000">
      <w:r>
        <w:lastRenderedPageBreak/>
        <w:t>My inability to function worsened over the coming days. Waves of sorrow crashed relentlessly over me, rendering even the simplest tasks insurmountable mountains.</w:t>
      </w:r>
    </w:p>
    <w:p w14:paraId="2FC6DCEE" w14:textId="77777777" w:rsidR="00DB05F8" w:rsidRDefault="00000000">
      <w:r>
        <w:t>As I grappled with the profound ache of her absence, I received the court summons that turned my world upside down yet again.</w:t>
      </w:r>
    </w:p>
    <w:p w14:paraId="7B166D99" w14:textId="77777777" w:rsidR="00DB05F8" w:rsidRDefault="00000000">
      <w:r>
        <w:t>The moment was like a sharp jab to an open wound, halting my frantic efforts to flee the horrifying ordeal.</w:t>
      </w:r>
    </w:p>
    <w:p w14:paraId="2677904D" w14:textId="77777777" w:rsidR="00DB05F8" w:rsidRDefault="00000000">
      <w:r>
        <w:t>The silence in the room was deafening; anxiety hung heavy in the air. I faced the daunting task of recounting the assault, a bitter pill to swallow.</w:t>
      </w:r>
    </w:p>
    <w:p w14:paraId="53E7AE44" w14:textId="77777777" w:rsidR="00DB05F8" w:rsidRDefault="00000000">
      <w:r>
        <w:t>The thought of reliving that trauma in front of strangers was paralysing, adding layers to my already fragile state. That loss was barely behind me when something from my past thrust me back into a dark, unwelcome place.</w:t>
      </w:r>
    </w:p>
    <w:p w14:paraId="7A154DCD" w14:textId="77777777" w:rsidR="00DB05F8" w:rsidRDefault="00000000">
      <w:r>
        <w:t>The weight of re-experiencing that trauma in a courtroom was suffocating as panic settled in my chest each time I thought about facing him.</w:t>
      </w:r>
    </w:p>
    <w:p w14:paraId="1E56AF48" w14:textId="77777777" w:rsidR="00DB05F8" w:rsidRDefault="00000000">
      <w:r>
        <w:t>Memories that haunted me flooded my mind, intertwining with dread and unease.</w:t>
      </w:r>
    </w:p>
    <w:p w14:paraId="7E8F0FBB" w14:textId="77777777" w:rsidR="00DB05F8" w:rsidRDefault="00000000">
      <w:r>
        <w:t>Grief, fear, and anxiety swirled chaotically together, catching me in a storm of emotions that left me breathless and disoriented.</w:t>
      </w:r>
    </w:p>
    <w:p w14:paraId="515B6A13" w14:textId="77777777" w:rsidR="00DB05F8" w:rsidRDefault="00000000">
      <w:r>
        <w:t>Daily life felt like a relentless struggle.</w:t>
      </w:r>
    </w:p>
    <w:p w14:paraId="3B013F62" w14:textId="77777777" w:rsidR="00DB05F8" w:rsidRDefault="00000000">
      <w:r>
        <w:t>Intense darkness descended unexpectedly, enveloping every aspect of my soul. Each day felt like a tedious, difficult haze.</w:t>
      </w:r>
    </w:p>
    <w:p w14:paraId="39E95C55" w14:textId="77777777" w:rsidR="00DB05F8" w:rsidRDefault="00000000">
      <w:r>
        <w:t>Picture waking up to the sensation of a heavy weight on your chest, the air thick and oppressive. Amid a flurry of self-doubt and sadness, the soft sanctuary of the sheets enveloped me, offering comfort and sorrow all at once.</w:t>
      </w:r>
    </w:p>
    <w:p w14:paraId="4887F887" w14:textId="77777777" w:rsidR="00DB05F8" w:rsidRDefault="00000000">
      <w:r>
        <w:t>Getting up seemed an immense task, like lifting a heavy weight. Looking out my window, the vibrant hues had dulled to sombre greys, casting a dreary shadow over the world outside. The place felt desolate and unfriendly. Connecting with others felt insurmountable, even those closest.</w:t>
      </w:r>
    </w:p>
    <w:p w14:paraId="2356301B" w14:textId="77777777" w:rsidR="00DB05F8" w:rsidRDefault="00000000">
      <w:r>
        <w:t>This crushing feeling of isolation stemmed largely from a fear of misunderstanding and severe criticism.</w:t>
      </w:r>
    </w:p>
    <w:p w14:paraId="3C804637" w14:textId="77777777" w:rsidR="00DB05F8" w:rsidRDefault="00000000">
      <w:r>
        <w:t>Casual conversations appeared staged. There were moments when anger or impatience would flare up, often directed inward or toward others, resulting in a relentless cycle of guilt and frustration.</w:t>
      </w:r>
    </w:p>
    <w:p w14:paraId="20126D9F" w14:textId="77777777" w:rsidR="00DB05F8" w:rsidRDefault="00000000">
      <w:r>
        <w:lastRenderedPageBreak/>
        <w:t>My sleep was erratic, with the soft glow of moonlight filtering through the window, the faint rustle of bed sheets as I tossed and turned.</w:t>
      </w:r>
    </w:p>
    <w:p w14:paraId="7E0424BB" w14:textId="77777777" w:rsidR="00DB05F8" w:rsidRDefault="00000000">
      <w:r>
        <w:t>Sometimes, the scent of lavender candles lingered in the air, calming yet elusive. The distant barks of a dog or the chirping of a cricket punctuated the otherwise deafening silence.</w:t>
      </w:r>
    </w:p>
    <w:p w14:paraId="00020E14" w14:textId="77777777" w:rsidR="00DB05F8" w:rsidRDefault="00000000">
      <w:r>
        <w:t>This rollercoaster of sleep left me disoriented, like a ship lost in a turbulent sea. The world around me seemed distant, obscured by a heavy fog that enveloped every thought.</w:t>
      </w:r>
    </w:p>
    <w:p w14:paraId="69E2B735" w14:textId="77777777" w:rsidR="00DB05F8" w:rsidRDefault="00000000">
      <w:r>
        <w:t>Help seemed a monumental challenge, an intimidating undertaking. But during it all, a faint spark of hope persisted, a tiny flame that refused to be snuffed out.</w:t>
      </w:r>
    </w:p>
    <w:p w14:paraId="399B50F6" w14:textId="77777777" w:rsidR="00DB05F8" w:rsidRDefault="00000000">
      <w:r>
        <w:t>I missed my first court appearance as my body clung to the bathroom floor. Facing him in court, surrounded by media, triggered a panic attack so violent I couldn’t breathe.</w:t>
      </w:r>
    </w:p>
    <w:p w14:paraId="167DB381" w14:textId="77777777" w:rsidR="00DB05F8" w:rsidRDefault="00000000">
      <w:r>
        <w:t>I wasn’t ready. The court recognised this. They recommended I attend therapy first, to help me prepare.</w:t>
      </w:r>
    </w:p>
    <w:p w14:paraId="6F5C0FF0" w14:textId="77777777" w:rsidR="00DB05F8" w:rsidRDefault="00000000">
      <w:r>
        <w:t>It was my first experience with counselling, nearly two years after the rape. Walking into the psychiatrist’s office felt like stepping into foreign territory.</w:t>
      </w:r>
    </w:p>
    <w:p w14:paraId="39DC4D3E" w14:textId="77777777" w:rsidR="00DB05F8" w:rsidRDefault="00000000">
      <w:r>
        <w:t>The walls were soft, music hummed low in the background, even so, I was on edge. My body was there, but my spirit hovered near the door, ready to flee.</w:t>
      </w:r>
    </w:p>
    <w:p w14:paraId="538C224F" w14:textId="77777777" w:rsidR="00DB05F8" w:rsidRDefault="00000000">
      <w:r>
        <w:t>But I stayed. For the first time, I stayed.</w:t>
      </w:r>
    </w:p>
    <w:p w14:paraId="420D01EC" w14:textId="77777777" w:rsidR="00DB05F8" w:rsidRDefault="00000000">
      <w:r>
        <w:t>And somewhere in that stillness, I found the first thread of healing.</w:t>
      </w:r>
    </w:p>
    <w:p w14:paraId="080F90AE" w14:textId="77777777" w:rsidR="00DB05F8" w:rsidRDefault="00000000">
      <w:r>
        <w:br/>
      </w:r>
      <w:r>
        <w:br/>
        <w:t>CHAPTER 28</w:t>
      </w:r>
    </w:p>
    <w:p w14:paraId="582E23CC" w14:textId="77777777" w:rsidR="00DB05F8" w:rsidRDefault="00000000">
      <w:r>
        <w:t>The First Step Back to Myself</w:t>
      </w:r>
    </w:p>
    <w:p w14:paraId="7D2038F9" w14:textId="77777777" w:rsidR="00DB05F8" w:rsidRDefault="00000000">
      <w:r>
        <w:t>“Healing doesn’t ask for perfection, only that you begin.”</w:t>
      </w:r>
    </w:p>
    <w:p w14:paraId="5836AFED" w14:textId="77777777" w:rsidR="00DB05F8" w:rsidRDefault="00000000">
      <w:r>
        <w:t>Walking into the psychiatrist’s office for my first session felt like stepping into uncharted territory.</w:t>
      </w:r>
    </w:p>
    <w:p w14:paraId="45080086" w14:textId="77777777" w:rsidR="00DB05F8" w:rsidRDefault="00000000">
      <w:r>
        <w:t>The room was bright, almost too bright, with sunlight dancing across the soft pastel walls and the faint hum of calming music floating through the air. But none of it reached the storm brewing inside me.</w:t>
      </w:r>
    </w:p>
    <w:p w14:paraId="5F08DDF5" w14:textId="77777777" w:rsidR="00DB05F8" w:rsidRDefault="00000000">
      <w:r>
        <w:lastRenderedPageBreak/>
        <w:t>My heart pounded in my chest as if it was trying to outrun my body, and a thousand thoughts buzzed like hornets in my head.</w:t>
      </w:r>
    </w:p>
    <w:p w14:paraId="7237F291" w14:textId="77777777" w:rsidR="00DB05F8" w:rsidRDefault="00000000">
      <w:r>
        <w:t>I eased into the cushioned chair with a blend of anxiety and fragile hope. The psychiatrist was a kind man, gentle in his movements and voice.</w:t>
      </w:r>
    </w:p>
    <w:p w14:paraId="67619A76" w14:textId="77777777" w:rsidR="00DB05F8" w:rsidRDefault="00000000">
      <w:r>
        <w:t>He greeted me with a warmth that softened some of the tension coiled inside me. We began with small talk, weather, hobbies, things that didn’t matter. But those few moments created enough of a bridge for me to cross.</w:t>
      </w:r>
    </w:p>
    <w:p w14:paraId="266F8F63" w14:textId="77777777" w:rsidR="00DB05F8" w:rsidRDefault="00000000">
      <w:r>
        <w:t>When he finally asked, “Why are you here today?” the question hit like a tidal wave. My throat tightened; my palms dampened.</w:t>
      </w:r>
    </w:p>
    <w:p w14:paraId="20DC9FBC" w14:textId="77777777" w:rsidR="00DB05F8" w:rsidRDefault="00000000">
      <w:r>
        <w:t>Saying it out loud felt like peeling back flesh to expose a raw, throbbing wound. But I did. Slowly. Carefully. The words stumbled at first, but he listened without interruption, his presence grounding me through the trembling.</w:t>
      </w:r>
    </w:p>
    <w:p w14:paraId="4AE8AFCF" w14:textId="77777777" w:rsidR="00DB05F8" w:rsidRDefault="00000000">
      <w:r>
        <w:t>Sharing my story wasn’t easy. It felt like bleeding in slow motion. But with each retelling, there was a strange liberation in the ache. I was no longer keeping it locked inside. He nodded, never flinching, and when I faltered, he gently affirmed, “You survived. That matters.”</w:t>
      </w:r>
    </w:p>
    <w:p w14:paraId="5BAD8119" w14:textId="77777777" w:rsidR="00DB05F8" w:rsidRDefault="00000000">
      <w:r>
        <w:t>Over the following sessions, he guided me through the labyrinth of my emotions, shame, rage, confusion, sorrow. Often all at once. He reminded me, repeatedly, that none of this was my fault. I hadn’t failed. I hadn’t deserved it. I was still worthy of healing, of love, of a future.</w:t>
      </w:r>
    </w:p>
    <w:p w14:paraId="2A3E8150" w14:textId="77777777" w:rsidR="00DB05F8" w:rsidRDefault="00000000">
      <w:r>
        <w:t>One session focused entirely on the upcoming court case. Just the mention of it made my chest tighten. I told him about the panic attacks, about the overwhelming fear of being in the same room as my attacker.</w:t>
      </w:r>
    </w:p>
    <w:p w14:paraId="3AF39CC0" w14:textId="77777777" w:rsidR="00DB05F8" w:rsidRDefault="00000000">
      <w:r>
        <w:t>He taught me grounding techniques, ways to bring my mind back when the past tried to swallow me whole. He said, “You don’t have to be fearless, only present.” That stayed with me.</w:t>
      </w:r>
    </w:p>
    <w:p w14:paraId="2ED13E8E" w14:textId="77777777" w:rsidR="00DB05F8" w:rsidRDefault="00000000">
      <w:r>
        <w:t>As the weeks passed, a quiet strength stirred inside me. Fragile but steady. It didn’t erase the pain, but it gave me enough courage to carry it.</w:t>
      </w:r>
    </w:p>
    <w:p w14:paraId="2C598808" w14:textId="77777777" w:rsidR="00DB05F8" w:rsidRDefault="00000000">
      <w:r>
        <w:t>I still had bad days, still struggled with sleep, still jumped at loud noises. But I was no longer alone with it. I had found a space where I could unravel and begin stitching myself back together.</w:t>
      </w:r>
    </w:p>
    <w:p w14:paraId="01C46876" w14:textId="77777777" w:rsidR="00DB05F8" w:rsidRDefault="00000000">
      <w:r>
        <w:t>And then, one day, I left the session feeling something unexpected, hope. It caught me off guard, this gentle flicker in my chest. I had a long way to go, but I’d taken the first step. That mattered more than anything.</w:t>
      </w:r>
    </w:p>
    <w:p w14:paraId="66E82A44" w14:textId="77777777" w:rsidR="00DB05F8" w:rsidRDefault="00000000">
      <w:r>
        <w:lastRenderedPageBreak/>
        <w:t>As the sessions ended, A glimmer of hope came over me buried beneath the pain. Leaving, I felt relieved to confide, yet knew the difficult path ahead. I took the first step; it seemed a small triumph.</w:t>
      </w:r>
    </w:p>
    <w:p w14:paraId="73AA63C5" w14:textId="77777777" w:rsidR="00DB05F8" w:rsidRDefault="00000000">
      <w:r>
        <w:t>With my abuser incarcerated and serving three life sentences for the heinous crimes of murder, rape, and attempted murder, I could finally concentrate on my rebuilding my life one block at a time.</w:t>
      </w:r>
    </w:p>
    <w:p w14:paraId="6AC27114" w14:textId="77777777" w:rsidR="00DB05F8" w:rsidRDefault="00000000">
      <w:r>
        <w:t>The Pan American Championships in Mexico offered that space. It became a welcome distraction, a lifeline back to myself. Training had kept me sane when everything else unravelled. Now, I stood on the mat as a brown belt, not just a fighter but a survivor.</w:t>
      </w:r>
    </w:p>
    <w:p w14:paraId="4078F77D" w14:textId="77777777" w:rsidR="00DB05F8" w:rsidRDefault="00000000">
      <w:r>
        <w:t>When the medal was placed around my neck, gold and silver glinting in the light, I felt emotion wash over me. I closed my eyes and thought of Granny. I imagined her clapping from the heavens, her familiar warmth wrapping around me like a blanket.</w:t>
      </w:r>
    </w:p>
    <w:p w14:paraId="7BBB4D79" w14:textId="77777777" w:rsidR="00DB05F8" w:rsidRDefault="00000000">
      <w:r>
        <w:t>Those medals weren’t just victories, they were symbols. Of survival. Of strength. Of all I had endured and the pieces I was reclaiming.</w:t>
      </w:r>
    </w:p>
    <w:p w14:paraId="5B981DB5" w14:textId="77777777" w:rsidR="00DB05F8" w:rsidRDefault="00000000">
      <w:r>
        <w:t>And in that moment, I didn’t feel broken. I felt whole.</w:t>
      </w:r>
    </w:p>
    <w:p w14:paraId="75B8813E" w14:textId="77777777" w:rsidR="00DB05F8" w:rsidRDefault="00000000">
      <w:r>
        <w:br/>
      </w:r>
      <w:r>
        <w:br/>
        <w:t>CHAPTER 29</w:t>
      </w:r>
    </w:p>
    <w:p w14:paraId="42431538" w14:textId="77777777" w:rsidR="00DB05F8" w:rsidRDefault="00000000">
      <w:r>
        <w:t>The Things I Never Said</w:t>
      </w:r>
    </w:p>
    <w:p w14:paraId="2291DC30" w14:textId="77777777" w:rsidR="00DB05F8" w:rsidRDefault="00000000">
      <w:r>
        <w:t>“Sometimes the hardest goodbyes are</w:t>
      </w:r>
    </w:p>
    <w:p w14:paraId="50B8E4EB" w14:textId="77777777" w:rsidR="00DB05F8" w:rsidRDefault="00000000">
      <w:r>
        <w:t>the ones left unspoken.”</w:t>
      </w:r>
    </w:p>
    <w:p w14:paraId="6032F026" w14:textId="77777777" w:rsidR="00DB05F8" w:rsidRDefault="00000000">
      <w:r>
        <w:t>1998 felt like moving through water, every step heavy, every breath thick with things unspoken. Akil was in love, and it wasn’t with me.</w:t>
      </w:r>
    </w:p>
    <w:p w14:paraId="1D33C769" w14:textId="77777777" w:rsidR="00DB05F8" w:rsidRDefault="00000000">
      <w:r>
        <w:t>He was glowing with the kind of joy that made people stop and smile, and I was terrified to admit, even to myself, that my heart was slowly fracturing with each new detail he shared.</w:t>
      </w:r>
    </w:p>
    <w:p w14:paraId="6675C64F" w14:textId="77777777" w:rsidR="00DB05F8" w:rsidRDefault="00000000">
      <w:r>
        <w:t>Everyone said it was obvious, that the way I looked at him gave everything away. But I buried it, deep.</w:t>
      </w:r>
    </w:p>
    <w:p w14:paraId="4F45A342" w14:textId="77777777" w:rsidR="00DB05F8" w:rsidRDefault="00000000">
      <w:r>
        <w:t>I smiled when he smiled. I nodded through his stories about her. And when he asked me to be his “best woman” and help plan the wedding, I said yes.</w:t>
      </w:r>
    </w:p>
    <w:p w14:paraId="3D94FDA8" w14:textId="77777777" w:rsidR="00DB05F8" w:rsidRDefault="00000000">
      <w:r>
        <w:lastRenderedPageBreak/>
        <w:t>I loved him. Because I wanted him to be happy. Because I couldn’t imagine standing anywhere but by his side, even if it meant watching him pledge his heart to someone else.</w:t>
      </w:r>
    </w:p>
    <w:p w14:paraId="17D3F857" w14:textId="77777777" w:rsidR="00DB05F8" w:rsidRDefault="00000000">
      <w:r>
        <w:t>Planning that wedding was one of the hardest things I’ve ever done.</w:t>
      </w:r>
    </w:p>
    <w:p w14:paraId="39EAE112" w14:textId="77777777" w:rsidR="00DB05F8" w:rsidRDefault="00000000">
      <w:r>
        <w:t>Every flower chosen, every song picked, every menu tasted, each moment was a small wound I couldn’t voice.</w:t>
      </w:r>
    </w:p>
    <w:p w14:paraId="02C9439D" w14:textId="77777777" w:rsidR="00DB05F8" w:rsidRDefault="00000000">
      <w:r>
        <w:t>I watched him carefully crafting his forever, and I helped him do it with grace. Because that’s what love is too, letting go, even when it breaks you.</w:t>
      </w:r>
    </w:p>
    <w:p w14:paraId="7E3389DD" w14:textId="77777777" w:rsidR="00DB05F8" w:rsidRDefault="00000000">
      <w:r>
        <w:t>On the day of the wedding, I stood tall in my dress, smiling through the ache in my chest. The sea breeze played with the edges of the floral arch, and the sun kissed everything in golden light.</w:t>
      </w:r>
    </w:p>
    <w:p w14:paraId="1A3CED75" w14:textId="77777777" w:rsidR="00DB05F8" w:rsidRDefault="00000000">
      <w:r>
        <w:t>The scent of frangipani mixed with salt air, and laughter danced around us like confetti. I watched Akil’s face as he waited at the altar. He looked beautiful, hopeful, steady, and sure. And in that moment, I knew I could never unloved him.</w:t>
      </w:r>
    </w:p>
    <w:p w14:paraId="2E6E69D0" w14:textId="77777777" w:rsidR="00DB05F8" w:rsidRDefault="00000000">
      <w:r>
        <w:t>He looked at me and said, “I couldn’t have done this without you.” I smiled. “I wouldn’t have missed it.” But inside, something in me was splintering.</w:t>
      </w:r>
    </w:p>
    <w:p w14:paraId="5CDE0EE7" w14:textId="77777777" w:rsidR="00DB05F8" w:rsidRDefault="00000000">
      <w:r>
        <w:t>Later, as they exchanged vows, my vision blurred. I blinked it away, focused on the ocean behind them, vast and endless, the way my love for him had always been. I heard his voice break when he promised forever, and it took everything in me not to fall apart.</w:t>
      </w:r>
    </w:p>
    <w:p w14:paraId="4DEE928D" w14:textId="77777777" w:rsidR="00DB05F8" w:rsidRDefault="00000000">
      <w:r>
        <w:t>When the news came that he was moving abroad, it knocked the air from my lungs. It wasn’t just the wedding anymore, it was goodbye. A real one.</w:t>
      </w:r>
    </w:p>
    <w:p w14:paraId="547914DF" w14:textId="77777777" w:rsidR="00DB05F8" w:rsidRDefault="00000000">
      <w:r>
        <w:t>The kind you don’t come back from. I nodded and told him how excited I was for his new life.</w:t>
      </w:r>
    </w:p>
    <w:p w14:paraId="44228D32" w14:textId="77777777" w:rsidR="00DB05F8" w:rsidRDefault="00000000">
      <w:r>
        <w:t>I helped him pack, teased him about needing three boxes for books alone, and threw him a farewell party with everyone laughing until their stomachs hurt.</w:t>
      </w:r>
    </w:p>
    <w:p w14:paraId="7C8F9D5D" w14:textId="77777777" w:rsidR="00DB05F8" w:rsidRDefault="00000000">
      <w:r>
        <w:t>But inside, I was bracing for impact.</w:t>
      </w:r>
    </w:p>
    <w:p w14:paraId="2C94EFB3" w14:textId="77777777" w:rsidR="00DB05F8" w:rsidRDefault="00000000">
      <w:r>
        <w:t>The night before he left, we sat together under the stars, legs brushing, silence sitting between us like an old friend.</w:t>
      </w:r>
    </w:p>
    <w:p w14:paraId="68BC63B1" w14:textId="77777777" w:rsidR="00DB05F8" w:rsidRDefault="00000000">
      <w:r>
        <w:t>I wanted to tell him everything that I loved about him. That I always had. But the words wouldn’t come. Instead, I wrote them in a letter.</w:t>
      </w:r>
    </w:p>
    <w:p w14:paraId="1E4969F3" w14:textId="77777777" w:rsidR="00DB05F8" w:rsidRDefault="00000000">
      <w:r>
        <w:lastRenderedPageBreak/>
        <w:t>I sealed every aching truth inside it and handed it to him at the airport.</w:t>
      </w:r>
    </w:p>
    <w:p w14:paraId="0172514B" w14:textId="77777777" w:rsidR="00DB05F8" w:rsidRDefault="00000000">
      <w:r>
        <w:t>“Don’t read it until you’re on the plane,” I said, voice steady, eyes trembling. He looked at me for a long moment, then nodded.</w:t>
      </w:r>
    </w:p>
    <w:p w14:paraId="19A55EB3" w14:textId="77777777" w:rsidR="00DB05F8" w:rsidRDefault="00000000">
      <w:r>
        <w:t>When we hugged goodbye, I held on for a second too long. “I love you,” I whispered. I am not expecting a reply; I need to say it.</w:t>
      </w:r>
    </w:p>
    <w:p w14:paraId="782EB232" w14:textId="77777777" w:rsidR="00DB05F8" w:rsidRDefault="00000000">
      <w:r>
        <w:t>“I love you, too,” he said.</w:t>
      </w:r>
    </w:p>
    <w:p w14:paraId="32772436" w14:textId="77777777" w:rsidR="00DB05F8" w:rsidRDefault="00000000">
      <w:r>
        <w:t>I watched him walk away, and for the first time, I didn’t follow.</w:t>
      </w:r>
    </w:p>
    <w:p w14:paraId="1FB4E70A" w14:textId="77777777" w:rsidR="00DB05F8" w:rsidRDefault="00000000">
      <w:r>
        <w:t>But love, real love, doesn’t disappear with distance. It finds new ways to live. I text, video call, send birthday messages, and share memories. Our friendship changed, but it didn’t die. And somewhere in that shift, I found a quiet peace.</w:t>
      </w:r>
    </w:p>
    <w:p w14:paraId="7A101FAE" w14:textId="77777777" w:rsidR="00DB05F8" w:rsidRDefault="00000000">
      <w:r>
        <w:t>Not every love story ends in romance. Some end in truth. And mine was this: I loved him fiercely. Fully. And I had to let him go.</w:t>
      </w:r>
    </w:p>
    <w:p w14:paraId="579C4720" w14:textId="77777777" w:rsidR="00DB05F8" w:rsidRDefault="00000000">
      <w:r>
        <w:br/>
      </w:r>
      <w:r>
        <w:br/>
        <w:t>CHAPTER 30:</w:t>
      </w:r>
    </w:p>
    <w:p w14:paraId="21618CA4" w14:textId="77777777" w:rsidR="00DB05F8" w:rsidRDefault="00000000">
      <w:r>
        <w:t>The Quiet After</w:t>
      </w:r>
    </w:p>
    <w:p w14:paraId="365D2647" w14:textId="77777777" w:rsidR="00DB05F8" w:rsidRDefault="00000000">
      <w:r>
        <w:t>"In the stillness after the storm, I discovered survival wasn’t enough. I wanted to live, and I was worth the fight."</w:t>
      </w:r>
    </w:p>
    <w:p w14:paraId="2E923C33" w14:textId="77777777" w:rsidR="00DB05F8" w:rsidRDefault="00000000">
      <w:r>
        <w:t>In the months that followed Akil’s departure, the silence in my life became its kind of grief. I searched for comfort in the familiarity of family, leaning heavily on those who had always been constant.</w:t>
      </w:r>
    </w:p>
    <w:p w14:paraId="3B1C322A" w14:textId="77777777" w:rsidR="00DB05F8" w:rsidRDefault="00000000">
      <w:r>
        <w:t>His mother, Marva, remained a gentle force of love and steadiness. In the absence of her son, we found in each other a bond rooted not only in shared affection but also in survival. She repeatedly reminded me that I was still worthy of love, without condition, without shame.</w:t>
      </w:r>
    </w:p>
    <w:p w14:paraId="43BD5398" w14:textId="77777777" w:rsidR="00DB05F8" w:rsidRDefault="00000000">
      <w:r>
        <w:t>Yet even with that comfort, I was unravelling in quieter ways. The self-destructive habits I had once kept at bay returned like old ghosts.</w:t>
      </w:r>
    </w:p>
    <w:p w14:paraId="513CBBFE" w14:textId="77777777" w:rsidR="00DB05F8" w:rsidRDefault="00000000">
      <w:r>
        <w:t>I drifted between jobs, never settling, never trusting. I wasn’t running toward anything but trying to outrun the ache.</w:t>
      </w:r>
    </w:p>
    <w:p w14:paraId="2204EDF2" w14:textId="77777777" w:rsidR="00DB05F8" w:rsidRDefault="00000000">
      <w:r>
        <w:t>My ability to believe in love, especially in men, was shattered. I gave up on relationships quickly, almost eagerly. One misstep, one wrong word, and I would disappear. It took a little. My walls were too high, and my heart was too tired.</w:t>
      </w:r>
    </w:p>
    <w:p w14:paraId="32291B41" w14:textId="77777777" w:rsidR="00DB05F8" w:rsidRDefault="00000000">
      <w:r>
        <w:lastRenderedPageBreak/>
        <w:t>The idea of dating became synonymous with threat. Unwanted advances and the mistaken belief that my presence on a date meant I owed something left me defensive and guarded.</w:t>
      </w:r>
    </w:p>
    <w:p w14:paraId="6E076B3F" w14:textId="77777777" w:rsidR="00DB05F8" w:rsidRDefault="00000000">
      <w:r>
        <w:t>I became hyper-aware and prepared at all times to protect myself. Love no longer felt like something to desire; it felt like a battlefield, one I had no interest in crossing again.</w:t>
      </w:r>
    </w:p>
    <w:p w14:paraId="2DAA3989" w14:textId="77777777" w:rsidR="00DB05F8" w:rsidRDefault="00000000">
      <w:r>
        <w:t>But even in that disillusionment, light still found its way in. I had been fortunate to build something precious in the world of sport.</w:t>
      </w:r>
    </w:p>
    <w:p w14:paraId="766E1AF4" w14:textId="77777777" w:rsidR="00DB05F8" w:rsidRDefault="00000000">
      <w:r>
        <w:t>My teammates, an eclectic group of athletes just as passionate and determined, became my second family.</w:t>
      </w:r>
    </w:p>
    <w:p w14:paraId="790CE8D7" w14:textId="77777777" w:rsidR="00DB05F8" w:rsidRDefault="00000000">
      <w:r>
        <w:t>We trained together, travelled for national competitions, shared hotel rooms, meals, victories, and defeats.</w:t>
      </w:r>
    </w:p>
    <w:p w14:paraId="7F4D7703" w14:textId="77777777" w:rsidR="00DB05F8" w:rsidRDefault="00000000">
      <w:r>
        <w:t>They were the ones who pulled me back when I spiralled. They made space for me when I had none for myself.</w:t>
      </w:r>
    </w:p>
    <w:p w14:paraId="59DBB87B" w14:textId="77777777" w:rsidR="00DB05F8" w:rsidRDefault="00000000">
      <w:r>
        <w:t>In their presence, I didn’t have to pretend. I could be fierce and broken, strong and scared, all at once. They held me up during the hard days, made me laugh when everything felt heavy, and reminded me of my capabilities.</w:t>
      </w:r>
    </w:p>
    <w:p w14:paraId="5D413367" w14:textId="77777777" w:rsidR="00DB05F8" w:rsidRDefault="00000000">
      <w:r>
        <w:t>The excitement built as we prepared to host the national championships. My father would be in the crowd for the first time, watching me compete.</w:t>
      </w:r>
    </w:p>
    <w:p w14:paraId="295DE5C3" w14:textId="77777777" w:rsidR="00DB05F8" w:rsidRDefault="00000000">
      <w:r>
        <w:t>That meant everything. After years of feeling like an outsider in my family, here was a chance to show him my strength, not the kind forged from pain but from discipline, skill, and purpose.</w:t>
      </w:r>
    </w:p>
    <w:p w14:paraId="12444089" w14:textId="77777777" w:rsidR="00DB05F8" w:rsidRDefault="00000000">
      <w:r>
        <w:t>In training, I found something sacred. With each kick, kata, and a drop of sweat, I reclaimed more of myself. The sport gave me direction again.</w:t>
      </w:r>
    </w:p>
    <w:p w14:paraId="5F6C8150" w14:textId="77777777" w:rsidR="00DB05F8" w:rsidRDefault="00000000">
      <w:r>
        <w:t>It gave me a reason to get out of bed, to eat better, to put the bottle down, and to say no when old temptations crept in. It reminded me I had a body worth protecting and a mind worth nurturing.</w:t>
      </w:r>
    </w:p>
    <w:p w14:paraId="60A9C715" w14:textId="77777777" w:rsidR="00DB05F8" w:rsidRDefault="00000000">
      <w:r>
        <w:t>I learned that healing isn’t a straight path through this chapter of my life. It’s a loop, a spiral, a dance between progress and relapse. But it was in the movement, in the discipline of training and the love of those who stood beside me, that I found peace again.</w:t>
      </w:r>
    </w:p>
    <w:p w14:paraId="6C47557B" w14:textId="77777777" w:rsidR="00DB05F8" w:rsidRDefault="00000000">
      <w:r>
        <w:t>And for the first time in a long while, I wasn’t just surviving.</w:t>
      </w:r>
    </w:p>
    <w:p w14:paraId="07A73C42" w14:textId="77777777" w:rsidR="00DB05F8" w:rsidRDefault="00000000">
      <w:r>
        <w:t>I was learning how to live.</w:t>
      </w:r>
    </w:p>
    <w:p w14:paraId="35BF6B19" w14:textId="77777777" w:rsidR="00DB05F8" w:rsidRDefault="00000000">
      <w:r>
        <w:lastRenderedPageBreak/>
        <w:br/>
      </w:r>
      <w:r>
        <w:br/>
        <w:t>CHAPTER 31</w:t>
      </w:r>
    </w:p>
    <w:p w14:paraId="0B7C5DA0" w14:textId="77777777" w:rsidR="00DB05F8" w:rsidRDefault="00000000">
      <w:r>
        <w:t>The Last Goodbye</w:t>
      </w:r>
    </w:p>
    <w:p w14:paraId="3D2077CD" w14:textId="77777777" w:rsidR="00DB05F8" w:rsidRDefault="00000000">
      <w:r>
        <w:t>"In the stillness of his final breath, I found the weight of love, the sting of loss, and the strength to carry him with me in everything I do."</w:t>
      </w:r>
    </w:p>
    <w:p w14:paraId="21A0C18D" w14:textId="77777777" w:rsidR="00DB05F8" w:rsidRDefault="00000000">
      <w:r>
        <w:t>1999 began with a quiet kind of hope. My father and I had started to find each other again, easing into old rhythms that reminded me of simpler times,picking fruit in the garden, harvesting coriander, kneeling side by side in the soil as we pressed tiny seeds into the earth.</w:t>
      </w:r>
    </w:p>
    <w:p w14:paraId="2F2DFC0A" w14:textId="77777777" w:rsidR="00DB05F8" w:rsidRDefault="00000000">
      <w:r>
        <w:t>We moved gently through those mornings, watering rows of green shoots, the dampness cooling our hands. Sometimes, we talked about the weather, sometimes about nothing at all. Other times, we worked in silence, held together by something more profound, a shared presence, a sacred quiet that said, "We are still here.”</w:t>
      </w:r>
    </w:p>
    <w:p w14:paraId="122ADFDB" w14:textId="77777777" w:rsidR="00DB05F8" w:rsidRDefault="00000000">
      <w:r>
        <w:t>In that hush, something sacred unfolded, a soft mending, an unspoken reconciliation. Our conversations weren’t always smooth. There were pauses, awkward turns. But beneath it all, something delicate grew, a slow stitching together of a bond I hadn’t realised was still torn.</w:t>
      </w:r>
    </w:p>
    <w:p w14:paraId="11DA8E55" w14:textId="77777777" w:rsidR="00DB05F8" w:rsidRDefault="00000000">
      <w:r>
        <w:t>He was proud of me. He never shouted it. But I heard it in the way he asked about my new white Toyota Corolla, my training, the competition I was preparing for in August. He said he’d love to see me compete.</w:t>
      </w:r>
    </w:p>
    <w:p w14:paraId="08930815" w14:textId="77777777" w:rsidR="00DB05F8" w:rsidRDefault="00000000">
      <w:r>
        <w:t>Yet a shadow hovered. He mentioned his heart again casually, picking stones from the bed of coriander. I told myself we had more time. More seeds to plant. More silences to share. More forgiveness to bloom in between. I told myself we were safe. My mind slip to the future when it’s three hands planting seeds as my dad shares his knowledge about the land.</w:t>
      </w:r>
    </w:p>
    <w:p w14:paraId="0BA9BFC2" w14:textId="77777777" w:rsidR="00DB05F8" w:rsidRDefault="00000000">
      <w:r>
        <w:t>That illusion shattered in March.</w:t>
      </w:r>
    </w:p>
    <w:p w14:paraId="0A2E3CD0" w14:textId="77777777" w:rsidR="00DB05F8" w:rsidRDefault="00000000">
      <w:r>
        <w:t>We were preparing for my mother’s birthday when everything shifted. He collapsed. Suddenly, we were in a hospital waiting room, surrounded by the hum of fluorescent lights, the stale tang of vending machine coffee, and the shuffle of rubber soles on linoleum. Mum sat beside me, motionless, her birthday swallowed whole by dread.</w:t>
      </w:r>
    </w:p>
    <w:p w14:paraId="2ADFA80B" w14:textId="77777777" w:rsidR="00DB05F8" w:rsidRDefault="00000000">
      <w:r>
        <w:lastRenderedPageBreak/>
        <w:t>The doctor arrived with a soft face and a steady voice.</w:t>
      </w:r>
      <w:r>
        <w:br/>
        <w:t>A minor heart attack, he said.</w:t>
      </w:r>
      <w:r>
        <w:br/>
        <w:t>Minor.</w:t>
      </w:r>
    </w:p>
    <w:p w14:paraId="613E757A" w14:textId="77777777" w:rsidR="00DB05F8" w:rsidRDefault="00000000">
      <w:r>
        <w:t>We clung to that word like a raft, hoping it could hold the weight of our fear.</w:t>
      </w:r>
    </w:p>
    <w:p w14:paraId="342DAE1A" w14:textId="77777777" w:rsidR="00DB05F8" w:rsidRDefault="00000000">
      <w:r>
        <w:t>We still gathered that evening despite the worry that coiled under our skin. We lit candles. Set the table. Ate a modest meal. Raised toasts that barely lifted past our throats. Mum tried to smile, but it was stretched thin, as delicate as tissue paper. Her eyes kept drifting to the door. Even then, I think she already knew.</w:t>
      </w:r>
    </w:p>
    <w:p w14:paraId="577CDAAF" w14:textId="77777777" w:rsidR="00DB05F8" w:rsidRDefault="00000000">
      <w:r>
        <w:t>The next two weeks hung in suspension. Dad stabilised, and hope, fragile as spun sugar, crept back into our voices. The hospital became a second home, thick with antiseptic scent and blooming with wilting flowers. Machines beeped and hummed in mechanical sympathy.</w:t>
      </w:r>
    </w:p>
    <w:p w14:paraId="6BDE511A" w14:textId="77777777" w:rsidR="00DB05F8" w:rsidRDefault="00000000">
      <w:r>
        <w:t>We filled his room with our voices. We made soft plans. We dared to imagine normal.</w:t>
      </w:r>
    </w:p>
    <w:p w14:paraId="4ADA3101" w14:textId="77777777" w:rsidR="00DB05F8" w:rsidRDefault="00000000">
      <w:r>
        <w:t>Then came Easter Sunday.</w:t>
      </w:r>
    </w:p>
    <w:p w14:paraId="2F96D60C" w14:textId="77777777" w:rsidR="00DB05F8" w:rsidRDefault="00000000">
      <w:r>
        <w:t>Zara called early. Her voice, usually calm, cracked like glass under pressure. Another heart attack. Dad was attacked by a patient, which caused another heart attack.</w:t>
      </w:r>
    </w:p>
    <w:p w14:paraId="489E464D" w14:textId="77777777" w:rsidR="00DB05F8" w:rsidRDefault="00000000">
      <w:r>
        <w:t>That afternoon, I sat beside him, holding his hand like a lifeline. His skin felt thin. His eyes were dim. His face had surrendered something. When we discussed who should stay the night, he looked straight at me.</w:t>
      </w:r>
      <w:r>
        <w:br/>
        <w:t>“Maybe Rae should stay,” he said. “She’s the fighter.”</w:t>
      </w:r>
    </w:p>
    <w:p w14:paraId="7AFBDDCC" w14:textId="77777777" w:rsidR="00DB05F8" w:rsidRDefault="00000000">
      <w:r>
        <w:t>Something opened inside me. He saw me not just as a daughter but as a fighter. His fighter. I folded those words into my chest like a pressed flower, trying to preserve their shape before time could wear them down.</w:t>
      </w:r>
    </w:p>
    <w:p w14:paraId="2B78D58B" w14:textId="77777777" w:rsidR="00DB05F8" w:rsidRDefault="00000000">
      <w:r>
        <w:t>We kissed him goodbye. I told him I loved him, and he said it back. I held onto that moment like a child clutching a nightlight in the dark.</w:t>
      </w:r>
    </w:p>
    <w:p w14:paraId="55A507B1" w14:textId="77777777" w:rsidR="00DB05F8" w:rsidRDefault="00000000">
      <w:r>
        <w:t>The next morning, I was tying my karate belt when the phone rang. The cotton felt stiff beneath my fingers. The knot refused to form. The air smelled of disinfectant. Then Zara’s voice broke through:</w:t>
      </w:r>
      <w:r>
        <w:br/>
        <w:t>“Get back to the hospital. Now.”</w:t>
      </w:r>
    </w:p>
    <w:p w14:paraId="3724F51B" w14:textId="77777777" w:rsidR="00DB05F8" w:rsidRDefault="00000000">
      <w:r>
        <w:t>I dropped everything. The belt curled to the floor like a fallen lifeline. I drove like my body didn’t belong to me, running red lights, blind to the world, hearing nothing but the pounding of my heart and the scream of my thoughts.</w:t>
      </w:r>
    </w:p>
    <w:p w14:paraId="1FDBE48D" w14:textId="77777777" w:rsidR="00DB05F8" w:rsidRDefault="00000000">
      <w:r>
        <w:lastRenderedPageBreak/>
        <w:t>The hospital doors burst open. Sterile air slapped my face, bleach, cold, recycled sorrow. I ran. The squeak of my trainers echoed down the corridor, too loud, too fast.</w:t>
      </w:r>
    </w:p>
    <w:p w14:paraId="51DBC399" w14:textId="77777777" w:rsidR="00DB05F8" w:rsidRDefault="00000000">
      <w:r>
        <w:t>And then, stillness.</w:t>
      </w:r>
    </w:p>
    <w:p w14:paraId="76EB9E45" w14:textId="77777777" w:rsidR="00DB05F8" w:rsidRDefault="00000000">
      <w:r>
        <w:t>I reached the ICU. Dad’s bed had become a battlefield. Doctors moved around him frantically, but the air smelled like endings. Chest compressions hammered against his ribs. The paddles shocked him once. Then twice. The heart monitor beeped... and then it stopped.</w:t>
      </w:r>
    </w:p>
    <w:p w14:paraId="4823A72A" w14:textId="77777777" w:rsidR="00DB05F8" w:rsidRDefault="00000000">
      <w:r>
        <w:t>A long, shrill flatline pierced the room. His heart was no longer beating. For a moment, I felt mine stop with his.</w:t>
      </w:r>
    </w:p>
    <w:p w14:paraId="1AD0D7E4" w14:textId="77777777" w:rsidR="00DB05F8" w:rsidRDefault="00000000">
      <w:r>
        <w:t>The sound sliced through me, clean, merciless, final.</w:t>
      </w:r>
    </w:p>
    <w:p w14:paraId="58F7134E" w14:textId="77777777" w:rsidR="00DB05F8" w:rsidRDefault="00000000">
      <w:r>
        <w:t>A nurse touched my arm. I don’t remember what she said. I turned and ran.</w:t>
      </w:r>
    </w:p>
    <w:p w14:paraId="19AC6A22" w14:textId="77777777" w:rsidR="00DB05F8" w:rsidRDefault="00000000">
      <w:r>
        <w:t>My family arrived. I met them in the hallway, panic in my throat. “They’re doing CPR. Don’t let Mum see.” But it was too late.</w:t>
      </w:r>
    </w:p>
    <w:p w14:paraId="0670692E" w14:textId="77777777" w:rsidR="00DB05F8" w:rsidRDefault="00000000">
      <w:r>
        <w:t>The doctor stepped into the corridor, his face folded with sorrow. Mum collapsed. My fierce, unstoppable mother crumpled like silk in a storm.</w:t>
      </w:r>
    </w:p>
    <w:p w14:paraId="217FC07C" w14:textId="77777777" w:rsidR="00DB05F8" w:rsidRDefault="00000000">
      <w:r>
        <w:t>Her internal scream tore through the corridor, not grief, not rage, but something older. Elemental. A sound pulled from the marrow of the earth itself. A sound that never really left.</w:t>
      </w:r>
    </w:p>
    <w:p w14:paraId="3D08266B" w14:textId="77777777" w:rsidR="00DB05F8" w:rsidRDefault="00000000">
      <w:r>
        <w:t>That night, we brought him home.</w:t>
      </w:r>
    </w:p>
    <w:p w14:paraId="7CB6BABF" w14:textId="77777777" w:rsidR="00DB05F8" w:rsidRDefault="00000000">
      <w:r>
        <w:t>He lay wrapped in white cloth, placed in the heart of the house, the same space where we had once celebrated birthdays and shared laughter. Now, the air was thick with incense and rosewater, and the hush of the Quranic verses filled every corner. Friends and strangers came in waves, bearing food, prayers, and a sorrow that clung to the walls like fog.</w:t>
      </w:r>
    </w:p>
    <w:p w14:paraId="09273677" w14:textId="77777777" w:rsidR="00DB05F8" w:rsidRDefault="00000000">
      <w:r>
        <w:t>I stayed beside him all night. I couldn’t leave. I traced every line of his face with my eyes, memorising him, the curve of his nose, the crease in his brow, the shape of his mouth that always held a story.</w:t>
      </w:r>
    </w:p>
    <w:p w14:paraId="4061171F" w14:textId="77777777" w:rsidR="00DB05F8" w:rsidRDefault="00000000">
      <w:r>
        <w:t>Then, his eyes opened.</w:t>
      </w:r>
    </w:p>
    <w:p w14:paraId="67C0DA53" w14:textId="77777777" w:rsidR="00DB05F8" w:rsidRDefault="00000000">
      <w:r>
        <w:t>A surge of wild, impossible hope rushed through me. I leaned closer. Was it real? Had they been wrong?</w:t>
      </w:r>
    </w:p>
    <w:p w14:paraId="6C8488BA" w14:textId="77777777" w:rsidR="00DB05F8" w:rsidRDefault="00000000">
      <w:r>
        <w:t>But his gaze was empty. A final reflex. Death’s last cruel trick.</w:t>
      </w:r>
    </w:p>
    <w:p w14:paraId="337E3AF6" w14:textId="77777777" w:rsidR="00DB05F8" w:rsidRDefault="00000000">
      <w:r>
        <w:lastRenderedPageBreak/>
        <w:t>A tear slipped down my cheek. I leaned in and gently closed his eyes.</w:t>
      </w:r>
      <w:r>
        <w:br/>
        <w:t>And for a moment, peace settled over me, as if his spirit were whispering, “I’m okay.”</w:t>
      </w:r>
    </w:p>
    <w:p w14:paraId="0CA8BEB8" w14:textId="77777777" w:rsidR="00DB05F8" w:rsidRDefault="00000000">
      <w:r>
        <w:t>A final gift. A final goodbye.</w:t>
      </w:r>
    </w:p>
    <w:p w14:paraId="40A95A08" w14:textId="77777777" w:rsidR="00DB05F8" w:rsidRDefault="00000000">
      <w:r>
        <w:t>They buried him the next day, on Easter Monday.</w:t>
      </w:r>
    </w:p>
    <w:p w14:paraId="3BEFBFCB" w14:textId="77777777" w:rsidR="00DB05F8" w:rsidRDefault="00000000">
      <w:r>
        <w:t>The grave was dug by neighbours, friends, and strangers. Their hands were blistered, their faces drawn. Old customers came with gifts, mangoes, yams, sweet potatoes, tokens of gratitude for the man who had once given so freely. They laid them at our doorstep like offerings at a shrine.</w:t>
      </w:r>
    </w:p>
    <w:p w14:paraId="779DB53F" w14:textId="77777777" w:rsidR="00DB05F8" w:rsidRDefault="00000000">
      <w:r>
        <w:t>I wasn’t allowed at the graveside, tradition. But I stood nearby, beneath the shade of a tree, watching my brothers lower him into the earth. In that moment, they became men in my eyes, their shoulders squared beneath the unbearable weight of grief.</w:t>
      </w:r>
    </w:p>
    <w:p w14:paraId="783F1E4E" w14:textId="77777777" w:rsidR="00DB05F8" w:rsidRDefault="00000000">
      <w:r>
        <w:t>When the mourners left, I stayed.</w:t>
      </w:r>
    </w:p>
    <w:p w14:paraId="287A903F" w14:textId="77777777" w:rsidR="00DB05F8" w:rsidRDefault="00000000">
      <w:r>
        <w:t>The Earth was still unsettled. So was I. The wind carried our prayers into the air, but my heart remained rooted in the soil.</w:t>
      </w:r>
    </w:p>
    <w:p w14:paraId="00FC88BF" w14:textId="77777777" w:rsidR="00DB05F8" w:rsidRDefault="00000000">
      <w:r>
        <w:t>I couldn’t leave.</w:t>
      </w:r>
    </w:p>
    <w:p w14:paraId="7316C247" w14:textId="77777777" w:rsidR="00DB05F8" w:rsidRDefault="00000000">
      <w:r>
        <w:t>Because some losses aren’t buried with the body. They lodge themselves inside you. They braid themselves into your bones. They become the quiet songs you hum without meaning to. The tears you swallow in the middle of a conversation. The ache that stirs when someone says his name.</w:t>
      </w:r>
    </w:p>
    <w:p w14:paraId="4B281528" w14:textId="77777777" w:rsidR="00DB05F8" w:rsidRDefault="00000000">
      <w:r>
        <w:t>And so, I stayed.</w:t>
      </w:r>
    </w:p>
    <w:p w14:paraId="5BC06C08" w14:textId="77777777" w:rsidR="00DB05F8" w:rsidRDefault="00000000">
      <w:r>
        <w:t>I’m still staying, in some small way.</w:t>
      </w:r>
    </w:p>
    <w:p w14:paraId="7FFD5A33" w14:textId="77777777" w:rsidR="00DB05F8" w:rsidRDefault="00000000">
      <w:r>
        <w:t>Still kneeling at the graveside in my heart.</w:t>
      </w:r>
      <w:r>
        <w:br/>
        <w:t>Still holding the weight of his absence.</w:t>
      </w:r>
      <w:r>
        <w:br/>
        <w:t>Still planting seeds he will never see bloom.</w:t>
      </w:r>
    </w:p>
    <w:p w14:paraId="357A5AED" w14:textId="77777777" w:rsidR="00DB05F8" w:rsidRDefault="00000000">
      <w:r>
        <w:t>Still my father’s daughter.</w:t>
      </w:r>
      <w:r>
        <w:br/>
        <w:t>Still his fighter.</w:t>
      </w:r>
    </w:p>
    <w:p w14:paraId="31FF0E70" w14:textId="77777777" w:rsidR="00DB05F8" w:rsidRDefault="00000000">
      <w:r>
        <w:t>And so I stayed.</w:t>
      </w:r>
    </w:p>
    <w:p w14:paraId="20D9BE73" w14:textId="77777777" w:rsidR="00DB05F8" w:rsidRDefault="00000000">
      <w:r>
        <w:br/>
      </w:r>
      <w:r>
        <w:br/>
        <w:t>CHAPTER 32</w:t>
      </w:r>
    </w:p>
    <w:p w14:paraId="5C6BFA7F" w14:textId="77777777" w:rsidR="00DB05F8" w:rsidRDefault="00000000">
      <w:r>
        <w:lastRenderedPageBreak/>
        <w:t>Waves of Grief, Winds of Wonder</w:t>
      </w:r>
    </w:p>
    <w:p w14:paraId="3575C73C" w14:textId="77777777" w:rsidR="00DB05F8" w:rsidRDefault="00000000">
      <w:r>
        <w:t>“Sometimes, strength looks like gold around your neck. Other times, it’s just waking up and choosing to keep breathing.”</w:t>
      </w:r>
    </w:p>
    <w:p w14:paraId="02690E42" w14:textId="77777777" w:rsidR="00DB05F8" w:rsidRDefault="00000000">
      <w:r>
        <w:t>My father’s death did more than break my heart, it rearranged me. It forced me to look at my life and ask hard questions. What truly mattered? Who would I become without him watching?</w:t>
      </w:r>
      <w:r>
        <w:br/>
        <w:t>I began chasing joy with urgency, not because I had it, but because I needed to feel something other than sorrow.</w:t>
      </w:r>
    </w:p>
    <w:p w14:paraId="1354BC11" w14:textId="77777777" w:rsidR="00DB05F8" w:rsidRDefault="00000000">
      <w:r>
        <w:t>Living intentionally became more than an idea, it became survival. I found myself reaching for things that made me feel alive: sunlight on my skin, laughter that erupted unexpectedly, the warmth of someone’s hand in mine.</w:t>
      </w:r>
      <w:r>
        <w:br/>
        <w:t>These moments, however fleeting, felt like ways to honour him. He had loved life, quietly but fully. And now, I had to learn to live for the both of us.</w:t>
      </w:r>
    </w:p>
    <w:p w14:paraId="34BF9399" w14:textId="77777777" w:rsidR="00DB05F8" w:rsidRDefault="00000000">
      <w:r>
        <w:t>In the silence he left behind, I found fragments of him everywhere, in coriander leaves clinging to damp soil, in the firm grip of my karate belt, in the way I clenched my jaw when I was determined. He was gone, yet never fully absent.</w:t>
      </w:r>
    </w:p>
    <w:p w14:paraId="348E20A3" w14:textId="77777777" w:rsidR="00DB05F8" w:rsidRDefault="00000000">
      <w:r>
        <w:t>But in those first few months, everything was pain.</w:t>
      </w:r>
      <w:r>
        <w:br/>
        <w:t>It came in waves, sharp, relentless, without warning.</w:t>
      </w:r>
      <w:r>
        <w:br/>
        <w:t>The grief didn’t ask for permission.</w:t>
      </w:r>
      <w:r>
        <w:br/>
        <w:t>It would ambush me in the middle of a training session or at the market choosing fruit he once loved.</w:t>
      </w:r>
      <w:r>
        <w:br/>
        <w:t>It lived in the spaces he used to fill.</w:t>
      </w:r>
    </w:p>
    <w:p w14:paraId="4B86CEB4" w14:textId="77777777" w:rsidR="00DB05F8" w:rsidRDefault="00000000">
      <w:r>
        <w:t>My life felt like a bottomless pit.</w:t>
      </w:r>
      <w:r>
        <w:br/>
        <w:t>There were days I couldn’t get out of bed. Nights I couldn’t stay in it.</w:t>
      </w:r>
      <w:r>
        <w:br/>
        <w:t>Grief blurred the edges of time. Morning and evening folded into each other like shadows.</w:t>
      </w:r>
    </w:p>
    <w:p w14:paraId="0DB49FCB" w14:textId="77777777" w:rsidR="00DB05F8" w:rsidRDefault="00000000">
      <w:r>
        <w:t>Memories ambushed me, his laughter echoing across the backyard, the way he cut fruit with absolute precision, the sound of his voice calling my name.</w:t>
      </w:r>
      <w:r>
        <w:br/>
        <w:t>What I once took for granted became sacred.</w:t>
      </w:r>
      <w:r>
        <w:br/>
        <w:t>Each recollection was a blessing and a wound.</w:t>
      </w:r>
    </w:p>
    <w:p w14:paraId="6562DE66" w14:textId="77777777" w:rsidR="00DB05F8" w:rsidRDefault="00000000">
      <w:r>
        <w:t>Everywhere I went, he was there.</w:t>
      </w:r>
      <w:r>
        <w:br/>
        <w:t>In the way the bananas were stacked at the market, in the sweet smell of mangoes ripening on a counter.</w:t>
      </w:r>
      <w:r>
        <w:br/>
        <w:t>His customers would ask after the family, or tell me stories of how he once gave them a deal, helped them carry something, made them laugh.</w:t>
      </w:r>
      <w:r>
        <w:br/>
        <w:t>And I would smile and nod, always fighting back tears.</w:t>
      </w:r>
      <w:r>
        <w:br/>
      </w:r>
      <w:r>
        <w:lastRenderedPageBreak/>
        <w:t>The ache sat in my throat like a stone.</w:t>
      </w:r>
      <w:r>
        <w:br/>
        <w:t>To this day, every conversation about my dad, even putting these words on a page, brings tears to my eyes.</w:t>
      </w:r>
      <w:r>
        <w:br/>
        <w:t>There is no time limit to missing him. There is only the daily choosing to carry his memory with grace.</w:t>
      </w:r>
    </w:p>
    <w:p w14:paraId="1CFADCFA" w14:textId="77777777" w:rsidR="00DB05F8" w:rsidRDefault="00000000">
      <w:r>
        <w:t>The emotional landscape was treacherous.</w:t>
      </w:r>
      <w:r>
        <w:br/>
        <w:t>Sadness came easily.</w:t>
      </w:r>
      <w:r>
        <w:br/>
        <w:t>But what shocked me was the rage, at time, at fate, at the doctors, at everyone who kept living their lives like the world hadn’t just lost someone irreplaceable.</w:t>
      </w:r>
    </w:p>
    <w:p w14:paraId="5EFC2834" w14:textId="77777777" w:rsidR="00DB05F8" w:rsidRDefault="00000000">
      <w:r>
        <w:t>And beneath it all, there was confusion, a gaping hole where certainty used to be. I no longer knew how to be a daughter without a father.</w:t>
      </w:r>
    </w:p>
    <w:p w14:paraId="0A9F3460" w14:textId="77777777" w:rsidR="00DB05F8" w:rsidRDefault="00000000">
      <w:r>
        <w:t>Some friends rallied. Others recoiled.</w:t>
      </w:r>
      <w:r>
        <w:br/>
        <w:t>Grief made me feel untouchable, like people were afraid to catch what I carried.</w:t>
      </w:r>
      <w:r>
        <w:br/>
        <w:t>Their sympathy was kind but distant, like they were observing from behind glass. I spoke a language they didn’t understand, made of pauses, of longing, of the kind of silence that hurt your teeth.</w:t>
      </w:r>
    </w:p>
    <w:p w14:paraId="18A9066B" w14:textId="77777777" w:rsidR="00DB05F8" w:rsidRDefault="00000000">
      <w:r>
        <w:t>But there were a few who stayed close.</w:t>
      </w:r>
      <w:r>
        <w:br/>
        <w:t>They didn’t ask me to move on.</w:t>
      </w:r>
      <w:r>
        <w:br/>
        <w:t>They sat with me in the ache.</w:t>
      </w:r>
      <w:r>
        <w:br/>
        <w:t>Held space when I had no words.</w:t>
      </w:r>
      <w:r>
        <w:br/>
        <w:t>And I clung to those people like lifelines in a sea of grief, each gesture anchoring me just enough to keep breathing.</w:t>
      </w:r>
    </w:p>
    <w:p w14:paraId="2767EB8C" w14:textId="77777777" w:rsidR="00DB05F8" w:rsidRDefault="00000000">
      <w:r>
        <w:t>Still, his absence touched everything.</w:t>
      </w:r>
      <w:r>
        <w:br/>
        <w:t>Even joy came dressed in sorrow.</w:t>
      </w:r>
      <w:r>
        <w:br/>
        <w:t>When the tournament approached, I trained hard, pushing through fatigue, through tears, through the echo of his voice in my head.</w:t>
      </w:r>
      <w:r>
        <w:br/>
        <w:t>I knew he wouldn’t be in the stands, but I imagined him there, arms folded, quiet pride in his eyes.</w:t>
      </w:r>
    </w:p>
    <w:p w14:paraId="58C427EF" w14:textId="77777777" w:rsidR="00DB05F8" w:rsidRDefault="00000000">
      <w:r>
        <w:t>It felt like déjà vu. The last time, I had mourned my grandmother.</w:t>
      </w:r>
      <w:r>
        <w:br/>
        <w:t>Now, it was Daddy.</w:t>
      </w:r>
      <w:r>
        <w:br/>
        <w:t>Loss seemed to walk beside me into every arena.</w:t>
      </w:r>
    </w:p>
    <w:p w14:paraId="783CE000" w14:textId="77777777" w:rsidR="00DB05F8" w:rsidRDefault="00000000">
      <w:r>
        <w:t>The tournament in October was a blur of movement and colour.</w:t>
      </w:r>
      <w:r>
        <w:br/>
        <w:t>My brother, nieces, and nephews filled the crowd with warmth.</w:t>
      </w:r>
      <w:r>
        <w:br/>
        <w:t>Their cheers rose like waves, carrying me forward.</w:t>
      </w:r>
    </w:p>
    <w:p w14:paraId="526A5A95" w14:textId="77777777" w:rsidR="00DB05F8" w:rsidRDefault="00000000">
      <w:r>
        <w:t>When I won silver for Barbados, the roar of the anthem in the stadium felt like it was shaking something loose in me.</w:t>
      </w:r>
      <w:r>
        <w:br/>
      </w:r>
      <w:r>
        <w:lastRenderedPageBreak/>
        <w:t>For the first time, I felt real pride, not because I’d won, but because I’d survived.</w:t>
      </w:r>
      <w:r>
        <w:br/>
        <w:t>I had stood on that mat with grief braided into every movement.</w:t>
      </w:r>
      <w:r>
        <w:br/>
        <w:t>And I did not fall.</w:t>
      </w:r>
    </w:p>
    <w:p w14:paraId="5521E643" w14:textId="77777777" w:rsidR="00DB05F8" w:rsidRDefault="00000000">
      <w:r>
        <w:t>I looked to the crowd, and for a second, I thought I saw him, my father, hands in his pockets, nodding. But it was only memory, only hope playing tricks again.</w:t>
      </w:r>
    </w:p>
    <w:p w14:paraId="108B73E8" w14:textId="77777777" w:rsidR="00DB05F8" w:rsidRDefault="00000000">
      <w:r>
        <w:t>Karate saved me.</w:t>
      </w:r>
      <w:r>
        <w:br/>
        <w:t>It became more than a discipline, it was prayer, confession, release.</w:t>
      </w:r>
      <w:r>
        <w:br/>
        <w:t>Each movement was a memory. Each stance, a struggle. My grief had shape me in the dojo. It could live in the tension of my muscles, in the rhythm of my breath.</w:t>
      </w:r>
    </w:p>
    <w:p w14:paraId="50EA3D68" w14:textId="77777777" w:rsidR="00DB05F8" w:rsidRDefault="00000000">
      <w:r>
        <w:t>Every time I bowed, I honoured him.</w:t>
      </w:r>
      <w:r>
        <w:br/>
        <w:t>Every punch carried my sorrow and my will to keep going.</w:t>
      </w:r>
      <w:r>
        <w:br/>
        <w:t>I didn’t have to explain the tears in my eyes. The mat understood.</w:t>
      </w:r>
    </w:p>
    <w:p w14:paraId="4542AC7A" w14:textId="77777777" w:rsidR="00DB05F8" w:rsidRDefault="00000000">
      <w:r>
        <w:t>When the Pan American Championships approached, I trained like a woman possessed.</w:t>
      </w:r>
      <w:r>
        <w:br/>
        <w:t>Not to win.</w:t>
      </w:r>
      <w:r>
        <w:br/>
        <w:t>To escape.</w:t>
      </w:r>
      <w:r>
        <w:br/>
        <w:t>To become something beyond the girl who’d lost her father.</w:t>
      </w:r>
    </w:p>
    <w:p w14:paraId="29DF9B2A" w14:textId="77777777" w:rsidR="00DB05F8" w:rsidRDefault="00000000">
      <w:r>
        <w:t>The tournament in Mexico was more than medals.</w:t>
      </w:r>
      <w:r>
        <w:br/>
        <w:t>It was a pilgrimage.</w:t>
      </w:r>
      <w:r>
        <w:br/>
        <w:t>A way to rewrite the story.</w:t>
      </w:r>
    </w:p>
    <w:p w14:paraId="025061BE" w14:textId="77777777" w:rsidR="00DB05F8" w:rsidRDefault="00000000">
      <w:r>
        <w:t>When I stood on the podium, one gold, one silver around my neck, the crowd saw an athlete.</w:t>
      </w:r>
      <w:r>
        <w:br/>
        <w:t>I saw a daughter, broken but standing.</w:t>
      </w:r>
      <w:r>
        <w:br/>
        <w:t>The medals were not just metal.</w:t>
      </w:r>
      <w:r>
        <w:br/>
        <w:t>They were love letters.</w:t>
      </w:r>
      <w:r>
        <w:br/>
        <w:t>One for Granny, who believed I was her strong one.</w:t>
      </w:r>
      <w:r>
        <w:br/>
        <w:t>And one for Daddy, who made me a fighter.</w:t>
      </w:r>
    </w:p>
    <w:p w14:paraId="60C27470" w14:textId="77777777" w:rsidR="00DB05F8" w:rsidRDefault="00000000">
      <w:r>
        <w:t>But victory is strange.</w:t>
      </w:r>
      <w:r>
        <w:br/>
        <w:t>It glows on the outside, but it doesn’t patch the holes inside.</w:t>
      </w:r>
      <w:r>
        <w:br/>
        <w:t>The ache remained.</w:t>
      </w:r>
      <w:r>
        <w:br/>
        <w:t>A quiet throb in my chest, pulsing behind the applause.</w:t>
      </w:r>
    </w:p>
    <w:p w14:paraId="1EF9D24C" w14:textId="77777777" w:rsidR="00DB05F8" w:rsidRDefault="00000000">
      <w:r>
        <w:t>Afterwards, I planned a backpacking trip across Europe.</w:t>
      </w:r>
      <w:r>
        <w:br/>
        <w:t>Not to celebrate, but to flee the emptiness.</w:t>
      </w:r>
      <w:r>
        <w:br/>
        <w:t>To follow the path of my father’s stories.</w:t>
      </w:r>
      <w:r>
        <w:br/>
        <w:t>To feel closer to him in the cities he had once walked.</w:t>
      </w:r>
    </w:p>
    <w:p w14:paraId="71055D69" w14:textId="77777777" w:rsidR="00DB05F8" w:rsidRDefault="00000000">
      <w:r>
        <w:lastRenderedPageBreak/>
        <w:t>Europe in winter was a dream carved in frost and fairy lights.</w:t>
      </w:r>
      <w:r>
        <w:br/>
        <w:t>The air stung my cheeks.</w:t>
      </w:r>
      <w:r>
        <w:br/>
        <w:t>Breath curled like smoke from my mouth.</w:t>
      </w:r>
      <w:r>
        <w:br/>
        <w:t>Markets gleamed.</w:t>
      </w:r>
      <w:r>
        <w:br/>
        <w:t>Old streets whispered secrets.</w:t>
      </w:r>
    </w:p>
    <w:p w14:paraId="75DD80FF" w14:textId="77777777" w:rsidR="00DB05F8" w:rsidRDefault="00000000">
      <w:r>
        <w:t>London greeted me with Akil’s embrace.</w:t>
      </w:r>
      <w:r>
        <w:br/>
        <w:t>It had been so long, but time folded in on itself.</w:t>
      </w:r>
      <w:r>
        <w:br/>
        <w:t>We were just Rae and Akil again, sharing tea, laughter, grief.</w:t>
      </w:r>
    </w:p>
    <w:p w14:paraId="4DAAC094" w14:textId="77777777" w:rsidR="00DB05F8" w:rsidRDefault="00000000">
      <w:r>
        <w:t>Paris sparkled.</w:t>
      </w:r>
      <w:r>
        <w:br/>
        <w:t>Montmartre wrapped me in romance and melancholy.</w:t>
      </w:r>
      <w:r>
        <w:br/>
        <w:t>Croissants in the morning, hot chocolate by twilight.</w:t>
      </w:r>
      <w:r>
        <w:br/>
        <w:t>I watched the Eiffel Tower shimmer and whispered his name to the stars.</w:t>
      </w:r>
    </w:p>
    <w:p w14:paraId="2AAAD70B" w14:textId="77777777" w:rsidR="00DB05F8" w:rsidRDefault="00000000">
      <w:r>
        <w:t>Amsterdam was quiet and strange.</w:t>
      </w:r>
      <w:r>
        <w:br/>
        <w:t>I cycled beside frozen canals and longed for the sea breeze of home.</w:t>
      </w:r>
      <w:r>
        <w:br/>
        <w:t>The smell of waffles made me smile and ache at once.</w:t>
      </w:r>
    </w:p>
    <w:p w14:paraId="77087C56" w14:textId="77777777" w:rsidR="00DB05F8" w:rsidRDefault="00000000">
      <w:r>
        <w:t>In Berlin, I touched the scars of the past etched into the Wall.</w:t>
      </w:r>
      <w:r>
        <w:br/>
        <w:t>And I cried, not just for history, but for myself. For the pieces I was trying to gather.</w:t>
      </w:r>
    </w:p>
    <w:p w14:paraId="1B96EA0D" w14:textId="77777777" w:rsidR="00DB05F8" w:rsidRDefault="00000000">
      <w:r>
        <w:t>Vienna sang with carols and cinnamon.</w:t>
      </w:r>
      <w:r>
        <w:br/>
        <w:t>Prague wore its snow like a crown.</w:t>
      </w:r>
      <w:r>
        <w:br/>
        <w:t>Every city gifted me something: wonder, reflection, friendship.</w:t>
      </w:r>
      <w:r>
        <w:br/>
        <w:t>I laughed in hostels.</w:t>
      </w:r>
      <w:r>
        <w:br/>
        <w:t>Shared stories with strangers by firelight.</w:t>
      </w:r>
      <w:r>
        <w:br/>
        <w:t>Felt alive, and not entirely alone.</w:t>
      </w:r>
    </w:p>
    <w:p w14:paraId="079DC37A" w14:textId="77777777" w:rsidR="00DB05F8" w:rsidRDefault="00000000">
      <w:r>
        <w:t>But even in the magic, there were moments of stillness that cracked me open, seeing a father helping his daughter with her scarf, hearing a deep laugh that sounded too much like his. It was beautiful, and it hurt.</w:t>
      </w:r>
    </w:p>
    <w:p w14:paraId="4A60CF20" w14:textId="77777777" w:rsidR="00DB05F8" w:rsidRDefault="00000000">
      <w:r>
        <w:t>When I returned to Barbados, the island felt different.</w:t>
      </w:r>
      <w:r>
        <w:br/>
        <w:t>Too small.</w:t>
      </w:r>
      <w:r>
        <w:br/>
        <w:t>Too loud in the wrong ways, too quiet in the ones that mattered.</w:t>
      </w:r>
    </w:p>
    <w:p w14:paraId="7EF6D41D" w14:textId="77777777" w:rsidR="00DB05F8" w:rsidRDefault="00000000">
      <w:r>
        <w:t>And then came betrayal, false accusations, suspension, and disbelief.</w:t>
      </w:r>
      <w:r>
        <w:br/>
        <w:t>Another loss.</w:t>
      </w:r>
    </w:p>
    <w:p w14:paraId="5E346667" w14:textId="77777777" w:rsidR="00DB05F8" w:rsidRDefault="00000000">
      <w:r>
        <w:t>But I held the lessons close.</w:t>
      </w:r>
      <w:r>
        <w:br/>
        <w:t>Grief taught me how to feel again.</w:t>
      </w:r>
      <w:r>
        <w:br/>
        <w:t>Travel taught me how to live.</w:t>
      </w:r>
    </w:p>
    <w:p w14:paraId="1B495FA7" w14:textId="77777777" w:rsidR="00DB05F8" w:rsidRDefault="00000000">
      <w:r>
        <w:lastRenderedPageBreak/>
        <w:t>The decision to leave Barbados was not one I made lightly.</w:t>
      </w:r>
      <w:r>
        <w:br/>
        <w:t>It pressed on my chest for months,a quiet weight that grew heavier with each sunrise. On paper, I was thriving: a national athlete, a familiar face in local tournaments, a survivor who had stitched together a life from fragments of pain. But beneath the accolades, beneath the polite smiles and podium photos, I felt like a ghost haunting the edges of my own story.</w:t>
      </w:r>
    </w:p>
    <w:p w14:paraId="68E74229" w14:textId="77777777" w:rsidR="00DB05F8" w:rsidRDefault="00000000">
      <w:r>
        <w:t>Barbados, once a playground of childhood wonder, had become a minefield of memories. Every street corner, every familiar voice echoed with pain I couldn’t bury. My medals gleamed, but they felt cold against my skin. The victories were real, but the joy was not. After the court case, I carried an invisible brand,one the island was too small to hide. Gossip blew through narrow roads quicker than the trade winds, settling in shops, training halls, even in the hushed tones of church pews.</w:t>
      </w:r>
    </w:p>
    <w:p w14:paraId="0AE21D74" w14:textId="77777777" w:rsidR="00DB05F8" w:rsidRDefault="00000000">
      <w:r>
        <w:t>Isolation became my shadow. Trust, already delicate, shattered in the aftermath. Friends faded,not out of malice, but discomfort. Family gatherings shrank to awkward silences and glances that slid away too quickly. The places that once held me now felt tight and airless.</w:t>
      </w:r>
    </w:p>
    <w:p w14:paraId="1F90969A" w14:textId="77777777" w:rsidR="00DB05F8" w:rsidRDefault="00000000">
      <w:r>
        <w:t>London was everything Barbados could no longer be: anonymous, vast, and indifferent in a way that felt merciful. In its sprawl, I could breathe. I could walk among strangers without their pity, without their stories about me swallowing my own. It wasn’t just a new beginning,it was a place where my name didn’t precede my pain.</w:t>
      </w:r>
    </w:p>
    <w:p w14:paraId="08EE52E9" w14:textId="77777777" w:rsidR="00DB05F8" w:rsidRDefault="00000000">
      <w:r>
        <w:t>More than freedom, London offered healing. Therapy. Education. Space. The kind of blank canvas where I could paint my life with new colours, on my own terms.</w:t>
      </w:r>
    </w:p>
    <w:p w14:paraId="39EF7AA1" w14:textId="77777777" w:rsidR="00DB05F8" w:rsidRDefault="00000000">
      <w:r>
        <w:t>But leaving wasn’t easy. It meant turning from the soil that had held my first footsteps, the sea that had cradled my secrets, the elders who had rooted me in love. It meant accepting that distance wasn’t abandonment,it was a lifeline. A choice to survive.</w:t>
      </w:r>
    </w:p>
    <w:p w14:paraId="33403EFE" w14:textId="77777777" w:rsidR="00DB05F8" w:rsidRDefault="00000000">
      <w:r>
        <w:t>In the end, it wasn’t ambition that carried me across the Atlantic.</w:t>
      </w:r>
      <w:r>
        <w:br/>
        <w:t>It was a quiet, stubborn hope that somewhere beyond all I’d known,</w:t>
      </w:r>
      <w:r>
        <w:br/>
        <w:t>I might finally learn how to breathe again.</w:t>
      </w:r>
    </w:p>
    <w:p w14:paraId="42BD5B35" w14:textId="77777777" w:rsidR="00DB05F8" w:rsidRDefault="00000000">
      <w:r>
        <w:br/>
      </w:r>
      <w:r>
        <w:br/>
        <w:t>CHAPTER 33</w:t>
      </w:r>
    </w:p>
    <w:p w14:paraId="7560DE49" w14:textId="77777777" w:rsidR="00DB05F8" w:rsidRDefault="00000000">
      <w:r>
        <w:t>Stitching Myself Whole</w:t>
      </w:r>
    </w:p>
    <w:p w14:paraId="203C9527" w14:textId="77777777" w:rsidR="00DB05F8" w:rsidRDefault="00000000">
      <w:r>
        <w:lastRenderedPageBreak/>
        <w:t>“Sometimes, survival isn’t enough. We must also choose to live.”</w:t>
      </w:r>
    </w:p>
    <w:p w14:paraId="4F32AB98" w14:textId="77777777" w:rsidR="00DB05F8" w:rsidRDefault="00000000">
      <w:r>
        <w:t>It was a cold winter’s morning in the year 2000, and London greeted me with its familiar grey skies and hurried footsteps, but something within me had shifted.</w:t>
      </w:r>
    </w:p>
    <w:p w14:paraId="65EDC96C" w14:textId="77777777" w:rsidR="00DB05F8" w:rsidRDefault="00000000">
      <w:r>
        <w:t>I returned not as the woman who had once fled, searching for solace, but as someone who had retrieved pieces of herself and was learning to stitch them together with care.</w:t>
      </w:r>
    </w:p>
    <w:p w14:paraId="6E5520F4" w14:textId="77777777" w:rsidR="00DB05F8" w:rsidRDefault="00000000">
      <w:r>
        <w:t>The city’s rhythm felt different now. I wasn’t rushing to escape my thoughts or outrun my past. I had walked back into the heart of my pain and lived to tell the tale. That alone changed everything.</w:t>
      </w:r>
    </w:p>
    <w:p w14:paraId="52DE1FFC" w14:textId="77777777" w:rsidR="00DB05F8" w:rsidRDefault="00000000">
      <w:r>
        <w:t>I focused on creating a sense of home that reflected who I was becoming, not who I had been. Soft lighting, framed paintings of the sea, and shelves lined with books that had once carried me through sleepless nights.</w:t>
      </w:r>
    </w:p>
    <w:p w14:paraId="2E7DDD3E" w14:textId="77777777" w:rsidR="00DB05F8" w:rsidRDefault="00000000">
      <w:r>
        <w:t>In our little flat, I lit candles in the evening and let Alex fall asleep to the lull of my stories, sometimes made up, sometimes true.</w:t>
      </w:r>
    </w:p>
    <w:p w14:paraId="2D9D4D12" w14:textId="77777777" w:rsidR="00DB05F8" w:rsidRDefault="00000000">
      <w:r>
        <w:t>Motherhood continued to be both my anchor and my mirror. Alex was growing fast. His questions deepened, his gaze more aware.</w:t>
      </w:r>
    </w:p>
    <w:p w14:paraId="06A27233" w14:textId="77777777" w:rsidR="00DB05F8" w:rsidRDefault="00000000">
      <w:r>
        <w:t>He could sense my moods before I even spoke. When I was quiet, he would sit beside me and hum, just like my grandmother used to do.</w:t>
      </w:r>
    </w:p>
    <w:p w14:paraId="2103CD05" w14:textId="77777777" w:rsidR="00DB05F8" w:rsidRDefault="00000000">
      <w:r>
        <w:t>He reminded me daily that love, when given freely, could rewire a heart.</w:t>
      </w:r>
    </w:p>
    <w:p w14:paraId="29DCFF07" w14:textId="77777777" w:rsidR="00DB05F8" w:rsidRDefault="00000000">
      <w:r>
        <w:t>But my healing journey didn’t stop at the threshold of our home. I was ready to step more fully into my purpose, not just as a mother or survivor, but as a guide. A voice. A light.</w:t>
      </w:r>
    </w:p>
    <w:p w14:paraId="1E306A97" w14:textId="77777777" w:rsidR="00DB05F8" w:rsidRDefault="00000000">
      <w:r>
        <w:t>I returned to my psychology studies with renewed vigour. The theories and practices I had once approached from a place of academic distance now pulsed with lived meaning. Trauma wasn’t just something I read about.</w:t>
      </w:r>
    </w:p>
    <w:p w14:paraId="4275DB6D" w14:textId="77777777" w:rsidR="00DB05F8" w:rsidRDefault="00000000">
      <w:r>
        <w:t>I had survived it.</w:t>
      </w:r>
    </w:p>
    <w:p w14:paraId="3E6FC3C2" w14:textId="77777777" w:rsidR="00DB05F8" w:rsidRDefault="00000000">
      <w:r>
        <w:t>Navigated it.</w:t>
      </w:r>
    </w:p>
    <w:p w14:paraId="60B5B72D" w14:textId="77777777" w:rsidR="00DB05F8" w:rsidRDefault="00000000">
      <w:r>
        <w:t>Been reshaped by it.</w:t>
      </w:r>
    </w:p>
    <w:p w14:paraId="3641210D" w14:textId="77777777" w:rsidR="00DB05F8" w:rsidRDefault="00000000">
      <w:r>
        <w:t>That lived experience became my strength.</w:t>
      </w:r>
    </w:p>
    <w:p w14:paraId="7B9DB22E" w14:textId="77777777" w:rsidR="00DB05F8" w:rsidRDefault="00000000">
      <w:r>
        <w:t xml:space="preserve">Volunteering with women who had experienced similar pain opened something sacred. We weren’t just talking. We were bearing witness to each other. Holding </w:t>
      </w:r>
      <w:r>
        <w:lastRenderedPageBreak/>
        <w:t>space where silence had once festered. I saw the transformation in their eyes, the shift from shame to softness, from guardedness to grace.</w:t>
      </w:r>
    </w:p>
    <w:p w14:paraId="6BC99355" w14:textId="77777777" w:rsidR="00DB05F8" w:rsidRDefault="00000000">
      <w:r>
        <w:t>And in their healing, I found deeper layers of my own.</w:t>
      </w:r>
    </w:p>
    <w:p w14:paraId="2F26110D" w14:textId="77777777" w:rsidR="00DB05F8" w:rsidRDefault="00000000">
      <w:r>
        <w:t>There were days when doubt returned. Days when the weight of responsibility, grief, or exhaustion pressed heavily on my chest. But I no longer saw those moments as failures. They were part of the rhythm. Part of the truth.</w:t>
      </w:r>
    </w:p>
    <w:p w14:paraId="6268EC39" w14:textId="77777777" w:rsidR="00DB05F8" w:rsidRDefault="00000000">
      <w:r>
        <w:t>I also learned to ask for help, a skill I had spent decades avoiding. Therapy remained a lifeline, but so too did small rituals of care: long walks with no destination, hot tea with honey, writing until the page blurred with tears. Slowly, I was rewriting my story in real time.</w:t>
      </w:r>
    </w:p>
    <w:p w14:paraId="6E3B3200" w14:textId="77777777" w:rsidR="00DB05F8" w:rsidRDefault="00000000">
      <w:r>
        <w:t>There was power in showing up, for myself, for my son, for the women I served.</w:t>
      </w:r>
    </w:p>
    <w:p w14:paraId="6FFA2E65" w14:textId="77777777" w:rsidR="00DB05F8" w:rsidRDefault="00000000">
      <w:r>
        <w:br/>
      </w:r>
      <w:r>
        <w:br/>
        <w:t>CHAPTER 34</w:t>
      </w:r>
    </w:p>
    <w:p w14:paraId="6BD2D765" w14:textId="77777777" w:rsidR="00DB05F8" w:rsidRDefault="00000000">
      <w:r>
        <w:t>When the World Stood Still</w:t>
      </w:r>
    </w:p>
    <w:p w14:paraId="129E1D87" w14:textId="77777777" w:rsidR="00DB05F8" w:rsidRDefault="00000000">
      <w:r>
        <w:t>“Sometimes love returns just when we need it most, not to rescue us, but to remind us we can feel.”</w:t>
      </w:r>
    </w:p>
    <w:p w14:paraId="56DF83CE" w14:textId="77777777" w:rsidR="00DB05F8" w:rsidRDefault="00000000">
      <w:r>
        <w:t>It was the autumn of 2001, and the world tilted on its axis. The twin towers fell, and the ground beneath us all seemed less steady.</w:t>
      </w:r>
    </w:p>
    <w:p w14:paraId="57D065C7" w14:textId="77777777" w:rsidR="00DB05F8" w:rsidRDefault="00000000">
      <w:r>
        <w:t>News footage looped endlessly, filled with fire, falling bodies, and a grief so collective it seeped into everything.</w:t>
      </w:r>
    </w:p>
    <w:p w14:paraId="70DD6B5E" w14:textId="77777777" w:rsidR="00DB05F8" w:rsidRDefault="00000000">
      <w:r>
        <w:t>The weight of global tragedy pressed on all of us. I was dealing with my feelings of isolation and past grief, and Akil was carrying our private burdens, too.</w:t>
      </w:r>
    </w:p>
    <w:p w14:paraId="796CDA73" w14:textId="77777777" w:rsidR="00DB05F8" w:rsidRDefault="00000000">
      <w:r>
        <w:t>He was struggling in ways he couldn’t always name. So was I. My pain was layered, laced with the echoes of everything I had tried so hard to leave behind.</w:t>
      </w:r>
    </w:p>
    <w:p w14:paraId="60055DCB" w14:textId="77777777" w:rsidR="00DB05F8" w:rsidRDefault="00000000">
      <w:r>
        <w:t>His wounds were quieter, hidden beneath humour and half-said sentences. But there was an understanding that passed between us, a silent agreement that we didn’t have to explain.</w:t>
      </w:r>
    </w:p>
    <w:p w14:paraId="48EC23DD" w14:textId="77777777" w:rsidR="00DB05F8" w:rsidRDefault="00000000">
      <w:r>
        <w:t>We found solace in each other’s arms.</w:t>
      </w:r>
    </w:p>
    <w:p w14:paraId="2628BD70" w14:textId="77777777" w:rsidR="00DB05F8" w:rsidRDefault="00000000">
      <w:r>
        <w:t>There were no grand declarations or fairytale romance. Just long conversations, quiet walks, and still moments that felt like home.</w:t>
      </w:r>
    </w:p>
    <w:p w14:paraId="03F83799" w14:textId="77777777" w:rsidR="00DB05F8" w:rsidRDefault="00000000">
      <w:r>
        <w:lastRenderedPageBreak/>
        <w:t>The world outside was spinning in chaos, but inside those slivers of time, we found a space to breathe.</w:t>
      </w:r>
    </w:p>
    <w:p w14:paraId="6479AE1D" w14:textId="77777777" w:rsidR="00DB05F8" w:rsidRDefault="00000000">
      <w:r>
        <w:t>We held each other through the noise, two souls navigating their own storms, leaning on each other when the winds got too loud. For a while, that was enough.</w:t>
      </w:r>
    </w:p>
    <w:p w14:paraId="2B197DF5" w14:textId="77777777" w:rsidR="00DB05F8" w:rsidRDefault="00000000">
      <w:r>
        <w:t>But the comfort we found was fleeting. The moment we had rekindled slipped away. His other commitments resurfaced, pulling him back into the life he had never truly left.</w:t>
      </w:r>
    </w:p>
    <w:p w14:paraId="0C01D74E" w14:textId="77777777" w:rsidR="00DB05F8" w:rsidRDefault="00000000">
      <w:r>
        <w:t>A truth I wasn't ready to speak aloud confronted me. I was still in love with him. But he wasn’t mine. And it was time for me to let go.</w:t>
      </w:r>
    </w:p>
    <w:p w14:paraId="3DAD80C3" w14:textId="77777777" w:rsidR="00DB05F8" w:rsidRDefault="00000000">
      <w:r>
        <w:t>In a world shaken by loss and uncertainty, we had chosen love. Not the perfect kind wrapped in fantasy, but the type that blooms in broken places.</w:t>
      </w:r>
    </w:p>
    <w:p w14:paraId="44317FDF" w14:textId="77777777" w:rsidR="00DB05F8" w:rsidRDefault="00000000">
      <w:r>
        <w:t>The kind that sees the mess and stays, anyway. We didn’t know what the future held, and maybe that was never the point. For a time, we had each other. And in a world unravelling at the seams, that was something rare. That was enough.</w:t>
      </w:r>
    </w:p>
    <w:p w14:paraId="3A036F58" w14:textId="77777777" w:rsidR="00DB05F8" w:rsidRDefault="00000000">
      <w:r>
        <w:br/>
      </w:r>
      <w:r>
        <w:br/>
        <w:t>CHAPTER 35</w:t>
      </w:r>
    </w:p>
    <w:p w14:paraId="30D35AF0" w14:textId="77777777" w:rsidR="00DB05F8" w:rsidRDefault="00000000">
      <w:r>
        <w:t>Four Months to Forever</w:t>
      </w:r>
    </w:p>
    <w:p w14:paraId="3754661B" w14:textId="77777777" w:rsidR="00DB05F8" w:rsidRDefault="00000000">
      <w:r>
        <w:t>"When the ground beneath you shifts without warning, sometimes it’s not the fall that defines you, but the courage to rise with something new beating inside you."</w:t>
      </w:r>
    </w:p>
    <w:p w14:paraId="3BDDE723" w14:textId="77777777" w:rsidR="00DB05F8" w:rsidRDefault="00000000">
      <w:r>
        <w:t>In the early months of 2001, I needed an outlet, something to pull me from the spinning chaos inside me.</w:t>
      </w:r>
    </w:p>
    <w:p w14:paraId="4AF8EE93" w14:textId="77777777" w:rsidR="00DB05F8" w:rsidRDefault="00000000">
      <w:r>
        <w:t>I searched for a local karate club and started training with some members of the British team preparing for the World Championships.</w:t>
      </w:r>
    </w:p>
    <w:p w14:paraId="4AE55478" w14:textId="77777777" w:rsidR="00DB05F8" w:rsidRDefault="00000000">
      <w:r>
        <w:t>Training was gruelling, demanding, and exactly what I needed. A fierce kick to my abdomen left me in pain for several days.</w:t>
      </w:r>
    </w:p>
    <w:p w14:paraId="5AE65BFB" w14:textId="77777777" w:rsidR="00DB05F8" w:rsidRDefault="00000000">
      <w:r>
        <w:t>Given my chronic constipation and bloating, my GP grew concerned about a bowel blockage and sent me to the hospital for an urgent scan.</w:t>
      </w:r>
    </w:p>
    <w:p w14:paraId="52638499" w14:textId="77777777" w:rsidR="00DB05F8" w:rsidRDefault="00000000">
      <w:r>
        <w:t>As I lay on the examination table, the technician moved the scanner gently across my stomach. She asked how long I had been experiencing the pain. "Two weeks," I replied. She paused, her expression unreadable, then said she needed to send me to another department straight away.</w:t>
      </w:r>
    </w:p>
    <w:p w14:paraId="4EE2C84F" w14:textId="77777777" w:rsidR="00DB05F8" w:rsidRDefault="00000000">
      <w:r>
        <w:lastRenderedPageBreak/>
        <w:t>On another table, a different technician began scanning my stomach. A moment later, she excused herself. My body tensed, anxiety curling in my gut. She returned with two consultants. They resumed scanning me in silence. My mind raced. How bad is it? How long do I have?</w:t>
      </w:r>
    </w:p>
    <w:p w14:paraId="6D2B59A9" w14:textId="77777777" w:rsidR="00DB05F8" w:rsidRDefault="00000000">
      <w:r>
        <w:t>One consultant finally spoke. "The blockage in your bowel can be treated with medication. However, " That word. However. It was the turning point.</w:t>
      </w:r>
    </w:p>
    <w:p w14:paraId="331B95DE" w14:textId="77777777" w:rsidR="00DB05F8" w:rsidRDefault="00000000">
      <w:r>
        <w:t>He turned the monitor towards me. "These are what appear to be cysts on your baby's brain." I was sure he made a mistake. "Sorry, I think you are looking at the wrong scan." He turned the screen away, then back again.</w:t>
      </w:r>
    </w:p>
    <w:p w14:paraId="445127A9" w14:textId="77777777" w:rsidR="00DB05F8" w:rsidRDefault="00000000">
      <w:r>
        <w:t>"You are Rae Alexander, correct?" I nodded. "Miss Alexander, are you aware that you are pregnant?"</w:t>
      </w:r>
    </w:p>
    <w:p w14:paraId="786B5934" w14:textId="77777777" w:rsidR="00DB05F8" w:rsidRDefault="00000000">
      <w:r>
        <w:t>The word did not register. I stared at him, stunned. "I can't be pregnant. They told me I couldn’t get pregnant anymore."</w:t>
      </w:r>
    </w:p>
    <w:p w14:paraId="494A25CA" w14:textId="77777777" w:rsidR="00DB05F8" w:rsidRDefault="00000000">
      <w:r>
        <w:t>"I’m sorry to inform you this way, but we believe your baby has what appears to be Arachnoid cyst or fluid on the brain."</w:t>
      </w:r>
    </w:p>
    <w:p w14:paraId="3C9880A3" w14:textId="77777777" w:rsidR="00DB05F8" w:rsidRDefault="00000000">
      <w:r>
        <w:t>His voice blurred. Fluid-filled sacs between the layers of brain membranes.</w:t>
      </w:r>
    </w:p>
    <w:p w14:paraId="418BC747" w14:textId="77777777" w:rsidR="00DB05F8" w:rsidRDefault="00000000">
      <w:r>
        <w:t>Potential complications.</w:t>
      </w:r>
    </w:p>
    <w:p w14:paraId="2A68D55F" w14:textId="77777777" w:rsidR="00DB05F8" w:rsidRDefault="00000000">
      <w:r>
        <w:t>Hydrocephalus.</w:t>
      </w:r>
    </w:p>
    <w:p w14:paraId="12CE6A8B" w14:textId="77777777" w:rsidR="00DB05F8" w:rsidRDefault="00000000">
      <w:r>
        <w:t>Seizures.</w:t>
      </w:r>
    </w:p>
    <w:p w14:paraId="13D9FF7C" w14:textId="77777777" w:rsidR="00DB05F8" w:rsidRDefault="00000000">
      <w:r>
        <w:t>Weekly monitoring is required and maybe antenatal surgery if pressure builds. Then the words "Edward's Syndrome" hit me like a blow to the chest.</w:t>
      </w:r>
    </w:p>
    <w:p w14:paraId="2D2AF93C" w14:textId="77777777" w:rsidR="00DB05F8" w:rsidRDefault="00000000">
      <w:r>
        <w:t>They started discussing options, including termination.</w:t>
      </w:r>
    </w:p>
    <w:p w14:paraId="64A84DAF" w14:textId="77777777" w:rsidR="00DB05F8" w:rsidRDefault="00000000">
      <w:r>
        <w:t>It was all happening too fast. The words, the implications, the decisions. I couldn’t breathe. I finally held up my hand and asked them to stop.</w:t>
      </w:r>
    </w:p>
    <w:p w14:paraId="27B91914" w14:textId="77777777" w:rsidR="00DB05F8" w:rsidRDefault="00000000">
      <w:r>
        <w:t>"I need to breathe."</w:t>
      </w:r>
    </w:p>
    <w:p w14:paraId="0303DA54" w14:textId="77777777" w:rsidR="00DB05F8" w:rsidRDefault="00000000">
      <w:r>
        <w:t>How could this be real? How the hell was I going to explain this to Akil?</w:t>
      </w:r>
    </w:p>
    <w:p w14:paraId="45DB759F" w14:textId="77777777" w:rsidR="00DB05F8" w:rsidRDefault="00000000">
      <w:r>
        <w:t>It took a few days for the shock to settle. I confided in a friend who helped me untangle my thoughts.</w:t>
      </w:r>
    </w:p>
    <w:p w14:paraId="0F3C3BF2" w14:textId="77777777" w:rsidR="00DB05F8" w:rsidRDefault="00000000">
      <w:r>
        <w:t>It was the middle of the night when I finally spoke.</w:t>
      </w:r>
    </w:p>
    <w:p w14:paraId="14D45B9A" w14:textId="77777777" w:rsidR="00DB05F8" w:rsidRDefault="00000000">
      <w:r>
        <w:lastRenderedPageBreak/>
        <w:t>The house was heavy with silence, the kind that presses against your skin and fills the spaces between your ribs.</w:t>
      </w:r>
    </w:p>
    <w:p w14:paraId="31CAEEA0" w14:textId="77777777" w:rsidR="00DB05F8" w:rsidRDefault="00000000">
      <w:r>
        <w:t>I lay in bed, one hand resting lightly over my stomach.</w:t>
      </w:r>
      <w:r>
        <w:br/>
        <w:t>No bump yet.</w:t>
      </w:r>
      <w:r>
        <w:br/>
        <w:t>No fluttering kicks.</w:t>
      </w:r>
    </w:p>
    <w:p w14:paraId="51313522" w14:textId="77777777" w:rsidR="00DB05F8" w:rsidRDefault="00000000">
      <w:r>
        <w:t>Just the idea of you.</w:t>
      </w:r>
      <w:r>
        <w:br/>
        <w:t>Fragile.</w:t>
      </w:r>
      <w:r>
        <w:br/>
        <w:t>Impossible.</w:t>
      </w:r>
      <w:r>
        <w:br/>
        <w:t>Real.</w:t>
      </w:r>
    </w:p>
    <w:p w14:paraId="67D03E5A" w14:textId="77777777" w:rsidR="00DB05F8" w:rsidRDefault="00000000">
      <w:r>
        <w:t>I closed my eyes and let the words slip out into the darkness, so soft they barely stirred the air.</w:t>
      </w:r>
    </w:p>
    <w:p w14:paraId="3AF4FD34" w14:textId="77777777" w:rsidR="00DB05F8" w:rsidRDefault="00000000">
      <w:r>
        <w:t>"Hey, little one," I whispered.</w:t>
      </w:r>
    </w:p>
    <w:p w14:paraId="63A28D0E" w14:textId="77777777" w:rsidR="00DB05F8" w:rsidRDefault="00000000">
      <w:r>
        <w:t>My voice cracked on the second word, a rawness I hadn't expected rising in my throat.</w:t>
      </w:r>
    </w:p>
    <w:p w14:paraId="6E0A31C4" w14:textId="77777777" w:rsidR="00DB05F8" w:rsidRDefault="00000000">
      <w:r>
        <w:t>"I don't know what I'm doing," I admitted.</w:t>
      </w:r>
      <w:r>
        <w:br/>
        <w:t>"I don't even know if I'm strong enough for this."</w:t>
      </w:r>
    </w:p>
    <w:p w14:paraId="18242AAF" w14:textId="77777777" w:rsidR="00DB05F8" w:rsidRDefault="00000000">
      <w:r>
        <w:t>The ceiling blurred above me, white and endless.</w:t>
      </w:r>
      <w:r>
        <w:br/>
        <w:t>I blinked away tears, letting them slip into my hair.</w:t>
      </w:r>
    </w:p>
    <w:p w14:paraId="3E86466E" w14:textId="77777777" w:rsidR="00DB05F8" w:rsidRDefault="00000000">
      <w:r>
        <w:t>"I’m scared," I whispered.</w:t>
      </w:r>
      <w:r>
        <w:br/>
        <w:t>"Of everything.</w:t>
      </w:r>
      <w:r>
        <w:br/>
        <w:t>Of losing you.</w:t>
      </w:r>
      <w:r>
        <w:br/>
        <w:t>Of failing you.</w:t>
      </w:r>
      <w:r>
        <w:br/>
        <w:t>Of being too broken to be the mother you deserve."</w:t>
      </w:r>
    </w:p>
    <w:p w14:paraId="4048AF0C" w14:textId="77777777" w:rsidR="00DB05F8" w:rsidRDefault="00000000">
      <w:r>
        <w:t>The words tasted like salt and sorrow.</w:t>
      </w:r>
    </w:p>
    <w:p w14:paraId="3F7024F8" w14:textId="77777777" w:rsidR="00DB05F8" w:rsidRDefault="00000000">
      <w:r>
        <w:t>For a long moment, I just breathed.</w:t>
      </w:r>
      <w:r>
        <w:br/>
        <w:t>In.</w:t>
      </w:r>
      <w:r>
        <w:br/>
        <w:t>Out.</w:t>
      </w:r>
    </w:p>
    <w:p w14:paraId="4C470E1E" w14:textId="77777777" w:rsidR="00DB05F8" w:rsidRDefault="00000000">
      <w:r>
        <w:t>The slow, aching rhythm of survival.</w:t>
      </w:r>
    </w:p>
    <w:p w14:paraId="5CF56E70" w14:textId="77777777" w:rsidR="00DB05F8" w:rsidRDefault="00000000">
      <w:r>
        <w:t>My palm pressed gently against the flatness of my belly, searching for something, connection, maybe, or forgiveness.</w:t>
      </w:r>
    </w:p>
    <w:p w14:paraId="4E9A9AD9" w14:textId="77777777" w:rsidR="00DB05F8" w:rsidRDefault="00000000">
      <w:r>
        <w:t>"You didn’t ask for this," I said.</w:t>
      </w:r>
      <w:r>
        <w:br/>
        <w:t>"You didn’t ask to be born into a body that flinches at shadows.</w:t>
      </w:r>
      <w:r>
        <w:br/>
        <w:t>You didn’t ask to be carried by someone learning how to live again."</w:t>
      </w:r>
    </w:p>
    <w:p w14:paraId="1C3360B5" w14:textId="77777777" w:rsidR="00DB05F8" w:rsidRDefault="00000000">
      <w:r>
        <w:lastRenderedPageBreak/>
        <w:t>A deep, shuddering breath.</w:t>
      </w:r>
    </w:p>
    <w:p w14:paraId="7A11CC7A" w14:textId="77777777" w:rsidR="00DB05F8" w:rsidRDefault="00000000">
      <w:r>
        <w:t>"But you're here.</w:t>
      </w:r>
      <w:r>
        <w:br/>
        <w:t>And somehow, you're still choosing me."</w:t>
      </w:r>
    </w:p>
    <w:p w14:paraId="17DE6487" w14:textId="77777777" w:rsidR="00DB05F8" w:rsidRDefault="00000000">
      <w:r>
        <w:t>I let the silence stretch, feeling it wrap around us, not empty, but full of something heavy and new.</w:t>
      </w:r>
    </w:p>
    <w:p w14:paraId="49C33A6D" w14:textId="77777777" w:rsidR="00DB05F8" w:rsidRDefault="00000000">
      <w:r>
        <w:t>"I don’t have promises to give you," I said finally.</w:t>
      </w:r>
      <w:r>
        <w:br/>
        <w:t>"No fairy tales.</w:t>
      </w:r>
      <w:r>
        <w:br/>
        <w:t>No easy roads."</w:t>
      </w:r>
    </w:p>
    <w:p w14:paraId="61A547F4" w14:textId="77777777" w:rsidR="00DB05F8" w:rsidRDefault="00000000">
      <w:r>
        <w:t>I closed my eyes and let the words come from the deepest part of me, the part that had survived, the part still learning how to hope.</w:t>
      </w:r>
    </w:p>
    <w:p w14:paraId="1CC64C1C" w14:textId="77777777" w:rsidR="00DB05F8" w:rsidRDefault="00000000">
      <w:r>
        <w:t>"But I can promise you this:</w:t>
      </w:r>
      <w:r>
        <w:br/>
        <w:t>I will fight for you.</w:t>
      </w:r>
      <w:r>
        <w:br/>
        <w:t>I will fight for the pieces of myself that still believe in love.</w:t>
      </w:r>
      <w:r>
        <w:br/>
        <w:t>And even when the world feels too heavy,</w:t>
      </w:r>
      <w:r>
        <w:br/>
        <w:t>I will never stop choosing you."</w:t>
      </w:r>
    </w:p>
    <w:p w14:paraId="7E629A4C" w14:textId="77777777" w:rsidR="00DB05F8" w:rsidRDefault="00000000">
      <w:r>
        <w:t>The tears came freely now, soaking the pillow, washing some of the fear from my skin.</w:t>
      </w:r>
    </w:p>
    <w:p w14:paraId="27C6446E" w14:textId="77777777" w:rsidR="00DB05F8" w:rsidRDefault="00000000">
      <w:r>
        <w:t>Somewhere deep inside, I imagined you,</w:t>
      </w:r>
      <w:r>
        <w:br/>
        <w:t>small, unbroken, fierce,</w:t>
      </w:r>
      <w:r>
        <w:br/>
        <w:t>listening.</w:t>
      </w:r>
    </w:p>
    <w:p w14:paraId="7C3BFC4F" w14:textId="77777777" w:rsidR="00DB05F8" w:rsidRDefault="00000000">
      <w:r>
        <w:t>Maybe you can’t hear me.</w:t>
      </w:r>
    </w:p>
    <w:p w14:paraId="244B666D" w14:textId="77777777" w:rsidR="00DB05F8" w:rsidRDefault="00000000">
      <w:r>
        <w:t>Maybe you can.</w:t>
      </w:r>
    </w:p>
    <w:p w14:paraId="7BA52382" w14:textId="77777777" w:rsidR="00DB05F8" w:rsidRDefault="00000000">
      <w:r>
        <w:t>But either way, for the first time in what felt like forever, I was speaking from a place inside myself that violence hadn't touched.</w:t>
      </w:r>
    </w:p>
    <w:p w14:paraId="0950301C" w14:textId="77777777" w:rsidR="00DB05F8" w:rsidRDefault="00000000">
      <w:r>
        <w:t>And that,</w:t>
      </w:r>
      <w:r>
        <w:br/>
        <w:t>that was something worth building a life arou</w:t>
      </w:r>
    </w:p>
    <w:p w14:paraId="64525BA4" w14:textId="77777777" w:rsidR="00DB05F8" w:rsidRDefault="00000000">
      <w:r>
        <w:t>Eventually, I found the strength to have the conversation with Akil. I was ready with all the words.</w:t>
      </w:r>
    </w:p>
    <w:p w14:paraId="469288A1" w14:textId="77777777" w:rsidR="00DB05F8" w:rsidRDefault="00000000">
      <w:r>
        <w:t>The studio apartment felt suffocating.</w:t>
      </w:r>
    </w:p>
    <w:p w14:paraId="7E907176" w14:textId="77777777" w:rsidR="00DB05F8" w:rsidRDefault="00000000">
      <w:r>
        <w:t>Walls too close.</w:t>
      </w:r>
      <w:r>
        <w:br/>
        <w:t>Air too thick.</w:t>
      </w:r>
      <w:r>
        <w:br/>
        <w:t>Grief too loud.</w:t>
      </w:r>
    </w:p>
    <w:p w14:paraId="065DA811" w14:textId="77777777" w:rsidR="00DB05F8" w:rsidRDefault="00000000">
      <w:r>
        <w:lastRenderedPageBreak/>
        <w:t>I sat on the edge of the bed, knees drawn to my chest, the faded quilt bunched under my fingers.</w:t>
      </w:r>
    </w:p>
    <w:p w14:paraId="520552BD" w14:textId="77777777" w:rsidR="00DB05F8" w:rsidRDefault="00000000">
      <w:r>
        <w:t>Akil paced the narrow strip between the kitchenette and the window, his body a live wire of restless energy.</w:t>
      </w:r>
      <w:r>
        <w:br/>
        <w:t>Every few steps, he rubbed the back of his neck like he could scrub away the reality between us.</w:t>
      </w:r>
    </w:p>
    <w:p w14:paraId="31441033" w14:textId="77777777" w:rsidR="00DB05F8" w:rsidRDefault="00000000">
      <w:r>
        <w:t>The fridge hummed.</w:t>
      </w:r>
      <w:r>
        <w:br/>
        <w:t>The clock on the wall ticked, loud and hollow.</w:t>
      </w:r>
    </w:p>
    <w:p w14:paraId="1B2E51D1" w14:textId="77777777" w:rsidR="00DB05F8" w:rsidRDefault="00000000">
      <w:r>
        <w:t>Neither of us spoke.</w:t>
      </w:r>
    </w:p>
    <w:p w14:paraId="5B0577DF" w14:textId="77777777" w:rsidR="00DB05F8" w:rsidRDefault="00000000">
      <w:r>
        <w:t>Finally, I broke the silence.</w:t>
      </w:r>
    </w:p>
    <w:p w14:paraId="7BD481A5" w14:textId="77777777" w:rsidR="00DB05F8" w:rsidRDefault="00000000">
      <w:r>
        <w:t>"You didn’t say much the other night," I said, voice low but steady.</w:t>
      </w:r>
      <w:r>
        <w:br/>
        <w:t>"After I told you."</w:t>
      </w:r>
    </w:p>
    <w:p w14:paraId="227E9CC4" w14:textId="77777777" w:rsidR="00DB05F8" w:rsidRDefault="00000000">
      <w:r>
        <w:t>He stopped moving, his back to me, staring out the window as if the answers might be hiding somewhere in the streetlights.</w:t>
      </w:r>
    </w:p>
    <w:p w14:paraId="6E50CE69" w14:textId="77777777" w:rsidR="00DB05F8" w:rsidRDefault="00000000">
      <w:r>
        <w:t>"I didn’t know what to say," he admitted.</w:t>
      </w:r>
      <w:r>
        <w:br/>
        <w:t>His voice was rough, scraped raw.</w:t>
      </w:r>
    </w:p>
    <w:p w14:paraId="2D0B8FBA" w14:textId="77777777" w:rsidR="00DB05F8" w:rsidRDefault="00000000">
      <w:r>
        <w:t>I shifted, grounding myself against the cold metal of the bedframe.</w:t>
      </w:r>
    </w:p>
    <w:p w14:paraId="2F959688" w14:textId="77777777" w:rsidR="00DB05F8" w:rsidRDefault="00000000">
      <w:r>
        <w:t>"I’m not looking for perfect," I said.</w:t>
      </w:r>
      <w:r>
        <w:br/>
        <w:t>"I’m just looking for the truth."</w:t>
      </w:r>
    </w:p>
    <w:p w14:paraId="18BCAF95" w14:textId="77777777" w:rsidR="00DB05F8" w:rsidRDefault="00000000">
      <w:r>
        <w:t>He turned then, slowly.</w:t>
      </w:r>
    </w:p>
    <w:p w14:paraId="19A8A83F" w14:textId="77777777" w:rsidR="00DB05F8" w:rsidRDefault="00000000">
      <w:r>
        <w:t>His face, usually so sure, so steady, was carved with fear, guilt, something deeper I couldn’t name.</w:t>
      </w:r>
    </w:p>
    <w:p w14:paraId="764B2671" w14:textId="77777777" w:rsidR="00DB05F8" w:rsidRDefault="00000000">
      <w:r>
        <w:t>"I’m scared, Rae," he said.</w:t>
      </w:r>
      <w:r>
        <w:br/>
        <w:t>"More scared than I’ve ever been."</w:t>
      </w:r>
    </w:p>
    <w:p w14:paraId="3C0EA7AD" w14:textId="77777777" w:rsidR="00DB05F8" w:rsidRDefault="00000000">
      <w:r>
        <w:t>I let out a brittle laugh, hollow and sharp.</w:t>
      </w:r>
    </w:p>
    <w:p w14:paraId="19435D9C" w14:textId="77777777" w:rsidR="00DB05F8" w:rsidRDefault="00000000">
      <w:r>
        <w:t>"You think you’re the only one?"</w:t>
      </w:r>
    </w:p>
    <w:p w14:paraId="486AE145" w14:textId="77777777" w:rsidR="00DB05F8" w:rsidRDefault="00000000">
      <w:r>
        <w:t>He flinched, a small, involuntary thing.</w:t>
      </w:r>
    </w:p>
    <w:p w14:paraId="4750E55D" w14:textId="77777777" w:rsidR="00DB05F8" w:rsidRDefault="00000000">
      <w:r>
        <w:t>I stood then, needing to move, to breathe, to survive this moment.</w:t>
      </w:r>
    </w:p>
    <w:p w14:paraId="057BFDB3" w14:textId="77777777" w:rsidR="00DB05F8" w:rsidRDefault="00000000">
      <w:r>
        <w:t>"You’re married," I said, my voice shaking despite the steel I tried to thread into it.</w:t>
      </w:r>
      <w:r>
        <w:br/>
      </w:r>
      <w:r>
        <w:lastRenderedPageBreak/>
        <w:t>"You have a life. A woman you made promises to. A world that doesn’t have space for this, for us, anymore."</w:t>
      </w:r>
    </w:p>
    <w:p w14:paraId="00C07880" w14:textId="77777777" w:rsidR="00DB05F8" w:rsidRDefault="00000000">
      <w:r>
        <w:t>He stepped toward me instinctively, but I held up a hand, halting him in place.</w:t>
      </w:r>
    </w:p>
    <w:p w14:paraId="72DB6A03" w14:textId="77777777" w:rsidR="00DB05F8" w:rsidRDefault="00000000">
      <w:r>
        <w:t>"Don’t," I said.</w:t>
      </w:r>
      <w:r>
        <w:br/>
        <w:t>"Not unless you mean it."</w:t>
      </w:r>
    </w:p>
    <w:p w14:paraId="667EF90A" w14:textId="77777777" w:rsidR="00DB05F8" w:rsidRDefault="00000000">
      <w:r>
        <w:t>He froze.</w:t>
      </w:r>
    </w:p>
    <w:p w14:paraId="3024D4EB" w14:textId="77777777" w:rsidR="00DB05F8" w:rsidRDefault="00000000">
      <w:r>
        <w:t>I took a slow, ragged breath and pressed my palm lightly against my belly, still flat, still invisible to the world, but burning like a sun inside me.</w:t>
      </w:r>
    </w:p>
    <w:p w14:paraId="1008FE83" w14:textId="77777777" w:rsidR="00DB05F8" w:rsidRDefault="00000000">
      <w:r>
        <w:t>"I wasn’t looking for trouble," I said, voice gentler now, but no less fierce.</w:t>
      </w:r>
      <w:r>
        <w:br/>
        <w:t>"I wasn’t chasing after some fantasy or trying to tear your life apart."</w:t>
      </w:r>
    </w:p>
    <w:p w14:paraId="4418917A" w14:textId="77777777" w:rsidR="00DB05F8" w:rsidRDefault="00000000">
      <w:r>
        <w:t>Tears burned behind my eyes, but I refused to let them fall.</w:t>
      </w:r>
    </w:p>
    <w:p w14:paraId="7D91BD66" w14:textId="77777777" w:rsidR="00DB05F8" w:rsidRDefault="00000000">
      <w:r>
        <w:t>"I wasn’t supposed to get pregnant. They told me I couldn’t."</w:t>
      </w:r>
    </w:p>
    <w:p w14:paraId="5B1BE837" w14:textId="77777777" w:rsidR="00DB05F8" w:rsidRDefault="00000000">
      <w:r>
        <w:t>A shudder passed through me, not from fear, but from the sheer overwhelming truth of it.</w:t>
      </w:r>
    </w:p>
    <w:p w14:paraId="58A8710D" w14:textId="77777777" w:rsidR="00DB05F8" w:rsidRDefault="00000000">
      <w:r>
        <w:t>"I made peace with that a long time ago," I continued.</w:t>
      </w:r>
      <w:r>
        <w:br/>
        <w:t>"I built a life without that dream."</w:t>
      </w:r>
    </w:p>
    <w:p w14:paraId="5105EF37" w14:textId="77777777" w:rsidR="00DB05F8" w:rsidRDefault="00000000">
      <w:r>
        <w:t>I swallowed hard.</w:t>
      </w:r>
    </w:p>
    <w:p w14:paraId="6BB6F59B" w14:textId="77777777" w:rsidR="00DB05F8" w:rsidRDefault="00000000">
      <w:r>
        <w:t>"But this, this life, it’s here now.</w:t>
      </w:r>
      <w:r>
        <w:br/>
        <w:t>And I will raise this child.</w:t>
      </w:r>
      <w:r>
        <w:br/>
        <w:t>With you.</w:t>
      </w:r>
      <w:r>
        <w:br/>
        <w:t>Without you.</w:t>
      </w:r>
      <w:r>
        <w:br/>
        <w:t>I’m not asking for anything you can’t give."</w:t>
      </w:r>
    </w:p>
    <w:p w14:paraId="64F93956" w14:textId="77777777" w:rsidR="00DB05F8" w:rsidRDefault="00000000">
      <w:r>
        <w:t>I forced myself to meet his eyes, even though it hurt like hell.</w:t>
      </w:r>
    </w:p>
    <w:p w14:paraId="48198603" w14:textId="77777777" w:rsidR="00DB05F8" w:rsidRDefault="00000000">
      <w:r>
        <w:t>"You don’t owe me anything, Akil.</w:t>
      </w:r>
      <w:r>
        <w:br/>
        <w:t>You don't have to choose me.</w:t>
      </w:r>
      <w:r>
        <w:br/>
        <w:t>You don't even have to tell anyone you're the father."</w:t>
      </w:r>
    </w:p>
    <w:p w14:paraId="1636FEE7" w14:textId="77777777" w:rsidR="00DB05F8" w:rsidRDefault="00000000">
      <w:r>
        <w:t>The words tore at something inside me, but I meant them.</w:t>
      </w:r>
    </w:p>
    <w:p w14:paraId="56DDA747" w14:textId="77777777" w:rsidR="00DB05F8" w:rsidRDefault="00000000">
      <w:r>
        <w:t>"I'll carry this child.</w:t>
      </w:r>
      <w:r>
        <w:br/>
        <w:t>I'll love them.</w:t>
      </w:r>
      <w:r>
        <w:br/>
        <w:t>I'll protect them."</w:t>
      </w:r>
    </w:p>
    <w:p w14:paraId="106733F3" w14:textId="77777777" w:rsidR="00DB05F8" w:rsidRDefault="00000000">
      <w:r>
        <w:t>A breath.</w:t>
      </w:r>
    </w:p>
    <w:p w14:paraId="6240ACFE" w14:textId="77777777" w:rsidR="00DB05F8" w:rsidRDefault="00000000">
      <w:r>
        <w:lastRenderedPageBreak/>
        <w:t>"And I will not let your fear, or mine, decide their worth."</w:t>
      </w:r>
    </w:p>
    <w:p w14:paraId="6639838F" w14:textId="77777777" w:rsidR="00DB05F8" w:rsidRDefault="00000000">
      <w:r>
        <w:t>For a moment, the room was thick with all the things we could not say.</w:t>
      </w:r>
    </w:p>
    <w:p w14:paraId="4778E562" w14:textId="77777777" w:rsidR="00DB05F8" w:rsidRDefault="00000000">
      <w:r>
        <w:t>Then Akil crossed the space between us in two steps, slow but sure.</w:t>
      </w:r>
    </w:p>
    <w:p w14:paraId="0404B1AE" w14:textId="77777777" w:rsidR="00DB05F8" w:rsidRDefault="00000000">
      <w:r>
        <w:t>He didn’t speak.</w:t>
      </w:r>
      <w:r>
        <w:br/>
        <w:t>He just wrapped his arms around me, careful, trembling, as if I might break, as if he might break.</w:t>
      </w:r>
    </w:p>
    <w:p w14:paraId="432101DB" w14:textId="77777777" w:rsidR="00DB05F8" w:rsidRDefault="00000000">
      <w:r>
        <w:t>I stood stiff at first, every muscle locked in defense.</w:t>
      </w:r>
    </w:p>
    <w:p w14:paraId="6450F763" w14:textId="77777777" w:rsidR="00DB05F8" w:rsidRDefault="00000000">
      <w:r>
        <w:t>Then, slowly, I let my forehead drop against his chest, feeling the wild hammering of his heart against my ear.</w:t>
      </w:r>
    </w:p>
    <w:p w14:paraId="112F8016" w14:textId="77777777" w:rsidR="00DB05F8" w:rsidRDefault="00000000">
      <w:r>
        <w:t>Not a promise.</w:t>
      </w:r>
    </w:p>
    <w:p w14:paraId="66518DC7" w14:textId="77777777" w:rsidR="00DB05F8" w:rsidRDefault="00000000">
      <w:r>
        <w:t>Not a fairytale.</w:t>
      </w:r>
    </w:p>
    <w:p w14:paraId="61B8F790" w14:textId="77777777" w:rsidR="00DB05F8" w:rsidRDefault="00000000">
      <w:r>
        <w:t>But something.</w:t>
      </w:r>
    </w:p>
    <w:p w14:paraId="0FFE3B36" w14:textId="77777777" w:rsidR="00DB05F8" w:rsidRDefault="00000000">
      <w:r>
        <w:t>A beginning, maybe.</w:t>
      </w:r>
    </w:p>
    <w:p w14:paraId="27324FAD" w14:textId="77777777" w:rsidR="00DB05F8" w:rsidRDefault="00000000">
      <w:r>
        <w:t>Or at least, a kind of truth.</w:t>
      </w:r>
    </w:p>
    <w:p w14:paraId="50275725" w14:textId="77777777" w:rsidR="00DB05F8" w:rsidRDefault="00000000">
      <w:r>
        <w:t>His voice rumbled low against the crown of my head.</w:t>
      </w:r>
    </w:p>
    <w:p w14:paraId="1047023B" w14:textId="77777777" w:rsidR="00DB05F8" w:rsidRDefault="00000000">
      <w:r>
        <w:t>"I don't know how to do this," he whispered.</w:t>
      </w:r>
      <w:r>
        <w:br/>
        <w:t>"But I want to try."</w:t>
      </w:r>
    </w:p>
    <w:p w14:paraId="0F2D5878" w14:textId="77777777" w:rsidR="00DB05F8" w:rsidRDefault="00000000">
      <w:r>
        <w:t>And for the first time in days, a thread of something fragile pulled tight in my chest,</w:t>
      </w:r>
      <w:r>
        <w:br/>
        <w:t>not hope, exactly.</w:t>
      </w:r>
    </w:p>
    <w:p w14:paraId="59A7AE90" w14:textId="77777777" w:rsidR="00DB05F8" w:rsidRDefault="00000000">
      <w:r>
        <w:t>But the stubborn, shaking decision to believe that even broken things could find ways to rise.</w:t>
      </w:r>
    </w:p>
    <w:p w14:paraId="10E0A248" w14:textId="77777777" w:rsidR="00DB05F8" w:rsidRDefault="00000000">
      <w:r>
        <w:t>But deep inside, I was drowning in questions.</w:t>
      </w:r>
    </w:p>
    <w:p w14:paraId="14BE6113" w14:textId="77777777" w:rsidR="00DB05F8" w:rsidRDefault="00000000">
      <w:r>
        <w:t>Could I raise a child?</w:t>
      </w:r>
    </w:p>
    <w:p w14:paraId="669EE33A" w14:textId="77777777" w:rsidR="00DB05F8" w:rsidRDefault="00000000">
      <w:r>
        <w:t>What if he had Edward's Syndrome?</w:t>
      </w:r>
    </w:p>
    <w:p w14:paraId="7880134A" w14:textId="77777777" w:rsidR="00DB05F8" w:rsidRDefault="00000000">
      <w:r>
        <w:t>What if he needed more than I could give?</w:t>
      </w:r>
    </w:p>
    <w:p w14:paraId="6470FB50" w14:textId="77777777" w:rsidR="00DB05F8" w:rsidRDefault="00000000">
      <w:r>
        <w:t>I was going to be a mother in four months.</w:t>
      </w:r>
    </w:p>
    <w:p w14:paraId="5D660873" w14:textId="77777777" w:rsidR="00DB05F8" w:rsidRDefault="00000000">
      <w:r>
        <w:lastRenderedPageBreak/>
        <w:t>The following weeks became a blur of appointments, scans, and procedures. Each test brought a mix of fear and hope. Gradually, the scans showed signs of improvement.</w:t>
      </w:r>
    </w:p>
    <w:p w14:paraId="2E5EFC32" w14:textId="77777777" w:rsidR="00DB05F8" w:rsidRDefault="00000000">
      <w:r>
        <w:t>Something inside me shifted. I was preparing. Not just logistically, but emotionally and spiritually. I didn’t know what lay ahead, but I was ready in my heart to face whatever would come.</w:t>
      </w:r>
    </w:p>
    <w:p w14:paraId="0CFDCA88" w14:textId="77777777" w:rsidR="00DB05F8" w:rsidRDefault="00000000">
      <w:r>
        <w:t>Becoming a mother carried a weight of fear for me, and not because I didn’t know how to care for a child.</w:t>
      </w:r>
    </w:p>
    <w:p w14:paraId="7F4F7801" w14:textId="77777777" w:rsidR="00DB05F8" w:rsidRDefault="00000000">
      <w:r>
        <w:t>I had spent years babysitting and nurturing my nieces and nephews, tending to them with love and patience. Looking after a child had never been a worry.</w:t>
      </w:r>
    </w:p>
    <w:p w14:paraId="26BBABD6" w14:textId="77777777" w:rsidR="00DB05F8" w:rsidRDefault="00000000">
      <w:r>
        <w:t>The real fear was deeper. It was the terror of failing. Failing not in love, but in responsibility.</w:t>
      </w:r>
    </w:p>
    <w:p w14:paraId="08BBF2C2" w14:textId="77777777" w:rsidR="00DB05F8" w:rsidRDefault="00000000">
      <w:r>
        <w:t>At the time, I was working as an agency employee. No benefits. No paid maternity leave. No safety net. I was already struggling to support myself. How was I supposed to support another life when I could barely hold up my own?</w:t>
      </w:r>
    </w:p>
    <w:p w14:paraId="2D5CB0EE" w14:textId="77777777" w:rsidR="00DB05F8" w:rsidRDefault="00000000">
      <w:r>
        <w:t>When the reality of being pregnant finally sank in, a strange clarity followed. I realised I had nothing left to lose by fighting for a better future, not just for myself, but for this new life growing inside me.</w:t>
      </w:r>
    </w:p>
    <w:p w14:paraId="57FC53A1" w14:textId="77777777" w:rsidR="00DB05F8" w:rsidRDefault="00000000">
      <w:r>
        <w:t>With my heart pounding and my future uncertain, I walked into the chief executive’s office. I laid it all bare: my situation, my fears, my hope.</w:t>
      </w:r>
    </w:p>
    <w:p w14:paraId="06213809" w14:textId="77777777" w:rsidR="00DB05F8" w:rsidRDefault="00000000">
      <w:r>
        <w:t>She listened.</w:t>
      </w:r>
    </w:p>
    <w:p w14:paraId="436F5E00" w14:textId="77777777" w:rsidR="00DB05F8" w:rsidRDefault="00000000">
      <w:r>
        <w:t>And when I stepped out of her office, I paused in the corridor, placed a hand on my belly, and took the deepest breath of gratitude. Her kindness had opened a door I had thought was closed forever.</w:t>
      </w:r>
    </w:p>
    <w:p w14:paraId="227610B3" w14:textId="77777777" w:rsidR="00DB05F8" w:rsidRDefault="00000000">
      <w:r>
        <w:t>She gave me the opportunity to apply for a permanent post something I had long earned through dedication, but had never dared to expect.</w:t>
      </w:r>
    </w:p>
    <w:p w14:paraId="266B6FAE" w14:textId="77777777" w:rsidR="00DB05F8" w:rsidRDefault="00000000">
      <w:r>
        <w:t>Within weeks, I was interviewed, and the offer was made.</w:t>
      </w:r>
    </w:p>
    <w:p w14:paraId="02A83916" w14:textId="77777777" w:rsidR="00DB05F8" w:rsidRDefault="00000000">
      <w:r>
        <w:t>Permanent contract secured.</w:t>
      </w:r>
    </w:p>
    <w:p w14:paraId="0AA2B06D" w14:textId="77777777" w:rsidR="00DB05F8" w:rsidRDefault="00000000">
      <w:r>
        <w:t>Three months of maternity and vacation leave agreed.</w:t>
      </w:r>
    </w:p>
    <w:p w14:paraId="1E56F841" w14:textId="77777777" w:rsidR="00DB05F8" w:rsidRDefault="00000000">
      <w:r>
        <w:t>A mountain I had been carrying for years lifted quietly from my shoulders.</w:t>
      </w:r>
    </w:p>
    <w:p w14:paraId="097E97FE" w14:textId="77777777" w:rsidR="00DB05F8" w:rsidRDefault="00000000">
      <w:r>
        <w:t>It felt as if someone, somewhere, was looking out for me.</w:t>
      </w:r>
    </w:p>
    <w:p w14:paraId="5899B351" w14:textId="77777777" w:rsidR="00DB05F8" w:rsidRDefault="00000000">
      <w:r>
        <w:lastRenderedPageBreak/>
        <w:t>Throughout my pregnancy, I often felt the presence of my father and my grandmothers. As if they walked invisibly beside me, steadying my steps when fear threatened to pull me under. Their silent comfort became my strength.</w:t>
      </w:r>
    </w:p>
    <w:p w14:paraId="1B8109ED" w14:textId="77777777" w:rsidR="00DB05F8" w:rsidRDefault="00000000">
      <w:r>
        <w:t>It wasn't the unknown of becoming a mother that scared me most. It was the fear of failing the one person who would depend on me completely. But with each passing day, as new support systems formed and old fears gave way to hope, I realised something:</w:t>
      </w:r>
    </w:p>
    <w:p w14:paraId="40667CA6" w14:textId="77777777" w:rsidR="00DB05F8" w:rsidRDefault="00000000">
      <w:r>
        <w:t>I was not doing this alone.</w:t>
      </w:r>
      <w:r>
        <w:br/>
        <w:t>I never had been.</w:t>
      </w:r>
    </w:p>
    <w:p w14:paraId="36C8C4F2" w14:textId="77777777" w:rsidR="00DB05F8" w:rsidRDefault="00000000">
      <w:r>
        <w:br/>
      </w:r>
      <w:r>
        <w:br/>
        <w:t>CHAPTER 36</w:t>
      </w:r>
    </w:p>
    <w:p w14:paraId="4F384D2F" w14:textId="77777777" w:rsidR="00DB05F8" w:rsidRDefault="00000000">
      <w:r>
        <w:t>The Heart of Deptford</w:t>
      </w:r>
    </w:p>
    <w:p w14:paraId="3DF5D2AD" w14:textId="77777777" w:rsidR="00DB05F8" w:rsidRDefault="00000000">
      <w:r>
        <w:t>"Not all homes begin with keys and walls. Some begin with a breath, a blanket, and a crib beside the bed."</w:t>
      </w:r>
    </w:p>
    <w:p w14:paraId="1A9FFF15" w14:textId="77777777" w:rsidR="00DB05F8" w:rsidRDefault="00000000">
      <w:r>
        <w:t>The time is flying by, it’s late April, and the due date was set, 16th June 2002. I spent that morning rearranging the bed in the front room, dragging it closer to the window so the light could reach us. The crib went just beside it, close enough that I could reach out in the dark and know the baby was near.</w:t>
      </w:r>
    </w:p>
    <w:p w14:paraId="07098001" w14:textId="77777777" w:rsidR="00DB05F8" w:rsidRDefault="00000000">
      <w:r>
        <w:t>The apartment was small, one large room with a partition that sectioned off the sleeping space from the rest. There wasn’t much privacy, but there was light, and warmth, and enough room to begin again.</w:t>
      </w:r>
    </w:p>
    <w:p w14:paraId="128062C2" w14:textId="77777777" w:rsidR="00DB05F8" w:rsidRDefault="00000000">
      <w:r>
        <w:t>The walls were painted a soft, calming blue, a colour I chose when I moved in, needing something that reminded me of open skies and the sea back home. The wooden floors creaked when I walked barefoot, but the sound felt comforting, like the apartment learning my rhythm.</w:t>
      </w:r>
    </w:p>
    <w:p w14:paraId="62596F63" w14:textId="77777777" w:rsidR="00DB05F8" w:rsidRDefault="00000000">
      <w:r>
        <w:t>Each week, I added something to the space. A folded blanket at the edge of the bed. A stack of nappies tucked into the drawer. A bottle of baby lotion that smelled like powder and newness. One tiny pair of socks, soft as breath, rolled and placed by the window as if waiting.</w:t>
      </w:r>
    </w:p>
    <w:p w14:paraId="1C130AAD" w14:textId="77777777" w:rsidR="00DB05F8" w:rsidRDefault="00000000">
      <w:r>
        <w:t>The cot had sat in its box for weeks. But that morning, I put it together. Screwed each leg in place. Smoothed the sheet across the mattress with the kind of care I used to save for prayers.</w:t>
      </w:r>
    </w:p>
    <w:p w14:paraId="218D3CEE" w14:textId="77777777" w:rsidR="00DB05F8" w:rsidRDefault="00000000">
      <w:r>
        <w:t>It wasn’t much. But it was enough.</w:t>
      </w:r>
    </w:p>
    <w:p w14:paraId="42674523" w14:textId="77777777" w:rsidR="00DB05F8" w:rsidRDefault="00000000">
      <w:r>
        <w:lastRenderedPageBreak/>
        <w:t>On Saturdays, I went to the market.</w:t>
      </w:r>
    </w:p>
    <w:p w14:paraId="0ED41EEB" w14:textId="77777777" w:rsidR="00DB05F8" w:rsidRDefault="00000000">
      <w:r>
        <w:t>It had become my ritual, not just for essentials, but to feel the rhythm of life, the ordinary beauty of people carrying on. A welcome change of environment. A place where I felt part of something, if only for a few hours.</w:t>
      </w:r>
    </w:p>
    <w:p w14:paraId="7AB2D09E" w14:textId="77777777" w:rsidR="00DB05F8" w:rsidRDefault="00000000">
      <w:r>
        <w:t>The sky was overcast, the air damp and heavy with the smell of concrete, fried onions, and something vaguely metallic, the scent of Deptford waking up.</w:t>
      </w:r>
    </w:p>
    <w:p w14:paraId="38FA46E5" w14:textId="77777777" w:rsidR="00DB05F8" w:rsidRDefault="00000000">
      <w:r>
        <w:t>The market rolled out across the pavements like a tide, stalls unfolding their contents into the street, baby clothes, dish soap, callaloo, odd socks, phone chargers, fish laid on trays of crushed ice.</w:t>
      </w:r>
    </w:p>
    <w:p w14:paraId="747E7EA7" w14:textId="77777777" w:rsidR="00DB05F8" w:rsidRDefault="00000000">
      <w:r>
        <w:t>I headed straight for the stall that sold soaps and oils. I needed baby powder and shower gel, things that smelled of softness and safety, of skin and milk and sleep.</w:t>
      </w:r>
    </w:p>
    <w:p w14:paraId="33CDC71A" w14:textId="77777777" w:rsidR="00DB05F8" w:rsidRDefault="00000000">
      <w:r>
        <w:t>The woman behind the table gave me a long look, her mouth stretching into a smile.</w:t>
      </w:r>
    </w:p>
    <w:p w14:paraId="785C02A3" w14:textId="77777777" w:rsidR="00DB05F8" w:rsidRDefault="00000000">
      <w:r>
        <w:t>"How far now?" she asked, her eyes drifting to my belly.</w:t>
      </w:r>
    </w:p>
    <w:p w14:paraId="7CDE3161" w14:textId="77777777" w:rsidR="00DB05F8" w:rsidRDefault="00000000">
      <w:r>
        <w:t>"Seven months," I said, pulling my coat closed though it no longer met in the middle.</w:t>
      </w:r>
    </w:p>
    <w:p w14:paraId="73195457" w14:textId="77777777" w:rsidR="00DB05F8" w:rsidRDefault="00000000">
      <w:r>
        <w:t>"Nearly there," she said with a nod, passing me a bottle of lavender wash. "This one good. Smells like peace."</w:t>
      </w:r>
    </w:p>
    <w:p w14:paraId="2DC5826C" w14:textId="77777777" w:rsidR="00DB05F8" w:rsidRDefault="00000000">
      <w:r>
        <w:t>I added it to my bag, breathing in the scent, light, floral, full of possibility.</w:t>
      </w:r>
    </w:p>
    <w:p w14:paraId="0D29239B" w14:textId="77777777" w:rsidR="00DB05F8" w:rsidRDefault="00000000">
      <w:r>
        <w:t>The aunties at the fruit stalls saw me next. Their voices rose like song as they teased me, laughter bursting between bites of raw sugarcane.</w:t>
      </w:r>
    </w:p>
    <w:p w14:paraId="7E47B7E3" w14:textId="77777777" w:rsidR="00DB05F8" w:rsidRDefault="00000000">
      <w:r>
        <w:t>"She carrying a peanut still?" "Look at she, like a lizard that swallow a ackee seed!" "Girl, yuh belly finally show now!"</w:t>
      </w:r>
    </w:p>
    <w:p w14:paraId="206683B7" w14:textId="77777777" w:rsidR="00DB05F8" w:rsidRDefault="00000000">
      <w:r>
        <w:t>I laughed with them, cheeks warm but heart light. It was not cruelty. It was care disguised as mischief.</w:t>
      </w:r>
    </w:p>
    <w:p w14:paraId="17D7CDE3" w14:textId="77777777" w:rsidR="00DB05F8" w:rsidRDefault="00000000">
      <w:r>
        <w:t>The Bajan men near the tools had started their usual debate, boy or girl.</w:t>
      </w:r>
    </w:p>
    <w:p w14:paraId="4D023F1A" w14:textId="77777777" w:rsidR="00DB05F8" w:rsidRDefault="00000000">
      <w:r>
        <w:t>"Das a boy belly," one said, with a confident nod. "Girls carry high. She carrying low and proud."</w:t>
      </w:r>
    </w:p>
    <w:p w14:paraId="6A3BA6C7" w14:textId="77777777" w:rsidR="00DB05F8" w:rsidRDefault="00000000">
      <w:r>
        <w:t>"Boy or girl," the other called out, "that baby lucky. Got a mum that walk straight through life and still smiling."</w:t>
      </w:r>
    </w:p>
    <w:p w14:paraId="0D7A146F" w14:textId="77777777" w:rsidR="00DB05F8" w:rsidRDefault="00000000">
      <w:r>
        <w:lastRenderedPageBreak/>
        <w:t>Their words stayed with me as I wandered the rows, weaving past buckets of flowers, crates of plantains, and the scent of jerk smoke curling through the wind.</w:t>
      </w:r>
    </w:p>
    <w:p w14:paraId="1F6EAEA2" w14:textId="77777777" w:rsidR="00DB05F8" w:rsidRDefault="00000000">
      <w:r>
        <w:t>Before heading home, I stopped by the Indian shop tucked just behind the stalls. The man at the counter was already reaching under the table.</w:t>
      </w:r>
    </w:p>
    <w:p w14:paraId="742E3B30" w14:textId="77777777" w:rsidR="00DB05F8" w:rsidRDefault="00000000">
      <w:r>
        <w:t>He placed a small brown paper bag in my hand.</w:t>
      </w:r>
    </w:p>
    <w:p w14:paraId="2CA1A570" w14:textId="77777777" w:rsidR="00DB05F8" w:rsidRDefault="00000000">
      <w:r>
        <w:t>"Golden apples came in late last night," he said, smiling without needing to say more.</w:t>
      </w:r>
    </w:p>
    <w:p w14:paraId="50547D0C" w14:textId="77777777" w:rsidR="00DB05F8" w:rsidRDefault="00000000">
      <w:r>
        <w:t>I clutched the bag like a gift. Inside, the fruit still held the warmth of the morning, and with it, a piece of the island I missed, tart, sun-soaked, stubbornly sweet.</w:t>
      </w:r>
    </w:p>
    <w:p w14:paraId="544E1A83" w14:textId="77777777" w:rsidR="00DB05F8" w:rsidRDefault="00000000">
      <w:r>
        <w:t>When I reached home, the apartment welcomed me back like a soft breath.</w:t>
      </w:r>
    </w:p>
    <w:p w14:paraId="535BF5AC" w14:textId="77777777" w:rsidR="00DB05F8" w:rsidRDefault="00000000">
      <w:r>
        <w:t>I unpacked the bag slowly, baby gel, powder, thyme, apples. The kettle hissed from the counter. The sky shifted into early dusk. I folded everything into its place, hands resting now and then on the curve of my belly.</w:t>
      </w:r>
    </w:p>
    <w:p w14:paraId="09EC9869" w14:textId="77777777" w:rsidR="00DB05F8" w:rsidRDefault="00000000">
      <w:r>
        <w:t>Later, I lay in bed with the lights off, the window cracked open to the sound of the rain beginning.</w:t>
      </w:r>
    </w:p>
    <w:p w14:paraId="549FAE37" w14:textId="77777777" w:rsidR="00DB05F8" w:rsidRDefault="00000000">
      <w:r>
        <w:t>Kicks Park glowed faintly beyond the glass, and the scent of lavender curled through the room like a lullaby.</w:t>
      </w:r>
    </w:p>
    <w:p w14:paraId="0CEB450E" w14:textId="77777777" w:rsidR="00DB05F8" w:rsidRDefault="00000000">
      <w:r>
        <w:t>Beneath the weight of the night and the rain against the glass, a small life turned quietly inside me, already teaching me how to stay.</w:t>
      </w:r>
    </w:p>
    <w:p w14:paraId="38C4F218" w14:textId="77777777" w:rsidR="00DB05F8" w:rsidRDefault="00000000">
      <w:r>
        <w:br/>
      </w:r>
      <w:r>
        <w:br/>
        <w:t>CHAPTER 37</w:t>
      </w:r>
    </w:p>
    <w:p w14:paraId="76884B8C" w14:textId="77777777" w:rsidR="00DB05F8" w:rsidRDefault="00000000">
      <w:r>
        <w:t>The Beginning of Everything</w:t>
      </w:r>
    </w:p>
    <w:p w14:paraId="65C728FA" w14:textId="77777777" w:rsidR="00DB05F8" w:rsidRDefault="00000000">
      <w:r>
        <w:t>“From the deepest pain, something beautiful can be born.”</w:t>
      </w:r>
    </w:p>
    <w:p w14:paraId="247BE70C" w14:textId="77777777" w:rsidR="00DB05F8" w:rsidRDefault="00000000">
      <w:r>
        <w:t>A calm, water birth. Candlelight. Soft music. Breathing techniques I’d practised half-heartedly in antenatal classes. I imagined myself floating like some serene goddess, birthing with grace and quiet strength.</w:t>
      </w:r>
    </w:p>
    <w:p w14:paraId="405B843C" w14:textId="77777777" w:rsidR="00DB05F8" w:rsidRDefault="00000000">
      <w:r>
        <w:t>Instead, it was a Saturday night, and I was at home dancing around the living room to Pink’s “I’m Coming Out.” I was barefoot, happy, full of adrenaline, when a contraction slammed through me without warning.</w:t>
      </w:r>
    </w:p>
    <w:p w14:paraId="11ECD993" w14:textId="77777777" w:rsidR="00DB05F8" w:rsidRDefault="00000000">
      <w:r>
        <w:lastRenderedPageBreak/>
        <w:t>At first, I wasn’t sure. I paused, held my belly, and breathed through it. Then another came, stronger this time. My hips swayed instinctively, trying to ride the wave, but something in my body had shifted. I felt it. This wasn’t Braxton Hicks.</w:t>
      </w:r>
    </w:p>
    <w:p w14:paraId="4663A5D5" w14:textId="77777777" w:rsidR="00DB05F8" w:rsidRDefault="00000000">
      <w:r>
        <w:t>I called the hospital’s maternity unit.</w:t>
      </w:r>
      <w:r>
        <w:br/>
        <w:t>“I think I’m in labour,” I said.</w:t>
      </w:r>
    </w:p>
    <w:p w14:paraId="77DDB684" w14:textId="77777777" w:rsidR="00DB05F8" w:rsidRDefault="00000000">
      <w:r>
        <w:t>“Has your water broken?” the midwife asked, casually.</w:t>
      </w:r>
    </w:p>
    <w:p w14:paraId="0FAFD380" w14:textId="77777777" w:rsidR="00DB05F8" w:rsidRDefault="00000000">
      <w:r>
        <w:t>“No, but,”</w:t>
      </w:r>
    </w:p>
    <w:p w14:paraId="67519E67" w14:textId="77777777" w:rsidR="00DB05F8" w:rsidRDefault="00000000">
      <w:r>
        <w:t>She cut me off before I could finish. “Then you’re not in labour, ma’am. It’s probably just Braxton Hicks. Run a warm bath. That should help ease the discomfort.”</w:t>
      </w:r>
    </w:p>
    <w:p w14:paraId="4136CB81" w14:textId="77777777" w:rsidR="00DB05F8" w:rsidRDefault="00000000">
      <w:r>
        <w:t>Just like that. Dismissed.</w:t>
      </w:r>
    </w:p>
    <w:p w14:paraId="6E29F7E4" w14:textId="77777777" w:rsidR="00DB05F8" w:rsidRDefault="00000000">
      <w:r>
        <w:t>I wanted to argue, but another contraction made me grip the countertop instead. So I did what she said. I ran a bath and sank into the warmth, trying to relax.</w:t>
      </w:r>
    </w:p>
    <w:p w14:paraId="5B17D279" w14:textId="77777777" w:rsidR="00DB05F8" w:rsidRDefault="00000000">
      <w:r>
        <w:t>But the moment I settled, I felt a heavy pressure low in my pelvis. A shape. Solid. Rounded.</w:t>
      </w:r>
    </w:p>
    <w:p w14:paraId="3BF25455" w14:textId="77777777" w:rsidR="00DB05F8" w:rsidRDefault="00000000">
      <w:r>
        <w:t>It felt like a head.</w:t>
      </w:r>
    </w:p>
    <w:p w14:paraId="5A9A1BB1" w14:textId="77777777" w:rsidR="00DB05F8" w:rsidRDefault="00000000">
      <w:r>
        <w:t>That was when panic set in.</w:t>
      </w:r>
    </w:p>
    <w:p w14:paraId="652534D5" w14:textId="77777777" w:rsidR="00DB05F8" w:rsidRDefault="00000000">
      <w:r>
        <w:t>I reached for my phone and called my friend Paul.</w:t>
      </w:r>
      <w:r>
        <w:br/>
        <w:t>“Paul, I think I’m in labour. Proper labour.”</w:t>
      </w:r>
    </w:p>
    <w:p w14:paraId="5F68BFEB" w14:textId="77777777" w:rsidR="00DB05F8" w:rsidRDefault="00000000">
      <w:r>
        <w:t>“I’m calling an ambulance,” he said, instantly alert.</w:t>
      </w:r>
    </w:p>
    <w:p w14:paraId="509793D4" w14:textId="77777777" w:rsidR="00DB05F8" w:rsidRDefault="00000000">
      <w:r>
        <w:t>But no ambulance came. He tried for a taxi instead, and even that took ages. Most drivers refused once they heard I was in labour. Understandably, they didn’t want a baby delivered in the backseat.</w:t>
      </w:r>
    </w:p>
    <w:p w14:paraId="620F16B6" w14:textId="77777777" w:rsidR="00DB05F8" w:rsidRDefault="00000000">
      <w:r>
        <w:t>Eventually, someone agreed to take me.</w:t>
      </w:r>
    </w:p>
    <w:p w14:paraId="77E73721" w14:textId="77777777" w:rsidR="00DB05F8" w:rsidRDefault="00000000">
      <w:r>
        <w:t>As I waited, I called my cousin Rose. “I’m heading to the hospital. Please come.”</w:t>
      </w:r>
    </w:p>
    <w:p w14:paraId="7C3AE638" w14:textId="77777777" w:rsidR="00DB05F8" w:rsidRDefault="00000000">
      <w:r>
        <w:t>By the time I arrived at the hospital, it was nearly 4 a.m. They took one look at me and wheeled me straight into the birthing suite. I was already three centimetres dilated.</w:t>
      </w:r>
    </w:p>
    <w:p w14:paraId="7A9EEE7F" w14:textId="77777777" w:rsidR="00DB05F8" w:rsidRDefault="00000000">
      <w:r>
        <w:t>Rose arrived with her husband Richard and their daughter Katherine. Seeing them calmed me more than I expected, though Richard’s constant stream of corny jokes quickly tested my patience.</w:t>
      </w:r>
    </w:p>
    <w:p w14:paraId="3E307D97" w14:textId="77777777" w:rsidR="00DB05F8" w:rsidRDefault="00000000">
      <w:r>
        <w:lastRenderedPageBreak/>
        <w:t>“You need to walk around a bit,” the nurse told me.</w:t>
      </w:r>
      <w:r>
        <w:br/>
        <w:t>So I walked, or rather, shuffled, with Rose and Richard supporting me on either side. Richard cracked joke after joke, trying to lighten the mood, and for a split second I appreciated the effort. Then another contraction hit, and I genuinely considered hitting him back.</w:t>
      </w:r>
    </w:p>
    <w:p w14:paraId="654EE2A5" w14:textId="77777777" w:rsidR="00DB05F8" w:rsidRDefault="00000000">
      <w:r>
        <w:t>At one point, the baby’s heart rate dipped. The atmosphere in the room changed in an instant. Calm urgency took over. The decision was made to assist the birth with ventouse, a suction device. I remember the moment he emerged, his head slightly coned from the pressure. I also remember the wave of nausea that followed.</w:t>
      </w:r>
    </w:p>
    <w:p w14:paraId="1E59B726" w14:textId="77777777" w:rsidR="00DB05F8" w:rsidRDefault="00000000">
      <w:r>
        <w:t>I had requested an epidural, but it never took.</w:t>
      </w:r>
      <w:r>
        <w:br/>
        <w:t>Instead, I vomited through most of the labour, with Rose, Richard, and Katherine staying close by, passing me tissues and whispering encouragement between baby cuddles while I clutched a sick bowl and cursed softly into it.</w:t>
      </w:r>
    </w:p>
    <w:p w14:paraId="72D3F329" w14:textId="77777777" w:rsidR="00DB05F8" w:rsidRDefault="00000000">
      <w:r>
        <w:t>And then, he was here.</w:t>
      </w:r>
    </w:p>
    <w:p w14:paraId="48245B3D" w14:textId="77777777" w:rsidR="00DB05F8" w:rsidRDefault="00000000">
      <w:r>
        <w:t>They placed him in the arch of my arms, and all the pain, the panic, the waiting, the mess of it dissolved.</w:t>
      </w:r>
      <w:r>
        <w:br/>
        <w:t>I looked into his face and felt something ancient crack open inside me.</w:t>
      </w:r>
      <w:r>
        <w:br/>
        <w:t>Tears slipped down my cheeks as I pulled him closer.</w:t>
      </w:r>
    </w:p>
    <w:p w14:paraId="35CD09DA" w14:textId="77777777" w:rsidR="00DB05F8" w:rsidRDefault="00000000">
      <w:r>
        <w:t>“I got you, babe,” I whispered.</w:t>
      </w:r>
    </w:p>
    <w:p w14:paraId="15FFD01B" w14:textId="77777777" w:rsidR="00DB05F8" w:rsidRDefault="00000000">
      <w:r>
        <w:t>Because in that moment, I had.</w:t>
      </w:r>
    </w:p>
    <w:p w14:paraId="11DF6278" w14:textId="77777777" w:rsidR="00DB05F8" w:rsidRDefault="00000000">
      <w:r>
        <w:t>He was mine. And I was his.</w:t>
      </w:r>
      <w:r>
        <w:br/>
        <w:t>And nothing else mattered.</w:t>
      </w:r>
    </w:p>
    <w:p w14:paraId="41D15416" w14:textId="77777777" w:rsidR="00DB05F8" w:rsidRDefault="00000000">
      <w:r>
        <w:t>PART 2</w:t>
      </w:r>
    </w:p>
    <w:p w14:paraId="16939634" w14:textId="77777777" w:rsidR="00DB05F8" w:rsidRDefault="00000000">
      <w:r>
        <w:t>It was a beautiful Sunday morning in June, 2002, the kind where sunlight spills through windows like golden blessings. The morning carried a hush of reverence, as though the world knew something miraculous was about to unfold.</w:t>
      </w:r>
    </w:p>
    <w:p w14:paraId="36F603EF" w14:textId="77777777" w:rsidR="00DB05F8" w:rsidRDefault="00000000">
      <w:r>
        <w:t>That morning, I became a mother.</w:t>
      </w:r>
    </w:p>
    <w:p w14:paraId="1701C6C3" w14:textId="77777777" w:rsidR="00DB05F8" w:rsidRDefault="00000000">
      <w:r>
        <w:t>The birth of my son was not just a physical act, but a spiritual rebirth. In that quiet hospital room, surrounded by soft voices and the scent of sterile linens, a new life emerged, and with him, a new version of me.</w:t>
      </w:r>
    </w:p>
    <w:p w14:paraId="3A32DFA3" w14:textId="77777777" w:rsidR="00DB05F8" w:rsidRDefault="00000000">
      <w:r>
        <w:t xml:space="preserve">I held him for the first time, and everything shifted. The world, once sharp with betrayal and aching with loss, softened. His tiny fingers curled instinctively </w:t>
      </w:r>
      <w:r>
        <w:lastRenderedPageBreak/>
        <w:t>around mine, and I felt a kind of love that no poem could ever truly capture. Fierce. Gentle. Unrelenting. Sacred.</w:t>
      </w:r>
    </w:p>
    <w:p w14:paraId="4CBA3DEA" w14:textId="77777777" w:rsidR="00DB05F8" w:rsidRDefault="00000000">
      <w:r>
        <w:t>I named him Alexander.</w:t>
      </w:r>
    </w:p>
    <w:p w14:paraId="1FE621B6" w14:textId="77777777" w:rsidR="00DB05F8" w:rsidRDefault="00000000">
      <w:r>
        <w:t>He came into the world bearing light. My light. The one I thought I had lost somewhere between survival and silence. He reminded me of who I had once been, and who I still had the chance to become.</w:t>
      </w:r>
    </w:p>
    <w:p w14:paraId="5AA80594" w14:textId="77777777" w:rsidR="00DB05F8" w:rsidRDefault="00000000">
      <w:r>
        <w:t>As I looked into his eyes, I saw more than a child. I saw purpose. I saw redemption. I saw the reflection of every part of me that had refused to break, even when everything else had fallen apart.</w:t>
      </w:r>
    </w:p>
    <w:p w14:paraId="7AEADD06" w14:textId="77777777" w:rsidR="00DB05F8" w:rsidRDefault="00000000">
      <w:r>
        <w:t>The nurses fluttered about us like guardian angels. Family filtered in, their footsteps soft and reverent, offering gifts and congratulations and wide-eyed admiration.</w:t>
      </w:r>
    </w:p>
    <w:p w14:paraId="1F2E1C5A" w14:textId="77777777" w:rsidR="00DB05F8" w:rsidRDefault="00000000">
      <w:r>
        <w:t>My mother hovered near the bassinet, whispering blessings under her breath. My sisters took turns cradling him like he was the most precious secret the world had ever known.</w:t>
      </w:r>
    </w:p>
    <w:p w14:paraId="47027532" w14:textId="77777777" w:rsidR="00DB05F8" w:rsidRDefault="00000000">
      <w:r>
        <w:t>But during all that joy, there was an ache.</w:t>
      </w:r>
    </w:p>
    <w:p w14:paraId="4456EA76" w14:textId="77777777" w:rsidR="00DB05F8" w:rsidRDefault="00000000">
      <w:r>
        <w:t>Akil was not there.</w:t>
      </w:r>
    </w:p>
    <w:p w14:paraId="556D8EE7" w14:textId="77777777" w:rsidR="00DB05F8" w:rsidRDefault="00000000">
      <w:r>
        <w:t>He knew. We had spoken. He had promised support, affection, presence. But that promise had been quietly buried beneath his other life, the one that didn’t include me. The one that existed beyond the fragile boundaries of our truth.</w:t>
      </w:r>
    </w:p>
    <w:p w14:paraId="67100C2E" w14:textId="77777777" w:rsidR="00DB05F8" w:rsidRDefault="00000000">
      <w:r>
        <w:t>And so, I held my son alone.</w:t>
      </w:r>
    </w:p>
    <w:p w14:paraId="6DB03FDD" w14:textId="77777777" w:rsidR="00DB05F8" w:rsidRDefault="00000000">
      <w:r>
        <w:t>I smiled. I cried. I marvelled at the miracle we had brought to life, all the while sensing the undeniable emptiness of being overlooked.</w:t>
      </w:r>
    </w:p>
    <w:p w14:paraId="1D8EE47E" w14:textId="77777777" w:rsidR="00DB05F8" w:rsidRDefault="00000000">
      <w:r>
        <w:t>Yet, even amid that solitude, I realised I would love this child with every fibre of my being. Fiercely. Unapologetically. Completely.</w:t>
      </w:r>
    </w:p>
    <w:p w14:paraId="0DE07C22" w14:textId="77777777" w:rsidR="00DB05F8" w:rsidRDefault="00000000">
      <w:r>
        <w:t>My son became my reason.</w:t>
      </w:r>
    </w:p>
    <w:p w14:paraId="7806ED54" w14:textId="77777777" w:rsidR="00DB05F8" w:rsidRDefault="00000000">
      <w:r>
        <w:t>He became the beat of my heart danced to. The stillness in my storms. The laughter in the days that felt too heavy. I</w:t>
      </w:r>
    </w:p>
    <w:p w14:paraId="3CCBAC92" w14:textId="77777777" w:rsidR="00DB05F8" w:rsidRDefault="00000000">
      <w:r>
        <w:t>swore then, as I cradled his soft, sleeping form against my chest, that he would know love, not the kind that leaves or betrays, but the kind that builds and stays.</w:t>
      </w:r>
    </w:p>
    <w:p w14:paraId="6CA83D05" w14:textId="77777777" w:rsidR="00DB05F8" w:rsidRDefault="00000000">
      <w:r>
        <w:lastRenderedPageBreak/>
        <w:t>That night, as the hospital quieted, and the city hummed beyond the glass windows, I sat awake, watching him breathe. Each rise and fall of his chest were a prayer answered. Each sigh was a lullaby to the parts of me still healing.</w:t>
      </w:r>
    </w:p>
    <w:p w14:paraId="0D39DCCF" w14:textId="77777777" w:rsidR="00DB05F8" w:rsidRDefault="00000000">
      <w:r>
        <w:t>In that sacred silence, I whispered to him.</w:t>
      </w:r>
    </w:p>
    <w:p w14:paraId="7FD8AB91" w14:textId="77777777" w:rsidR="00DB05F8" w:rsidRDefault="00000000">
      <w:r>
        <w:t>“You are wanted. You are loved. And you, my beautiful boy, are the beginning of everything.”</w:t>
      </w:r>
    </w:p>
    <w:p w14:paraId="363AC69F" w14:textId="77777777" w:rsidR="00DB05F8" w:rsidRDefault="00000000">
      <w:r>
        <w:br/>
      </w:r>
      <w:r>
        <w:br/>
        <w:t>CHAPTER 38</w:t>
      </w:r>
    </w:p>
    <w:p w14:paraId="07E29FA7" w14:textId="77777777" w:rsidR="00DB05F8" w:rsidRDefault="00000000">
      <w:r>
        <w:t>The space between the cry and the screams</w:t>
      </w:r>
    </w:p>
    <w:p w14:paraId="1C136DA3" w14:textId="77777777" w:rsidR="00DB05F8" w:rsidRDefault="00000000">
      <w:r>
        <w:t>"Some nights, I held my baby in one arm and my broken heart in the other. That’s the quiet strength of a single mother, loving through the chaos, showing up in the storm, and choosing to stay even when everything inside begs to run."</w:t>
      </w:r>
    </w:p>
    <w:p w14:paraId="3061C0E3" w14:textId="77777777" w:rsidR="00DB05F8" w:rsidRDefault="00000000">
      <w:r>
        <w:t>The early days of motherhood were a blur of feedings, nappies, sleepless nights, and heart-melting moments that stitched themselves into the fabric of my soul. Every cry tugged at a part of me I hadn’t known existed. Every smile from Alex felt like sunshine breaking through clouded skies.</w:t>
      </w:r>
    </w:p>
    <w:p w14:paraId="3131808F" w14:textId="77777777" w:rsidR="00DB05F8" w:rsidRDefault="00000000">
      <w:r>
        <w:t>He was magic. My reason to keep going.</w:t>
      </w:r>
    </w:p>
    <w:p w14:paraId="531DBB59" w14:textId="77777777" w:rsidR="00DB05F8" w:rsidRDefault="00000000">
      <w:r>
        <w:t>Some wounds don't close with time. They close with love, stitched quietly into the folds of everyday life.</w:t>
      </w:r>
    </w:p>
    <w:p w14:paraId="36A93786" w14:textId="77777777" w:rsidR="00DB05F8" w:rsidRDefault="00000000">
      <w:r>
        <w:t>But even in the magic, there was loneliness. The weight of single motherhood is not just about the tasks. It’s about carrying both the joy and the burden, the celebrations and the sacrifices, all while knowing that someone who should be there isn’t.</w:t>
      </w:r>
    </w:p>
    <w:p w14:paraId="14C3E2A1" w14:textId="77777777" w:rsidR="00DB05F8" w:rsidRDefault="00000000">
      <w:r>
        <w:t>Akil remained in the background, present in words more than action. He checked in. Sometimes, he came by. But he was living a life built on secrecy, and I was the part no one was supposed to see.</w:t>
      </w:r>
    </w:p>
    <w:p w14:paraId="39D9F0E3" w14:textId="77777777" w:rsidR="00DB05F8" w:rsidRDefault="00000000">
      <w:r>
        <w:t>There were moments when I wanted to scream, to demand more. But my voice, once stolen by trauma, was still learning how to speak for itself. So, I poured my love into Alex instead.</w:t>
      </w:r>
    </w:p>
    <w:p w14:paraId="78FB095B" w14:textId="77777777" w:rsidR="00DB05F8" w:rsidRDefault="00000000">
      <w:r>
        <w:t xml:space="preserve">By the time Alex was a toddler, I had learned to live in two worlds. One, the present, full of laughter, nappies, bedtime stories, and the smell of porridge on a </w:t>
      </w:r>
      <w:r>
        <w:lastRenderedPageBreak/>
        <w:t>Monday morning. The other, a tender reckoning, with the past, with myself, with the woman I was still learning to love.</w:t>
      </w:r>
    </w:p>
    <w:p w14:paraId="51A2E08B" w14:textId="77777777" w:rsidR="00DB05F8" w:rsidRDefault="00000000">
      <w:r>
        <w:t>There were days I felt like I was failing. Days I snapped. Days I cried in the shower with the water turned up too hot, just to feel something else. But then there were days he’d wrap his little arms around my neck and whisper “Mummy” with such tenderness that everything felt worth it.</w:t>
      </w:r>
    </w:p>
    <w:p w14:paraId="708D1154" w14:textId="77777777" w:rsidR="00DB05F8" w:rsidRDefault="00000000">
      <w:r>
        <w:t>He made me brave.</w:t>
      </w:r>
    </w:p>
    <w:p w14:paraId="6EDEC5BD" w14:textId="77777777" w:rsidR="00DB05F8" w:rsidRDefault="00000000">
      <w:r>
        <w:t>That moment reminded me that while my journey began in pain, it was being rewritten in love, the kind that builds you, stretch marks and all, tears and triumphs, brokenness and blooming.</w:t>
      </w:r>
    </w:p>
    <w:p w14:paraId="7354D805" w14:textId="77777777" w:rsidR="00DB05F8" w:rsidRDefault="00000000">
      <w:r>
        <w:t>Alex didn’t save me. I saved myself.</w:t>
      </w:r>
    </w:p>
    <w:p w14:paraId="18F03B78" w14:textId="77777777" w:rsidR="00DB05F8" w:rsidRDefault="00000000">
      <w:r>
        <w:t>But he gave me the most beautiful reason to try.</w:t>
      </w:r>
    </w:p>
    <w:p w14:paraId="5326239D" w14:textId="77777777" w:rsidR="00DB05F8" w:rsidRDefault="00000000">
      <w:r>
        <w:t>It began with sleepless nights, not from Alex’s cries, but from the overwhelming need to watch him, to make sure he was breathing. The love I had for my beautiful son overflowed, but the nights were long and lonely. At just seven days old, the isolation crushed me. I was breastfeeding, sore and unsure, my breasts aching, my nipples raw. I knew I needed help.</w:t>
      </w:r>
    </w:p>
    <w:p w14:paraId="793120A3" w14:textId="77777777" w:rsidR="00DB05F8" w:rsidRDefault="00000000">
      <w:r>
        <w:t>I had heard about a breastfeeding support group nearby, and with desperation mounting, I went for a walk to see if I could find it. As I passed through Deptford market, the warmth of the vendors lifted me; they had seen my belly grow over the months and now cooed over my baby, their kindness a balm to my weary spirit.</w:t>
      </w:r>
    </w:p>
    <w:p w14:paraId="6CBE0EEA" w14:textId="77777777" w:rsidR="00DB05F8" w:rsidRDefault="00000000">
      <w:r>
        <w:t>At the end of the market, I found the centre. Inside, I was greeted with warm smiles and the welcoming arms of other mothers. That day I met Hazel, Sam, Emily, and Mandy, each with gorgeous sons of their own. Hazel invited me back to her house for tea, and Sam, who lived a few doors down, joined us.</w:t>
      </w:r>
    </w:p>
    <w:p w14:paraId="524F1108" w14:textId="77777777" w:rsidR="00DB05F8" w:rsidRDefault="00000000">
      <w:r>
        <w:t>That cup of tea turned into years of shared coffees, dinners, Christmases, and unbreakable bonds. They became Alex’s godmothers, and mine too, in their own way.</w:t>
      </w:r>
    </w:p>
    <w:p w14:paraId="3E4D3AA5" w14:textId="77777777" w:rsidR="00DB05F8" w:rsidRDefault="00000000">
      <w:r>
        <w:t>But motherhood wasn’t easy. Alex had colic. He would scream for hours, high-pitched, relentless, inconsolable cries that shattered the quiet and sliced through me. I tried everything. I rocked him, walked him, sang to him. But nothing worked.</w:t>
      </w:r>
    </w:p>
    <w:p w14:paraId="33CFA482" w14:textId="77777777" w:rsidR="00DB05F8" w:rsidRDefault="00000000">
      <w:r>
        <w:lastRenderedPageBreak/>
        <w:t>Motherhood didn’t make the pain vanish. It taught me how to keep living inside the ache and still choose tenderness.</w:t>
      </w:r>
    </w:p>
    <w:p w14:paraId="3FE6DD87" w14:textId="77777777" w:rsidR="00DB05F8" w:rsidRDefault="00000000">
      <w:r>
        <w:t>I would fall to the floor, sobbing, screaming into the air, “What else can I do? What do you want? Please stop crying.” I felt broken. I felt like I was failing him.</w:t>
      </w:r>
    </w:p>
    <w:p w14:paraId="16CD56C4" w14:textId="77777777" w:rsidR="00DB05F8" w:rsidRDefault="00000000">
      <w:r>
        <w:t>Time and time again, I would call Hazel and Sam, and they would come without hesitation. They took Alex into their arms and gave me space to breathe, not once but countless times. My gratitude for these incredible women is immeasurable. They and their families became my London family. We spent Christmases together and met up every weekend. Our boys grew up like siblings.</w:t>
      </w:r>
    </w:p>
    <w:p w14:paraId="5E86650F" w14:textId="77777777" w:rsidR="00DB05F8" w:rsidRDefault="00000000">
      <w:r>
        <w:t>I watched him grow with a fierce devotion. His first laugh came like music, healing a part of me still aching from my father’s absence. His first smile was a sunrise on my darkest days. His first crawl was a clumsy, determined adventure across the living room floor, and the first time he walked, wobbly and proud, I felt my heart expand in ways I didn’t know possible.</w:t>
      </w:r>
    </w:p>
    <w:p w14:paraId="64DFD1B4" w14:textId="77777777" w:rsidR="00DB05F8" w:rsidRDefault="00000000">
      <w:r>
        <w:t>He would sit for hours blowing raspberries into the air, filling the room with his giggles, a simple joy that made even the hardest days a little softer.</w:t>
      </w:r>
    </w:p>
    <w:p w14:paraId="797CDDC0" w14:textId="77777777" w:rsidR="00DB05F8" w:rsidRDefault="00000000">
      <w:r>
        <w:t>One Sunday at church, Alex crawled onto the stage during the music service, his tiny fingers plucking at a guitar string, the sound echoing through the hall. The congregation burst into laughter, and for a moment, it felt like light had cracked through all the heaviness I had been carrying.</w:t>
      </w:r>
    </w:p>
    <w:p w14:paraId="4653F627" w14:textId="77777777" w:rsidR="00DB05F8" w:rsidRDefault="00000000">
      <w:r>
        <w:t>We found fellowship at the Bear Church, a community that welcomed us with open arms. The baby play sessions became our sanctuary, a space where Alex could crawl and explore freely while I found friendship and kindness among other mothers navigating the same turbulent waters.</w:t>
      </w:r>
    </w:p>
    <w:p w14:paraId="1E17031F" w14:textId="77777777" w:rsidR="00DB05F8" w:rsidRDefault="00000000">
      <w:r>
        <w:t>Planning his first birthday party became an act of celebration and defiance against the struggles we had faced. I decorated the room with balloons and baked a cake with shaky hands, marvelling at how far we had come.</w:t>
      </w:r>
    </w:p>
    <w:p w14:paraId="73DF84A4" w14:textId="77777777" w:rsidR="00DB05F8" w:rsidRDefault="00000000">
      <w:r>
        <w:t>We settled into our rhythm. I went back to school, worked odd jobs, and studied late into the night while he slept beside me, his soft breathing like a lullaby for my tired heart</w:t>
      </w:r>
    </w:p>
    <w:p w14:paraId="60F07340" w14:textId="77777777" w:rsidR="00DB05F8" w:rsidRDefault="00000000">
      <w:r>
        <w:t>When Alex was six months old, he caught chickenpox. Most of my friends’ children had it and recovered easily, but Alex’s case became infected, and he had to be hospitalised.</w:t>
      </w:r>
    </w:p>
    <w:p w14:paraId="038238D8" w14:textId="77777777" w:rsidR="00DB05F8" w:rsidRDefault="00000000">
      <w:r>
        <w:lastRenderedPageBreak/>
        <w:t>To this day, he carries the scars. When we returned home, I was advised to bathe him in almond oil to soothe his skin. I followed the advice, only for it to turn into a horror show.</w:t>
      </w:r>
    </w:p>
    <w:p w14:paraId="35CB5ABC" w14:textId="77777777" w:rsidR="00DB05F8" w:rsidRDefault="00000000">
      <w:r>
        <w:t>I thought I was doing something gentle.</w:t>
      </w:r>
    </w:p>
    <w:p w14:paraId="5564B4D7" w14:textId="77777777" w:rsidR="00DB05F8" w:rsidRDefault="00000000">
      <w:r>
        <w:t>That evening, exhausted from another day of inconsolable crying, I ran a warm bath and added a few drops of almond oil. The woman at the health shop had said it was soothing, natural, she promised, perfect for sensitive skin. I clung to those words like a lifeline. I just wanted something, anything, to help Alex sleep, to stop the constant screaming, to soften the jaggedness of our days.</w:t>
      </w:r>
    </w:p>
    <w:p w14:paraId="137A6E14" w14:textId="77777777" w:rsidR="00DB05F8" w:rsidRDefault="00000000">
      <w:r>
        <w:t>The water shimmered. I held him in my arms, humming softly as I eased him into the bath.</w:t>
      </w:r>
    </w:p>
    <w:p w14:paraId="5ADDC42A" w14:textId="77777777" w:rsidR="00DB05F8" w:rsidRDefault="00000000">
      <w:r>
        <w:t>At first, everything seemed fine. He squirmed a little, fussed in his usual way. But then his face shifted. A tension crept into his body. His breathing changed. His chest, his beautiful, perfect chest, began to blotch red. Then his neck. Then his arms. The redness deepened, swelling into angry hives.</w:t>
      </w:r>
    </w:p>
    <w:p w14:paraId="08BB635E" w14:textId="77777777" w:rsidR="00DB05F8" w:rsidRDefault="00000000">
      <w:r>
        <w:t>He let out a sound I didn’t recognise. Not his usual cry. This one was high-pitched, choked, like something was tightening inside him.</w:t>
      </w:r>
    </w:p>
    <w:p w14:paraId="17DFB40A" w14:textId="77777777" w:rsidR="00DB05F8" w:rsidRDefault="00000000">
      <w:r>
        <w:t>I pulled him out of the water, heart racing, and wrapped him in a towel. His lips were puffing up. His eyes, his face, swelling before my eyes.</w:t>
      </w:r>
    </w:p>
    <w:p w14:paraId="7C0AA185" w14:textId="77777777" w:rsidR="00DB05F8" w:rsidRDefault="00000000">
      <w:r>
        <w:t>“Alex?” I whispered, panic clawing at my throat. “Oh God, Alex!”</w:t>
      </w:r>
    </w:p>
    <w:p w14:paraId="3EE36CDE" w14:textId="77777777" w:rsidR="00DB05F8" w:rsidRDefault="00000000">
      <w:r>
        <w:t>I ran to the cupboard and fumbled through the contents until I found the bottle of Piriton. A GP had suggested keeping it in the house months ago, just in case. I hadn’t questioned why. Now, with trembling hands, I gave him a dose, praying it would be enough.</w:t>
      </w:r>
    </w:p>
    <w:p w14:paraId="35D45CBC" w14:textId="77777777" w:rsidR="00DB05F8" w:rsidRDefault="00000000">
      <w:r>
        <w:t>It wasn’t.</w:t>
      </w:r>
    </w:p>
    <w:p w14:paraId="2EF67B34" w14:textId="77777777" w:rsidR="00DB05F8" w:rsidRDefault="00000000">
      <w:r>
        <w:t>His breathing stayed shallow and fast. His skin flushed deep red. His whole body felt like a warning. I tried to stay calm, to rock him, to make my voice soft, but I was falling apart.</w:t>
      </w:r>
    </w:p>
    <w:p w14:paraId="40E14ABD" w14:textId="77777777" w:rsidR="00DB05F8" w:rsidRDefault="00000000">
      <w:r>
        <w:t>I called emergency services, crying so hard I could barely form words. I think I said “bath,” “oil,” “swelling,” “can’t breathe.” All I could hear was his tiny chest rising too fast, his breath catching between each frightened scream.</w:t>
      </w:r>
    </w:p>
    <w:p w14:paraId="1DFD0E20" w14:textId="77777777" w:rsidR="00DB05F8" w:rsidRDefault="00000000">
      <w:r>
        <w:t>The ambulance felt like it took forever. I sat on the floor with him clutched to my chest, whispering please, please, please into the folds of his towel.</w:t>
      </w:r>
    </w:p>
    <w:p w14:paraId="1013B6D2" w14:textId="77777777" w:rsidR="00DB05F8" w:rsidRDefault="00000000">
      <w:r>
        <w:lastRenderedPageBreak/>
        <w:t>When the paramedics arrived, I let them take him. I stood there, frozen, heart galloping, watching them work over my son’s body. Watching strangers do what I couldn’t. Fix what I had caused.</w:t>
      </w:r>
    </w:p>
    <w:p w14:paraId="5F595DEB" w14:textId="77777777" w:rsidR="00DB05F8" w:rsidRDefault="00000000">
      <w:r>
        <w:t>At the hospital, after oxygen and monitoring and more wires than I could bear to look at, a doctor came in and said the words that would change everything:</w:t>
      </w:r>
    </w:p>
    <w:p w14:paraId="0274F317" w14:textId="77777777" w:rsidR="00DB05F8" w:rsidRDefault="00000000">
      <w:r>
        <w:t>“It was a severe allergic reaction, very likely to the almond oil. Based on his symptoms and response, we suspect a nut allergy. We’ll refer him for further testing, but for now, avoid all nuts. Nothing in food, nothing in creams. Nothing at all.”</w:t>
      </w:r>
    </w:p>
    <w:p w14:paraId="5B9E705A" w14:textId="77777777" w:rsidR="00DB05F8" w:rsidRDefault="00000000">
      <w:r>
        <w:t>I nodded. But I wasn’t really there.</w:t>
      </w:r>
    </w:p>
    <w:p w14:paraId="684912F9" w14:textId="77777777" w:rsidR="00DB05F8" w:rsidRDefault="00000000">
      <w:r>
        <w:t>I was back in the bathroom, watching hives crawl across his skin, hearing that scream that didn’t sound like him.</w:t>
      </w:r>
    </w:p>
    <w:p w14:paraId="5669C8FA" w14:textId="77777777" w:rsidR="00DB05F8" w:rsidRDefault="00000000">
      <w:r>
        <w:t>I threw away everything the next morning. Every cream, oil, snack, anything that could pose a risk. I read labels obsessively, Googled until my eyes burned. I rehearsed EpiPen instructions in my mind like a prayer.</w:t>
      </w:r>
    </w:p>
    <w:p w14:paraId="334FF597" w14:textId="77777777" w:rsidR="00DB05F8" w:rsidRDefault="00000000">
      <w:r>
        <w:t>But the guilt wouldn’t leave me.</w:t>
      </w:r>
    </w:p>
    <w:p w14:paraId="1D8D625F" w14:textId="77777777" w:rsidR="00DB05F8" w:rsidRDefault="00000000">
      <w:r>
        <w:t>I’d tried to soothe him. I’d tried to love him. And instead, I’d poisoned him with my care.</w:t>
      </w:r>
    </w:p>
    <w:p w14:paraId="5403990C" w14:textId="77777777" w:rsidR="00DB05F8" w:rsidRDefault="00000000">
      <w:r>
        <w:t>In the days that followed, I hovered over him like a ghost. I watched him sleep. I barely ate. I waited for the next emergency, convinced it was always one breath away.</w:t>
      </w:r>
    </w:p>
    <w:p w14:paraId="29134697" w14:textId="77777777" w:rsidR="00DB05F8" w:rsidRDefault="00000000">
      <w:r>
        <w:t>And yet, something unexpected happened. He got better. He smiled again. He reached for me, trusting, forgiving, unafraid.</w:t>
      </w:r>
    </w:p>
    <w:p w14:paraId="6387D18A" w14:textId="77777777" w:rsidR="00DB05F8" w:rsidRDefault="00000000">
      <w:r>
        <w:t>And slowly, so slowly I didn’t notice it at first, I began to trust myself again too.</w:t>
      </w:r>
    </w:p>
    <w:p w14:paraId="6C7E8E4C" w14:textId="77777777" w:rsidR="00DB05F8" w:rsidRDefault="00000000">
      <w:r>
        <w:t>In the days that followed, I walked with the weight of what I’d nearly lost. But with every safe meal, every unbroken night, every moment he laughed and curled into my arms without fear, I started to believe I could still be the mother he needed.</w:t>
      </w:r>
    </w:p>
    <w:p w14:paraId="4E25DA6B" w14:textId="77777777" w:rsidR="00DB05F8" w:rsidRDefault="00000000">
      <w:r>
        <w:t>Not perfect. Not fearless. But present.</w:t>
      </w:r>
    </w:p>
    <w:p w14:paraId="1D39086D" w14:textId="77777777" w:rsidR="00DB05F8" w:rsidRDefault="00000000">
      <w:r>
        <w:t>I’d learned, brutally, that love wasn’t enough to keep him safe. But I’d also learned that love, anchored in vigilance and truth, could carry us both through.</w:t>
      </w:r>
    </w:p>
    <w:p w14:paraId="3004F100" w14:textId="77777777" w:rsidR="00DB05F8" w:rsidRDefault="00000000">
      <w:r>
        <w:lastRenderedPageBreak/>
        <w:t>And in that quiet reclaiming, of safety, of presence, of belief in my own hands, I began, without even realising, to heal.</w:t>
      </w:r>
    </w:p>
    <w:p w14:paraId="489E57B4" w14:textId="77777777" w:rsidR="00DB05F8" w:rsidRDefault="00000000">
      <w:r>
        <w:t>Touching him became a careful, sacred act. There was a line, from his forehead to the tip of his nose, that felt safe, the only part of his body I felt I could touch without causing him pain.</w:t>
      </w:r>
    </w:p>
    <w:p w14:paraId="7D9771E6" w14:textId="77777777" w:rsidR="00DB05F8" w:rsidRDefault="00000000">
      <w:r>
        <w:t>I would run my finger down that line and whisper, “I got you, babe.” It became our ritual; a slight gesture grounded us both in those chaotic early days.</w:t>
      </w:r>
    </w:p>
    <w:p w14:paraId="35F978C5" w14:textId="77777777" w:rsidR="00DB05F8" w:rsidRDefault="00000000">
      <w:r>
        <w:t>I was adamant that my son would never be insecure about his scars. He would always know how much I love him.</w:t>
      </w:r>
    </w:p>
    <w:p w14:paraId="3E9AECEA" w14:textId="77777777" w:rsidR="00DB05F8" w:rsidRDefault="00000000">
      <w:r>
        <w:t>My mother wanted to come and stay after Alex was born. But I needed space. I needed to figure out motherhood and navigate single parenting without unpacking my complicated relationship with her.</w:t>
      </w:r>
    </w:p>
    <w:p w14:paraId="587FB48F" w14:textId="77777777" w:rsidR="00DB05F8" w:rsidRDefault="00000000">
      <w:r>
        <w:t>I didn’t have the emotional capacity for both. She understood. She came later, when Alex was around one. By then, we were stronger, and her visit became a time of cherished memories.</w:t>
      </w:r>
    </w:p>
    <w:p w14:paraId="363EACD7" w14:textId="77777777" w:rsidR="00DB05F8" w:rsidRDefault="00000000">
      <w:r>
        <w:t>Motherhood reshaped me, not just in body, but in soul. As Alex grew, I circled back to places within me that still needed healing. My days were a delicate balance of care, work, study, and survival. I was building something, not just a life, but a foundation.</w:t>
      </w:r>
    </w:p>
    <w:p w14:paraId="1D79743F" w14:textId="77777777" w:rsidR="00DB05F8" w:rsidRDefault="00000000">
      <w:r>
        <w:t>Motherhood did not erase the ache, but it gave the ache context. It gave it shape, and sometimes, it even softened it.</w:t>
      </w:r>
    </w:p>
    <w:p w14:paraId="576D5AF2" w14:textId="77777777" w:rsidR="00DB05F8" w:rsidRDefault="00000000">
      <w:r>
        <w:t>Each morning, I’d stand in the mirror, brushing my teeth with one hand and holding Alex with the other, my eyes tracing the familiar terrain of my face,the deepened lines, the softened edges. I saw myself not with critique but with compassion. I wasn’t just a survivor. I was someone’s mum,someone’s entire world.</w:t>
      </w:r>
    </w:p>
    <w:p w14:paraId="1946C963" w14:textId="77777777" w:rsidR="00DB05F8" w:rsidRDefault="00000000">
      <w:r>
        <w:t>There was healing in the mundane. Packing his lunchbox. Washing his little clothes. Reading the same story three times in a row. These small acts grounded me. They were a rhythm that anchored me on the days when grief rose like a tide.</w:t>
      </w:r>
    </w:p>
    <w:p w14:paraId="4BA89BC7" w14:textId="77777777" w:rsidR="00DB05F8" w:rsidRDefault="00000000">
      <w:r>
        <w:t>But even as I embraced this new chapter, the old wounds still whispered.</w:t>
      </w:r>
    </w:p>
    <w:p w14:paraId="1E6CFFB4" w14:textId="77777777" w:rsidR="00DB05F8" w:rsidRDefault="00000000">
      <w:r>
        <w:t>Some nights, I would lie awake replaying old conversations and failures, wondering how they’d shaped the woman Alex now called mummy. I wrestled with guilt for what I couldn’t give, for what I hadn’t known then, for the love I was still learning to receive.</w:t>
      </w:r>
    </w:p>
    <w:p w14:paraId="569A7122" w14:textId="77777777" w:rsidR="00DB05F8" w:rsidRDefault="00000000">
      <w:r>
        <w:lastRenderedPageBreak/>
        <w:t>And yet, love found me, not in grand declarations, but in the quiet.</w:t>
      </w:r>
    </w:p>
    <w:p w14:paraId="7DF30FE5" w14:textId="77777777" w:rsidR="00DB05F8" w:rsidRDefault="00000000">
      <w:r>
        <w:t>In friends who showed up with soup and silence. In the teacher who told me I was more than capable. In Alex’s little hand reaching for mine when I didn’t even realise I needed holding.</w:t>
      </w:r>
    </w:p>
    <w:p w14:paraId="70B5CFA1" w14:textId="77777777" w:rsidR="00DB05F8" w:rsidRDefault="00000000">
      <w:r>
        <w:t>I had changed not all at once, but in subtle ways. I no longer gave pieces of myself away to be loved. I no longer apologise for my softness or my scars. I stopped shrinking.</w:t>
      </w:r>
    </w:p>
    <w:p w14:paraId="09EB550B" w14:textId="77777777" w:rsidR="00DB05F8" w:rsidRDefault="00000000">
      <w:r>
        <w:t>Purpose, pain, and power shaped the woman I had become. She wasn’t perfect, but she was present.</w:t>
      </w:r>
    </w:p>
    <w:p w14:paraId="242A3CB9" w14:textId="77777777" w:rsidR="00DB05F8" w:rsidRDefault="00000000">
      <w:r>
        <w:t>And it was in this space of clarity and groundedness, I felt the pull to return to Barbados.</w:t>
      </w:r>
    </w:p>
    <w:p w14:paraId="036841C1" w14:textId="77777777" w:rsidR="00DB05F8" w:rsidRDefault="00000000">
      <w:r>
        <w:t>Healing is not a place you reach. It is a way you carry yourself back into all the places you once thought you could never survive.</w:t>
      </w:r>
    </w:p>
    <w:p w14:paraId="51AF3399" w14:textId="77777777" w:rsidR="00DB05F8" w:rsidRDefault="00000000">
      <w:r>
        <w:t>I wanted to walk the land where I had once bled and offer it forgiveness. I wanted to stand on Browne’s Beach at sunrise and whisper, "I'm still here."</w:t>
      </w:r>
    </w:p>
    <w:p w14:paraId="495B4E0C" w14:textId="77777777" w:rsidR="00DB05F8" w:rsidRDefault="00000000">
      <w:r>
        <w:t>I wanted Alex to meet the soil that raised me, the ocean that once held my sorrow, and the mango trees whose fruit had sweetened my childhood.</w:t>
      </w:r>
    </w:p>
    <w:p w14:paraId="4ECDF78D" w14:textId="77777777" w:rsidR="00DB05F8" w:rsidRDefault="00000000">
      <w:r>
        <w:t>I wasn’t running away. I was going home.</w:t>
      </w:r>
    </w:p>
    <w:p w14:paraId="4E9ECA38" w14:textId="77777777" w:rsidR="00DB05F8" w:rsidRDefault="00000000">
      <w:r>
        <w:t>Not to stay, but to honour the girl I had been, and to show her that we made it.</w:t>
      </w:r>
    </w:p>
    <w:p w14:paraId="3CC092B2" w14:textId="77777777" w:rsidR="00DB05F8" w:rsidRDefault="00000000">
      <w:r>
        <w:t>We survived. We are still rising.</w:t>
      </w:r>
    </w:p>
    <w:p w14:paraId="42C89406" w14:textId="77777777" w:rsidR="00DB05F8" w:rsidRDefault="00000000">
      <w:r>
        <w:br/>
      </w:r>
      <w:r>
        <w:br/>
        <w:t>CHAPTER 39</w:t>
      </w:r>
    </w:p>
    <w:p w14:paraId="23E39075" w14:textId="77777777" w:rsidR="00DB05F8" w:rsidRDefault="00000000">
      <w:r>
        <w:t>The night that took my breath away</w:t>
      </w:r>
    </w:p>
    <w:p w14:paraId="6C29B005" w14:textId="77777777" w:rsidR="00DB05F8" w:rsidRDefault="00000000">
      <w:r>
        <w:t>“In a single breath, a life can change. In one heartbeat, a mother’s world can tilt.”</w:t>
      </w:r>
    </w:p>
    <w:p w14:paraId="16528FA7" w14:textId="77777777" w:rsidR="00DB05F8" w:rsidRDefault="00000000">
      <w:r>
        <w:t>He was almost three. It’s a hot evening spring of 2005.</w:t>
      </w:r>
    </w:p>
    <w:p w14:paraId="785DB96E" w14:textId="77777777" w:rsidR="00DB05F8" w:rsidRDefault="00000000">
      <w:r>
        <w:t>A bundle of laughter, light, and mischief, with cheeks round as dumplings and eyes that lit up like a Bajan sunrise. We had been playing and laughing just days before, his tiny hands gripping mine as we danced around the living room to his favourite songs. Life felt full. We were safe. Or so I thought.</w:t>
      </w:r>
    </w:p>
    <w:p w14:paraId="3E9FA0E7" w14:textId="77777777" w:rsidR="00DB05F8" w:rsidRDefault="00000000">
      <w:r>
        <w:lastRenderedPageBreak/>
        <w:t>That day in A&amp;E is carved into my memory, raw and unhealed. I still feel the surrounding walls,stark, sterile, buzzing with urgency. The waiting room was full of people, but I was alone with my worry. Something inside me would not settle. My gut, that sacred compass all mothers learn to trust, told me something was not right.</w:t>
      </w:r>
    </w:p>
    <w:p w14:paraId="0CECA5FF" w14:textId="77777777" w:rsidR="00DB05F8" w:rsidRDefault="00000000">
      <w:r>
        <w:t>His fever was high,dangerously high. I paced the waiting room, then finally approached the nurse. "Please," I said, trying to steady my voice. Something’s not right."</w:t>
      </w:r>
    </w:p>
    <w:p w14:paraId="6DA8E693" w14:textId="77777777" w:rsidR="00DB05F8" w:rsidRDefault="00000000">
      <w:r>
        <w:t>As I sat holding him, panic took hold. His tiny frame convulsed in my arms, his body trembling in a way that no child ever should. At first, I didn’t understand what was happening. A seizure. His eyes rolled back. His limbs stiffened. I froze, unable to comprehend what I was witnessing. I remember screaming. I remember the feel of my breath catching in my throat, like my body had betrayed me.</w:t>
      </w:r>
    </w:p>
    <w:p w14:paraId="03A2856D" w14:textId="77777777" w:rsidR="00DB05F8" w:rsidRDefault="00000000">
      <w:r>
        <w:t>In an instant, doctors surrounded him. He was lifted from my arms and rushed through the double doors. I followed, but I was held back. One voice, firm and clinical, called out, "I’m starting CPR."</w:t>
      </w:r>
    </w:p>
    <w:p w14:paraId="0CE548FE" w14:textId="77777777" w:rsidR="00DB05F8" w:rsidRDefault="00000000">
      <w:r>
        <w:t>The ground vanished. My knees buckled. My body folded in two as the air drained from the room. All I could hear was the sound of my heartbeat pounding against my ribs. And those words. Starting CPR.</w:t>
      </w:r>
    </w:p>
    <w:p w14:paraId="532DFA0F" w14:textId="77777777" w:rsidR="00DB05F8" w:rsidRDefault="00000000">
      <w:r>
        <w:t>A vision of my father flashed before me. The memory of watching his chest rise and fall for the last time flooded my senses. For a moment, I believed I had lost my angel. That history had repeated itself, this time with a pain so brutal I could barely breathe.</w:t>
      </w:r>
    </w:p>
    <w:p w14:paraId="25DEFDB9" w14:textId="77777777" w:rsidR="00DB05F8" w:rsidRDefault="00000000">
      <w:r>
        <w:t>I sat there, frozen. Alone. The waiting room was spinning, but my body was still. A numbing panic settled into my bones.</w:t>
      </w:r>
    </w:p>
    <w:p w14:paraId="76B867BD" w14:textId="77777777" w:rsidR="00DB05F8" w:rsidRDefault="00000000">
      <w:r>
        <w:t>I reached for my phone and called Sam, his godmother. My voice cracked as I begged her to call the church and ask them to pray. I needed something to hold on to, and prayer was all I had.</w:t>
      </w:r>
    </w:p>
    <w:p w14:paraId="1B70AD15" w14:textId="77777777" w:rsidR="00DB05F8" w:rsidRDefault="00000000">
      <w:r>
        <w:t>While she promised to rally the community, I sat clinging to hope. My mind slipped into overdrive, playing out the unthinkable.</w:t>
      </w:r>
    </w:p>
    <w:p w14:paraId="4CACB600" w14:textId="77777777" w:rsidR="00DB05F8" w:rsidRDefault="00000000">
      <w:r>
        <w:t>I imagined the call I would have to make. Telling Akil that our son was gone. Rehearsing words I never wanted to speak. My brain, desperate to shield me from reality, rehearsed loss like a script. It was a cruel trick of the mind, a way to prepare for pain while trying to outrun it.</w:t>
      </w:r>
    </w:p>
    <w:p w14:paraId="18CF00C2" w14:textId="77777777" w:rsidR="00DB05F8" w:rsidRDefault="00000000">
      <w:r>
        <w:lastRenderedPageBreak/>
        <w:t>Eventually, they brought him back. His little chest moved again. Slowly. Gently. Life returned, but the scar it left on my soul never truly healed.</w:t>
      </w:r>
    </w:p>
    <w:p w14:paraId="585CD563" w14:textId="77777777" w:rsidR="00DB05F8" w:rsidRDefault="00000000">
      <w:r>
        <w:t>That day changed something deep inside me. I carried the trauma like a weight strapped to my back, invisible to most, but present in every decision I made afterwards.</w:t>
      </w:r>
    </w:p>
    <w:p w14:paraId="7C7318AB" w14:textId="77777777" w:rsidR="00DB05F8" w:rsidRDefault="00000000">
      <w:r>
        <w:t>I became hypervigilant. Protective. Sometimes, overprotective. I could no longer fully trust the world to keep him safe, because I had seen how quickly it could all be taken.</w:t>
      </w:r>
    </w:p>
    <w:p w14:paraId="668652ED" w14:textId="77777777" w:rsidR="00DB05F8" w:rsidRDefault="00000000">
      <w:r>
        <w:t>Even now, when he’s asleep and breathing peacefully, I check on him. It’s a quiet ritual. I watch the rise and fall of his chest, the way a lighthouse watches the tide. That moment taught me how fragile life is. How fleeting.</w:t>
      </w:r>
    </w:p>
    <w:p w14:paraId="4A284336" w14:textId="77777777" w:rsidR="00DB05F8" w:rsidRDefault="00000000">
      <w:r>
        <w:t>But it also taught me something about strength, love, and the fire that lives in a mother’s heart when her child is on the edge of life and death. I learnt how to fight for him, and I learnt that survival isn’t always clean. Sometimes, it’s messy and terrifying and soaked in tears.</w:t>
      </w:r>
    </w:p>
    <w:p w14:paraId="05A744CA" w14:textId="77777777" w:rsidR="00DB05F8" w:rsidRDefault="00000000">
      <w:r>
        <w:t>That chapter of our story etched a new depth into my love for Alex. It reminded me that fear and hope can coexist. That we can break and still choose to rebuild.</w:t>
      </w:r>
    </w:p>
    <w:p w14:paraId="7D06A882" w14:textId="77777777" w:rsidR="00DB05F8" w:rsidRDefault="00000000">
      <w:r>
        <w:t>And rebuild we did.</w:t>
      </w:r>
    </w:p>
    <w:p w14:paraId="037B8D19" w14:textId="77777777" w:rsidR="00DB05F8" w:rsidRDefault="00000000">
      <w:r>
        <w:t>Together.</w:t>
      </w:r>
    </w:p>
    <w:p w14:paraId="35E0B3F3" w14:textId="77777777" w:rsidR="00DB05F8" w:rsidRDefault="00000000">
      <w:r>
        <w:br/>
      </w:r>
      <w:r>
        <w:br/>
        <w:t>CHAPTER 40</w:t>
      </w:r>
    </w:p>
    <w:p w14:paraId="08645024" w14:textId="77777777" w:rsidR="00DB05F8" w:rsidRDefault="00000000">
      <w:r>
        <w:t>When Truth Finds You</w:t>
      </w:r>
    </w:p>
    <w:p w14:paraId="0B6326E9" w14:textId="77777777" w:rsidR="00DB05F8" w:rsidRDefault="00000000">
      <w:r>
        <w:t>"Some truths take years to surface, not because we are blind to them, but because we are not yet ready to face the wreckage they bring."</w:t>
      </w:r>
    </w:p>
    <w:p w14:paraId="75D8641A" w14:textId="77777777" w:rsidR="00DB05F8" w:rsidRDefault="00000000">
      <w:r>
        <w:t>London was meant to be a vast, anonymous place, a city where I could disappear into the crowd, carve out a quiet life, and leave the past tucked safely behind me. But somehow, the city curved in on itself, shrinking just enough to wrap me in familiarity I hadn’t asked for.</w:t>
      </w:r>
    </w:p>
    <w:p w14:paraId="098520C6" w14:textId="77777777" w:rsidR="00DB05F8" w:rsidRDefault="00000000">
      <w:r>
        <w:t>I found myself in a neighbourhood where the couple that moved in next to me were from Barbados and knew Akil.</w:t>
      </w:r>
    </w:p>
    <w:p w14:paraId="534711FD" w14:textId="77777777" w:rsidR="00DB05F8" w:rsidRDefault="00000000">
      <w:r>
        <w:t xml:space="preserve">Just around the block lived Carl, an old friend from Barbados whose smile still reminded me of those carefree days on Broad Street, when we’d run into each </w:t>
      </w:r>
      <w:r>
        <w:lastRenderedPageBreak/>
        <w:t>other after school or work, or when he and his crew would lean up on the walls of Cave Shepherd, just watching life pass by.</w:t>
      </w:r>
    </w:p>
    <w:p w14:paraId="6889EA61" w14:textId="77777777" w:rsidR="00DB05F8" w:rsidRDefault="00000000">
      <w:r>
        <w:t>Liming, as we’d call it. Easy. Uncomplicated. Far away from the web I was now caught in.</w:t>
      </w:r>
    </w:p>
    <w:p w14:paraId="0DF1726B" w14:textId="77777777" w:rsidR="00DB05F8" w:rsidRDefault="00000000">
      <w:r>
        <w:t>At first, it was comforting. The accents, the familiar rhythm of conversation, the shared memories. There was a sweetness in being known. But slowly, that comfort shrank around me, wrapping itself tighter and tighter until it suffocated.</w:t>
      </w:r>
    </w:p>
    <w:p w14:paraId="02BF2AEC" w14:textId="77777777" w:rsidR="00DB05F8" w:rsidRDefault="00000000">
      <w:r>
        <w:t>The warmth gave way to tension. Every friendly smile held a quiet curiosity. Every conversation felt like a potential unravelling. My secret, once safely buried in the chaos of London, stirred.</w:t>
      </w:r>
    </w:p>
    <w:p w14:paraId="7ADE4E1D" w14:textId="77777777" w:rsidR="00DB05F8" w:rsidRDefault="00000000">
      <w:r>
        <w:t>He never said, but I knew the weight of Alex’s hospitalisation and being able to be there weighed heavily on him. Later that year, the truth finally unravelled.</w:t>
      </w:r>
    </w:p>
    <w:p w14:paraId="3D679916" w14:textId="77777777" w:rsidR="00DB05F8" w:rsidRDefault="00000000">
      <w:r>
        <w:t>Akil told his wife about our son.</w:t>
      </w:r>
    </w:p>
    <w:p w14:paraId="4A68B6A3" w14:textId="77777777" w:rsidR="00DB05F8" w:rsidRDefault="00000000">
      <w:r>
        <w:t>It was not a dramatic confession, but a quiet undoing. The kind that changes everything in a single breath. The air between us turned heavy. Thick with guilt. Thick with grief.</w:t>
      </w:r>
    </w:p>
    <w:p w14:paraId="2E33564B" w14:textId="77777777" w:rsidR="00DB05F8" w:rsidRDefault="00000000">
      <w:r>
        <w:t>I had carried the secret for so long, worn it like armour, but now that it was out, I realised that the guilt I bore wasn’t mine alone. The silence, the complicity, the blurred lines, we had both been part of it. And now, everything was broken.</w:t>
      </w:r>
    </w:p>
    <w:p w14:paraId="0282553D" w14:textId="77777777" w:rsidR="00DB05F8" w:rsidRDefault="00000000">
      <w:r>
        <w:t>His family was shattered. And so was he.</w:t>
      </w:r>
    </w:p>
    <w:p w14:paraId="5D0CBE67" w14:textId="77777777" w:rsidR="00DB05F8" w:rsidRDefault="00000000">
      <w:r>
        <w:t>And though I tried to stay strong, I knew something in me cracked too. I watched the pain ripple through him, the man I had loved, the father of my child, torn between worlds and torn between truth and the life he had built.</w:t>
      </w:r>
    </w:p>
    <w:p w14:paraId="4CF16CEE" w14:textId="77777777" w:rsidR="00DB05F8" w:rsidRDefault="00000000">
      <w:r>
        <w:t>For a time, we tried to rebuild. Slowly, tenderly, we stitched our days together. There were shared meals again,laughter over bedtime stories. Quiet moments where the past didn’t press so hard, and the future didn’t feel so out of reach. For a flicker of time, we were a family.</w:t>
      </w:r>
    </w:p>
    <w:p w14:paraId="64ECCC70" w14:textId="77777777" w:rsidR="00DB05F8" w:rsidRDefault="00000000">
      <w:r>
        <w:t>A fractured family, but a family.</w:t>
      </w:r>
    </w:p>
    <w:p w14:paraId="6B6BC6B1" w14:textId="77777777" w:rsidR="00DB05F8" w:rsidRDefault="00000000">
      <w:r>
        <w:t>In those soft moments, I dared dream of something not rooted in survival. I saw the possibility of love, not the kind you hide or negotiate, but the kind you live out loud. I hoped. I wanted more. I imagined a life not patched together in secret but built openly. Honestly. Wholly.</w:t>
      </w:r>
    </w:p>
    <w:p w14:paraId="20B2649F" w14:textId="77777777" w:rsidR="00DB05F8" w:rsidRDefault="00000000">
      <w:r>
        <w:t>But even as we shared those small joys, there was a shadow.</w:t>
      </w:r>
    </w:p>
    <w:p w14:paraId="76CAE606" w14:textId="77777777" w:rsidR="00DB05F8" w:rsidRDefault="00000000">
      <w:r>
        <w:lastRenderedPageBreak/>
        <w:t>The guilt lingered like smoke in the air. Akil was trying to be present, but a part of him was still buried in the wreckage. I knew he was hurting. His family had crumbled. He had lost trust, connection, and a piece of himself. And even though he was here, part of him felt far away. There were moments he would drift off, staring into a space only he could see,a space filled with what-ifs and regrets.</w:t>
      </w:r>
    </w:p>
    <w:p w14:paraId="60E77235" w14:textId="77777777" w:rsidR="00DB05F8" w:rsidRDefault="00000000">
      <w:r>
        <w:t>And I hurt too.</w:t>
      </w:r>
    </w:p>
    <w:p w14:paraId="2A154907" w14:textId="77777777" w:rsidR="00DB05F8" w:rsidRDefault="00000000">
      <w:r>
        <w:t>I hurt because I loved him and Alex. I knew we had built something tangible out of pain, and yet it could never feel fully solid. It felt fragile even when we found a rhythm, like one wrong move could crack it all open again.</w:t>
      </w:r>
    </w:p>
    <w:p w14:paraId="0D9F48FE" w14:textId="77777777" w:rsidR="00DB05F8" w:rsidRDefault="00000000">
      <w:r>
        <w:t>I watched him with Alex, the way they moved so easily together, the laughter that came without effort. It was beautiful. But it also made my heart ache because I wanted it all,not half,not hidden. I wanted to be seen. I tried to stand in the light with them, without shame or apology.</w:t>
      </w:r>
    </w:p>
    <w:p w14:paraId="32BFFBA3" w14:textId="77777777" w:rsidR="00DB05F8" w:rsidRDefault="00000000">
      <w:r>
        <w:t>I was no longer living in the shadows.</w:t>
      </w:r>
    </w:p>
    <w:p w14:paraId="0A255B02" w14:textId="77777777" w:rsidR="00DB05F8" w:rsidRDefault="00000000">
      <w:r>
        <w:t>We were a patchwork family. Threaded with pain but stitched with intention. And while we weren’t whole in the traditional sense, we were building something real.</w:t>
      </w:r>
    </w:p>
    <w:p w14:paraId="56211772" w14:textId="77777777" w:rsidR="00DB05F8" w:rsidRDefault="00000000">
      <w:r>
        <w:t>And that mattered.</w:t>
      </w:r>
    </w:p>
    <w:p w14:paraId="4E8D4156" w14:textId="77777777" w:rsidR="00DB05F8" w:rsidRDefault="00000000">
      <w:r>
        <w:br/>
      </w:r>
      <w:r>
        <w:br/>
        <w:t>CHAPTER 41</w:t>
      </w:r>
    </w:p>
    <w:p w14:paraId="1C1060AD" w14:textId="77777777" w:rsidR="00DB05F8" w:rsidRDefault="00000000">
      <w:r>
        <w:t>When the Heart Whispers</w:t>
      </w:r>
    </w:p>
    <w:p w14:paraId="3B599DEC" w14:textId="77777777" w:rsidR="00DB05F8" w:rsidRDefault="00000000">
      <w:r>
        <w:t>"Sometimes, the body breaks the silence the soul has held for far too long. Healing begins the moment we finally listen."</w:t>
      </w:r>
    </w:p>
    <w:p w14:paraId="780C2EBD" w14:textId="77777777" w:rsidR="00DB05F8" w:rsidRDefault="00000000">
      <w:r>
        <w:t>Over the years, my body had become a map of silent suffering. I lived with irritable bowel syndrome, ulcers, and chronic pain that robbed me of sleep and left me wrung out with exhaustion.</w:t>
      </w:r>
    </w:p>
    <w:p w14:paraId="0669F7DC" w14:textId="77777777" w:rsidR="00DB05F8" w:rsidRDefault="00000000">
      <w:r>
        <w:t>I didn’t understand why my body felt so constantly under siege. I ate healthily. I exercised daily. I did all the “right” things. But something more profound, unseen, was stirring beneath the surface. Years of unspoken trauma had been silently echoing through every organ and every nerve ending.</w:t>
      </w:r>
    </w:p>
    <w:p w14:paraId="2A565551" w14:textId="77777777" w:rsidR="00DB05F8" w:rsidRDefault="00000000">
      <w:r>
        <w:t>Then came 2001, a year that fractured the world and slowly unstitched me from the inside out in ways I never expected.</w:t>
      </w:r>
    </w:p>
    <w:p w14:paraId="4D13C636" w14:textId="77777777" w:rsidR="00DB05F8" w:rsidRDefault="00000000">
      <w:r>
        <w:lastRenderedPageBreak/>
        <w:t>I had quietly battled countless ailments. From IBS and ulcers to sleepless nights that turned into full-blown insomnia, my body was always trying to tell me something. I had dismissed it all, thinking my eating well and regular exercise routine was enough. I had no idea how deeply my past had embedded itself into my physical being.</w:t>
      </w:r>
    </w:p>
    <w:p w14:paraId="0AA7F1E4" w14:textId="77777777" w:rsidR="00DB05F8" w:rsidRDefault="00000000">
      <w:r>
        <w:t>It was early February when everything shifted. I was climbing the stairs at a Lewisham hospital on my way to a meeting when the surrounding light faded. Then blackness.</w:t>
      </w:r>
    </w:p>
    <w:p w14:paraId="67F77D5C" w14:textId="77777777" w:rsidR="00DB05F8" w:rsidRDefault="00000000">
      <w:r>
        <w:t>When I opened my eyes, I was in the cardiac unit, disoriented and afraid. Tests and scans followed. I lay there surrounded by doctors, with Akil and Alex by my side. The consultants gently explained that cardiomyopathy was suspected. It would need to be confirmed with a heart MRI.</w:t>
      </w:r>
    </w:p>
    <w:p w14:paraId="1C9121D8" w14:textId="77777777" w:rsidR="00DB05F8" w:rsidRDefault="00000000">
      <w:r>
        <w:t>As they left the room to arrange further tests, I smiled at Aaron, who was not ready to ask. We were both silently carrying. Instead, I reached for my phone, searching the internet for answers. What I found only sent me deeper into panic. My mind spiralled. The thought of not being there to raise my son shook me.</w:t>
      </w:r>
    </w:p>
    <w:p w14:paraId="06CC12C5" w14:textId="77777777" w:rsidR="00DB05F8" w:rsidRDefault="00000000">
      <w:r>
        <w:t>In the days that followed, I worked closely with the medical team. I changed my diet, shifted my lifestyle, and committed to healing not just my body, but also the pain I had been carrying for years.</w:t>
      </w:r>
    </w:p>
    <w:p w14:paraId="5DF8C4FD" w14:textId="77777777" w:rsidR="00DB05F8" w:rsidRDefault="00000000">
      <w:r>
        <w:t>If there is one truth I know, it is this: unaddressed trauma, stress, and anxiety do not vanish. Deep inside us, they take root. They live in our muscles, our cells, our breath. They wait for when the body can no longer hold them quietly.</w:t>
      </w:r>
    </w:p>
    <w:p w14:paraId="2BAA0B4F" w14:textId="77777777" w:rsidR="00DB05F8" w:rsidRDefault="00000000">
      <w:r>
        <w:br/>
      </w:r>
      <w:r>
        <w:br/>
        <w:t>CHAPTER 42</w:t>
      </w:r>
    </w:p>
    <w:p w14:paraId="358090AB" w14:textId="77777777" w:rsidR="00DB05F8" w:rsidRDefault="00000000">
      <w:r>
        <w:t>When Love Turns to Ash</w:t>
      </w:r>
    </w:p>
    <w:p w14:paraId="203AC817" w14:textId="77777777" w:rsidR="00DB05F8" w:rsidRDefault="00000000">
      <w:r>
        <w:t>"Some betrayals burn so deeply they don't just wound the heart; they force it to rebuild entirely."</w:t>
      </w:r>
    </w:p>
    <w:p w14:paraId="0A1AD747" w14:textId="77777777" w:rsidR="00DB05F8" w:rsidRDefault="00000000">
      <w:r>
        <w:t>Through all the fear, I found a new clarity. I embraced life more fully. For my 40th birthday, I hosted a beautiful black-and-white party, surrounded by friends and colleagues who had stood by me.</w:t>
      </w:r>
    </w:p>
    <w:p w14:paraId="42C165C1" w14:textId="77777777" w:rsidR="00DB05F8" w:rsidRDefault="00000000">
      <w:r>
        <w:t>I laughed. I danced. I felt joy in my bones.</w:t>
      </w:r>
    </w:p>
    <w:p w14:paraId="10698857" w14:textId="77777777" w:rsidR="00DB05F8" w:rsidRDefault="00000000">
      <w:r>
        <w:lastRenderedPageBreak/>
        <w:t>Akil stood behind me, arms wrapped around my waist. “You look beautiful tonight,” he whispered, his breath warm against my neck. “You’ve done well, babe.”</w:t>
      </w:r>
    </w:p>
    <w:p w14:paraId="3BA0224F" w14:textId="77777777" w:rsidR="00DB05F8" w:rsidRDefault="00000000">
      <w:r>
        <w:t>"Are you happy?" he asked softly.</w:t>
      </w:r>
    </w:p>
    <w:p w14:paraId="09510D17" w14:textId="77777777" w:rsidR="00DB05F8" w:rsidRDefault="00000000">
      <w:r>
        <w:t>I turned to face him, my long black velvet gown hugging my skin, pearls draped like whispered promises around my neck.</w:t>
      </w:r>
    </w:p>
    <w:p w14:paraId="056FDD69" w14:textId="77777777" w:rsidR="00DB05F8" w:rsidRDefault="00000000">
      <w:r>
        <w:t>"Yes. Very," I replied, and kissed him gently on the lips.</w:t>
      </w:r>
    </w:p>
    <w:p w14:paraId="2F8DC582" w14:textId="77777777" w:rsidR="00DB05F8" w:rsidRDefault="00000000">
      <w:r>
        <w:t>In that moment, with music swirling around us and laughter echoing off the walls, everything felt like it had finally fallen into place.</w:t>
      </w:r>
    </w:p>
    <w:p w14:paraId="6CDEE730" w14:textId="77777777" w:rsidR="00DB05F8" w:rsidRDefault="00000000">
      <w:r>
        <w:t>But then June arrived, and with it, surgery. Though my recovery was quick, something between us unravelled in the quiet spaces. By July, Akil’s warmth had cooled. His touch grew absent. His gaze drifted elsewhere, like a man already halfway gone.</w:t>
      </w:r>
    </w:p>
    <w:p w14:paraId="3E5809E8" w14:textId="77777777" w:rsidR="00DB05F8" w:rsidRDefault="00000000">
      <w:r>
        <w:t>“Is everything okay with you?” I asked one night, curled beside him, the shadows of the room pressing in.</w:t>
      </w:r>
    </w:p>
    <w:p w14:paraId="5280F1A8" w14:textId="77777777" w:rsidR="00DB05F8" w:rsidRDefault="00000000">
      <w:r>
        <w:t>He stared at the ceiling. “Just have some things I’m dealing with.”</w:t>
      </w:r>
    </w:p>
    <w:p w14:paraId="37C394D8" w14:textId="77777777" w:rsidR="00DB05F8" w:rsidRDefault="00000000">
      <w:r>
        <w:t>I nodded, but my heart fluttered uneasily.</w:t>
      </w:r>
    </w:p>
    <w:p w14:paraId="65320200" w14:textId="77777777" w:rsidR="00DB05F8" w:rsidRDefault="00000000">
      <w:r>
        <w:t>He would lie in bed at night, texting endlessly, a sly smile playing on his lips. Not for me. Never for me.</w:t>
      </w:r>
    </w:p>
    <w:p w14:paraId="4A83AA8B" w14:textId="77777777" w:rsidR="00DB05F8" w:rsidRDefault="00000000">
      <w:r>
        <w:t>Each passing day carved new doubts into my chest. Had I become too much? Too broken? Was I still beautiful in his eyes?</w:t>
      </w:r>
    </w:p>
    <w:p w14:paraId="38326998" w14:textId="77777777" w:rsidR="00DB05F8" w:rsidRDefault="00000000">
      <w:r>
        <w:t>One evening in the kitchen, I turned to him, heart thudding in my ribs. “Are we still okay, Akil? Or are you slipping away from me?”</w:t>
      </w:r>
    </w:p>
    <w:p w14:paraId="0109B08F" w14:textId="77777777" w:rsidR="00DB05F8" w:rsidRDefault="00000000">
      <w:r>
        <w:t>He looked up from his phone, eyes unreadable. “I don’t know, Rae. I need space. Time to think.”</w:t>
      </w:r>
    </w:p>
    <w:p w14:paraId="6BC7043C" w14:textId="77777777" w:rsidR="00DB05F8" w:rsidRDefault="00000000">
      <w:r>
        <w:t>A silence fell like a hammer.</w:t>
      </w:r>
    </w:p>
    <w:p w14:paraId="4CFA6B08" w14:textId="77777777" w:rsidR="00DB05F8" w:rsidRDefault="00000000">
      <w:r>
        <w:t>“You want a break?” My voice trembled.</w:t>
      </w:r>
    </w:p>
    <w:p w14:paraId="3DE8F33D" w14:textId="77777777" w:rsidR="00DB05F8" w:rsidRDefault="00000000">
      <w:r>
        <w:t>He gave a slow nod, avoiding my gaze. “Just some breathing room.”</w:t>
      </w:r>
    </w:p>
    <w:p w14:paraId="2CC84321" w14:textId="77777777" w:rsidR="00DB05F8" w:rsidRDefault="00000000">
      <w:r>
        <w:t>I tried to hold myself together. Told myself it was temporary. That love could endure a little space.</w:t>
      </w:r>
    </w:p>
    <w:p w14:paraId="19C405E8" w14:textId="77777777" w:rsidR="00DB05F8" w:rsidRDefault="00000000">
      <w:r>
        <w:lastRenderedPageBreak/>
        <w:t>But the cracks deepened.</w:t>
      </w:r>
    </w:p>
    <w:p w14:paraId="1023629C" w14:textId="77777777" w:rsidR="00DB05F8" w:rsidRDefault="00000000">
      <w:r>
        <w:t>“Where would you stay?” I asked quietly.</w:t>
      </w:r>
    </w:p>
    <w:p w14:paraId="388ABF88" w14:textId="77777777" w:rsidR="00DB05F8" w:rsidRDefault="00000000">
      <w:r>
        <w:t>“The flat,” he said. “But it needs some work.”</w:t>
      </w:r>
    </w:p>
    <w:p w14:paraId="3DE29B79" w14:textId="77777777" w:rsidR="00DB05F8" w:rsidRDefault="00000000">
      <w:r>
        <w:t>And so, we spent the next few weeks preparing it together, trying to make his stay as comfortable as possible while he got his thoughts together. He will be back, I kept telling myself.</w:t>
      </w:r>
    </w:p>
    <w:p w14:paraId="39734D58" w14:textId="77777777" w:rsidR="00DB05F8" w:rsidRDefault="00000000">
      <w:r>
        <w:t>I was in bed on my laptop about to log into my email, his email was still logged into from when he used my laptop. I knew I should have logged out but my inner voice was screaming at me that something was wrong.</w:t>
      </w:r>
    </w:p>
    <w:p w14:paraId="176B0163" w14:textId="77777777" w:rsidR="00DB05F8" w:rsidRDefault="00000000">
      <w:r>
        <w:t>What I found was a message that split the ground beneath me.</w:t>
      </w:r>
    </w:p>
    <w:p w14:paraId="7F20F353" w14:textId="77777777" w:rsidR="00DB05F8" w:rsidRDefault="00000000">
      <w:r>
        <w:t>“I still think about that night. You felt like fire in my hands.”</w:t>
      </w:r>
    </w:p>
    <w:p w14:paraId="2E23B87B" w14:textId="77777777" w:rsidR="00DB05F8" w:rsidRDefault="00000000">
      <w:r>
        <w:t>“You are my Beautiful Butterfly”</w:t>
      </w:r>
    </w:p>
    <w:p w14:paraId="2B690DCB" w14:textId="77777777" w:rsidR="00DB05F8" w:rsidRDefault="00000000">
      <w:r>
        <w:t>There was no hesitation in the words. No attempt at secrecy. The sender’s name was familiar, not from my circle, but close enough to be devastating.</w:t>
      </w:r>
    </w:p>
    <w:p w14:paraId="7842E6AE" w14:textId="77777777" w:rsidR="00DB05F8" w:rsidRDefault="00000000">
      <w:r>
        <w:t>I read it once. Then again.</w:t>
      </w:r>
      <w:r>
        <w:br/>
        <w:t>Each line cut deeper than the last.</w:t>
      </w:r>
    </w:p>
    <w:p w14:paraId="39989B6B" w14:textId="77777777" w:rsidR="00DB05F8" w:rsidRDefault="00000000">
      <w:r>
        <w:t>The words “My beautiful butterfly.” Kept repeating in my brain.</w:t>
      </w:r>
    </w:p>
    <w:p w14:paraId="2E8F3B9A" w14:textId="77777777" w:rsidR="00DB05F8" w:rsidRDefault="00000000">
      <w:r>
        <w:t>They knew the recipient, she was my friend and confidant.</w:t>
      </w:r>
    </w:p>
    <w:p w14:paraId="47EE53B8" w14:textId="77777777" w:rsidR="00DB05F8" w:rsidRDefault="00000000">
      <w:r>
        <w:t>The room was suddenly too still. The walls closed in. I stared at the screen, my breathing shallow, my fingers trembling above the keyboard. It felt like a punch to the chest, sharp, windless, disorienting.</w:t>
      </w:r>
    </w:p>
    <w:p w14:paraId="1D0E8C58" w14:textId="77777777" w:rsidR="00DB05F8" w:rsidRDefault="00000000">
      <w:r>
        <w:t>My throat tightened, dry and thick with disbelief. I told myself it could be a misunderstanding. A joke. A mistake. Anything but what it so clearly was.</w:t>
      </w:r>
    </w:p>
    <w:p w14:paraId="522ABEEB" w14:textId="77777777" w:rsidR="00DB05F8" w:rsidRDefault="00000000">
      <w:r>
        <w:t>But the truth was there in black and white.</w:t>
      </w:r>
    </w:p>
    <w:p w14:paraId="4CEB2AFE" w14:textId="77777777" w:rsidR="00DB05F8" w:rsidRDefault="00000000">
      <w:r>
        <w:t>The words glared back at me like fire on paper.</w:t>
      </w:r>
    </w:p>
    <w:p w14:paraId="74DD2225" w14:textId="77777777" w:rsidR="00DB05F8" w:rsidRDefault="00000000">
      <w:r>
        <w:t>Time stopped. My chest caved in. I could feel my heartbeat hammering against my ribs, as if trying to escape. My breath caught in my throat. I couldn’t look away.</w:t>
      </w:r>
    </w:p>
    <w:p w14:paraId="6273D768" w14:textId="77777777" w:rsidR="00DB05F8" w:rsidRDefault="00000000">
      <w:r>
        <w:t>My stomach churned. My ears rang. My vision blurred as the betrayal hit me like a tidal wave. I gasped, as if someone had punched the air out of my lungs.</w:t>
      </w:r>
    </w:p>
    <w:p w14:paraId="111B9543" w14:textId="77777777" w:rsidR="00DB05F8" w:rsidRDefault="00000000">
      <w:r>
        <w:lastRenderedPageBreak/>
        <w:t>I fell to the bed, clawing at the sheets, a scream ripping from deep inside,a sound I didn’t recognise, wild and animal and broken.</w:t>
      </w:r>
    </w:p>
    <w:p w14:paraId="6A39F511" w14:textId="77777777" w:rsidR="00DB05F8" w:rsidRDefault="00000000">
      <w:r>
        <w:t>“Mum?! MUM!”</w:t>
      </w:r>
    </w:p>
    <w:p w14:paraId="4C7B8330" w14:textId="77777777" w:rsidR="00DB05F8" w:rsidRDefault="00000000">
      <w:r>
        <w:t>Alex appeared at the door, eyes wide with terror, voice cracking with panic.</w:t>
      </w:r>
    </w:p>
    <w:p w14:paraId="3964A580" w14:textId="77777777" w:rsidR="00DB05F8" w:rsidRDefault="00000000">
      <w:r>
        <w:t>He froze at the sight of me,shaking, breathless, collapsed in a twisted heap.</w:t>
      </w:r>
    </w:p>
    <w:p w14:paraId="652DE9E7" w14:textId="77777777" w:rsidR="00DB05F8" w:rsidRDefault="00000000">
      <w:r>
        <w:t>“I’m calling Carol!” he sobbed, stumbling back into the hallway.</w:t>
      </w:r>
    </w:p>
    <w:p w14:paraId="2D732AEB" w14:textId="77777777" w:rsidR="00DB05F8" w:rsidRDefault="00000000">
      <w:r>
        <w:t>I heard him pleading down the line, his small voice splintered and desperate, trying to hold together a world cracking in front of him.</w:t>
      </w:r>
    </w:p>
    <w:p w14:paraId="364257B5" w14:textId="77777777" w:rsidR="00DB05F8" w:rsidRDefault="00000000">
      <w:r>
        <w:t>And I,his mother,was the one unraveling.</w:t>
      </w:r>
    </w:p>
    <w:p w14:paraId="2A2B8888" w14:textId="77777777" w:rsidR="00DB05F8" w:rsidRDefault="00000000">
      <w:r>
        <w:t>My body curled into itself, a fortress of grief. I shook violently, my skin clammy with sweat, my mouth too dry to form words. I couldn’t reach him. I couldn’t even reach myself.</w:t>
      </w:r>
    </w:p>
    <w:p w14:paraId="632191B6" w14:textId="77777777" w:rsidR="00DB05F8" w:rsidRDefault="00000000">
      <w:r>
        <w:t>Everything blurred,Carol’s voice echoing down the phone, Alex crying, pacing, helpless.</w:t>
      </w:r>
    </w:p>
    <w:p w14:paraId="19DFD7D3" w14:textId="77777777" w:rsidR="00DB05F8" w:rsidRDefault="00000000">
      <w:r>
        <w:t>My shame grew heavier with every heartbeat. I wasn’t just betrayed. I was broken, and my son had seen it all.</w:t>
      </w:r>
    </w:p>
    <w:p w14:paraId="3B6771ED" w14:textId="77777777" w:rsidR="00DB05F8" w:rsidRDefault="00000000">
      <w:r>
        <w:t>And then, Jo.</w:t>
      </w:r>
    </w:p>
    <w:p w14:paraId="0A8A5463" w14:textId="77777777" w:rsidR="00DB05F8" w:rsidRDefault="00000000">
      <w:r>
        <w:t>Out of the haze, she arrived. Wordless. Steady. Her arms encircled me like a lifeline.</w:t>
      </w:r>
    </w:p>
    <w:p w14:paraId="77D411C9" w14:textId="77777777" w:rsidR="00DB05F8" w:rsidRDefault="00000000">
      <w:r>
        <w:t>I clung to her as the sobs poured from me, fierce and raw. I wept until my voice cracked and my chest ached. Jo held on without flinching, without asking, without letting go.</w:t>
      </w:r>
    </w:p>
    <w:p w14:paraId="1DBB3239" w14:textId="77777777" w:rsidR="00DB05F8" w:rsidRDefault="00000000">
      <w:r>
        <w:t>Sometimes survival isn’t brave. Sometimes it’s letting yourself collapse into someone who refuses to let you drown.</w:t>
      </w:r>
    </w:p>
    <w:p w14:paraId="31828542" w14:textId="77777777" w:rsidR="00DB05F8" w:rsidRDefault="00000000">
      <w:r>
        <w:t>When I could finally breathe again, I picked up the phone and called him.</w:t>
      </w:r>
    </w:p>
    <w:p w14:paraId="773EF291" w14:textId="77777777" w:rsidR="00DB05F8" w:rsidRDefault="00000000">
      <w:r>
        <w:t>He answered. “Rae?”</w:t>
      </w:r>
    </w:p>
    <w:p w14:paraId="44EC8A5A" w14:textId="77777777" w:rsidR="00DB05F8" w:rsidRDefault="00000000">
      <w:r>
        <w:t>“I saw it,” I said, voice hollow. “I saw the email. ‘My beautiful butterfly.’ Really?”</w:t>
      </w:r>
    </w:p>
    <w:p w14:paraId="41848B44" w14:textId="77777777" w:rsidR="00DB05F8" w:rsidRDefault="00000000">
      <w:r>
        <w:t>“What the fuck is this, Akil?”</w:t>
      </w:r>
    </w:p>
    <w:p w14:paraId="14DF911D" w14:textId="77777777" w:rsidR="00DB05F8" w:rsidRDefault="00000000">
      <w:r>
        <w:t>Silence.</w:t>
      </w:r>
    </w:p>
    <w:p w14:paraId="5FCEBE1B" w14:textId="77777777" w:rsidR="00DB05F8" w:rsidRDefault="00000000">
      <w:r>
        <w:lastRenderedPageBreak/>
        <w:t>“It’s not what it looks like,” he said, the words so predictable they made my skin crawl.</w:t>
      </w:r>
    </w:p>
    <w:p w14:paraId="195FF0F8" w14:textId="77777777" w:rsidR="00DB05F8" w:rsidRDefault="00000000">
      <w:r>
        <w:t>Then, coldly: “You had no right to go through my emails.”</w:t>
      </w:r>
    </w:p>
    <w:p w14:paraId="10AC27CC" w14:textId="77777777" w:rsidR="00DB05F8" w:rsidRDefault="00000000">
      <w:r>
        <w:t>“No right?” I snapped, breath shaking. “You wrote love letters to her. You called her butterfly. Why her?”</w:t>
      </w:r>
    </w:p>
    <w:p w14:paraId="377F7E73" w14:textId="77777777" w:rsidR="00DB05F8" w:rsidRDefault="00000000">
      <w:r>
        <w:t>“She was there. I didn’t plan it,” he muttered.</w:t>
      </w:r>
    </w:p>
    <w:p w14:paraId="3122C43D" w14:textId="77777777" w:rsidR="00DB05F8" w:rsidRDefault="00000000">
      <w:r>
        <w:t>“She was supposed to be my friend.”</w:t>
      </w:r>
    </w:p>
    <w:p w14:paraId="1DCF366C" w14:textId="77777777" w:rsidR="00DB05F8" w:rsidRDefault="00000000">
      <w:r>
        <w:t>“I’m not doing this,” he said. “Not while you’re like this.”</w:t>
      </w:r>
    </w:p>
    <w:p w14:paraId="3167940B" w14:textId="77777777" w:rsidR="00DB05F8" w:rsidRDefault="00000000">
      <w:r>
        <w:t>“Do you even think I’m beautiful anymore?”</w:t>
      </w:r>
    </w:p>
    <w:p w14:paraId="6DA7366C" w14:textId="77777777" w:rsidR="00DB05F8" w:rsidRDefault="00000000">
      <w:r>
        <w:t>More silence.</w:t>
      </w:r>
    </w:p>
    <w:p w14:paraId="42DFB190" w14:textId="77777777" w:rsidR="00DB05F8" w:rsidRDefault="00000000">
      <w:r>
        <w:t>The silence that followed wasn’t like before. It wasn’t laced with longing or love. It was heavy. Final.</w:t>
      </w:r>
    </w:p>
    <w:p w14:paraId="1AABC38C" w14:textId="77777777" w:rsidR="00DB05F8" w:rsidRDefault="00000000">
      <w:r>
        <w:t>I walked out of the room, laptop still in hand, heart pounding like a war drum in my chest.</w:t>
      </w:r>
    </w:p>
    <w:p w14:paraId="4A798A5B" w14:textId="77777777" w:rsidR="00DB05F8" w:rsidRDefault="00000000">
      <w:r>
        <w:t>For the first time in our years together, I felt something colder than anger, deeper than heartbreak.</w:t>
      </w:r>
    </w:p>
    <w:p w14:paraId="33BD9D40" w14:textId="77777777" w:rsidR="00DB05F8" w:rsidRDefault="00000000">
      <w:r>
        <w:t>I felt done.</w:t>
      </w:r>
    </w:p>
    <w:p w14:paraId="0C467213" w14:textId="77777777" w:rsidR="00DB05F8" w:rsidRDefault="00000000">
      <w:r>
        <w:br/>
      </w:r>
      <w:r>
        <w:br/>
        <w:t>CHAPTER 43</w:t>
      </w:r>
    </w:p>
    <w:p w14:paraId="059303DE" w14:textId="77777777" w:rsidR="00DB05F8" w:rsidRDefault="00000000">
      <w:r>
        <w:t>When Rage Took the Reins</w:t>
      </w:r>
    </w:p>
    <w:p w14:paraId="740821A1" w14:textId="77777777" w:rsidR="00DB05F8" w:rsidRDefault="00000000">
      <w:r>
        <w:t>“Sometimes the pain we carry finds its sharpest edge in the face of those who betray us.”</w:t>
      </w:r>
    </w:p>
    <w:p w14:paraId="76FF105A" w14:textId="77777777" w:rsidR="00DB05F8" w:rsidRDefault="00000000">
      <w:r>
        <w:t>I needed answers. I needed Akil to explain, to tell me it was a mistake, that I was not being betrayed. I needed him to look me in the eye and make it all untrue. But deep down, I knew.</w:t>
      </w:r>
    </w:p>
    <w:p w14:paraId="32233812" w14:textId="77777777" w:rsidR="00DB05F8" w:rsidRDefault="00000000">
      <w:r>
        <w:t>I drove to his flat, my heart pounding like a warning bell. When he hesitated to open the door, I already felt the answer crackling in the silence.</w:t>
      </w:r>
      <w:r>
        <w:br/>
        <w:t>And then she appeared.</w:t>
      </w:r>
      <w:r>
        <w:br/>
        <w:t>The woman from the email.</w:t>
      </w:r>
      <w:r>
        <w:br/>
      </w:r>
      <w:r>
        <w:lastRenderedPageBreak/>
        <w:t>The woman who knew what I didn’t.</w:t>
      </w:r>
      <w:r>
        <w:br/>
        <w:t>Her presence wasn’t just confirmation, it was gasoline on an already raging fire.</w:t>
      </w:r>
    </w:p>
    <w:p w14:paraId="0C2AC942" w14:textId="77777777" w:rsidR="00DB05F8" w:rsidRDefault="00000000">
      <w:r>
        <w:t>In that moment, hope crumbled. It didn’t shatter like glass; it disintegrated like ash, leaving nothing for my trembling hands to hold.</w:t>
      </w:r>
    </w:p>
    <w:p w14:paraId="60779DB9" w14:textId="77777777" w:rsidR="00DB05F8" w:rsidRDefault="00000000">
      <w:r>
        <w:t>I lost it. The fury in me erupted like a volcano. Every betrayal I had buried, every unhealed wound, every time I had been made to feel small or forgotten, came roaring to the surface.</w:t>
      </w:r>
      <w:r>
        <w:br/>
        <w:t>I wanted to hurt her.</w:t>
      </w:r>
      <w:r>
        <w:br/>
        <w:t>I wanted to hurt all of them. All those who had ever caused me pain, who had walked away while I bled.</w:t>
      </w:r>
      <w:r>
        <w:br/>
        <w:t>And she was the centre of it all, the one who lit the match that brought my world crashing down.</w:t>
      </w:r>
    </w:p>
    <w:p w14:paraId="67EABD9D" w14:textId="77777777" w:rsidR="00DB05F8" w:rsidRDefault="00000000">
      <w:r>
        <w:t>Akil stepped in front of her, blocking me. But I had already lost all sense of restraint.</w:t>
      </w:r>
      <w:r>
        <w:br/>
        <w:t>The room trembled with my rage. I shouted, shook, and clawed at the air between us as he tried to calm me.</w:t>
      </w:r>
    </w:p>
    <w:p w14:paraId="33791018" w14:textId="77777777" w:rsidR="00DB05F8" w:rsidRDefault="00000000">
      <w:r>
        <w:t>It wasn’t just this betrayal I was raging against. It was every abandonment. Every unanswered cry. Every time I had made myself small to survive.</w:t>
      </w:r>
    </w:p>
    <w:p w14:paraId="466B3D50" w14:textId="77777777" w:rsidR="00DB05F8" w:rsidRDefault="00000000">
      <w:r>
        <w:t>I demanded he protect her, protect what he had chosen over us.</w:t>
      </w:r>
      <w:r>
        <w:br/>
        <w:t>We struggled, a messy, desperate, shameful struggle, me trying to push past him, him holding me back.</w:t>
      </w:r>
    </w:p>
    <w:p w14:paraId="1B1C02AD" w14:textId="77777777" w:rsidR="00DB05F8" w:rsidRDefault="00000000">
      <w:r>
        <w:t>The sound of screaming filled the room. Not mine. Not hers.</w:t>
      </w:r>
    </w:p>
    <w:p w14:paraId="1C9F6DCF" w14:textId="77777777" w:rsidR="00DB05F8" w:rsidRDefault="00000000">
      <w:r>
        <w:t>It was Alex.</w:t>
      </w:r>
    </w:p>
    <w:p w14:paraId="2B445233" w14:textId="77777777" w:rsidR="00DB05F8" w:rsidRDefault="00000000">
      <w:r>
        <w:t>He was crying, his little face twisted in terror. "Mummy! Mummy! Stop!"</w:t>
      </w:r>
    </w:p>
    <w:p w14:paraId="77124A9C" w14:textId="77777777" w:rsidR="00DB05F8" w:rsidRDefault="00000000">
      <w:r>
        <w:t>His voice cut through me like a blade.</w:t>
      </w:r>
      <w:r>
        <w:br/>
        <w:t>I stopped. I turned and saw him, and in that instant, all the anger drained from my body and was replaced by horror.</w:t>
      </w:r>
    </w:p>
    <w:p w14:paraId="13C54BF2" w14:textId="77777777" w:rsidR="00DB05F8" w:rsidRDefault="00000000">
      <w:r>
        <w:t>What had I done?</w:t>
      </w:r>
    </w:p>
    <w:p w14:paraId="12FF2D67" w14:textId="77777777" w:rsidR="00DB05F8" w:rsidRDefault="00000000">
      <w:r>
        <w:t>In trying to protect myself, I had wounded the one soul I swore I would always protect. I had become the very storm I fought so hard to shield him from.</w:t>
      </w:r>
    </w:p>
    <w:p w14:paraId="627D7B84" w14:textId="77777777" w:rsidR="00DB05F8" w:rsidRDefault="00000000">
      <w:r>
        <w:t>I had traumatised my son.</w:t>
      </w:r>
      <w:r>
        <w:br/>
        <w:t xml:space="preserve">The child I had fought so hard to protect from the darkness of the world had just </w:t>
      </w:r>
      <w:r>
        <w:lastRenderedPageBreak/>
        <w:t>witnessed the ugliest version of me.</w:t>
      </w:r>
      <w:r>
        <w:br/>
        <w:t>I had failed him.</w:t>
      </w:r>
    </w:p>
    <w:p w14:paraId="02F87284" w14:textId="77777777" w:rsidR="00DB05F8" w:rsidRDefault="00000000">
      <w:r>
        <w:t>The days that followed were suffocating. Akil kept his distance. Friends offered silence or judgment.</w:t>
      </w:r>
    </w:p>
    <w:p w14:paraId="104DD339" w14:textId="77777777" w:rsidR="00DB05F8" w:rsidRDefault="00000000">
      <w:r>
        <w:t>But it was the accusations.</w:t>
      </w:r>
    </w:p>
    <w:p w14:paraId="14ACFE10" w14:textId="77777777" w:rsidR="00DB05F8" w:rsidRDefault="00000000">
      <w:r>
        <w:t>Whispers that I was unstable, that shattered me.</w:t>
      </w:r>
      <w:r>
        <w:br/>
        <w:t>Hints that I was a bad mother.</w:t>
      </w:r>
      <w:r>
        <w:br/>
        <w:t>The worst part? People judged me based on five minutes.</w:t>
      </w:r>
      <w:r>
        <w:br/>
        <w:t>Five minutes of a breakdown.</w:t>
      </w:r>
      <w:r>
        <w:br/>
        <w:t>Five minutes of lost control.</w:t>
      </w:r>
      <w:r>
        <w:br/>
        <w:t>Five minutes in which the pain of years boiled over.</w:t>
      </w:r>
    </w:p>
    <w:p w14:paraId="4B9B79D0" w14:textId="77777777" w:rsidR="00DB05F8" w:rsidRDefault="00000000">
      <w:r>
        <w:t>But those five minutes were enough to place doubt on everything I had worked so hard to build.</w:t>
      </w:r>
    </w:p>
    <w:p w14:paraId="269CFDC6" w14:textId="77777777" w:rsidR="00DB05F8" w:rsidRDefault="00000000">
      <w:r>
        <w:t>I couldn’t stop replaying the scene.</w:t>
      </w:r>
      <w:r>
        <w:br/>
        <w:t>Alex’s face. His tears. The way his voice cracked. It haunted me.</w:t>
      </w:r>
      <w:r>
        <w:br/>
        <w:t>I couldn’t sleep.</w:t>
      </w:r>
      <w:r>
        <w:br/>
        <w:t>I couldn’t eat.</w:t>
      </w:r>
      <w:r>
        <w:br/>
        <w:t>I carried the shame like a second skin.</w:t>
      </w:r>
    </w:p>
    <w:p w14:paraId="6FC06D44" w14:textId="77777777" w:rsidR="00DB05F8" w:rsidRDefault="00000000">
      <w:r>
        <w:t>But shame is a heavy thing, it sinks deeper when you try to hide it. And I was drowning, invisible even to myself.</w:t>
      </w:r>
    </w:p>
    <w:p w14:paraId="442CCFD3" w14:textId="77777777" w:rsidR="00DB05F8" w:rsidRDefault="00000000">
      <w:r>
        <w:t>In the quiet, after the storm, I understood.</w:t>
      </w:r>
      <w:r>
        <w:br/>
        <w:t>I was not evil.</w:t>
      </w:r>
      <w:r>
        <w:br/>
        <w:t>I was not crazy.</w:t>
      </w:r>
      <w:r>
        <w:br/>
        <w:t>I was a woman drowning in betrayal, grief, and unhealed trauma.</w:t>
      </w:r>
      <w:r>
        <w:br/>
        <w:t>I had snapped because I had held it all in for too long.</w:t>
      </w:r>
    </w:p>
    <w:p w14:paraId="062DB0BD" w14:textId="77777777" w:rsidR="00DB05F8" w:rsidRDefault="00000000">
      <w:r>
        <w:t>That day broke me.</w:t>
      </w:r>
      <w:r>
        <w:br/>
        <w:t>But it also became a turning point.</w:t>
      </w:r>
    </w:p>
    <w:p w14:paraId="21E20965" w14:textId="77777777" w:rsidR="00DB05F8" w:rsidRDefault="00000000">
      <w:r>
        <w:t>That night, Alex sat in silence. He didn’t ask questions.</w:t>
      </w:r>
      <w:r>
        <w:br/>
        <w:t>He just stayed close, unsure and afraid.</w:t>
      </w:r>
      <w:r>
        <w:br/>
        <w:t>I wrapped him in my arms, but I wasn’t sure if I could protect him from the damage I had already done.</w:t>
      </w:r>
    </w:p>
    <w:p w14:paraId="778F2D26" w14:textId="77777777" w:rsidR="00DB05F8" w:rsidRDefault="00000000">
      <w:r>
        <w:t>The days that followed were chaos and silence.</w:t>
      </w:r>
      <w:r>
        <w:br/>
        <w:t>Arguments became routine.</w:t>
      </w:r>
      <w:r>
        <w:br/>
        <w:t>Accusations flew like daggers.</w:t>
      </w:r>
      <w:r>
        <w:br/>
        <w:t>The love we once held crumbled under the weight of mistrust and heartbreak.</w:t>
      </w:r>
    </w:p>
    <w:p w14:paraId="4AC3F341" w14:textId="77777777" w:rsidR="00DB05F8" w:rsidRDefault="00000000">
      <w:r>
        <w:lastRenderedPageBreak/>
        <w:t>Then came the whispers.</w:t>
      </w:r>
      <w:r>
        <w:br/>
        <w:t>The assumptions.</w:t>
      </w:r>
      <w:r>
        <w:br/>
        <w:t>The judgment.</w:t>
      </w:r>
      <w:r>
        <w:br/>
        <w:t>“She deserved it.”</w:t>
      </w:r>
      <w:r>
        <w:br/>
        <w:t>“Karma is real.”</w:t>
      </w:r>
    </w:p>
    <w:p w14:paraId="5A57E665" w14:textId="77777777" w:rsidR="00DB05F8" w:rsidRDefault="00000000">
      <w:r>
        <w:t>Those words buried themselves deep in my bones.</w:t>
      </w:r>
      <w:r>
        <w:br/>
        <w:t>I wore them like chains.</w:t>
      </w:r>
      <w:r>
        <w:br/>
        <w:t>And the heaviest chain of all was the truth I couldn’t ignore: Akil might not come back.</w:t>
      </w:r>
    </w:p>
    <w:p w14:paraId="792E8C1A" w14:textId="77777777" w:rsidR="00DB05F8" w:rsidRDefault="00000000">
      <w:r>
        <w:t>I spiralled.</w:t>
      </w:r>
      <w:r>
        <w:br/>
        <w:t>Sleep became a stranger.</w:t>
      </w:r>
      <w:r>
        <w:br/>
        <w:t>Food held no flavour.</w:t>
      </w:r>
      <w:r>
        <w:br/>
        <w:t>The world grew too loud, too bright, too unbearable.</w:t>
      </w:r>
      <w:r>
        <w:br/>
        <w:t>I could barely breathe under the weight of it all.</w:t>
      </w:r>
    </w:p>
    <w:p w14:paraId="09C1B25E" w14:textId="77777777" w:rsidR="00DB05F8" w:rsidRDefault="00000000">
      <w:r>
        <w:t>I didn’t want to be here anymore.</w:t>
      </w:r>
    </w:p>
    <w:p w14:paraId="66E4696F" w14:textId="77777777" w:rsidR="00DB05F8" w:rsidRDefault="00000000">
      <w:r>
        <w:br/>
      </w:r>
      <w:r>
        <w:br/>
        <w:t>CHAPTER 44</w:t>
      </w:r>
    </w:p>
    <w:p w14:paraId="63ADA462" w14:textId="77777777" w:rsidR="00DB05F8" w:rsidRDefault="00000000">
      <w:r>
        <w:t>The Day I Almost Let Go</w:t>
      </w:r>
    </w:p>
    <w:p w14:paraId="1788345F" w14:textId="77777777" w:rsidR="00DB05F8" w:rsidRDefault="00000000">
      <w:r>
        <w:t>"Sometimes, the brightest smile is worn by the one quietly fighting to stay alive."</w:t>
      </w:r>
    </w:p>
    <w:p w14:paraId="5F4DE226" w14:textId="77777777" w:rsidR="00DB05F8" w:rsidRDefault="00000000">
      <w:r>
        <w:t>I cannot remember the exact moment the thought first crept in.</w:t>
      </w:r>
      <w:r>
        <w:br/>
        <w:t>Maybe it had always lived inside me, buried beneath years of trauma, survival, and the pressure to be strong.</w:t>
      </w:r>
      <w:r>
        <w:br/>
        <w:t>But over time, the thought grew louder.</w:t>
      </w:r>
      <w:r>
        <w:br/>
        <w:t>And one night, it refused to be silenced.</w:t>
      </w:r>
    </w:p>
    <w:p w14:paraId="49E9AA24" w14:textId="77777777" w:rsidR="00DB05F8" w:rsidRDefault="00000000">
      <w:r>
        <w:t>The pain had become unbearable. Not just emotional, but physical. It pulsed through my veins, an ache that lived in my bones. Sleep was a stranger. The food tasted like ash. Colour drained from the world around me. Everything felt like it was closing in.</w:t>
      </w:r>
    </w:p>
    <w:p w14:paraId="2430F4DB" w14:textId="77777777" w:rsidR="00DB05F8" w:rsidRDefault="00000000">
      <w:r>
        <w:t>I was exhausted.</w:t>
      </w:r>
      <w:r>
        <w:br/>
        <w:t>Not just tired.</w:t>
      </w:r>
      <w:r>
        <w:br/>
        <w:t>Soul-tired.</w:t>
      </w:r>
      <w:r>
        <w:br/>
        <w:t>The kind of exhaustion that made it hard to lift my head, to pretend, to keep pretending.</w:t>
      </w:r>
      <w:r>
        <w:br/>
        <w:t>Tired of smiling.</w:t>
      </w:r>
      <w:r>
        <w:br/>
      </w:r>
      <w:r>
        <w:lastRenderedPageBreak/>
        <w:t>Tired of surviving.</w:t>
      </w:r>
      <w:r>
        <w:br/>
        <w:t>Tired of holding myself together while feeling like I was shattering inside.</w:t>
      </w:r>
    </w:p>
    <w:p w14:paraId="052E3DDE" w14:textId="77777777" w:rsidR="00DB05F8" w:rsidRDefault="00000000">
      <w:r>
        <w:t>There is a loneliness that has no language. It lives in the hollow spaces where hope used to reside. That was where I existed.</w:t>
      </w:r>
    </w:p>
    <w:p w14:paraId="5A082BFD" w14:textId="77777777" w:rsidR="00DB05F8" w:rsidRDefault="00000000">
      <w:r>
        <w:t>After the confrontation, after Akil, after the betrayal, the breakdown, and the terror in my son’s eyes, I believed a lie: that maybe everyone would be better off without me.</w:t>
      </w:r>
      <w:r>
        <w:br/>
        <w:t>I could not breathe beneath its weight. I could not see a way out.</w:t>
      </w:r>
    </w:p>
    <w:p w14:paraId="068C678C" w14:textId="77777777" w:rsidR="00DB05F8" w:rsidRDefault="00000000">
      <w:r>
        <w:t>I remember sitting in my bedroom, the curtains drawn, the light outside fading into dusk.</w:t>
      </w:r>
      <w:r>
        <w:br/>
        <w:t>The silence was thick and unbearable.</w:t>
      </w:r>
      <w:r>
        <w:br/>
        <w:t>My thoughts ran wild, each one heavier than the last.</w:t>
      </w:r>
      <w:r>
        <w:br/>
        <w:t>I wrote letters, my hands trembling, my tears staining the paper.</w:t>
      </w:r>
      <w:r>
        <w:br/>
        <w:t>One for Alex.</w:t>
      </w:r>
      <w:r>
        <w:br/>
        <w:t>One for Mum.</w:t>
      </w:r>
      <w:r>
        <w:br/>
        <w:t>One for Carol...</w:t>
      </w:r>
    </w:p>
    <w:p w14:paraId="536D2925" w14:textId="77777777" w:rsidR="00DB05F8" w:rsidRDefault="00000000">
      <w:r>
        <w:t>Every stroke of the pen felt like a goodbye stitched onto my soul. And yet, some small part of me hesitated, aching for a reason to stay.</w:t>
      </w:r>
    </w:p>
    <w:p w14:paraId="1DD04EA1" w14:textId="77777777" w:rsidR="00DB05F8" w:rsidRDefault="00000000">
      <w:r>
        <w:t>I prepared the cocktail calmly, methodically. Not with panic. Just with the quiet numbness of someone who wanted peace.</w:t>
      </w:r>
      <w:r>
        <w:br/>
        <w:t>I placed the glass on the bedside table, sat at the edge of the bed, and stared at nothing, letting the darkness crawl over me.</w:t>
      </w:r>
    </w:p>
    <w:p w14:paraId="5B653653" w14:textId="77777777" w:rsidR="00DB05F8" w:rsidRDefault="00000000">
      <w:r>
        <w:t>And then, a knock.</w:t>
      </w:r>
      <w:r>
        <w:br/>
        <w:t>Sharp. Firm. Repeated.</w:t>
      </w:r>
    </w:p>
    <w:p w14:paraId="54E20510" w14:textId="77777777" w:rsidR="00DB05F8" w:rsidRDefault="00000000">
      <w:r>
        <w:t>It was Michael.</w:t>
      </w:r>
    </w:p>
    <w:p w14:paraId="7DE91AC3" w14:textId="77777777" w:rsidR="00DB05F8" w:rsidRDefault="00000000">
      <w:r>
        <w:t>Panic set in.</w:t>
      </w:r>
      <w:r>
        <w:br/>
        <w:t>I shoved the glass away. Hid the letters beneath the pillow.</w:t>
      </w:r>
    </w:p>
    <w:p w14:paraId="72B4B6E1" w14:textId="77777777" w:rsidR="00DB05F8" w:rsidRDefault="00000000">
      <w:r>
        <w:t>It was Michael.</w:t>
      </w:r>
      <w:r>
        <w:br/>
        <w:t>Of course it was him.</w:t>
      </w:r>
    </w:p>
    <w:p w14:paraId="19D8C250" w14:textId="77777777" w:rsidR="00DB05F8" w:rsidRDefault="00000000">
      <w:r>
        <w:t>I had met Michael through Akil when I first came to London. Back then, he was all quiet charisma,tall, athletic, handsome, though he carried himself as if completely unaware. There was a stillness in him, a steadiness that felt like safety. He didn’t flinch at truth. He didn’t chase the spotlight. He simply was.</w:t>
      </w:r>
    </w:p>
    <w:p w14:paraId="2BA3322F" w14:textId="77777777" w:rsidR="00DB05F8" w:rsidRDefault="00000000">
      <w:r>
        <w:lastRenderedPageBreak/>
        <w:t>He had a calmness that could hush a room without effort. A man of few pretences and even fewer indulgences. Right was right. Wrong was wrong. Grey areas weren’t his thing. He stood on principle, even when it cost him. Especially then.</w:t>
      </w:r>
    </w:p>
    <w:p w14:paraId="2EC8F49D" w14:textId="77777777" w:rsidR="00DB05F8" w:rsidRDefault="00000000">
      <w:r>
        <w:t>Over the years, we had shared countless conversations that stretched long into the night,over strong coffee or gin and tonics, sometimes both. Our talks wandered through politics, music, sports, food, the chaos of the world, and the even greater chaos inside ourselves.</w:t>
      </w:r>
    </w:p>
    <w:p w14:paraId="6E5D0612" w14:textId="77777777" w:rsidR="00DB05F8" w:rsidRDefault="00000000">
      <w:r>
        <w:t>But on this day, there were no words.</w:t>
      </w:r>
    </w:p>
    <w:p w14:paraId="01BED4FB" w14:textId="77777777" w:rsidR="00DB05F8" w:rsidRDefault="00000000">
      <w:r>
        <w:t>The coffee and gin were gone. The talking replaced by silence. The only thing he offered was a mug of herbal tea and a presence that said everything words could not.</w:t>
      </w:r>
    </w:p>
    <w:p w14:paraId="10FD5F01" w14:textId="77777777" w:rsidR="00DB05F8" w:rsidRDefault="00000000">
      <w:r>
        <w:t>He stepped into the room and wrapped his arms around me, without asking anything. He didn’t mention the letters I had clumsily tried to bury beneath a cushion. He didn’t name the storm behind my eyes. He just held me.</w:t>
      </w:r>
    </w:p>
    <w:p w14:paraId="63325738" w14:textId="77777777" w:rsidR="00DB05F8" w:rsidRDefault="00000000">
      <w:r>
        <w:t>And I let him.</w:t>
      </w:r>
    </w:p>
    <w:p w14:paraId="1D48F67B" w14:textId="77777777" w:rsidR="00DB05F8" w:rsidRDefault="00000000">
      <w:r>
        <w:t>I let my body sink into the safety of that moment,the only thing tethering me to earth while the rest of me threatened to vanish. He didn’t try to make it better. He didn’t offer silver linings or false hope. He didn’t say, “You’re going to be okay.” He just stayed.</w:t>
      </w:r>
    </w:p>
    <w:p w14:paraId="13249F2F" w14:textId="77777777" w:rsidR="00DB05F8" w:rsidRDefault="00000000">
      <w:r>
        <w:t>Michael,the man who could debate for hours,said nothing.</w:t>
      </w:r>
      <w:r>
        <w:br/>
        <w:t>He didn’t need to.</w:t>
      </w:r>
    </w:p>
    <w:p w14:paraId="7EFB8106" w14:textId="77777777" w:rsidR="00DB05F8" w:rsidRDefault="00000000">
      <w:r>
        <w:t>His presence had always been a safe place, but that day, it became something more.</w:t>
      </w:r>
      <w:r>
        <w:br/>
        <w:t>A lifeline.</w:t>
      </w:r>
      <w:r>
        <w:br/>
        <w:t>A prayer answered without sound.</w:t>
      </w:r>
    </w:p>
    <w:p w14:paraId="1191B0CE" w14:textId="77777777" w:rsidR="00DB05F8" w:rsidRDefault="00000000">
      <w:r>
        <w:t>And in his silence, I heard the message my soul had forgotten:</w:t>
      </w:r>
      <w:r>
        <w:br/>
        <w:t>Even here, in this wreckage, I mattered.</w:t>
      </w:r>
      <w:r>
        <w:br/>
        <w:t>Even now, I was still worth saving.</w:t>
      </w:r>
    </w:p>
    <w:p w14:paraId="1D38786C" w14:textId="77777777" w:rsidR="00DB05F8" w:rsidRDefault="00000000">
      <w:r>
        <w:t>And he held me like I was still whole.</w:t>
      </w:r>
      <w:r>
        <w:br/>
        <w:t>Like I still mattered.</w:t>
      </w:r>
    </w:p>
    <w:p w14:paraId="1A7099CF" w14:textId="77777777" w:rsidR="00DB05F8" w:rsidRDefault="00000000">
      <w:r>
        <w:t>In a world that demanded my strength, he offered me permission to simply exist. Broken, bleeding, but still breathing.</w:t>
      </w:r>
    </w:p>
    <w:p w14:paraId="6CC9541E" w14:textId="77777777" w:rsidR="00DB05F8" w:rsidRDefault="00000000">
      <w:r>
        <w:t>And somehow, that night, I didn’t give up.</w:t>
      </w:r>
    </w:p>
    <w:p w14:paraId="02ACEC67" w14:textId="77777777" w:rsidR="00DB05F8" w:rsidRDefault="00000000">
      <w:r>
        <w:lastRenderedPageBreak/>
        <w:t>The healing didn’t begin and end there.</w:t>
      </w:r>
      <w:r>
        <w:br/>
        <w:t>It was not a miracle fix.</w:t>
      </w:r>
      <w:r>
        <w:br/>
        <w:t>Recovery never is.</w:t>
      </w:r>
      <w:r>
        <w:br/>
        <w:t>It’s messy and hard and full of moments when survival feels impossible.</w:t>
      </w:r>
      <w:r>
        <w:br/>
        <w:t>But that night marked the shift, the turning point.</w:t>
      </w:r>
    </w:p>
    <w:p w14:paraId="3EF5D54E" w14:textId="77777777" w:rsidR="00DB05F8" w:rsidRDefault="00000000">
      <w:r>
        <w:t>I had come to the edge.</w:t>
      </w:r>
      <w:r>
        <w:br/>
        <w:t>And someone caught me.</w:t>
      </w:r>
    </w:p>
    <w:p w14:paraId="7804D96B" w14:textId="77777777" w:rsidR="00DB05F8" w:rsidRDefault="00000000">
      <w:r>
        <w:t>Since then, suicidal thoughts have visited me like storms.</w:t>
      </w:r>
      <w:r>
        <w:br/>
        <w:t>Sudden.</w:t>
      </w:r>
      <w:r>
        <w:br/>
        <w:t>Violent.</w:t>
      </w:r>
      <w:r>
        <w:br/>
        <w:t>But I have learned they are not true.</w:t>
      </w:r>
      <w:r>
        <w:br/>
        <w:t>They are pain dressed in different clothes.</w:t>
      </w:r>
      <w:r>
        <w:br/>
        <w:t>And pain can be held.</w:t>
      </w:r>
      <w:r>
        <w:br/>
        <w:t>It can be spoken.</w:t>
      </w:r>
      <w:r>
        <w:br/>
        <w:t>It can be healed.</w:t>
      </w:r>
    </w:p>
    <w:p w14:paraId="6D15C4AC" w14:textId="77777777" w:rsidR="00DB05F8" w:rsidRDefault="00000000">
      <w:r>
        <w:t>I am still here.</w:t>
      </w:r>
      <w:r>
        <w:br/>
        <w:t>Not because I was strong.</w:t>
      </w:r>
      <w:r>
        <w:br/>
        <w:t>But because I was loved.</w:t>
      </w:r>
      <w:r>
        <w:br/>
        <w:t>Because even in my deepest despair, something inside me still chose life.</w:t>
      </w:r>
    </w:p>
    <w:p w14:paraId="7726DC6A" w14:textId="77777777" w:rsidR="00DB05F8" w:rsidRDefault="00000000">
      <w:r>
        <w:t>For Alex.</w:t>
      </w:r>
      <w:r>
        <w:br/>
        <w:t>For myself.</w:t>
      </w:r>
      <w:r>
        <w:br/>
        <w:t>For the woman I am still becoming.</w:t>
      </w:r>
    </w:p>
    <w:p w14:paraId="28E2B7EF" w14:textId="77777777" w:rsidR="00DB05F8" w:rsidRDefault="00000000">
      <w:r>
        <w:br/>
      </w:r>
      <w:r>
        <w:br/>
        <w:t>CHAPTER 45</w:t>
      </w:r>
    </w:p>
    <w:p w14:paraId="1CB7152E" w14:textId="77777777" w:rsidR="00DB05F8" w:rsidRDefault="00000000">
      <w:r>
        <w:t>The Grace of Starting Over</w:t>
      </w:r>
    </w:p>
    <w:p w14:paraId="36B458E2" w14:textId="77777777" w:rsidR="00DB05F8" w:rsidRDefault="00000000">
      <w:r>
        <w:t>"Sometimes the bravest thing we do is not to fight or to win, but simply to begin again, quietly and with love."</w:t>
      </w:r>
    </w:p>
    <w:p w14:paraId="3FC2A168" w14:textId="77777777" w:rsidR="00DB05F8" w:rsidRDefault="00000000">
      <w:r>
        <w:t>I stayed longer than I should have.</w:t>
      </w:r>
    </w:p>
    <w:p w14:paraId="28B6DB50" w14:textId="77777777" w:rsidR="00DB05F8" w:rsidRDefault="00000000">
      <w:r>
        <w:t>Most evenings, I’d find myself barefoot in the garden, the cool grass pressing against my skin, still holding the warmth of the day like a memory reluctant to fade. That house in Eltham, tucked behind quiet streets and cradled by woods, had once been everything. Our beginning. Akil’s and mine. Our first real home, a place that once hummed with life and laughter and love.</w:t>
      </w:r>
    </w:p>
    <w:p w14:paraId="0A085F50" w14:textId="77777777" w:rsidR="00DB05F8" w:rsidRDefault="00000000">
      <w:r>
        <w:lastRenderedPageBreak/>
        <w:t>Alex’s birthdays had bloomed across that garden. Balloons tied to fences, music drifting from the kitchen, the smoky scent of jerk chicken curling into the twilight. Children tumbled over each other, mouths sticky with juice, chasing each other with water pistols. Akil stood at the grill in that apron he always claimed to hate, flipping burgers with mock pride. Those days felt sunlit, effortless. Even my fortieth had been magical, lanterns strung between trees, a cake that refused to blow out, and Akil spinning me beneath the stars as if time had paused just for us.</w:t>
      </w:r>
    </w:p>
    <w:p w14:paraId="7E3D2BF8" w14:textId="77777777" w:rsidR="00DB05F8" w:rsidRDefault="00000000">
      <w:r>
        <w:t>But time never stays still.</w:t>
      </w:r>
    </w:p>
    <w:p w14:paraId="0BCCB3DF" w14:textId="77777777" w:rsidR="00DB05F8" w:rsidRDefault="00000000">
      <w:r>
        <w:t>Eventually, the laughter faded. The walls began to echo. The stillness wasn’t peace, it was absence. The house no longer felt like home. It felt like a museum of what once was. I stopped entering certain rooms. The spare bedroom, sealed shut, filled with boxes and silence. The living room, once Alex’s dance floor, sat untouched. Even the garden, once overflowing with joy, began to feel foreign.</w:t>
      </w:r>
    </w:p>
    <w:p w14:paraId="471D1F58" w14:textId="77777777" w:rsidR="00DB05F8" w:rsidRDefault="00000000">
      <w:r>
        <w:t>One afternoon, I walked the house barefoot, slowly. My fingers traced worn doorframes, chipped corners, the places where life had once bloomed. I paused by the hallway wall where Alex’s height was still faintly marked. I couldn’t paint over it. I wouldn’t.</w:t>
      </w:r>
    </w:p>
    <w:p w14:paraId="434848B0" w14:textId="77777777" w:rsidR="00DB05F8" w:rsidRDefault="00000000">
      <w:r>
        <w:t>When it was time to go, there were no theatrics. Just a single breath, my hand resting on the doorknob a moment too long, and then a quiet step forward. We didn’t go far, just a few streets over, but it felt like crossing oceans.</w:t>
      </w:r>
    </w:p>
    <w:p w14:paraId="471959FC" w14:textId="77777777" w:rsidR="00DB05F8" w:rsidRDefault="00000000">
      <w:r>
        <w:t>In November 2010, we moved into a modest apartment not far from the house. Smaller, simpler, but ours. It was just in time to focus on Christmas. I hung fairy lights, unpacked ornaments, tried to stitch a little magic into the walls. It wasn’t the same, nothing would be, but it was enough. A place to breathe. A place to begin again.</w:t>
      </w:r>
    </w:p>
    <w:p w14:paraId="329DEE6A" w14:textId="77777777" w:rsidR="00DB05F8" w:rsidRDefault="00000000">
      <w:r>
        <w:t>The weeks that followed brought a fog I couldn’t outrun. Depression settled into my bones, and days slipped past in a blur. I couldn’t keep pretending. I handed in my resignation. It was terrifying, but necessary. I needed time. Space. Stillness.</w:t>
      </w:r>
    </w:p>
    <w:p w14:paraId="6FD0387D" w14:textId="77777777" w:rsidR="00DB05F8" w:rsidRDefault="00000000">
      <w:r>
        <w:t>In that stillness, something surprising happened, I began to bake.</w:t>
      </w:r>
    </w:p>
    <w:p w14:paraId="22140767" w14:textId="77777777" w:rsidR="00DB05F8" w:rsidRDefault="00000000">
      <w:r>
        <w:t>Cupcakes, cakes, sweet things I could pour myself into. Flour dusted the counters. The scent of vanilla and melted chocolate drifted through the flat like comfort. Each creation became a quiet act of care, a way to keep my hands busy and my heart soft.</w:t>
      </w:r>
    </w:p>
    <w:p w14:paraId="756CB4C9" w14:textId="77777777" w:rsidR="00DB05F8" w:rsidRDefault="00000000">
      <w:r>
        <w:lastRenderedPageBreak/>
        <w:t>I tried to hold steady for Alex. He was going through his own changes, and I wanted to be his safe place, even when I didn’t feel safe myself. Akil and I slowly began to rebuild something, not the love we’d lost, but a new kind of partnership. We learned to co-parent. We learned to speak again, awkwardly at first, but with intention.</w:t>
      </w:r>
    </w:p>
    <w:p w14:paraId="66606FF7" w14:textId="77777777" w:rsidR="00DB05F8" w:rsidRDefault="00000000">
      <w:r>
        <w:t>Healing didn’t come in grand gestures. It came in small, deliberate acts.</w:t>
      </w:r>
      <w:r>
        <w:br/>
        <w:t>Making the bed each morning.</w:t>
      </w:r>
      <w:r>
        <w:br/>
        <w:t>Lighting a candle at dusk.</w:t>
      </w:r>
      <w:r>
        <w:br/>
        <w:t>Sitting in silence without trying to escape it.</w:t>
      </w:r>
    </w:p>
    <w:p w14:paraId="1CB4349E" w14:textId="77777777" w:rsidR="00DB05F8" w:rsidRDefault="00000000">
      <w:r>
        <w:t>Eventually, I picked up my journal. The pen hesitated, unsure of what would come. But the words arrived, messy, real, raw. I wrote my grief, my fury, my regret. But in the margins, hope began to flicker.</w:t>
      </w:r>
    </w:p>
    <w:p w14:paraId="48535BBA" w14:textId="77777777" w:rsidR="00DB05F8" w:rsidRDefault="00000000">
      <w:r>
        <w:t>The people who truly loved me came without conditions.</w:t>
      </w:r>
      <w:r>
        <w:br/>
        <w:t>Carol, Jo, and Mike didn’t ask me to perform healing.</w:t>
      </w:r>
      <w:r>
        <w:br/>
        <w:t>They brought food, warmth, and presence.</w:t>
      </w:r>
      <w:r>
        <w:br/>
        <w:t>We sat together in the quiet, and that quiet became sacred.</w:t>
      </w:r>
    </w:p>
    <w:p w14:paraId="40F2CF9A" w14:textId="77777777" w:rsidR="00DB05F8" w:rsidRDefault="00000000">
      <w:r>
        <w:t>Alex grounded me.</w:t>
      </w:r>
      <w:r>
        <w:br/>
        <w:t>At night, I watched him sleep in the silver light, his chest rising and falling like the tide. I wept, knowing how close I had come to leaving him behind. He didn’t need perfection. He just needed me, flawed, wounded, but here.</w:t>
      </w:r>
    </w:p>
    <w:p w14:paraId="3E132967" w14:textId="77777777" w:rsidR="00DB05F8" w:rsidRDefault="00000000">
      <w:r>
        <w:t>Therapy became part of my rhythm. Not out of desperation this time, but choice. Some days I came undone. Others, I pieced myself back together. Bit by bit, I returned to life.</w:t>
      </w:r>
    </w:p>
    <w:p w14:paraId="002821D3" w14:textId="77777777" w:rsidR="00DB05F8" w:rsidRDefault="00000000">
      <w:r>
        <w:t>There were still triggers, a song, a scent, the shape of a street, but they no longer shattered me. I began saying no without apology. I stopped shrinking.</w:t>
      </w:r>
    </w:p>
    <w:p w14:paraId="1EA6411E" w14:textId="77777777" w:rsidR="00DB05F8" w:rsidRDefault="00000000">
      <w:r>
        <w:t>In the mirror, I saw someone new.</w:t>
      </w:r>
      <w:r>
        <w:br/>
        <w:t>Not broken.</w:t>
      </w:r>
      <w:r>
        <w:br/>
        <w:t>Rebuilt.</w:t>
      </w:r>
    </w:p>
    <w:p w14:paraId="6B1CEED8" w14:textId="77777777" w:rsidR="00DB05F8" w:rsidRDefault="00000000">
      <w:r>
        <w:t>I was not who I had been before.</w:t>
      </w:r>
      <w:r>
        <w:br/>
        <w:t>And I never would be.</w:t>
      </w:r>
      <w:r>
        <w:br/>
        <w:t>But something deeper had taken root.</w:t>
      </w:r>
    </w:p>
    <w:p w14:paraId="5003BF9E" w14:textId="77777777" w:rsidR="00DB05F8" w:rsidRDefault="00000000">
      <w:r>
        <w:t>A woman shaped by grief, softened by grace.</w:t>
      </w:r>
      <w:r>
        <w:br/>
        <w:t>A woman held together not by what hadn’t happened, but by what she survived.</w:t>
      </w:r>
    </w:p>
    <w:p w14:paraId="3ADAE07F" w14:textId="77777777" w:rsidR="00DB05F8" w:rsidRDefault="00000000">
      <w:r>
        <w:t>Resilience, I learned, wasn’t loud.</w:t>
      </w:r>
      <w:r>
        <w:br/>
        <w:t>It was the quiet art of beginning again.</w:t>
      </w:r>
      <w:r>
        <w:br/>
      </w:r>
      <w:r>
        <w:lastRenderedPageBreak/>
        <w:t>Without applause.</w:t>
      </w:r>
      <w:r>
        <w:br/>
        <w:t>Without certainty.</w:t>
      </w:r>
      <w:r>
        <w:br/>
        <w:t>Only presence.</w:t>
      </w:r>
    </w:p>
    <w:p w14:paraId="79E348A4" w14:textId="77777777" w:rsidR="00DB05F8" w:rsidRDefault="00000000">
      <w:r>
        <w:t>One morning, sunlight spilled through the window, warm and golden on the floor at my feet. I stood still for a long moment, hand over heart, and whispered,</w:t>
      </w:r>
      <w:r>
        <w:br/>
        <w:t>You made it. You’re still here.</w:t>
      </w:r>
    </w:p>
    <w:p w14:paraId="1F66B9FC" w14:textId="77777777" w:rsidR="00DB05F8" w:rsidRDefault="00000000">
      <w:r>
        <w:t>And this time, I believed it.</w:t>
      </w:r>
    </w:p>
    <w:p w14:paraId="42F9BC82" w14:textId="77777777" w:rsidR="00DB05F8" w:rsidRDefault="00000000">
      <w:r>
        <w:t>This, this was the beginning of my self-love journey.</w:t>
      </w:r>
    </w:p>
    <w:p w14:paraId="01C19767" w14:textId="77777777" w:rsidR="00DB05F8" w:rsidRDefault="00000000">
      <w:r>
        <w:br/>
      </w:r>
      <w:r>
        <w:br/>
        <w:t>CHAPTER 46</w:t>
      </w:r>
    </w:p>
    <w:p w14:paraId="7ADA0B87" w14:textId="77777777" w:rsidR="00DB05F8" w:rsidRDefault="00000000">
      <w:r>
        <w:t>A Love Reimagined</w:t>
      </w:r>
    </w:p>
    <w:p w14:paraId="19F93455" w14:textId="77777777" w:rsidR="00DB05F8" w:rsidRDefault="00000000">
      <w:r>
        <w:t>"Real love does not ask you to shrink. It invites you to rise."</w:t>
      </w:r>
    </w:p>
    <w:p w14:paraId="085955B5" w14:textId="77777777" w:rsidR="00DB05F8" w:rsidRDefault="00000000">
      <w:r>
        <w:t>It took months, but eventually, Akil and I found our way back to each other.</w:t>
      </w:r>
      <w:r>
        <w:br/>
        <w:t>This time, it wasn’t about fixing what was broken or pretending the past had not left its mark.</w:t>
      </w:r>
      <w:r>
        <w:br/>
        <w:t>It was about meeting again as two people shaped by experience, softened by loss, and strengthened by everything we had endured.</w:t>
      </w:r>
    </w:p>
    <w:p w14:paraId="6639B667" w14:textId="77777777" w:rsidR="00DB05F8" w:rsidRDefault="00000000">
      <w:r>
        <w:t>We were no longer clinging to who we once were. We were learning to honour who we had become.</w:t>
      </w:r>
    </w:p>
    <w:p w14:paraId="4F17695B" w14:textId="77777777" w:rsidR="00DB05F8" w:rsidRDefault="00000000">
      <w:r>
        <w:t>Our love rekindled, but it met a different version of me.</w:t>
      </w:r>
      <w:r>
        <w:br/>
        <w:t>This was not the woman who once sought approval in silence or bent herself to fit the spaces others offered.</w:t>
      </w:r>
      <w:r>
        <w:br/>
        <w:t>This was a woman who had done the inner work, who had stared down her demons and survived her own breaking.</w:t>
      </w:r>
    </w:p>
    <w:p w14:paraId="50319D07" w14:textId="77777777" w:rsidR="00DB05F8" w:rsidRDefault="00000000">
      <w:r>
        <w:t>I had crawled through grief and heartbreak, stitched myself back together with care, and learned to hold space for my own healing.</w:t>
      </w:r>
    </w:p>
    <w:p w14:paraId="1A61EEA3" w14:textId="77777777" w:rsidR="00DB05F8" w:rsidRDefault="00000000">
      <w:r>
        <w:t>Pain had hollowed me out in places, but it had also made room for truth, and truth, I discovered, was a foundation stronger than any fantasy.</w:t>
      </w:r>
    </w:p>
    <w:p w14:paraId="3A0C9591" w14:textId="77777777" w:rsidR="00DB05F8" w:rsidRDefault="00000000">
      <w:r>
        <w:t>We took it slow.</w:t>
      </w:r>
      <w:r>
        <w:br/>
        <w:t>No grand gestures.</w:t>
      </w:r>
      <w:r>
        <w:br/>
        <w:t>No sweeping declarations.</w:t>
      </w:r>
      <w:r>
        <w:br/>
        <w:t>Just quiet honesty.</w:t>
      </w:r>
      <w:r>
        <w:br/>
      </w:r>
      <w:r>
        <w:lastRenderedPageBreak/>
        <w:t>Late-night conversations.</w:t>
      </w:r>
      <w:r>
        <w:br/>
        <w:t>Shared meals where laughter slowly returned.</w:t>
      </w:r>
      <w:r>
        <w:br/>
        <w:t>We relearned each other’s rhythms.</w:t>
      </w:r>
      <w:r>
        <w:br/>
        <w:t>Rebuilt trust one small moment at a time.</w:t>
      </w:r>
    </w:p>
    <w:p w14:paraId="0FD2B7EA" w14:textId="77777777" w:rsidR="00DB05F8" w:rsidRDefault="00000000">
      <w:r>
        <w:t>But this time, I came into the relationship differently.</w:t>
      </w:r>
      <w:r>
        <w:br/>
        <w:t>I had clarity.</w:t>
      </w:r>
      <w:r>
        <w:br/>
        <w:t>I had boundaries.</w:t>
      </w:r>
      <w:r>
        <w:br/>
        <w:t>I was more grounded in who I was, and that gave me the courage to declare what I needed, and more importantly, what I would no longer accept.</w:t>
      </w:r>
    </w:p>
    <w:p w14:paraId="21E6567D" w14:textId="77777777" w:rsidR="00DB05F8" w:rsidRDefault="00000000">
      <w:r>
        <w:t>I was no longer willing to be invisible.</w:t>
      </w:r>
      <w:r>
        <w:br/>
        <w:t>No longer willing to be an afterthought.</w:t>
      </w:r>
      <w:r>
        <w:br/>
        <w:t>I had found my voice, and I would not give it up again.</w:t>
      </w:r>
    </w:p>
    <w:p w14:paraId="1C90C205" w14:textId="77777777" w:rsidR="00DB05F8" w:rsidRDefault="00000000">
      <w:r>
        <w:t>Loving someone did not mean abandoning myself. It meant standing firmly in my own truth, even when love asked me to bend.</w:t>
      </w:r>
    </w:p>
    <w:p w14:paraId="786FEDAA" w14:textId="77777777" w:rsidR="00DB05F8" w:rsidRDefault="00000000">
      <w:r>
        <w:t>With Akil, there was space for honest dialogue.</w:t>
      </w:r>
      <w:r>
        <w:br/>
        <w:t>For apologies that held weight.</w:t>
      </w:r>
      <w:r>
        <w:br/>
        <w:t>For change that came not from guilt but from understanding.</w:t>
      </w:r>
    </w:p>
    <w:p w14:paraId="78FD8745" w14:textId="77777777" w:rsidR="00DB05F8" w:rsidRDefault="00000000">
      <w:r>
        <w:t>We talked about the past, not to dwell, but to learn.</w:t>
      </w:r>
      <w:r>
        <w:br/>
        <w:t>To honour the pain we had caused and the forgiveness we were learning to extend.</w:t>
      </w:r>
    </w:p>
    <w:p w14:paraId="313B4D4A" w14:textId="77777777" w:rsidR="00DB05F8" w:rsidRDefault="00000000">
      <w:r>
        <w:t>Love, now, looked different.</w:t>
      </w:r>
      <w:r>
        <w:br/>
        <w:t>It was not the rush of infatuation or the desperate need to be chosen.</w:t>
      </w:r>
      <w:r>
        <w:br/>
        <w:t>It was steady.</w:t>
      </w:r>
      <w:r>
        <w:br/>
        <w:t>It was present.</w:t>
      </w:r>
    </w:p>
    <w:p w14:paraId="4B10E706" w14:textId="77777777" w:rsidR="00DB05F8" w:rsidRDefault="00000000">
      <w:r>
        <w:t>It was found in the way we showed up for our son, in how we handled the hard conversations, in the way we both tried again with eyes wide open.</w:t>
      </w:r>
    </w:p>
    <w:p w14:paraId="627BB488" w14:textId="77777777" w:rsidR="00DB05F8" w:rsidRDefault="00000000">
      <w:r>
        <w:t>I wasn’t seeking love to complete me.</w:t>
      </w:r>
      <w:r>
        <w:br/>
        <w:t>I had completed myself.</w:t>
      </w:r>
      <w:r>
        <w:br/>
        <w:t>And from that place of wholeness, I could receive love without losing myself in it.</w:t>
      </w:r>
    </w:p>
    <w:p w14:paraId="3EC9C010" w14:textId="77777777" w:rsidR="00DB05F8" w:rsidRDefault="00000000">
      <w:r>
        <w:t>True love, I realised, does not demand we erase who we are. It asks us to bring all of ourselves to the table, scars, stories, and strength alike.</w:t>
      </w:r>
    </w:p>
    <w:p w14:paraId="5CDA0CEA" w14:textId="77777777" w:rsidR="00DB05F8" w:rsidRDefault="00000000">
      <w:r>
        <w:t>Our story was never perfect.</w:t>
      </w:r>
      <w:r>
        <w:br/>
        <w:t>But it was ours.</w:t>
      </w:r>
      <w:r>
        <w:br/>
        <w:t>And the chapters ahead would be written with more compassion, more clarity, and more truth than ever before.</w:t>
      </w:r>
    </w:p>
    <w:p w14:paraId="342E4473" w14:textId="77777777" w:rsidR="00DB05F8" w:rsidRDefault="00000000">
      <w:r>
        <w:lastRenderedPageBreak/>
        <w:t>I had changed.</w:t>
      </w:r>
      <w:r>
        <w:br/>
        <w:t>And love, in return, had changed with me.</w:t>
      </w:r>
    </w:p>
    <w:p w14:paraId="6E04C8A4" w14:textId="77777777" w:rsidR="00DB05F8" w:rsidRDefault="00000000">
      <w:r>
        <w:br/>
      </w:r>
      <w:r>
        <w:br/>
        <w:t>CHAPTER 47</w:t>
      </w:r>
    </w:p>
    <w:p w14:paraId="489225C0" w14:textId="77777777" w:rsidR="00DB05F8" w:rsidRDefault="00000000">
      <w:r>
        <w:t>Coming Home, Holding On</w:t>
      </w:r>
    </w:p>
    <w:p w14:paraId="29BF1F6D" w14:textId="77777777" w:rsidR="00DB05F8" w:rsidRDefault="00000000">
      <w:r>
        <w:t>"Sometimes home is not a place we return to, but a part of ourselves we finally remember."</w:t>
      </w:r>
    </w:p>
    <w:p w14:paraId="242568EC" w14:textId="77777777" w:rsidR="00DB05F8" w:rsidRDefault="00000000">
      <w:r>
        <w:t>Barbados called to me like a familiar hymn, soft and insistent, pulsing beneath my skin. It had been thirteen years since I last stepped on the soil of my birth, but the memories had never left me. I could still feel the heat of the sun on my back and hear the lullaby of crashing waves in my dreams.</w:t>
      </w:r>
    </w:p>
    <w:p w14:paraId="4A36F4C9" w14:textId="77777777" w:rsidR="00DB05F8" w:rsidRDefault="00000000">
      <w:r>
        <w:t>The island wasn’t just a place. It was a memory. It was ache. It was everything I had tucked away to survive. Missed funerals. Missed birthdays. Missed weddings. Missed hugs that once wrapped me in comfort. Laughter that once echoed through open windows.</w:t>
      </w:r>
    </w:p>
    <w:p w14:paraId="39598EB3" w14:textId="77777777" w:rsidR="00DB05F8" w:rsidRDefault="00000000">
      <w:r>
        <w:t>This trip was especially significant. It was our first holiday as a family. Akil, Alex and I. Just saying those words stirred something deep in me. Going home together meant more than I could put into words.</w:t>
      </w:r>
    </w:p>
    <w:p w14:paraId="3BC42E09" w14:textId="77777777" w:rsidR="00DB05F8" w:rsidRDefault="00000000">
      <w:r>
        <w:t>It had taken years of hurt, growth and reckoning to get here. But we made it. We boarded that plane with suitcases, yes, but also with hope. And when we landed, the thick humidity greeted us like an old friend, wrapping around me with warmth and weight.</w:t>
      </w:r>
    </w:p>
    <w:p w14:paraId="7026F445" w14:textId="77777777" w:rsidR="00DB05F8" w:rsidRDefault="00000000">
      <w:r>
        <w:t>As we drove past fields of sugar cane and winding roads lined with flamboyant trees, I sat in silence, my eyes drinking it all in. Everything looked the same, yet felt entirely different. Or maybe it was me. Maybe the change was inside me.</w:t>
      </w:r>
    </w:p>
    <w:p w14:paraId="2175F594" w14:textId="77777777" w:rsidR="00DB05F8" w:rsidRDefault="00000000">
      <w:r>
        <w:t>Returning with Alex made the experience surreal. He was wide-eyed with wonder, eager to see his grannies, thrilled to meet the cousins who had spoiled him on past trips. Barbados came alive through his innocence.</w:t>
      </w:r>
    </w:p>
    <w:p w14:paraId="455AE1A4" w14:textId="77777777" w:rsidR="00DB05F8" w:rsidRDefault="00000000">
      <w:r>
        <w:t>The scent of rain-soaked earth, the musical rhythm of voices, the trees dancing in the breeze, it all felt like a song I’d once known by heart. On our days out, he laughed at monkeys darting across power lines and ran barefoot on the beach with pure joy. Watching him play where I once did, where pieces of my childhood were buried, felt like quiet redemption.</w:t>
      </w:r>
    </w:p>
    <w:p w14:paraId="4A8F373B" w14:textId="77777777" w:rsidR="00DB05F8" w:rsidRDefault="00000000">
      <w:r>
        <w:lastRenderedPageBreak/>
        <w:t>But returning home also stirred old wounds. Beneath the joy, there was anxiety. Shadows that whispered reminders of all I had fled. I visited my grandmother’s old house, worn by time but still standing, proud and still.</w:t>
      </w:r>
    </w:p>
    <w:p w14:paraId="7346A66D" w14:textId="77777777" w:rsidR="00DB05F8" w:rsidRDefault="00000000">
      <w:r>
        <w:t>I stood outside the louvred windows where she once sat combing my hair, rubbing aloe on my scars, whispering, "You’ve always been the strong one." I pressed my palm to the gate, closed my eyes and for a moment, I was five again. Waiting for her Saturday visits. Waiting for the 25 cents she’d give me for sugar cake. My heart ached with longing.</w:t>
      </w:r>
    </w:p>
    <w:p w14:paraId="786B9530" w14:textId="77777777" w:rsidR="00DB05F8" w:rsidRDefault="00000000">
      <w:r>
        <w:t>Some places were filled with laughter. Others held silence that wrapped itself around me like a second skin. I stood in the bedroom where I once trembled in fear. I didn’t run from it this time. I stood still. I breathed. I let the silence speak. And somehow, the fear loosened its grip.</w:t>
      </w:r>
    </w:p>
    <w:p w14:paraId="52473A5D" w14:textId="77777777" w:rsidR="00DB05F8" w:rsidRDefault="00000000">
      <w:r>
        <w:t>Christmas at Mum’s house was chaotic and beautiful. Piles of presents, laughter bouncing off the walls, the smell of food dancing through the house. I watched Alex form bonds with his cousins, Naj, Meera, Naid, Nas, Shad, Meera and Niz.</w:t>
      </w:r>
    </w:p>
    <w:p w14:paraId="1196D93B" w14:textId="77777777" w:rsidR="00DB05F8" w:rsidRDefault="00000000">
      <w:r>
        <w:t>Their connection reminded me of when I was their age, running barefoot, whispering secrets, laughing until our bellies hurt. The most unforgettable moments were his time with Nina and his grandmother. The way they embraced him, poured love into him. It wrapped around me too. Those memories etched themselves into my heart.</w:t>
      </w:r>
    </w:p>
    <w:p w14:paraId="63185EEF" w14:textId="77777777" w:rsidR="00DB05F8" w:rsidRDefault="00000000">
      <w:r>
        <w:t>But joy can be fragile.</w:t>
      </w:r>
    </w:p>
    <w:p w14:paraId="38FEE100" w14:textId="77777777" w:rsidR="00DB05F8" w:rsidRDefault="00000000">
      <w:r>
        <w:t>Just before Christmas, Alex began to feel unwell.</w:t>
      </w:r>
    </w:p>
    <w:p w14:paraId="250A7F3D" w14:textId="77777777" w:rsidR="00DB05F8" w:rsidRDefault="00000000">
      <w:r>
        <w:t>It started with a cough. Innocent at first, the kind you’d expect from travel or a sudden shift in weather. Then came the fever. High. Relentless. It burned through his little body like wildfire, and before long, his breathing became laboured.</w:t>
      </w:r>
    </w:p>
    <w:p w14:paraId="1EC01084" w14:textId="77777777" w:rsidR="00DB05F8" w:rsidRDefault="00000000">
      <w:r>
        <w:t>Something deep inside me, a mother’s knowing, told me this was more than a seasonal bug. Something wasn’t right.</w:t>
      </w:r>
    </w:p>
    <w:p w14:paraId="49466B20" w14:textId="77777777" w:rsidR="00DB05F8" w:rsidRDefault="00000000">
      <w:r>
        <w:t>His brightness began to dim. We tried everything, rest, medicine, home remedies. Nothing worked. He grew weaker. My heart tightened with every hour. Panic clung to me. My niece Kila, always calm and grounded, looked at me with gentle urgency. "You need to take him back to the UK."</w:t>
      </w:r>
    </w:p>
    <w:p w14:paraId="2D8875EE" w14:textId="77777777" w:rsidR="00DB05F8" w:rsidRDefault="00000000">
      <w:r>
        <w:t>Her words hit me like a stone.</w:t>
      </w:r>
    </w:p>
    <w:p w14:paraId="6720F3FD" w14:textId="77777777" w:rsidR="00DB05F8" w:rsidRDefault="00000000">
      <w:r>
        <w:lastRenderedPageBreak/>
        <w:t>I didn’t want to believe it. We had come so far. We were surrounded by love. I had wanted this trip to be different. But I knew she was right. My son needed more than love. He needed medical care. He needed a chance. I packed our bags with trembling hands and a heavy heart.</w:t>
      </w:r>
    </w:p>
    <w:p w14:paraId="763D2A84" w14:textId="77777777" w:rsidR="00DB05F8" w:rsidRDefault="00000000">
      <w:r>
        <w:t>It wasn’t the ending I had dreamt of. But it was real. And in that truth, I remembered what mattered most.</w:t>
      </w:r>
    </w:p>
    <w:p w14:paraId="23950297" w14:textId="77777777" w:rsidR="00DB05F8" w:rsidRDefault="00000000">
      <w:r>
        <w:t>Barbados gave us more than beaches and sunsets. It gave us reconnection, joy, and a reminder of my strength as a mother, daughter, and a woman who had made it through.</w:t>
      </w:r>
    </w:p>
    <w:p w14:paraId="26911F44" w14:textId="77777777" w:rsidR="00DB05F8" w:rsidRDefault="00000000">
      <w:r>
        <w:t>And as the plane rose above the island, I looked out the window, my son’s hand in mine, and whispered a quiet thank you. We had made it home. Not just to the island. But to something deeper.</w:t>
      </w:r>
    </w:p>
    <w:p w14:paraId="28694753" w14:textId="77777777" w:rsidR="00DB05F8" w:rsidRDefault="00000000">
      <w:r>
        <w:t>To each other. To ourselves.</w:t>
      </w:r>
    </w:p>
    <w:p w14:paraId="69E209E6" w14:textId="77777777" w:rsidR="00DB05F8" w:rsidRDefault="00000000">
      <w:r>
        <w:br/>
      </w:r>
      <w:r>
        <w:br/>
        <w:t>CHAPTER 48</w:t>
      </w:r>
    </w:p>
    <w:p w14:paraId="1FA2B916" w14:textId="77777777" w:rsidR="00DB05F8" w:rsidRDefault="00000000">
      <w:r>
        <w:t>The Christmas That Changed Everything</w:t>
      </w:r>
    </w:p>
    <w:p w14:paraId="40A3567C" w14:textId="77777777" w:rsidR="00DB05F8" w:rsidRDefault="00000000">
      <w:r>
        <w:t>“A mother’s love doesn’t rest. It watches through the night, holding hope in one trembling hand and strength in the other.”</w:t>
      </w:r>
    </w:p>
    <w:p w14:paraId="5539B68D" w14:textId="77777777" w:rsidR="00DB05F8" w:rsidRDefault="00000000">
      <w:r>
        <w:t>That Christmas was meant to be special.</w:t>
      </w:r>
    </w:p>
    <w:p w14:paraId="221D2175" w14:textId="77777777" w:rsidR="00DB05F8" w:rsidRDefault="00000000">
      <w:r>
        <w:t>His fever came back with a vengeance when we were in the air.</w:t>
      </w:r>
    </w:p>
    <w:p w14:paraId="52993E00" w14:textId="77777777" w:rsidR="00DB05F8" w:rsidRDefault="00000000">
      <w:r>
        <w:t>We cut the holiday short.</w:t>
      </w:r>
    </w:p>
    <w:p w14:paraId="5BEC5E30" w14:textId="77777777" w:rsidR="00DB05F8" w:rsidRDefault="00000000">
      <w:r>
        <w:t>Virgin Atlantic’s cabin crew became angels in the sky on the flight back to London. They moved tirelessly through the aisles, fetching wet flannels, medication, water, anything that might soothe his rising temperature.</w:t>
      </w:r>
    </w:p>
    <w:p w14:paraId="15E64FA0" w14:textId="77777777" w:rsidR="00DB05F8" w:rsidRDefault="00000000">
      <w:r>
        <w:t>They spoke gently, reassuringly, with a grace that softened my rising panic. I’ve never forgotten their kindness. I've remained loyal to that airline since, not just for their service, but for the compassion they showed when I was falling apart.</w:t>
      </w:r>
    </w:p>
    <w:p w14:paraId="3F896E17" w14:textId="77777777" w:rsidR="00DB05F8" w:rsidRDefault="00000000">
      <w:r>
        <w:t>When we landed, the reality hit hard.</w:t>
      </w:r>
    </w:p>
    <w:p w14:paraId="16512E57" w14:textId="77777777" w:rsidR="00DB05F8" w:rsidRDefault="00000000">
      <w:r>
        <w:t xml:space="preserve">An ambulance met us at the gate, its siren silent, but the urgency loud in my chest. Alex was now struggling to breathe. I sat beside him, clutching his small </w:t>
      </w:r>
      <w:r>
        <w:lastRenderedPageBreak/>
        <w:t>hand, praying silently as the paramedics worked. I didn’t cry. Not then. Not yet. There was no time for tears.</w:t>
      </w:r>
    </w:p>
    <w:p w14:paraId="436B8C1B" w14:textId="77777777" w:rsidR="00DB05F8" w:rsidRDefault="00000000">
      <w:r>
        <w:t>At the hospital, he was whisked into a children’s isolation room. A swarm of doctors surrounded him, their movements swift, purposeful.</w:t>
      </w:r>
    </w:p>
    <w:p w14:paraId="0FEAD31C" w14:textId="77777777" w:rsidR="00DB05F8" w:rsidRDefault="00000000">
      <w:r>
        <w:t>They tried different medications, oxygen, nebulisers, anything to give him a moment of relief. Monitors beeped, tubes hissed, voices murmured in urgent consultation. But all I could see was his face, his eyes wide, filled with fear.</w:t>
      </w:r>
    </w:p>
    <w:p w14:paraId="3EB190D8" w14:textId="77777777" w:rsidR="00DB05F8" w:rsidRDefault="00000000">
      <w:r>
        <w:t>He was only nine. And he was terrified.</w:t>
      </w:r>
    </w:p>
    <w:p w14:paraId="3D0E86BC" w14:textId="77777777" w:rsidR="00DB05F8" w:rsidRDefault="00000000">
      <w:r>
        <w:t>I tried to be brave. I truly did. I wore the mask we mothers are taught to wear in moments of crisis, the one that declares, “I’ve got this,” even when everything inside is falling apart. But he saw through it. Of course he did. He knew me too well. The look in his eyes, the silent plea for comfort and the search for safety, broke me in ways I didn’t think were still possible.</w:t>
      </w:r>
    </w:p>
    <w:p w14:paraId="7153B316" w14:textId="77777777" w:rsidR="00DB05F8" w:rsidRDefault="00000000">
      <w:r>
        <w:t>I stayed by his side, day and night. I barely left the room. Carol, Sam and Hazel took turns sitting with him, giving me precious moments to shower or grab something to eat. One afternoon, I made my way down to the hospital gift shop, desperate for something, anything, to help me get through the day.</w:t>
      </w:r>
    </w:p>
    <w:p w14:paraId="330A3633" w14:textId="77777777" w:rsidR="00DB05F8" w:rsidRDefault="00000000">
      <w:r>
        <w:t>As I browsed the shelves, my eyes landed on a small Mr Gruffalo toy. A tired smile tugged at my lips. That had always been Alex’s favourite storybook. He used to call his dad Mr Gruffalo with such pride and affection. I bought it right away, hoping it might remind him of his father and bring him a little comfort.</w:t>
      </w:r>
    </w:p>
    <w:p w14:paraId="29CE08E3" w14:textId="77777777" w:rsidR="00DB05F8" w:rsidRDefault="00000000">
      <w:r>
        <w:t>When I returned and placed the toy gently in his hands, a faint smile spread across his face. It was subtle, but in that moment, it felt like a star breaking through a night sky. A flicker of hope in the darkness.</w:t>
      </w:r>
    </w:p>
    <w:p w14:paraId="6037B572" w14:textId="77777777" w:rsidR="00DB05F8" w:rsidRDefault="00000000">
      <w:r>
        <w:t>Later that evening, there was a knock on the hospital door. Michael stood there, alongside Aaron’s agent, Lisa. Both were gowned and masked. Michael had always avoided hospitals, so his presence alone took me by surprise. He handed me a small bag filled with snacks and thoughtful bits. Inside was a tiny can of gin and tonic. I looked at him, confused, holding it in my hand.</w:t>
      </w:r>
    </w:p>
    <w:p w14:paraId="5438AD1B" w14:textId="77777777" w:rsidR="00DB05F8" w:rsidRDefault="00000000">
      <w:r>
        <w:t>“It’s toasting the New Year,” he said, his voice calm and kind. “Just something to take the edge off, to remind you that things will be okay.”</w:t>
      </w:r>
    </w:p>
    <w:p w14:paraId="1D55C4B8" w14:textId="77777777" w:rsidR="00DB05F8" w:rsidRDefault="00000000">
      <w:r>
        <w:t>He made me smile, and I hadn’t realised until then just how long it had been since I’d last done so.</w:t>
      </w:r>
    </w:p>
    <w:p w14:paraId="7E688D7F" w14:textId="77777777" w:rsidR="00DB05F8" w:rsidRDefault="00000000">
      <w:r>
        <w:t>I didn’t even know it was New Year’s Eve.</w:t>
      </w:r>
    </w:p>
    <w:p w14:paraId="0C094C5B" w14:textId="77777777" w:rsidR="00DB05F8" w:rsidRDefault="00000000">
      <w:r>
        <w:lastRenderedPageBreak/>
        <w:t>Alex kept asking for his dad. Over and over.</w:t>
      </w:r>
    </w:p>
    <w:p w14:paraId="5BC30544" w14:textId="77777777" w:rsidR="00DB05F8" w:rsidRDefault="00000000">
      <w:r>
        <w:t>“Dad is coming as soon as he can,” I would reply, my voice soft but steady, trying to sound more certain than I felt.</w:t>
      </w:r>
    </w:p>
    <w:p w14:paraId="63ADE31C" w14:textId="77777777" w:rsidR="00DB05F8" w:rsidRDefault="00000000">
      <w:r>
        <w:t>It took nearly a week before he found any real release, any sense of calm. But until then, we lived suspended in a haze of worry and waiting. Hope lingered like a fragile thread in the air, and all I could do was hold on.</w:t>
      </w:r>
    </w:p>
    <w:p w14:paraId="20EE881C" w14:textId="77777777" w:rsidR="00DB05F8" w:rsidRDefault="00000000">
      <w:r>
        <w:t>A week of sleepless nights and whispered prayers. A week of bargaining with the universe, take anything, take everything, just not him. The fear of losing him carved a hollow space in me, one I still carry. Seeing him in pain, helpless, robbed of breath, it was a kind of hurt I wouldn’t wish on anyone.</w:t>
      </w:r>
    </w:p>
    <w:p w14:paraId="79E852F7" w14:textId="77777777" w:rsidR="00DB05F8" w:rsidRDefault="00000000">
      <w:r>
        <w:t>Eventually, the fever broke. The medications began to work. The machines quietened. But the damage had already taken root, not just in his lungs, but in both of us.</w:t>
      </w:r>
    </w:p>
    <w:p w14:paraId="60C3C1CB" w14:textId="77777777" w:rsidR="00DB05F8" w:rsidRDefault="00000000">
      <w:r>
        <w:t>Even now, at twenty-three, he still bears the impact. His lungs, once strong, now bear scars of that unknown infection. It left a mark that never quite healed. We’ve adapted. He’s learned how to pace himself, how to manage flare-ups. But every breath he takes is a reminder of what we survived.</w:t>
      </w:r>
    </w:p>
    <w:p w14:paraId="50EE7085" w14:textId="77777777" w:rsidR="00DB05F8" w:rsidRDefault="00000000">
      <w:r>
        <w:t>And me? I’ve never looked at Christmas the same way since. It’s no longer just about lights or gifts or traditions. It’s about breath. Life. The sound of him breathing beside me in the dark.</w:t>
      </w:r>
    </w:p>
    <w:p w14:paraId="665F8E1B" w14:textId="77777777" w:rsidR="00DB05F8" w:rsidRDefault="00000000">
      <w:r>
        <w:t>He is my miracle. My why. My heart that walks around outside my body, fragile and fierce all at once.</w:t>
      </w:r>
    </w:p>
    <w:p w14:paraId="7ADBA24F" w14:textId="77777777" w:rsidR="00DB05F8" w:rsidRDefault="00000000">
      <w:r>
        <w:t>That Christmas, we came so close to losing everything. And in the quiet that followed, I realised, love is never louder than in the moments we almost lose it.</w:t>
      </w:r>
    </w:p>
    <w:p w14:paraId="56EE9E3E" w14:textId="77777777" w:rsidR="00DB05F8" w:rsidRDefault="00000000">
      <w:r>
        <w:br/>
      </w:r>
      <w:r>
        <w:br/>
        <w:t>CHAPTER 49</w:t>
      </w:r>
    </w:p>
    <w:p w14:paraId="1B399FCB" w14:textId="77777777" w:rsidR="00DB05F8" w:rsidRDefault="00000000">
      <w:r>
        <w:t>The Quiet After</w:t>
      </w:r>
    </w:p>
    <w:p w14:paraId="0CB3FE79" w14:textId="77777777" w:rsidR="00DB05F8" w:rsidRDefault="00000000">
      <w:r>
        <w:t>" We are rebuilt in the places we once broke, stronger not because we were never shattered, but because we learned to rise with the pieces.”</w:t>
      </w:r>
    </w:p>
    <w:p w14:paraId="7036259F" w14:textId="77777777" w:rsidR="00DB05F8" w:rsidRDefault="00000000">
      <w:r>
        <w:t xml:space="preserve">Returning home to our apartment felt different. The walls stood just as we had left them, the furniture untouched, but something in me had shifted. Gratitude swelled in my chest as I held Alex’s tiny hand, his other clutching his little </w:t>
      </w:r>
      <w:r>
        <w:lastRenderedPageBreak/>
        <w:t>Gruffalo toy, new but loved. It was our anchor in the chaos, a quiet reminder that we had made it through. Yet the air felt heavy with all we had just survived.</w:t>
      </w:r>
    </w:p>
    <w:p w14:paraId="684E3168" w14:textId="77777777" w:rsidR="00DB05F8" w:rsidRDefault="00000000">
      <w:r>
        <w:t>As we stepped into the front room, the small Christmas tree still sat in the corner. The soft twinkle of fairy lights danced faintly in the shadows, and wrapped presents lay beneath, untouched since we had left. Alex noticed them, and a small smile crept across his face. It was fleeting, but it lit something in me. Still, I could feel the weight of what we had returned to. This was not a battle I wanted to face alone. I wanted Akil beside me. And so did Alex.</w:t>
      </w:r>
    </w:p>
    <w:p w14:paraId="1ACA4B29" w14:textId="77777777" w:rsidR="00DB05F8" w:rsidRDefault="00000000">
      <w:r>
        <w:t>Video calls with family brought some comfort, familiar faces offering love and warmth from across the sea. But the distance felt greater now. Something fragile in us had cracked.</w:t>
      </w:r>
    </w:p>
    <w:p w14:paraId="5DB21858" w14:textId="77777777" w:rsidR="00DB05F8" w:rsidRDefault="00000000">
      <w:r>
        <w:t>After the hospital, everything changed. The hospital discharged us into a world that looked the same, yet I was no longer the same mother who had boarded that flight weeks earlier.</w:t>
      </w:r>
    </w:p>
    <w:p w14:paraId="145CC781" w14:textId="77777777" w:rsidR="00DB05F8" w:rsidRDefault="00000000">
      <w:r>
        <w:t>I carried Alex through our front door, his breath steadier but his body still fragile. We had survived a war no one could see, and now we had to learn to live in the aftermath.</w:t>
      </w:r>
    </w:p>
    <w:p w14:paraId="465E6A0B" w14:textId="77777777" w:rsidR="00DB05F8" w:rsidRDefault="00000000">
      <w:r>
        <w:t>The quiet that once soothed me now unsettled me. Every cough made my stomach clench, and every wheeze stole hours of sleep. I became hyper-aware, monitoring his breath like it was a lifeline. I moved through the days as if I were on high alert, with the precision of a nurse and the desperation of a mother haunted by the thought that it could all happen again.</w:t>
      </w:r>
    </w:p>
    <w:p w14:paraId="2F16FB18" w14:textId="77777777" w:rsidR="00DB05F8" w:rsidRDefault="00000000">
      <w:r>
        <w:t>His recovery came slowly, cautiously. And though he rebuilt his strength, the fear did not leave me. It carved itself into the shape of our days, hospital follow-ups, medication schedules, humidifiers by the bedside, and sleepless nights listening in the dark.</w:t>
      </w:r>
    </w:p>
    <w:p w14:paraId="1FAB8C0E" w14:textId="77777777" w:rsidR="00DB05F8" w:rsidRDefault="00000000">
      <w:r>
        <w:t>But even more present than fear was the guilt.</w:t>
      </w:r>
    </w:p>
    <w:p w14:paraId="1328C1BE" w14:textId="77777777" w:rsidR="00DB05F8" w:rsidRDefault="00000000">
      <w:r>
        <w:t>I questioned myself endlessly. Did I miss something? Should I have acted quicker? What if we had left Barbados sooner? My mind would spiral, trapped in what-ifs and imagined do-overs. I learned that guilt does not knock politely. It slinks in during the quiet moments, wraps itself around your ribs, and plants doubt in your chest where confidence once lived.</w:t>
      </w:r>
    </w:p>
    <w:p w14:paraId="1D9D4289" w14:textId="77777777" w:rsidR="00DB05F8" w:rsidRDefault="00000000">
      <w:r>
        <w:t xml:space="preserve">In the silence of those first nights back home, I realised I was also carrying resentment. A part of me was angry with Akil. Angry that he had not come back to London with us. Angry that he had not been by my side in that hospital room. </w:t>
      </w:r>
      <w:r>
        <w:lastRenderedPageBreak/>
        <w:t>Angry that he had not been there for Aaron. But I did not have the energy to confront those feelings. I barely had the strength to keep breathing.</w:t>
      </w:r>
    </w:p>
    <w:p w14:paraId="350E3133" w14:textId="77777777" w:rsidR="00DB05F8" w:rsidRDefault="00000000">
      <w:r>
        <w:t>That night, I lay next to Alex in bed, watching the rise and fall of his chest. I reached out gently and ran my finger from his forehead to the tip of his nose, whispering, "I’ve got you, babe." It was our ritual. My quiet vow. I stayed awake for most of the night, the hum of the city muffled behind the rush of thoughts swirling in my mind.</w:t>
      </w:r>
    </w:p>
    <w:p w14:paraId="7C824A8A" w14:textId="77777777" w:rsidR="00DB05F8" w:rsidRDefault="00000000">
      <w:r>
        <w:t>And yet, through all of this, Alex was the one teaching me resilience.</w:t>
      </w:r>
    </w:p>
    <w:p w14:paraId="2D72883F" w14:textId="77777777" w:rsidR="00DB05F8" w:rsidRDefault="00000000">
      <w:r>
        <w:t>Children carry a magic that grown-ups forget. He still wanted to laugh, to play, to run, even if his lungs would never quite allow it the way they once had. His body had changed, but his spirit had not. We adjusted. We learned to move to a new rhythm, one built on caution but grounded in hope.</w:t>
      </w:r>
    </w:p>
    <w:p w14:paraId="1DE192F5" w14:textId="77777777" w:rsidR="00DB05F8" w:rsidRDefault="00000000">
      <w:r>
        <w:t>Alex still reminisces about our trip to Barbados. He laughs about refusing to open presents on Christmas Day and the cold-water baths at Granny’s house, desperately trying to bring down his fever. But what he holds onto most are the bright moments, the days we spent at the Crane Hotel celebrating Marva’s 60th birthday, the laughter that echoed through family gatherings, and the endless hours on sun-soaked beaches. Yet even in those golden memories, he always says the same thing: he never wants to return for another Christmas.</w:t>
      </w:r>
    </w:p>
    <w:p w14:paraId="71CF9213" w14:textId="77777777" w:rsidR="00DB05F8" w:rsidRDefault="00000000">
      <w:r>
        <w:t>That chapter taught me how grief and gratitude can sit beside each other. I was grateful he had survived, but I grieved the simplicity of our life before. I stopped trusting happiness. I began bracing for the next wave, holding my breath in the good moments.</w:t>
      </w:r>
    </w:p>
    <w:p w14:paraId="4323D146" w14:textId="77777777" w:rsidR="00DB05F8" w:rsidRDefault="00000000">
      <w:r>
        <w:t>Still, somewhere inside, a quiet determination was stirring.</w:t>
      </w:r>
    </w:p>
    <w:p w14:paraId="50203356" w14:textId="77777777" w:rsidR="00DB05F8" w:rsidRDefault="00000000">
      <w:r>
        <w:t>I reached out for help. I went back to therapy, not just for myself, but for the mother I needed to be. I wanted to stop living like I was preparing for disaster. I wanted to forgive myself for everything I hadn’t known or couldn’t control.</w:t>
      </w:r>
    </w:p>
    <w:p w14:paraId="7E5E39F6" w14:textId="77777777" w:rsidR="00DB05F8" w:rsidRDefault="00000000">
      <w:r>
        <w:t>And slowly, I reclaimed our peace.</w:t>
      </w:r>
    </w:p>
    <w:p w14:paraId="7FE29CC2" w14:textId="77777777" w:rsidR="00DB05F8" w:rsidRDefault="00000000">
      <w:r>
        <w:t>I made our apartment a sanctuary. I cooked warm meals and read stories with softness. I filled the air with gentle music, turned mornings into rituals of calm, tea for me, crayons and dragons for Alex. I wrapped him in presence and honesty and love so fierce it made space for both of us to heal.</w:t>
      </w:r>
    </w:p>
    <w:p w14:paraId="33A4AB33" w14:textId="77777777" w:rsidR="00DB05F8" w:rsidRDefault="00000000">
      <w:r>
        <w:t>His illness did not end our story.</w:t>
      </w:r>
    </w:p>
    <w:p w14:paraId="4F488C95" w14:textId="77777777" w:rsidR="00DB05F8" w:rsidRDefault="00000000">
      <w:r>
        <w:lastRenderedPageBreak/>
        <w:t>It changed it. It deepened it. It stripped away illusions and gave us something raw and honest. A reckoning. A surrender. And from that pain came a quiet promise, to never again take breath or connection for granted.</w:t>
      </w:r>
    </w:p>
    <w:p w14:paraId="2D460DCA" w14:textId="77777777" w:rsidR="00DB05F8" w:rsidRDefault="00000000">
      <w:r>
        <w:t>That Christmas did not break us.</w:t>
      </w:r>
    </w:p>
    <w:p w14:paraId="738BDA2B" w14:textId="77777777" w:rsidR="00DB05F8" w:rsidRDefault="00000000">
      <w:r>
        <w:t>It shaped us into something truer. Something wiser. And something sacred.</w:t>
      </w:r>
    </w:p>
    <w:p w14:paraId="573D9104" w14:textId="77777777" w:rsidR="00DB05F8" w:rsidRDefault="00000000">
      <w:r>
        <w:br/>
      </w:r>
      <w:r>
        <w:br/>
        <w:t>CHAPTER 50</w:t>
      </w:r>
    </w:p>
    <w:p w14:paraId="6FF127C8" w14:textId="77777777" w:rsidR="00DB05F8" w:rsidRDefault="00000000">
      <w:r>
        <w:t>The Fire Beneath the Calm</w:t>
      </w:r>
    </w:p>
    <w:p w14:paraId="119021FD" w14:textId="77777777" w:rsidR="00DB05F8" w:rsidRDefault="00000000">
      <w:r>
        <w:t>"Sometimes healing is not gentle. Sometimes it is fierce, demanding you to sweat, to ache, and to remember you were made for more."</w:t>
      </w:r>
    </w:p>
    <w:p w14:paraId="6174A3D3" w14:textId="77777777" w:rsidR="00DB05F8" w:rsidRDefault="00000000">
      <w:r>
        <w:t>It was 2013, and from the outside, my life looked full and settled. Akil and I were married. My permanent residency was secured, a long-fought victory now quietly resting in the rearview mirror. For the first time in a long time, I was not just surviving. I was in love. I was happy.</w:t>
      </w:r>
    </w:p>
    <w:p w14:paraId="52BDC957" w14:textId="77777777" w:rsidR="00DB05F8" w:rsidRDefault="00000000">
      <w:r>
        <w:t>Yet beneath the calm, a new stirring began.</w:t>
      </w:r>
    </w:p>
    <w:p w14:paraId="55E1F9D4" w14:textId="77777777" w:rsidR="00DB05F8" w:rsidRDefault="00000000">
      <w:r>
        <w:t>It wasn’t dissatisfaction, it was something deeper. A pull from inside, urging me to reconnect with a part of myself that had been waiting patiently beneath the layers of responsibility, motherhood, and healing. A part that needed not just to be acknowledged but to be lived.</w:t>
      </w:r>
    </w:p>
    <w:p w14:paraId="593A1115" w14:textId="77777777" w:rsidR="00DB05F8" w:rsidRDefault="00000000">
      <w:r>
        <w:t>For years, my focus had been 100 percent on Aaron. After the breakup, I had made an unspoken vow that he would never feel the full weight of the fracture. I poured everything I had into making sure he felt loved, supported, and steady, that his transition would be as smooth as possible. I had sacrificed without regret, because loving him, protecting him, was never a burden. It was a privilege.</w:t>
      </w:r>
    </w:p>
    <w:p w14:paraId="23AE2F04" w14:textId="77777777" w:rsidR="00DB05F8" w:rsidRDefault="00000000">
      <w:r>
        <w:t>But now, the weight of responsibility was lighter. Shared again. Aaron was thriving, and for the first time in what felt like forever, I had permission to turn some of that care inward. It was time to find me again.</w:t>
      </w:r>
    </w:p>
    <w:p w14:paraId="6C4E84DE" w14:textId="77777777" w:rsidR="00DB05F8" w:rsidRDefault="00000000">
      <w:r>
        <w:t>I craved a challenge. Something that would push me beyond what felt comfortable, something that would remind me what I was made of. I needed to sweat. To fight. To feel my limits and then choose to rise, anyway.</w:t>
      </w:r>
    </w:p>
    <w:p w14:paraId="1B4C1F61" w14:textId="77777777" w:rsidR="00DB05F8" w:rsidRDefault="00000000">
      <w:r>
        <w:t>That is when I found Sean T’s Insanity Challenge.</w:t>
      </w:r>
    </w:p>
    <w:p w14:paraId="525C80E9" w14:textId="77777777" w:rsidR="00DB05F8" w:rsidRDefault="00000000">
      <w:r>
        <w:lastRenderedPageBreak/>
        <w:t>It started with a dare.</w:t>
      </w:r>
      <w:r>
        <w:br/>
        <w:t>Not from someone else, but from myself.</w:t>
      </w:r>
      <w:r>
        <w:br/>
        <w:t>After years of holding pain in my body like a second skin, I needed something to shake me loose. Something raw. Something real.</w:t>
      </w:r>
    </w:p>
    <w:p w14:paraId="41CA5F15" w14:textId="77777777" w:rsidR="00DB05F8" w:rsidRDefault="00000000">
      <w:r>
        <w:t>That’s when I found Sean T’s Insanity Challenge.</w:t>
      </w:r>
    </w:p>
    <w:p w14:paraId="0BAE8CD0" w14:textId="77777777" w:rsidR="00DB05F8" w:rsidRDefault="00000000">
      <w:r>
        <w:t>I didn’t know what I was signing up for, not really. I’d seen the promos, sweat, shouting, shredded bodies, but nothing prepared me for the actual experience.</w:t>
      </w:r>
    </w:p>
    <w:p w14:paraId="425CB56B" w14:textId="77777777" w:rsidR="00DB05F8" w:rsidRDefault="00000000">
      <w:r>
        <w:t>The first day, I stood in my living room in a sports bra and worn leggings, already sweating before the warm-up ended. And that was just the warm-up. Ten minutes in and my lungs were burning, my legs shaking, my ego bruised.</w:t>
      </w:r>
    </w:p>
    <w:p w14:paraId="79A8AA00" w14:textId="77777777" w:rsidR="00DB05F8" w:rsidRDefault="00000000">
      <w:r>
        <w:t>I collapsed on the floor halfway through the Fit Test, gasping like a fish out of water. My heart was pounding in my ears and all I could think was, What the hell have I gotten myself into?</w:t>
      </w:r>
    </w:p>
    <w:p w14:paraId="568EC3ED" w14:textId="77777777" w:rsidR="00DB05F8" w:rsidRDefault="00000000">
      <w:r>
        <w:t>But something about it hooked me.</w:t>
      </w:r>
    </w:p>
    <w:p w14:paraId="3DFF3397" w14:textId="77777777" w:rsidR="00DB05F8" w:rsidRDefault="00000000">
      <w:r>
        <w:t>Every day, I showed up.</w:t>
      </w:r>
      <w:r>
        <w:br/>
        <w:t>Some mornings I rolled straight out of bed and hit play before my brain could talk me out of it. Other days I wept through the final stretch, fists clenched, sweat stinging my eyes.</w:t>
      </w:r>
    </w:p>
    <w:p w14:paraId="026AEF31" w14:textId="77777777" w:rsidR="00DB05F8" w:rsidRDefault="00000000">
      <w:r>
        <w:t>It wasn’t just about the workouts. It was about reclaiming something.</w:t>
      </w:r>
    </w:p>
    <w:p w14:paraId="5B66DB47" w14:textId="77777777" w:rsidR="00DB05F8" w:rsidRDefault="00000000">
      <w:r>
        <w:t>The push-up jacks. The suicide drills. The endless mountain climbers. They weren’t just movements, they were metaphors. Each one chipped away at the story I’d been telling myself for years, that I was broken, that I couldn’t finish, that my body wasn’t mine to trust.</w:t>
      </w:r>
    </w:p>
    <w:p w14:paraId="13F720A5" w14:textId="77777777" w:rsidR="00DB05F8" w:rsidRDefault="00000000">
      <w:r>
        <w:t>I started timing my progress.</w:t>
      </w:r>
      <w:r>
        <w:br/>
        <w:t>In week one, I could barely get through the circuits.</w:t>
      </w:r>
      <w:r>
        <w:br/>
        <w:t>By week three, I was holding plank longer, jumping higher, shouting “Dig deeper!” along with the crew on screen.</w:t>
      </w:r>
    </w:p>
    <w:p w14:paraId="0AAC0900" w14:textId="77777777" w:rsidR="00DB05F8" w:rsidRDefault="00000000">
      <w:r>
        <w:t>But it wasn’t just physical.</w:t>
      </w:r>
    </w:p>
    <w:p w14:paraId="04E1FB2D" w14:textId="77777777" w:rsidR="00DB05F8" w:rsidRDefault="00000000">
      <w:r>
        <w:t>The discipline bled into everything.</w:t>
      </w:r>
      <w:r>
        <w:br/>
        <w:t>I began fuelling my body instead of punishing it. I started drinking water like it was sacred. I slept better. I felt stronger, not just in muscle, but in mindset.</w:t>
      </w:r>
    </w:p>
    <w:p w14:paraId="6C6DAD56" w14:textId="77777777" w:rsidR="00DB05F8" w:rsidRDefault="00000000">
      <w:r>
        <w:t>One day, halfway through a brutal Max Interval Plyo session, I screamed out loud. Not in pain, in power.</w:t>
      </w:r>
      <w:r>
        <w:br/>
      </w:r>
      <w:r>
        <w:lastRenderedPageBreak/>
        <w:t>Something cracked open in me.</w:t>
      </w:r>
      <w:r>
        <w:br/>
        <w:t>I wasn’t just working out.</w:t>
      </w:r>
      <w:r>
        <w:br/>
        <w:t>I was wringing the trauma from my body, sweatdrop by sweatdrop.</w:t>
      </w:r>
    </w:p>
    <w:p w14:paraId="469F9ABA" w14:textId="77777777" w:rsidR="00DB05F8" w:rsidRDefault="00000000">
      <w:r>
        <w:t>By the end of the sixty days, I hadn’t just built muscle. I had built trust with myself.</w:t>
      </w:r>
    </w:p>
    <w:p w14:paraId="73FFAD5B" w14:textId="77777777" w:rsidR="00DB05F8" w:rsidRDefault="00000000">
      <w:r>
        <w:t>I had shown up every day.</w:t>
      </w:r>
      <w:r>
        <w:br/>
        <w:t>I had failed and tried again.</w:t>
      </w:r>
      <w:r>
        <w:br/>
        <w:t>I had kept a promise to my own healing.</w:t>
      </w:r>
    </w:p>
    <w:p w14:paraId="32AA6974" w14:textId="77777777" w:rsidR="00DB05F8" w:rsidRDefault="00000000">
      <w:r>
        <w:t>Insanity didn’t save me.</w:t>
      </w:r>
      <w:r>
        <w:br/>
        <w:t>But it reminded me what I was made of.</w:t>
      </w:r>
    </w:p>
    <w:p w14:paraId="4E9C6879" w14:textId="77777777" w:rsidR="00DB05F8" w:rsidRDefault="00000000">
      <w:r>
        <w:t>And that kind of knowing?</w:t>
      </w:r>
      <w:r>
        <w:br/>
        <w:t>That’s what set the fire beneath my calm.</w:t>
      </w:r>
    </w:p>
    <w:p w14:paraId="6160C1EC" w14:textId="77777777" w:rsidR="00DB05F8" w:rsidRDefault="00000000">
      <w:r>
        <w:t>It was never just about fitness. It was about reclaiming ownership over my body, my will, and my spirit. It was about proving that my story was not just one of survival, it was one of thriving.</w:t>
      </w:r>
    </w:p>
    <w:p w14:paraId="57FC5E03" w14:textId="77777777" w:rsidR="00DB05F8" w:rsidRDefault="00000000">
      <w:r>
        <w:t>At the same time, almost quietly and rebelliously, I returned to dance.</w:t>
      </w:r>
    </w:p>
    <w:p w14:paraId="07AF8CC8" w14:textId="77777777" w:rsidR="00DB05F8" w:rsidRDefault="00000000">
      <w:r>
        <w:t>Dance had always been my secret freedom, my first language before the world taught me to hide. Moving again was like unlocking a door to a forgotten room inside myself. When I danced, I wasn’t thinking about appearances or outcomes. I was pure movement, pure feeling. It was a private celebration of being alive.</w:t>
      </w:r>
    </w:p>
    <w:p w14:paraId="74B89983" w14:textId="77777777" w:rsidR="00DB05F8" w:rsidRDefault="00000000">
      <w:r>
        <w:t>In the grind of the workouts and the wildness of dance, something new began to grow: confidence.</w:t>
      </w:r>
    </w:p>
    <w:p w14:paraId="68E63405" w14:textId="77777777" w:rsidR="00DB05F8" w:rsidRDefault="00000000">
      <w:r>
        <w:t>Real, bone-deep confidence.</w:t>
      </w:r>
    </w:p>
    <w:p w14:paraId="62668034" w14:textId="77777777" w:rsidR="00DB05F8" w:rsidRDefault="00000000">
      <w:r>
        <w:t>And this confidence didn’t stay hidden. It radiated into every part of my life. New job prospects appeared, doors I once thought were closed swung wide open. Opportunities that challenged me, that demanded my voice and my leadership. For the first time, I didn’t question whether I belonged. I stepped through those doors like a woman who knew exactly who she was becoming.</w:t>
      </w:r>
    </w:p>
    <w:p w14:paraId="1151234F" w14:textId="77777777" w:rsidR="00DB05F8" w:rsidRDefault="00000000">
      <w:r>
        <w:t>But the blessings didn’t stop at work.</w:t>
      </w:r>
    </w:p>
    <w:p w14:paraId="70C44E0F" w14:textId="77777777" w:rsidR="00DB05F8" w:rsidRDefault="00000000">
      <w:r>
        <w:t>Through these choices, life led me back to family, the kind you choose.</w:t>
      </w:r>
    </w:p>
    <w:p w14:paraId="35F396C7" w14:textId="77777777" w:rsidR="00DB05F8" w:rsidRDefault="00000000">
      <w:r>
        <w:t xml:space="preserve">One evening, while attending a dance session at the Laban Dance Centre, I bumped into Michelle. We locked eyes across the studio corridor, and the years melted away in an instant. Michelle, my non-blood sister, had also returned to </w:t>
      </w:r>
      <w:r>
        <w:lastRenderedPageBreak/>
        <w:t>dance, reclaiming pieces of herself just as I was reclaiming mine. That meeting wasn’t an accident. It felt divinely orchestrated, a reminder that the universe always brings back what belongs to you.</w:t>
      </w:r>
    </w:p>
    <w:p w14:paraId="5CEC1766" w14:textId="77777777" w:rsidR="00DB05F8" w:rsidRDefault="00000000">
      <w:r>
        <w:t>Michelle and I picked up as if no time had passed. Our bond, tested by time and distance, had never broken. Instead, it had deepened, growing stronger and more graceful with the passing years. Reuniting with her felt like another piece of my heart coming home, a quiet reminder that true connections never fade, they only wait for the right moment to find their way back.</w:t>
      </w:r>
    </w:p>
    <w:p w14:paraId="684A8C5A" w14:textId="77777777" w:rsidR="00DB05F8" w:rsidRDefault="00000000">
      <w:r>
        <w:t>Part of my healing also came through sisterhood. Every Thursday, without fail, Carol and I had our standing girls' night. It became more than a tradition, it became medicine. Those nights were filled with laughter, honesty, shared meals, and the kind of conversations that stitched the soul back together. That fellowship was food for my spirit. It reminded me that I wasn’t rebuilding alone.</w:t>
      </w:r>
    </w:p>
    <w:p w14:paraId="0EF752E8" w14:textId="77777777" w:rsidR="00DB05F8" w:rsidRDefault="00000000">
      <w:r>
        <w:t>This season of my life became a beautiful paradox: a time of tenderness and ferocity. A time of holding love in one hand and ambition in the other. A time when happiness wasn’t something fragile I was chasing, it was something sturdy I was building.</w:t>
      </w:r>
    </w:p>
    <w:p w14:paraId="41344B93" w14:textId="77777777" w:rsidR="00DB05F8" w:rsidRDefault="00000000">
      <w:r>
        <w:t>The fire inside me had never gone out. It had only been waiting, smouldering quietly beneath the calm.</w:t>
      </w:r>
    </w:p>
    <w:p w14:paraId="0E441036" w14:textId="77777777" w:rsidR="00DB05F8" w:rsidRDefault="00000000">
      <w:r>
        <w:t>And now, it was roaring back to life.</w:t>
      </w:r>
    </w:p>
    <w:p w14:paraId="642E97DE" w14:textId="77777777" w:rsidR="00DB05F8" w:rsidRDefault="00000000">
      <w:r>
        <w:br/>
      </w:r>
      <w:r>
        <w:br/>
        <w:t>CHAPTER 51</w:t>
      </w:r>
    </w:p>
    <w:p w14:paraId="6A851EF3" w14:textId="77777777" w:rsidR="00DB05F8" w:rsidRDefault="00000000">
      <w:r>
        <w:t>When Laughter Turns to Silence</w:t>
      </w:r>
    </w:p>
    <w:p w14:paraId="1001416C" w14:textId="77777777" w:rsidR="00DB05F8" w:rsidRDefault="00000000">
      <w:r>
        <w:t>"Some losses don't echo, they thunder. And in the silence that follows, we learn to carry the weight of love that had no chance to say goodbye."</w:t>
      </w:r>
    </w:p>
    <w:p w14:paraId="1B378A5A" w14:textId="77777777" w:rsidR="00DB05F8" w:rsidRDefault="00000000">
      <w:r>
        <w:t>It was late mid-October 2015, and I was catching up with my niece and her husband, Sean. We laughed, sharing banter about the day's festivities in celebration of my niece’s birthday. As we all joined the video call, the energy was light, the warmth of family bridging the physical distance. There was laughter over a cheeky wedding gift I had sent, a bit of humour that had become a tradition during our weekend catch-ups. These calls tethered me to home, stitching together our lives across time zones.</w:t>
      </w:r>
    </w:p>
    <w:p w14:paraId="3CC3686D" w14:textId="77777777" w:rsidR="00DB05F8" w:rsidRDefault="00000000">
      <w:r>
        <w:t xml:space="preserve">But the next morning, everything changed. Around 11am, my phone rang. It was my niece. I was in a meeting but the urgency in my chest made it impossible to </w:t>
      </w:r>
      <w:r>
        <w:lastRenderedPageBreak/>
        <w:t>ignore. It would have been early in the morning in Barbados. I excused myself and answered the call.</w:t>
      </w:r>
    </w:p>
    <w:p w14:paraId="2F89ED3F" w14:textId="77777777" w:rsidR="00DB05F8" w:rsidRDefault="00000000">
      <w:r>
        <w:t>“Sean’s dead.”</w:t>
      </w:r>
    </w:p>
    <w:p w14:paraId="595F66F2" w14:textId="77777777" w:rsidR="00DB05F8" w:rsidRDefault="00000000">
      <w:r>
        <w:t>Time froze.</w:t>
      </w:r>
    </w:p>
    <w:p w14:paraId="3BFD42AF" w14:textId="77777777" w:rsidR="00DB05F8" w:rsidRDefault="00000000">
      <w:r>
        <w:t>“What?” I whispered, my voice barely audible.</w:t>
      </w:r>
    </w:p>
    <w:p w14:paraId="7DF3F535" w14:textId="77777777" w:rsidR="00DB05F8" w:rsidRDefault="00000000">
      <w:r>
        <w:t>“He got shot in the head.”</w:t>
      </w:r>
    </w:p>
    <w:p w14:paraId="1312F6F4" w14:textId="77777777" w:rsidR="00DB05F8" w:rsidRDefault="00000000">
      <w:r>
        <w:t>“What do you mean?”</w:t>
      </w:r>
    </w:p>
    <w:p w14:paraId="5998BC7D" w14:textId="77777777" w:rsidR="00DB05F8" w:rsidRDefault="00000000">
      <w:r>
        <w:t>My knees buckled. I reached blindly for a chair as the world around me tilted. Sean, the man we had just been laughing with hours before, was gone. A well-loved army major, his face and our family’s heartbreak splashed across the front pages of the newspaper. The image of my mother on the cover was haunting. Her anguish was etched into every line of her face.</w:t>
      </w:r>
    </w:p>
    <w:p w14:paraId="5383FD0C" w14:textId="77777777" w:rsidR="00DB05F8" w:rsidRDefault="00000000">
      <w:r>
        <w:t>This couldn’t be real. It couldn’t have happened. We were just laughing.</w:t>
      </w:r>
    </w:p>
    <w:p w14:paraId="098F95F2" w14:textId="77777777" w:rsidR="00DB05F8" w:rsidRDefault="00000000">
      <w:r>
        <w:t>In the days that followed, I flew home to be with my family, but mostly to be with my niece. I watched her move through grief minute by minute, hour by hour. We lay side by side at night in the bed they once shared. His scent still lingered on the sheets. His presence filled every corner. It was suffocating and sacred all at once.</w:t>
      </w:r>
    </w:p>
    <w:p w14:paraId="64781D8F" w14:textId="77777777" w:rsidR="00DB05F8" w:rsidRDefault="00000000">
      <w:r>
        <w:t>The funeral offered no closure. It felt surreal. The flashes of cameras were invasive and jarring, capturing grief like it was a performance. I fought back tears, not out of strength, but out of shock. I stayed for a few weeks, doing what I could to hold her up. Then I returned to London.</w:t>
      </w:r>
    </w:p>
    <w:p w14:paraId="6F12DD13" w14:textId="77777777" w:rsidR="00DB05F8" w:rsidRDefault="00000000">
      <w:r>
        <w:t>And that was when I broke.</w:t>
      </w:r>
    </w:p>
    <w:p w14:paraId="41B811D8" w14:textId="77777777" w:rsidR="00DB05F8" w:rsidRDefault="00000000">
      <w:r>
        <w:t>The grief hit me like a tidal wave, relentless and unforgiving. I shed endless tears for Sean, the man he was, the laughter he brought, and the love he gave so freely. I cried for the family he built; his life was stolen too soon. His death shattered something inside me. He was not just my niece’s husband. He was my friend, my brother, my kind-hearted anchor in the storm.</w:t>
      </w:r>
    </w:p>
    <w:p w14:paraId="4D91738B" w14:textId="77777777" w:rsidR="00DB05F8" w:rsidRDefault="00000000">
      <w:r>
        <w:t>I mourned him deeply. Some nights, I curled up in bed and sobbed until there was nothing left. His absence echoed through my bones. There was no preparing for that kind of loss, no manual for the grief that clung to every breath.</w:t>
      </w:r>
    </w:p>
    <w:p w14:paraId="600A80CC" w14:textId="77777777" w:rsidR="00DB05F8" w:rsidRDefault="00000000">
      <w:r>
        <w:t>Alex took the news hard. He mourned Sean deeply. He still raps about him to this day, immortalising their bond in verse. Death may have severed the physical connection, but the love remains. A bond broken by tragedy, but never forgotten.</w:t>
      </w:r>
    </w:p>
    <w:p w14:paraId="0DFC0221" w14:textId="77777777" w:rsidR="00DB05F8" w:rsidRDefault="00000000">
      <w:r>
        <w:lastRenderedPageBreak/>
        <w:br/>
      </w:r>
      <w:r>
        <w:br/>
        <w:t>CHAPTER 52</w:t>
      </w:r>
    </w:p>
    <w:p w14:paraId="17EA74AC" w14:textId="77777777" w:rsidR="00DB05F8" w:rsidRDefault="00000000">
      <w:r>
        <w:t>The Last Christmas Before the Shift</w:t>
      </w:r>
    </w:p>
    <w:p w14:paraId="188AA54E" w14:textId="77777777" w:rsidR="00DB05F8" w:rsidRDefault="00000000">
      <w:r>
        <w:t>Sometimes, the floor falls out from under you, not with a crash, but with a whisper you almost didn’t hear."</w:t>
      </w:r>
    </w:p>
    <w:p w14:paraId="19F46B5E" w14:textId="77777777" w:rsidR="00DB05F8" w:rsidRDefault="00000000">
      <w:r>
        <w:t>It was December 2019. Akil had gone to Barbados for his mum’s birthday while I stayed behind, preparing for Christmas. At first, everything seemed fine, warm check-ins, quick calls, the usual distance dance. But then, something shifted. His words grew vague, filtered. Like he was hiding behind them. My gut twisted each time I heard his voice. Something wasn’t right.</w:t>
      </w:r>
    </w:p>
    <w:p w14:paraId="50C7BA4E" w14:textId="77777777" w:rsidR="00DB05F8" w:rsidRDefault="00000000">
      <w:r>
        <w:t>He returned on Christmas Eve, his brother trailing behind him like a shadow. I was excited, or trying to be. The house was dressed in lights, candles glowing softly in the corners, and the scent of nutmeg and clove hung in the air. I opened the door with a smile. But the moment I saw his face, I knew.</w:t>
      </w:r>
    </w:p>
    <w:p w14:paraId="19433547" w14:textId="77777777" w:rsidR="00DB05F8" w:rsidRDefault="00000000">
      <w:r>
        <w:t>Something inside me curled inward.</w:t>
      </w:r>
    </w:p>
    <w:p w14:paraId="425FB0B2" w14:textId="77777777" w:rsidR="00DB05F8" w:rsidRDefault="00000000">
      <w:r>
        <w:t>His smile didn’t reach his eyes. His hug felt light, as if he were afraid to hold on too tightly. My stomach sank, but I said nothing. I didn’t want to ruin Christmas. I didn’t want to believe the ache blooming in my chest.</w:t>
      </w:r>
    </w:p>
    <w:p w14:paraId="6C0A7693" w14:textId="77777777" w:rsidR="00DB05F8" w:rsidRDefault="00000000">
      <w:r>
        <w:t>But the silence spoke louder than any words ever could.</w:t>
      </w:r>
    </w:p>
    <w:p w14:paraId="6873E467" w14:textId="77777777" w:rsidR="00DB05F8" w:rsidRDefault="00000000">
      <w:r>
        <w:t>That night, when the house slipped into sleep and shadows stretched long against the walls, I turned to him. I couldn’t hold it anymore.</w:t>
      </w:r>
    </w:p>
    <w:p w14:paraId="410E3F20" w14:textId="77777777" w:rsidR="00DB05F8" w:rsidRDefault="00000000">
      <w:r>
        <w:t>“What’s going on?”</w:t>
      </w:r>
    </w:p>
    <w:p w14:paraId="5A988431" w14:textId="77777777" w:rsidR="00DB05F8" w:rsidRDefault="00000000">
      <w:r>
        <w:t>He looked at me, eyes wide, lips parted, and for a moment, I thought he might lie. But then he exhaled. Slowly. Regretfully.</w:t>
      </w:r>
    </w:p>
    <w:p w14:paraId="28143647" w14:textId="77777777" w:rsidR="00DB05F8" w:rsidRDefault="00000000">
      <w:r>
        <w:t>“I saw her again,” he said.</w:t>
      </w:r>
    </w:p>
    <w:p w14:paraId="2A72F98B" w14:textId="77777777" w:rsidR="00DB05F8" w:rsidRDefault="00000000">
      <w:r>
        <w:t>Time collapsed around me. The room narrowed. My breath caught somewhere between my ribs.</w:t>
      </w:r>
    </w:p>
    <w:p w14:paraId="17DC025F" w14:textId="77777777" w:rsidR="00DB05F8" w:rsidRDefault="00000000">
      <w:r>
        <w:t>He spoke of a past love, rekindled while he was away. Said it hadn’t been planned. Said he didn’t mean to hurt me. Said he was in love with her.</w:t>
      </w:r>
    </w:p>
    <w:p w14:paraId="6E53A4D1" w14:textId="77777777" w:rsidR="00DB05F8" w:rsidRDefault="00000000">
      <w:r>
        <w:t xml:space="preserve">My body began to shake. Tremors I couldn’t control rippled through my hands, my chest. I pressed a fist to my mouth to keep the sob from breaking loose too </w:t>
      </w:r>
      <w:r>
        <w:lastRenderedPageBreak/>
        <w:t>soon. My skin felt too tight. My throat burned. My ears rang with the dull static of disbelief.</w:t>
      </w:r>
    </w:p>
    <w:p w14:paraId="19E6C982" w14:textId="77777777" w:rsidR="00DB05F8" w:rsidRDefault="00000000">
      <w:r>
        <w:t>No. No, no, no.</w:t>
      </w:r>
    </w:p>
    <w:p w14:paraId="45CD4323" w14:textId="77777777" w:rsidR="00DB05F8" w:rsidRDefault="00000000">
      <w:r>
        <w:t>I couldn’t make sense of it. One minute we were planning Christmas. The next, he was shattering everything we'd built.</w:t>
      </w:r>
    </w:p>
    <w:p w14:paraId="6E95776B" w14:textId="77777777" w:rsidR="00DB05F8" w:rsidRDefault="00000000">
      <w:r>
        <w:t>He reached for me, wrapped his arms around my trembling body, and said he was sorry. But the word felt empty. A drop of water in a wildfire.</w:t>
      </w:r>
    </w:p>
    <w:p w14:paraId="77133EAD" w14:textId="77777777" w:rsidR="00DB05F8" w:rsidRDefault="00000000">
      <w:r>
        <w:t>“I never meant to hurt you.”</w:t>
      </w:r>
    </w:p>
    <w:p w14:paraId="385867F6" w14:textId="77777777" w:rsidR="00DB05F8" w:rsidRDefault="00000000">
      <w:r>
        <w:t>But he had.</w:t>
      </w:r>
    </w:p>
    <w:p w14:paraId="32991E9C" w14:textId="77777777" w:rsidR="00DB05F8" w:rsidRDefault="00000000">
      <w:r>
        <w:t>He already had.</w:t>
      </w:r>
    </w:p>
    <w:p w14:paraId="37382322" w14:textId="77777777" w:rsidR="00DB05F8" w:rsidRDefault="00000000">
      <w:r>
        <w:t>Tears poured from me, hot and silent at first, then loud and raw. My breath turned jagged, broken in the middle. My knees gave way and I slumped into him, a sobbing heap of love and loss.</w:t>
      </w:r>
    </w:p>
    <w:p w14:paraId="7FA8AEBB" w14:textId="77777777" w:rsidR="00DB05F8" w:rsidRDefault="00000000">
      <w:r>
        <w:t>Everything blurred, the lights on the tree, the muffled sound of someone stirring upstairs, the faint hum of the heater. It all faded into the background as I sat in the arms of the man who had just destroyed me.</w:t>
      </w:r>
    </w:p>
    <w:p w14:paraId="054444E8" w14:textId="77777777" w:rsidR="00DB05F8" w:rsidRDefault="00000000">
      <w:r>
        <w:t>And I let him hold me. Not because I forgave him. Not because I believed him. But because I had nothing left in that moment but the ache, and he was the only one who saw it happen.</w:t>
      </w:r>
    </w:p>
    <w:p w14:paraId="27142D42" w14:textId="77777777" w:rsidR="00DB05F8" w:rsidRDefault="00000000">
      <w:r>
        <w:t>Christmas Day arrived like a cruel joke.</w:t>
      </w:r>
    </w:p>
    <w:p w14:paraId="4C190090" w14:textId="77777777" w:rsidR="00DB05F8" w:rsidRDefault="00000000">
      <w:r>
        <w:t>I wore my smile like armour. Served food. Laughed at the right moments. Pretended not to notice how quiet he was. Inside, I was screaming.</w:t>
      </w:r>
    </w:p>
    <w:p w14:paraId="76376801" w14:textId="77777777" w:rsidR="00DB05F8" w:rsidRDefault="00000000">
      <w:r>
        <w:t>When they left to visit family that evening, I stayed behind. I stood in the kitchen, hands trembling over a sink full of dishes I couldn’t bring myself to wash. The silence was unbearable, it echoed against the walls and pressed down on my chest. I needed a voice that loved me. That saw me. That didn’t need me to explain.</w:t>
      </w:r>
    </w:p>
    <w:p w14:paraId="469DEA72" w14:textId="77777777" w:rsidR="00DB05F8" w:rsidRDefault="00000000">
      <w:r>
        <w:t>I picked up the phone.</w:t>
      </w:r>
    </w:p>
    <w:p w14:paraId="3337E976" w14:textId="77777777" w:rsidR="00DB05F8" w:rsidRDefault="00000000">
      <w:r>
        <w:t>“Hey, girlie. Merry Christmas.” Dan’s voice was balm and anchor.</w:t>
      </w:r>
    </w:p>
    <w:p w14:paraId="030429BD" w14:textId="77777777" w:rsidR="00DB05F8" w:rsidRDefault="00000000">
      <w:r>
        <w:t>I tried to match his tone. I really did. “Merry Christmas,” I whispered, but the words cracked midair, brittle, hollow. Then the dam broke.</w:t>
      </w:r>
    </w:p>
    <w:p w14:paraId="51C1F147" w14:textId="77777777" w:rsidR="00DB05F8" w:rsidRDefault="00000000">
      <w:r>
        <w:lastRenderedPageBreak/>
        <w:t>A sob tore out of me, sudden and raw. My knees buckled and I slid down the kitchen cabinet to the floor, the cold tile biting into my skin. I clutched the phone like it was the only thing tethering me to the world.</w:t>
      </w:r>
    </w:p>
    <w:p w14:paraId="185224C9" w14:textId="77777777" w:rsidR="00DB05F8" w:rsidRDefault="00000000">
      <w:r>
        <w:t>“It’s over,” I choked. “He’s in love with someone else.”</w:t>
      </w:r>
    </w:p>
    <w:p w14:paraId="225A0465" w14:textId="77777777" w:rsidR="00DB05F8" w:rsidRDefault="00000000">
      <w:r>
        <w:t>The silence on the other end stretched for just a beat, but in that moment, Dan understood everything. I didn’t need to explain, didn’t need to offer context or soften the truth. He breathed in sharply, and then I heard him exhale slowly, as though he were trying to absorb the pain through the line.</w:t>
      </w:r>
    </w:p>
    <w:p w14:paraId="72675434" w14:textId="77777777" w:rsidR="00DB05F8" w:rsidRDefault="00000000">
      <w:r>
        <w:t>“Oh Rae...” he said gently, heartbreak woven into every syllable. “I’m so sorry. I’m so, so sorry.”</w:t>
      </w:r>
    </w:p>
    <w:p w14:paraId="011653F8" w14:textId="77777777" w:rsidR="00DB05F8" w:rsidRDefault="00000000">
      <w:r>
        <w:t>I could barely speak. The sobs came in waves now, heaving, unstoppable. My body shook. My chest hurt. I kept gasping between phrases.</w:t>
      </w:r>
      <w:r>
        <w:br/>
        <w:t>“I gave him everything… Dan, I don’t understand… I don’t know how to breathe without breaking.”</w:t>
      </w:r>
    </w:p>
    <w:p w14:paraId="509FF4FC" w14:textId="77777777" w:rsidR="00DB05F8" w:rsidRDefault="00000000">
      <w:r>
        <w:t>“I know, sweetheart,” he said. “I know. Let it out. Don’t hold it in. I’m here. I’m not going anywhere.”</w:t>
      </w:r>
    </w:p>
    <w:p w14:paraId="2386419D" w14:textId="77777777" w:rsidR="00DB05F8" w:rsidRDefault="00000000">
      <w:r>
        <w:t>His voice didn’t rush me. It wrapped around me, soft and unwavering.</w:t>
      </w:r>
    </w:p>
    <w:p w14:paraId="708FEFB6" w14:textId="77777777" w:rsidR="00DB05F8" w:rsidRDefault="00000000">
      <w:r>
        <w:t>I cried until the edges of my vision blurred, until I had no sound left in my throat. And all the while, Dan stayed. He let me unravel. He didn’t try to fix it, or hush it, or steer me away from the truth. He just made space for the storm.</w:t>
      </w:r>
    </w:p>
    <w:p w14:paraId="5CEC047D" w14:textId="77777777" w:rsidR="00DB05F8" w:rsidRDefault="00000000">
      <w:r>
        <w:t>At some point, the tears slowed. My breath found a shaky rhythm. My body sagged against the cupboard, exhausted and hollowed.</w:t>
      </w:r>
    </w:p>
    <w:p w14:paraId="6575147D" w14:textId="77777777" w:rsidR="00DB05F8" w:rsidRDefault="00000000">
      <w:r>
        <w:t>“I feel like I’m disappearing,” I whispered. “Like I’m losing pieces of myself I’ll never get back.”</w:t>
      </w:r>
    </w:p>
    <w:p w14:paraId="579FDA86" w14:textId="77777777" w:rsidR="00DB05F8" w:rsidRDefault="00000000">
      <w:r>
        <w:t>Dan was quiet for a moment. Then, in a voice that steadied me, he said, “You’re not disappearing. You’re grieving. And you’re allowed to. You are still Rae, every strong, fierce, loving part of you. He doesn’t get to take that from you. Ever.”</w:t>
      </w:r>
    </w:p>
    <w:p w14:paraId="2A8F1BBA" w14:textId="77777777" w:rsidR="00DB05F8" w:rsidRDefault="00000000">
      <w:r>
        <w:t>His words settled into me like medicine. They didn’t erase the pain, but they gave it a shape. A name. A container that could hold me.</w:t>
      </w:r>
    </w:p>
    <w:p w14:paraId="4F276844" w14:textId="77777777" w:rsidR="00DB05F8" w:rsidRDefault="00000000">
      <w:r>
        <w:t>“I love you,” I whispered.</w:t>
      </w:r>
      <w:r>
        <w:br/>
        <w:t>“I love you too,” he replied. “And when you forget how amazing you are, I’ll remind you. Every time.”</w:t>
      </w:r>
    </w:p>
    <w:p w14:paraId="35D7CD4C" w14:textId="77777777" w:rsidR="00DB05F8" w:rsidRDefault="00000000">
      <w:r>
        <w:lastRenderedPageBreak/>
        <w:t>That night, Dan didn’t just answer the phone, he answered the breaking inside me. And without even seeing my face, he knew exactly how to hold the parts I couldn’t carry.</w:t>
      </w:r>
    </w:p>
    <w:p w14:paraId="32EBB939" w14:textId="77777777" w:rsidR="00DB05F8" w:rsidRDefault="00000000">
      <w:r>
        <w:br/>
      </w:r>
      <w:r>
        <w:br/>
        <w:t>CHAPTER 53</w:t>
      </w:r>
    </w:p>
    <w:p w14:paraId="182D86AB" w14:textId="77777777" w:rsidR="00DB05F8" w:rsidRDefault="00000000">
      <w:r>
        <w:t>Becoming in the After</w:t>
      </w:r>
    </w:p>
    <w:p w14:paraId="25940220" w14:textId="77777777" w:rsidR="00DB05F8" w:rsidRDefault="00000000">
      <w:r>
        <w:t>"Somewhere after the breaking, we begin again, whole in new ways."</w:t>
      </w:r>
    </w:p>
    <w:p w14:paraId="3A223B59" w14:textId="77777777" w:rsidR="00DB05F8" w:rsidRDefault="00000000">
      <w:r>
        <w:t>In the stillness after the storm, I asked: what now? I had survived. More than that, I had stayed. And with that choice came a reckoning. If I were truly going to live, I needed to learn how to do it differently. I could no longer hide behind the mask that once protected me. I had to shape a life that matched the woman I was becoming.</w:t>
      </w:r>
    </w:p>
    <w:p w14:paraId="4E4BA83D" w14:textId="77777777" w:rsidR="00DB05F8" w:rsidRDefault="00000000">
      <w:r>
        <w:t>One of the first places I returned to was painting. I remember dipping my brush into a pool of indigo blue. The colour was sorrowful, yet beautiful, full of depth. Each stroke felt like a release, a breath, a quiet declaration. I no longer needed to explain my pain; I could express it. My canvas became a mirror, holding both my ache and the aliveness awakening within me.</w:t>
      </w:r>
    </w:p>
    <w:p w14:paraId="4781FD02" w14:textId="77777777" w:rsidR="00DB05F8" w:rsidRDefault="00000000">
      <w:r>
        <w:t>Then came the writing, not clinical notes or academic papers, but raw, unfiltered truth. I wrote stories soaked in longing, rage, hope, and memory. My journals swelled with dreams and truths I had once buried. I wrote not just to survive, but to connect, to the women I had counselled, to the girl I once was, and to the mother I was still becoming.</w:t>
      </w:r>
    </w:p>
    <w:p w14:paraId="60D40F30" w14:textId="77777777" w:rsidR="00DB05F8" w:rsidRDefault="00000000">
      <w:r>
        <w:t>I never imagined that the girl who once sat silent in the corner of her own life would one day write her way back into it.</w:t>
      </w:r>
    </w:p>
    <w:p w14:paraId="42579FFF" w14:textId="77777777" w:rsidR="00DB05F8" w:rsidRDefault="00000000">
      <w:r>
        <w:t>This journey has led me through every shade of darkness. I have walked barefoot through pain, carried grief like it was stitched into my skin, and weathered storms that once felt insurmountable. Yet here I am. Not untouched. Not unchanged. But fully, undeniably alive.</w:t>
      </w:r>
    </w:p>
    <w:p w14:paraId="36A1C145" w14:textId="77777777" w:rsidR="00DB05F8" w:rsidRDefault="00000000">
      <w:r>
        <w:t>Now, when I look back, I see a story that I always wanted to be told. A story that held both the broken and the brilliant. One that did not begin with trauma, nor end with it, but travelled through it and emerged whole.</w:t>
      </w:r>
    </w:p>
    <w:p w14:paraId="7680406A" w14:textId="77777777" w:rsidR="00DB05F8" w:rsidRDefault="00000000">
      <w:r>
        <w:t xml:space="preserve">I have faced my deepest fears. I have buried loved ones, lost myself, found myself again, and mothered through uncertainty. I have been held by friendship, broken by betrayal, healed by love, and remade through truth. I have learnt that silence </w:t>
      </w:r>
      <w:r>
        <w:lastRenderedPageBreak/>
        <w:t>can be as harmful as any weapon, and that speaking the truth, even while trembling, is a radical act of freedom.</w:t>
      </w:r>
    </w:p>
    <w:p w14:paraId="3134263C" w14:textId="77777777" w:rsidR="00DB05F8" w:rsidRDefault="00000000">
      <w:r>
        <w:t>Every chapter I’ve shared has been a small offering. A reaching out from my heart to yours. And I hope that somewhere in these lines, you have seen a reflection of your own strength.</w:t>
      </w:r>
    </w:p>
    <w:p w14:paraId="38AB8BB6" w14:textId="77777777" w:rsidR="00DB05F8" w:rsidRDefault="00000000">
      <w:r>
        <w:t>I used to believe that healing meant forgetting. That to move forward, I had to leave everything behind. But healing has taught me otherwise. It means remembering without drowning. Holding the past gently. Honouring what it gave me and releasing what it cannot return.</w:t>
      </w:r>
    </w:p>
    <w:p w14:paraId="281B9CA3" w14:textId="77777777" w:rsidR="00DB05F8" w:rsidRDefault="00000000">
      <w:r>
        <w:t>I have become the woman I once imagined. She is not perfect, but she is soft where it matters, and steel where it counts. She wears her scars not with shame, but with pride. They are proof. Proof that I have lived. That I have endured. That I have become.</w:t>
      </w:r>
    </w:p>
    <w:p w14:paraId="4654D2AF" w14:textId="77777777" w:rsidR="00DB05F8" w:rsidRDefault="00000000">
      <w:r>
        <w:br/>
      </w:r>
      <w:r>
        <w:br/>
        <w:t>CHAPTER 54</w:t>
      </w:r>
    </w:p>
    <w:p w14:paraId="3F2369A0" w14:textId="77777777" w:rsidR="00DB05F8" w:rsidRDefault="00000000">
      <w:r>
        <w:t>My Chosen Few</w:t>
      </w:r>
    </w:p>
    <w:p w14:paraId="4C980819" w14:textId="77777777" w:rsidR="00DB05F8" w:rsidRDefault="00000000">
      <w:r>
        <w:t>“Some souls don’t just walk beside you. They carry you when your legs can’t move.”</w:t>
      </w:r>
    </w:p>
    <w:p w14:paraId="7F7B9346" w14:textId="77777777" w:rsidR="00DB05F8" w:rsidRDefault="00000000">
      <w:r>
        <w:t>I used to walk with many. Now, I walk with a chosen few.</w:t>
      </w:r>
    </w:p>
    <w:p w14:paraId="42CDEFB9" w14:textId="77777777" w:rsidR="00DB05F8" w:rsidRDefault="00000000">
      <w:r>
        <w:t>On this long and winding healing journey, I understand that my strength was never mine alone. It was gathered quietly and patiently from the love and presence of those who stood with me. Some walked beside me. Others cleared the path ahead. And many stood behind me, gently urging me forward when I could not move on my own.</w:t>
      </w:r>
    </w:p>
    <w:p w14:paraId="71725975" w14:textId="77777777" w:rsidR="00DB05F8" w:rsidRDefault="00000000">
      <w:r>
        <w:t>I once believed family was something you were born into, a chain forged by blood and history. But life taught me otherwise. Sometimes, the truest family arrives later. They come not to fix what’s broken, but to sit beside the pieces and remind you how to hold them with grace.</w:t>
      </w:r>
    </w:p>
    <w:p w14:paraId="4ADEC1C2" w14:textId="77777777" w:rsidR="00DB05F8" w:rsidRDefault="00000000">
      <w:r>
        <w:t>When you're healing, especially from deep wounds that live in your bones and whisper in your dreams, trusted friends are not a luxury; they are lifeblood. Healing is not a solitary act. It needs a witness. It needs warmth. It needs spaces where your truth is safe and your voice is honoured, even when it trembles.</w:t>
      </w:r>
    </w:p>
    <w:p w14:paraId="5EBC0AAA" w14:textId="77777777" w:rsidR="00DB05F8" w:rsidRDefault="00000000">
      <w:r>
        <w:lastRenderedPageBreak/>
        <w:t>I have loved many in this life. But only a sacred few have held me in silence and still heard my truth.</w:t>
      </w:r>
    </w:p>
    <w:p w14:paraId="6EF1F7C4" w14:textId="77777777" w:rsidR="00DB05F8" w:rsidRDefault="00000000">
      <w:r>
        <w:t>My chosen circle is not perfect. Neither am I. But we are loyal to one another’s becoming. We show up. We apologise. We laugh until our ribs ache. We speak the truths that ache to be spoken. We dance in kitchens and cry at bus stops. We make space for both grief and joy to breathe in the same room.</w:t>
      </w:r>
    </w:p>
    <w:p w14:paraId="53BB1C81" w14:textId="77777777" w:rsidR="00DB05F8" w:rsidRDefault="00000000">
      <w:r>
        <w:t>They are not just my people.</w:t>
      </w:r>
    </w:p>
    <w:p w14:paraId="4C4155E8" w14:textId="77777777" w:rsidR="00DB05F8" w:rsidRDefault="00000000">
      <w:r>
        <w:t>They are my sanctuary.</w:t>
      </w:r>
    </w:p>
    <w:p w14:paraId="01898558" w14:textId="77777777" w:rsidR="00DB05F8" w:rsidRDefault="00000000">
      <w:r>
        <w:t>They are the reason I made it through.</w:t>
      </w:r>
    </w:p>
    <w:p w14:paraId="13CD2F34" w14:textId="77777777" w:rsidR="00DB05F8" w:rsidRDefault="00000000">
      <w:r>
        <w:t>When the world tries to shrink me, their love reminds me that I am not too much, not too broken, not alone.</w:t>
      </w:r>
    </w:p>
    <w:p w14:paraId="41989424" w14:textId="77777777" w:rsidR="00DB05F8" w:rsidRDefault="00000000">
      <w:r>
        <w:t>We hold each other.</w:t>
      </w:r>
    </w:p>
    <w:p w14:paraId="1577FB8A" w14:textId="77777777" w:rsidR="00DB05F8" w:rsidRDefault="00000000">
      <w:r>
        <w:t>We rise together.</w:t>
      </w:r>
    </w:p>
    <w:p w14:paraId="36F99FD2" w14:textId="77777777" w:rsidR="00DB05F8" w:rsidRDefault="00000000">
      <w:r>
        <w:t>And in their presence, I remember who I am.</w:t>
      </w:r>
    </w:p>
    <w:p w14:paraId="21750818" w14:textId="77777777" w:rsidR="00DB05F8" w:rsidRDefault="00000000">
      <w:r>
        <w:t>This is the family I chose.</w:t>
      </w:r>
    </w:p>
    <w:p w14:paraId="21C43B2A" w14:textId="77777777" w:rsidR="00DB05F8" w:rsidRDefault="00000000">
      <w:r>
        <w:br/>
      </w:r>
      <w:r>
        <w:br/>
        <w:t>CHAPTER 55</w:t>
      </w:r>
    </w:p>
    <w:p w14:paraId="001E87D0" w14:textId="77777777" w:rsidR="00DB05F8" w:rsidRDefault="00000000">
      <w:r>
        <w:t>What Remains</w:t>
      </w:r>
    </w:p>
    <w:p w14:paraId="2E4CE9F7" w14:textId="77777777" w:rsidR="00DB05F8" w:rsidRDefault="00000000">
      <w:r>
        <w:t>“Not everything lasts, but everything teaches us. And in the end, love stays in all its forms.”</w:t>
      </w:r>
    </w:p>
    <w:p w14:paraId="57B8736F" w14:textId="77777777" w:rsidR="00DB05F8" w:rsidRDefault="00000000">
      <w:r>
        <w:t>I’ve learned that life doesn’t always unfold the way we imagine. People leave. Hearts break. Promises to unravel. But in the quiet after the storm, something remains, a thread of memory, a flicker of gratitude, a lesson that lingers.</w:t>
      </w:r>
    </w:p>
    <w:p w14:paraId="5A315538" w14:textId="77777777" w:rsidR="00DB05F8" w:rsidRDefault="00000000">
      <w:r>
        <w:t>Through every chapter of my story, love has held me. Not always in the ways I expected, not always in ways that stayed. Nevertheless, love found me in friendships that rose like sunbeams after sleepless nights, in the warm embrace of sisterhood, in tearful laughter over coffee, and in long walks where silence spoke more than words ever could.</w:t>
      </w:r>
    </w:p>
    <w:p w14:paraId="319F34C3" w14:textId="77777777" w:rsidR="00DB05F8" w:rsidRDefault="00000000">
      <w:r>
        <w:t>Love has taken many forms in my life. Some dissolved with time. Others became a part of me, while those I now hold close.</w:t>
      </w:r>
    </w:p>
    <w:p w14:paraId="43B7FA80" w14:textId="77777777" w:rsidR="00DB05F8" w:rsidRDefault="00000000">
      <w:r>
        <w:lastRenderedPageBreak/>
        <w:t>My relationship with Akil evolved in ways I could never have foreseen. What began as friendship grew into something deeper, complicated, transformative, and full of lessons I didn’t know I needed. Though our romantic chapter eventually came to a close, I carry deep gratitude for everything we shared. He gave me the greatest gift of all: our son. And despite everything, he remained a loving, present father.</w:t>
      </w:r>
    </w:p>
    <w:p w14:paraId="0411DC4B" w14:textId="77777777" w:rsidR="00DB05F8" w:rsidRDefault="00000000">
      <w:r>
        <w:t>Through Akil, I overcame challenges that once seemed insurmountable. He introduced me to people who would become lifelines, solid, steady, enduring. Some of those friendships have stood the test of time, woven into the fabric of my chosen family. Their presence reminds me that even in endings, there can be beautiful beginnings.</w:t>
      </w:r>
    </w:p>
    <w:p w14:paraId="3C3CC9EA" w14:textId="77777777" w:rsidR="00DB05F8" w:rsidRDefault="00000000">
      <w:r>
        <w:t>I used to crave being seen by many. I tried to shine in crowds that only dimmed my light. I exhausted myself trying to belong in spaces that never truly embraced me. But those days feel far behind me now. I have outgrown the noise, the performance, and the illusion of connection.</w:t>
      </w:r>
    </w:p>
    <w:p w14:paraId="031AF758" w14:textId="77777777" w:rsidR="00DB05F8" w:rsidRDefault="00000000">
      <w:r>
        <w:t>Today, I am grateful for the chosen few,the ones who show up in truth, the ones who never demanded perfection, only presence. These are my ride-or-die, my soul sisters. They held me during my silences, danced with me in my victories, and stood beside me in the storm's eye.</w:t>
      </w:r>
    </w:p>
    <w:p w14:paraId="3C8F9C92" w14:textId="77777777" w:rsidR="00DB05F8" w:rsidRDefault="00000000">
      <w:r>
        <w:t>They know the depth of my scars and have never tried to hide them. They heard the tremble in my voice and stayed. With them, I am never too much, never not enough,just Rae, whole, and deeply loved.</w:t>
      </w:r>
    </w:p>
    <w:p w14:paraId="6C767052" w14:textId="77777777" w:rsidR="00DB05F8" w:rsidRDefault="00000000">
      <w:r>
        <w:t>To the friends who became family, I say thank you. Your love has been my mirror, anchor, and reminder that genuine connection cannot be forced. It is felt, lived, and earned through time, trust, and truth.</w:t>
      </w:r>
    </w:p>
    <w:p w14:paraId="16BFDE1F" w14:textId="77777777" w:rsidR="00DB05F8" w:rsidRDefault="00000000">
      <w:r>
        <w:t>Yes, hearts have broken along the way. Promises faded. Chapters ended. But the beautiful and bruised memories remain part of my story. I no longer carry shame for loving deeply. I no longer punish myself for believing in what could have been. Instead, I remember. I honour. I grow.</w:t>
      </w:r>
    </w:p>
    <w:p w14:paraId="59B90721" w14:textId="77777777" w:rsidR="00DB05F8" w:rsidRDefault="00000000">
      <w:r>
        <w:br/>
      </w:r>
      <w:r>
        <w:br/>
        <w:t>CHAPTER 56</w:t>
      </w:r>
    </w:p>
    <w:p w14:paraId="2A535BD9" w14:textId="77777777" w:rsidR="00DB05F8" w:rsidRDefault="00000000">
      <w:r>
        <w:t>The now</w:t>
      </w:r>
    </w:p>
    <w:p w14:paraId="5AF76C05" w14:textId="77777777" w:rsidR="00DB05F8" w:rsidRDefault="00000000">
      <w:r>
        <w:t>“There is a version of you that existed before the silence; she is still waiting to be remembered.”</w:t>
      </w:r>
    </w:p>
    <w:p w14:paraId="60F7F400" w14:textId="77777777" w:rsidR="00DB05F8" w:rsidRDefault="00000000">
      <w:r>
        <w:lastRenderedPageBreak/>
        <w:t>For most of my life, I had been someone’s daughter, someone’s sister, someone’s mother, someone’s partner. My identity had often been defined by who I belonged to, who I was protecting, or who I was trying to please. But as the dust of heartbreak, betrayal, and exhaustion settled, I stood alone in a quiet, unfamiliar space. And in that stillness, I heard the faintest whisper: Who are you, Rae, when no one is watching?</w:t>
      </w:r>
    </w:p>
    <w:p w14:paraId="23588B54" w14:textId="77777777" w:rsidR="00DB05F8" w:rsidRDefault="00000000">
      <w:r>
        <w:t>It was not an easy question to answer. For years, I had hidden beneath layers, of expectations, of obligation, of pain. But now, I stood at a crossroads. I could either continue to pour myself into everyone else or finally turn inward and reclaim the parts of me that had been left behind.</w:t>
      </w:r>
    </w:p>
    <w:p w14:paraId="16E5DB80" w14:textId="77777777" w:rsidR="00DB05F8" w:rsidRDefault="00000000">
      <w:r>
        <w:t>So I chose me.</w:t>
      </w:r>
    </w:p>
    <w:p w14:paraId="0B228A01" w14:textId="77777777" w:rsidR="00DB05F8" w:rsidRDefault="00000000">
      <w:r>
        <w:t>I chose early morning walks with no destination, just the crunch of leaves beneath my feet and the rhythm of my breath. I painted, not for a gallery, but for the joy of watching colours come to life beneath my fingers. I chose silence over noise, solitude over performance. And slowly, I felt something I hadn't felt in years, a sense of peace.</w:t>
      </w:r>
    </w:p>
    <w:p w14:paraId="47150D4C" w14:textId="77777777" w:rsidR="00DB05F8" w:rsidRDefault="00000000">
      <w:r>
        <w:t>I started saying no without guilt. I said yes to rest. I unfollowed people and ideas that made me feel small. I stopped explaining my worth and began embodying it.</w:t>
      </w:r>
    </w:p>
    <w:p w14:paraId="0DABFAA6" w14:textId="77777777" w:rsidR="00DB05F8" w:rsidRDefault="00000000">
      <w:r>
        <w:t>I remembered that before the trauma, before the roles, before the ache, I was someone who loved deeply, danced freely, dreamed wildly. She was still in there, bruised but not broken, and I was ready to bring her home.</w:t>
      </w:r>
    </w:p>
    <w:p w14:paraId="19BB6436" w14:textId="77777777" w:rsidR="00DB05F8" w:rsidRDefault="00000000">
      <w:r>
        <w:t>I didn’t do this alone. Therapy became sacred. Journaling turned into prayer. Nature reminded me of life’s cycles, how even the barest tree would bloom again. Friends, real ones, held space when I couldn’t hold myself.</w:t>
      </w:r>
    </w:p>
    <w:p w14:paraId="45001E0B" w14:textId="77777777" w:rsidR="00DB05F8" w:rsidRDefault="00000000">
      <w:r>
        <w:t>There were days I wavered. Days I questioned whether I deserved the ease I was building. But every time I looked into my son’s eyes, I was reminded: healing is not just for me, it’s for him too. The more I found myself, the more present I became for him, not as a martyr, but a living, breathing woman.</w:t>
      </w:r>
    </w:p>
    <w:p w14:paraId="308D6F34" w14:textId="77777777" w:rsidR="00DB05F8" w:rsidRDefault="00000000">
      <w:r>
        <w:t>Choosing myself didn’t mean I stopped loving others. It meant I stopped abandoning myself to do it.</w:t>
      </w:r>
    </w:p>
    <w:p w14:paraId="3CEFE440" w14:textId="77777777" w:rsidR="00DB05F8" w:rsidRDefault="00000000">
      <w:r>
        <w:t>Now, when I sit in stillness, the question sounds different. Not "Who are you?" but "Are you proud of the woman you are becoming?"</w:t>
      </w:r>
    </w:p>
    <w:p w14:paraId="5A14343B" w14:textId="77777777" w:rsidR="00DB05F8" w:rsidRDefault="00000000">
      <w:r>
        <w:t>And I can finally answer, yes.</w:t>
      </w:r>
    </w:p>
    <w:p w14:paraId="54249220" w14:textId="77777777" w:rsidR="00DB05F8" w:rsidRDefault="00000000">
      <w:r>
        <w:lastRenderedPageBreak/>
        <w:br/>
      </w:r>
      <w:r>
        <w:br/>
        <w:t>CHAPTER 57</w:t>
      </w:r>
    </w:p>
    <w:p w14:paraId="1A06B589" w14:textId="77777777" w:rsidR="00DB05F8" w:rsidRDefault="00000000">
      <w:r>
        <w:t>The Man with No Face</w:t>
      </w:r>
    </w:p>
    <w:p w14:paraId="0E6F0F6E" w14:textId="77777777" w:rsidR="00DB05F8" w:rsidRDefault="00000000">
      <w:r>
        <w:t>“He didn’t hold the gun, but he left me bleeding. In the ruins of my trust, his silence echoed loudest.”</w:t>
      </w:r>
    </w:p>
    <w:p w14:paraId="55AFAD73" w14:textId="77777777" w:rsidR="00DB05F8" w:rsidRDefault="00000000">
      <w:r>
        <w:t>The brain has a strange way of protecting itself. It locks doors, draws heavy curtains over the worst memories, and buries pain so deep we forget it's even there. Until healing begins. And then, like a storm we never asked for, the boxes start to open.</w:t>
      </w:r>
    </w:p>
    <w:p w14:paraId="4F9E0159" w14:textId="77777777" w:rsidR="00DB05F8" w:rsidRDefault="00000000">
      <w:r>
        <w:t>There were memories I had worked hard not to revisit. I’d convinced myself I had already faced them, done the work. But healing doesn’t just ask you to relive the trauma, it demands you confront everything that followed.</w:t>
      </w:r>
    </w:p>
    <w:p w14:paraId="7BA694BC" w14:textId="77777777" w:rsidR="00DB05F8" w:rsidRDefault="00000000">
      <w:r>
        <w:t>The attack in my home wasn't the only significant event. That night, yes, changed everything. But the part I hadn’t truly examined, the part I tiptoed around in silence, was him. My ex-partner. The one who was supposed to be there. The one who vanished.</w:t>
      </w:r>
    </w:p>
    <w:p w14:paraId="40A4F598" w14:textId="77777777" w:rsidR="00DB05F8" w:rsidRDefault="00000000">
      <w:r>
        <w:t>I never spoke his name again. I erased him. To me, he was dead. But even when people die, we remember them the good, the complicated, the unfinished. With him, there was nothing. Just silence. And silence can be its own kind of wound.</w:t>
      </w:r>
    </w:p>
    <w:p w14:paraId="136EA775" w14:textId="77777777" w:rsidR="00DB05F8" w:rsidRDefault="00000000">
      <w:r>
        <w:t>Therapy made me open that box. I unpacked what I thought I had buried for good. What I found wasn’t just pain. It was fury. A deep, bitter, unspoken anger that lived in my bones.</w:t>
      </w:r>
    </w:p>
    <w:p w14:paraId="171AE1D0" w14:textId="77777777" w:rsidR="00DB05F8" w:rsidRDefault="00000000">
      <w:r>
        <w:t>He wasn’t there when it happened. He was with another woman.</w:t>
      </w:r>
    </w:p>
    <w:p w14:paraId="7D55A5C7" w14:textId="77777777" w:rsidR="00DB05F8" w:rsidRDefault="00000000">
      <w:r>
        <w:t>Let that sink in.</w:t>
      </w:r>
    </w:p>
    <w:p w14:paraId="59C5AC7E" w14:textId="77777777" w:rsidR="00DB05F8" w:rsidRDefault="00000000">
      <w:r>
        <w:t>While I was fighting for my life, for my body, for my breath, he was with someone else. And even that, in time, I might’ve learned to forgive. But what came after? That’s what broke me.</w:t>
      </w:r>
    </w:p>
    <w:p w14:paraId="0F773884" w14:textId="77777777" w:rsidR="00DB05F8" w:rsidRDefault="00000000">
      <w:r>
        <w:t>He changed. He pulled away. He stopped staying the night. Stopped holding me. Every conversation became a war zone. I was drowning in trauma, haunted nights, panic attacks, dreams that clawed at my throat, and he left me to face them alone.</w:t>
      </w:r>
    </w:p>
    <w:p w14:paraId="6BBFD227" w14:textId="77777777" w:rsidR="00DB05F8" w:rsidRDefault="00000000">
      <w:r>
        <w:t>When I told him I was pregnant, he almost crashed the car.</w:t>
      </w:r>
    </w:p>
    <w:p w14:paraId="38EE16D5" w14:textId="77777777" w:rsidR="00DB05F8" w:rsidRDefault="00000000">
      <w:r>
        <w:lastRenderedPageBreak/>
        <w:t>And when I returned from a short trip with my brother, trying to stitch together some peace, I walked back into a house that didn’t feel like mine anymore. Whispers followed me. People told me they’d seen her the same woman in my home. Her scent lingered. A glass is out of place. A hair tie that wasn’t mine.</w:t>
      </w:r>
    </w:p>
    <w:p w14:paraId="20EEBC2D" w14:textId="77777777" w:rsidR="00DB05F8" w:rsidRDefault="00000000">
      <w:r>
        <w:t>He didn’t just abandon me.</w:t>
      </w:r>
      <w:r>
        <w:br/>
        <w:t>He replaced me.</w:t>
      </w:r>
    </w:p>
    <w:p w14:paraId="01B5D92D" w14:textId="77777777" w:rsidR="00DB05F8" w:rsidRDefault="00000000">
      <w:r>
        <w:t>In the middle of my grief, he invited someone new into the space where I had bled and tried to heal.</w:t>
      </w:r>
    </w:p>
    <w:p w14:paraId="38594A1F" w14:textId="77777777" w:rsidR="00DB05F8" w:rsidRDefault="00000000">
      <w:r>
        <w:t>That betrayal cut deeper than anything the masked man had done. Because I expected violence from a stranger. I never expected betrayal from someone who once claimed to love me.</w:t>
      </w:r>
    </w:p>
    <w:p w14:paraId="547D58A3" w14:textId="77777777" w:rsidR="00DB05F8" w:rsidRDefault="00000000">
      <w:r>
        <w:t>He discarded me like a broken thing. Like a tarnished doll left in the rain.</w:t>
      </w:r>
    </w:p>
    <w:p w14:paraId="67BE39BB" w14:textId="77777777" w:rsidR="00DB05F8" w:rsidRDefault="00000000">
      <w:r>
        <w:t>And the damage wasn’t just emotional, it was physical. My chest would tighten at the thought of him. My jaw would clench at the sound of his name. I didn’t just lose faith in him, I lost trust in people altogether.</w:t>
      </w:r>
    </w:p>
    <w:p w14:paraId="07B9B6F2" w14:textId="77777777" w:rsidR="00DB05F8" w:rsidRDefault="00000000">
      <w:r>
        <w:t>Years passed. And then he reached out.</w:t>
      </w:r>
    </w:p>
    <w:p w14:paraId="7AAC06A0" w14:textId="77777777" w:rsidR="00DB05F8" w:rsidRDefault="00000000">
      <w:r>
        <w:t>He begged to meet. Said he needed to talk. I hesitated. Every part of me wanted to say no. But another part, the part that still hoped for closure, said yes.</w:t>
      </w:r>
    </w:p>
    <w:p w14:paraId="3487287A" w14:textId="77777777" w:rsidR="00DB05F8" w:rsidRDefault="00000000">
      <w:r>
        <w:t>Maybe some healing could grow from it. Maybe I’d get the apology I needed. Maybe something would finally make sense.</w:t>
      </w:r>
    </w:p>
    <w:p w14:paraId="4028B001" w14:textId="77777777" w:rsidR="00DB05F8" w:rsidRDefault="00000000">
      <w:r>
        <w:t>But the conversation wasn’t about me. It was about him, his guilt, his regret, his shame. He said he was sorry. That it had all been too much for him to deal with. That he couldn’t face it.</w:t>
      </w:r>
    </w:p>
    <w:p w14:paraId="73F4EE7A" w14:textId="77777777" w:rsidR="00DB05F8" w:rsidRDefault="00000000">
      <w:r>
        <w:t>His words didn’t comfort me.</w:t>
      </w:r>
      <w:r>
        <w:br/>
        <w:t>They ignited me.</w:t>
      </w:r>
    </w:p>
    <w:p w14:paraId="166DAF8A" w14:textId="77777777" w:rsidR="00DB05F8" w:rsidRDefault="00000000">
      <w:r>
        <w:t>A fire I had kept buried rose to the surface. And just like that, he disappeared again. Out of my life. Out of my mind. Gone.</w:t>
      </w:r>
    </w:p>
    <w:p w14:paraId="08F4064C" w14:textId="77777777" w:rsidR="00DB05F8" w:rsidRDefault="00000000">
      <w:r>
        <w:t>Only this time, it was on my terms.</w:t>
      </w:r>
    </w:p>
    <w:p w14:paraId="14A237D3" w14:textId="77777777" w:rsidR="00DB05F8" w:rsidRDefault="00000000">
      <w:r>
        <w:t>When I began writing this book, I recognised something important: no matter how far I had come, there was still one unopened box. One memory I had tiptoed around, too heavy, too sharp. But if I were to honour my healing, truly honour it, I had to speak the unspeakable. I knew I couldn't finish this book without opening that last door.</w:t>
      </w:r>
    </w:p>
    <w:p w14:paraId="2E44658E" w14:textId="77777777" w:rsidR="00DB05F8" w:rsidRDefault="00000000">
      <w:r>
        <w:lastRenderedPageBreak/>
        <w:t>Writing this chapter brought him back not in body, but in memory. I could feel him again, not as a person but as a presence. He started showing up in my dreams. In that half-awake place where pain becomes shape, he was there, gnawing at me like a trapped soul trying to claw its way out. The unearthed memory of him disturbed my sleep and rattled my peace, demanding to be seen, demanding to be released.</w:t>
      </w:r>
    </w:p>
    <w:p w14:paraId="10F8D281" w14:textId="77777777" w:rsidR="00DB05F8" w:rsidRDefault="00000000">
      <w:r>
        <w:t>I spoke with a therapist. My never-mentioning of his actions surprised her. We had journeyed through the darkness together, and I had carried such a heavy silence for so long.</w:t>
      </w:r>
    </w:p>
    <w:p w14:paraId="34B05124" w14:textId="77777777" w:rsidR="00DB05F8" w:rsidRDefault="00000000">
      <w:r>
        <w:t>As we unpacked the events together, I came to a complicated but necessary truth: the anger I had directed at that young woman all those years wasn’t truly about her. My mind had shut him out so completely that it was easier to hold her responsible for everything he had done for the betrayal, the abandonment, the absence. She became the face of my pain because he had become faceless. And in doing so, I gave her the weight of wounds she never truly earned.</w:t>
      </w:r>
    </w:p>
    <w:p w14:paraId="6B25A758" w14:textId="77777777" w:rsidR="00DB05F8" w:rsidRDefault="00000000">
      <w:r>
        <w:t>But I knew why.</w:t>
      </w:r>
    </w:p>
    <w:p w14:paraId="1E91CFEF" w14:textId="77777777" w:rsidR="00DB05F8" w:rsidRDefault="00000000">
      <w:r>
        <w:t>The silence had been my armour.</w:t>
      </w:r>
    </w:p>
    <w:p w14:paraId="5AE2CC21" w14:textId="77777777" w:rsidR="00DB05F8" w:rsidRDefault="00000000">
      <w:r>
        <w:t>Still, after a few sleepless nights, I understood. This silence had weight. And it was time to let it go.</w:t>
      </w:r>
    </w:p>
    <w:p w14:paraId="49BDF2B1" w14:textId="77777777" w:rsidR="00DB05F8" w:rsidRDefault="00000000">
      <w:r>
        <w:t>By the end of that session, I did something I hadn’t done in years.</w:t>
      </w:r>
    </w:p>
    <w:p w14:paraId="17144EF0" w14:textId="77777777" w:rsidR="00DB05F8" w:rsidRDefault="00000000">
      <w:r>
        <w:t>I said his name. And in doing so, I released him.</w:t>
      </w:r>
    </w:p>
    <w:p w14:paraId="0125107A" w14:textId="77777777" w:rsidR="00DB05F8" w:rsidRDefault="00000000">
      <w:r>
        <w:t>Truly.</w:t>
      </w:r>
      <w:r>
        <w:br/>
        <w:t>Finally.</w:t>
      </w:r>
      <w:r>
        <w:br/>
        <w:t>Completely.</w:t>
      </w:r>
    </w:p>
    <w:p w14:paraId="05F5D025" w14:textId="77777777" w:rsidR="00DB05F8" w:rsidRDefault="00000000">
      <w:r>
        <w:br/>
      </w:r>
      <w:r>
        <w:br/>
        <w:t>CHAPTER 58</w:t>
      </w:r>
    </w:p>
    <w:p w14:paraId="423EDB48" w14:textId="77777777" w:rsidR="00DB05F8" w:rsidRDefault="00000000">
      <w:r>
        <w:t>When Grey Turned to Blue</w:t>
      </w:r>
    </w:p>
    <w:p w14:paraId="006F3536" w14:textId="77777777" w:rsidR="00DB05F8" w:rsidRDefault="00000000">
      <w:r>
        <w:t>"Sometimes the place that first feels foreign becomes the soil where your soul learns to bloom."</w:t>
      </w:r>
    </w:p>
    <w:p w14:paraId="4558FE88" w14:textId="77777777" w:rsidR="00DB05F8" w:rsidRDefault="00000000">
      <w:r>
        <w:t xml:space="preserve">When I first arrived, the city seemed wrapped in endless grey, a cold mist clinging to the pavements, to my skin, to my spirit. In Barbados, the sun had always been a constant companion. The laughter was loud, the sea always just a breath away. </w:t>
      </w:r>
      <w:r>
        <w:lastRenderedPageBreak/>
        <w:t>Barbados was the cradle of my beginning, my first love, the place where my roots had tangled deep into the earth.</w:t>
      </w:r>
    </w:p>
    <w:p w14:paraId="02297DCE" w14:textId="77777777" w:rsidR="00DB05F8" w:rsidRDefault="00000000">
      <w:r>
        <w:t>But London was where my wings unfurled.</w:t>
      </w:r>
    </w:p>
    <w:p w14:paraId="0CCBF0FA" w14:textId="77777777" w:rsidR="00DB05F8" w:rsidRDefault="00000000">
      <w:r>
        <w:t>It was not an instant transformation. At first, London felt harsh. Anonymous. Its streets bustled with people who never made eye contact, its skies heavy with clouds that seemed stitched from sorrow. I missed the music of home, the familiar cadence of my people, the salt on the wind.</w:t>
      </w:r>
      <w:r>
        <w:br/>
        <w:t>I missed the way a simple "Good morning" could open a conversation and how friendliness was woven into the very rhythm of life.</w:t>
      </w:r>
    </w:p>
    <w:p w14:paraId="06E84F96" w14:textId="77777777" w:rsidR="00DB05F8" w:rsidRDefault="00000000">
      <w:r>
        <w:t>In Barbados, kindness was effortless. You could not walk to the corner shop without exchanging smiles and warm greetings. Neighbours knew your stories, your struggles, your celebrations. Family was not just blood, it was the whole village that pulled you in with laughter and love. I missed that closeness with an ache that sometimes caught me off guard.</w:t>
      </w:r>
      <w:r>
        <w:br/>
        <w:t>I missed my family, the ones who shaped me with their hands and their laughter, the ones who anchored me when the storms came. Their absence was a tender bruise I carried silently, pressing my heart in the quiet moments.</w:t>
      </w:r>
    </w:p>
    <w:p w14:paraId="1941F0C5" w14:textId="77777777" w:rsidR="00DB05F8" w:rsidRDefault="00000000">
      <w:r>
        <w:t>Yet even as the grey pressed against me, I felt something else: possibility.</w:t>
      </w:r>
    </w:p>
    <w:p w14:paraId="11BE847F" w14:textId="77777777" w:rsidR="00DB05F8" w:rsidRDefault="00000000">
      <w:r>
        <w:t>London gave me space to breathe, space to break, space to rebuild without the weight of old expectations. Here, no one knew my past. No one whispered of the girl I used to be. I was free to choose who I would become.</w:t>
      </w:r>
    </w:p>
    <w:p w14:paraId="54EDC14B" w14:textId="77777777" w:rsidR="00DB05F8" w:rsidRDefault="00000000">
      <w:r>
        <w:t>It was in this city of strangers that I found belonging. In the quiet corners of community centres, in the laughter shared over tea with women from every corner of the globe, in the calm patience of counsellors who held space for my unraveling without judgment. London became the first place where my pain was met not with silence, but with understanding.</w:t>
      </w:r>
    </w:p>
    <w:p w14:paraId="401D4D30" w14:textId="77777777" w:rsidR="00DB05F8" w:rsidRDefault="00000000">
      <w:r>
        <w:t>Here, I found the help I had not known how to ask for back home.</w:t>
      </w:r>
    </w:p>
    <w:p w14:paraId="3F26F657" w14:textId="77777777" w:rsidR="00DB05F8" w:rsidRDefault="00000000">
      <w:r>
        <w:t>Here, I found healing.</w:t>
      </w:r>
    </w:p>
    <w:p w14:paraId="54C54185" w14:textId="77777777" w:rsidR="00DB05F8" w:rsidRDefault="00000000">
      <w:r>
        <w:t>Slowly, the grey of London began to shift. A blue sky would slip through the clouds when I least expected it. A warmth would rise through the chill in small, surprising ways: a stranger's smile on the Tube, a child's giggle echoing across a rain-damp playground, a handwritten note from a friend reminding me, You are not alone.</w:t>
      </w:r>
    </w:p>
    <w:p w14:paraId="2E6F63F5" w14:textId="77777777" w:rsidR="00DB05F8" w:rsidRDefault="00000000">
      <w:r>
        <w:t xml:space="preserve">London taught me that healing is not loud or linear. It is found in quiet resilience. In choosing, day after day, to stay soft even when the world feels hard. It is found </w:t>
      </w:r>
      <w:r>
        <w:lastRenderedPageBreak/>
        <w:t>in building a life, one gentle act at a time, even when the ground beneath you once felt uncertain.</w:t>
      </w:r>
    </w:p>
    <w:p w14:paraId="025A8347" w14:textId="77777777" w:rsidR="00DB05F8" w:rsidRDefault="00000000">
      <w:r>
        <w:t>Barbados will always be home, my beating heart, my first story.</w:t>
      </w:r>
      <w:r>
        <w:br/>
        <w:t>The place where generosity spills from hands without hesitation, where kindness is second nature, and where family love wraps itself around you like a second skin.</w:t>
      </w:r>
      <w:r>
        <w:br/>
        <w:t>The land of sun-soaked days and sea-salt nights, the place that shaped my spirit.</w:t>
      </w:r>
    </w:p>
    <w:p w14:paraId="656AE307" w14:textId="77777777" w:rsidR="00DB05F8" w:rsidRDefault="00000000">
      <w:r>
        <w:t>The love of Barbados is part of me, woven into every laugh, every memory, every breath I take.</w:t>
      </w:r>
      <w:r>
        <w:br/>
        <w:t>And no matter how far life carries me, I look forward to reconnecting with that island each year.</w:t>
      </w:r>
      <w:r>
        <w:br/>
        <w:t>I return with open arms, ready to soak up every ounce of family love, every kiss of the sun, every crashing lullaby of the sea. I drink it all in hungrily, filling myself for the seasons ahead, rooted once more in all that first made me whole.</w:t>
      </w:r>
    </w:p>
    <w:p w14:paraId="50947224" w14:textId="77777777" w:rsidR="00DB05F8" w:rsidRDefault="00000000">
      <w:r>
        <w:t>But London, dear, sprawling, stubborn London, became my sanctuary.</w:t>
      </w:r>
    </w:p>
    <w:p w14:paraId="69EB9D73" w14:textId="77777777" w:rsidR="00DB05F8" w:rsidRDefault="00000000">
      <w:r>
        <w:t>This city wrapped me in its fog and said, Stay. Grow. Become.</w:t>
      </w:r>
    </w:p>
    <w:p w14:paraId="0F0444D5" w14:textId="77777777" w:rsidR="00DB05F8" w:rsidRDefault="00000000">
      <w:r>
        <w:t>I am endlessly grateful to London for holding me when I did not know how to hold myself.</w:t>
      </w:r>
      <w:r>
        <w:br/>
        <w:t>For giving me anonymity when I needed to disappear, and community when I was ready to be seen.</w:t>
      </w:r>
      <w:r>
        <w:br/>
        <w:t>For offering doors that Barbados, in all its beauty, simply could not.</w:t>
      </w:r>
    </w:p>
    <w:p w14:paraId="31D1631E" w14:textId="77777777" w:rsidR="00DB05F8" w:rsidRDefault="00000000">
      <w:r>
        <w:t>Here, I found work that honoured my voice.</w:t>
      </w:r>
      <w:r>
        <w:br/>
        <w:t>Here, I found education that expanded my dreams.</w:t>
      </w:r>
      <w:r>
        <w:br/>
        <w:t>Here, I found healing hands and patient hearts who taught me that survival was not the end, it was only the beginning.</w:t>
      </w:r>
    </w:p>
    <w:p w14:paraId="48D4312B" w14:textId="77777777" w:rsidR="00DB05F8" w:rsidRDefault="00000000">
      <w:r>
        <w:t>And perhaps most beautifully, London became the soil where my son’s dreams could root and flourish.</w:t>
      </w:r>
      <w:r>
        <w:br/>
        <w:t>He stood on stages, sang into microphones, auditioned for roles I could only have dreamt of.</w:t>
      </w:r>
      <w:r>
        <w:br/>
        <w:t>In London, he found possibility.</w:t>
      </w:r>
      <w:r>
        <w:br/>
        <w:t>In London, he found himself.</w:t>
      </w:r>
    </w:p>
    <w:p w14:paraId="0F6F0C1A" w14:textId="77777777" w:rsidR="00DB05F8" w:rsidRDefault="00000000">
      <w:r>
        <w:t>I also found family, not of blood, but of fierce and faithful love.</w:t>
      </w:r>
      <w:r>
        <w:br/>
        <w:t>Women and men who showed up when life fractured, who guarded my son as fiercely as their own, who stood beside me with arms wide open when I had forgotten how to stand for myself.</w:t>
      </w:r>
      <w:r>
        <w:br/>
      </w:r>
      <w:r>
        <w:lastRenderedPageBreak/>
        <w:t>They became the hands that caught me when the world grew too heavy.</w:t>
      </w:r>
      <w:r>
        <w:br/>
        <w:t>They became the laughter that lifted the darkest nights.</w:t>
      </w:r>
    </w:p>
    <w:p w14:paraId="322FEDE1" w14:textId="77777777" w:rsidR="00DB05F8" w:rsidRDefault="00000000">
      <w:r>
        <w:t>Their love was unwavering. Loud. Brave.</w:t>
      </w:r>
      <w:r>
        <w:br/>
        <w:t>The kind of love that says, "We stay."</w:t>
      </w:r>
    </w:p>
    <w:p w14:paraId="73C59F8F" w14:textId="77777777" w:rsidR="00DB05F8" w:rsidRDefault="00000000">
      <w:r>
        <w:t>I carry Barbados in my spirit, in the way I greet strangers like old friends, in the rhythm of my laughter, in the warmth I offer without needing reason.</w:t>
      </w:r>
    </w:p>
    <w:p w14:paraId="7F873472" w14:textId="77777777" w:rsidR="00DB05F8" w:rsidRDefault="00000000">
      <w:r>
        <w:t>I carry London in my breath, in the way I rise after every fall, in the stillness I have learnt to hold, in the blue sky I have learnt to find above the grey.</w:t>
      </w:r>
    </w:p>
    <w:p w14:paraId="00F3F13B" w14:textId="77777777" w:rsidR="00DB05F8" w:rsidRDefault="00000000">
      <w:r>
        <w:t>In London, the grey turned to blue.</w:t>
      </w:r>
    </w:p>
    <w:p w14:paraId="297A02A2" w14:textId="77777777" w:rsidR="00DB05F8" w:rsidRDefault="00000000">
      <w:r>
        <w:t>And under that new sky, I remembered,</w:t>
      </w:r>
      <w:r>
        <w:br/>
        <w:t>I was never broken.</w:t>
      </w:r>
      <w:r>
        <w:br/>
        <w:t>I was always becoming.</w:t>
      </w:r>
    </w:p>
    <w:p w14:paraId="48C3BC0C" w14:textId="77777777" w:rsidR="00DB05F8" w:rsidRDefault="00000000">
      <w:r>
        <w:br/>
      </w:r>
      <w:r>
        <w:br/>
        <w:t>CHAPTER 59</w:t>
      </w:r>
    </w:p>
    <w:p w14:paraId="1811EA5F" w14:textId="77777777" w:rsidR="00DB05F8" w:rsidRDefault="00000000">
      <w:r>
        <w:t>The Legacy We Break, the Legacy We Build</w:t>
      </w:r>
    </w:p>
    <w:p w14:paraId="0258FDC1" w14:textId="77777777" w:rsidR="00DB05F8" w:rsidRDefault="00000000">
      <w:r>
        <w:t>"Some things we carry. Some things we choose to let go. And sometimes, we create new paths."</w:t>
      </w:r>
    </w:p>
    <w:p w14:paraId="2B0B9448" w14:textId="77777777" w:rsidR="00DB05F8" w:rsidRDefault="00000000">
      <w:r>
        <w:t>Trauma has a way of weaving itself through generations, like an invisible thread, tightening, fraying, sometimes snapping under the strain of silence.</w:t>
      </w:r>
    </w:p>
    <w:p w14:paraId="7644465A" w14:textId="77777777" w:rsidR="00DB05F8" w:rsidRDefault="00000000">
      <w:r>
        <w:t>I’ve spent much of my life trying to untangle those knots, the pain inherited, the pain endured, the pain reimagined. But in the same breath, I’ve witnessed something extraordinary: the breaking of that chain.</w:t>
      </w:r>
    </w:p>
    <w:p w14:paraId="344BE461" w14:textId="77777777" w:rsidR="00DB05F8" w:rsidRDefault="00000000">
      <w:r>
        <w:t>My son, my heart, my light through every shadow, has chosen a different path. He’s found his sanctuary and his strength in music, pouring his truth into every verse, every beat, every bar. Performing under the name Nilez, he has turned sorrow into sound, wounds into rhythm, and survival into art. What I once struggled to speak, he has learned to sing. His music is more than expression, it’s therapy, it’s compass, it’s lifeline. His debut album, Come Shed a Tear, has moved many. Its raw honesty, its aching beauty, has been nothing short of inspirational. And I could not be prouder.</w:t>
      </w:r>
    </w:p>
    <w:p w14:paraId="5E85367A" w14:textId="77777777" w:rsidR="00DB05F8" w:rsidRDefault="00000000">
      <w:r>
        <w:t xml:space="preserve">I watch him sometimes, headphones on, eyes closed, completely immersed in his world of lyrics and loops. There is something sacred in those moments. He </w:t>
      </w:r>
      <w:r>
        <w:lastRenderedPageBreak/>
        <w:t>carries weight, yes. But he also carries wisdom. In him, I see not just resilience, but the radical courage to thrive.</w:t>
      </w:r>
    </w:p>
    <w:p w14:paraId="3787CCF9" w14:textId="77777777" w:rsidR="00DB05F8" w:rsidRDefault="00000000">
      <w:r>
        <w:t>I give thanks daily for the four lifelong companions who have stood by him, brothers in every sense but blood. Together they’ve formed a circle of strength, grounding each other, reminding one another of who they are, and who they are becoming. That kind of friendship is rare. That kind of loyalty, a blessing.</w:t>
      </w:r>
    </w:p>
    <w:p w14:paraId="6FCF4073" w14:textId="77777777" w:rsidR="00DB05F8" w:rsidRDefault="00000000">
      <w:r>
        <w:t>In him, I see a man unfolding. A quiet force. A steady presence. A lighthouse, even when the tide threatens to pull him under. And I hope he always knows this truth, it is not weakness to feel, to fall, to open the aching parts of ourselves. It is strength. His microphone is no less valid than a counselling room. His verses are testimony. His art is healing.</w:t>
      </w:r>
    </w:p>
    <w:p w14:paraId="7CE86D5E" w14:textId="77777777" w:rsidR="00DB05F8" w:rsidRDefault="00000000">
      <w:r>
        <w:t>He’s fought his battles. Life hasn’t always been gentle. But he’s still here, growing, writing, becoming. He is not defined by his wounds. He is the healer of them. And I give thanks each day for the grace of witnessing his becoming.</w:t>
      </w:r>
    </w:p>
    <w:p w14:paraId="7BB89712" w14:textId="77777777" w:rsidR="00DB05F8" w:rsidRDefault="00000000">
      <w:r>
        <w:t>We don’t always get to choose what we inherit. But we do get to choose what we pass on. And in my son, I see someone breaking cycles. Building bridges. Laying the foundation for something softer, freer, more whole.</w:t>
      </w:r>
    </w:p>
    <w:p w14:paraId="73888B57" w14:textId="77777777" w:rsidR="00DB05F8" w:rsidRDefault="00000000">
      <w:r>
        <w:t>That is the legacy I once dreamed of.</w:t>
      </w:r>
    </w:p>
    <w:p w14:paraId="585687E8" w14:textId="77777777" w:rsidR="00DB05F8" w:rsidRDefault="00000000">
      <w:r>
        <w:t>That is the legacy he’s living.</w:t>
      </w:r>
    </w:p>
    <w:p w14:paraId="0AA8C080" w14:textId="77777777" w:rsidR="00DB05F8" w:rsidRDefault="00000000">
      <w:r>
        <w:t>And I am so very proud.</w:t>
      </w:r>
    </w:p>
    <w:p w14:paraId="06EDB396" w14:textId="77777777" w:rsidR="00DB05F8" w:rsidRDefault="00000000">
      <w:r>
        <w:br/>
      </w:r>
      <w:r>
        <w:br/>
        <w:t>CHAPTER 60</w:t>
      </w:r>
    </w:p>
    <w:p w14:paraId="680F4719" w14:textId="77777777" w:rsidR="00DB05F8" w:rsidRDefault="00000000">
      <w:r>
        <w:t>A Letter to the Girl I Was</w:t>
      </w:r>
    </w:p>
    <w:p w14:paraId="2D278078" w14:textId="77777777" w:rsidR="00DB05F8" w:rsidRDefault="00000000">
      <w:r>
        <w:t>"You survived what tried to break you–and now, you are transforming into who you were always meant to be."</w:t>
      </w:r>
    </w:p>
    <w:p w14:paraId="5F785522" w14:textId="77777777" w:rsidR="00DB05F8" w:rsidRDefault="00000000">
      <w:r>
        <w:t>Dear Little Rae,</w:t>
      </w:r>
    </w:p>
    <w:p w14:paraId="2666D584" w14:textId="77777777" w:rsidR="00DB05F8" w:rsidRDefault="00000000">
      <w:r>
        <w:t>I see you, barefoot in the garden soil, curls kissed by the Caribbean sun, heart heavy with secrets too big for your small frame. You are so much braver than you know.</w:t>
      </w:r>
    </w:p>
    <w:p w14:paraId="5219EC76" w14:textId="77777777" w:rsidR="00DB05F8" w:rsidRDefault="00000000">
      <w:r>
        <w:t xml:space="preserve">I wish I could hold your tiny hands and whisper the truths you longed to hear. That none of it was your fault. That your tears made sense. That the surrounding silence wasn't a reflection of your worth. You didn’t imagine it. You weren’t too </w:t>
      </w:r>
      <w:r>
        <w:lastRenderedPageBreak/>
        <w:t>sensitive. You were just tender in a world that didn’t know how to hold tenderness with care.</w:t>
      </w:r>
    </w:p>
    <w:p w14:paraId="47915DF5" w14:textId="77777777" w:rsidR="00DB05F8" w:rsidRDefault="00000000">
      <w:r>
        <w:t>I know how hard you try to be good, to be useful, to be invisible when necessary. I know the ache you carry–the questions you’re too afraid to ask, the dreams you bury so no one laughs, the tears you swallow because no one’s there to hold them.</w:t>
      </w:r>
    </w:p>
    <w:p w14:paraId="2ECE59D8" w14:textId="77777777" w:rsidR="00DB05F8" w:rsidRDefault="00000000">
      <w:r>
        <w:t>I want you to know it was never your fault. None of it. Not the anger. Not the confusion. Not the pain. You were never too much, never too sensitive, never too loud or too quiet or too complicated. You were a child, open-hearted, intuitive, deeply feeling–and the world failed to protect you in the ways you deserved.</w:t>
      </w:r>
    </w:p>
    <w:p w14:paraId="3D598524" w14:textId="77777777" w:rsidR="00DB05F8" w:rsidRDefault="00000000">
      <w:r>
        <w:t>I want to tell you that the pain will not define you. That one day you will use your voice, not just to survive, but to sing. To teach. To love. You will break generational chains with the same hands that once clung to hope in the dark. Your scars will become your scripture.</w:t>
      </w:r>
    </w:p>
    <w:p w14:paraId="2E558F78" w14:textId="77777777" w:rsidR="00DB05F8" w:rsidRDefault="00000000">
      <w:r>
        <w:t>I know you cried yourself to sleep more nights than anyone knew. I know you held your breath when you should have screamed. I know how hard you tried to be good so that maybe, just maybe, they’d notice you. Protect you. Love you the way you deserve to be loved.</w:t>
      </w:r>
    </w:p>
    <w:p w14:paraId="236DBCD2" w14:textId="77777777" w:rsidR="00DB05F8" w:rsidRDefault="00000000">
      <w:r>
        <w:t>Sweet girl, I see you.</w:t>
      </w:r>
    </w:p>
    <w:p w14:paraId="43F1900B" w14:textId="77777777" w:rsidR="00DB05F8" w:rsidRDefault="00000000">
      <w:r>
        <w:t>And I am you.</w:t>
      </w:r>
    </w:p>
    <w:p w14:paraId="252FC1FA" w14:textId="77777777" w:rsidR="00DB05F8" w:rsidRDefault="00000000">
      <w:r>
        <w:t>And you made it.</w:t>
      </w:r>
    </w:p>
    <w:p w14:paraId="34314E57" w14:textId="77777777" w:rsidR="00DB05F8" w:rsidRDefault="00000000">
      <w:r>
        <w:t>You will still cry. But those tears will water gardens. You will still ache. But you will create art from that ache. You will find family in places you never expected. You will come home to yourself.</w:t>
      </w:r>
    </w:p>
    <w:p w14:paraId="6297341F" w14:textId="77777777" w:rsidR="00DB05F8" w:rsidRDefault="00000000">
      <w:r>
        <w:t>You learned how to survive in a world that didn’t yet know how to hold you. You learned how to sense danger before it came. You became clever, cautious, and compassionate. And even though it hurt, even though it bent you in places you’re still learning to straighten, you never lost the core of who you are.</w:t>
      </w:r>
    </w:p>
    <w:p w14:paraId="5DB78544" w14:textId="77777777" w:rsidR="00DB05F8" w:rsidRDefault="00000000">
      <w:r>
        <w:t>You kept loving. You kept hoping. You kept going.</w:t>
      </w:r>
    </w:p>
    <w:p w14:paraId="64807325" w14:textId="77777777" w:rsidR="00DB05F8" w:rsidRDefault="00000000">
      <w:r>
        <w:t>I wish I could go back and hold you on those lonely nights. I wish I could wipe your tears and tell you that you’re not alone, that this isn’t all there is. I wish I could sit beside you on those hard days, take your hand and whisper, “One day, you will be safe. One day, you will choose your own life.”</w:t>
      </w:r>
    </w:p>
    <w:p w14:paraId="2ECE2C6F" w14:textId="77777777" w:rsidR="00DB05F8" w:rsidRDefault="00000000">
      <w:r>
        <w:t>And you do.</w:t>
      </w:r>
    </w:p>
    <w:p w14:paraId="368B5792" w14:textId="77777777" w:rsidR="00DB05F8" w:rsidRDefault="00000000">
      <w:r>
        <w:lastRenderedPageBreak/>
        <w:t>You grow into a woman who finds her voice. Who reclaims her story. Who learns to rest, to speak, to create, to say no without guilt. You become someone who helps others heal while honouring her own process. You learn that vulnerability isn’t weakness–it’s your strength. It’s what sets you free.</w:t>
      </w:r>
    </w:p>
    <w:p w14:paraId="1AAB4D30" w14:textId="77777777" w:rsidR="00DB05F8" w:rsidRDefault="00000000">
      <w:r>
        <w:t>You learn to mother yourself in the ways you never received. You learn to protect your peace. You learn to dance again. To laugh, not for show, but from deep within. You learn to be loved, not for what you do, but for who you are.</w:t>
      </w:r>
    </w:p>
    <w:p w14:paraId="38BCF96A" w14:textId="77777777" w:rsidR="00DB05F8" w:rsidRDefault="00000000">
      <w:r>
        <w:t>And you learn to forgive–not to excuse, but to release. To let go of what no longer belongs to you. To walk away from what hurt without carrying it forever.</w:t>
      </w:r>
    </w:p>
    <w:p w14:paraId="44B91C38" w14:textId="77777777" w:rsidR="00DB05F8" w:rsidRDefault="00000000">
      <w:r>
        <w:t>You become everything you needed–and more.</w:t>
      </w:r>
    </w:p>
    <w:p w14:paraId="0C7C597A" w14:textId="77777777" w:rsidR="00DB05F8" w:rsidRDefault="00000000">
      <w:r>
        <w:t>So hold on, little one. Keep dreaming your wild, quiet dreams. Keep drawing your worlds in the margins of your books. Keep believing there’s more, even when no one tells you so.</w:t>
      </w:r>
    </w:p>
    <w:p w14:paraId="19815B97" w14:textId="77777777" w:rsidR="00DB05F8" w:rsidRDefault="00000000">
      <w:r>
        <w:t>So don’t give up. Keep dancing barefoot. Keep dreaming under mango trees. Keep believing in the quiet magic inside you.</w:t>
      </w:r>
    </w:p>
    <w:p w14:paraId="12A36129" w14:textId="77777777" w:rsidR="00DB05F8" w:rsidRDefault="00000000">
      <w:r>
        <w:t>One day, you will write your story. And it will save someone else too.</w:t>
      </w:r>
    </w:p>
    <w:p w14:paraId="20D3294E" w14:textId="77777777" w:rsidR="00DB05F8" w:rsidRDefault="00000000">
      <w:r>
        <w:t>With all the love in the world,</w:t>
      </w:r>
    </w:p>
    <w:p w14:paraId="5FE44CC8" w14:textId="77777777" w:rsidR="00DB05F8" w:rsidRDefault="00000000">
      <w:r>
        <w:t>Your older self</w:t>
      </w:r>
    </w:p>
    <w:p w14:paraId="54627E61" w14:textId="77777777" w:rsidR="00DB05F8" w:rsidRDefault="00000000">
      <w:r>
        <w:br/>
      </w:r>
      <w:r>
        <w:br/>
        <w:t>CHAPTER 61</w:t>
      </w:r>
    </w:p>
    <w:p w14:paraId="61973464" w14:textId="77777777" w:rsidR="00DB05F8" w:rsidRDefault="00000000">
      <w:r>
        <w:t>The Fire and the Frame</w:t>
      </w:r>
    </w:p>
    <w:p w14:paraId="00C1C26A" w14:textId="77777777" w:rsidR="00DB05F8" w:rsidRDefault="00000000">
      <w:r>
        <w:t>“Some stories are not meant to end. They continue in the lives they’ve touched.”</w:t>
      </w:r>
    </w:p>
    <w:p w14:paraId="244C0712" w14:textId="77777777" w:rsidR="00DB05F8" w:rsidRDefault="00000000">
      <w:r>
        <w:t>I used to think that healing would be a moment, singular and clean, like the soft click of a door finally unlocking. But what I’ve learned is this: healing is not an end. It is a return. A homecoming. A slow, burning illumination that reveals who you’ve been all along.</w:t>
      </w:r>
    </w:p>
    <w:p w14:paraId="13B7F79D" w14:textId="77777777" w:rsidR="00DB05F8" w:rsidRDefault="00000000">
      <w:r>
        <w:t>I am no longer trying to become anyone else. I’m just trying to remember the woman I was before the world told me I needed to be quieter, smaller, more manageable. I am not there yet. But I am close. I feel her in my chest each time I laugh without guilt. I feel her in my fingertips every time I write with truth. I feel her in the way I forgive, not because others deserve it, but because I do.</w:t>
      </w:r>
    </w:p>
    <w:p w14:paraId="13A2F840" w14:textId="77777777" w:rsidR="00DB05F8" w:rsidRDefault="00000000">
      <w:r>
        <w:lastRenderedPageBreak/>
        <w:t>This book is not a conclusion. It’s a continuation. A mirror held up to every soul that’s ever felt invisible or voiceless. May you find something here, a sentence, a moment, a memory, that reminds you that you are not alone. That even if you’ve been broken, even if you’ve buried parts of yourself too deep to name, you can still become whole.</w:t>
      </w:r>
    </w:p>
    <w:p w14:paraId="6E1A5F8A" w14:textId="77777777" w:rsidR="00DB05F8" w:rsidRDefault="00000000">
      <w:r>
        <w:t>Not perfect. But whole.</w:t>
      </w:r>
    </w:p>
    <w:p w14:paraId="04D020BE" w14:textId="77777777" w:rsidR="00DB05F8" w:rsidRDefault="00000000">
      <w:r>
        <w:t>And when you doubt your strength, I hope you remember mine, not because I am exceptional, but because I am just like you. Just like all of us. Human. Hurting. Healing. Still rising.</w:t>
      </w:r>
    </w:p>
    <w:p w14:paraId="3F84CE99" w14:textId="77777777" w:rsidR="00DB05F8" w:rsidRDefault="00000000">
      <w:r>
        <w:t>Always rising.</w:t>
      </w:r>
    </w:p>
    <w:p w14:paraId="64F6988C" w14:textId="77777777" w:rsidR="00DB05F8" w:rsidRDefault="00000000">
      <w:r>
        <w:t>Epilogue</w:t>
      </w:r>
    </w:p>
    <w:p w14:paraId="63473250" w14:textId="77777777" w:rsidR="00DB05F8" w:rsidRDefault="00000000">
      <w:r>
        <w:t>"Healing is not a finish line. It is a daily choice. A quiet rebellion. A radical act of self-love."</w:t>
      </w:r>
    </w:p>
    <w:p w14:paraId="3D61FFC7" w14:textId="77777777" w:rsidR="00DB05F8" w:rsidRDefault="00000000">
      <w:r>
        <w:t>I wish I could tell you there came a day when the pain disappeared, when the scars faded without a trace.</w:t>
      </w:r>
      <w:r>
        <w:br/>
        <w:t>But healing does not erase the past.</w:t>
      </w:r>
      <w:r>
        <w:br/>
        <w:t>It teaches you how to carry it differently.</w:t>
      </w:r>
    </w:p>
    <w:p w14:paraId="739E5187" w14:textId="77777777" w:rsidR="00DB05F8" w:rsidRDefault="00000000">
      <w:r>
        <w:t>There are still days when grief brushes its fingers across my skin.</w:t>
      </w:r>
      <w:r>
        <w:br/>
        <w:t>There are still echoes of old wounds.</w:t>
      </w:r>
      <w:r>
        <w:br/>
        <w:t>But now, I greet them with open hands, not clenched fists.</w:t>
      </w:r>
      <w:r>
        <w:br/>
        <w:t>I let them pass through me like waves, knowing they will not drown me.</w:t>
      </w:r>
    </w:p>
    <w:p w14:paraId="1BAA98E3" w14:textId="77777777" w:rsidR="00DB05F8" w:rsidRDefault="00000000">
      <w:r>
        <w:t>I am not who I was before the breaking.</w:t>
      </w:r>
      <w:r>
        <w:br/>
        <w:t>I am softer. Stronger.</w:t>
      </w:r>
      <w:r>
        <w:br/>
        <w:t>More rooted in my own skin.</w:t>
      </w:r>
    </w:p>
    <w:p w14:paraId="7AB80511" w14:textId="77777777" w:rsidR="00DB05F8" w:rsidRDefault="00000000">
      <w:r>
        <w:t>I no longer live waiting for someone else to save me.</w:t>
      </w:r>
      <w:r>
        <w:br/>
        <w:t>I am my own safe place now.</w:t>
      </w:r>
      <w:r>
        <w:br/>
        <w:t>My own home.</w:t>
      </w:r>
    </w:p>
    <w:p w14:paraId="00A75DC2" w14:textId="77777777" w:rsidR="00DB05F8" w:rsidRDefault="00000000">
      <w:r>
        <w:t>I rise not because I am unscarred, but because I have learned to wear my scars like medals of survival.</w:t>
      </w:r>
      <w:r>
        <w:br/>
        <w:t>I love not because I have never been betrayed, but because I have refused to let betrayal close my heart.</w:t>
      </w:r>
    </w:p>
    <w:p w14:paraId="2FC48344" w14:textId="77777777" w:rsidR="00DB05F8" w:rsidRDefault="00000000">
      <w:r>
        <w:t>This story is not about what broke me.</w:t>
      </w:r>
      <w:r>
        <w:br/>
        <w:t>It is about what refused to be broken.</w:t>
      </w:r>
    </w:p>
    <w:p w14:paraId="20EC8C7E" w14:textId="77777777" w:rsidR="00DB05F8" w:rsidRDefault="00000000">
      <w:r>
        <w:lastRenderedPageBreak/>
        <w:t>It is about the quiet triumph of a woman who chose, over and over again, to stay alive.</w:t>
      </w:r>
      <w:r>
        <w:br/>
        <w:t>To stay open.</w:t>
      </w:r>
      <w:r>
        <w:br/>
        <w:t>To stay rising.</w:t>
      </w:r>
    </w:p>
    <w:p w14:paraId="2DD67303" w14:textId="77777777" w:rsidR="00DB05F8" w:rsidRDefault="00000000">
      <w:r>
        <w:t>I am still here.</w:t>
      </w:r>
    </w:p>
    <w:p w14:paraId="170702E3" w14:textId="77777777" w:rsidR="00DB05F8" w:rsidRDefault="00000000">
      <w:r>
        <w:t>Still breathing.</w:t>
      </w:r>
      <w:r>
        <w:br/>
        <w:t>Still healing.</w:t>
      </w:r>
      <w:r>
        <w:br/>
        <w:t>Still becoming.</w:t>
      </w:r>
    </w:p>
    <w:p w14:paraId="0306708F" w14:textId="77777777" w:rsidR="00DB05F8" w:rsidRDefault="00000000">
      <w:r>
        <w:t>Still rising.</w:t>
      </w:r>
    </w:p>
    <w:p w14:paraId="2918CE9E" w14:textId="77777777" w:rsidR="00DB05F8" w:rsidRDefault="00000000">
      <w:r>
        <w:t>And if you are reading this, so are you.</w:t>
      </w:r>
    </w:p>
    <w:p w14:paraId="37BB491F" w14:textId="77777777" w:rsidR="00DB05F8" w:rsidRDefault="00000000">
      <w:r>
        <w:t>Acknowledgements</w:t>
      </w:r>
    </w:p>
    <w:p w14:paraId="26F10890" w14:textId="77777777" w:rsidR="00DB05F8" w:rsidRDefault="00000000">
      <w:r>
        <w:t>“No one heals alone. Every step forward is a chorus of those who stayed, believed, and loved us whole.”</w:t>
      </w:r>
    </w:p>
    <w:p w14:paraId="07E23377" w14:textId="77777777" w:rsidR="00DB05F8" w:rsidRDefault="00000000">
      <w:r>
        <w:t>This book would not exist without the many hands, hearts, and voices that have carried me through life’s fiercest storms and stood beside me in its most sacred moments.</w:t>
      </w:r>
    </w:p>
    <w:p w14:paraId="0BDD03B9" w14:textId="77777777" w:rsidR="00DB05F8" w:rsidRDefault="00000000">
      <w:r>
        <w:t>To my son Alex</w:t>
      </w:r>
    </w:p>
    <w:p w14:paraId="38E4791E" w14:textId="77777777" w:rsidR="00DB05F8" w:rsidRDefault="00000000">
      <w:r>
        <w:t>You are the heartbeat of my life. Through every storm, you have been my anchor and my light. Your music is not just rhythm; it is testimony. Your voice, raw and unfiltered, laying your soul bare, reminds you that healing can be loud and lyrical. Watching you grow, love, hurt, and heal has been one of the greatest honours of my life. Your artistry, your courage, and your fire have inspired me. You have been my teacher, my reason, my strength. Through your work as Nilez, you remind me that healing is not just possible, it’s revolutionary.</w:t>
      </w:r>
    </w:p>
    <w:p w14:paraId="3007547B" w14:textId="77777777" w:rsidR="00DB05F8" w:rsidRDefault="00000000">
      <w:r>
        <w:t>To my father</w:t>
      </w:r>
    </w:p>
    <w:p w14:paraId="2440D1B2" w14:textId="77777777" w:rsidR="00DB05F8" w:rsidRDefault="00000000">
      <w:r>
        <w:t>You left this world, but you never left me.</w:t>
      </w:r>
    </w:p>
    <w:p w14:paraId="65B9596D" w14:textId="77777777" w:rsidR="00DB05F8" w:rsidRDefault="00000000">
      <w:r>
        <w:t>I feel you in the quiet moments, when my hands sink into the soil, when the first light of sunrise touches the sky, when a horse gallops across the track or a boxer dance in the ring. You are there, between breath and memory.</w:t>
      </w:r>
    </w:p>
    <w:p w14:paraId="12A89A8B" w14:textId="77777777" w:rsidR="00DB05F8" w:rsidRDefault="00000000">
      <w:r>
        <w:t>You were a man of style, strength, and quiet wisdom. Small in stature but vast in spirit, you filled rooms without the need to speak and shaped so much of who I am without ever asking for recognition.</w:t>
      </w:r>
    </w:p>
    <w:p w14:paraId="693D8835" w14:textId="77777777" w:rsidR="00DB05F8" w:rsidRDefault="00000000">
      <w:r>
        <w:lastRenderedPageBreak/>
        <w:t>Our Saturdays still live in me. The horses, the boxing, the gentle lessons about dignity and discipline. Your love of rhythm, fairness, and fascination with people and nature are all seeds you planted in me.</w:t>
      </w:r>
    </w:p>
    <w:p w14:paraId="789F3E8E" w14:textId="77777777" w:rsidR="00DB05F8" w:rsidRDefault="00000000">
      <w:r>
        <w:t>We didn’t get as much time as I had hoped. But in those final years, we found our way back to each other. I hold close those quiet afternoons, the softening in your voice, the laughter that slowly returned. In your presence, I found both comfort and clarity. In your silence, I learned to listen for love.</w:t>
      </w:r>
    </w:p>
    <w:p w14:paraId="102FBD9B" w14:textId="77777777" w:rsidR="00DB05F8" w:rsidRDefault="00000000">
      <w:r>
        <w:t>You gave me more than you ever knew, your strength, your stubborn hope, your love of life and fire. You live on in the way I nurture my son, in how I show up when life gets hard, in how I keep rising, no matter how many times I fall.</w:t>
      </w:r>
    </w:p>
    <w:p w14:paraId="1289AC11" w14:textId="77777777" w:rsidR="00DB05F8" w:rsidRDefault="00000000">
      <w:r>
        <w:t>I carry your love like breath. Quiet. Constant.</w:t>
      </w:r>
    </w:p>
    <w:p w14:paraId="469AC9F6" w14:textId="77777777" w:rsidR="00DB05F8" w:rsidRDefault="00000000">
      <w:r>
        <w:t>And I carry your memory, every single day.</w:t>
      </w:r>
    </w:p>
    <w:p w14:paraId="3B42CEA4" w14:textId="77777777" w:rsidR="00DB05F8" w:rsidRDefault="00000000">
      <w:r>
        <w:t>To my grandmother</w:t>
      </w:r>
    </w:p>
    <w:p w14:paraId="0CFE2F1D" w14:textId="77777777" w:rsidR="00DB05F8" w:rsidRDefault="00000000">
      <w:r>
        <w:t>You were the first place I ever felt safe. Your quiet love was a sanctuary. Your grace, your hands, your prayers, your spirit lives in every warm meal I share, every kind word I offer, every pause for peace. You taught me what it means to love without condition. I will always be your child.</w:t>
      </w:r>
    </w:p>
    <w:p w14:paraId="0E623498" w14:textId="77777777" w:rsidR="00DB05F8" w:rsidRDefault="00000000">
      <w:r>
        <w:t>To Nina</w:t>
      </w:r>
    </w:p>
    <w:p w14:paraId="68886284" w14:textId="77777777" w:rsidR="00DB05F8" w:rsidRDefault="00000000">
      <w:r>
        <w:t>You are a gift I didn’t expect but cherish deeply. Your kindness is steady, your loyalty unwavering. You’ve stood by me without judgement, with grace and understanding. In you, I found a companion in life’s unfolding, a woman of quiet power and immense heart.</w:t>
      </w:r>
    </w:p>
    <w:p w14:paraId="53383DBD" w14:textId="77777777" w:rsidR="00DB05F8" w:rsidRDefault="00000000">
      <w:r>
        <w:t>To my brother Dan</w:t>
      </w:r>
    </w:p>
    <w:p w14:paraId="2FA5690F" w14:textId="77777777" w:rsidR="00DB05F8" w:rsidRDefault="00000000">
      <w:r>
        <w:t>Thank you for being a steady light when my world felt uncertain. You saw me not as broken, but as becoming. You’ve loved me through silences, setbacks, and sacred storms. You protected me in ways only a brother could, quietly, fiercely, without need for recognition. When I doubted myself, you reminded me who I was. When I stumbled, you never let me fall too far. This book carries pieces of you in its chapters as a testament of our bond.</w:t>
      </w:r>
    </w:p>
    <w:p w14:paraId="77BC1F6A" w14:textId="77777777" w:rsidR="00DB05F8" w:rsidRDefault="00000000">
      <w:r>
        <w:t>Thank you, Dan. For your heart. For your faith in me. For being my brother in every sense of the word.</w:t>
      </w:r>
    </w:p>
    <w:p w14:paraId="070E23D7" w14:textId="77777777" w:rsidR="00DB05F8" w:rsidRDefault="00000000">
      <w:r>
        <w:t>To my siblings</w:t>
      </w:r>
    </w:p>
    <w:p w14:paraId="4481AC06" w14:textId="77777777" w:rsidR="00DB05F8" w:rsidRDefault="00000000">
      <w:r>
        <w:lastRenderedPageBreak/>
        <w:t>Thank you for the laughter that echoed through childhood corridors, for the unspoken solidarity that helped us survive. We didn't always say it, but the love has always been there, in our shared glances, in our fierce protection of one another, in how we show up, even when the words are missing. You have taught me how to endure, forgive, and rise. Thank you for being part of my origin, truth, and becoming. Each of you holds a chapter in my soul. And in the pages of this book, your presence lingers, in every lesson learned, every laugh remembered, and every step forward I took with your spirit beside me.</w:t>
      </w:r>
    </w:p>
    <w:p w14:paraId="3DB12F82" w14:textId="77777777" w:rsidR="00DB05F8" w:rsidRDefault="00000000">
      <w:r>
        <w:t>To my nieces and nephews</w:t>
      </w:r>
    </w:p>
    <w:p w14:paraId="51785316" w14:textId="77777777" w:rsidR="00DB05F8" w:rsidRDefault="00000000">
      <w:r>
        <w:t>Your love has reached me even from afar. I always felt your cheers, prayers, and belief in me. Even in the smallest gestures, your affection has been a steady light. You’ve reminded me of the joy and continuity of family.</w:t>
      </w:r>
    </w:p>
    <w:p w14:paraId="10184A10" w14:textId="77777777" w:rsidR="00DB05F8" w:rsidRDefault="00000000">
      <w:r>
        <w:t>To my sisters by bond - Jo, Michelle, Carol, Marilyn, and Nneka</w:t>
      </w:r>
    </w:p>
    <w:p w14:paraId="0EDDFDD7" w14:textId="77777777" w:rsidR="00DB05F8" w:rsidRDefault="00000000">
      <w:r>
        <w:t>Your love has been a sanctuary. Through every season, you have given me a place to rest and to rise. You held space for my tears with no need explanations. You brought laughter when I had forgotten how, and warmth when peace felt far away. You never asked me to be anything but myself, and you gave me the freedom to be whole.</w:t>
      </w:r>
    </w:p>
    <w:p w14:paraId="755FD328" w14:textId="77777777" w:rsidR="00DB05F8" w:rsidRDefault="00000000">
      <w:r>
        <w:t>To my brothers - Michael, Carl, Paul, and Mark</w:t>
      </w:r>
    </w:p>
    <w:p w14:paraId="78348C41" w14:textId="77777777" w:rsidR="00DB05F8" w:rsidRDefault="00000000">
      <w:r>
        <w:t>Thank you for your quiet strength and unwavering presence. You made me feel safe without the need to speak. You simply showed up again and again, and that quiet, faithful love was louder than any words ever could be.</w:t>
      </w:r>
    </w:p>
    <w:p w14:paraId="12F59B04" w14:textId="77777777" w:rsidR="00DB05F8" w:rsidRDefault="00000000">
      <w:r>
        <w:t>The best mates who’ve become family, thank you for walking this road with him. Your humour, loyalty, and presence have brought joy into our lives. You are sons in every way that matters, and I treasure our bond.</w:t>
      </w:r>
    </w:p>
    <w:p w14:paraId="7348B69A" w14:textId="77777777" w:rsidR="00DB05F8" w:rsidRDefault="00000000">
      <w:r>
        <w:t>To Akil</w:t>
      </w:r>
    </w:p>
    <w:p w14:paraId="47921D18" w14:textId="77777777" w:rsidR="00DB05F8" w:rsidRDefault="00000000">
      <w:r>
        <w:t>For the love, the loss, the lessons, and the light, you've been a mirror and muse. Our journey was never easy, but it was always real. And from that place of rawness came a beautiful boy who changed everything.</w:t>
      </w:r>
    </w:p>
    <w:p w14:paraId="4B72F1D1" w14:textId="77777777" w:rsidR="00DB05F8" w:rsidRDefault="00000000">
      <w:r>
        <w:t>To Marva</w:t>
      </w:r>
    </w:p>
    <w:p w14:paraId="13B3BF70" w14:textId="77777777" w:rsidR="00DB05F8" w:rsidRDefault="00000000">
      <w:r>
        <w:t>Your home was my cocoon. You gave me a place to soften, be held, and breathe. You mothered me with grace and open arms. You gave me what I didn’t know I needed, and I will be forever grateful.</w:t>
      </w:r>
    </w:p>
    <w:p w14:paraId="71C3DD5D" w14:textId="77777777" w:rsidR="00DB05F8" w:rsidRDefault="00000000">
      <w:r>
        <w:lastRenderedPageBreak/>
        <w:t>To my yoga tribe, spin crew, and tennis circle</w:t>
      </w:r>
    </w:p>
    <w:p w14:paraId="0210230A" w14:textId="77777777" w:rsidR="00DB05F8" w:rsidRDefault="00000000">
      <w:r>
        <w:t>Thank you for the movement, the stillness, and everything in between. In your presence, I found laughter, vitality, and a connection to joy I didn’t know I needed. You reminded me that wellness isn’t just about the body but the spirit we bring to every moment.</w:t>
      </w:r>
    </w:p>
    <w:p w14:paraId="401CD97A" w14:textId="77777777" w:rsidR="00DB05F8" w:rsidRDefault="00000000">
      <w:r>
        <w:t>To every person, named or unnamed, who held my hand, dried my tears, offered kind words, or celebrated my victories.</w:t>
      </w:r>
    </w:p>
    <w:p w14:paraId="2DCFE28F" w14:textId="77777777" w:rsidR="00DB05F8" w:rsidRDefault="00000000">
      <w:r>
        <w:t>Thank you. You are part of this story. You are my chosen circle, my shelter, my breath, and my home.</w:t>
      </w:r>
    </w:p>
    <w:p w14:paraId="1B334C23" w14:textId="77777777" w:rsidR="00DB05F8" w:rsidRDefault="00000000">
      <w:r>
        <w:t>To every survivor who sees themselves in these pages</w:t>
      </w:r>
    </w:p>
    <w:p w14:paraId="19FC996F" w14:textId="77777777" w:rsidR="00DB05F8" w:rsidRDefault="00000000">
      <w:r>
        <w:t>I see you. I wrote this for you.</w:t>
      </w:r>
    </w:p>
    <w:p w14:paraId="0A96EC14" w14:textId="77777777" w:rsidR="00DB05F8" w:rsidRDefault="00000000">
      <w:r>
        <w:t>And finally, to the younger me</w:t>
      </w:r>
    </w:p>
    <w:p w14:paraId="5AEB69F2" w14:textId="77777777" w:rsidR="00DB05F8" w:rsidRDefault="00000000">
      <w:r>
        <w:t>Your strength carried us here. This book is your voice, unmuted, unafraid, and finally heard.</w:t>
      </w:r>
    </w:p>
    <w:p w14:paraId="144C48FA" w14:textId="77777777" w:rsidR="00DB05F8" w:rsidRDefault="00000000">
      <w:r>
        <w:t>With love and endless gratitude,</w:t>
      </w:r>
    </w:p>
    <w:p w14:paraId="4D984D0D" w14:textId="77777777" w:rsidR="00DB05F8" w:rsidRDefault="00000000">
      <w:r>
        <w:t>Rae</w:t>
      </w:r>
    </w:p>
    <w:sectPr w:rsidR="00DB05F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27885291">
    <w:abstractNumId w:val="8"/>
  </w:num>
  <w:num w:numId="2" w16cid:durableId="1706833078">
    <w:abstractNumId w:val="6"/>
  </w:num>
  <w:num w:numId="3" w16cid:durableId="1537084844">
    <w:abstractNumId w:val="5"/>
  </w:num>
  <w:num w:numId="4" w16cid:durableId="1046100639">
    <w:abstractNumId w:val="4"/>
  </w:num>
  <w:num w:numId="5" w16cid:durableId="1653213735">
    <w:abstractNumId w:val="7"/>
  </w:num>
  <w:num w:numId="6" w16cid:durableId="1040939392">
    <w:abstractNumId w:val="3"/>
  </w:num>
  <w:num w:numId="7" w16cid:durableId="179514503">
    <w:abstractNumId w:val="2"/>
  </w:num>
  <w:num w:numId="8" w16cid:durableId="1614707664">
    <w:abstractNumId w:val="1"/>
  </w:num>
  <w:num w:numId="9" w16cid:durableId="2101170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3575"/>
    <w:rsid w:val="0015074B"/>
    <w:rsid w:val="0029639D"/>
    <w:rsid w:val="00326F90"/>
    <w:rsid w:val="00AA1D8D"/>
    <w:rsid w:val="00B47730"/>
    <w:rsid w:val="00CB0664"/>
    <w:rsid w:val="00DB05F8"/>
    <w:rsid w:val="00FB32E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3848E4"/>
  <w14:defaultImageDpi w14:val="300"/>
  <w15:docId w15:val="{87AF5613-BBC0-BB41-B46B-717FB6AA6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Georgia" w:hAnsi="Georgi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176</Pages>
  <Words>49502</Words>
  <Characters>282166</Characters>
  <Application>Microsoft Office Word</Application>
  <DocSecurity>0</DocSecurity>
  <Lines>2351</Lines>
  <Paragraphs>662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331006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Alexander, Rabia</cp:lastModifiedBy>
  <cp:revision>2</cp:revision>
  <dcterms:created xsi:type="dcterms:W3CDTF">2025-04-30T17:05:00Z</dcterms:created>
  <dcterms:modified xsi:type="dcterms:W3CDTF">2025-04-30T17:05:00Z</dcterms:modified>
  <cp:category/>
</cp:coreProperties>
</file>