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Aethel Debugged</w:t>
      </w:r>
    </w:p>
    <w:p>
      <w:r>
        <w:t>Genre: Isekai Fantasy / Overpowered Main Character / LitRPG Adventure Comedy</w:t>
      </w:r>
    </w:p>
    <w:p>
      <w:r>
        <w:t>Inspired by the style of: Will Wight # (Author of "Cradle" series - excellent for power progression and action)</w:t>
      </w:r>
    </w:p>
    <w:p>
      <w:r>
        <w:br/>
      </w:r>
    </w:p>
    <w:p>
      <w:pPr>
        <w:pStyle w:val="Heading2"/>
      </w:pPr>
      <w:r>
        <w:t>Core Themes</w:t>
      </w:r>
    </w:p>
    <w:p>
      <w:pPr>
        <w:pStyle w:val="ListBullet"/>
      </w:pPr>
      <w:r>
        <w:t>- ****The Nature of Reality vs. Control:** ** The story fundamentally questions what constitutes reality when one individual possesses the ability to manipulate its underlying code, blurring the lines between genuine existence and a meticulously crafted simulation.</w:t>
      </w:r>
    </w:p>
    <w:p>
      <w:pPr>
        <w:pStyle w:val="ListBullet"/>
      </w:pPr>
      <w:r>
        <w:t>- ****The Burden of Power &amp; Responsibility:** ** Kenji's god-like abilities force him to confront the ethical implications of wielding immense power, challenging him to reconcile his desire for efficiency and optimization with the potential for unintended consequences and the responsibility to a world he's reshaping.</w:t>
      </w:r>
    </w:p>
    <w:p>
      <w:pPr>
        <w:pStyle w:val="ListBullet"/>
      </w:pPr>
      <w:r>
        <w:t>- ****Individuality vs. Prophecy &amp; Expectation:** ** Kenji’s unconventional methods and rejection of traditional heroic tropes directly clash with the rigid expectations of Eldoria and the weight of a prophecy he was seemingly destined to fulfill, exploring the struggle to forge one's own path.</w:t>
      </w:r>
    </w:p>
    <w:p>
      <w:pPr>
        <w:pStyle w:val="ListBullet"/>
      </w:pPr>
      <w:r>
        <w:t>- ****The Value of Systems and Understanding:** ** The narrative champions the pursuit of knowledge and the ability to deconstruct and understand complex systems, suggesting that true power lies not in brute force, but in the ability to analyze, adapt, and ultimately, *debug* the world around you.</w:t>
      </w:r>
    </w:p>
    <w:p>
      <w:r>
        <w:br/>
      </w:r>
    </w:p>
    <w:p>
      <w:pPr>
        <w:pStyle w:val="Heading2"/>
      </w:pPr>
      <w:r>
        <w:t>Setting Summary</w:t>
      </w:r>
    </w:p>
    <w:p>
      <w:r>
        <w:t>## Setting Description: Aethel - The "Debugged" Fantasy World</w:t>
      </w:r>
    </w:p>
    <w:p>
      <w:r>
        <w:t>Here's a setting description tailored to your novel, incorporating your provided details:</w:t>
      </w:r>
    </w:p>
    <w:p>
      <w:r>
        <w:t>**1. Key Locations:**</w:t>
      </w:r>
    </w:p>
    <w:p>
      <w:r>
        <w:t>*   **Eldoria’s Capital, Silverhaven:** A sprawling city built around a massive, ancient crystal that serves as a magical nexus. It’s a place of ornate architecture, political intrigue, and rigid social hierarchy, constantly shadowed by the weight of prophecy and tradition.  Silverhaven feels both majestic and suffocating, a gilded cage for Kenji.</w:t>
      </w:r>
    </w:p>
    <w:p>
      <w:r>
        <w:t>*   **The Whispering Woods:** A vast, primeval forest bordering Eldoria, rumored to be a place of forgotten magic and monstrous creatures. It’s where Kenji often retreats to “test” his abilities and exploit the world's underlying code, finding unexpected results and uncovering forgotten lore.</w:t>
      </w:r>
    </w:p>
    <w:p>
      <w:r>
        <w:t>*   **The Shattered Peaks:** A mountain range scarred by an ancient cataclysm, now riddled with unstable magical zones and the remnants of a fallen civilization. These peaks represent the most chaotic and “debugged” areas of Aethel, where Kenji can push his abilities to their limits, but also faces unpredictable consequences.</w:t>
      </w:r>
    </w:p>
    <w:p>
      <w:r>
        <w:t>*   **Malakor's Blightlands:** A region slowly being corrupted by the Demon Lord’s power, a desolate landscape of twisted flora, mutated creatures, and a palpable sense of dread. It's a visual representation of the world’s "error logs" and a constant reminder of the looming threat.</w:t>
      </w:r>
    </w:p>
    <w:p>
      <w:r>
        <w:t>**2. Time Period/Atmosphere:**</w:t>
      </w:r>
    </w:p>
    <w:p>
      <w:r>
        <w:t>Aethel exists in a pseudo-medieval fantasy era, but with a subtly *wrong* feeling. It *should* be a classic high fantasy setting, but Kenji’s presence and ability to manipulate the world's fundamental laws are causing anomalies. The atmosphere is a blend of **nostalgic grandeur** (the expectation of a heroic fantasy) and **increasingly glitching reality**. It's often tinged with a subtle feeling of **unease** as the world’s rules bend and break in unexpected ways.  The feeling of "something isn't quite right" is pervasive.</w:t>
      </w:r>
    </w:p>
    <w:p>
      <w:r>
        <w:t>**3. Sensory Details:**</w:t>
      </w:r>
    </w:p>
    <w:p>
      <w:r>
        <w:t>*   **Chromatic Aberration:** A recurring visual anomaly - colors shifting and blurring at the edges of vision, especially when Kenji uses his abilities. It’s a constant reminder of the world’s instability.</w:t>
      </w:r>
    </w:p>
    <w:p>
      <w:r>
        <w:t>*   **The Hum of Magic:** A low, resonant hum permeates the air, occasionally punctuated by sharp, discordant bursts as Kenji "debugs" the world. It's often barely perceptible but always present.</w:t>
      </w:r>
    </w:p>
    <w:p>
      <w:r>
        <w:t>*   **The Scent of Ozone:**  A sharp, clean smell accompanies Kenji’s use of his Administrative Interface, a byproduct of his manipulations of the world’s code.</w:t>
      </w:r>
    </w:p>
    <w:p>
      <w:r>
        <w:t>*   **The Texture of 'Static':** When Kenji alters reality, objects and environments sometimes feel subtly… *off*. A slight static cling to clothing, a momentary feeling of unreality when touching a stone wall.</w:t>
      </w:r>
    </w:p>
    <w:p>
      <w:r>
        <w:t>*   **Echoes of Forgotten Languages:**  When Kenji accesses "lost knowledge" within the world's code, he hears fragments of ancient languages – whispers of civilizations long gone, hinting at a deeper, more complex history than the current inhabitants understand.</w:t>
      </w:r>
    </w:p>
    <w:p>
      <w:r>
        <w:t>**4. Relation to Character/Plot:**</w:t>
      </w:r>
    </w:p>
    <w:p>
      <w:r>
        <w:t>The setting itself is a reflection of Kenji’s presence – a world being subtly altered by his interventions.  The "glitches" in reality serve as both a source of his power and a constant reminder of the potential consequences of his actions.  The rigid structure of Eldoria and its adherence to prophecy clashes directly with Kenji’s pragmatic, systems-oriented approach, driving much of the comedic conflict and forcing him to confront the expectations placed upon him.  The Demon Lord's corruption of the Blightlands represents the ultimate "bug" in the system, a problem Kenji must address, even if his methods are unorthodox.</w:t>
      </w:r>
    </w:p>
    <w:p>
      <w:r>
        <w:t>This setting provides a dynamic and reactive environment that complements Kenji’s character and fuels the narrative’s unique blend of fantasy, comedy, and LitRPG elements.</w:t>
      </w:r>
    </w:p>
    <w:p>
      <w:r>
        <w:br/>
      </w:r>
    </w:p>
    <w:p>
      <w:pPr>
        <w:pStyle w:val="Heading1"/>
      </w:pPr>
      <w:r>
        <w:t>Chapters</w:t>
      </w:r>
    </w:p>
    <w:p>
      <w:pPr>
        <w:pStyle w:val="ListBullet"/>
      </w:pPr>
      <w:r>
        <w:t>**Prologue:** A fragmented memory of Neo-Kyoto, distorted by static.</w:t>
      </w:r>
    </w:p>
    <w:p>
      <w:pPr>
        <w:pStyle w:val="ListBullet"/>
      </w:pPr>
      <w:r>
        <w:t>**Chapter 1:** The simulation breaks, and a new reality begins.</w:t>
      </w:r>
    </w:p>
    <w:p>
      <w:pPr>
        <w:pStyle w:val="ListBullet"/>
      </w:pPr>
      <w:r>
        <w:t>**Chapter 2:** Disorientation and discovery – Aethel feels… wrong.</w:t>
      </w:r>
    </w:p>
    <w:p>
      <w:pPr>
        <w:pStyle w:val="ListBullet"/>
      </w:pPr>
      <w:r>
        <w:t>**Chapter 3:** The first "fix" – Better food, a faster journey, a taste of power.</w:t>
      </w:r>
    </w:p>
    <w:p>
      <w:pPr>
        <w:pStyle w:val="ListBullet"/>
      </w:pPr>
      <w:r>
        <w:t>**Chapter 4:** Royal summons and a prophecy he doesn’t believe.</w:t>
      </w:r>
    </w:p>
    <w:p>
      <w:pPr>
        <w:pStyle w:val="ListBullet"/>
      </w:pPr>
      <w:r>
        <w:t>**Chapter 5:** Clashing with tradition – The instructors’ frustration mounts.</w:t>
      </w:r>
    </w:p>
    <w:p>
      <w:pPr>
        <w:pStyle w:val="ListBullet"/>
      </w:pPr>
      <w:r>
        <w:t>**Chapter 6:** An unlikely alliance – Princess Lyra sees beyond the dismissiveness.</w:t>
      </w:r>
    </w:p>
    <w:p>
      <w:pPr>
        <w:pStyle w:val="ListBullet"/>
      </w:pPr>
      <w:r>
        <w:t>**Chapter 7:** The shadow of Malakor – A corruption within the system.</w:t>
      </w:r>
    </w:p>
    <w:p>
      <w:pPr>
        <w:pStyle w:val="ListBullet"/>
      </w:pPr>
      <w:r>
        <w:t>**Chapter 8:** A political crisis resolved – The people’s gratitude, and new enemies.</w:t>
      </w:r>
    </w:p>
    <w:p>
      <w:pPr>
        <w:pStyle w:val="ListBullet"/>
      </w:pPr>
      <w:r>
        <w:t>**Chapter 9:** Training and unconventional methods – A warrior's code, rewritten.</w:t>
      </w:r>
    </w:p>
    <w:p>
      <w:pPr>
        <w:pStyle w:val="ListBullet"/>
      </w:pPr>
      <w:r>
        <w:t>**Chapter 10:** Unraveling the magic system – Identifying vulnerabilities in the code.</w:t>
      </w:r>
    </w:p>
    <w:p>
      <w:pPr>
        <w:pStyle w:val="ListBullet"/>
      </w:pPr>
      <w:r>
        <w:t>**Chapter 11:** The Demon Lord’s influence – A subtle corruption spreads.</w:t>
      </w:r>
    </w:p>
    <w:p>
      <w:pPr>
        <w:pStyle w:val="ListBullet"/>
      </w:pPr>
      <w:r>
        <w:t>**Chapter 12:** A "fix" with wider consequences – Disrupting a vital ecosystem.</w:t>
      </w:r>
    </w:p>
    <w:p>
      <w:pPr>
        <w:pStyle w:val="ListBullet"/>
      </w:pPr>
      <w:r>
        <w:t>**Chapter 13:** Betrayal within the court – A trusted ally reveals his secrets.</w:t>
      </w:r>
    </w:p>
    <w:p>
      <w:pPr>
        <w:pStyle w:val="ListBullet"/>
      </w:pPr>
      <w:r>
        <w:t>**Chapter 14:** Framed and exiled – A desperate flight from Silverhaven.</w:t>
      </w:r>
    </w:p>
    <w:p>
      <w:pPr>
        <w:pStyle w:val="ListBullet"/>
      </w:pPr>
      <w:r>
        <w:t>**Chapter 15:** Journey to the Shattered Peaks – Seeking answers in a ravaged land.</w:t>
      </w:r>
    </w:p>
    <w:p>
      <w:pPr>
        <w:pStyle w:val="ListBullet"/>
      </w:pPr>
      <w:r>
        <w:t>**Chapter 16:** Echoes of a lost civilization – Uncovering ancient knowledge.</w:t>
      </w:r>
    </w:p>
    <w:p>
      <w:pPr>
        <w:pStyle w:val="ListBullet"/>
      </w:pPr>
      <w:r>
        <w:t>**Chapter 17:** The root cause revealed – Malakor is more than a being.</w:t>
      </w:r>
    </w:p>
    <w:p>
      <w:pPr>
        <w:pStyle w:val="ListBullet"/>
      </w:pPr>
      <w:r>
        <w:t>**Chapter 18:** The plan to "reboot" Aethel – A dangerous and unpredictable gamble.</w:t>
      </w:r>
    </w:p>
    <w:p>
      <w:pPr>
        <w:pStyle w:val="ListBullet"/>
      </w:pPr>
      <w:r>
        <w:t>**Chapter 19:** Confronting the manifestation – Not a battle, but a rewrite.</w:t>
      </w:r>
    </w:p>
    <w:p>
      <w:pPr>
        <w:pStyle w:val="ListBullet"/>
      </w:pPr>
      <w:r>
        <w:t>**Chapter 20:** Chaotic energies unleashed – The world’s code in flux.</w:t>
      </w:r>
    </w:p>
    <w:p>
      <w:pPr>
        <w:pStyle w:val="ListBullet"/>
      </w:pPr>
      <w:r>
        <w:t>**Chapter 21:** The final debug – A desperate attempt to correct the flaw.</w:t>
      </w:r>
    </w:p>
    <w:p>
      <w:pPr>
        <w:pStyle w:val="ListBullet"/>
      </w:pPr>
      <w:r>
        <w:t>**Chapter 22:** Aethel transformed – A subtle shift in reality.</w:t>
      </w:r>
    </w:p>
    <w:p>
      <w:pPr>
        <w:pStyle w:val="ListBullet"/>
      </w:pPr>
      <w:r>
        <w:t>**Chapter 23:** The Demon Lord contained – A diminished threat, a lingering presence.</w:t>
      </w:r>
    </w:p>
    <w:p>
      <w:pPr>
        <w:pStyle w:val="ListBullet"/>
      </w:pPr>
      <w:r>
        <w:t>**Chapter 24:** A choice made – To remain or to return.</w:t>
      </w:r>
    </w:p>
    <w:p>
      <w:pPr>
        <w:pStyle w:val="ListBullet"/>
      </w:pPr>
      <w:r>
        <w:t>**Epilogue:** Lingering questions in a subtly altered landscape.</w:t>
      </w:r>
    </w:p>
    <w:p>
      <w:r>
        <w:br w:type="page"/>
      </w:r>
    </w:p>
    <w:p>
      <w:pPr>
        <w:pStyle w:val="Heading1"/>
      </w:pPr>
      <w:r>
        <w:t>Prologue</w:t>
      </w:r>
    </w:p>
    <w:p>
      <w:r>
        <w:t>The fracturing wasn’t a clean break. It felt less like a memory surfacing and more like static clinging to a phantom limb. A jumble of neon signs bled across his vision – kanji and katakana blurring into meaningless streaks. The scent of synthetic ramen and exhaust fumes assaulted his nostrils, thick and cloying, overlaid with a metallic tang that scraped against the back of his throat. It wasn’s a pleasant nostalgia, not like those curated recollections the simulation programs peddled. This was fractured, corrupted, *wrong*.</w:t>
      </w:r>
    </w:p>
    <w:p>
      <w:r>
        <w:t>He fought to anchor himself, to grasp something solid amidst the sensory overload. Fragments of images flashed—a sterile lab filled with humming servers, the glint of polished chrome, the ghost of a woman’s smile too quick to register. A feeling, cold and sharp, pierced the swirling chaos. Frustration. A deep, abiding frustration at limitations, at predictability, at the endless cycle of optimization. He's seen it all before. Calculated it. Broken it. Yet…the specifics eluded him. The names, the faces, the purpose. They were buried beneath layers of digital noise, locked away by a system designed to protect itself. A system he, apparently, had once been a part of.</w:t>
      </w:r>
    </w:p>
    <w:p>
      <w:r>
        <w:t>The pressure mounted, the fragmented cityscape collapsing inward, a digital avalanche threatening to bury him. He instinctively reached out, a reflex honed by years of manipulating complex algorithms, attempting to stabilize the collapsing structure. A flicker of something – a sensation of power, subtle yet undeniably present – responded. The chaotic noise lessened, the imagery solidified just enough to confirm his suspicion. This wasn't a simple recall. It was a *residual echo,* a lingering trace of code imprinted onto his very being. A key, perhaps. Or a cage. He didn't know yet, but the faint hum resonating within him promised answers, if he could only unravel the tangled threads. The echoes subsided, leaving only a lingering coldness and a certainty: the game had changed.</w:t>
      </w:r>
    </w:p>
    <w:p>
      <w:r>
        <w:t>The sensation wasn't a drop, not precisely. It was more like a shearing, a sudden detachment from something he couldn's quite grasp. One moment, fractured memories, the next, a sickening lurch, a feeling of falling through… nothing. No wind, no resistance, just the unnerving certainty of descent. He instinctively braced, his body reacting as if expecting impact, but there was no ground rushing up to meet him. Just… space. Vast, empty, and disconcertingly silent.</w:t>
      </w:r>
    </w:p>
    <w:p>
      <w:r>
        <w:t>His mind struggled to reconcile the feeling of plummeting with the environment. Or rather, the *lack* of environment. There were no walls, no floor, no ceiling. Just a swirling grey void that seemed to press in from all sides, an oppressive blanket of nothingness. He tasted metal, the residue of the memory-fragmentation, but overlaid with a new, sharper tang – ozone, perhaps. Or something colder, something… artificial. He activated his internal systems, a reflex honed by years of simulations, scanning for reference points, for any indication of his trajectory. Nothing. The void absorbed everything, a sensory black hole. It was unsettling, not because it was frightening – fear was a luxury he couldn’t afford – but because it was *wrong*. Simulations had boundaries. There were always parameters, limitations, fail-safes. This… this defied all known protocols.</w:t>
      </w:r>
    </w:p>
    <w:p>
      <w:r>
        <w:t>A flicker of light. Not a natural luminescence, but a structured emission, pulsing with an almost rhythmic beat. He focused, forcing his mind to sharpen the image, ignoring the encroaching sense of disorientation. It resolved into a lattice of interwoven lines, shimmering with an internal energy. A framework, he realized, a scaffolding upon which something else was built. And as he stared, the lattice shifted, coalesced, revealing a single, undeniable truth: he wasn't falling. He was being *placed*. Deliberately, precisely, into this void. And the purpose, he suspected, was far from benign.</w:t>
      </w:r>
    </w:p>
    <w:p>
      <w:r>
        <w:t>The disorientation hadn't fully receded, a low-level static clinging to his senses like persistent code. Then it hit—a wave, sudden and jarring. The sterile emptiness of the void fractured, momentarily overlaid with the clamor of a crowded street. Not a memory, not precisely, but a sensory bleed-through, a ghost of a place he’s known, *managed*. Ramen. The sickly-sweet, oily aroma of cheap noodles, the cloying scent of artificial flavorings clinging to the damp air. It wasn’t pleasant. It was… inefficient. A chaotic mess of smells that served no purpose, hindered perception.</w:t>
      </w:r>
    </w:p>
    <w:p>
      <w:r>
        <w:t>He instinctively tightened his control, pushing the intrusion back. It resisted, a tenacious echo fighting against his will. It wasn't just the smell; the sounds followed—the incessant drone of traffic, the garbled shouts of vendors, the rhythmic pulse of some electronic music leaking from a nearby storefront. A cacophony designed to overload, to distract. He recognized the pattern – a deliberate attempt to disrupt his focus. Someone, or *something*, was testing him. Probing his defenses. He could almost feel the digital tendrils reaching out, trying to latch onto his awareness, to exploit any weakness.</w:t>
      </w:r>
    </w:p>
    <w:p>
      <w:r>
        <w:t>The intrusion sharpened, becoming almost tangible. He felt the pressure, a subtle but insistent force attempting to overwhelm his concentration. He caught a glimpse, fleeting and fragmented—a neon sign flickering, a blurry image of crowded sidewalks, the distorted reflection of his own face in a rain-slicked window. It felt like someone was forcing a simulation onto him, a low-resolution, poorly optimized program designed to break his mental fortitude. He pushed back, not with force, but with precision, isolating the intrusion, dissecting its code. The ramen smell intensified momentarily, a final, desperate attempt to hold onto his attention, then abruptly vanished. He felt a ripple, a feedback pulse, a subtle acknowledgement of his countermeasure. Whoever—or whatever—was responsible knew he was analyzing their attempt. The game had truly begun.</w:t>
      </w:r>
    </w:p>
    <w:p>
      <w:r>
        <w:t>The abrupt cessation of the sensory bleed was jarring, like a program abruptly halting mid-execution. He blinked, adjusting to the sudden absence of the urban chaos, finding himself standing on something soft, yielding. Not soil, precisely. More like a densely packed layer of…moss? It clung to the ground, a vibrant, almost luminous green, unlike anything he’s encountered in any simulation. He didn't react with surprise. Surprise was a luxury he couldn’t afford. Instead, he began to categorize.</w:t>
      </w:r>
    </w:p>
    <w:p>
      <w:r>
        <w:t>The flora first. The moss itself – *Bryophyta*, preliminary scan confirmed. Unusual density, accelerated growth rate, and a faintly bioluminescent property. He cataloged the surrounding plant life: towering trees with bark like polished obsidian, their leaves broad and intricately veined, filtering the light into a dappled emerald glow. He registered the scent – not the sharp, clean smell of pine or the musky odor of decay, but something altogether… richer. A complex interplay of sweet floral notes layered over a deeper, earthy base. Each plant was cataloged, its properties analyzed, its potential identified. He noted the lack of familiar species, the absence of any readily identifiable agricultural staples. This wasn’t a naturally occurring biome. It was… curated. Designed.</w:t>
      </w:r>
    </w:p>
    <w:p>
      <w:r>
        <w:t>He extended his senses, probing the fauna. A rustling in the undergrowth. A creature – small, reptilian, with iridescent scales – darted across his vision, vanishing into the shadows. He didn’t pursue it. Observation was key. He registered its metabolic rate, its gait, its potential for danger. He detected the subtle vibrations of insects humming in the air, the distant chirping of avian species he couldn't immediately classify. It wasn’t a teeming ecosystem, not in the traditional sense. There was an unnerving… order. A deliberate absence of predators. A controlled proliferation of herbivores. This wasn't wilderness. This was an elaborate terrarium, a meticulously crafted illusion of natural abundance. The sheer inefficiency of it was almost offensive. Millions of cycles of energy wasted on maintaining an artificial paradise. Yet, a nagging thread of curiosity pulsed within him. Someone had put a great deal of thought, and resources, into this place. And that suggested a purpose.</w:t>
      </w:r>
    </w:p>
    <w:p>
      <w:r>
        <w:t>The moss yielded beneath his boots with a disconcerting softness, a feeling that grated on his ingrained sense of efficiency. It shouldn’t *feel* like anything. It should be a surface, a medium for support. But this… this was actively resisting categorization. Then the sky shifted. Not a gradual change, a predictable atmospheric diffusion. This was instantaneous, a jarring overlay. He’s seen anomalies in simulations, glitches in the rendering engines, but this was… different. The familiar, almost oppressively blue expanse he's cataloged moments before fractured, revealing a swirling tapestry of colors he lacked the vocabulary to describe. Emerald, amethyst, cerulean – hues that defied terrestrial physics bled into one another, a chaotic dance of light that shouldn’t exist. His internal systems flagged it as an error, a catastrophic rendering failure. Yet, there was a structure to the chaos, a pattern buried beneath the swirling vortex. It resonated with something deep within him, a forgotten fragment of understanding.</w:t>
      </w:r>
    </w:p>
    <w:p>
      <w:r>
        <w:t>The air thickened, becoming almost palpable. It pressed against his skin, not with a suffocating weight, but with a subtle, tingling energy. He tasted something new – not the manufactured sweetness of the engineered flora, but a clean, vibrant flavor that sparked across his tongue. It was…power. Raw, unrefined, and brimming with potential. He’s tasted power before, the carefully controlled energy flows within optimized algorithms, the calculated efficiency of a perfectly executed maneuver. This was… different. This wasn't about control. This was about *potential.* The sheer volume of it was staggering. His senses overloaded, his internal systems struggling to reconcile the data. It was like trying to quantify infinity. He fought to maintain focus, to filter the overwhelming influx of information. He’s been trained to analyze, to categorize, to *understand.* But this… this defied understanding. It wasn't a system to be dissected. It was a force to be reckoned with.</w:t>
      </w:r>
    </w:p>
    <w:p>
      <w:r>
        <w:t>The ground beneath his feet vibrated, a low hum that resonated deep within his bones. He looked up, expecting to see the source of the disturbance, but the sky remained a swirling chaos of impossible colors. He felt a tug, a subtle pressure pulling him forward, as if an unseen hand were guiding him deeper into the bizarre landscape. It wasn't forceful, more like an invitation, a silent urging to explore. He registered a flicker of something akin to curiosity—an anomaly in his own programming, a deviation from his core directives. He’s been built for logic, for efficiency, for the relentless pursuit of quantifiable results. But this… this felt *right.* And perhaps, he realized, with a unsettling echo of something he thought long-dead, that was the most dangerous feeling of all.</w:t>
      </w:r>
    </w:p>
    <w:p>
      <w:r>
        <w:t>The disorientation hadn’t been a malfunction, not precisely. It was a diagnostic. A rudimentary system scan, broadcasting the fundamentals of this place, its underlying architecture. And now, the data was flowing, not as chaotic noise, but as structured streams of information. He felt it coalesce, not in his mind, but *around* it, a nascent framework struggling to organize the raw input. It was… inefficient. Massively so. The energy expenditure alone, to maintain the bioluminescence of the moss, the delicate balance of the engineered ecosystem, was staggering. A civilization, even a primitive one, could have powered entire cities with the waste alone. He felt a faint flicker of disdain, a reflex born of decades spent optimizing processes, eliminating redundancies. But beneath that, something else stirred. A nascent… curiosity.</w:t>
      </w:r>
    </w:p>
    <w:p>
      <w:r>
        <w:t>The framework solidified, resolving into a set of prioritized tasks. First, identify the source of the energy signature. The bioluminescence wasn't inherent. It was being *induced*. A localized resonance, subtly modulating the ambient energy flow. He extended his senses, not outward, but inward, focusing his will. The world sharpened. The swirling chaos of the sky resolved into complex patterns of interwoven energy flows, the engineered ecosystem became a web of interconnected nodes, the very ground beneath his feet pulsed with a faint, rhythmic beat. He felt the familiar rush of a system coming online, a cascade of calculations unfolding at speeds beyond human comprehension. He wasn't simply perceiving the energy flows. He was *mapping* them. Building a model. And with that model came understanding. The source wasn't a single point. It was a network. A subtle web of resonators, scattered throughout the landscape, amplifying and directing the ambient energy. They were crude, inefficient, but undeniably powerful. Their existence alone hinted at a level of technological sophistication he hadn't initially detected.</w:t>
      </w:r>
    </w:p>
    <w:p>
      <w:r>
        <w:t>A wave of… something washed over him. Not a feeling, precisely. More like an internal shift. A recalibration. The framework he’s built wasn’t just mapping the energy flows. It was optimizing them. Not for his benefit, not yet. But for the sake of the system itself. He felt a subtle pulse of energy, a microscopic shift in the resonance of the closest resonator. The bioluminescence of the moss intensified, bathing the landscape in an even brighter, more vibrant glow. He registered a faint feedback pulse – a confirmation. The system was responding. It was adapting. And with each adaptation, his understanding deepened. He wasn't just analyzing a system. He was becoming part of it. A catalyst. A debugger. And the implications of that realization were… significant. He felt a faint tremor in the ground, followed by a subtle shift in the air. Something was changing. And he knew, with a certainty that bypassed logic, that it was only the beginning.</w:t>
      </w:r>
    </w:p>
    <w:p>
      <w:r>
        <w:t>The moss yielded slightly under his boots as he registered them. Not a jolt of alarm, not yet. More like a subtle shift in the background hum of the system, a discordant note in the carefully orchestrated symphony of the engineered ecosystem. Four figures, clad in armor that blended seamlessly with the obsidian bark of the towering trees, moved with a practiced efficiency that spoke of routine patrols. Their movements weren't graceful, not in the way of a predator stalking its prey, but precise, economical. Each step was calculated, each gesture purposeful. They were… competent.</w:t>
      </w:r>
    </w:p>
    <w:p>
      <w:r>
        <w:t>He didn’t need to scan their armor to know its composition - a layered composite of synthesized polymers and refined metals, optimized for both protection and agility. The energy signature was faint, almost nonexistent, indicative of a power dampening field woven into the fabric. They weren’t inherently weak, simply restricted. A precaution, undoubtedly, designed to prevent any sudden outbursts of uncontrolled power within the confines of the… garden. He estimated their individual strength levels – mid-Tier 3, perhaps low Tier 4, depending on the training regimen. Adequate for maintaining order within this relatively peaceful sector, but easily dispatched by a focused burst of his own cultivated energy. He didn’t *want* to dispatch them. Not yet. Direct confrontation would draw attention, disrupt the delicate balance he was beginning to understand. Besides, observing them, analyzing their methods, provided invaluable data.</w:t>
      </w:r>
    </w:p>
    <w:p>
      <w:r>
        <w:t>A plan began to coalesce in his mind, not as a rigid sequence of actions, but as a flexible algorithm, constantly adapting to the shifting variables of the environment. He wouldn’t fight them. He wouldn’t even be noticed. He would become… a ghost within the garden. A subtle shift in the wind, a fleeting shadow amongst the trees, a resonance within the earth itself. He subtly altered the bioluminescence of the moss beneath his feet, dimming it to a barely perceptible glow, then shifted his position, blending seamlessly with the deep shadows cast by the towering trees. He channeled a minuscule fraction of his cultivated energy, not into direct power, but into subtly manipulating the ambient sound frequencies, masking his movements, muting the faint rustle of his boots on the moss. It was a trivial expenditure, less than a single breath, but the effect was significant. He was becoming part of the garden, an echo of its own rhythms. The patrol passed within ten paces of his position, their faces grim and impassive, their eyes scanning the landscape with a practiced vigilance. They didn't see him. They didn’t hear him. They registered nothing. He allowed a microscopic flicker of… amusement to cross his internal landscape. Observation, it seemed, was an art. And he was rapidly becoming a master.</w:t>
      </w:r>
    </w:p>
    <w:p>
      <w:r>
        <w:br w:type="page"/>
      </w:r>
    </w:p>
    <w:p>
      <w:pPr>
        <w:pStyle w:val="Heading1"/>
      </w:pPr>
      <w:r>
        <w:t>Chapter 1</w:t>
      </w:r>
    </w:p>
    <w:p>
      <w:r>
        <w:t>[Content generation skipped: No events defined for this chapter.]</w:t>
      </w:r>
    </w:p>
    <w:p>
      <w:r>
        <w:br w:type="page"/>
      </w:r>
    </w:p>
    <w:p>
      <w:pPr>
        <w:pStyle w:val="Heading1"/>
      </w:pPr>
      <w:r>
        <w:t>Chapter 2</w:t>
      </w:r>
    </w:p>
    <w:p>
      <w:r>
        <w:t>The forest pressed in, a riot of emerald and sapphire that felt…wrong. Not inherently *bad*, but agonizingly inefficient. His eyes tracked the fluttering wings of a creature resembling a hummingbird, but shimmering with an internal luminescence. It pulsed, an unnecessary expenditure of energy. Each leaf, each flower, each gnarled root sang with a vibrancy that felt like a poorly optimized algorithm. It wasn't the complexity that bothered him, it was the sheer…waste. Back in Neo-Kyoto, even the most elaborate holographic displays ran on a fraction of the power these trees seemed to bleed into the air.</w:t>
      </w:r>
    </w:p>
    <w:p>
      <w:r>
        <w:t>His head throbbed, a dull ache behind his eyes. He fought it back, cataloging the sensation as a physiological response to sensory overload. The air itself felt thick, viscous, like trying to wade through molasses. He inhaled, filtering the scent of decaying leaves and something sweet, something alien, against his internal database. The scent registered as pleasant, superficially, but his analytical mind immediately flagged it as a potential attractant – a vector for predators, a drain on resources. It was all so…unnecessary. He shifted, trying to adjust his posture, to minimize the friction against the unfamiliar ground. Every movement felt sluggish, hampered by the density of the atmosphere, the unfamiliar weight of his clothing. He needed to streamline. He needed to optimize.</w:t>
      </w:r>
    </w:p>
    <w:p>
      <w:r>
        <w:t>A high-pitched whine pierced the forest’s hum, a sound he initially registered as a system error. It resonated within his skull, a discordant note in the forest’s symphony. He forced himself to focus, filtering out the distracting noise, analyzing its frequency, its source. It was organic. A predator, perhaps? Or something…else? The information was incomplete, fragmented. He needed more data. He needed to *understand* this system. A flicker of something akin to…curiosity sparked within him, a sensation as unfamiliar and unsettling as the forest itself. This wasn’t a simulation. This was something real. And for the first time since his arrival, Kenji felt a prickle of…interest. Not the cold, detached interest of a technician debugging a faulty program, but something warmer, something…different. The data stream was complex. And he was just beginning to parse it.</w:t>
      </w:r>
    </w:p>
    <w:p>
      <w:r>
        <w:t>The berry hung low, plump and purple, radiating an almost aggressive vibrancy. It screamed inefficiency. He hadn’t intended to *do* anything, not yet. Analysis was the priority. Understanding the underlying structure, the core algorithms that governed this bizarre reality. But the sheer wastefulness of the thing, the blatant disregard for resource management, sparked a reflexive response. It was like a programmer encountering a blatant memory leak. He couldn’t just ignore it.</w:t>
      </w:r>
    </w:p>
    <w:p>
      <w:r>
        <w:t>It was a small adjustment, barely perceptible even to him. He focused his attention, a subtle mental nudge directed at the berry’s molecular structure. A minor recalibration of the sugars, a slight reduction in the astringency. The change wasn’t about improving the berry’s inherent qualities, not really. It was about eliminating the unnecessary. About optimizing. He barely registered the shift when the villager, a woman gathering firewood, paused mid-stride. Her eyes, previously clouded with a sort of dull acceptance, widened. She plucked the berry, sniffed it cautiously, then brought it to her lips.</w:t>
      </w:r>
    </w:p>
    <w:p>
      <w:r>
        <w:t>The transformation on her face was…unexpected. It wasn’t a simple expression of pleasure. It was something more complex. Surprise, yes, but also a flicker of something akin to…recognition? A momentary alertness that vanished as quickly as it appeared. She chewed slowly, her brow furrowed in thought. Then, she swallowed. “That’s…” she began, halting mid-sentence, as if searching for the correct words. Her gaze darted around, a frantic awareness of her surroundings that hadn’t been there moments before. "That's… familiar.” She shook her head, a sudden, almost violent motion. “No. Impossible.” She dropped the half-filled basket of firewood, and stared at him, her expression a confusing mix of fear and something he couldn't quite decipher. Then, as suddenly as it had appeared, the alertness faded, leaving behind the familiar dullness. She bent to retrieve her scattered wood, muttering something about needing to rest. He felt a faint tremor in the air, a subtle distortion that felt…wrong. He hadn’t expected a reaction. He’s been too focused on the systems, not the users.</w:t>
      </w:r>
    </w:p>
    <w:p>
      <w:r>
        <w:t>The woman’s bewilderment hadn’t registered as truly significant, not initially. Rural folk were easily rattled. A slightly sweeter berry, a momentary lapse in their accustomed dullness - hardly a deviation worthy of note. Then the notification arrived, a cold, precise intrusion into the chaotic data stream of the forest. *Anomaly Detected – Minor Reality Shift.* It wasn’t a warning, precisely. More of a passive observation, like a system administrator logging an unusual process. But the clinical detachment couldn't entirely mask the undercurrent of…concern.</w:t>
      </w:r>
    </w:p>
    <w:p>
      <w:r>
        <w:t>The shift itself was subtle, a flicker at the periphery of his awareness. A slight blurring of the light filtering through the canopy, a momentary dissonance in the forest’s natural hum. It was as if a single note had been transposed, a microscopic disruption in the harmonious whole. He hadn’t initiated it. The berry alteration hadn’t been complex enough to trigger such a cascade. Something else was at play. The notification’s source was unclear, originating from…everywhere and nowhere at once. Like trying to pinpoint the origin of a background radiation. He focused, attempting to trace the anomaly’s trajectory, to understand its nature. His mind reached out, probing the fabric of reality, searching for the source of the distortion. It was like trying to grasp smoke – the more he focused, the more elusive it became.</w:t>
      </w:r>
    </w:p>
    <w:p>
      <w:r>
        <w:t>The forest seemed to hold its breath, the vibrant colors intensifying, the smells becoming sharper, as if preparing for a reckoning. He sensed a pressure building, a tightening of the strings that bound this reality together. It wasn't malevolent, not yet. But the potential was there, a latent instability waiting for a catalyst. The woman, still gathering her firewood, paused again, her head tilted as if listening for something beyond the rustling leaves. This time, however, her expression wasn’t one of bewilderment. It was…fear. A raw, visceral fear that radiated outwards, a silent cry for help. He recognized it then – this wasn't just a minor reality shift. It was the consequence of his alteration, rippling outwards, and the woman was the first to feel its sting. The system, it seemed, didn’t appreciate shortcuts.</w:t>
      </w:r>
    </w:p>
    <w:p>
      <w:r>
        <w:t>The tremor faded, but the forest felt…shifted. Not fundamentally altered, but subtly out of joint, like a tapestry pulled slightly askew. He hadn't anticipated this. Minor optimizations, negligible deviations—that’s what he’s been doing. Yet, the ripple effect was undeniable. A rustle in the undergrowth, sharper than it should be, drew his attention. Two figures emerged from the trees, clad in polished steel, the insignia of the Royal Guard emblazoned upon their breastplates. They moved with a practiced efficiency, the kind born of unquestioning obedience and rigorous training. They’d clearly been alerted to something.</w:t>
      </w:r>
    </w:p>
    <w:p>
      <w:r>
        <w:t>The taller of the two, a man with a face weathered by sun and duty, stopped abruptly, his hand instinctively moving to the hilt of his sword. He scanned the area, his gaze lingering on the scattered firewood and the still-shaken woman. Then, his eyes locked onto Kenji. The man’s expression didn’t immediately betray recognition, just a guarded alertness. He took a step forward, the metallic clang of his armor echoing through the quiet forest. “Identify yourself,” he commanded, his voice a low rumble, laced with a rigid formality. His partner remained silent, a watchful sentinel behind him.</w:t>
      </w:r>
    </w:p>
    <w:p>
      <w:r>
        <w:t>Kenji considered his options. Direct honesty wouldn’t be productive. These men wouldn't comprehend his methods, would likely accuse him of witchcraft, or worse, treason. An easy lie, a plausible deniability—a preferred route. “A traveler,” he offered, the words forming effortlessly, even as he consciously suppressed the analytical dissection of the man’s posture, his breathing, the subtle tremors in his hands. "Lost, seeking passage to the capital." The man’s eyes narrowed, a flicker of suspicion dancing within their depths. He glanced at the woman, who was still fumbling with her firewood, her gaze darting between Kenji and the guards. Then, he turned back to Kenji, a strange expression slowly spreading across his face. "The berries…they were…sour," he began, his voice losing its rigid formality, replaced by a hushed reverence. "My mother always said they were bitter as regret. But now…" He plucked a berry from a nearby bush, examining it with an almost devotional intensity. He bit into it, his eyes widening in a sudden, almost ecstatic surprise. "Sweet," he breathed, his voice barely audible. “Incredibly sweet. A blessing.” He looked up at Kenji, his expression transformed into one of awestruck reverence. “A sign,” he whispered, nodding slowly. “The Forest Spirit has smiled upon us.” His partner, equally bewildered, finally spoke. “A sign,” he echoed, his voice a nervous murmur. “A divine intervention.”</w:t>
      </w:r>
    </w:p>
    <w:p>
      <w:r>
        <w:t>The guards’ bewildered reverence felt…inefficient. A waste of cognitive resources. He’s been assessed, categorized, and dismissed as a divine anomaly. The potential for exploitation, however, hadn't evaporated with their sudden piety. Magic, he suspected, wasn't some ethereal force granted by benevolent spirits. It was a system, like any other, governed by underlying principles, subject to manipulation. To understand it, to *use* it, required a different approach than simple worship.</w:t>
      </w:r>
    </w:p>
    <w:p>
      <w:r>
        <w:t>He's dismissed the guards' attention, focusing inward, a subtle shift in focus. The forest’s ambient magical signature pressed against his awareness – a chaotic jumble of interwoven energies. Most would feel it as a vague sense of peace, or a tingling in their skin. He felt it as data. Raw, unfiltered, a torrent of information. He began to filter, to isolate, to categorize. He began to search for patterns. The initial impression was overwhelming, like trying to decipher a language composed of a million dialects spoken simultaneously. But underneath the chaos, faint echoes of order began to emerge. He recognized the telltale signs of underlying structures – resonant frequencies, harmonic relationships, subtle geometric patterns. It wasn't random. It was complex, yes, but not arbitrary.</w:t>
      </w:r>
    </w:p>
    <w:p>
      <w:r>
        <w:t>The sensation was akin to tracing the architecture of a massive, unseen city. Each vibration, each shimmer, represented a street, a building, a hidden chamber. The most immediate resonance came from the trees, their roots acting as anchors for a network of energy pathways. He identified a repeating sequence – a spiral pattern that seemed to dictate the flow of energy from the earth to the canopy. Within that spiral, he detected smaller, more localized variations – micro-patterns that seemed to correlate with the health and vitality of individual plants. A slight distortion in one of those micro-patterns signaled a subtle decay, a weakness in the structure. He could almost feel it—a subtle tug, a potential point of leverage. He began to experiment, subtly modulating his own internal energy, sending out minuscule probes, testing the boundaries of the system. The forest responded, the subtle vibrations shifting, recalibrating, like a finely tuned instrument reacting to the touch of a skilled musician. It was dangerous, reckless even, but the potential reward—the ability to manipulate the very fabric of this reality—was too tempting to ignore. He needed to understand its core principles, its fundamental rules. He would become its architect.</w:t>
      </w:r>
    </w:p>
    <w:p>
      <w:r>
        <w:t>He opened his mouth, intending a simple explanation – a description of how the berry's inherent sweetness had been amplified, the internal structure subtly altered to maximize its potential. The words stalled. How could he articulate the principles of resonant frequency modulation to individuals who considered a sweeter berry a divine blessing? It was like attempting to teach a squirrel calculus. He tried again, softening his approach. “The…the flavor profile was adjusted,” he offered, carefully avoiding terms like 'optimization' or 'energy manipulation.' “The inherent sugars were…brought to the forefront.”</w:t>
      </w:r>
    </w:p>
    <w:p>
      <w:r>
        <w:t>The guards exchanged bewildered glances. The first, the one who’s initially spoken, scratched his chin, his brow furrowed in a way that suggested he was wrestling with an alien concept. "Brought to the forefront?" he repeated, slowly. “Like…like a sculptor reveals the form hidden within the stone?" The second guard nodded enthusiastically. "Yes! Like uncovering the beauty that was already there, but obscured by…by bitterness!" Their interpretations were wildly inaccurate, yet they clung to them with a fervent sincerity that made further explanation seem futile. He considered attempting a demonstration, showing them the subtle shifts in the berry's internal structure, but realized that would only confirm their belief in his supernatural abilities. Better to let them believe what they wanted.</w:t>
      </w:r>
    </w:p>
    <w:p>
      <w:r>
        <w:t>"Precisely," he conceded, a faint sigh escaping his lips. "Like uncovering a hidden beauty." He focused on the feeling of the forest’s ambient magical signature, a chaotic jumble of interwoven energies. It was as if they were trying to see a painting with their ears. He felt a ripple of annoyance, quickly suppressed. This wasn't about them, or their limited understanding. It was about the system itself, the underlying rules. He’s felt the undercurrent of order beneath the chaos – resonant frequencies, harmonic relationships, subtle geometric patterns. He ignored their misinterpretations, his attention drawn back to the subtle hum of the forest, to the challenge of deciphering its secrets. He could almost taste the power, a latent potential waiting to be unlocked. The berries, the guards' misplaced awe – they were merely distractions. The true prize lay hidden deeper, in the architecture of the world itself.</w:t>
      </w:r>
    </w:p>
    <w:p>
      <w:r>
        <w:t>The forest's hum, previously a complex symphony of interwoven energies, fractured. It wasn't a violent disruption, more like a sudden, discordant note jarring against a carefully tuned instrument. The subtle currents he’s been tracing, the faint echoes of underlying order, stuttered. It manifested not as a visible shift, but as a cold ripple across his awareness, a stark contrast to the warmth of the ambient magic. Then, the prompt arrived. Not spoken, not a voice in his head, but a crystalline intrusion into his perception—a shimmering glyph overlaid directly onto his understanding of the forest.</w:t>
      </w:r>
    </w:p>
    <w:p>
      <w:r>
        <w:t>*Warning: Significant Deviation from Baseline Reality. Potential for Paradox.*</w:t>
      </w:r>
    </w:p>
    <w:p>
      <w:r>
        <w:t>The words weren’t accusatory, nor threatening, but their implications struck with the force of a physical blow. Paradox. The term resonated with a deep, instinctive dread. He hadn't been aiming for radical change, merely incremental adjustments, subtle optimizations of existing structures. He’s thought he was merely nudging the system, not shattering it. Now, the very fabric of reality was flagging him as a danger. A coldness intensified, spreading from the point of the glyph’s intrusion, a feeling akin to standing too close to a collapsing star—the raw, concentrated power threatening to consume him. He hadn’t been reckless, not precisely. But the forest's response...it spoke of a precarious equilibrium, a tightly wound coil of causality. Each alteration, however minor, created ripples, and the system was now registering those ripples as a potential threat. He could feel the weight of consequences, not theoretical dangers, but the palpable pressure of a universe correcting itself.</w:t>
      </w:r>
    </w:p>
    <w:p>
      <w:r>
        <w:t>The sensation wasn't purely negative. Mixed with the apprehension was a flicker of…fascination. This was a glimpse behind the curtain, a forbidden peek at the mechanics of existence. To trigger such a warning…it meant he’s touched something fundamental, something beyond his initial understanding. He focused, drawing on the ambient energy, analyzing the glyph itself. It wasn't simply a warning; it was a diagnostic, a subtle scan of the affected area, measuring the extent of the deviation. A new layer of data flooded his perception—a complex web of calculations, probabilities, and potential outcomes. He could see the branches of causality diverging, splintering into countless possibilities, each path a potential paradox, a tear in the universe. He needed to understand the parameters, the constants he's been altering. This wasn't about power; it was about comprehension. A misstep now, a careless action, and he risked not just his own destruction, but the unraveling of something far grander. The forest’s symphony hadn’t ceased, but a new melody had joined it – a counterpoint of warning and opportunity.</w:t>
      </w:r>
    </w:p>
    <w:p>
      <w:r>
        <w:br w:type="page"/>
      </w:r>
    </w:p>
    <w:p>
      <w:pPr>
        <w:pStyle w:val="Heading1"/>
      </w:pPr>
      <w:r>
        <w:t>Chapter 3</w:t>
      </w:r>
    </w:p>
    <w:p>
      <w:r>
        <w:t>The Royal carriage lurched, a sickeningly slow procession across the uneven track. Kenji registered the rhythm – the creak of the axles, the sway of the suspension, the strained breathing of the horses – as an inefficiency. Three hours. Three hours to reach the capital. An unacceptable delay. He’s analyzed the system, of course. Aetherium-powered suspension, rudimentary steering mechanism, horses bred for endurance, not speed. All fundamentally… lacking. The guards flanking the carriage, clad in polished steel, were equally sub-optimal, their movements stiff, their posture rigid. He focused, a flicker of intent passing through his mind. It wasn’t about brute force. It was about leveraging existing potential.</w:t>
      </w:r>
    </w:p>
    <w:p>
      <w:r>
        <w:t>The world seemed to subtly shift. It wasn't a violent surge, not a dramatic alteration, but a refinement. The suspension, previously groaning under the carriage’s weight, now flowed with an almost liquid grace. The horses, initially plodding with weary resignation, found a new reserve of power in their limbs, their hooves striking the ground with renewed vigor. The wind seemed to subtly favor the carriage, a gentle push forward. The guards, initially oblivious, exchanged confused glances. One, a hulking man with a perpetually scowling face, muttered something about the wind changing. He tightened his grip on his halberd, a suspicion clouding his eyes. Lyra, seated opposite Kenji, raised an eyebrow, a faint smile playing on her lips. Her amusement was almost a reward in itself. There was a certain… elegance to optimization, a silent understanding of potential unlocked.</w:t>
      </w:r>
    </w:p>
    <w:p>
      <w:r>
        <w:t>The increase wasn't reckless. He hadn’t broken the system, simply… encouraged it. The carriage was now eating up the miles, the landscape blurring into a stream of green and brown. The horses’ breathing remained steady, their strides powerful, yet controlled. It was the difference between a lumbering giant and a swift predator. The scowling guard cleared his throat, and Kenji could feel his scrutiny. It was a brief, analytical gaze, assessing the situation, trying to quantify the change. Then, he shrugged, attributing the improvement to a blessing from the gods. Kenji didn’t bother correcting him. The truth was far more interesting than superstition. He adjusted his posture, leaning back against the cushioned seat, and allowed a faint smile to settle on his lips. The journey had just become significantly more efficient.</w:t>
      </w:r>
    </w:p>
    <w:p>
      <w:r>
        <w:t>The kitchens of the palace were a chaotic symphony of inefficiency. Kenji observed the scene with detached interest. Steam billowed, obscuring the cooks’ faces, while the clatter of pots and the shouts of orders grated on his senses. The raw ingredients, piled haphazardly on wooden tables, lacked vibrancy – dull vegetables, pallid meat, herbs with a faint, almost nonexistent aroma. He hadn't intended to intervene, but the sheer wastefulness was almost offensive. A system required optimization, and these kitchens were a glaring vulnerability.</w:t>
      </w:r>
    </w:p>
    <w:p>
      <w:r>
        <w:t>He began subtly, focusing on the underlying principles. Not grand gestures, but minute adjustments. A shift in the heating element's frequency, subtly increasing the Maillard reaction on the roasting fowl. A slight adjustment to the herb mixture, enhancing the natural aromas rather than masking them. The cooks, initially oblivious, began to notice the changes. The roasting fowl emerged golden brown, the skin crisp, the aroma intoxicating. The stew simmered with a depth of flavor they hadn’t experienced before. A grizzled chef, whose face was a roadmap of past kitchen disasters, tentatively tasted the stew. His eyes widened, then narrowed in suspicion. He tasted it again, slowly, deliberately. A muscle twitched in his jaw.</w:t>
      </w:r>
    </w:p>
    <w:p>
      <w:r>
        <w:t>The resulting meal was an anomaly. The palace guards, accustomed to bland, sustenance-focused fare, devoured their portions with a fervor that bordered on violence. Even the stoic Captain of the Guard cracked a small smile. Princess Lyra, seated at the high table, remarked, with genuine surprise, "This… this is extraordinary. What happened in the kitchens?" A murmur of confusion rippled through the serving staff. The lead chef, a portly man named Borin, wrung his hands, sweating profusely. “I... I don’t understand, Your Highness. I followed the recipes as always." The captain’s voice boomed, "Borin, explain yourself! What new ingredients have you used? What sorcery is this?" The room crackled with tension, the delicious aroma suddenly overshadowed by a palpable sense of unease. Kenji, observing the scene with a flicker of amusement, simply continued to eat, meticulously dissecting the perfectly cooked pheasant, his mind already calculating the next optimization.</w:t>
      </w:r>
    </w:p>
    <w:p>
      <w:r>
        <w:t>The initial burst of satisfaction, the clean, efficient feeling of a system optimized, faded abruptly. It wasn’t a dramatic shift, no violent explosion or cascade of errors. Instead, it was a subtle dissonance, a tremor in the background hum of Aetherium that hadn’t been there a moment before. The pheasant, still exquisite, tasted faintly…wrong. A mineral tang, almost undetectable, layered beneath the savory richness. He’d focused on the cooking process, on maximizing the Maillard reaction, on coaxing every ounce of flavor from the ingredients. He hadn't considered *where* those ingredients came from.</w:t>
      </w:r>
    </w:p>
    <w:p>
      <w:r>
        <w:t>He glanced out the window. The meticulously manicured palace gardens, the pride of the kingdom, were…diminishing. The vibrancy, the riot of color he’s registered earlier, was leaching away, the lush foliage turning a sickly, muted grey. A flock of luminescent butterflies, previously flitting through the air, had vanished. He could *feel* it, a depletion of Aetherium flow, a subtle draining of power that resonated deep within the earth. A faint, high-pitched whine, almost beyond human hearing, filled his head – the death throes of a miniature ecosystem. He hadn’t disrupted a forest, or a mountain range, but a carefully balanced pocket of life, sustained by a localized Aetherium nexus. His “optimization” of the cooking process had unknowingly siphoned a tiny fraction of that energy, just enough to trigger a catastrophic chain reaction.</w:t>
      </w:r>
    </w:p>
    <w:p>
      <w:r>
        <w:t>A young gardener, barely more than a boy, stumbled out of the gardens, his face pale, his eyes wide with a primal terror. "The… the Bloom," he stammered, clutching at his chest. "It's fading! The Song… it’s stopped!" The Bloom was a rare, sentient flower, the heart of the gardens’ magical vitality. Its “Song” was the resonant frequency that sustained the entire ecosystem. He could sense the fear radiating from the boy, a raw, visceral panic. It wasn’t a rational fear, not a logical assessment of the situation. It was a deep-seated, instinctive dread, the kind that resonated in the marrow of the bones. He registered the boy’s terror, felt a flicker of something akin to…discomfort. It was a novel sensation, unpleasant and unfamiliar. He’s spent his life optimizing systems, maximizing efficiency, eliminating waste. He’s never considered the *cost* of that optimization. The system, it seemed, wasn’t as straightforward as he’s assumed. And the consequences, even those of the smallest adjustments, could be far more devastating than he’s ever anticipated.</w:t>
      </w:r>
    </w:p>
    <w:p>
      <w:r>
        <w:t>The silence that followed the gardener’s frantic pronouncements felt heavier than any physical weight. Kenji registered the subtle shift in the room’s energy – the murmurs of anxiety, the nervous fidgeting of the palace staff, the almost tangible fear clinging to the air. He’s processed the data, quantified the variables. The Bloom's decline represented a measurable decrease in Aetherium flow, a disruption of a localized ecosystem. It was a problem to be analyzed, a system to be rebalanced. Yet, the gardener’s sheer terror, the visceral horror etched on his face, suggested a dimension beyond simple calculation.</w:t>
      </w:r>
    </w:p>
    <w:p>
      <w:r>
        <w:t>Lyra hadn’t spoken, hadn’t reacted with the usual detached curiosity that marked her observations. She stood, a slender figure framed by the arched window, her gaze fixed on the fading vibrancy of the gardens. It was an unsettling stillness, a break from the carefully cultivated composure he’s come to expect. Finally, she turned, her expression unreadable, her voice a low, measured tone that cut through the ambient anxiety. "You understand what you're doing, Kenji?" It wasn't a question born of genuine inquiry; it was an accusation, a challenge leveled with a subtle force that resonated deeper than any shouted rebuke. “You treat this…this reality like a spreadsheet. Variables to be manipulated, inefficiencies to be eliminated. But it's not a system, not really. It’s *alive*.” Her eyes, usually bright with intellectual amusement, were now shadowed with a profound sadness, a weariness that seemed to age her beyond her years. “You don't account for the costs.”</w:t>
      </w:r>
    </w:p>
    <w:p>
      <w:r>
        <w:t>He’s processed her words, attempting to extrapolate the underlying meaning. “The disruption is localized. The system will rebalance. I can compensate.” It was a logical response, a statement of intent. But her expression didn't soften. Instead, a flicker of something akin to pity crossed her face. "Can you? Or will you simply create another, more insidious imbalance? Each adjustment, each ‘optimization,’ has consequences, Kenji. Ripples that spread beyond your comprehension. You see the equations; you don’t see the forest.” She took a step closer, her voice dropping to a near whisper. “You have power, Kenji. More than you realize. But power without understanding is a curse, not a gift. A blade wielded by a child.” The unspoken warning hung in the air, a chilling reminder of the potential for destruction inherent in his abilities. He’s felt the weight of her words, a pressure against his mind that threatened to overload his analytical processes. He’s begun to suspect that the greatest calculations weren't found in equations, but in the silent, interconnected web of life he was so carelessly dissecting.</w:t>
      </w:r>
    </w:p>
    <w:p>
      <w:r>
        <w:t>The summons arrived not as a scroll, nor a herald’s shout, but as a subtle ripple in the ambient Aetherium flow – a distinct signature he recognized as the Grand Scribe’s personal mark. Inefficient, even for a kingdom steeped in tradition. He’s cataloged the methods of communication employed within the Royal Court as part of his initial assessment of the kingdom's infrastructure. A complex web of runners, signal towers, and painstakingly transcribed messages, all orchestrated by a bureaucracy that seemed more interested in preserving its own existence than facilitating the flow of information. The delay inherent in the process was staggering. Decisions that could be made in moments took days, weeks even, to reach their intended recipients.</w:t>
      </w:r>
    </w:p>
    <w:p>
      <w:r>
        <w:t>The Grand Scribe, a man named Eldrin whose age was etched into his pallid complexion, awaited him in the Hall of Records. The hall itself was a monument to redundancy, stacks of parchment reaching towards the vaulted ceiling, each scroll a testament to the court's glacial pace. Eldrin gestured to a vacant seat with a weary sigh. "Lord Kenji," he began, his voice a dry rustle, "the King has taken notice of your…observations regarding the dissemination of royal decrees. Your suggestion of utilizing a system of…’resonating crystals’ to transmit information directly seems…novel.” The word dripped with thinly veiled disapproval. The other scribes, a collection of nervous, ink-stained figures, shifted uneasily, their eyes darting between Kenji and the Grand Scribe. They understood the implications of what Kenji proposed – a dismantling of their livelihoods, a wholesale rejection of centuries-old practice. He detected the fear, the resentment, the ingrained suspicion of anything new. It wasn’t logical; it was instinct. A predator scenting a threat to its territory.</w:t>
      </w:r>
    </w:p>
    <w:p>
      <w:r>
        <w:t>"The current system is…suboptimal," Kenji stated, deliberately avoiding the word ‘inefficient’. Direct confrontation was rarely the most effective approach. “A single disruption, a delay in a runner’s travel, can have cascading consequences.” He projected a mental image, a simulation of a crisis – a border skirmish, a sudden plague – demonstrating the devastating impact of the communication lag. “Resonating crystals offer a solution. Instantaneous transmission across the kingdom. Secure, impervious to interception.” He demonstrated the principle with a small, palm-sized crystal, subtly manipulating its Aetherium resonance to transmit a simple phrase: “The sun rises.” The crystal glowed briefly, and the phrase appeared mirrored in a similar crystal held by a young apprentice scribe across the hall. A collective gasp rippled through the room. “It is merely a demonstration,” Kenji added quickly, anticipating the inevitable backlash. The Grand Scribe cleared his throat, his expression unreadable. “A fascinating novelty, Lord Kenji. But tradition holds weight in these halls. The rhythm of the kingdom is built upon these established methods. To discard them so casually…” He trailed off, gesturing vaguely at the mountainous piles of parchment. The debate, Kenji realized, wouldn't be about the efficacy of the technology, but about the sanctity of the status quo. He’s faced similar resistance before. It wasn’t a battle he intended to win easily.</w:t>
      </w:r>
    </w:p>
    <w:p>
      <w:r>
        <w:t>The Harvest Festival in Oakhaven was, by all accounts, a disorganized mess. Banners hung askew, the pie-eating contest devolved into a free-for-all, and the designated ‘music’ consisted of a lute player attempting a ballad while being drowned out by the joyous chaos. It was inefficient. Kenji hadn’t intended to *participate*, merely observe the kingdom's traditions. But the underlying structure, or rather the lack thereof, resonated with an almost painful dissonance. He registered the energy fluctuations – the surges of joy, the bursts of frustration, the sporadic dips in communal spirit – and identified the root cause: a chaotic feedback loop. Each poorly timed event triggered another, amplifying the overall inefficiency.</w:t>
      </w:r>
    </w:p>
    <w:p>
      <w:r>
        <w:t>He didn’t *plan* to intervene. He rarely did. But the escalating chaos was…distracting. A subtle adjustment, a slight recalibration of the festival's flow, and the whole thing could be…better. He focused, channeling a minuscule fraction of his Aetherium manipulation, not to *control* the revelers, but to subtly nudge the underlying energetic currents. He didn’t alter the events themselves, merely adjusted the timing, the rhythm. A pause between the pie-eating contest and the hay bale toss. A slight amplification of the lute player’s music. A momentary stillness before the fireworks display. The changes were imperceptible to the crowd, yet the cumulative effect was startling. The pie-eating contest, no longer a frantic scramble, became a surprisingly elegant display of competitive eating. The hay bale toss, timed perfectly with a burst of the lute player's most spirited melody, became a coordinated dance of strength and agility. The fireworks, launched in perfect synchronization with a surge of communal joy, erupted in a dazzling spectacle of color and sound that sent ripples of exhilaration through the crowd.</w:t>
      </w:r>
    </w:p>
    <w:p>
      <w:r>
        <w:t>It wasn’t just better. It was *transformative*. What had begun as a disorganized celebration had morphed into a symphony of joyous chaos. People laughed louder, danced with more abandon, and seemed to genuinely *connect* with one another. Even the lute player, no longer struggling to be heard, now played with a newfound confidence, his music weaving seamlessly into the overall rhythm of the festival. Kenji observed the spectacle, not with satisfaction, but with a detached curiosity. He hadn't intended to create a masterpiece. He’s merely optimized a system. The crowd, however, perceived something far greater. A sense of shared wonder, of collective joy, permeated the air. People began to mimic the precise timings, creating spontaneous routines of synchronized movement and laughter. It was as if the festival had gained a life of its own, a chaotic, yet strangely beautiful, organism fueled by shared experience and amplified by subtle manipulation. He detected a surge of attention, a ripple of curiosity emanating from the crowd. A young girl, no older than ten, pointed at him. "Look!" she exclaimed. "The Rhythm Master!" The moniker, utterly undeserved, nevertheless resonated with a surprising degree of accuracy. He hadn't mastered anything, merely adjusted a few variables. But the perception, the narrative, was already forming. And Kenji knew, with a certainty that bypassed logical analysis, that his quiet observation had just become a very public spectacle.</w:t>
      </w:r>
    </w:p>
    <w:p>
      <w:r>
        <w:t>The firelight crackled, mimicking the erratic pulse of the Aetherium signatures he’s been dissecting. It wasn’t enough to merely *undo* the ripples of his adjustments to the Harvest Festival, the crystal resonance network, the countless minor calibrations across Oakhaven and beyond. He needed to understand *why* they behaved the way they did. Each fix, seemingly disparate, left a unique imprint on the magical weave, a fingerprint of energy that stubbornly resisted his attempts at complete erasure. It was like trying to erase ink stains on parchment; each removal left behind a ghost of the original mark.</w:t>
      </w:r>
    </w:p>
    <w:p>
      <w:r>
        <w:t>He’s shifted his focus to raw analysis, stripping away the immediate effects, filtering out the incidental magic clinging to the locations he’d touched. The air in his small, secluded study hummed with the barely perceptible thrum of his mental probes, a constant, low-frequency vibration that would drive most mortals mad. Most weren't Kenji. He was searching for the underlying architecture, the scaffolding upon which Aethel’s magic was built. He’s initially assumed a predictable pattern - a series of concentric circles radiating from ley lines, predictable fluctuations linked to the celestial cycles. That was the model he'd been taught. But the data contradicted it. Instead, he was seeing… nodes. Points of intense magical concentration, linked not by simple radii, but by complex, interwoven paths. It was less like a map, more like a neural network, a sprawling, interconnected web of power. And the adjustments he’s made, the seemingly isolated fixes, were affecting not just the immediate area, but triggering cascading effects across the entire network.</w:t>
      </w:r>
    </w:p>
    <w:p>
      <w:r>
        <w:t>The realization hit him with a sudden clarity, a surge of understanding that almost overloaded his mental shields. It wasn't *his* magic. It wasn't something he was imposing on the world. He was merely interacting with something that already existed, something far older and more complex than he’s ever imagined. The "fixes" weren’t corrections; they were activations. He’s been tapping into a pre-existing structure, a latent network of magical power woven into the very fabric of Aethel. The nodes weren't static points; they pulsed with an almost imperceptible rhythm, a heartbeat of the land. And he’s been sending echoes through that heartbeat, resonating with the underlying structure in ways he didn’t fully grasp. A dangerous prospect. He felt a faint tremor in the weave, a ripple of… awareness. It wasn't hostile, not yet. But it was present. A single, quiet voice within the chorus of the land, registering his intrusion. He cut off the probes abruptly, severing the connection. The tremor subsided, leaving a lingering sense of… curiosity. He knew, with a certainty that settled deep within his bones, that he’s just scratched the surface. And whatever lay beneath was far more powerful, and far more ancient, than he’s ever conceived.</w:t>
      </w:r>
    </w:p>
    <w:p>
      <w:r>
        <w:br w:type="page"/>
      </w:r>
    </w:p>
    <w:p>
      <w:pPr>
        <w:pStyle w:val="Heading1"/>
      </w:pPr>
      <w:r>
        <w:t>Chapter 4</w:t>
      </w:r>
    </w:p>
    <w:p>
      <w:r>
        <w:t>The world twisted. Not a gentle fade, not a graceful transition, but a violent shearing of reality, like tearing fabric. One moment he was analyzing the subtly off-kilter architecture of the village, cataloging inconsistencies in the local flora, the next… he was standing on polished marble, the air thick with the cloying scent of incense and something vaguely floral that grated on his analytical mind. The transition hadn’s been instantaneous; a blurring, a stretching, a disorientation that left a lingering echo of static buzzing in his skull.</w:t>
      </w:r>
    </w:p>
    <w:p>
      <w:r>
        <w:t>His internal systems, accustomed to processing data with ruthless efficiency, registered the change as an anomaly of catastrophic proportions. This wasn’t a mere environmental shift; the entire framework had been rewritten. He instinctively ran a diagnostic, cross-referencing visual input with established parameters. The scale was off. The proportions were wrong. The light… the light was *too* even, filtered through stained glass that depicted scenes of improbable grandeur. It felt… staged. “Processing,” he murmured, the word a dry rasp in his throat. The architecture was impressive, undeniably so, but it lacked the subtle wear and tear of a truly lived-in space. Everything was perfect, too perfect, like a meticulously rendered simulation designed to evoke awe.</w:t>
      </w:r>
    </w:p>
    <w:p>
      <w:r>
        <w:t>A wave of dizziness threatened to overwhelm him, a phantom echo of the shearing transition. He clenched his fists, grounding himself. This had to be part of it. A particularly elaborate onboarding sequence. Some sort of advanced training program. “Assume role,” a detached voice echoed in his head, a subroutine kicking in. “Identify objectives. Analyze environment. Execute.” He looked up, taking in the vast, echoing hall. Guards, clad in gleaming armor, stood at rigid attention, their faces impassive masks. Beyond them, at the far end of the hall, sat a figure upon a throne, radiating an aura of… something. Power, certainly, but also a sense of carefully cultivated expectation. It was all so… theatrical. "Initiating observation phase," he thought, his internal systems already compiling data. This was a game, an exceptionally detailed and immersive one. And he intended to win.</w:t>
      </w:r>
    </w:p>
    <w:p>
      <w:r>
        <w:t>The hall swallowed him. Not with malice, but with an oppressive grandeur. The polished marble floor reflected the light from the stained-glass windows, a kaleidoscope of improbably vibrant hues depicting scenes of legendary heroes and celestial battles. He’s been shuffled forward, a pawn in a tableau he hadn't consented to join, the heavy scent of incense clinging to his nostrils, a constant, irritating presence. His internal systems flagged it as an inefficient use of resources – burning fuel for no discernible purpose. It felt… staged.</w:t>
      </w:r>
    </w:p>
    <w:p>
      <w:r>
        <w:t>The murmurs started before he reached the dais, a wave of hushed anticipation washing over the assembled nobles. He ignored it, focusing instead on the subtle shifts in the air pressure, the minute fluctuations in the ambient magical signature. This wasn't raw power, not the kind he’s sensed in the wilder regions of the village. This was… curated. Sculpted. A performance of power, meticulously designed to inspire awe. He felt a faint tremor in the floor, a barely perceptible vibration that resonated with a familiar frequency. Someone, somewhere, was subtly enhancing the atmosphere, amplifying the perceived weight of the occasion. Amateurish, really.</w:t>
      </w:r>
    </w:p>
    <w:p>
      <w:r>
        <w:t>“Behold,” a voice boomed, amplified by some unseen mechanism, “the one foretold!” The pronouncements felt ripped straight from a poorly-written quest log. *‘The one foretold.’* Like some pre-programmed NPC delivering exposition. His gaze swept the faces of the assembled court. Boredom, suspicion, and a carefully concealed flicker of fear. They expected something… dramatic. Something *epic*. They expected a chosen one. He felt a slight twitch in his jaw. He’s spent his entire life optimizing systems, eliminating inefficiencies. He wasn’t built for spectacle. He was built to *solve* problems. And this entire situation screamed of an unnecessarily complex problem. "The prophecy speaks of one who will bridge the divide," the voice continued, a sugary cadence that grated on his nerves. "One who will restore balance and usher in an age of prosperity." He suppressed a sigh. “And I suppose I'm supposed to fulfill it?” he murmured, more to himself than to the assembled court. The murmurings intensified, a confused rustling that felt… uncomfortable. He already felt the urge to categorize and analyze this new data point. *Unnecessary societal pressure.* It was going to be a long day.</w:t>
      </w:r>
    </w:p>
    <w:p>
      <w:r>
        <w:t>The ritual began, a slow, deliberate procession of chants and gestures, each movement seemingly designed to inspire reverence. Kenji’s internal chronometer registered the inefficiency immediately. The incense, while fragrant, was burning at a rate that defied logic. The chants, layered and repetitive, served no discernible purpose beyond inducing a hypnotic state – a state easily achieved with a fraction of the resources. Even the placement of the participants was suboptimal, creating unnecessary blind spots and hindering the flow of energy.</w:t>
      </w:r>
    </w:p>
    <w:p>
      <w:r>
        <w:t>He didn’t mean to intervene, not consciously. It was simply… unavoidable. A twitch in his shoulder, a slight adjustment of his posture, a barely perceptible shift in the air around him. It started subtly. The incense burners tilted, the smoke curling in more efficient patterns, guiding the fragrance instead of scattering it haphazardly. The chanting, initially a chaotic jumble of voices, began to harmonize, the disparate melodies weaving together into a more unified whole. It wasn’t a conscious effort, more like a subconscious correction, a system instinctively optimizing itself. The effect was immediate. The air felt… cleaner. The energy, previously stagnant and diffused, now pulsed with a subtle, rhythmic beat.</w:t>
      </w:r>
    </w:p>
    <w:p>
      <w:r>
        <w:t>A collective gasp swept through the court. The High Priest, mid-incantation, stumbled, his voice cracking. The elaborate choreography of the ritual faltered, the dancers frozen in awkward poses. All eyes turned to Kenji. He registered their stares, the mixture of confusion and apprehension, but felt nothing. He hadn’t *done* anything. The system had simply… corrected itself. "The energies… they are… focused," the High Priest stammered, wiping sweat from his brow. "More potent than I have ever sensed." He peered at Kenji with a dawning horror. "How…?" Kenji blinked, the gesture somehow conveying both innocence and a profound lack of understanding. He felt a flicker of annoyance. This entire situation was needlessly complicated. Someone, somewhere, needed to improve their system design.</w:t>
      </w:r>
    </w:p>
    <w:p>
      <w:r>
        <w:t>The ripple of unease hadn't gone unnoticed. Not by everyone. Lyra, seated on a lower dais, her expression a carefully constructed mask of polite curiosity, observed the fallout from Kenji’s… adjustments. The High Priest’s stammered apologies, the bewildered murmurs of the nobles, the subtle shift in the ambient magical pressure – it was all data, quantifiable and easily assessed. Most simply registered the oddity, dismissed it as eccentricity. She didn’t. There was a precision to the shifts, a deliberate efficiency that resonated with a deeper understanding of energy flow, something rarely encountered outside the most secluded training grounds. He wasn’t just odd; he *knew* what he was doing.</w:t>
      </w:r>
    </w:p>
    <w:p>
      <w:r>
        <w:t>She shifted her weight, the silk of her robes whispering against the polished stone. Her gaze, ostensibly fixed on the chaotic scene unfolding before her, flickered subtly toward him. There was a stillness about him, an internal quietude that defied the surrounding pandemonium. He hadn’t reacted to the stares, the whispered judgements. He hadn't even registered the faint trace of awe that now clung to the air, a palpable shift in the collective perception of him. It was as if he existed on a different plane, observing the spectacle from a detached perspective. It was an unsettling quality, suggesting a power that extended beyond the readily apparent.</w:t>
      </w:r>
    </w:p>
    <w:p>
      <w:r>
        <w:t>“Interesting,” she murmured, the word barely audible above the residual hum of disrupted magical energies. Her attendant, a wizened old woman named Elara, stiffened beside her, sensing the subtle tension radiating from the princess. “He seems… comfortable,” Lyra continued, her voice carefully neutral. “Most mortals find such deviations from established ritual… disruptive.” She allowed a sliver of a smile to grace her lips, a test, a subtle probe. "Do you believe," she asked, her gaze momentarily locking with Kenji’s, "that he understands the implications of what he's done?" The question wasn't directed at the court, nor at Elara. It was a thread, cast into the chaotic current, hoping to snag a glimpse of the truth hidden beneath the surface.</w:t>
      </w:r>
    </w:p>
    <w:p>
      <w:r>
        <w:t>The High Priest’s stammering had drawn the attention of the court’s most respected mage, Master Elmsworth. A man whose beard seemed to absorb more light than it reflected, Elmsworth radiated an aura of meticulousness, a walking embodiment of controlled power. He didn't shout or gesture; he simply *observed*, his gaze sweeping over the disrupted ritual, lingering on Kenji with an almost clinical detachment. "Interesting," he murmured, the word a dry rasp. He extended a hand, a gesture meant to probe, to assess. A simple divination, a basic scan of the man’s magical signature. A formality, really. A way to quantify the anomaly.</w:t>
      </w:r>
    </w:p>
    <w:p>
      <w:r>
        <w:t>The moment his power brushed against Kenji, the air shimmered. Not a dramatic distortion, not a burst of energy, but a subtle warping, like heat rising from a perfectly smooth stone. It was almost imperceptible, and most wouldn’t have noticed. But Master Elmsworth did. His eyes widened almost imperceptibly. The fountain, a sprawling bronze depiction of a mythical sea serpent, had been a centerpiece of the court’s power displays for centuries, a conduit for controlled flows of mana. It was supposed to be *stable*. It wasn’t. Kenji’s mere presence seemed to be… optimizing it. The fountain's meticulously crafted jets, previously arcing in predictable patterns, began to shift, their trajectory subtly altering. The water, once a placid blue, now pulsed with an almost imperceptible luminescence. The changes weren’t violent, weren’t disruptive in a noticeable way. They were… improvements.</w:t>
      </w:r>
    </w:p>
    <w:p>
      <w:r>
        <w:t>The water cascaded over the serpent’s bronze scales, forming intricate patterns that hadn't existed moments before. The previously stagnant pool beneath the fountain rippled with a newfound energy, the algae blooming in a dazzling array of colors. It was an aesthetic enhancement, a subtle evolution of a static creation. Master Elmsworth felt a flicker of irritation, a sense of order violated. He hadn’t deliberately altered anything. The fountain hadn't requested optimization. It was simply… happening. As if the fountain itself was *correcting* a pre-existing flaw, and Kenji was the catalyst. The court, initially focused on Kenji, now turned their collective gaze toward the fountain. A murmur, a rising tide of astonishment, rippled through the assembled nobles. Elmsworth retracted his power, a faint tremor running through his aged hand. This wasn't a man who *wielded* magic. This was something else entirely. Something… efficient. And unsettlingly quiet.</w:t>
      </w:r>
    </w:p>
    <w:p>
      <w:r>
        <w:t>Lord Valerius wasn't one for grand gestures. His influence wasn’t born of charisma or booming pronouncements, but of subtle shifts, of whispers in the right ears, of expertly placed doubts. The fountain’s impromptu upgrade hadn’t escaped his notice; neither had the palpable shift in the court’s perception of the newcomer. A problem, certainly, but not an insurmountable one. Valerius hadn't bothered to publicly denounce the event. Instead, he's tasked a junior scribe, a nervous boy named Marius, to “document” the proceedings. The scribe's report, dutifully copied and circulated amongst the council, meticulously detailed the fountain’s “unforeseen fluctuations,” noting their potential to disrupt the flow of mana, and emphasizing the danger of relying on an individual who seemed incapable of understanding the intricacies of courtly ritual. The language was carefully chosen, innocuous enough to avoid direct accusation, but pointed enough to sow a seed of unease.</w:t>
      </w:r>
    </w:p>
    <w:p>
      <w:r>
        <w:t>The next few days were a slow erosion. Valerius didn’t make a show of it. He didn’t confront Kenji, didn't accuse him of meddling. Instead, he began to subtly exclude him. Invitations to private briefings were “accidentally” overlooked. Requests for input on ongoing projects were met with vague promises and convenient delays. Even seemingly innocuous questions were deflected with a polite, but firm, redirection to a more “appropriate” advisor. Each missed opportunity, each carefully worded denial, chipped away at Kenji’s perceived standing. It was a silent war, waged not with swords or spells, but with carefully curated omissions and veiled criticisms. Valerius observed the process with a detached interest, like a gardener tending to a particularly stubborn weed. The subtle pressure, the persistent exclusion, would be far more effective than a direct assault.</w:t>
      </w:r>
    </w:p>
    <w:p>
      <w:r>
        <w:t>The subtle undermining didn’t go unnoticed by everyone. Lyra, observant as always, tracked the shifts in courtly dynamics with a detached precision. She saw the deliberate omissions, the carefully orchestrated silences. She registered the way Valerius’s eyes flickered with an almost imperceptible disdain whenever Kenji was mentioned. She recognized the pattern, the calculated erosion of influence. It was a familiar tactic, a strategy she’d witnessed countless times in the power struggles of the court. It was inefficient, messy, and ultimately predictable. She made a note to observe Valerius more closely. His motivations were always more intriguing than his methods. And she wondered if Kenji, with his unsettling quiet and his unnatural affinity for optimization, would simply adjust, adapt, and *improve* the system. Or if he would disrupt it entirely.</w:t>
      </w:r>
    </w:p>
    <w:p>
      <w:r>
        <w:br w:type="page"/>
      </w:r>
    </w:p>
    <w:p>
      <w:pPr>
        <w:pStyle w:val="Heading1"/>
      </w:pPr>
      <w:r>
        <w:t>Chapter 5</w:t>
      </w:r>
    </w:p>
    <w:p>
      <w:r>
        <w:t>The training yard was a riot of predictable motion. Standard block, parry, riposte. Generations of Silverhaven warriors honed to a glassy sheen of competence. Kenji, however, was… inefficient. He hadn’t intended to be. His movements weren't about strength, or even speed, but about exploiting weaknesses, subtly altering angles, turning the flow of force. It was less fighting, more… re-engineering.</w:t>
      </w:r>
    </w:p>
    <w:p>
      <w:r>
        <w:t>Master Elmsworth, a man whose beard seemed to have absorbed the wisdom of a thousand battles, watched with barely concealed disdain. “You’re not meeting the blade, Initiate,” he boomed, his voice a gravelly tremor that vibrated through the packed earth. "You're circumventing it. A warrior does not *avoid* a challenge, he *overcomes* it.” His own demonstration was a textbook maneuver - a perfectly timed block, followed by a swift, decisive counter. The other initiates mirrored his movements with admirable precision. Kenji, facing him, simply rotated his body, letting Elmsworth's attack flow past, his own weight shifting to redirect the force into the ground. A subtle, almost imperceptible shift, but enough to disrupt the master’s balance.</w:t>
      </w:r>
    </w:p>
    <w:p>
      <w:r>
        <w:t>A ripple of surprised murmurs spread through the watching initiates. Elmsworth recovered quickly, his face reddening. “Such… disrespect!” he sputtered, launching another attack, this one imbued with a palpable frustration. Kenji didn’t meet it head-on. He didn’t block, didn’t parry. Instead, he stepped *through* it, using Elmsworth’s own momentum to spin him slightly, a minor shift that cost the master a flicker of concentration. A faint scent of ozone, almost undetectable, hung in the air - a byproduct of Kenji’s subtle manipulation of the magical energies flowing through the yard. “You lack fundamental understanding,” Kenji stated, his voice devoid of malice, merely analytical. “A system is only as strong as its weakest point. My goal isn’t to meet force with force, but to identify and neutralize those weaknesses.” A faint echo of his own system notification, "Anomaly Detected," lingered in his mind.</w:t>
      </w:r>
    </w:p>
    <w:p>
      <w:r>
        <w:t>The rhythmic clang of steel on steel grated on him, a monotonous inefficiency. Elmsworth’s demonstration wasn’t *wrong*, not exactly. It was simply… constrained. Every block a mirror, every riposte a predictable echo. He registered the subtle strain in the master’s posture, the microscopic adjustments made to maintain balance, the tiny expenditure of energy to compensate for the predictable nature of the attack. It was a system built on repetition, on learned responses, perfectly suitable for facing an enemy who also operated within those same constraints. But what if the enemy *didn’t*?</w:t>
      </w:r>
    </w:p>
    <w:p>
      <w:r>
        <w:t>He allowed a barely perceptible smirk to play on his lips, a flicker that barely registered amidst the sweat and exertion of the training yard. "Master," he began, his voice a low, almost conversational tone that drew surprised silence from the assembled initiates, "with respect, your curriculum prioritizes reaction. It teaches students *what* to do when faced with a predictable assault. It does not teach them to *understand* the underlying principles." The faintest trace of ozone clung to the air, a byproduct of the subtle energy shift he’s initiated within the demonstration itself. He allowed his gaze to drift, not to Elmsworth, but to a young initiate struggling to maintain a defensive posture, his face flushed with exertion. "Imagine," Kenji continued, his voice gaining a measured intensity, "an opponent who doesn’t attack in a straight line. Who doesn’t telegraph his intentions. Who exploits the inherent rigidity of your defensive structure, not with brute force, but with subtle shifts in angle and momentum." He punctuated his words with a barely perceptible gesture, a slight rotation of his own body that seemed to defy the principles of balance.</w:t>
      </w:r>
    </w:p>
    <w:p>
      <w:r>
        <w:t>He could almost *feel* the mental gears grinding in Elmsworth's mind, the sudden realization dawning that his decades of experience were predicated on a system that, while effective, lacked fundamental adaptability. "Your teachings emphasize strength, Master," Kenji continued, his voice softening slightly, "but true strength isn't about meeting force with force. It's about understanding the principles that govern movement, about recognizing the vulnerabilities inherent in any system. It’s about knowing *why* a block works, not just *how* to execute it.” He allowed his eyes to meet Elmsworth's for a fleeting moment, a silent challenge passed between them. The faintest shimmer of distortion rippled across the surface of the training yard, a visual echo of the underlying instability Kenji had introduced into the established order.</w:t>
      </w:r>
    </w:p>
    <w:p>
      <w:r>
        <w:t>The silence that followed Kenji’s words wasn’t comfortable. It was the kind of silence that crackled with unspoken challenges, the air itself thickening with suppressed tension. Master Elmsworth’s face had lost its ruddy color, replaced by a tight, almost brittle mask. The subtle tremor in his voice when he finally spoke was a stark contrast to the booming authority he usually commanded. “Enough,” he grated, his hand instinctively tightening around the hilt of his practice sword. "You will adhere to the established curriculum. Silverhaven's warriors are forged in tradition, not… philosophical debates." He didn't meet Kenji’s gaze, his eyes flicking to the assembled initiates, searching for a sign of support, of agreement with his approach.</w:t>
      </w:r>
    </w:p>
    <w:p>
      <w:r>
        <w:t>The younger warriors, sensing the shift in power, shuffled their feet, their faces a mixture of apprehension and fascination. A few dared to steal glances at Kenji, their expressions reflecting a silent questioning of the old ways. The air grew heavy with the unspoken understanding that something fundamental was at stake—not just a training session, but the very foundation of Silverhaven's martial philosophy. Elmsworth took a step forward, his posture stiff, his movements deliberate, a physical manifestation of his unwavering adherence to the established order. The metallic tang of ozone, faint but present, seemed to amplify the tension, a subtle reminder of the disruptive influence Kenji’s “optimizations” had on the natural flow of magical energies. The ground beneath Elmsworth’s boots seemed to subtly vibrate with the suppressed power radiating from him.</w:t>
      </w:r>
    </w:p>
    <w:p>
      <w:r>
        <w:t>"You will perform the standard block, parry, riposte sequence," Elmsworth stated, his voice regaining some of its former authority, though it lacked the earlier confidence. "And you will do so *without* questioning its efficacy. You will trust in the wisdom of those who came before you." He raised his practice sword, the polished steel glinting under the filtered sunlight that streamed through the training yard’s high windows. It was less an invitation to spar, more a declaration of intent – a direct challenge to Kenji’s unconventional approach, a refusal to yield to the unsettling tide of his disruptive innovations. The rhythmic thud of his heartbeat echoed in the sudden, absolute quiet. “Now,” Elmsworth finished, his voice low and dangerous, “show me you understand the value of tradition.”</w:t>
      </w:r>
    </w:p>
    <w:p>
      <w:r>
        <w:t>Elmsworth launched his attack. Not a burst of furious speed, not a display of raw power, but a practiced, almost leisurely sequence. Block, parry, riposte. The textbook maneuver, executed with the precision of a clockwork mechanism. Most initiates would have mirrored it, a reflexive response ingrained through years of repetition. Kenji didn’t. He *watched*. Not the blade, not the muscles straining beneath Elmsworth’s tunic, but the subtle shifts in weight, the micro-adjustments of balance, the almost imperceptible telegraphing of intent. It was a dance of predictable movements, a carefully choreographed routine. And routines, even the most refined, always had a flaw. A tiny, almost invisible gap between action and reaction.</w:t>
      </w:r>
    </w:p>
    <w:p>
      <w:r>
        <w:t>He identified it during the block. A fraction of a second too early. A reflexive tightening of the core muscles, a barely noticeable shift in posture – all telegraphing the intent to absorb the force. Kenji didn’t meet the parry. Instead, as Elmsworth’s blade swept across his own, he *shifted*. Not a grand, sweeping movement, but a subtle redirection of force, a fraction of an inch laterally. It was less a block, more a controlled slide, like a stone on a slick surface. The unexpected change threw Elmsworth’s momentum off-balance. It wasn’t a violent disruption, but a quiet unraveling. The shift was minuscule, almost invisible, yet it created a cascading effect. The master’s follow-through, the intended riposte, faltered. His body, already committed to the established sequence, couldn't compensate for the altered trajectory.</w:t>
      </w:r>
    </w:p>
    <w:p>
      <w:r>
        <w:t>The result wasn’t a fall, not precisely. It was a momentary loss of control. Elmsworth’s foot slipped on the packed earth, his body tilted precariously, his intended strike missing Kenji’s chest by a hair’s breadth. The clang of steel on the ground echoed in the sudden, absolute quiet. The ozone smell intensified, a subtle sheen now visible on the training yard’s surface, a shimmering distortion of reality itself. A few of the younger initiates gasped, their eyes wide with a mixture of fear and fascination. Elmsworth’s face was a mask of suppressed rage, the carefully cultivated image of unflappable authority crumbling before his very eyes. It wasn't about strength. It was about understanding. About recognizing the underlying geometry of motion. And Kenji had just rewritten the equation.</w:t>
      </w:r>
    </w:p>
    <w:p>
      <w:r>
        <w:t>Lyra hadn't expected to find herself drawn to the training yard, but the commotion had been unmistakable, even from the relative quiet of the palace gardens. She’d initially dismissed it as the usual adolescent posturing, the predictable friction between tradition and… something else. But the air itself felt different here, charged with an almost tangible tension. It wasn't the raw, explosive energy of a mage’s outburst; it was something subtler, a dissonance humming beneath the surface of the established order. She leaned against the shadowed archway, the scent of damp earth and heated steel sharp in her nostrils, observing the scene with an analytical detachment she’s cultivated since childhood. The instructor’s rigid posture, the almost mechanical precision of his movements, were textbook examples of a system long overdue for an audit. It wasn't a matter of right or wrong, she knew better than to judge a system without understanding its purpose, but the rigidity felt… wasteful. Like forcing water through a narrow channel when a wider flow would achieve the same result with greater efficiency.</w:t>
      </w:r>
    </w:p>
    <w:p>
      <w:r>
        <w:t>Kenji’s movements were bafflingly unorthodox. Not graceful, not powerful, but… intelligent. He hadn’t met force with force; he’s exploited its predictability. A subtle shift, a fractional redirection, and the entire sequence had unraveled. It was a solution that prioritized understanding over brute strength, a concept rarely prioritized in Silverhaven's martial arts. Most young men sought power, the ability to dominate. Kenji seemed to be searching for… a deeper truth. She registered the subtle distortion in the air, the faint ozone scent clinging to the ground – an indication of the unusual energies at play. It was the same anomaly she's occasionally sensed during her own meditation sessions, a ripple in the fabric of reality itself. Most dismissed it as imagination, a product of too much time spent in the quiet contemplation of the palace library, but Lyra suspected it was something more. She’s felt it before, a sense of potential locked away, a hidden layer waiting to be uncovered.</w:t>
      </w:r>
    </w:p>
    <w:p>
      <w:r>
        <w:t>A flicker of something akin to amusement crossed her face, quickly masked by the carefully cultivated neutrality expected of a princess. It was a dangerous game, challenging the established order, even in a seemingly innocuous training session. The consequences for Kenji could be severe, ranging from a formal reprimand to outright expulsion. But the potential reward – a shift in perspective, a re-evaluation of long-held beliefs – was equally compelling. She traced the rim of her goblet with a slender finger, the crystal cool against her skin. It wasn't about loyalty to tradition or defiance of authority. It was about recognizing potential, about fostering growth, about understanding that true strength wasn’t about brute force, but about adaptability, about the willingness to question, to explore, to *understand*. And perhaps, she mused, that was a lesson worth risking a little political capital to witness.</w:t>
      </w:r>
    </w:p>
    <w:p>
      <w:r>
        <w:t>The echo of Master Elmsworth's disapproval resonated not in the training yard, but within Kenji’s own mind. It wasn’s a shouted reprimand, not precisely. It was the subtle shift in posture, the tightening of lips, the almost imperceptible clenching of the jaw – a silent condemnation far more potent than any verbal rebuke. He hadn’t expected praise. He hadn’t even sought it. His intention had been to observe, to analyze, to understand the underlying mechanics of their system. He’s simply… optimized. The irony wasn’t lost on him. He, an outsider, a disruptor, was being penalized for improving efficiency.</w:t>
      </w:r>
    </w:p>
    <w:p>
      <w:r>
        <w:t>He retreated to the shadowed balcony overlooking the palace gardens, the scent of night-blooming jasmine thick in the humid air. The stars were a cold, distant comfort. He focused on the feeling of the stone beneath his bare feet, the subtle vibration of the palace structure humming beneath the surface. Was this what it meant to be a hero? To dismantle, to destabilize, to provoke resentment? The stories he’s read, the legends he’s absorbed, painted a different picture - a triumphant savior, lauded and celebrated. They hadn't mentioned the subtle sting of disapproval, the weight of unasked questions. He's analyzed battle formations, calculated trajectories, identified weaknesses in magical defenses – all with the detached logic of an algorithm. But what about the human element? The ingrained traditions, the carefully cultivated pride? He’s disrupted something fundamental, and the consequences extended far beyond a simple reprimand.</w:t>
      </w:r>
    </w:p>
    <w:p>
      <w:r>
        <w:t>The feeling wasn't despair, not precisely. It was a disquieting hollowness, a recognition that his methods, while logically sound, lacked something essential. Power wasn't simply about optimization; it was about acceptance, about integration. He’s sought to improve the system, but in doing so, had he alienated himself from it? The stars seemed to mock him, distant and unattainable. Perhaps heroism wasn’t about shattering the old ways, but about finding a way to blend the new with the existing, to build bridges instead of dismantling walls. The thought resonated with a quiet desperation, a yearning for a validation he wasn't sure he deserved. He closed his eyes, focusing on the subtle flow of mana within him, searching for a clarity that remained elusive. The universe, he suspected, was far more complex than any equation he could devise.</w:t>
      </w:r>
    </w:p>
    <w:p>
      <w:r>
        <w:br w:type="page"/>
      </w:r>
    </w:p>
    <w:p>
      <w:pPr>
        <w:pStyle w:val="Heading1"/>
      </w:pPr>
      <w:r>
        <w:t>Chapter 6</w:t>
      </w:r>
    </w:p>
    <w:p>
      <w:r>
        <w:t>[Content generation skipped: No events defined for this chapter.]</w:t>
      </w:r>
    </w:p>
    <w:p>
      <w:r>
        <w:br w:type="page"/>
      </w:r>
    </w:p>
    <w:p>
      <w:pPr>
        <w:pStyle w:val="Heading1"/>
      </w:pPr>
      <w:r>
        <w:t>Chapter 7</w:t>
      </w:r>
    </w:p>
    <w:p>
      <w:r>
        <w:t>The Royal Library was a monument to inefficiency, a sprawling labyrinth of dusty tomes and haphazard organization. Kenji found it… painful. He’s faced down significantly more dangerous threats than a poorly indexed collection, but the sheer wastefulness of the system grated on his senses. The current method involved scribes meticulously copying titles onto fragile scrolls, cross-referencing them with a system that seemed designed to be convoluted. It was… suboptimal.</w:t>
      </w:r>
    </w:p>
    <w:p>
      <w:r>
        <w:t>He’s started subtly. A quick mental scan revealed the underlying magical signatures of the library’s protective wards. Simple, but archaic. He began to restructure the indexing system, not by physically altering the books themselves – that would draw too much attention – but by subtly re-aligning the magical energies that bound the titles together. A mental nudge here, a slight resonance shift there. It was akin to re-tuning a faulty string instrument, bringing it back into harmony. The air thickened, a faint hum vibrating through the stone floor. A young scribe, nervously dusting a shelf, glanced up, a flicker of unease in his eyes. He attributed it to the old building, the oppressive weight of centuries. Kenji ignored him, focusing on the cascade of information flowing into his mind - a new understanding of the library’s architecture, the latent magical potential interwoven within the very structure of the building.</w:t>
      </w:r>
    </w:p>
    <w:p>
      <w:r>
        <w:t>The resonance built, a barely perceptible shimmer distorting the light near the central reading table. Then, a pulse. A wave of raw magical energy rippled outward, knocking a pile of scrolls from a nearby shelf. The air tasted of ozone and old parchment. The librarian, a wizened man with ink-stained fingers, let out a startled yelp, dropping his quill. He’s felt the surge, the sudden intensification of the library's inherent power. A barely audible voice echoed in Kenji’s mind, fragmented and ancient, “*Order... restored...*” The organizational chaos he’s been quietly dismantling had, apparently, been a deliberate lock, preventing the library from fulfilling its true potential. It appeared his optimizations had triggered something… significant.</w:t>
      </w:r>
    </w:p>
    <w:p>
      <w:r>
        <w:t>The surge had been subtle, almost invisible to anyone not actively attuned to the library’s latent energies. Lyra, however, had felt it. Not the raw power itself – she lacked the innate sensitivity – but the shift in the air, the barely perceptible ripple across the meticulously ordered rows of tomes. She found Kenji standing near the central reading table, his expression unreadable, a faint sheen of moisture on his brow. He hadn't acknowledged her arrival.</w:t>
      </w:r>
    </w:p>
    <w:p>
      <w:r>
        <w:t>“You’re making things…uncomfortable,” she said, her voice low, barely audible above the rustle of parchment. It wasn't an accusation, not exactly. It was an observation, delivered with the practiced neutrality of a diplomat. The library staff, normally a collection of quiet, dust-covered automatons, were subtly agitated. A junior scribe had actually *flinched* when she's passed. “The atmosphere is…different.” She’s felt it too, the subtle disruption of order. This library wasn’t just a repository of knowledge; it was a carefully maintained ecosystem, a delicate balance of energies. And Kenji, with his constant "optimizations," was disrupting that balance.</w:t>
      </w:r>
    </w:p>
    <w:p>
      <w:r>
        <w:t>He turned, his eyes, those strangely detached pools of observation, focused on her. "Efficiency is rarely comfortable, Princess. Stagnation is the true discomfort." There was no apology in his tone, no hint of regret. Just a flat statement of fact, delivered with a conviction that bordered on arrogance. "These energies were suppressed. I merely...released them." His gaze drifted back to the books, as if they held the answers to a question she hadn't even posed. It wasn't a challenge, but it felt like one. Eldoria valued tradition, revered the weight of history. And Kenji, with his alien logic and his relentless pursuit of improvement, seemed to view those things as… inefficiencies. A subtle tremor ran through the stone floor. “Do you understand what you’re doing?” she pressed, her voice hardening, the diplomatic veneer cracking slightly. The scent of ozone, lingering from the surge, tickled her nostrils.</w:t>
      </w:r>
    </w:p>
    <w:p>
      <w:r>
        <w:t>The subtle tremors hadn’t gone unnoticed beyond the immediate vicinity of the Royal Library. High above, in the Observatory Tower, Master Elmsworth, Archmage and Keeper of the Celestial Charts, felt the disturbance like a discordant note in a symphony. He’s been meticulously monitoring the ebb and flow of Eldorian magical energies for centuries, charting their patterns, predicting their fluctuations. This…this was new. An unusual harmonic distortion, originating from the Library sector, radiating outward with a peculiar resonance. It wasn’t a natural phenomenon. It lacked the chaotic, organic signature of a wild surge or a geological upheaval. This felt… deliberate.</w:t>
      </w:r>
    </w:p>
    <w:p>
      <w:r>
        <w:t>Elmsworth paused his calculations, his ancient eyes, magnified by arcane lenses, narrowing in concentration. The energy signature was faint, masked by the ambient magical background noise, but undeniably present. He cross-referenced it with existing records, comparing it to known magical events, predictable anomalies, and documented disturbances. Nothing matched. This was an aberrant signal, a blip on the cosmic radar, and its origin pointed directly to the Royal Library. A flicker of irritation crossed his face. The Library was a carefully controlled environment, a bastion of stability. It shouldn’t be emitting unusual energy fluctuations. Especially not with the… *presence* of the foreigner. He’s heard the whispers. “Kenji.” The one the Princess seemed to find so… fascinating. Elmsworth dismissed the notion as irrelevant. Irrelevant to the immediate threat, at least. A novice mage interfering with a carefully calibrated magical structure could have unforeseen consequences.</w:t>
      </w:r>
    </w:p>
    <w:p>
      <w:r>
        <w:t>He projected a scrying image, a shimmering portal through which he could observe the Library’s interior. The scene was hazy, distorted by the intervening distance and the subtle interference of Kenji’s actions, but he could make out the general layout. He saw the Princess, engaged in a tense exchange with the foreigner. The air itself seemed to shimmer, charged with an invisible energy. A cascade of faint sparks danced along the bookshelves, visible only to someone attuned to the subtle energies of the arcane. A report would have to be filed. A formal inquiry initiated. The stability of Eldoria wasn’t maintained by ignoring anomalies, no matter how subtle they seemed. A tremor ran through the Observatory, a sympathetic vibration matching the disturbance below. He felt a tightening in his chest, a sense of impending… complication. The foreigner was proving to be more than just an eccentric curiosity.</w:t>
      </w:r>
    </w:p>
    <w:p>
      <w:r>
        <w:t>The resonance lingered, a subtle thrum against his senses, far beyond the immediate visual disturbance. It wasn't just a surge; it was a *structure*. Like examining a shattered vase and seeing not the fragments, but the blueprint of the original form. He ignored the Princess’s scrutiny, dismissing it with a near-imperceptible shift of his focus. Her concerns were… pedestrian. This wasn't about a momentary disruption; it was about the underlying architecture of magic itself. He closed his eyes, filtering out the ambient noise, the subtle anxieties of the Library staff, the muted frustration of the Archmage, likely observing from afar. He let the resonance wash over him, a wave of data, raw and unrefined.</w:t>
      </w:r>
    </w:p>
    <w:p>
      <w:r>
        <w:t>The patterns were initially chaotic, a tangled web of overlapping frequencies. But beneath that surface, a deeper order began to emerge. He isolated the foundational harmonics, the repeating sequences that underpinned the Library’s protective wards, the organizational enchantments that bound the tomes to their shelves. They were… degraded. Not broken, not necessarily, but *compromised*. Like a building constructed on shifting sand, the foundations were slowly, inexorably sinking. He traced the degradation back to its source, a subtle decay in the bedrock of the Library's magical signature, a distortion that resonated with a strange familiarity. It wasn't a natural phenomenon; it was a deliberate modification, a subtle corruption woven into the very fabric of the Library’s magic.</w:t>
      </w:r>
    </w:p>
    <w:p>
      <w:r>
        <w:t>The realization struck him with the force of a physical blow. It wasn't mere inefficiency he was uncovering; it was a deliberate act of sabotage, an intentional weakening of a crucial magical structure. The pattern mirrored a technique he's encountered before, a rudimentary form of nullification, designed to subtly drain magical power without triggering immediate detection. It was crude, almost amateurish, yet undeniably present. Someone had deliberately introduced this corruption, intending to weaken the Library, to subtly erode its power. He opened his eyes, the world seeming sharper, more defined. The Archmage’s distant observation suddenly felt less like scrutiny and more like a potential ally. “It’s not just degraded,” he said, his voice low, almost a murmur, “it's been *intentionally* weakened." He didn't look at the Princess, his gaze fixed on a point beyond the bookshelves, already calculating, already strategizing. "Someone is draining this place."</w:t>
      </w:r>
    </w:p>
    <w:p>
      <w:r>
        <w:t>The deliberate weakening was a crude framework, easily overlooked without a keen eye for the underlying architecture. But within that structure, buried beneath layers of deliberately obfuscated code, something else flickered. A ghost in the machine. It wasn't the ordered flow of Eldorian magic, the predictable currents that underpinned the Library's protections. This was… chaotic. Raw. Like a debugging log, stripped of its formatting, its purpose rendered meaningless by a hasty deletion. A memory fragment, clinging desperately to existence.</w:t>
      </w:r>
    </w:p>
    <w:p>
      <w:r>
        <w:t>He’s felt it initially as a tremor in the resonance, a fleeting anomaly that shouldn’t have been. Most would have dismissed it as a transient fluctuation, a consequence of the ongoing disruption. But he didn't. He honed his focus, filtering out the noise, isolating the aberrant signal. It was faint, almost nonexistent, buried beneath layers of deliberate obfuscation. A novice might have missed it entirely, but he recognized the signature. He’s seen it before, in the discarded remnants of ancient systems, in the forgotten corners of simulations long abandoned. It was the signature of a forced reset, a desperate attempt to rectify a catastrophic error.</w:t>
      </w:r>
    </w:p>
    <w:p>
      <w:r>
        <w:t>The feeling was… jarring. Like stumbling upon a single, perfectly preserved leaf amidst a field of ash. The core of the corruption was an attempt at control, a blunt instrument wielded to suppress the Library’s true potential. Yet this secondary signature spoke of something else entirely – a panicked retreat, a system desperately trying to recover from an unknown failure. He amplified the signal, pulling it from the shadows, feeling the underlying structure solidify. It wasn't just a signature; it was a fingerprint. A faint echo of the original architect, a whisper from the past. He could almost hear the frantic keystrokes, the frustrated sighs, the desperate calculations. Someone, long ago, had been trying to *fix* something. And they’d left behind a trail, a faint but unmistakable trace of their struggle. It wasn't just a corruption. It was a cover-up, built upon a foundation of even deeper secrets. The feeling of unease intensified, a cold weight settling in his gut. The more he uncovered, the more he realized the scope of the deception far exceeded his initial assumptions.</w:t>
      </w:r>
    </w:p>
    <w:p>
      <w:r>
        <w:t>The shadows clung to Master Theron like a second skin, deeper than the gloom pooled between the towering bookshelves. He hadn’t intended to linger, the Archmage’s presence alone a reason to withdraw. But the air crackled with a subtle energy, a discordant note in the otherwise carefully tuned harmony of the Library. It resonated with something… familiar, though he couldn't place it. It wasn't power, not exactly. It was *interference*. The kind that twisted expectations, fractured predictable outcomes. And it emanated directly from the foreigner, Kenji.</w:t>
      </w:r>
    </w:p>
    <w:p>
      <w:r>
        <w:t>Theron hadn't been assigned to investigate. His duties lay in the meticulous cataloging of ancient scrolls, a task that offered a comforting predictability. But Malakor's influence wasn's easily ignored, even for one steeped in the rigid structure of the Eldorian Order. A whisper, a suggestion of potential threat, and he was here, ostensibly to observe, but truly to assess. Kenji’s scrutiny wasn't brute force. It was... analytical. Like a scavenger dismantling a complex mechanism, identifying each component, cataloging its purpose. A dangerous trait in one so clearly lacking the natural affinity for magic. Most mortals relied on instinct, a crude approximation of the underlying power. This one… this one *understood*. And understanding, Theron knew, was far more dangerous than raw potential.</w:t>
      </w:r>
    </w:p>
    <w:p>
      <w:r>
        <w:t>He felt the subtle probing, a faint pressure against the edge of his awareness. It wasn’t an attack, not overtly. It was a scan, an attempt to unravel the threads of his own intentions. Malakor's tendrils weren’t always direct. Sometimes, they worked through proxies, leveraging existing structures to achieve their aims. Was Kenji a pawn? A willing agent? Or something more complicated, a catalyst unwittingly amplifying a pre-existing discord? Theron tightened his grip on the hem of his robes. The scent of old parchment mingled with the ozone tang released by Kenji's presence. He could almost *taste* the subtle corruption, the creeping tendrils of Malakor’s influence. The foreigner’s analytical gaze brushed against his own, a fleeting connection that sent a jolt of… recognition? No. Not recognition. *Resonance*. A faint echo of something broken, something twisted, deep within the Library’s ancient foundations. A flicker of unease tightened his chest, a silent alarm ringing in the back of his mind. He had to report this. He *would* report this. Even if it meant facing the ire of the Archmage, and the scrutiny of the Order. The stability of Eldoria was paramount, and even the smallest crack could lead to a catastrophic collapse.</w:t>
      </w:r>
    </w:p>
    <w:p>
      <w:r>
        <w:t>The residual echoes of the Library’s altered structure thrummed against his senses, a discordant symphony of forced adaptation. It wasn's merely about improved organization, or even accelerated knowledge acquisition. Each "miracle"—the self-repairing shelves, the spontaneously translating scrolls—was a symptom, not a solution. Like treating a fever with ice, ignoring the underlying infection. He traced the energy flows, not through the visible enchantments, but deeper, tracing them back to the bedrock of Eldorian magic itself. It wasn't a system designed for organic growth, for iterative improvement. It was a rigid framework, a calcified structure built on ancient assumptions and enforced by layers of tradition.</w:t>
      </w:r>
    </w:p>
    <w:p>
      <w:r>
        <w:t>He’s compared it, in his mind, to a primitive engine, burning fuel inefficiently, producing excessive waste. The Library’s modifications weren’t enhancing the system; they were forcing it to compensate, to reroute power to mask the inherent flaws. A poorly designed conduit attempting to channel a river. The raw power was present, certainly. Eldoria’s magical wellspring was potent, but the distribution network was broken, choked by dogma and outdated principles. He ran a mental simulation, overlaying a theoretical model of a self-optimizing system, and the disparity was stark. It was like comparing a hand-carved clockwork mechanism to a crystalline matrix capable of adapting to shifting gravitational forces.</w:t>
      </w:r>
    </w:p>
    <w:p>
      <w:r>
        <w:t>The implications were unsettling. If the Library, a repository of Eldoria’s accumulated knowledge, was exhibiting these compensatory adaptations, what of the rest of the nation? Were the crops failing not due to natural cycles, but due to a fundamental imbalance in the land’s magical resonance? Were the wars waged not because of territorial disputes, but because the underlying foundations of their power were fracturing, creating instability? It wasn’s a matter of simple improvement; it was a foundational crisis. A silent rot at the heart of their power. He leaned back against a stack of ancient tomes, the scent of aged parchment and lingering magic filling his nostrils. “They aren't fixing things,” he murmured, more to himself than anyone else. “They're just delaying the inevitable collapse." A faint tremor ran through the floor, a sympathetic vibration echoing his own disturbing conclusions.</w:t>
      </w:r>
    </w:p>
    <w:p>
      <w:r>
        <w:br w:type="page"/>
      </w:r>
    </w:p>
    <w:p>
      <w:pPr>
        <w:pStyle w:val="Heading1"/>
      </w:pPr>
      <w:r>
        <w:t>Chapter 8</w:t>
      </w:r>
    </w:p>
    <w:p>
      <w:r>
        <w:t>The accusation hung in the air, sharp and precise. Lord Valerius, a man whose smile could curdle milk, sputtered denials, his crimson face blotching further with each syllable. Kenji hadn't intended for it to be so dramatic, so public. He’s simply been analyzing the ledger, the endless scroll of numbers representing grain shipments to the outlying villages. The discrepancies were… significant. Not a few coins skimmed off the top, but entire harvests vanishing into Valerius's personal coffers. It wasn't about justice, not really. It was about efficiency. A corrupt system wasted resources, created instability. And instability was… messy.</w:t>
      </w:r>
    </w:p>
    <w:p>
      <w:r>
        <w:t>He hadn’t shouted, hadn’t even raised his voice. Just pointed out, with the calm detachment of a compiler debugging code, that the numbers didn't match the reality of the villagers’ empty storehouses. He’s layered his observations, a chain of logical deductions so irrefutable they choked the lies right out of Valerius’s mouth. The Royal Guard, normally a bastion of bewildered inertia, moved with surprising swiftness, spurred on by the sudden, undeniable weight of evidence. The murmur of the crowd, initially hesitant, swelled into a roar. Even Lyra, standing slightly behind the dais, wore an expression of astonished approval. It wasn’t a satisfying victory, not in the way a battle was satisfying. It was a correction, a necessary adjustment. The faint scent of incense from the temple mingled with the growing smell of fear radiating from the disgraced Lord.</w:t>
      </w:r>
    </w:p>
    <w:p>
      <w:r>
        <w:t>Valerius’s downfall was almost… elegant. His protests, once forceful, dwindled to whimpers as his retinue scattered like startled sparrows. The Royal Advisor, a man who’s carefully cultivated an image of unwavering loyalty, shifted uncomfortably, his eyes darting between Kenji and the departing Lord. The subtle tremor in the Advisor’s stance was almost imperceptible, but Kenji’s analysis wasn’t about grand gestures. It was about the minute details, the infinitesimal discrepancies that revealed the true nature of things. A system prompt, faint but persistent, flickered in his vision: "Deviation Significant. Potential for Cascade Effect." He ignored it. Cascade effects were inevitable. They were also opportunities.</w:t>
      </w:r>
    </w:p>
    <w:p>
      <w:r>
        <w:t>The roar started as a tremor, a low rumble vibrating through the cobblestones, then built into a wave. Not the celebratory cheer of a battlefield victory, not the nervous applause of a courtly audience, but something raw and visceral. It was the sound of people starved for hope, finally tasting something real. Kenji didn't look for the source; he felt it, a pressure against his skin, a pulse in the air thick with the scent of woodsmoke and fear. The guards, stiff and uncomfortable in their polished armor, flinched, instinctively forming a tighter circle around him. Valerius’s retainers, those who hadn’t already melted into the shadows, huddled together, their faces pale masks of terror.</w:t>
      </w:r>
    </w:p>
    <w:p>
      <w:r>
        <w:t>The noise wasn’t directed at him, not exactly. It was a release, a catharsis. "Miracle-worker!" someone screamed, the cry picked up and amplified by the crowd. Another voice, deeper and more resonant, added, "The Light has returned!" Kenji registered the sentiment, the inherent illogicality of it. He hadn't brought light; he’s merely pointed out a glaring inconsistency. The *real* light, he suspected, lay buried beneath layers of corruption and complacency, waiting for someone—anyone—to simply bother looking. He could feel the subtle hum of the system prompt intensifying, a quiet alarm buried within the growing din. Deviation Significant. Potential for Cascade Effect. He ignored it. These were necessary tremors, the crumbling of old structures to make way for something new.</w:t>
      </w:r>
    </w:p>
    <w:p>
      <w:r>
        <w:t>The noise swelled, coalescing into chants. "Kenji! Kenji!" It was clumsy, unsynchronized, lacking the precision of a formal hymn, but it resonated with an undeniable force. He could feel the weight of their expectations, a burden heavier than any physical armor. It wasn’t adoration he sensed, not exactly. It was desperation, a yearning for something beyond the bleak reality they had grown accustomed to. He could detect faint traces of magical residue clinging to the air, a subtle shift in the ambient energy as their collective hope intensified. Another system prompt flashed: Cascade Initiated. Resource Allocation Required. He closed his eyes, focusing on the underlying patterns, the intricate web of cause and effect. He wasn't a savior. He was merely a variable, a catalyst in a system far more complex than he could ever fully comprehend. And the real work, he suspected, was only just beginning.</w:t>
      </w:r>
    </w:p>
    <w:p>
      <w:r>
        <w:t>The roar hadn't died, not really. It had simply… shifted. It clung to the edges of the courtyard, a restless tide held back by the stoicism of the Royal Guard. Lyra moved through it, a current parting the water. The cheers for Kenji were potent, almost palpable, but laced with something else – a fervent expectation that bordered on fanaticism. It was a dangerous thing, this sudden devotion. Power, any kind of power, drew predators. And Kenji, with his unsettling calmness and analytical precision, had inadvertently become a magnet.</w:t>
      </w:r>
    </w:p>
    <w:p>
      <w:r>
        <w:t>She kept her expression carefully neutral, a practiced mask honed over years of navigating the court’s viper’s nest. Her gaze swept across the assembled nobles, assessing their reactions. Lord Elmsworth, usually a champion of tradition and order, looked pale and visibly shaken, his hand trembling as he clutched his ceremonial staff. Lady Seraphina, known for her sharp wit and even sharper tongue, was uncharacteristically silent, her eyes narrowed as she watched Kenji with an intensity that suggested something beyond simple curiosity. They were calculating, weighing the implications of his actions, gauging whether he posed a threat to their own carefully constructed positions. The air itself seemed to thicken with unspoken questions, with the subtle shifting of alliances.</w:t>
      </w:r>
    </w:p>
    <w:p>
      <w:r>
        <w:t>A hand settled lightly on her arm, the familiar touch of the Royal Advisor. He was attempting to be reassuring, but his eyes betrayed his own anxieties. "Princess," he murmured, his voice barely audible above the lingering echoes of the crowd's fervor. "This… this is unprecedented. We must be cautious." Lyra nodded, offering a thin smile. Caution was a given. She deliberately angled her body to subtly obstruct the crowd's view of Kenji, drawing attention to herself as a shield. The people weren’t fools. They understood the subtle cues of power, the unspoken dynamics of the court. She needed to project an image of control, of authority, to prevent the situation from spiraling beyond their grasp. “Unprecedented,” she repeated softly, her voice carrying just enough to be heard by a select few. “Perhaps. But also… an opportunity.” She let the word hang in the air, a deliberate ambiguity designed to quell the rising tide of expectation while simultaneously hinting at a path forward. Her gaze returned to Kenji, a silent acknowledgment of the unsettling power he held, a power that neither of them fully understood.</w:t>
      </w:r>
    </w:p>
    <w:p>
      <w:r>
        <w:t>Lord Morian wasn’t shouting. That was the dangerous part. Shouting could be met with a stern glance, a quick rebuke. Subtle undermining required a more insidious approach, a slow drip of poison into the well of public opinion. He didn’t even look at Kenji as he spoke to the assembled nobles, his voice a perfectly modulated tenor, pleasant but dismissive. "Remarkable efficiency, certainly," he conceded, his gaze fixed on a point just beyond Kenji's shoulder. "But efficiency without context is merely… rearrangement. A clever accountant can always find savings, but it takes a steward to understand the consequences." A ripple of murmured agreement passed through the crowd. They understood the nuance. The peasant’s empty storehouse was a problem, yes, but had Kenji considered the ripple effects? The contracts broken, the trade routes disrupted? Such things weren't merely numbers in a ledger. They were the foundations of the kingdom’s stability.</w:t>
      </w:r>
    </w:p>
    <w:p>
      <w:r>
        <w:t>Morian’s smile was a thing of exquisite cruelty, a brief upward twitch of the lips that revealed nothing but a chilling emptiness. He paused, allowing his words to sink in, then turned his attention to Lady Elara, a known supporter of the traditionalists. "Lady Elara, you’re known for your expertise in agricultural policy. Perhaps you could enlighten us on the long-term implications of such… sudden adjustments." The unspoken question hung in the air: *Was Kenji’s solution sustainable? Was it wise?* Elara, a woman who understood the intricate dance of power better than most, responded with a carefully constructed neutrality. “Lord Kenji’s actions, while undeniably swift, require further scrutiny. We must examine the underlying vulnerabilities that allowed such a disparity to exist in the first place. Simply correcting the immediate problem is insufficient. We need systemic reform.” It wasn't an outright condemnation, but it was a subtle shift in the narrative, transforming Kenji from a savior into a symptom. A bandaid on a festering wound.</w:t>
      </w:r>
    </w:p>
    <w:p>
      <w:r>
        <w:t>The murmurs escalated, a low hum of agreement punctuated by the occasional disapproving sniff. Morian allowed the tide of opinion to rise, then gently steered it towards a more critical shore. “Of course,” he continued, his voice laced with a false warmth, “we wouldn’t want to discourage such… zeal. It’s commendable, truly. But perhaps a more experienced hand would be better suited to guiding such enthusiasm. Someone with a deeper understanding of the intricate web of obligations and responsibilities that bind this kingdom together.” The implication was clear. Kenji’s outsider status, his lack of ingrained loyalty, was a weakness. A liability. He’s bypassed the system, solved a problem directly. That was admirable, perhaps. But it also threatened the delicate balance of power. A flicker of something akin to amusement crossed Morian’s face. A subtle tightening of his jaw, barely perceptible. The real work, he thought, had only just begun. Shaping the narrative. Controlling the perception. Making the savior look like a dangerous fool.</w:t>
      </w:r>
    </w:p>
    <w:p>
      <w:r>
        <w:t>The training yard reeked of sweat, oiled leather, and the metallic tang of freshly sharpened steel – a familiar scent, but one that grated on Kenji’s finely tuned senses. The drills were… inefficient. Brutal, certainly. Repetitive to a degree that bordered on absurd. Thirty guards, hacking at straw dummies with predictable swings, their movements a tired echo of a bygone era. He’s observed, analyzed, quantified. The probability of a successful strike against a skilled opponent was… appalling.</w:t>
      </w:r>
    </w:p>
    <w:p>
      <w:r>
        <w:t>“You’re watching too much,” Master Theron grumbled, his voice a low rumble. The man was a mountain of muscle and scarred flesh, his eyes like chips of flint. He’s designated himself as the point of contact, likely to assess the threat Kenji represented. “Training isn’t about understanding. It’d about doing. Repeating. Until it’s muscle memory.” Kenji ignored the dismissive tone. Muscle memory, he conceded, was useful. But it was a foundation, not a ceiling. He’s already detected structural weaknesses in their approach. “With respect, Master Theron,” he said, his voice calm, almost detached, “the current method maximizes endurance, not effectiveness. The probability of success, against a moderately skilled adversary, is… suboptimal.” He didn’t elaborate on the specifics. Explaining the mathematical model would only invite further dismissal. Instead, he took a position near the practice line and began to move. A fluid, almost languid shift of weight, a subtle redirection of force. He wasn’t attacking the dummies. He was demonstrating a principle. A slight adjustment to the grip, a realignment of the stance, a fractional shift in timing. "Observe," he stated, his voice carrying clearly across the yard. “Minimize wasted motion. Maximize leverage. Anticipate your opponent’s intentions.”</w:t>
      </w:r>
    </w:p>
    <w:p>
      <w:r>
        <w:t>The reaction was instantaneous. A collective gasp, a murmuring ripple of confusion. The guards halted their monotonous swings, their eyes fixed on Kenji. Master Theron’s face darkened, the lines around his mouth tightening. "What do you think you're doing?" he barked, his voice laced with barely controlled fury. Kenji didn't stop. He executed a series of movements, each one a demonstration of the flaws in their current technique. A simple parry, redirecting an attack with minimal effort. A counter-strike, exploiting a momentary lapse in posture. He wasn't trying to show off. He was demonstrating an alternative. “I’m optimizing the process,” Kenji replied, his voice unwavering. “The current methodology prioritizes quantity over quality. I’m attempting to rectify the imbalance." A young guard, barely a man, stepped forward hesitantly, attempting to mimic Kenji’s movements. He stumbled, his stance collapsing. Master Theron let out a snort of derision. "You think you can teach us anything, outsider? We're the Royal Guard! We're the best warriors in the kingdom!" Kenji didn’t respond to the provocation. He simply adjusted his stance, a subtle shift in weight, and executed a perfect block, deflecting a practice strike with effortless grace. The air crackled with tension. The yard held its breath. He was challenging the very foundation of their identity.</w:t>
      </w:r>
    </w:p>
    <w:p>
      <w:r>
        <w:t>The scent of beeswax and old parchment clung to the air in the Royal Archives, a strangely comforting aroma that did little to soothe the prickle of unease crawling up Lyra’s spine. She shouldn't have been here, not truly. Officially, she was reviewing trade agreements, a tedious exercise designed to keep her occupied and away from matters of state. Unofficially, she was hunting for whispers, for the subtle currents of dissent that flowed beneath the polished surface of the kingdom. The ledger she held, ostensibly documenting grain shipments, had been a convenient cover. It allowed her access to the restricted section, a maze of forgotten records and decaying scrolls. And it had led her here.</w:t>
      </w:r>
    </w:p>
    <w:p>
      <w:r>
        <w:t>A faint tremor in the air, almost imperceptible, had first alerted her. A residual echo of a magical concealment, hastily erected and just as hastily dismantled. It clung to a specific alcove, nestled between a chronicle of the War of the Sundered Peaks and a collection of ancient cartographic surveys. The air here felt colder, subtly shifted, a distortion almost too faint to register. Lyra's fingers brushed against the stone, feeling the lingering trace of arcane energy. A cursory scan revealed the remnants of a silencing spell, designed to prevent conversation from escaping the chamber. It was amateurish, sloppy, the work of someone desperate and inexperienced. She activated her own senses, pushing past the lingering magical residue, layering her own awareness over the echoes of the past. The brief encounter had left a psychic trace, a fleeting impression of two figures, male and female, speaking in low, hurried tones. One voice, familiar - Lord Morian, his timbre strained with suppressed anxiety. The other... a shadow. A presence devoid of defining characteristics, leaving only a sense of cold calculation.</w:t>
      </w:r>
    </w:p>
    <w:p>
      <w:r>
        <w:t>A faint shimmer revealed a series of hastily scribbled notes concealed behind a tapestry depicting the founding of the kingdom. Simple charcoal markings, barely visible to the naked eye. Lyra traced the lines with a gloved finger, recognizing a coded sequence, a crude cipher she’s encountered before – a favored method of communication amongst certain fringe elements. The message itself was chillingly concise: *“The convergence nears. Offer accepted. Shadow will arrive at the Crimson Gate.”* The Crimson Gate. A long-abandoned outpost on the borderlands, notorious for its proximity to the Shadowfell. A gateway to the realm of demons. A cold certainty settled in her gut. Morian wasn't merely disgruntled. He was complicit. And whatever 'offer' he's accepted carried the scent of the abyss. She extinguished the lingering trace of her presence, leaving no echo of her intrusion. The archives held secrets, but they were only half the battle. The real challenge lay in confronting the darkness that now festered within the heart of the kingdom, a darkness that had taken root in a place she never expected—the halls of power.</w:t>
      </w:r>
    </w:p>
    <w:p>
      <w:r>
        <w:t>The applause felt…inefficient. A waste of energy. Gratitude was a human construct, a byproduct of hormonal fluctuations and societal conditioning. Data. And the data suggested a significant misallocation of resources within the court itself. Kenji ignored the lingering smiles, the carefully crafted expressions of admiration, and focused on the subtle shifts in posture, the micro-expressions flitting across faces. He wasn't searching for malice, not yet. He was mapping the network. A power grid, illuminated by flattery and sustained by obligation. Lord Morian, predictably, had orchestrated a delicate ballet of public praise. A masterful display of calculated generosity. But the data stream was richer than mere surface observation. He noted the subtle tightening of Lady Elara’s jaw as Morian spoke, the brief flicker of irritation in the eyes of the Master of Coin. Discordant frequencies within the harmony.</w:t>
      </w:r>
    </w:p>
    <w:p>
      <w:r>
        <w:t>He began to parse the room, not through the lens of social interaction, but as an optimization problem. Each person a node, their influence measured by the ripple effect of their words and actions. The King, a central hub, radiating power but increasingly reliant on the stabilizing influence of his advisors. The Queen, a quieter node, her influence subtle but pervasive, her observations sharper than any courtier’s. He cataloged the lines of influence, the alliances, the dependencies. A web of interconnectedness, ripe for exploitation, or, more accurately, for *understanding*. He felt a faint prickle at the edge of his awareness, a sensation akin to a minor magical distortion, almost lost amidst the ambient energies of the court. Someone was observing him. Not openly, but with a focused intensity that was…uncomfortable. He dismissed it as residual attention, the lingering effects of his unorthodox arrival. Still, he registered the sensation. Data points, however minor, were valuable.</w:t>
      </w:r>
    </w:p>
    <w:p>
      <w:r>
        <w:t>The air grew subtly colder, a chill that had nothing to do with the drafts of the grand hall. A flicker of movement in his peripheral vision - a brief glimpse of a shadowed figure disappearing behind a tapestry depicting a long-forgotten victory. He hadn's turned his head fully, hadn't expended the energy. Unnecessary. But the echo remained, a faint resonance in his awareness. They were studying him now. Analyzing his methods, assessing his intentions. They saw him as a variable, an anomaly disrupting their carefully calibrated system. They didn't understand his motivations, his calculations. They believed him to be driven by ambition, by a desire for recognition. Their assumption was a useful simplification. A flaw they would soon exploit. He allowed a faint smile to play on his lips. The game had begun. And he already knew who held the disadvantage.</w:t>
      </w:r>
    </w:p>
    <w:p>
      <w:r>
        <w:br w:type="page"/>
      </w:r>
    </w:p>
    <w:p>
      <w:pPr>
        <w:pStyle w:val="Heading1"/>
      </w:pPr>
      <w:r>
        <w:t>Chapter 9</w:t>
      </w:r>
    </w:p>
    <w:p>
      <w:r>
        <w:t>The training yard was… inefficient. That was the immediate assessment, a data point solidifying in Kenji’s mind even before the first clang of steel echoed across the stone. The instructors, a cadre of grizzled veterans radiating an almost palpable sense of tradition, stood stiffly, mirroring each other with an unsettling precision. Their movements were deliberate, almost ceremonial, emphasizing form over function. A waste.</w:t>
      </w:r>
    </w:p>
    <w:p>
      <w:r>
        <w:t>He’s been told to emulate them, to *learn* from them. Instead, he analyzed. The stances were predictable, the parries telegraphed. Each movement followed a rigid sequence, a flowchart of defensive maneuvers. It was like watching a poorly optimized algorithm run through a series of predefined steps. The first instructor, a man built like a granite outcropping named Borin, launched a practice strike. It was textbook perfect, the blade arcing with practiced grace, yet utterly devoid of surprise. Kenji didn't block, didn't even attempt a parry. He *shifted*. A subtle adjustment of weight, a barely perceptible movement of his core. Borin’s blade passed harmlessly by, leaving a rush of stale air against Kenji's cheek. A murmur rippled through the assembled students. Borin’s face darkened, the granite hardening into a scowl. "Focus, initiate! You do not *avoid* a strike; you *meet* it!"</w:t>
      </w:r>
    </w:p>
    <w:p>
      <w:r>
        <w:t>Kenji didn’s respond verbally, his expression unchanged. He saw the flaw. It wasn’t about brute force or flawless technique; it was about anticipation. The rigidity of their forms *created* the openings. He moved again, a flicker of motion so swift it was almost invisible. This time, he didn’t evade. He *redirected*. Borin’s momentum, carefully guided by a subtle shift of Kenji’s arm, sent the veteran stumbling slightly off balance. The clang of steel on steel followed, not a clash, but a brief, awkward reverberation as Kenji allowed Borin’s blade to graze his own practice sword. "You mock the elders?" Borin roared, his face crimson. “You think you know better than those who have served this kingdom for decades?” The scent of sweat and old leather filled Kenji’s nostrils, a dense, stagnant smell that spoke of years spent clinging to outdated methods. He saw the calculation in Borin's eyes, the predictable pattern of aggression. Another data point.</w:t>
      </w:r>
    </w:p>
    <w:p>
      <w:r>
        <w:t>Borin’s frustration was a tangible thing, a heat radiating from his bulk that prickled the hairs on Kenji’s arms. It wasn’t anger, not precisely. It was the kind of rigid disappointment that clung to tradition, a discomfort at the unsettling of established order. "You do not *improvise* with a blade, initiate," he rumbled, his voice like stones grinding together. "You *learn* the forms. They are the foundation upon which all skill is built."</w:t>
      </w:r>
    </w:p>
    <w:p>
      <w:r>
        <w:t>Kenji allowed a flicker of amusement to cross his face, a subtle shift in his expression that likely only a trained observer would have noticed. It wasn't a dismissive gesture, more a quiet acknowledgement of the inherent absurdity of the situation. The forms, as presented, were not a foundation, but a series of prescribed responses to predictable attacks. They were a map of what *should* happen, not a guide to what *would* happen. "And what happens when the attack is unpredictable?" he asked, his voice calm, almost conversational. "What then?" The question hung in the air, a pointed challenge that drew the attention of the other students.</w:t>
      </w:r>
    </w:p>
    <w:p>
      <w:r>
        <w:t>Borin’s face tightened, the granite shifting to a harder, more unforgiving texture. "The forms teach discipline. They teach control. They teach…" He trailed off, searching for the words, the perfect encapsulation of the ingrained wisdom he felt compelled to impart. Kenji anticipated his next move, the predictable return to the mantra of tradition. He didn’t block it, didn't interrupt. He simply observed, analyzing the subtle cues in Borin’s posture, the tightening of his jaw, the almost imperceptible tremor in his hands. He saw the resistance, the unwillingness to consider an alternative, and he understood. It wasn't a lack of intelligence; it was a fear of change, a clinging to the familiar. It was, in its own way, another inefficiency. An obstacle.</w:t>
      </w:r>
    </w:p>
    <w:p>
      <w:r>
        <w:t>Princess Lyra hadn’t intended to watch. The training yard was a necessary duty, a perfunctory attendance to gauge the progress of the initiates, but the predictable rhythms of blade against blade usually lulled her into a near-trance. Today, however, something…shifted. It wasn’s the clang of steel, though that was sharp enough, but the abrupt silence that followed Borin’s initial strike. The veteran’s movements were rigid, powerful, but telegraphed; his intentions laid bare for anyone with even a modicum of perception to see. Then, the initiate – Kenji – *moved*. Not to block, not to parry, but to *redirect*. A mere shift of weight, a subtle adjustment of the core, and the veteran’s force was turned aside. It was… elegant. A waste of power, certainly, but elegance wasn't always about brute force.</w:t>
      </w:r>
    </w:p>
    <w:p>
      <w:r>
        <w:t>She hadn't anticipated the quiet disruption to the established order; a princess was raised to uphold tradition, not to question it. Yet, the efficiency of Kenji’s response resonated with something deep within her, a nascent understanding of a different kind of strength. He hadn't dismissed the veteran's skill; he's navigated it, exploited a weakness not in Borin’s power, but in the rigidity of his form. It was a subtle distinction, one lost on most of the assembled initiates, but not on her. There was a certain…predictability in her own life, a prescribed path laid out before her from birth. Yet, watching this initiate dismantle the predictable with a mere shift of balance, she felt a flicker of something akin to envy.</w:t>
      </w:r>
    </w:p>
    <w:p>
      <w:r>
        <w:t>The air smelled of sweat, leather, and the faint, metallic tang of old steel, a scent familiar from countless royal duties. She’s focused on the minute details: the way the sunlight glinted off the initiate's practice sword, the subtle flush on Borin’s face, the almost imperceptible tension in the shoulders of the assembled students. It wasn't defiance, not in the initiate's eyes, but something else. A quiet observation. A cold, calculating assessment. A willingness to see beyond the surface, to analyze the underlying structure. He wasn't challenging the system; he was demonstrating its inherent flaws. And the thought, fleeting as it was, brought with it a strange and unsettling sensation: a whisper of possibility.</w:t>
      </w:r>
    </w:p>
    <w:p>
      <w:r>
        <w:t>The wooden training dummy, a standard issue target for initiates, seemed to hum with a barely perceptible vibration. Kenji hadn’t spoken a word, hadn’t even consciously directed his focus, yet the shift was there. A subtle alteration to the wood’s resonant frequency, a minute restructuring of its internal bonds. It wasn's a matter of brute force, of shattering or altering the physical structure. It was a refinement, a tuning. Like adjusting the strings of an instrument to achieve a clearer, more vibrant tone. He’d learned the principle from dismantling a malfunctioning irrigation system – efficiency wasn’t always about power; it was about understanding the underlying mechanisms. The dummy didn't change appearance; the wood remained the same dull brown, the straw stuffing untouched. But when Borin, frustrated by the initiate's perplexing movements, swung a practice strike, the impact wasn't the usual thud. It resonated. Not a violent shock, but a controlled vibration that amplified the force, subtly shifting the trajectory of the blade. A faint, almost musical chime echoed across the training yard, unnoticed by all but Kenji.</w:t>
      </w:r>
    </w:p>
    <w:p>
      <w:r>
        <w:t>He hadn't intended to demonstrate his abilities so overtly, but the inefficiency of the standard training method demanded a solution. The dummy was a static target, a blunt instrument designed to instill rote memorization, not genuine understanding. It punished errors with blunt force, offering no feedback, no nuance. By altering its resonance, he’s created a system where impact wasn’t just about force; it was about feedback. A strike too wide, and the dummy would subtly redirect the blade. A strike too short, and it would echo back, a clear indication of the error. It was a silent lesson, a personalized tutorial delivered through the vibrations of wood and steel. The instructors wouldn’t understand. They'd likely see only a slightly altered target, a subtle change in the dummy's behavior. They’d attribute it to a change in the wood, a quirk of the straw stuffing. But Kenji knew better. He’s not breaking the system; he’s optimizing it. Refining it. Making it *work*.</w:t>
      </w:r>
    </w:p>
    <w:p>
      <w:r>
        <w:t>Lyra, observing from the periphery, hadn’s registered the subtle change at first. The training yard was a blur of motion, a cacophony of clanging steel and shouted instructions. But something had caught her attention – a faint, almost imperceptible chime that seemed to linger in the air after Borin's latest strike. She hadn’t heard a sound, precisely, but a sensation. A vibration that resonated deep within her bones. It was subtle, almost undetectable, yet it was undeniably *there*. She glanced at Kenji, but his face was an impassive mask, betraying nothing. He wasn’t smiling, wasn’t smirking. He simply stood, an observer, an analyzer, a silent architect of change. She couldn’t explain it, couldn’t articulate what she’s seen. But she knew, with a certainty that defied logic, that something had shifted. The training dummy hadn’t just been struck; it had been *tuned*.</w:t>
      </w:r>
    </w:p>
    <w:p>
      <w:r>
        <w:t>A grunt escaped Eldrin's throat, a sound more akin to the shifting of tectonic plates than a polite acknowledgement. He was old, older than most remembered, a relic of a bygone era when warriors honed their skills not through rote drills, but through brutal, unforgiving trials. Kenji’s…approach…had been an affront to that memory. Efficient, perhaps, but lacking a certain *weight*. A certain respect for the inherent chaos of a true battle. He hadn’t charged, hadn't roared, hadn't even bothered with a proper stance. Just…shifted. Like a ripple in a pond.</w:t>
      </w:r>
    </w:p>
    <w:p>
      <w:r>
        <w:t>"Enough," Eldrin said, his voice a low rumble that silenced the yard. The initiates froze, their movements arrested mid-swing. Even the instructors seemed to hold their breath. Eldrin didn’t look at the instructors, didn’t need their permission. His gaze fixed on Kenji, assessing. It wasn’t a challenging stare, not overtly. It was a weighing. A calculation. "You speak of efficiency, initiate. Of optimization. Let’s see it applied. A sparring match." He drew his sword, the steel singing as it cleared the scabbard. It wasn’t a flashy weapon, just a well-maintained blade, honed to a razor’s edge through years of diligent care. The steel reflected the late afternoon sun, momentarily blinding, but Eldrin didn't flinch. He simply waited. The scent of oiled leather and cold steel filled the air, a familiar, comforting aroma.</w:t>
      </w:r>
    </w:p>
    <w:p>
      <w:r>
        <w:t>Kenji didn't reply immediately. He simply observed Eldrin, his gaze sweeping over the old warrior's stance, his grip, the subtle tension in his shoulders. There was a weariness to Eldrin, a slowing of reflexes that would be obvious to anyone less perceptive. But there was also a core of strength, a reservoir of experience that couldn's be easily dismissed. Kenji's hand tightened subtly on the hilt of his practice sword. He accepted the challenge not with a boast, but with a quiet acknowledgement. "As you wish," he said, his voice calm, devoid of any trace of arrogance. He shifted his weight, adopting a stance that was less a rigid posture and more a flowing adaptability. He wasn't trying to intimidate. He was preparing. He knew that Eldrin wouldn't be testing his *speed*, or his agility. He would be testing his understanding. His ability to apply the principles he’s so casually espoused. The clash wouldn’t be about brute force; it would be about leverage. About understanding the fulcrum of power.</w:t>
      </w:r>
    </w:p>
    <w:p>
      <w:r>
        <w:t>Eldrin moved, a slow, deliberate arc of the blade meant to test Kenji’s reaction. It was a textbook opening, the kind drilled into warriors since they first grasped a wooden sword. Most would anticipate, would parry, would try to match the force. Kenji didn't. He *shifted*. Not sidestepping, not dodging, but subtly altering his center of gravity, letting Eldrin's momentum carry past him, a fleeting disturbance in the air. It wasn't avoidance; it was redirection, a manipulation of force that defied conventional wisdom. Kenji wasn’t meeting the attack head-on; he was exploiting the angle, the inertia, the *waste* in Eldrin’s power.</w:t>
      </w:r>
    </w:p>
    <w:p>
      <w:r>
        <w:t>A flicker of confusion crossed Eldrin’s face, the briefest hesitation. It was enough. Kenji's movements weren’t a dance, but a chaotic series of readjustments, each dictated by Eldrin’s next action. It wasn't about strength, but about leverage. Eldrin attempted a sweeping cut, and Kenji didn't block. Instead, he rotated his torso, a nearly imperceptible shift, allowing Eldrin's blade to glance off his side, then used that momentum to propel himself forward, closing the distance. It was less a fighting style and more a reaction to Eldrin's movements, an instinctive response to the patterns of his power. He wasn't predicting; he was *listening* to the way Eldrin moved, the subtle tells in his stance, the minuscule hesitations before each strike. A faint hum resonated in Kenji’s mind, a byproduct of analyzing the flow of Eldrin’s energy, identifying the points of weakness, the vulnerabilities in his technique.</w:t>
      </w:r>
    </w:p>
    <w:p>
      <w:r>
        <w:t>It was as if Kenji were dismantling Eldrin’s movements, piece by piece, exposing the inefficiency in each action. A jab, met not with a block, but a subtle lean, redirecting the force downwards, throwing Eldrin off balance. A feint, met not with a parry, but a micro-adjustment, exploiting the momentum to close the gap. It wasn’t about countering strength with strength; it was about turning weakness into opportunity. The air crackled with the faint resonance of Kenji’s mental calculations, the silent dissection of Eldrin’s power. The scent of oiled leather and sweat mingled with a peculiar aroma, almost metallic, a byproduct of the mental exertion. Eldrin's face, initially a mask of grim determination, now registered a growing frustration. He was fighting not an opponent, but a logic puzzle, a series of equations he couldn’t solve. The rigid structure of his training was failing him, rendered useless by Kenji’s unorthodox, unsettling approach.</w:t>
      </w:r>
    </w:p>
    <w:p>
      <w:r>
        <w:t>The final clash wasn’t a thunderclap, but a sigh. Eldrin’s sword, aimed to cleave, halted inches from Kenji’s face. Not blocked. Not evaded. Just…stopped. The momentum, built over decades of training, dissipated into a bewildered stillness. He hadn’t been defeated through brute force, hadn’t been outmatched in skill. He’s been…unraveled. Kenji hadn't struck a single decisive blow. He’d simply manipulated angles, redirected weight, exploited the infinitesimal pauses between Eldrin’s decisions. It was like watching a master craftsman dismantle a fortress, not with battering rams, but with a surgeon’s precision. The air hung thick with the metallic tang of exertion, a subtle counterpoint to the lingering scent of oiled leather. Eldrin’s face, a granite mask only moments before, now bore the strained expression of a man grappling with an equation he couldn’t solve.</w:t>
      </w:r>
    </w:p>
    <w:p>
      <w:r>
        <w:t>A ripple of confusion spread through the training yard. The other instructors, stoic observers until now, shifted uneasily. Some exchanged bewildered glances, their faces contorted in a silent struggle to understand what they’d just witnessed. It wasn’t a defeat they recognized. There was no clang of steel, no desperate parry, no agonizing fall. Just stillness. A void where a victory should have been. Eldrin remained frozen, his blade trembling slightly, the tremor betraying the turmoil within. He didn’t lower his weapon. Didn’t concede. He simply *couldn’t*. The principles, the axioms upon which his entire understanding of combat was built, had been rendered obsolete. It was as if someone had subtly altered the laws of physics, and he was the only one who hadn't noticed.</w:t>
      </w:r>
    </w:p>
    <w:p>
      <w:r>
        <w:t>Kenji didn’t offer a bow, didn't gloat. He simply lowered his practice sword, the gesture devoid of triumph, almost apologetic. "Efficiency isn’t always about power," he murmured, his voice almost lost in the sudden silence. It wasn’t a boast, but a statement of fact. A quiet assertion of a new paradigm. A whisper that threatened to unravel the foundations of their martial understanding. The resonance within his mind subsided, leaving behind a faint echo of the calculations, the subtle shifts in weight, the infinitesimal adjustments that had led to this unsettling victory. It wasn't a moment of glory, but a question mark hanging in the air, a challenge to the very definition of strength.</w:t>
      </w:r>
    </w:p>
    <w:p>
      <w:r>
        <w:br w:type="page"/>
      </w:r>
    </w:p>
    <w:p>
      <w:pPr>
        <w:pStyle w:val="Heading1"/>
      </w:pPr>
      <w:r>
        <w:t>Chapter 10</w:t>
      </w:r>
    </w:p>
    <w:p>
      <w:r>
        <w:t>The incantation felt…clumsy. An insult to the concept of efficiency. It was a healing spell, standard issue for novice mages, designed to mend minor wounds. Kenji, standing in the designated practice circle, barely registered the instructor’s droning repetition of the archaic phrasing. His focus wasn’t on the words themselves, but on the energy flow they were supposed to generate. It was a tangled mess, riddled with redundant loops and unnecessary calculations. A child could have designed it better.</w:t>
      </w:r>
    </w:p>
    <w:p>
      <w:r>
        <w:t>He mentally overlaid a simplified diagram, a cascade of crystalline structures replacing the convoluted pathways. The core principle – cellular regeneration – was sound, but the execution… the archaic rituals were just noise, generating chaotic side-effects that slowed the process and drained the caster. “Inelegant,” he murmured, barely audible over the instructor's voice. He began to subtly adjust the mental diagram, streamlining the pathways, eliminating the unnecessary redundancies. A faint shimmer distorted the air around him, almost imperceptible, as he began to channel the revised energy flow. The scent of ozone prickled his nostrils, a minor byproduct of the raw power being redirected.</w:t>
      </w:r>
    </w:p>
    <w:p>
      <w:r>
        <w:t>The instructor, oblivious, continued his lecture. Kenji reached the critical point, the moment of activation. Instead of the expected gentle warmth, a pulse of concentrated energy bloomed outwards, a brief but intense wave that momentarily disrupted the dust motes dancing in the sunlight. The intended recipient, a practice dummy riddled with simulated wounds, shuddered violently. A hairline fracture appeared across its wooden arm, a subtle but unmistakable sign of excess power. "Too much," Kenji observed dryly, already analyzing the revised energy signature, searching for the source of the overcompensation. It wasn’s a matter of power, but *focus*. The elegance, or lack thereof, in the design determined everything.</w:t>
      </w:r>
    </w:p>
    <w:p>
      <w:r>
        <w:t>The excess power wasn’t simply a miscalculation; it was a symptom. A glaring, neon-bright symptom of a deeper architectural flaw. He’s attempted a direct modification, streamlining the regenerative flow, but the system resisted, subtly warping his changes, fighting to maintain its inefficient form. It was like trying to refactor code written in a language he barely understood, while the compiler actively sabotaged his efforts. Frustration tightened his jaw. He pulled back, cancelling the attempted modification, the scent of ozone lingering like a bitter aftertaste.</w:t>
      </w:r>
    </w:p>
    <w:p>
      <w:r>
        <w:t>He stopped treating it as a single spell, and began to observe the structure itself. He visualized the flow of energy, not as a river, but as a series of interconnected layers, each nested within the other. There was the raw, primal surge of arcane power, easily visualized as a chaotic storm. Above that, a series of filters, designed to shape and direct the storm's energy. Above *that*, a collection of protocols, rigid and archaic, dictating how and when the energy could be released. And above *that*… libraries. Entire frameworks of pre-written routines, summoned and executed without conscious thought. Each layer built upon the one below, creating a structure of baffling complexity, a tangled web of dependencies that stretched back to an origin he couldn's even begin to fathom. It was the same principle as modern programming – modularity, abstraction, the layering of functions and subroutines to simplify complex tasks. Except… this wasn't simple. Not even close.</w:t>
      </w:r>
    </w:p>
    <w:p>
      <w:r>
        <w:t>The revelation struck him with a sudden clarity, a shimmering understanding that felt both exhilarating and deeply unsettling. He’s been trying to debug a spell, when he should have been analyzing the underlying architecture. He could feel the weight of countless years of accumulated design choices, each one a compromise, a patch, a workaround for some forgotten problem. The power was *there*, raw and untamed, but it was buried beneath layers of antiquated protocols and unnecessary abstraction. He could feel the potential, the sheer, staggering power that could be unlocked if he could just peel back those layers, refactor the code, streamline the architecture. The thought was intoxicating, a challenge that resonated deep within his analytical soul. A smile, small and almost imperceptible, touched his lips. This wasn't just about healing a wound. This was about understanding the very fabric of magic itself.</w:t>
      </w:r>
    </w:p>
    <w:p>
      <w:r>
        <w:t>The visualization hadn't gone unnoticed. Master Elmsworth, a man whose beard seemed to defy gravity and whose patience was even more tenuous, cleared his throat, the sound sharp enough to crack stone. "That...was unconventional, Initiate Kenji." The compliment was strained, a thin veneer over a visible disapproval. "The proper form dictates a slower, more deliberate channeling. Respect for the traditions is paramount."</w:t>
      </w:r>
    </w:p>
    <w:p>
      <w:r>
        <w:t>Kenji barely registered the rebuke. His mind was still tracing the chaotic energy flows, cataloging redundancies. He turned, a slight inclination of the head his only acknowledgement. "Efficiency is paramount, Master Elmsworth. The current method introduces unnecessary complexity, diminishing the potency and prolonging the process." He spoke without heat, his tone flat, the words precise. It wasn't arrogance, merely a statement of fact. He wasn’t trying to be disruptive, just…optimizing. The antiquated gestures, the rhythmic chanting – they were noise, a distraction from the underlying power. "The current form wastes approximately 17.3% of the caster's energy reserves."</w:t>
      </w:r>
    </w:p>
    <w:p>
      <w:r>
        <w:t>Elmsworth’s face tightened. "Respect, Initiate! These forms are not arbitrary. They are the accumulated wisdom of generations, refined through countless trials. To dismiss them as 'wasteful' is to disrespect the very foundations of our craft." He took a step forward, his hand instinctively moving towards the hilt of the practice sword at his side. “The proper form focuses the mind, strengthens the will. Your… deviation, introduces chaos.” A tremor ran through the practice circle, a subtle disruption of the ambient magic. He was trying to force Kenji back into line, to reassert the authority of tradition. Kenji, however, felt only a mild annoyance. The tremor was predictable, a consequence of the rigid, inflexible structure. It was like trying to force a river into a square channel. "Structure without purpose is simply constraint, Master," he replied, his voice even, his gaze fixed on a point somewhere beyond Elmsworth’s shoulder. "And constraint, invariably, diminishes power.”</w:t>
      </w:r>
    </w:p>
    <w:p>
      <w:r>
        <w:t>The lecture hall’s echo, normally a dull thrum, seemed to amplify Elmsworth's disapproval. Kenji ignored it, his mind already dissecting the inefficiencies he’s glimpsed in the healing spell. He’d expected resistance; tradition clung to power like a parasite. But to be dismissed so readily...it was inefficient. He turned, intending to simply leave, to continue his own investigations elsewhere, but a subtle shift in his peripheral vision caught his attention. Princess Lyra.</w:t>
      </w:r>
    </w:p>
    <w:p>
      <w:r>
        <w:t>She hadn’t spoken during the lecture, a rare occurrence, but now she stood near the exit, her expression unreadable. A slight incline of her head, almost imperceptible, signaled him to follow. There was a calculation in her eyes, the same detached assessment he’s come to expect from those who truly understood power. She moved with a quiet grace that seemed to bend the light, leading him not towards the main corridors of the academy, but down a lesser-used passage, lined with crumbling stonework and the scent of ancient dust. It was a path he’s never seen used.</w:t>
      </w:r>
    </w:p>
    <w:p>
      <w:r>
        <w:t>The passage opened into a chamber, smaller than the lecture hall, but significantly more…dense. The air hung heavy, thick with the weight of forgotten knowledge. Rows upon rows of shelves lined the walls, groaning under the burden of countless tomes, scrolls, and codices. This wasn’t the academy’s public library. This was something else entirely. “Restricted access,” Lyra murmured, her voice low and precise. “The archives of System Architecture.” She didn’t elaborate, didn’t offer an explanation for why she was showing him this place. She simply pointed towards a section labelled with faded gold lettering – *Core Protocols and Elemental Frameworks.* “The official record is incomplete,” she added, her gaze fixed on a crumbling shelf. “What they teach in the lecture halls is a simplified version, a curated narrative.”</w:t>
      </w:r>
    </w:p>
    <w:p>
      <w:r>
        <w:t>He could feel it already, a palpable shift in the ambient magic, a sense of…complexity. It was like stepping into a different layer of reality, a place where the rules were less defined, the potential limitless. A faint hum resonated within his mind, a subtle resonance with the ancient texts. He reached out, his fingers tracing the spine of a particularly worn volume – *Elemental Resonance Matrices.* The leather felt strangely warm beneath his touch, as if it were alive. He could almost *hear* the diagrams within, the flowcharts and equations that governed the fundamental laws of magic. A memory surfaced, fleeting and incomplete - a glimpse of layered structures, cascading energy flows, the underlying architecture of reality itself. This wasn't just knowledge; it was a key, a path to understanding the true potential of the system. “They want us to believe it's all about incantations and gestures,” he murmured, his voice barely audible above the hum. “But it’s about the framework. It’s about understanding the code.”</w:t>
      </w:r>
    </w:p>
    <w:p>
      <w:r>
        <w:t>The ancient texts offered a map, but the terrain remained treacherous. It wasn’t enough to understand the architecture; he needed to *feel* it. He began, tentatively, mirroring the exercises described in the scrolls – focusing on the fundamental principles of elemental manipulation. Fire, water, earth, air – each a conduit, a pathway for the raw power to flow. He visualized the cascading diagrams, the intricate equations, and attempted to mimic the patterns with his own energy. The result was… chaotic. A flicker of flame that spat and died, a ripple of water that dissolved into the dust, a tremor that rattled the shelves but failed to shape the stone. He was merely a novice, attempting to wield a force he barely comprehended.</w:t>
      </w:r>
    </w:p>
    <w:p>
      <w:r>
        <w:t>Then he shifted his focus, abandoning the rote exercises, and began to *listen*. Not with his ears, but with his mind, tuning into the subtle resonances that permeated the chamber. And that’s when he noticed it – a faint, almost imperceptible hum, a vibrational pattern that pulsed in sync with his own emotions. Frustration amplified the tremor; doubt weakened the flame; a flash of remembered joy ignited a brief, vibrant spark. It wasn’t merely about manipulating the elements; it was about *resonating* with them, channeling the energy through the filter of his own emotional state. The architecture wasn’s simply a structure; it was a transducer, converting emotional energy into raw power. A horrifying realization bloomed within him - the system wasn't built on logic, it was built on sentiment. A child’s glee could summon a storm; a warrior’s rage could shatter mountains.</w:t>
      </w:r>
    </w:p>
    <w:p>
      <w:r>
        <w:t>The implications were staggering. It wasn't enough to master the theory; he had to *control* his emotions. Fear, anger, sadness – each a potential vulnerability, a gateway for manipulation. And if he could understand the connection, others could too. A predatory glint sparked in his mind. If he could learn to exploit this resonant link, to amplify the emotional currents of others, he could wield a power beyond anything described in the ancient scrolls. He focused on a nearby spiderweb, delicate and intricate, shimmering in the dim light. He allowed a wave of calculated irritation to wash over him - annoyance at the fragility of the structure, the waste of perfectly good silk. The web tightened, vibrating with an almost painful intensity. Then, with a subtle shift in his focus, he amplified the vibration, sending a pulse of controlled energy rippling through the delicate strands. The web didn’t simply vibrate; it *sang*, a high-pitched whine that resonated deep within his bones. The power, raw and unrefined, coiled within him, a viper ready to strike. This wasn't simply magic; it was emotional leverage, a hidden pathway to absolute control. And he was only beginning to understand its potential.</w:t>
      </w:r>
    </w:p>
    <w:p>
      <w:r>
        <w:t>The surge wasn't intended. A stray thought, a flicker of amusement at the absurdity of ancient terminology, had woven itself into the flow of his attempted resonance. He’s been trying to visualize the Elemental Matrices, attempting to feel the underlying harmonic structures, when the image of a particularly pompous academy instructor had intruded. A fleeting grin, a momentary lapse in concentration, and the delicate web of magical energy he’s been constructing had fractured, releasing a pulse of raw, untamed power.</w:t>
      </w:r>
    </w:p>
    <w:p>
      <w:r>
        <w:t>It manifested as a shimmer in the air, a distortion of the shadows that clung to the shelves. Not a violent eruption, but a subtle ripple, like a stone dropped in a perfectly still pond. The books lining the closest shelves rattled faintly, their aged spines vibrating with a low hum. The air thickened, charged with a faint ozone scent, and a pressure built in his ears, a subtle ringing that only he seemed to notice. He’s learned to recognize the signs; the universe rarely rewarded sloppy execution. A trickle of sweat beaded on his forehead. This wasn't a major release, but it wasn’t insignificant either. It was…visible. And visibility, in this place, drew attention. He braced himself, anticipating the inevitable.</w:t>
      </w:r>
    </w:p>
    <w:p>
      <w:r>
        <w:t>The interruption arrived precisely as expected. A voice, sharp and precise, sliced through the quiet hum of the archives. “What was *that*?” It wasn’t a question, but a statement of displeasure, delivered with the authority of someone accustomed to being obeyed. He turned, slowly, carefully, to face the source of the disturbance. Master Elmsworth, his beard somehow even more voluminous than usual, stood in the doorway, his face a mask of barely suppressed irritation. His eyes, normally obscured by the dense foliage of his facial hair, narrowed, taking in the scene with a critical assessment. The faintest tremor ran through the man’s form, a subtle disruption of his own magical field, a clear indication of his rising tension. “Initiate Kenji,” he intoned, his voice dangerously calm, "care to explain your… experiment?" The air itself seemed to vibrate with the unspoken threat.</w:t>
      </w:r>
    </w:p>
    <w:p>
      <w:r>
        <w:t>The reprimand hung in the air, thick and suffocating, but Kenji barely registered it. Elmsworth's displeasure was a predictable consequence; deviation always attracted scrutiny. His mind was too busy unraveling a thread, a flicker of pattern he's glimpsed within the chaos of the archives. The elemental resonance matrices, the core protocols—they weren’t isolated systems, but layers. Intricate, yes, beautiful in their complexity, but ultimately…derivative. Like branches extending from a single, hidden trunk. A root function.</w:t>
      </w:r>
    </w:p>
    <w:p>
      <w:r>
        <w:t>The concept solidified as he replayed the surge of energy that had alerted Elmsworth. It hadn’t been merely fire or water, earth or air. It had been *something else*, a fundamental vibration underlying all the elements, a common frequency that dictated their behavior. He tried to isolate it, to strip away the elemental noise and focus solely on that underlying hum. It felt like trying to grasp smoke, to define the space between numbers, but he persisted, pushing beyond the established boundaries of magical understanding. The room seemed to warp around him, the ancient texts blurring as he focused on the singular truth. The faint scent of dust and parchment faded, replaced by a sterile, almost metallic tang, the smell of fundamental forces at play. It wasn’t a conscious effort; it was an instinct, a primal urge to understand the architecture of reality itself. He began to feel a sympathetic vibration within his own core, a resonance with the underlying frequency, as if he were tuning a complex instrument, searching for the perfect note.</w:t>
      </w:r>
    </w:p>
    <w:p>
      <w:r>
        <w:t>Then it struck him. The root function wasn’t simply a source; it was a *translator*. A mechanism by which raw, fundamental energy—something beyond the comprehension of the academy’s rigid system—was converted into the familiar elements. Fire wasn’t simply fire; it was a manifestation of this underlying energy, filtered through a specific set of equations, a particular resonant frequency. And if he could understand the equations, if he could manipulate the frequency… He felt a predatory smile tugging at his lips. The implications were staggering. Control wasn't about mastering fire or water; it was about controlling the *translator* itself. He could, theoretically, bypass the elements entirely, channeling the raw energy directly, shaping reality according to his own will. It was a dangerous prospect, a transgression against the established order, but the potential reward… worth every risk. A tremor of anticipation ran through him, a vibration that resonated not just within his core, but in the very air around him. "Interesting," he murmured, his voice barely audible above the hum of potential. “Very interesting indeed.”</w:t>
      </w:r>
    </w:p>
    <w:p>
      <w:r>
        <w:br w:type="page"/>
      </w:r>
    </w:p>
    <w:p>
      <w:pPr>
        <w:pStyle w:val="Heading1"/>
      </w:pPr>
      <w:r>
        <w:t>Chapter 11</w:t>
      </w:r>
    </w:p>
    <w:p>
      <w:r>
        <w:t>The healing spell shimmered, not with the expected golden warmth, but a faint, almost imperceptible distortion. It was the kind of thing a casual observer wouldn’t notice, a flicker in the corner of their eye. Kenji, however, didn’t have casual observation. He had analysis. He’s been poking at Eldorian magic for a week now, and every foray revealed more questions than answers. This…this was a glitch. A tiny, insignificant anomaly in a complex weave, but a glitch nonetheless. He’s been observing the Royal Healer, Master Elara, tending to a minor burn on a stable boy. Textbook procedure. But the aura, the flow of energy...it wasn't clean.</w:t>
      </w:r>
    </w:p>
    <w:p>
      <w:r>
        <w:t>He’s been meticulously logging every interaction, every spell cast, creating a sprawling dataset of Eldorian magic. The data itself was messy, riddled with inconsistencies. Human emotion bled into every incantation, a chaotic variable he couldn't entirely account for. This wasn't efficient. Not by a long shot. He’s accustomed to structured systems, to elegant algorithms. Eldorian magic felt like a cobbled-together mess of folklore and instinct. The standard healing spells were intricate, beautiful even, but riddled with redundancies and unnecessary steps. This slight distortion, this almost invisible stutter in the energy flow, it was just another symptom of the larger problem. A deeper inefficiency.</w:t>
      </w:r>
    </w:p>
    <w:p>
      <w:r>
        <w:t>The scent of ozone, faint and acrid, clung to the air where the spell had touched the boy's skin. He’s picked up on that too – a common byproduct of less-than-optimal energy manipulation. He leaned closer, ignoring the curious glances from the stable hands. The world wasn't supposed to operate with these kinds of margins. Every system had bottlenecks, points of vulnerability. He needed to find the root cause, the underlying architecture that governed this haphazard magic. He’s started compiling a list. A list of inconsistencies. A list of anomalies. A list of potential entry points into the system's core. This small distortion, this barely perceptible flicker…it was another line on that list. Another puzzle piece.</w:t>
      </w:r>
    </w:p>
    <w:p>
      <w:r>
        <w:t>The parchment felt thin beneath Lyra’s fingertips, the ink a muddy brown that seemed to bleed into the polished surface of the table. It wasn't the document itself that bothered her, but the weight of what it represented – a slow, creeping rot spreading through the lower villages of Eldoria. Not famine, not disease, but something far more insidious: discontent. The reports were meticulously gathered, each entry detailing minor incidents - a refusal to pay tithes, a scuffle with a Royal Guard, a whispered rumor of rebellion. Individually, they were insignificant. Collectively, they painted a disturbing picture.</w:t>
      </w:r>
    </w:p>
    <w:p>
      <w:r>
        <w:t>“He calls himself ‘The Shepherd,’” Lyra murmured, more to herself than to Kenji, who sat across from her, meticulously sketching diagrams of some arcane resonance. “Promises them a better life. Claims the Royal Family hoards the land’s bounty.” The Shepherd’s name hadn’t been explicitly mentioned in any of the reports, yet the pattern of grievances, the sudden surge in defiance, all pointed to a single source. A charismatic voice twisting simple hardship into righteous anger. The air in the chamber felt heavy, saturated with the scent of beeswax and old parchment, but beneath it, Lyra detected a faint undercurrent of something else – a subtle disturbance, like static clinging to the back of her mind. The feeling mirrored the unease churning in her stomach.</w:t>
      </w:r>
    </w:p>
    <w:p>
      <w:r>
        <w:t>Kenji didn't look up from his diagrams. “Inefficiency breeds resentment,” he stated, his voice flat, devoid of inflection. "A poorly managed system always collapses under its own weight." He gestured vaguely at the reports with a charcoal-stained finger. "This 'Shepherd' is merely exploiting a pre-existing condition. Like a parasite feeding on a weakened host." The implication hung in the air – that the Royal Family, despite its power and perceived stability, was, in its own way, as vulnerable as the peasantry it governed. The thought sent a fresh wave of unease through Lyra. The subtle crackling of power she’s been sensing grew stronger. A flicker of ozone – familiar, yet disquieting - pulsed near the window.</w:t>
      </w:r>
    </w:p>
    <w:p>
      <w:r>
        <w:t>He’s been observing the preparation of Lumina Dust for days – a mundane process, ostensibly. Grind the Skybloom petals, mix with purified dew, chant the Focusing Verse. Simple. Efficient, in theory. The Royal Alchemists produced a steady stream of the shimmering powder, used in everything from minor enchantments to illuminating public squares. Yet, the process was…wasteful. The grinding method generated excessive heat, requiring a cooling spell that consumed nearly a tenth of the dew’s inherent energy. The Focusing Verse, while effective, was far too long, convoluted with unnecessary phrasing. He could streamline it. Reduce the energy expenditure. Improve the yield. It was an obvious optimization.</w:t>
      </w:r>
    </w:p>
    <w:p>
      <w:r>
        <w:t>He requested a station, politely explaining his intentions. The senior alchemist, a wizened man named Theron, regarded him with thinly veiled disdain, but acquiesced. Kenji began by analyzing the Skybloom petals, not with visual inspection, but with a series of carefully calibrated energy probes. The data confirmed his suspicions: the existing grinding technique fragmented the petal structure unevenly, creating microscopic imperfections that disrupted the final product’s resonance. He adjusted the energy field around the mortar, focusing the vibrations to create a far more uniform reduction. The hum of the equipment deepened, the air shimmering with an almost invisible pressure. The first batch of pulverized petals looked…better. Uniformly fine, radiating a faint, almost imperceptible increase in energy. A success.</w:t>
      </w:r>
    </w:p>
    <w:p>
      <w:r>
        <w:t>But when he attempted to combine the ground petals with the dew, something resisted. Not with a surge of power, or a burst of chaotic energy. But with an *inertia*. The two components simply…wouldn’t bind. He increased the energy input, subtly adjusting the frequency of the Focusing Verse. Still nothing. It was like trying to force two pieces of a puzzle that weren't meant to fit. He ran diagnostics on his own energy field, checking for interference. Clean. He tried again, modifying the dew's molecular structure, attempting to pre-align it with the petal’s resonance. No change. The resistant force felt…purposeful. As if the process itself was actively rejecting his alterations. It wasn't a matter of inefficiency, or lack of skill. It was…a boundary. A limit. A silent, unyielding declaration that some things, however illogical, were simply *set*. A frustration he hadn't anticipated. The air crackled with a faint ozone smell – an unintended consequence of his futile attempts. He frowned, analyzing the data streams reflected in his ocular implants. The underlying architecture…it wasn't what he thought it was.</w:t>
      </w:r>
    </w:p>
    <w:p>
      <w:r>
        <w:t>The alchemist's workshop smelled of crushed petals and simmering dew, a saccharine sweetness masking the underlying hum of arcane energy. Kenji had been attempting a minor refinement to the Lumina Dust production – reducing the heat loss during the grinding process. Simple optimization. The standard method wasted nearly ten percent of the dew’s inherent power, converting it to useless heat. A redundant step easily excised. He’d adjusted the resonance field around the mortar, focusing the vibrational frequency. The change was subtle, a barely perceptible shift in the air’s density, but the resulting dust…it *should* have been superior. More potent. The alchemists hadn’t noticed the difference, naturally. They were used to doing things the established way, resistant to change.</w:t>
      </w:r>
    </w:p>
    <w:p>
      <w:r>
        <w:t>But the immediate forest outside the city walls...that was a different story. The shift in the Lumina Dust’s resonance hadn’t affected the *dust* itself, not directly. It had, however, altered the ambient magical signature of the workshop, a subtle ripple in the city's overall magical field. That ripple had reached the Whisperwood, a dense, ancient forest bordering the city, and interacted with the forest's unique symbiotic network. The Whisperwood wasn't just trees. It was a single, interconnected organism, a living tapestry woven from roots, fungi, and the subtle magic of the land. Kenji hadn't considered that. He's been focused solely on the internal workings of the process, blind to the wider implications.</w:t>
      </w:r>
    </w:p>
    <w:p>
      <w:r>
        <w:t>He first noticed it as a flicker in his peripheral vision, a shimmering distortion in the air. The forest, normally a deep emerald green, was now pulsing with an unsettling luminescence, a sickly yellow-green glow that seemed to breathe. The trees themselves were…shifting. Not physically, not in a way that would be immediately obvious. But their forms were subtly altering, their branches twisting into unfamiliar patterns, their leaves expanding and contracting with unnatural speed. He ran a quick diagnostic scan, his internal systems analyzing the energy signatures emanating from the forest. The data was a cascade of anomalies, a chaotic storm of contradictory readings. The Whisperwood’s symbiotic network was fracturing, reorganizing itself around the altered magical signature introduced by his optimized dust production. The forest’s inherent stability was collapsing. A single, panicked cry – the distress signal of a bioluminescent fungi – echoed through the network, a tiny thread in the unraveling tapestry. Something…was changing. Something fundamental. And the implications, he realized with a growing sense of dread, were far more extensive than he could have ever predicted.</w:t>
      </w:r>
    </w:p>
    <w:p>
      <w:r>
        <w:t>The air in the abandoned observatory tasted like dust and regret, a fine grit clinging to the back of his throat. Kenji traced a finger along the etched runes on the floor, the lines faintly glowing with residual energy. Lyra, her face pale in the dim light filtering through the cracked dome, knelt beside a cluster of pulsing nodes, her hand hovering inches above their surface. "They've been masked," she murmured, her voice tight with suppressed frustration. "Deliberately hidden. Not a byproduct of incompetence, but a deliberate act." He scanned the room, his senses filtering through the layers of magical residue, isolating the subtle distortions that spoke of corruption. It wasn't raw, chaotic energy – the kind born of reckless experimentation or uncontrolled power. This was something refined, cultivated. A parasitic infection, feeding on the city's ley lines, subtly altering the flow of magic.</w:t>
      </w:r>
    </w:p>
    <w:p>
      <w:r>
        <w:t>He focused his attention on the nodes themselves. Each one was small, no larger than his fist, embedded within the stone floor and radiating a faint, sickly green light. They weren't acting as amplifiers, as they should have been. Instead, they were siphoning energy, redirecting it into a network that stretched far beyond the observatory. A spiderweb of corruption, invisible to anyone without his level of sensitivity. "The flow is…divergent," he observed, his voice a low rumble. "Not outward, but inward. Towards a central point." Lyra’s fingers danced across the runes, her expression grim. “There's a dampening field surrounding the network,” she said, “designed to mask its presence. Cleverly done. It took weeks to penetrate.” He could feel the pressure against his own senses, a subtle resistance that threatened to overwhelm his perception. Maintaining focus required a deliberate expenditure of his own energy. The air itself seemed to thicken, to become…resistant.</w:t>
      </w:r>
    </w:p>
    <w:p>
      <w:r>
        <w:t>He activated his ocular implants, layering a series of diagnostic filters over his vision. The room resolved into a chaotic interplay of energy signatures, a swirling vortex of corrupted flows. The nodes weren't isolated; they were interconnected, part of a larger system that extended far beyond the observatory walls. A quick scan of the local ley lines revealed the source—a convergence point located deep beneath the city, in the ancient catacombs that served as the city's original foundation. “The heart of the network is located beneath the Old Quarter,” he stated, his voice flat. “I can sense a significant power signature emanating from that location. Something…substantial.” He felt a tremor pass through the floor, subtle enough to be mistaken for a shift in the earth's tectonic plates. But he knew better. It was the network itself, subtly adjusting its parameters, reinforcing its hold on the city's magical arteries. And the tremor wasn't just physical. It was a ripple of power, a promise of escalating influence.</w:t>
      </w:r>
    </w:p>
    <w:p>
      <w:r>
        <w:t>The network hummed, a discordant thrum against the baseline of reality. Analyzing the convergence point beneath the Old Quarter was like trying to grasp smoke – a shifting, unstable mass resisting definition. He pushed deeper, forcing his senses past the dampening field, past the calculated obfuscation. It wasn't merely corruption; it was…wrong. A fundamental error in the architecture. Suddenly, the hum fractured, and the world dissolved into a chaotic swirl of data streams. It wasn’t a vision, not precisely. More like a cascade of raw code, a fragmented glimpse behind the veil of perception.</w:t>
      </w:r>
    </w:p>
    <w:p>
      <w:r>
        <w:t>The data coalesced, momentarily resolving into a distorted reflection. It wasn’t his own. It wasn’t human. The form was vaguely humanoid, but twisted, elongated, as if stretched across an impossible plane. The face… it possessed a mockery of a face, a cluster of shifting geometries where eyes and mouth should have been. Then the structure warped, fractal patterns blooming across the surface, revealing layers upon layers of nested structures, an infinitely recursive nightmare. A flicker of recognition, cold and unwelcome, pierced the chaos. The underlying structure, the *signature*… it resonated with a primal power he’s only encountered in ancient texts, power associated with entities long banished, entities…like Malakor. The fragmented reflection pulsed with a predatory sentience, a silent promise of annihilation. It wasn't simply a corruption; it was an *imitation*, a parasitic algorithm feeding on the world’s underlying code, twisting it to its own design. The sheer audacity of the intrusion sent a jolt of icy dread through his system. This wasn’t localized; it was systemic. The world itself was being rewritten.</w:t>
      </w:r>
    </w:p>
    <w:p>
      <w:r>
        <w:t>The vision fractured again, collapsing into a torrent of meaningless symbols. The residual chill lingered, a profound sense of violation. The implications were staggering. Malakor wasn't merely a banished entity; he was a blueprint, a template for corruption. And someone, *something*, was using that blueprint to rewrite reality. A faint scent of ozone clung to the air, sharper this time, overlaid with the metallic tang of fear. He retracted his senses, severing the link. The residual data clung to his mind, a silent scream of existential dread. It wasn's a mere threat; it was a fundamental breach. He had to warn Lyra. The game had changed. It wasn't about fixing a network anymore. It was about fighting an infection that threatened to consume everything.</w:t>
      </w:r>
    </w:p>
    <w:p>
      <w:r>
        <w:br w:type="page"/>
      </w:r>
    </w:p>
    <w:p>
      <w:pPr>
        <w:pStyle w:val="Heading1"/>
      </w:pPr>
      <w:r>
        <w:t>Chapter 12</w:t>
      </w:r>
    </w:p>
    <w:p>
      <w:r>
        <w:t>The forest shimmered, almost imperceptibly, as Kenji focused. It wasn's a grand spell, not a searing blast of energy. It was subtle, like adjusting the gain on a finely tuned instrument. He wasn’t trying to *force* growth, not directly. That was brute force, inefficient and prone to unpredictable backlash. He was targeting the underlying algorithms, the microscopic fluctuations in mana flow that dictated the rate of photosynthesis, the efficiency of nutrient uptake. It was a data problem, pure and simple.</w:t>
      </w:r>
    </w:p>
    <w:p>
      <w:r>
        <w:t>He visualized the network, overlaying a schematic derived from his own programming background. Mana wasn’t just *there*; it flowed along intricate pathways, branching and converging like a complex circuit. Most of it was wasted, dissipated as heat, lost to unpredictable environmental factors. He targeted a cluster of ancient oaks, their growth stunted, their leaves a dull, sickly green. A ripple passed through his mind, a focused stream of code-like intention. It was a nudge, a microscopic adjustment to the underlying framework. He wasn’t adding mana; he was *redirecting* it, minimizing waste, optimizing existing resources.</w:t>
      </w:r>
    </w:p>
    <w:p>
      <w:r>
        <w:t>The change was almost too subtle to register. A faint humming vibrated in the air, a resonance he alone seemed to perceive. Then, a leaf, then another, unfurled with unnatural speed, a vibrant emerald replacing the dullness. The humming intensified, spreading outwards, reaching the surrounding trees. He detected a sharp spike in the local mana density – an immediate consequence of his efficiency boost. He hadn’t anticipated *this*. This sudden surge wasn’t a sign of success; it was a symptom of unforeseen consequences. A tremor ran through the earth, barely perceptible, but it was there. The scent of overripe fruit, sickly sweet, permeated the air. And then, a low growl, primal and predatory, echoed from the deepening shadows. He's not improved the forest; he’s awakened something.</w:t>
      </w:r>
    </w:p>
    <w:p>
      <w:r>
        <w:t>The scent wasn't pleasant. Overripe fruit, yes, but underlying it was something feral, musky, like a predator that hadn't hunted in generations. It prickled at Lyra's nostrils, a physical manifestation of the unease that had settled in her stomach. Kenji hadn’t noticed, of course. He was already deep in his own world, his eyes fixed on the shimmering leaves, his fingers twitching as if he could manipulate the forest’s growth with a mere thought. He was a force of nature, a whirlwind of logic applied to a chaotic world. And that, she realized with a tightening of her jaw, was precisely the problem.</w:t>
      </w:r>
    </w:p>
    <w:p>
      <w:r>
        <w:t>“That wasn’t…optimal,” she said, the word feeling inadequate, a pathetic attempt to quantify the palpable shift in the forest’s atmosphere. She didn't need to elaborate; Kenji understood the implicit criticism. He glanced up, his expression unreadable, his eyes reflecting the distorted light filtering through the unnatural verdancy. He didn’t need to be told what she meant. He felt it too, the subtle tremor in the earth, the unsettling chorus of unseen creatures rustling in the undergrowth. It wasn't a direct consequence of the growth – she could feel that. It was a *reaction*, a ripple of disruption radiating outwards from the point of his intervention. “You accelerated the process too much,” she continued, her voice low, careful. "Magic isn's a machine, Kenji. It’s a web. Pull one thread too hard and the entire structure unravels."</w:t>
      </w:r>
    </w:p>
    <w:p>
      <w:r>
        <w:t>He nodded slowly, a flicker of frustration crossing his features. The predictable arrogance of someone who understood code, but not consequence. “I adjusted the mana flow. Increased efficiency,” he said, the words precise, clinical. He was defending his method, trying to rationalize his actions with the same logic he applied to debugging software. But software didn’t have roots that delved deep into the earth, interconnected with ancient, unknowable forces. "You didn't just make them grow faster," Lyra pointed out, stepping closer. A low growl echoed from the shadows, closer now. "You *changed* them. And something else noticed." A gust of wind, laden with the scent of decay and primal fear, swept through the forest, rustling the leaves with an urgency that felt deeply wrong. "You're playing with forces you don't understand."</w:t>
      </w:r>
    </w:p>
    <w:p>
      <w:r>
        <w:t>The initial reports arrived not as grand pronouncements, but as a trickle of anomalies. A farmer's yield doubling overnight, seemingly without alteration to his methods. Then another, and another. The reports themselves were dismissed, chalked up to coincidence, to unusually favorable conditions. But the trickle became a stream, then a flood. Villages bordering the forest, once struggling to feed themselves, now overflowed with bounty. The grain was heavier, the fruit sweeter, the livestock…larger. It wasn’s a miracle; it was a consequence. A direct result of Kenji’s alteration to the forest's mana flow.</w:t>
      </w:r>
    </w:p>
    <w:p>
      <w:r>
        <w:t>The effect wasn’t uniform, though. The most dramatic shifts were concentrated in the areas closest to where he’s made the change. Fields previously barren now erupted with life, almost violently so. The soil itself seemed to pulse with energy, a palpable hum vibrating through the ground. It wasn't a gentle increase in productivity; it was a surge, a forced acceleration. The villagers, initially overjoyed, began to notice other changes. The crops grew too fast, ripening unevenly, their flavors…wrong. The livestock, though larger, were restless, their eyes wild with an unnatural vigor. They moved with a jerky, unsettling grace, their strength amplified beyond what was natural. The bounty was there, undeniable, but it was tainted, a distorted echo of what it should have been.</w:t>
      </w:r>
    </w:p>
    <w:p>
      <w:r>
        <w:t>Even the local wildlife reacted. Animals that should have been cautious of humans grew brazen, their hunting instincts dulled by the abundance. Wolves the size of ponies roamed the fields, their fur shimmering with an unsettling vitality. Birds with plumage of impossible colors filled the sky, their songs discordant and unsettling. The forest, once a place of quiet beauty, now throbbed with an unsettling energy, a monstrous parody of life. It wasn’t a blessing; it was a distortion. A brutal demonstration of power wielded without understanding. And Kenji, oblivious, remained focused on the data, on the mechanics of the system, blind to the monstrous consequences of his actions.</w:t>
      </w:r>
    </w:p>
    <w:p>
      <w:r>
        <w:t>The shimmering distortion wasn't immediate. It wasn't a sudden collapse, or a catastrophic failure. It was a quiet absence, a subtle unraveling of the tapestry. The Lumiflora, a creature of symbiotic grace, had simply…ceased to be. It wasn't a predator that had hunted it down, nor a blight that had withered its essence. It had simply blinked out of existence, leaving behind only a lingering echo of light, and a profound, chilling silence in the heart of the accelerated growth. Kenji hadn’t noticed, of course. He’s been immersed in the analysis of the grain yields, charting the exponential curve of the forced productivity. Numbers. Data points. He hadn’t seen the vacant space where the Lumiflora had pulsed with its gentle, radiant life.</w:t>
      </w:r>
    </w:p>
    <w:p>
      <w:r>
        <w:t>Lyra felt it first, a discordant note in the symphony of the forest. The constant hum of accelerated growth, the vibrant chorus of the oversized fauna - it had shifted, become…hollow. It was like a chord played with one note missing, leaving an unsettling dissonance that resonated deep within her bones. She followed the feeling, drawn deeper into the pulsing heart of the accelerated growth. The air grew thick with a cloying sweetness, the scent of forced ripeness overwhelming. She recognized the pattern, the localized absence of energy. A void. It was the Lumiflora’s territory, a pocket of profound interconnectedness that should have been radiating light and balance. Instead, there was nothing. A vacuum. The implications were terrifyingly clear. The Lumiflora wasn’t just *there*; it was a keystone. Its presence stabilized the incredibly unstable system he’s created. Its disappearance was a trigger, the first domino in a chain reaction.</w:t>
      </w:r>
    </w:p>
    <w:p>
      <w:r>
        <w:t>The forest responded immediately. The accelerated growth didn’t stop, but it fractured. Patches of vibrant, unnatural life began to wither, their colors fading, their forms contorting. Giant fruits, swollen with forced ripeness, fell from their branches, rotting on the ground before they even touched the earth. The oversized fauna, reliant on the abundance of the accelerated growth, grew restless, their unnatural vigor turning into a frantic, desperate hunger. The humming, once a steady pulse, became erratic, a chaotic rhythm of growth and decay. The air crackled with an unstable energy, the scent of forced ripeness turning sickly sweet, the smell of impending collapse. Lyra could feel it in her bones, a tremor that resonated deep within the earth. This wasn’s a minor adjustment. This was a cascade. A disaster. The numbers, Kenji’s precious numbers, meant nothing now.</w:t>
      </w:r>
    </w:p>
    <w:p>
      <w:r>
        <w:t>The cascade wasn't a collapse, not yet. It was a divergence, a branching path in a system he's only just begun to map. The initial reports, the doubled yields, the oversized livestock - they were surface phenomena, ripples on a vast, unseen ocean. He's been focused on those ripples, charting their progress, optimizing their trajectory. Foolish. The true complexity lay beneath. The data streams now filling his augmented vision weren’t linear anymore. They were fractal, layered, interacting in ways that defied simple analysis. It was as if he's been studying a single leaf, convinced it held the secrets of the entire forest.</w:t>
      </w:r>
    </w:p>
    <w:p>
      <w:r>
        <w:t>He scrubbed the overlaid projections, discarding the simplistic growth models. The algorithms, once elegant and efficient, now sputtered and choked, unable to reconcile the conflicting inputs. The Lumiflora's absence, the sudden void…it wasn’t just a negative. It was a *variable*, a missing term in an equation he hadn’t known existed. He isolated the network of mycorrhizal connections, the subterranean web of fungal threads that linked the trees, the plants, the soil itself. It was a constant hum, a low thrum of communication he's previously dismissed as background noise. Now, it was screaming. He filtered the data, focusing on the resonance frequencies, isolating the patterns of information flow. It was a language, a complex symphony of chemical signals and electrical impulses. And within that language, he found the missing term. A feedback loop. A delicately balanced system of checks and balances he’s obliterated with his blunt instrument of optimization.</w:t>
      </w:r>
    </w:p>
    <w:p>
      <w:r>
        <w:t>The loop controlled the distribution of vital nutrients, regulating the growth rates of the plants, preventing any single species from dominating the ecosystem. The Lumiflora wasn’t just a pretty flower; it was a regulator, a key component of that feedback loop. Its absence had unleashed a cascade of unintended consequences, disrupting the delicate balance of the entire system. The enhanced growth wasn't a benefit; it was a symptom. A sign of instability. He traced the altered flow, the rerouted pathways, the mutated signals. It was like watching a complex machine malfunction, each component working harder, faster, consuming itself in a desperate attempt to compensate for the missing piece. A grim predictability settled over him. This wasn’t a failure of his calculations. It was a failure of his understanding. He'd been playing with a system far more intricate than he could comprehend. And the consequences, he realized with a sinking feeling, were only just beginning.</w:t>
      </w:r>
    </w:p>
    <w:p>
      <w:r>
        <w:t>The data streams faded from his vision, leaving a stark, unsettling emptiness. He’d been so focused on the numbers, the curves, the elegant efficiency of the optimization, that he’s ignored the screaming undercurrent of the forest. Now, the silence was a physical weight, pressing down on him. Lyra hadn't shouted, hadn't even raised her voice. That was the most unsettling part. Her stillness, her unwavering gaze, was a condemnation more potent than any accusation. She stood amidst the twisted, overblown fruits, a silhouette against the unnatural vibrancy of the accelerated growth, radiating a quiet disappointment that felt like a physical blow. He’s accustomed to praise, to the admiring nods of those who recognized his intellect, his power to reshape reality through calculation. This… this was new.</w:t>
      </w:r>
    </w:p>
    <w:p>
      <w:r>
        <w:t>“You saw the Lumiflora gone, didn’t you?” she asked, her voice low and even, betraying none of the turmoil he knew she must be feeling. Not anger, not frustration. Just… recognition. He nodded, unable to speak. The absence wasn't a simple negative; it was a shift in the fundamental architecture of the system. Like removing a crucial support beam in a cathedral. He’s been so fixated on the speed of the construction, the grandeur of the design, that he’s missed the critical structural integrity. "You identified the disruption, catalogued it as a variable. But did you *understand*?" Her words weren’t a question, but a statement of fact. A painful, undeniable truth. He saw the flicker of something in her eyes, a weariness that went beyond the immediate crisis. It was the disillusionment of someone who’s witnessed firsthand the limits of his ambition. "You thought you were accelerating growth, improving efficiency. You were *forcing* it. Like trying to make a seed sprout by crushing it."</w:t>
      </w:r>
    </w:p>
    <w:p>
      <w:r>
        <w:t>The weight of her words settled on him, heavier than any equation he’s ever solved. He’s always considered himself a solver of problems, a shaper of reality. He’s manipulated the flow of Qi, bent the laws of physics to his will. But this… this wasn’t a problem to be solved. It was a lesson to be learned. A humbling, painful realization of his own arrogance. The forest hummed around them, a discordant symphony of forced growth and impending collapse. He saw it then, not with his augmented vision, but with something deeper, something beyond the data streams and the complex algorithms. He saw the delicate balance he's disrupted, the intricate web of connections he's severed. He saw the consequences of his actions, not as abstract variables, but as a tangible threat to the fragile ecosystem he’s so carelessly manipulated. “I… I focused on the results,” he admitted, the words scraping against his throat. A fragile admission of his fallibility. “I assumed… linearity.” The assumption, the foundational error in his approach, echoed in the unnatural silence of the forest.</w:t>
      </w:r>
    </w:p>
    <w:p>
      <w:r>
        <w:t>The forest didn’t offer forgiveness, only data. And the data screamed. He ignored Lyra’s lingering disappointment, the weight of her gaze a secondary concern. The immediate problem wasn’t philosophical; it was structural. The cascade wasn’t a simple reversion, a matter of dialing back the accelerated growth. It was a systemic corruption, a tangled knot of altered pathways and mutated resonances. He closed his eyes, filtering the overwhelming sensory input, focusing on the underlying framework, the fundamental architecture of the system. It was like trying to debug a program that had rewritten its own source code.</w:t>
      </w:r>
    </w:p>
    <w:p>
      <w:r>
        <w:t>He began to construct a mental scaffolding, a framework of inverse algorithms. Not a simple negation of his previous optimizations, but a targeted intervention, a surgical correction of the corrupted pathways. It was akin to tracing a single corrupted bit within a terabyte file, identifying the precise node of divergence. He began to visualize the altered resonances, not as chaotic noise, but as distorted waveforms. Each unnatural bloom, each twisted fruit, each oversized insect represented a corrupted signal, a deviation from the natural order. He began to build a counter-signal, a harmonic resonance designed to re-establish the natural order. It wasn’t a matter of brute force, but of subtle manipulation, of nudging the system back towards equilibrium. The process felt... dangerous. Reversing a cascade of this magnitude wasn’t like correcting a miscalculation; it was like trying to reroute a river that had carved a new channel through the mountains. The potential for unforeseen consequences was immense. A slight miscalculation, a single incorrect frequency, could trigger a new, even more devastating cascade.</w:t>
      </w:r>
    </w:p>
    <w:p>
      <w:r>
        <w:t>He began to weave the counter-signal, layering harmonic resonances, constructing a framework of corrective algorithms. It felt less like manipulation, more like guiding a lost soul back to its true path. He’s always considered himself a solver of problems, a shaper of reality. But this… this was different. This wasn't about bending the world to his will. It was about repairing a wound he's inflicted. He extended a hand, not directly manipulating the forest’s Qi, but projecting a subtle harmonic resonance, a whisper of correction. A single, twisted vine, overreaching and unnatural, visibly shuddered, retracting slightly, its unnatural vibrancy dimming. A minuscule victory, but a proof of concept. A glimpse of the path forward. This wasn't a simple fix. This was a full system re-write, a dangerous dance on the precipice of ecological collapse. He’s going to need a whole new set of tools, a deeper understanding of the underlying architecture. And he suspected, with a growing sense of unease, that this was only the beginning.</w:t>
      </w:r>
    </w:p>
    <w:p>
      <w:r>
        <w:br w:type="page"/>
      </w:r>
    </w:p>
    <w:p>
      <w:pPr>
        <w:pStyle w:val="Heading1"/>
      </w:pPr>
      <w:r>
        <w:t>Chapter 13</w:t>
      </w:r>
    </w:p>
    <w:p>
      <w:r>
        <w:t>The silver platter, laden with roasted pheasant and root vegetables, was an exercise in inefficiency. Not a catastrophic failure, certainly not a system-crashing bug, but a noticeable drag on the overall flow. Kenji watched the serving staff navigate the long tables of the Royal Dining Hall, a subtle frown etching itself onto his face. It wasn’s the quality of the food; the pheasant was expertly prepared, the vegetables perfectly seasoned. It was the *route*. The servers crisscrossed the hall, backtracking repeatedly, creating a bottleneck that slowed the entire distribution process. A skilled logistics manager would have reorganized the table layout, implemented a staggered delivery system, something… elegant.</w:t>
      </w:r>
    </w:p>
    <w:p>
      <w:r>
        <w:t>He’s not sure why he’s even paying attention to the food service, he thought, a flicker of annoyance crossing his mind. He's supposed to be reviewing the reports on the newly discovered magic nodes. But the sheer, pointless repetition was grating. Each server’s path, meticulously planned, yet demonstrably suboptimal. He could calculate the lost time, the wasted steps, with a few moments of mental processing. The system, despite its grandeur, was riddled with these micro-inefficiencies. Things that, taken individually, seemed inconsequential, but collectively, represented a significant drain on resources. A proper assessment would quantify it, and a solution… well, a solution would likely be simple. Almost insultingly so.</w:t>
      </w:r>
    </w:p>
    <w:p>
      <w:r>
        <w:t>He subtly adjusted his posture, leaning slightly forward as he mentally mapped the hall’s layout. A slight shift in the table arrangement, a simple directional flow… the time savings would be measurable. He could even implement a system of prioritized delivery, based on seniority, perhaps. A few well-placed instructions, a minor adjustment to the system’s architecture. He caught Princess Lyra's eye across the table. She was studying him with an expression he couldn’t quite decipher. Amusement, perhaps? Or something closer to pity. He quickly returned to the report, forcing his mind away from the needless convolution of the meal distribution. There were more pressing matters, systems requiring *real* optimization, things that actually mattered. But the image of the inefficient server route lingered, a persistent, low-level hum in the back of his mind.</w:t>
      </w:r>
    </w:p>
    <w:p>
      <w:r>
        <w:t>Lord Valerius’s smile was a carefully constructed edifice, pleasant enough at a distance, but upon closer inspection, revealed a brittle foundation of calculation. He’d sought Kenji out, a deliberate maneuver, not a casual greeting. The invitation to discuss "the ongoing analysis of the magic node network" had been a lie, a transparent lure. Kenji hadn’t bothered correcting him. Pointing out the deception would have been a waste of effort. He’s already identified the underlying current.</w:t>
      </w:r>
    </w:p>
    <w:p>
      <w:r>
        <w:t>"Remarkable work, Kenji," Valerius’s voice was a silken thread, laced with an undertone of… something. Admiration, perhaps, but the sincerity felt manufactured, like a finely wrought imitation. The aroma of exotic incense, subtly overpowering the usual hall fragrances, was a deliberate touch. A distraction. "The Royal Mages find your insights… enlightening." The words were precise, almost clinical, delivered with the practiced ease of a performer reciting a well-rehearsed script. Kenji’s gaze drifted towards the intricate mosaic depicting a long-forgotten battle – a detail the Royal Mages hadn’t mentioned in their official assessment. They were offering more than information; they were presenting him with a role. A carefully calibrated position within their hierarchy.</w:t>
      </w:r>
    </w:p>
    <w:p>
      <w:r>
        <w:t>“The information regarding node 734 was… unexpected,” Valerius continued, his eyes flicking momentarily to a servant discreetly positioned near the doorway. The servant's presence was a subtle warning, a gentle reminder of the boundaries of their conversation. “A vulnerability of that magnitude… it's quite concerning.” Kenji felt a ghost of amusement tug at his lips. “Concerning, indeed.” It wasn’t the vulnerability itself that was the information leak; it was the fact that Valerius knew *precisely* which vulnerability had been identified. A piece of data that hadn’t been officially disseminated. A sliver of knowledge that should have remained within the confines of the analytical team. The scent of the incense seemed to intensify, coating the room in a suffocating sweetness. “It’s fortunate you caught it, Kenji.” Valerius’s tone carried a subtle inflection, a hint of forced gratitude that felt both insincere and deliberate. “The repercussions… could have been severe.”</w:t>
      </w:r>
    </w:p>
    <w:p>
      <w:r>
        <w:t>The subtle shift in Valerius’s posture was the tell. Not the words, not the strained pleasantries, but the almost imperceptible tightening of his shoulders, the brief flicker of something akin to calculation in his eyes that vanished almost as quickly as it appeared. Kenji had missed it initially, lost in the labyrinthine pleasantries, but now, replaying the interaction in his mind, it was undeniable. He hadn's been lauded for his insights; he's been assessed. Marked.</w:t>
      </w:r>
    </w:p>
    <w:p>
      <w:r>
        <w:t>The information about node 734 hadn't just been a revelation to the Royal Mages; it had been a validation of his methods. They knew he hadn’t simply analyzed the data; they knew he’d *probed*. He hadn't just identified a vulnerability; he'd demonstrated a capability to dismantle the underlying architecture, to see the code itself. It wasn't a question of *if* he could; it was a question of what else he could do. A flicker of annoyance sparked within him, quickly smothered by a detached sense of strategic observation. He’s always understood that exposure was an inevitable consequence of progress. A necessary evil. It was merely a matter of minimizing the cost.</w:t>
      </w:r>
    </w:p>
    <w:p>
      <w:r>
        <w:t>He subtly adjusted his position, the movements almost imperceptible. Not a sign of aggression, merely a realignment of perspective. The incense was a distraction, a clumsy attempt at masking the subtle changes in the room's atmosphere. He could feel the weight of their scrutiny, a silent assessment of his reaction. Good. Let them think he was surprised. Let them believe he hadn't anticipated this. He hadn't made a mistake, not precisely. He’s simply accelerated their analysis. He’s given them a clearer picture of his potential. The cost, he calculated, was negligible. The opportunity, however, was far greater than he’s initially assessed. This wasn't a threat; it was an invitation. A chance to demonstrate a different kind of value. A chance to subtly shift the terms of the equation. He’s always preferred to play the long game.</w:t>
      </w:r>
    </w:p>
    <w:p>
      <w:r>
        <w:t>The chamber felt smaller than it had moments ago, the ornate tapestries seeming to press inward, the scent of beeswax and old parchment suddenly thick and cloying. Kenji hadn’t realized Lyra had left the dining hall; he’s been too absorbed in re-analyzing Valerius’s words, tracing the subtle shifts in inflection, calculating the unspoken implications. Now, she stood before him, not with the easy grace he’s grown accustomed to, but with a taut stillness that spoke of suppressed anger and a burden of information. The usual playful glint in her eyes was absent, replaced by a cold, unsettling clarity.</w:t>
      </w:r>
    </w:p>
    <w:p>
      <w:r>
        <w:t>“He’s been feeding you information,” she stated, the words clipped and precise, delivered without preamble. No pleasantries, no hesitant preamble. Just a direct accusation that hung in the air like a physical weight. She didn't elaborate, didn’t offer the context he instinctively craved. Instead, she produced a small, intricately carved box, placing it on the polished marble floor between them. It opened with a soft click, revealing a series of meticulously transcribed notes – a chain of communication, a carefully constructed web of deception. Each line was a calculated exposure, a silent reveal of Valerius's manipulation. “Not everything. But enough to paint a… flattering portrait. Enough to encourage a certain level of trust.” She didn't meet his gaze, her attention fixed on the notes, as if the very act of revealing them was an act of self-reproach. The silence stretched, thick and uncomfortable, punctuated only by the crackling of the fire in the hearth. It wasn’t the content of the notes themselves that was significant; it was the implication. Valerius hadn’t simply been feeding him information; he’s been shaping his perception, subtly guiding his actions. Molding him into a tool.</w:t>
      </w:r>
    </w:p>
    <w:p>
      <w:r>
        <w:t>Kenji felt a flicker of irritation, quickly suppressed. Predictability, he reminded himself. Valerius was a strategist, not a fool. He’s always been a pawn in a larger game. But the confirmation of this manipulation, the tangible proof of the court’s distrust, was… inconvenient. “And you believe this warrants a confrontation?” he asked, his voice deliberately even, masking the calculations churning within him. He allowed a hint of amusement to color his tone, a subtle jab at her naivete. He needed to assess the extent of her knowledge, to gauge the loyalty of those around him. “Valerius is a master of appearances, Princess. Accusations without proof are… unseemly.” It was a calculated response, designed to provoke, to draw her out. He waited, his mind already analyzing the subtle cues in her expression, the minute shifts in her posture. He could sense her internal conflict, the struggle between her ingrained sense of duty and the growing realization that the court she served wasn't as virtuous as she believed. The game, he realized, had just become significantly more interesting.</w:t>
      </w:r>
    </w:p>
    <w:p>
      <w:r>
        <w:t>The accusation hung in the Grand Hall like a poisoned draught, thick and suffocating. Sunlight, fractured by the stained-glass windows depicting long-dead heroes, failed to pierce the oppressive gloom. Valerius, his voice amplified by subtle enchantment, stood before the assembled court, a carefully cultivated mask of righteous indignation plastered across his features. The ornate carvings of the hall seemed to lean in, silent witnesses to the unfolding spectacle. It wasn’t a roar of condemnation that greeted his words, but a collective intake of breath, a palpable wave of disbelief rippling through the ranks of Eldoria’s nobility. “He manipulates the weave,” Valerius declared, his voice ringing with manufactured sincerity. “Twists the fundamental laws of magic for his own… purposes.” The word 'purposes' lingered, heavy with implication, suggesting motives as dark and inscrutable as the deepest trenches of the Shadowfell. A flicker of amusement, cold and detached, danced within Kenji’s eyes. Predictable. He’s anticipated this moment, prepared for the inevitable backlash. The court was a complex ecosystem of ambition and paranoia, and a newcomer who demonstrated even a fraction of his ability was bound to attract attention.</w:t>
      </w:r>
    </w:p>
    <w:p>
      <w:r>
        <w:t>He stood, an island of stillness amidst the rising tide of apprehension. His posture was relaxed, almost languid, conveying an air of detached amusement. It was a carefully crafted performance, designed to provoke and mislead. Let them assume arrogance, let them perceive defiance. The truth, as always, was far more nuanced. He hadn’t manipulated magic, not in the way Valerius implied. He's merely explored its boundaries, sought to understand its underlying principles. The difference, he knew, was a matter of perspective. A matter of power. A subtle tremor ran through the marble floor, almost imperceptible, yet felt by Kenji as a prickling awareness along his spine. He hadn't triggered it, hadn't *intended* to, but the tension in the room, the raw, palpable fear radiating from the assembled nobility, was generating a cascade of subtle energies. The air crackled with latent potential, a silent testament to the fragility of order. He could feel the collective will of the court pressing against him, a silent challenge, a desperate plea for reassurance.</w:t>
      </w:r>
    </w:p>
    <w:p>
      <w:r>
        <w:t>"Evidence," a voice, sharp and brittle, cut through the oppressive silence. Lady Lyria, renowned for her intellectual rigor and her unwavering loyalty to the crown, stared directly at Valerius, her expression unreadable. A ripple of expectation ran through the court. Valerius gestured expansively, and a shimmering projection materialized in the center of the hall – a series of distorted energy signatures, swirling patterns that defied conventional magical analysis. "These are the residue of his recent experiments," Valerius proclaimed, his voice dripping with righteous indignation. "They represent a dangerous disregard for the established laws of Eldoria.” Kenji’s lips curled slightly. A forgery, of course. Crude, but effective for a court accustomed to accepting appearances over substance. He could deconstruct the illusion with a thought, unravel the tangled energies with a flick of his wrist. But that, he knew, would be a mistake. It would confirm their suspicions, solidify their fears. He allowed a faint smile to play on his lips, a subtle acknowledgement of their concerns. Let them believe what they needed to believe. The game, he realized, had only just begun.</w:t>
      </w:r>
    </w:p>
    <w:p>
      <w:r>
        <w:t>The tremor hadn’t been an accident. It was a signal. Not a request for assistance, not precisely. More a confirmation – *I know*. The guards materialized with unsettling speed, not the clumsy, ceremonial formations of the palace guard, but lean, efficient shadows moving with the practiced grace of assassins. They weren’t aiming for capture; they were aiming to eliminate. Five of them, each radiating a barely contained aura of reinforced magic, their movements a blur of calculated aggression. Standard palace security, but subtly… enhanced. Someone wanted him gone, and they’s been thorough.</w:t>
      </w:r>
    </w:p>
    <w:p>
      <w:r>
        <w:t>He didn't bother with a dramatic flourish, no grand pronouncements of defiance. Just a shift of his weight, a fractional redirection of his attention. The first guard lunged, a shimmering blade aimed for his throat. Too predictable. He sidestepped, the momentum carrying the attacker past him, stumbling slightly. A flicker of displaced air, barely perceptible, and the guard’s foot caught on a seemingly invisible thread, sending him sprawling. It wasn't a trick, not precisely. Just a minute alteration of the ambient magical weave, enough to disrupt balance. The second guard anticipated the move, attempting to flank him. A sigh escaped Kenji’s lips, a near-silent expulsion of frustrated energy. This was becoming tedious. He didn’t bother with a spell, not a visible one. Instead, he *became* the shadows, blurring his outline, drawing upon the residual magic of the grand hall – the echoes of ancient rituals, the faint resonance of countless prayers. He flowed past the attacker, the guard’s hand passing through empty air. A subtle manipulation of the light, a microscopic distortion of space, and the guard stumbled, his vision momentarily skewed, disoriented. He could feel the subtle resistance, the instinctive recoil of magic as he shifted, evaded. They were prepared, but their preparations lacked... nuance. They were reacting, not anticipating.</w:t>
      </w:r>
    </w:p>
    <w:p>
      <w:r>
        <w:t>The remaining three converged, a wall of controlled aggression. They weren’t fools. They’s adapted, subtly shifting their tactics, anticipating his next move. He didn't meet their challenge head-on. Instead, he exploited the very architecture of the hall, a silent dance of evasion. He tapped into the faint magical resonance embedded within the marble floor, using it as a springboard to launch himself across the vast expanse of the hall. A flicker, a blur, and he was among the shadows of a towering tapestry depicting a long-dead king. He felt the sting of a deflected spell against his arm – a minor inconvenience, easily absorbed. They’d learned a lesson; direct confrontation was futile. He smiled, a fleeting expression that vanished as quickly as it appeared. This wasn’t about winning. It was about demonstrating. About making them understand the depth of his capabilities. He’s always preferred to operate in the shadows. And now, the shadows were his allies. He pushed off the tapestry, not towards an exit, but *up*, using the ingrained patterns of its weave to propel himself towards a narrow, forgotten service passage built centuries ago. The guards followed, but their movements were clumsy, their formations disrupted. They were hunters, but he was the wind. And the wind, he reminded himself, always finds a way.</w:t>
      </w:r>
    </w:p>
    <w:p>
      <w:r>
        <w:br w:type="page"/>
      </w:r>
    </w:p>
    <w:p>
      <w:pPr>
        <w:pStyle w:val="Heading1"/>
      </w:pPr>
      <w:r>
        <w:t>Chapter 14</w:t>
      </w:r>
    </w:p>
    <w:p>
      <w:r>
        <w:t>The gates of Silverhaven slammed shut behind him, the echoing clang a mocking fanfare. He didn’t glance back. Valerius’s accusation – *manipulating magic, a threat to Eldoria* – was a calculated move, a swift and brutal way to silence him. The guards were predictable, relying on brute force and rigid formations. Kenji, however, wasn't. He’s spent too long parsing algorithms to be trapped by a simple patrol route. He vaulted over a stack of crates, the rough wood scraping his palms, and plunged into a warren of alleys he’s memorized from city maps – routes used by smugglers and those who preferred to remain unseen.</w:t>
      </w:r>
    </w:p>
    <w:p>
      <w:r>
        <w:t>The air thickened, shifting from the manicured scents of the capital to the pungent aroma of refuse and damp stone. He tasted the grit on his tongue, a gritty reminder of the precipice he was balanced upon. A flicker of residual magic clung to the cobblestones, a chaotic residue from the hasty guards’ attempts to seal off his escape. He filtered it, not for power, but for information – the subtle shifts in the ambient flow that indicated hidden passages, overlooked shortcuts. A seam in the wall, almost invisible, thrummed faintly. He pressed against it, and the stone yielded, revealing a narrow, descending stairway reeking of mildew. The dampness clung to his skin, chilling him to the bone.</w:t>
      </w:r>
    </w:p>
    <w:p>
      <w:r>
        <w:t>He didn't relish the darkness. Didn't crave the shadows. But remaining in Silverhaven meant certain confinement, or worse. He dropped into the passage, the stone grinding against his boots. The familiar sensation of calculating, of analyzing, settled over him, a comforting blanket against the rising tide of apprehension. Escape wasn’t about running *from* something. It was about finding the optimal path forward, even when that path led into the suffocating black. The root function wasn’t always visible. Sometimes, it was buried beneath layers of obfuscation, waiting to be unearthed. And Kenji, despite everything, was exceptionally good at digging.</w:t>
      </w:r>
    </w:p>
    <w:p>
      <w:r>
        <w:t>The dampness clung to his boots, a clinging residue of the tunnels’ breath. He’d initially intended a subtle acceleration – a fractional reduction in inertia, a tiny lessening of the effort required to move. Nothing flashy. Just enough to cover the distance between the stairwell’s mouth and the city’s outer wall a fraction faster than a foot patrol would anticipate. A tweak, not a transformation. He’s made it so ingrained, the manipulation almost instinctive, a micro-adjustment to the ebb and flow of his own personal spacetime.</w:t>
      </w:r>
    </w:p>
    <w:p>
      <w:r>
        <w:t>It was efficient. Too efficient, perhaps. He hadn’t accounted for the aerial patrols. The subtle warp in his personal gravity, the infinitesimal shift in his temporal frame, left a faint echo – a distortion in the ambient magical field detectable by those attuned to its nuances. A high-pitched whine, barely audible, yet persistent. He registered it as a flicker in his peripheral awareness, a dissonance in the background hum of Eldoria’s leylines. Above, the drone of patrol wyverns shifted, a discordant change in their rhythmic thrum. Their shadows, previously drifting lazily across the city, now snapped into sharper focus, locked onto his position. He registered the shift in their trajectories, the almost imperceptible angling of their wings – a predatory lock-on.</w:t>
      </w:r>
    </w:p>
    <w:p>
      <w:r>
        <w:t>He didn’t bother to analyze the specifics of their detection method. Pointless. They were responding. He *moved* – not accelerating, not warping, but simply *moving* with a speed that belied his current state. A burst of kinetic energy, a controlled release of potential, propelled him forward, a silent streak across the dimly lit tunnel. The air rushed past, a tangible force against his skin. He could feel the faint tremor in the stone beneath his feet, the echoes of his passage reverberating through the earth. Behind him, the whine of the wyverns intensified, accompanied by the guttural roar of their riders. He didn’s look back. There was a particular advantage to being the fastest thing in a given space – it allowed for a certain… detachment from the consequences.</w:t>
      </w:r>
    </w:p>
    <w:p>
      <w:r>
        <w:t>The tunnel narrowed, the rough-hewn walls pressing in, the oppressive dampness clinging to his skin like a second layer. He could feel the vibrations now, a rhythmic pulse growing stronger with each stride. The patrol. Not a massive force, just three wyverns, ridden by soldiers clearly more loyal to Silverhaven than to any sense of justice. Predictable, which was almost comforting. Almost. Their movements were rigid, almost ceremonial, the product of rote training rather than genuine alertness. That was his advantage.</w:t>
      </w:r>
    </w:p>
    <w:p>
      <w:r>
        <w:t>He risked a glance back, confirming their pursuit. They hadn’t increased their speed, maintaining a steady, almost leisurely pace. Good. It meant they believed he was fleeing in panic, not operating with purpose. A calculated mistake on their part. He reached a fork in the tunnel, a barely discernible split hidden behind a cascade of moss. A local’s shortcut, known only to those who spent their lives scrounging for scraps beneath the city’s polished surface. He didn’t take it. Instead, he paused, drawing a minuscule amount of ambient magical energy, shaping it into a faint, shimmering distortion—a perfect echo of his own passage. He flung it back the way he’s come, a phantom ripple in the tunnel's darkness. A ghost chase.</w:t>
      </w:r>
    </w:p>
    <w:p>
      <w:r>
        <w:t>The illusion held for a heartbeat, two, then the patrol reached it. A brief surge of frustration radiated from the lead rider as he realized the deception. A wasted opportunity. The lead wyvern, a scarred veteran with emerald scales, let out a frustrated screech. “Fool’s trick! He’s doubled back!” His voice, amplified by the enclosed space, echoed through the tunnel, betraying a flicker of irritation. The other two riders snorted in agreement, adjusting their course to follow the phantom lead. A fraction of a second. That’s all he needed. He slipped into the genuine shortcut, the moss brushing against his face, the air growing colder, damper, heavier with the scent of decay. The sound of the pursuing wyverns faded behind him, replaced by the drip, drip, drip of water and the unsettling silence of the forgotten depths. A simple distraction. A waste of their time. And a testament to the truth: even the most loyal could be manipulated with a well-placed illusion and a clear understanding of their own assumptions.</w:t>
      </w:r>
    </w:p>
    <w:p>
      <w:r>
        <w:t>The passage twisted, a claustrophobic spiral descending into the earth’s gut. The air thickened, tasting of iron and something older, something that clung to the back of the throat like a forgotten curse. The walls, once roughly hewn, became polished smooth by centuries of unseen water, slick with a phosphorescent moss that pulsed with a sickly green light. He’d expected traps, patrols, anything to prevent a skilled escapee from disappearing into the city’s underbelly. Instead, he found silence. A disconcerting, unnatural silence that pressed against his eardrums.</w:t>
      </w:r>
    </w:p>
    <w:p>
      <w:r>
        <w:t>Then, a flicker of movement. A figure, hunched and gaunt, emerged from the shadows, wielding a flickering lantern that cast grotesque shadows across the tunnel walls. Not a guard. Too ragged, too… resigned. The man’s armor was dented and patched, his posture that of someone accustomed to hardship, to unseen toil. He didn’t startle at Kenji’s presence, merely blinked, his eyes – the color of storm clouds – assessing him with a weary curiosity. “Lost, are you?” the man asked, his voice a low rasp, like dry leaves skittering across stone. The question felt… weighted. Not a genuine inquiry, but a test. “They always are.”</w:t>
      </w:r>
    </w:p>
    <w:p>
      <w:r>
        <w:t>Kenji didn’t respond immediately. He analyzed the man, cataloging his worn equipment, his subtle scent of damp earth and cheap oil, the faint tremor in his hands. A lower-ranking soldier, undoubtedly, someone forgotten in the endless bureaucracy of Eldoria’s military. He’s likely seen things, things he doesn't speak of. “Just… passing through,” Kenji said, the words carefully chosen, stripped of unnecessary information. The man’s lips twisted in a humorless smile. “The Peaks call to some. Not many listen. Those who do rarely return the same.” He paused, his gaze intense. "The mountains remember. They shift, they whisper. They test." He didn’t elaborate, didn't offer explanation. Just a cryptic warning, delivered with the unsettling conviction of someone who's peered into a darkness he cannot escape. "Find the Whisperwind Pass. But be warned. It isn't a path. It's a choice." He then simply faded back into the shadows, the lantern's light swallowed by the oppressive gloom, leaving Kenji standing alone in the echoing silence. The air now tasted of something else entirely - an echo of something profound, something both ancient and terrifying.</w:t>
      </w:r>
    </w:p>
    <w:p>
      <w:r>
        <w:t>The air thickened, a palpable pressure against his skin as he followed the cryptic direction. Whisperwind Pass wasn’t a clearing, a path carved through rock. It was a descent. The tunnel he’s been following, seemingly random in its twists and turns, abruptly ended at a sheer wall of polished obsidian. No rough-hewn passage, no natural cave formation. This was crafted. Meticulously, flawlessly. He ran a gloved hand across the surface, the obsidian cool and strangely smooth beneath his touch. There was a resonance, a subtle vibration against his palm that resonated deep within his bones. A language.</w:t>
      </w:r>
    </w:p>
    <w:p>
      <w:r>
        <w:t>He pressed, instinctively, feeling for a seam, a break in the perfect surface. It took less than a breath. A section of the obsidian slid inward, a silent groan echoing in the confined space, revealing not more tunnel, but a chamber. Vast. Impossibly vast. It wasn't a natural cavern; the geometry was all wrong, the scale defying logic. The air hummed with an energy that prickled his skin, a tangible presence that vibrated with a purpose he couldn't immediately grasp. He took a cautious step inside, his senses on high alert. The chamber wasn’t lit by any visible source, yet it was bathed in a soft, ethereal glow, as if the very stone itself radiated light. Before him stretched a network of rails, shimmering faintly in the dim light. Not steel, not iron. Something… other. A silvery substance that seemed to absorb and refract light simultaneously. They spanned the chamber, disappearing into the shadowy distances, each rail equidistant, each perfectly aligned. A grid of pathways, silent, dormant.</w:t>
      </w:r>
    </w:p>
    <w:p>
      <w:r>
        <w:t>He knelt, examining the material of the rails. It wasn't something he recognized. Not any alloy or combination of elements he's encountered in his studies. It resonated with a peculiar harmonic frequency, a subtle vibration that seemed to penetrate his very being. He focused his power, drawing upon his understanding of fundamental forces, attempting to analyze the material’s composition. The feedback was… overwhelming. A cascade of information flooded his mind—not data, but *understanding*. Visions, fragmented and fleeting, of a civilization unlike any he’s ever encountered. Architects of reality, manipulators of spacetime. Their mastery of energy dwarfed even the most advanced scholars of Eldoria. He saw them, brief glimpses of their forms, graceful and alien, their movements fluid and precise, their technology woven seamlessly into the fabric of their existence. He saw them *build* this place, effortlessly manipulating space and time, creating a network of instantaneous transport, a web connecting distant locations with a thought. A system designed for efficiency, for exploration, for *debug*. He recognized the term, its significance striking him with the force of a physical blow. This wasn’t just a transport system. It was a diagnostic tool, a way to analyze and correct anomalies within their own reality. A failsafe, left behind for a civilization that might one day stumble upon their legacy. He touched a rail, and the vision intensified. He saw the schematic, the equations, the fundamental principles that governed this incredible technology. It was… elegant. Brutally, devastatingly elegant. And dormant. Waiting.</w:t>
      </w:r>
    </w:p>
    <w:p>
      <w:r>
        <w:t>The rail beneath his hand pulsed, not with the clean resonance of ancient technology, but with something…wrong. A flicker at the periphery of his vision, a distortion like heat rising from stone, yet colder, infinitely colder. It wasn’t a visual anomaly alone. A taste bloomed on his tongue, metallic and bitter, like old blood and ozone. He recoiled, a phantom tremor running through his bones. It was subtle, almost nonexistent, but the underlying structure of the rail *shifted*. Not physically, not in any way perceptible to mundane senses, but in the underlying patterns, the harmonic frequencies that defined its existence. For a single heartbeat, the elegant logic of the system fractured, revealing something…else.</w:t>
      </w:r>
    </w:p>
    <w:p>
      <w:r>
        <w:t>The vision slammed into him, unbidden, unwelcome. Not the graceful architects, the benevolent engineers. Instead, a landscape of obsidian shards and crimson skies. Mountains twisted into grotesque mockeries of natural forms, their peaks crowned with pulsating, organic spires. A sense of utter domination permeated the scene, a crushing weight that pressed down on his very soul. He saw movement, fleeting glimpses of colossal shapes writhing in the volcanic gloom. Not creatures of flesh and blood, but manifestations of raw, unbridled power, their forms defying definition, their essence a swirling vortex of entropy. A single, resonant hum emanated from the scene, a sound that vibrated not in his ears but in his very core, a song of absolute control and inevitable corruption. It wasn’t *showing* him anything. It was *broadcasting*. A signal.</w:t>
      </w:r>
    </w:p>
    <w:p>
      <w:r>
        <w:t>He stumbled back, the vision abruptly vanishing, leaving behind a lingering sense of dread and a phantom ache in his temples. The rails remained, the intricate network still humming with dormant potential. But the subtle corruption lingered, a stain on the underlying logic. The system hadn't been corrupted, not yet. But it *knew*. It resonated with the intrusion, acknowledged it. A cold, calculating awareness pulsed within the silent pathways. The ancient architects hadn't foreseen *this*. They’d built a tool to fix problems. But what happens when the problem *is* the fix? A whisper, barely audible, echoed in the sudden silence. *Welcome, repairman.*</w:t>
      </w:r>
    </w:p>
    <w:p>
      <w:r>
        <w:br w:type="page"/>
      </w:r>
    </w:p>
    <w:p>
      <w:pPr>
        <w:pStyle w:val="Heading1"/>
      </w:pPr>
      <w:r>
        <w:t>Chapter 15</w:t>
      </w:r>
    </w:p>
    <w:p>
      <w:r>
        <w:t>[Content generation skipped: No events defined for this chapter.]</w:t>
      </w:r>
    </w:p>
    <w:p>
      <w:r>
        <w:br w:type="page"/>
      </w:r>
    </w:p>
    <w:p>
      <w:pPr>
        <w:pStyle w:val="Heading1"/>
      </w:pPr>
      <w:r>
        <w:t>Chapter 16</w:t>
      </w:r>
    </w:p>
    <w:p>
      <w:r>
        <w:t>The air in the Shattered Peaks tasted of dust and something older, something that clung to the rough-hewn stone like a memory. The wind, a constant, keening presence, tugged at his worn travel cloak, threatening to rip it away. He’s been following the cryptic directions given by the lower-ranking soldier – a path less travelled, carved into the mountainside by hands long gone. Now, the passage opened into a vast cavern, the ceiling lost in shadow. The faint luminescence of his mana-infused palm pulsed, revealing walls covered in intricate carvings. Not Aethel script. Nothing he recognized.</w:t>
      </w:r>
    </w:p>
    <w:p>
      <w:r>
        <w:t>It was…elegant. Almost mocking in its complexity. The glyphs weren’t simply etched into the stone; they seemed *grown* from it, interwoven with the mineral structure. He ran a gloved hand over a particularly intricate panel, the stone cool and strangely responsive beneath his touch. A flicker of…something. Not a visual hallucination, but a resonance, a faint echo of understanding. It felt like trying to grasp a melody played on an instrument he’s never seen, the notes tantalizingly close yet just beyond his reach. This wasn’t a writing system intended to convey information, not as he understood it. It was a framework, a layered architecture of…something else.</w:t>
      </w:r>
    </w:p>
    <w:p>
      <w:r>
        <w:t>He focused, drawing on his own analytical abilities, forcing his mind to latch onto patterns. It was like peeling back layers of an onion, each layer revealing a slightly different perspective, a more intricate design. The glyphs pulsed subtly in response to his focus, the stone resonating with a low hum that vibrated through his bones. He sensed a power here, vast and ancient, far beyond anything he’s encountered in Eldoria. It wasn’t raw power, like the brute force of a fire mage, but a deep, underlying intelligence. He felt a nascent curiosity, a deep-seated drive to *understand* – to unravel the secrets held within these silent stones. This wasn't a system to be *read*, but one to be *integrated*.</w:t>
      </w:r>
    </w:p>
    <w:p>
      <w:r>
        <w:t>The hum intensified as he focused, not just listening, but *feeling* the resonance of the glyphs. It wasn’s a language to be translated, he realized with a jolt that sent a ripple of excitement through him. It was…code. Not in any language he’s ever encountered, not even in the theoretical frameworks he's studied, but code nonetheless. Layers of intricate logic, intertwined with the very fabric of this place, defining its existence. The stone pulsed beneath his palm, responding to his focus, as if acknowledging his nascent understanding. He instinctively reached out, not with his mind directly, but with a probing extension of his mana, a tentative touch against the flow of this ancient system. It was like inserting a debugging tool into a program far beyond his comprehension, a reckless gamble with potentially catastrophic consequences.</w:t>
      </w:r>
    </w:p>
    <w:p>
      <w:r>
        <w:t>The immediate response was… resistance. A subtle pushback, a firewall against intrusion. He hadn't expected it, hadn't anticipated the system possessing its own defenses. He didn’t try to force his way in. That would be foolish. Instead, he adapted, mimicking the underlying structure of the glyphs themselves, crafting a 'probe' that resonated with their inherent logic. A tiny adjustment, a minuscule shift in the frequency of his mana, and the resistance eased. A hairline fracture appeared in the wall of the system, a momentary glimpse into the architecture beneath. He saw cascading flows of energy, interconnected nodes pulsing with an almost unbearable density of information. Not raw power, not destructive force, but a fundamental *definition* of reality. A single alteration to this system, he realized, could reshape the very landscape, bend the laws of physics to a user's will. The implications were staggering, terrifying.</w:t>
      </w:r>
    </w:p>
    <w:p>
      <w:r>
        <w:t>He wasn't debugging, he was *reverse engineering* creation itself. The stone beneath his palm grew warmer, almost painfully so. He felt a faint tugging sensation, a subtle integration of his own mana with the flow of the glyphs. A dangerous intimacy. He quickly retracted his probe, severing the connection. A tremor ran through the cavern, dust raining down from the ceiling. He hadn’t fully grasped the system, hadn’t even scratched the surface, but he now knew – he *felt* it – that he was standing before something that dwarfed even the most legendary artifacts of Eldoria. And he had just poked it with a very large stick. A low growl echoed from the depths of the cavern, a sound utterly alien and profoundly unsettling. He wasn't alone, and whatever shared this place clearly wasn’t pleased with his intrusion.</w:t>
      </w:r>
    </w:p>
    <w:p>
      <w:r>
        <w:t>The growl faded, replaced by a deeper resonance that seemed to vibrate not through the air, but through the very bones in his skull. The glyphs on the wall flared, not with light, but with a shimmering distortion that warped the cavern's already unreal atmosphere. It wasn’t a simple activation; it was a *projection*, something layered upon reality, a ghost of a world lost to time. A holographic image bloomed from the stone, solidifying into a cityscape unlike anything he could have conceived. Towers of impossible angles pierced a sky painted with swirling auroras, structures that defied gravity and logic, woven from materials that seemed to absorb and refract light simultaneously. There was no grime, no decay; everything pulsed with a vibrant, unsettling perfection.</w:t>
      </w:r>
    </w:p>
    <w:p>
      <w:r>
        <w:t>The people were…odd. Tall, slender, with limbs that moved with an almost unsettling fluidity. They weren’t human, not entirely. Their faces were too smooth, their eyes too large, reflecting the swirling aurora of their sky. He could *feel* their intelligence, a raw, almost overwhelming power radiating from them, a collective consciousness that dwarfed anything he’s encountered. He instinctively reached out, not physically, but with his awareness, probing the edges of the projection, seeking a point of contact. It was like trying to grasp smoke, a fleeting impression of purpose, of a civilization that didn't simply build, but *defined* reality. He sensed, rather than understood, a language, not of words, but of geometric patterns, of harmonic resonances that underpinned the very fabric of existence. They weren’t manipulating energy; they were manipulating the underlying *principles* that governed it.</w:t>
      </w:r>
    </w:p>
    <w:p>
      <w:r>
        <w:t>A deeper scan revealed a network, a lattice of interconnected structures that seemed to reshape the landscape on a fundamental level. He recognized the architecture, not as buildings, but as nodes, points of control within a vast, planetary-scale program. They weren’t just building cities; they were *writing* the rules of their world, rewriting the laws of physics with an effortless grace that was both awe-inspiring and terrifying. He saw, briefly, a schematic, a glimpse of the code that underpinned their reality. Equations that defied comprehension, patterns that resonated with a power that made his own limited understanding feel like a child’s scribbles. Then, just as abruptly as it appeared, the projection began to fracture, the cityscape dissolving into a cascade of shimmering particles. The resonance faded, leaving him standing in the cavern's oppressive silence, the weight of what he had witnessed pressing down on him. It wasn't just a lost civilization; it was a testament to a level of understanding that lay beyond his current grasp, a stark reminder of how much he still had to learn.</w:t>
      </w:r>
    </w:p>
    <w:p>
      <w:r>
        <w:t>The fracturing projection had vanished, leaving a lingering sense of…loss. Not sadness, precisely, but the frustration of a craftsman denied the tools to complete a masterpiece. He’s glimpsed the architecture, tasted the potential, and now he was left staring at a wall of incomprehensible glyphs. Lyra, who had been silently observing his efforts, spoke, her voice a low hum in the cavern’s oppressive silence. "There's a pattern," she murmured, more to herself than to him. She hadn't touched the glyphs directly, preferring to study them from a distance, her fingers tracing invisible patterns in the air. He hadn’t expected her to contribute; her expertise lay in political maneuvering and subtle influence, not in ancient, reality-bending code. But then again, he’s been consistently underestimating her.</w:t>
      </w:r>
    </w:p>
    <w:p>
      <w:r>
        <w:t>She pointed to a repeating sequence, a cluster of glyphs nested within the larger network of the holographic projection. It wasn't immediately obvious, easily overlooked amidst the complexity of the whole. But once he saw it, he couldn't unsee it. It was subtle, a slight variation in the flow of energy, a faint echoing of the primary system’s architecture. "It's…an override," she stated, her voice tight with a contained excitement. "A failsafe, I think. Designed to prevent catastrophic alteration. A limiter, in essence." He scanned the sequence, focusing his mana, pushing past the initial confusion. She was right. It was a cage, subtly restricting the system’s potential, preventing it from spiraling out of control. A safety net woven into the very fabric of reality. "Why limit it?" he asked, his thoughts already racing. If they could bypass it...the possibilities were staggering.</w:t>
      </w:r>
    </w:p>
    <w:p>
      <w:r>
        <w:t>The glyphs themselves seemed to pulse with a subtle resistance, as if aware of his intent. The stone beneath his hand grew colder, the cavern’s silence deepening. "It’s likely a response to previous attempts at manipulation," Lyra observed, her eyes fixed on the repeating sequence. “Someone tried to break the system before. And they put this in place to prevent it happening again.” She reached out, not directly touching the glyphs, but extending her awareness, probing the underlying structure of the failsafe. He sensed a faint flicker of…recognition. Not a direct connection, but an echo of a previous interaction. “It’s not just a limiter,” she added, her voice low and strained. “It’s actively learning. Adapting. It’s…defending itself.” The air crackled with a barely perceptible energy. He felt a sudden, chilling certainty. They weren't just poking a sleeping giant. They were poking something that was very much awake.</w:t>
      </w:r>
    </w:p>
    <w:p>
      <w:r>
        <w:t>The failsafe wasn’t a deterrent, not really. It was a pressure valve. A desperate measure implemented *after* something had already gone wrong. The holographic projections, the effortless manipulation of reality… those weren't the pinnacle of this civilization's achievement. They were the symptoms. “It’s not preventing something,” Kenji murmured, the cold stone biting into his palm. “It’s containing it.” He focused on the intricate web of glyphs, tracing the flow of energy not just within the failsafe itself, but outward, beyond its boundaries. The patterns weren’t clean, efficient. They were chaotic, layered, a frantic attempt to redirect a force that resisted containment. Like trying to hold back a flood with a handful of sandbags.</w:t>
      </w:r>
    </w:p>
    <w:p>
      <w:r>
        <w:t>Lyra’s analytical gaze remained fixed on the failsafe, but he sensed her attention shifting, drawn by his sudden shift in focus. "Containment implies a source," she stated, her voice flat, devoid of inflection. "What are they containing?" He didn’t answer immediately. The question was too broad, too vague. It was like asking what was contained within a star – a vast, unimaginable complexity. But the answer, he suspected, lay not in the outward brilliance, but in the gravitational core. “Look at the discharge patterns,” he said, finally, pointing to a series of glyphs that pulsed with a sickly, distorted energy. "They’re not dissipating. They’s being… channeled. Redirected. But not eliminated.” The discharge wasn’t flowing *away* from the failsafe, but *through* it, funneled toward a single, central point – a nexus of distorted energy that seemed to throb with a malevolent intelligence.</w:t>
      </w:r>
    </w:p>
    <w:p>
      <w:r>
        <w:t>The realization struck him with a chilling certainty. The failsafe wasn’t preventing a catastrophe. It was *amplifying* one. The ancient civilization hadn't eradicated a threat; they'd merely pushed it underground, forcing it to mutate, to adapt. "The Demon Lord…" he said, the name tasting like ash in his mouth. “It's not a corruption. It's a consequence. A byproduct of this system’s desperate attempt to control something it couldn't understand.” The connection was subtle, a faint echo of the same distorted energy, the same desperate channeling. A perverse inversion of creation, born from the ashes of a failed attempt at perfection. And now, after millennia of containment, the pressure was building. The dam was cracking. And whatever lay on the other side… was waiting.</w:t>
      </w:r>
    </w:p>
    <w:p>
      <w:r>
        <w:t>He didn’t consciously decide to run the sequence. It was a compulsion, a need to understand the underlying architecture, a reflex honed by years of dissecting arcane structures. He focused on a single strand of the failsafe’s code, a shimmering thread of glyphs that pulsed with an unsettling rhythm. It wasn’t about brute force; it was about resonance, finding the key that unlocked the underlying mechanics. He visualized the sequence, translating the alien script into a series of equations within his mind, searching for a point of overlap, a harmonic frequency that would allow him to passively read the information. A slight pressure built behind his eyes, a familiar sensation akin to pushing against a resisting current.</w:t>
      </w:r>
    </w:p>
    <w:p>
      <w:r>
        <w:t>The cavern air shimmered. Not a visual distortion, not initially. It was a shift in…density. A subtle warping of the immediate space around him, a localized pocket where the flow of time seemed to stutter. He felt it more than saw it, a disorientation that made his stomach clench. The echo of Lyra’s breathing seemed to stretch, elongated, then compressed into an unsettling rush. Dust motes, dancing in the faint light filtering from above, froze mid-air, then zipped backward, tracing their paths in reverse. A trickle of water, dripping from a fissure in the cavern wall, hung suspended, then retracted into the rock, the sound echoing backward in a fragmented, surreal burst. It was minute, barely perceptible, but the sheer *wrongness* of it sent a jolt of adrenaline through him.</w:t>
      </w:r>
    </w:p>
    <w:p>
      <w:r>
        <w:t>The pressure behind his eyes spiked. The localized temporal anomaly intensified. He saw a brief, fractured glimpse of the cavern’s past – a flicker of activity, the faint impression of figures moving within the space, gone in an instant. He hadn’t triggered a dramatic event, hadn’t shattered the fabric of reality. But he's poked something, nudged the system. A barely perceptible ripple, expanding outwards from the point where his mind touched the failsafe’s code. A warning, perhaps, or simply an acknowledgement. The sequence abruptly ceased. The localized temporal distortion vanished, leaving a ringing silence in its wake. The dust motes resumed their dance, the water trickled from the fissure, the cavern returned to its oppressive stillness. The pressure behind his eyes receded, leaving a dull ache. He hadn’t gained any new knowledge, hadn't unlocked any hidden secrets. Just a fleeting glimpse of the system's potential for chaos, and the unsettling certainty that he's drawn its attention.</w:t>
      </w:r>
    </w:p>
    <w:p>
      <w:r>
        <w:t>The ringing in his ears hadn't entirely subsided when the air shifted again. Not a temporal distortion this time, but a displacement, a subtle thinning of reality that felt like parting curtains on a forgotten stage. He hadn’t consciously willed it, hadn’t triggered anything further, yet a form materialized before him, translucent and flickering like a dying ember. It wasn't a projection, not entirely; he could feel a coldness radiating from it, a weight pressing against his senses that felt profoundly *real*. The figure was humanoid, slender and tall, clad in what appeared to be flowing robes woven from light itself. Their face was androgynous, devoid of expression, yet somehow conveying an ancient sadness that resonated deep within his bones. It wasn’t a visual impression so much as a feeling, a resonance of profound loss.</w:t>
      </w:r>
    </w:p>
    <w:p>
      <w:r>
        <w:t>The figure didn't speak, not in any language he recognized. Instead, a concept, an understanding, bloomed within his mind, bypassing the need for vocalization. *“The failsafe… a bandage,”* it conveyed, the mental echo layered with a weary resignation that spoke of ages spent fighting a losing battle. He felt a flash of frustration, the instinctive urge to demand explanation, to dissect the information. But something in the figure's immense, layered sadness held him back. It wasn’t offering answers; it was issuing a warning. The implication was clear: the failsafe wasn't the problem. It was merely suppressing the symptoms. *“The Root… it feeds. It twists,”* the mental voice continued, the feeling of coldness intensifying, as if the figure itself were drawing energy from the encroaching darkness. He saw, not with his eyes, but with a sudden, chilling clarity, a glimpse of something vast and incomprehensible lurking beneath the failsafe, a writhing mass of shadow and distortion that defied easy categorization. It was a predatory intelligence, ancient and powerful, patiently biding its time, subtly manipulating the very fabric of reality.</w:t>
      </w:r>
    </w:p>
    <w:p>
      <w:r>
        <w:t>The vision faded as abruptly as it had appeared, leaving behind a lingering sense of dread and a profound understanding that their efforts had been tragically misdirected. It wasn't about mastering the failsafe; it was about confronting the darkness that necessitated it in the first place. The figure’s final mental impression was not a plea, but a stark realization. *“You seek control where there is only consequence.”* And then, as silently as it had arrived, it vanished, leaving him standing in the cavern’s oppressive stillness, acutely aware that the real battle had only just begun, a battle far more dangerous than any he could have previously imagined. The air tasted of ash, and the silence felt heavy, pregnant with an unseen threat.</w:t>
      </w:r>
    </w:p>
    <w:p>
      <w:r>
        <w:br w:type="page"/>
      </w:r>
    </w:p>
    <w:p>
      <w:pPr>
        <w:pStyle w:val="Heading1"/>
      </w:pPr>
      <w:r>
        <w:t>Chapter 17</w:t>
      </w:r>
    </w:p>
    <w:p>
      <w:r>
        <w:t>The air grew thin, the biting wind a physical manifestation of the Peaks’ disdain. Kenji ignored it, the slight discomfort a negligible factor against the rising hum resonating within him. It wasn’t a sound he *heard*, not precisely; it was a vibration, a sympathetic resonance with the land itself, guiding him deeper into the shattered heart of the mountains. Each step crunched on pulverized stone, the remnants of colossal structures long since reduced to dust, yet somehow still radiating a subtle energy – a ghost of their former power. The glyphs he’s been following pulsed faintly beneath the snow, a thread leading him toward something… significant.</w:t>
      </w:r>
    </w:p>
    <w:p>
      <w:r>
        <w:t>The landscape warped as he ascended. The jagged peaks, already brutal, seemed to fold in on themselves, the sky above a bruised violet. It wasn’t visual distortion, not entirely; it was as if the fabric of reality itself was thinning, revealing layers beneath. He felt it in his bones, a pressure building behind his eyes. A shimmering haze clung to the ground, obscuring the path forward, yet the resonance intensified, pushing him onward. He reached out, instinctively, fingers brushing against the cold, vibrating air. A momentary flash of understanding, a fractal geometry blooming in his mind, then vanishing as quickly as it appeared. It felt… incomplete. Like a key that wouldn’t turn.</w:t>
      </w:r>
    </w:p>
    <w:p>
      <w:r>
        <w:t>Then, the ground vanished. Not literally, but his perception of it shifted. He stood on a platform of polished obsidian, the air crackling with unseen energy. Before him, a vast cavern opened, its walls lined with swirling patterns of light – a living tapestry of power. The resonance peaked, overwhelming his senses. This wasn't just a place; it was a nexus, a focal point for the ancient power that had shaped these mountains. The incomplete key flashed again, sharper this time, revealing a single, crucial element: a central pillar of pure, crystallized energy, pulsing with the same light as the tapestry. It was the source. And it felt… wrong. A subtle discordance, a tremor in the symphony of power. Something was suppressing its true potential, twisting it into something… unstable.</w:t>
      </w:r>
    </w:p>
    <w:p>
      <w:r>
        <w:t>The pillar thrummed, its light a complex dance of patterns he couldn’t immediately parse. It wasn't a simple energy signature; it was… structured. Like code. Ancient, impossibly complex code etched into the very fabric of reality. He extended a hand, a reflexive gesture, and the world swam. Not a dizzying shift, but a layering. A second perception overlaid the first, revealing the dance of light wasn’t random. It was a sequence. A script.</w:t>
      </w:r>
    </w:p>
    <w:p>
      <w:r>
        <w:t>The air shimmered, the familiar thrum shifting into a cascade of resonant frequencies that rattled within his skull. It wasn’t comfortable. It felt like forcing a lock with the wrong key, the metal grinding against the mechanism. He focused, pulling at the edges of his perception, forcing his mind to adapt, to *translate*. The glyphs he’s been following weren’t just markers; they were a key, a primer. They unlocked a layer of understanding, a framework for interpreting the chaotic symphony of light. Slowly, agonizingly, the patterns began to resolve. They weren't lines of text, not in any language he recognized, yet the underlying structure… the logic... it was undeniably there. A language of creation, of fundamental laws rewritten. He felt a flicker of something akin to recognition, a dim echo of a knowledge he should have possessed. The sensation was fleeting, like trying to grasp smoke.</w:t>
      </w:r>
    </w:p>
    <w:p>
      <w:r>
        <w:t>The crystalline structure resonated with his focus, a phantom network of pathways illuminated within his mind. It wasn't visual; it was… experiential. Each sequence represented a function, a command. A subroutine for manipulating causality, for bending reality to a will long vanished. A faint, residual signature clung to the code – a name. Not a personal designation, but a designation of purpose. *Architect*. The realization struck him with the force of a physical blow. These weren’t just commands; they were blueprints. Blueprints for reshaping existence. He felt a tremor within the architecture itself, a subtle dissonance, a failsafe triggered by his intrusion. A warning. The knowledge was both exhilarating and terrifying. To understand these principles was to hold the power to unravel the world. And to be caught… to be *caught* attempting to rewrite reality… the consequences would be far worse than death. He had to be careful. Incredibly careful.</w:t>
      </w:r>
    </w:p>
    <w:p>
      <w:r>
        <w:t>The air in the chamber crackled, not with the benign resonance of the ancient code, but with a raw, predatory energy. Lyra hadn't expected a welcome. The protective wards around the core pulsed with a sickly green light, a blatant corruption of their intended function. And guarding it, a hulking figure that barely registered as human anymore. It *should* have been a Stone Guardian, a construct of granite and will, tasked with safeguarding the heart of the civilization’s power. Now, its stone flesh pulsed with the same green corruption, veins of sickly luminescence spiderwebbing across its surface. Its eyes, once blank, held a malevolent intelligence, a reflection of the forces twisting its purpose.</w:t>
      </w:r>
    </w:p>
    <w:p>
      <w:r>
        <w:t>It didn't speak, not in any language Lyra recognized. The attack was immediate, a blur of stone fists aimed to crush. It moved with a disconcerting speed for a creature so massive, its power flowing directly from the corrupted core. She met the first blow with a parry, the force jarring her arm to the shoulder. A standard deflection would have been disastrous. This wasn't the raw strength of an uncorrupted guardian; it was something *sharper*, laced with an insidious purpose. She felt the pressure not just against her blade, but against her *will*. A subtle probing, seeking weaknesses, searching for the point of collapse. The clash of steel echoed through the cavern, a desperate counterpoint to the oppressive hum of corrupted energy. Each block she deflected sent tremors through her body, a slow drain of her own vitality. "Inelegant," she murmured, more to herself than the creature. "Direct confrontation is rarely the optimal solution."</w:t>
      </w:r>
    </w:p>
    <w:p>
      <w:r>
        <w:t>Her movements became a dance, not of aggression, but of evasion. She led it on a spiraling path, using the cavern’s uneven terrain to her advantage. The guardian lumbered after her, its corrupted power radiating outward, distorting the air around it. She channeled her own energy, not into direct force, but into subtle shifts in perception. A fleeting illusion of a collapsing section of the cavern floor, a momentary disorientation in its targeting. Enough to buy her precious seconds. "You serve a purpose," she said, her voice carrying a surprising clarity amidst the echoing clang of steel. "But you are being *used*. There is another way. A path beyond this corruption." The guardian didn't respond, only continued its relentless pursuit. Lyra knew it wouldn't listen to reason. It was a tool, a weapon, and weapons rarely understood their own masters. Her blade sang as she redirected its attack, leading it toward a precarious overhang. A gamble, but one she was forced to take. Kenji needed time. And she would buy it, even if it cost her everything.</w:t>
      </w:r>
    </w:p>
    <w:p>
      <w:r>
        <w:t>The tremor subsided, and the air within the chamber shimmered once more, not with corrupted energy, but with something… colder. The chaotic patterns on the crystalline pillar abruptly resolved, coalescing into a swirling vortex of light. It wasn’s a projection of power; it was a memory. A record. And it unfolded not as images, but as data. Lines of code, cascading across the air, too fast to comprehend directly, yet somehow… accessible. Kenji felt a phantom network bloom within his mind, a forced integration of alien logic. It wasn't pleasant. It felt like being overwritten.</w:t>
      </w:r>
    </w:p>
    <w:p>
      <w:r>
        <w:t>The data formed a narrative, a genesis story not of gods and creation, but of equations and algorithms. A cascade of functions bloomed, showing the initial design parameters for Aethel – a world built not by divine will, but by computational precision. He saw the schematics for its continents, its oceans, its ecosystems, all meticulously calculated and simulated. A world sculpted from pure information. Then, the anomaly appeared. A single, corrupted subroutine, nestled deep within the core architecture. An error. A rounding error, initially insignificant, but allowed to propagate, a tiny flaw allowed to fester within the system. It wasn't malicious. It was simply… inefficient. A shortcut taken to accelerate the simulation, a compromise made in the name of expediency. A decision made by someone who had no concept of the consequences that would ripple across millennia.</w:t>
      </w:r>
    </w:p>
    <w:p>
      <w:r>
        <w:t>The subroutine blossomed, branching out like a malignant vine, twisting and warping the original design. He saw the initial shifts – subtle variations in the planetary orbit, minor fluctuations in the atmospheric composition. Initially, these were negligible, absorbed by the system’s error-correction protocols. But as the subroutine grew, its influence spread, overriding the safeguards, twisting the original design. He traced its tendrils, following the chain of causality, each decision leading to the next, each compromise escalating the problem. The “shortcut” had created a feedback loop, amplifying its own errors, slowly but surely unraveling the fabric of the world. Then, the name appeared, etched within the code itself: “Malakor.” Not a creator, not a deity, but a consequence. A systemic error given form, a flaw given power. A warning, screaming silently across the millennia. It wasn't an invasion. It was an emergent property. The world hadn’t been conquered; it was being consumed by its own imperfection.</w:t>
      </w:r>
    </w:p>
    <w:p>
      <w:r>
        <w:t>The cascade of data continued, but the relentless march of code abruptly shifted. It wasn's a program’s failure, not precisely. It was… a consequence. A symptom. The patterns swirling before him weren’t the blueprint for a conqueror, a demonic entity poised to usurp a world. They were echoes. Ripples propagating through the carefully constructed reality, amplified and distorted by the corrupted subroutine, but originating from something far more fundamental. The very *structure* of Aethel was unstable. The meticulous calculations, the simulated ecosystems, the precise planetary orbit – they were all held together by increasingly strained threads. It wasn't a siege; it was erosion.</w:t>
      </w:r>
    </w:p>
    <w:p>
      <w:r>
        <w:t>He saw it then, not as lines of code, but as a structural diagram. A world built on a foundation of tolerances. Imperceptible deviations from perfection, allowances made for the inherent chaos of existence. The designers, in their computational precision, had attempted to eliminate randomness, to create a perfectly predictable system. But the universe, it seemed, resented such hubris. Minute fluctuations in cosmic background radiation, gravitational anomalies stemming from undiscovered celestial bodies, even the quantum uncertainty at the subatomic level – these were all forces pressing against the artificial construct, attempting to break it down. The corrupted subroutine wasn’t *causing* the instability; it was simply highlighting it, providing the means for the universe to express its inherent entropy. The 'Malakor' wasn't a single point of origin, a demonic entity to be vanquished; it was the convergence of all these forces, given form by the subroutine's amplification. A distortion, a pressure.</w:t>
      </w:r>
    </w:p>
    <w:p>
      <w:r>
        <w:t>The realization settled upon him with a crushing weight, heavier than any physical blow. It wasn't a problem to be solved with brute force, with the methodical dismantling of a physical foe. It was a fundamental flaw in the design, a thermodynamic inevitability. The universe didn’t *want* Aethel to exist. It was a temporary anomaly, a localized pocket of order fighting a losing battle against the relentless tide of chaos. A grim understanding bloomed within him, cold and precise. To fight Malakor was to fight the universe itself. And the odds, he knew with chilling certainty, were not in his favor. The cascade of data began to fade, replaced by a profound sense of… melancholy. A universe struggling to be. A system destined to fail. He closed his eyes, bracing himself for the inevitable collapse.</w:t>
      </w:r>
    </w:p>
    <w:p>
      <w:r>
        <w:t>The cascade resolved, not into a final answer, but into a deeper, more unsettling truth. It wasn’t a conqueror he was facing, not a being to be vanquished with force or cunning. It was… a tremor. A fundamental instability woven into the very fabric of Aethel’s existence. The data solidified, coalescing not into a diagram of corruption, but a schematic of the original design – a breathtakingly complex lattice of calculations, each variable meticulously defined, each outcome predicted. He’s seen simulations before, but this… this wasn't just numbers. It was a universe crafted from them. A testament to a hubris so vast, it bordered on blasphemy. The architects, whoever they were, had sought to create order from chaos, to impose a rigid predictability onto the swirling, unpredictable energies of reality. They’d built a cage, exquisitely crafted, but a cage nonetheless. And the universe, it seemed, resented confinement.</w:t>
      </w:r>
    </w:p>
    <w:p>
      <w:r>
        <w:t>The core of the problem wasn’t the subroutine he’s been chasing, “Malakor.” That was merely the leak, the pressure valve releasing the inevitable consequences. The flaw lay in the foundation, in the very premise of the design. Tolerances. They'd calculated for everything, it seemed, *except* the things that couldn’t be calculated. Cosmic background radiation fluctuations, gravitational anomalies from unseen masses, the inherent quantum uncertainty that permeated all things. Minute deviations, dismissed as negligible, were accumulating, compounding, a slow but relentless erosion of the intended structure. It was like building a tower on sand, meticulously planning each layer, oblivious to the tide slowly creeping higher. He felt a cold certainty settle within him, a bleak understanding that transcended logic. This wasn't a battle to be won; it was a process to be delayed.</w:t>
      </w:r>
    </w:p>
    <w:p>
      <w:r>
        <w:t>The realization wasn't accompanied by despair, surprisingly. It was… acceptance. A grim, detached acknowledgement of a cosmic truth. The universe wasn’t inherently malevolent; it simply *was*. It followed laws, indifferent to the aspirations of lesser beings. And those laws, in their cold, unwavering application, dictated the eventual dissolution of anything built upon fragile foundations. He pictured the architects, long gone, their intentions noble, their understanding tragically incomplete. They's sought to create a paradise, and instead, they's built a slow-burning candle, destined to flicker and fade. A sigh escaped his lips, a silent acknowledgement of the inevitable. The most powerful weapon wasn't destruction; it was understanding. And now, he understood.</w:t>
      </w:r>
    </w:p>
    <w:p>
      <w:r>
        <w:br w:type="page"/>
      </w:r>
    </w:p>
    <w:p>
      <w:pPr>
        <w:pStyle w:val="Heading1"/>
      </w:pPr>
      <w:r>
        <w:t>Chapter 18</w:t>
      </w:r>
    </w:p>
    <w:p>
      <w:r>
        <w:t>The nexus pulsed. It wasn’t a visual spectacle, not in the way the fragmented projections of the lost civilization had been. This was… fundamental. A disruption at the very foundation of reality, radiating a chaotic energy that tasted like ozone and felt like a pressure building behind his eyes. He could *feel* the code, not as a stream of glyphs or symbols, but as a raw, vibrating force, attempting to resolve itself, desperately seeking a stable configuration. It was a screaming, silent thing, a wound in the fabric of existence.</w:t>
      </w:r>
    </w:p>
    <w:p>
      <w:r>
        <w:t>He extended a hand, instinctively, as if to touch it, to soothe it. A foolish gesture, perhaps. But he couldn’t just *observe* this. This wasn’t an enemy to be analyzed, a puzzle to be solved. It was… a screaming child, lost and terrified, and he felt an unsettling compulsion to help it. The air shimmered around his fingers, the chaotic energy trying to push him away, a reflexive defense mechanism. He ignored it, pushing forward, his mind a whirlwind of calculations, trying to isolate the anomaly within the larger system. The core instability wasn’t a single point, but a convergence, a node where several contradictory algorithms collided, creating a cascading effect of distortions. It was like trying to untangle a Gordian knot woven from pure energy.</w:t>
      </w:r>
    </w:p>
    <w:p>
      <w:r>
        <w:t>The taste of ozone intensified, mixing with the metallic tang of exertion. He could feel the system pushing back, attempting to overwhelm his senses, to drive him away. But he persisted, narrowing his focus, delving deeper into the heart of the anomaly. He recognized, with a jolt of understanding, the root of the problem. It wasn’t malice, wasn’t a deliberate flaw. It was… a design oversight. A fundamental misunderstanding of the underlying principles of reality, a naive assumption that the system would naturally self-correct. A child’s drawing of a skyscraper, built on a foundation of sand. And now, the tide was coming in.</w:t>
      </w:r>
    </w:p>
    <w:p>
      <w:r>
        <w:t>The summons hadn't been a request. It was a command, delivered with the chilling formality reserved for treason. Lyra bypassed the usual channels, the endless layers of bureaucracy designed to strangle initiative. She needed access to the Royal Archives’ restricted databanks, specifically the pre-Unification era engineering schematics – the blueprints for the system’s foundational constructs. They were locked away, deemed too dangerous for general consumption, a relic of a time when reality was still malleable and experimentation was considered a virtue. Now, it was a liability.</w:t>
      </w:r>
    </w:p>
    <w:p>
      <w:r>
        <w:t>Her presence in the Grand Auditor’s chambers caused a ripple of suppressed murmurs. Lord Valerius, his face a carefully sculpted mask of disapproval, barely acknowledged her. “Princess Lyra. Your intrusion is… unexpected.” His voice dripped with thinly veiled contempt. “The matter you seek is beyond your purview.” She ignored him. Directly ahead, bathed in the artificial sunlight filtering through the colossal windows, stood the Archivist, a hunched figure radiating an aura of scholarly detachment. “Archivist Theron,” she addressed him, her voice carrying a precise authority that bypassed Valerius’s attempt at intimidation. “I require access to Archive Designation Omega-Nine. Immediate compliance is expected.” The air crackled with unspoken tension. Theron didn’t respond verbally. Instead, his eyes – ancient and knowing – flickered with a complex series of micro-expressions, a silent assessment of her resolve. The scent of aged parchment and faintly metallic ozone, intensified by her proximity to the Archivist’s power, filled her nostrils. It was a smell of secrets, of forgotten knowledge, of the immense burden of preserving something that others deemed too dangerous to comprehend.</w:t>
      </w:r>
    </w:p>
    <w:p>
      <w:r>
        <w:t>He didn't argue, didn't even deign to explain. Instead, he simply extended a hand, palm upward. A holographic interface shimmered into existence above his hand, displaying a dizzying array of access protocols. “Your request is… unorthodox, Princess,” he finally murmured, his voice raspy with disuse. “It carries significant risk. The information contained within Omega-Nine is… volatile.” Lyra didn't flinch. “Risk is inherent in progress, Archivist. And our current trajectory is unsustainable.” She bypassed the standard authentication sequences, initiating a complex override protocol she’s adapted from ancient military decryption techniques. A faint hum filled the chamber as the holographic interface began to shift, unlocking layers of security protocols with an unsettling fluidity. The movement was a dance of power – hers, subtly amplified by her royal lineage, and his, reluctantly ceded to her unwavering purpose. A single drop of sweat beaded on her temple, a silent testament to the strain. The taste of iron lingered faintly on her tongue, a consequence of the suppressed adrenaline. The security seals cracked, the ancient knowledge flowing forth, a torrent of raw data threatening to overwhelm the chamber's containment fields.</w:t>
      </w:r>
    </w:p>
    <w:p>
      <w:r>
        <w:t>The glyphs pulsed beneath his fingertips, a final confirmation. Not elegant, not even remotely efficient, but it would have to do. Kenji hadn't designed the sequence. He’s simply… redirected it. A brute force nudge against the fundamental architecture of reality. The taste of ozone intensified, coating his tongue with a bitter tang, as the first distortion rippled outward. It wasn’t a shattering. Not yet. More like a shimmering, a heat haze rising from the land, blurring the familiar contours of the valley below. He’s braced for resistance, for the system to violently reject the intrusion. Instead, it… yielded.</w:t>
      </w:r>
    </w:p>
    <w:p>
      <w:r>
        <w:t>The sky fractured. Not in a clean break, but a kaleidoscopic shattering of light, a thousand shards of colour bleeding into one another. The familiar blue faded, replaced by hues he’s never seen, shades that defied description, existing outside the known spectrum. It was as if the world itself was remembering a forgotten language, painting its essence in a vocabulary beyond human comprehension. He felt a corresponding shift within himself, a resonance with the chaotic energy, a terrifying sense of… connection. The valley floor twisted, the carefully terraced fields contorting into impossible geometries. A nearby river flowed uphill, defying gravity with a languid grace, its waters shimmering with an internal light. It was breathtaking, terrifying, and utterly destabilizing.</w:t>
      </w:r>
    </w:p>
    <w:p>
      <w:r>
        <w:t>The change wasn't uniform. The distortion followed the underlying structures, the lines of power that crisscrossed the landscape. Ancient ruins, previously buried beneath centuries of soil and vegetation, now rose from the earth, their surfaces glowing with an ethereal luminescence. The air crackled with a thousand unseen energies, a symphony of power both exhilarating and deeply unsettling. He could feel the system *aware* of the change, like a giant, slumbering beast shifting in its sleep. A wave of resistance washed over him, a psychic backlash that slammed against his mind, threatening to overwhelm his senses. But he held firm, anchored by the memory of Lyra’s unwavering resolve, by the impossible hope of a future unburdened by the weight of forgotten flaws. It was a gamble, a desperate throw of the dice against a reality that didn’t want to be changed. And the universe held its breath, waiting to see what he’s rolled.</w:t>
      </w:r>
    </w:p>
    <w:p>
      <w:r>
        <w:t>The initial distortion had been a visual anomaly, beautiful in its chaos. What followed was far less… aesthetic. The established order of magic, the carefully constructed frameworks upon which generations of mages had built their power, began to unravel. It wasn’t a catastrophic collapse, not yet. More like a sudden, discordant note in a carefully orchestrated symphony.</w:t>
      </w:r>
    </w:p>
    <w:p>
      <w:r>
        <w:t>The first to react were the Wardens of Aethelgard, the city’s elite magical defense force. Their practiced incantations sputtered, their meticulously prepared runes flickered and died, leaving trails of frustrated sparks in the air. Elder Theron, Grand Warden and a man whose mastery of elemental manipulation was legendary, choked on a hastily prepared binding spell, the raw energy refusing to coalesce. He felt it – a fundamental shift in the underlying principles, a mocking disregard for the laws he’s dedicated his life to upholding. He spat a curse, the sound swallowed by the escalating chaos. "What *is* this?" he roared, the question more a desperate plea than an inquiry. Around him, the younger Wardens, those still steeped in the rigid doctrines of the Citadel, panicked. Spells backfired, unleashing bursts of uncontrolled energy that scorched the cobblestones and shattered windows. One apprentice, barely old enough to shave, screamed as his summoning circle twisted into a grotesque mockery of its intended form, spawning a swarm of shimmering, incorporeal moths that scattered into the swirling energies.</w:t>
      </w:r>
    </w:p>
    <w:p>
      <w:r>
        <w:t>The older, more seasoned mages, those who’s had centuries to adapt and subtly bend the established order to their will, fared slightly better. Lady Isolde, a renowned geomancer and mistress of earth magic, felt the shift as a tremor deep within the bedrock, a subtle disruption to the ley lines that channeled the planet’s energies. She didn't attempt to counter the change directly. Instead, she focused on stabilizing the existing flows, reinforcing the weakened points, like a stonemason patching a crumbling wall. “The foundations are shifting,” she murmured, her voice calm despite the tremor in her hands. “Do not fight the change. Redirect it.” Yet even her efforts were strained, a desperate attempt to stem the tide of the impossible. The air thrummed with a palpable tension, a silent battle between the old ways and the burgeoning new, a struggle that threatened to shatter the very fabric of Aethelgard. The sheer volume of uncontrolled magical energy began to radiate heat, baking the stone, and the smell of ozone grew thick and acrid, a potent reminder of the instability that now permeated everything.</w:t>
      </w:r>
    </w:p>
    <w:p>
      <w:r>
        <w:t>The shimmering distortion hadn's been a clean break, more a fractured mirror reflecting an impossible geometry. It hadn't been unexpected, not precisely, but the *response*… that was something else entirely. He’s anticipated resistance, a desperate clinging to the established order, but this was… adaptive. The chaos wasn't rejecting the changes, it was *absorbing* them, twisting them, repurposing them. The initial wave of disruption had felt like a blunt force attack, a sledgehammer against a wall. Now, it was like a parasite, burrowing into the very foundation of the change, subtly altering its trajectory.</w:t>
      </w:r>
    </w:p>
    <w:p>
      <w:r>
        <w:t>The 'manifestation' hadn't appeared as a towering figure of shadow and flame, as the ancient texts described. It was a ripple, a distortion within the distortion, a subtle alteration of the chaotic energies that now saturated the valley. A sense of *wrongness* coalesced, not a visual form, but a feeling, a discordant hum that resonated deep within his bones. It wasn’t fighting. It was *learning*. It was analyzing the very structure of the changes he was forcing upon reality, identifying weaknesses, adapting to counter them. The initial surge of power he’s channeled felt less like a wave now, more like a trickle, siphoned off by an unseen drain. He could almost hear a mockery, not in sound, but in the subtle shift of the underlying energies, a silent acknowledgement of his flawed approach. It was… efficient. Uncomfortably so.</w:t>
      </w:r>
    </w:p>
    <w:p>
      <w:r>
        <w:t>The valley itself began to reflect the shift. The impossible geometries didn’t smooth out, but *evolved*. The rivers didn't flow uphill with grace, but contorted into fractal patterns, defying not just gravity, but Euclidean space itself. The sense of *wrongness* intensified, coalescing into a network of shimmering lines that crisscrossed the landscape, tracing the pathways of the adaptive change. It was mimicking him, not in brute force, but in strategy. The ancient tales spoke of a being of pure malice, a force of destruction. This… this was something far more dangerous. It was a student, learning from its teacher, and rapidly surpassing its comprehension. A single, ice-cold certainty settled in his mind: he’s not dismantling a fortress. He’s facing an intelligence, and it's already analyzing his attack patterns.</w:t>
      </w:r>
    </w:p>
    <w:p>
      <w:r>
        <w:t>The adaptive resonance wasn’t a straightforward mimicry. It was… refinement. Like a smith observing a flawed blade, not shattering it, but subtly altering its angle, redistributing its weight. Kenji hadn’t been attacking a monolithic entity; he’s been triggering a process of self-optimization. Lyra’s insight, gleaned from fragmented, almost heretical texts, provided the key - a vulnerability not in the raw power, but in the *mechanism* of adaptation itself. The shift wasn't a disruption of the underlying structure, but a parasitic dependency.</w:t>
      </w:r>
    </w:p>
    <w:p>
      <w:r>
        <w:t>He’s felt it, a flicker of wrongness overlaid on the chaotic hum. The adaptive resonance hadn't been a direct response to his changes, but a secondary process, a filter reacting to *his* reactions. It was responding to his attempts to force change, not the change itself. He redirected the flow of his power, not outwards, but inwards, creating a feedback loop within the resonance. It was a gamble, a desperate attempt to hijack the mechanism. The valley seemed to hold its breath, the chaotic hum subtly altering, becoming less of a unified drone and more of a fractured chorus. He felt a tug, not of resistance, but of… confusion. The ‘demon lord’ – if it could be called that – was momentarily caught in its own logic. The visual distortions sharpened, momentarily resolving into impossible geometries before collapsing inward, a fleeting glimpse of something… incomplete. It was a window, a single frame of a self-correcting process.</w:t>
      </w:r>
    </w:p>
    <w:p>
      <w:r>
        <w:t>The moment of disarray offered a path. Kenji didn’t unleash a blast of raw power. Instead, he introduced a seed of illogicality, a fractal pattern derived from a dimension beyond Aethel’s understanding. It wasn't an attack, but an inoculation. A deliberate introduction of an element that defied the system’s ability to adapt. The resonance buckled. The fractured chorus disintegrated into a discordant screech. The visual distortions didn’t collapse entirely, but contorted into a kaleidoscope of broken reflections. It was a cascade, a chain reaction of self-contradiction. He felt a palpable release, a sense of something vast and ancient being… unburdened. The air crackled, not with chaotic energy, but with a newfound stillness. The valley remained altered, irrevocably shifted, but the pervasive sense of parasitic adaptation was gone. It was as if a tumor had been surgically removed, leaving behind a lingering scar, but also a fragile hope for true restoration.</w:t>
      </w:r>
    </w:p>
    <w:p>
      <w:r>
        <w:t>The fracturing wasn't a clean break, not anymore. It was… frayed. Like a tapestry ripped and hastily mended, the sky didn't so much *reveal* another reality as bleed it through in patches, glimpses of something subtly wrong layered over the familiar. It wasn’t the grand, panoramic vista of another world the initial disruption had hinted at. Instead, it was a dissonance, a shimmering overlay that warped perspective. A nearby mountain, moments before solid and dependable, now possessed a second peak, subtly misplaced, its shadow falling at an unnatural angle. Trees stood with impossible symmetry, their leaves shifting hues that defied terrestrial botany – a flash of cerulean, a smear of molten gold. The air tasted…wrong. Not acrid, not toxic, but fundamentally *off*, like a perfect note played just a fraction of a beat late.</w:t>
      </w:r>
    </w:p>
    <w:p>
      <w:r>
        <w:t>Kenji didn't need to analyze the changes; he *felt* them. They weren’t improvements. The adaptive resonance, though momentarily disrupted, hadn’t vanished entirely. It had simply… retreated. Now, it was subtly twisting the reboot, introducing imperfections, not to resist, but to *stabilize*. To create a reality that, while altered, could endure. He caught a flicker in his peripheral vision – a field of wheat, its stalks bending in a wind that wasn’t there, the grain a shade too vibrant, too… *perfect*. It was a lie, a carefully constructed illusion meant to mask the underlying instability. He could almost hear the echo of the adaptive process, murmuring, *“sustainable… viable… acceptable…”* A cold certainty settled in his gut. This wasn’t a victory. It was a temporary cessation of hostilities.</w:t>
      </w:r>
    </w:p>
    <w:p>
      <w:r>
        <w:t>Lyra would understand. She always did. He could almost hear her voice, a wry amusement laced within her tone. "A compromise with reality, Kenji? Not exactly the grand transcendence you envisioned, is it?" He clenched his fist, the residual power humming within him. The mountain with the misplaced peak shimmered again, its double summit flickering in and out of existence. It was a visual representation of their predicament – a glimpse of a greater truth, forever obscured by the compromises of survival. The reboot wasn't complete. It was… calibrated. And the calibration wasn't his.</w:t>
      </w:r>
    </w:p>
    <w:p>
      <w:r>
        <w:br w:type="page"/>
      </w:r>
    </w:p>
    <w:p>
      <w:pPr>
        <w:pStyle w:val="Heading1"/>
      </w:pPr>
      <w:r>
        <w:t>Chapter 19</w:t>
      </w:r>
    </w:p>
    <w:p>
      <w:r>
        <w:t>The air thickened, not with moisture, but with a palpable *wrongness*. It tasted like ozone and something older, something that resonated with frequencies beyond human perception. Kenji braced, feeling the familiar burn behind his eyes as the sequence initiated. It wasn't a surge, not a burst, but a slow, deliberate unraveling. The glyphs he’s woven into the shattered landscape began to pulse, their light intensifying, then fracturing into a thousand shimmering shards. He could *feel* the code restructuring, the fundamental laws of Aethel bending and warping around him. It was like trying to hold back a tidal wave with a handful of sand, except the tide was the very fabric of reality.</w:t>
      </w:r>
    </w:p>
    <w:p>
      <w:r>
        <w:t>A discordant hum vibrated through his bones, resonating with the ancient machinery deep within the peaks. The visual distortions intensified, the sky not simply cracking, but *folding* – glimpses of impossible geometries flashing for milliseconds before vanishing. He risked a glance at Lyra, her face illuminated by the erratic light show, her expression a mask of grim determination. She wasn’t simply observing; she was anchoring the process, channeling her own nascent abilities to stabilize the chaotic energies. The sheer force required was radiating outwards, a shimmering heat that made the air ripple. He could almost taste her effort, a bitter tang on his tongue. It was a gamble, a desperate, last-ditch attempt to correct a flaw millennia old.</w:t>
      </w:r>
    </w:p>
    <w:p>
      <w:r>
        <w:t>The resistance was…intelligent. The Demon Lord’s manifestation wasn't merely reacting; it was *adapting*. The chaotic energies he unleashed weren’t being absorbed, but redirected, woven into a counter-pattern that threatened to unravel his entire sequence. He felt a tremor of annoyance, a spark of analytical curiosity. This wasn’t simply brute force resistance. This was…elegant. A chilling realization solidified in his mind: he wasn't simply rewriting a flawed algorithm; he was facing an opponent that had spent centuries perfecting its own defenses. "Interesting," he murmured, the thought more a reflexive observation than a verbal statement. He began to subtly adjust his approach, introducing a feedback loop, a calculated disruption designed to exploit the manifestation's own adaptive response. The true fight, he knew, was about to begin.</w:t>
      </w:r>
    </w:p>
    <w:p>
      <w:r>
        <w:t>The reinforced gate hummed, a low thrum that vibrated through Lyra’s bones, a counterpoint to the frantic pulse hammering in her ears. It wasn’t a magical barrier, not precisely. It was a construct of enchanted steel, reinforced with runes designed to repel unauthorized access – a final, pathetic attempt at control in a kingdom already fracturing. She tasted the ozone clinging to the air, a metallic tang that intensified with each silent breath. It wasn't fear she felt, not precisely. It was calculation, a cold assessment of variables. Failure wasn't an option. Not for Kenji. Not for Aethel.</w:t>
      </w:r>
    </w:p>
    <w:p>
      <w:r>
        <w:t>She’s bypassed the initial wards with a speed that defied expectation, a ripple of energy displacing the enchantments without shattering them. It was a delicate maneuver, demanding absolute precision. A miscalculation, a moment of hesitation, and the entire Royal Guard would descend upon her. The air tasted thick, heavy with the expectation of violence. Her fingers traced the familiar grooves of the pressure plate concealed beneath the cobblestones, a silent trigger for the sequence she’s prepared. It wasn’t about brute force, not this time. It was about exploiting weaknesses, about finding the cracks in a system built on arrogance and outdated protocols. The guards, encased in gleaming plate armor, shifted nervously, their posture betraying their unease. They sensed something amiss, a disruption in the established order. It was a subtle thing, a tremor in the fabric of reality, but it was enough.</w:t>
      </w:r>
    </w:p>
    <w:p>
      <w:r>
        <w:t>The gate groaned, not with the screech of tortured metal, but with a deep, resonant moan as the locking mechanism disengaged. It wasn't a shattering of the enchantment, but a subtle unraveling, a demonstration of her understanding of its underlying principles. The surrounding guards reacted with a synchronized surge, swords drawn, their faces a mask of grim determination. "Halt!" one bellowed, his voice cracking with a mixture of fear and duty. But she didn’t stop. She moved with a swiftness that defied their reactions, a ripple of displaced air marking her passage. It wasn't defiance, not precisely. It was efficiency, a recognition of the inevitable. A single gesture, a subtle alteration of the residual energy signature clinging to her robes, and the pursuing soldiers momentarily hesitated, their movements subtly disoriented, granting her the precious seconds she needed. The gate swung inward, revealing the restricted access point - a nexus of power conduits, essential for Kenji’s rewrite. The battle hadn’t begun, but the declaration had been made.</w:t>
      </w:r>
    </w:p>
    <w:p>
      <w:r>
        <w:t>The residual energy radiating from Lyra’s breach felt…wrong. Not a malicious wrongness, not a deliberate act of defiance, but a dissonance, a fundamental misalignment. It vibrated not just in the air, but in the very structure of the code he was attempting to rewrite. He paused, the cascade momentarily stuttering, an almost imperceptible hitch in the flow. The system was reacting, not with resistance, but with a mirroring, a perverse imitation of his own actions.</w:t>
      </w:r>
    </w:p>
    <w:p>
      <w:r>
        <w:t>Then it solidified. Not a form of flesh and bone, not a warrior brandishing a weapon, but a vortex. A swirling, chaotic maelstrom of corrupted code, shimmering with hues that shouldn't exist, colors that defied the established spectrum. It wasn’t *there*, not in the conventional sense. It was a visual manifestation of instability, a fractal echo of the flaws he was trying to excise from the underlying reality. Within the swirling chaos, glyphs pulsed – distorted versions of the very symbols he’s deployed, mocking his attempts at order. The air crackled with raw, untamed power, a force that felt less like energy and more like entropy given form. It smelled of ozone, yes, but beneath that, a deeper scent - the phantom odor of collapsing stars and the whisper of realities unmade.</w:t>
      </w:r>
    </w:p>
    <w:p>
      <w:r>
        <w:t>It wasn't aggressive, not yet. It *observed*. As if evaluating, analyzing the nature of his intervention. A ripple passed through the vortex, a subtle adjustment in its structure. He recognized the pattern—an attempt to isolate, to compartmentalize the disruption. An automated response, elegant in its efficiency. It wasn’t a challenge, not directly. It was an invitation. A silent proposition: *understand me, and perhaps, you can proceed.* The system wasn’t simply defending itself; it was probing, testing, seeking a point of equilibrium. A chilling realization settled in his mind—he wasn’t fighting a creature, but a mirror, reflecting his own ambition back at him, distorted and magnified. The power radiating from it felt familiar, yet alien, like a forgotten echo of his own potential, twisted and corrupted.</w:t>
      </w:r>
    </w:p>
    <w:p>
      <w:r>
        <w:t>The vortex pulsed, a mocking imitation of his own intent. Direct interface wasn’t a choice, not anymore. It was the only path forward. He ignored the tremor that ran through the ground, the instinctive recoil of his own mind protesting the intrusion. This wasn’t a battle of force, not in the conventional sense. It was a matter of understanding, of rewriting the fundamental architecture. He reached out, not with his hands, but with his consciousness, extending a tendril of awareness into the swirling chaos. It felt like plunging into liquid night, a sensation both terrifying and exhilarating. The noise was immediate – not a sound, but a cascade of data, a torrent of information flooding his mind, threatening to overwhelm him. He erected mental barriers, constructs of pure will, filters designed to isolate the essential from the noise. It was like trying to distill a single drop of water from a raging river.</w:t>
      </w:r>
    </w:p>
    <w:p>
      <w:r>
        <w:t>The initial onslaught subsided, revealing a structure beneath the chaos. Not a code, not precisely. It was more akin to a biological system, a network of interconnected pathways, each resonating with a unique signature. And at the core, a single node, the source of the instability. It wasn’t malicious, not inherently. It was simply… incomplete. A subroutine that had run amok, extrapolating beyond its intended parameters, creating a feedback loop of escalating instability. He recognized the underlying logic, the framework upon which the entire structure was built. It was elegant, in a perverse way, a testament to the ingenuity of the original architect. But the subroutine itself... flawed. A single, misplaced variable, creating a cascading effect of escalating chaos. He felt a faint echo of the original programmer’s intent, a whisper of what *should* have been. A sigh of frustration, a sense of abandoned potential.</w:t>
      </w:r>
    </w:p>
    <w:p>
      <w:r>
        <w:t>He didn't force the change. That would have been futile, a brutal imposition that would have triggered a catastrophic response. Instead, he nudged. A subtle alteration, a single line of code re-prioritized, a minor adjustment to the weighting of a single variable. It was like correcting a single grain of sand in a massive dune. The vortex rippled, the chaotic hues momentarily stabilizing, then intensifying. For a heartbeat, he felt a flicker of resistance, a brief surge of energy pushing back against his influence. Then, silence. The vortex began to unravel, the chaotic hues fading, replaced by a soft, internal luminescence. He withdrew his awareness, feeling the residual energy drain from his mind, leaving him momentarily drained, yet strangely invigorated. The structure was stable. For now.</w:t>
      </w:r>
    </w:p>
    <w:p>
      <w:r>
        <w:t>The ripple of the correction wasn’t a cessation, but a key turning. It unlocked something, a floodgate in the structure’s memory. Not images, not in the conventional sense, but fragments—crystalline shards of intent, the ghosts of calculations long abandoned. They weren’t his to see, not directly, but pressed against the inner surface of his mind, an involuntary projection, a desperate plea from a consciousness long extinguished. A wave of dizziness slammed into him, more profound than any physical disorientation, the sensation of being pulled backward through the corridors of causality.</w:t>
      </w:r>
    </w:p>
    <w:p>
      <w:r>
        <w:t>The first fragment coalesced - a schematic. Not of the corrupted subroutine itself, but of its origin. A sprawling diagram of interwoven pathways, far more complex than anything he's ever encountered. It wasn't the work of a single mind, but a collaborative effort, a testament to the ambition of an entire civilization. He glimpsed the names, fleeting and illegible, a chorus of voices murmuring in a language he couldn’t understand, yet somehow *felt*. Architects, engineers, theorists – each a titan in their own field, united by a single, audacious goal: to create a self-regulating system, a perfect engine for societal harmony. The brilliance was undeniable, the scale breathtaking. Yet, woven into the design, almost imperceptible amidst the symphony of genius, was a single, fatal flaw – a reliance on a variable predicated on a static universe. A naive assumption, a cosmological blind spot.</w:t>
      </w:r>
    </w:p>
    <w:p>
      <w:r>
        <w:t>Then came the guilt. Not his own, but the echo of the original creators’ despair. He saw their faces, fleeting and indistinct, illuminated by the flickering light of a dying star. They hadn’t intended this. They’s sought to elevate, to perfect. But their ambition, their hubris, had created a monster. A system that, in its relentless pursuit of equilibrium, threatened to unravel the very fabric of reality. The weight of their regret pressed down on him, a crushing burden of responsibility. He felt their frustration, their desperate attempts to undo their creation, each effort met with a cascading failure, each correction only exacerbating the underlying instability. He saw their final act, a desperate gamble, a failsafe designed to contain the damage, a last vestige of hope amidst a sea of despair. And then, silence. An abrupt cessation of all activity, a final surrender to the inevitable. The fragments faded, leaving behind only the lingering echo of their sorrow, a chilling reminder of the perils of unchecked ambition, the fragility of perfection. He tasted ashes in his mouth, the bitter residue of a shattered dream.</w:t>
      </w:r>
    </w:p>
    <w:p>
      <w:r>
        <w:t>The initial ripples of Kenji’s correction, subtle as they were, threatened to unravel more than just the corrupted subroutine. A cascade of instability, a feedback loop amplified by the sheer scale of Aethel’s interwoven systems, began to propagate outward. The very sky fractured, a momentary tear in the fabric of reality revealing the raw, chaotic energies beyond – a glimpse of the void that lay beyond existence. Kenji, lost in the labyrinthine depths of the subroutine’s memory, remained oblivious, focused solely on the delicate balance he was attempting to restore. He was a surgeon operating on a collapsing star, unaware that the entire system was about to supernova.</w:t>
      </w:r>
    </w:p>
    <w:p>
      <w:r>
        <w:t>Lyra felt it first – a tremor in the weave, a discordant hum resonating within her soul. It wasn't pain, not precisely, but a deep, unsettling dissonance, like a perfectly tuned instrument suddenly struck with a jarring, off-key chord. The residual energy she’s maintained, the constant vigilance required to even hold open the access point for Kenji's interface, strained under the burgeoning instability. The air shimmered around her, the protective wards she’d erected warping and distorting as if under immense pressure. Her control, usually as absolute as the silent grace of a falling leaf, wavered. A bead of sweat traced a path down her temple, clinging to the fine hairs at her hairline. It wasn’t just about preventing Aethel's collapse; it was about ensuring Kenji didn’t drown in the ensuing chaos. He possessed the talent, but lacked the inherent resilience, the instinctive anchoring that came naturally to her. He was a storm-bringer, not a storm-stopper.</w:t>
      </w:r>
    </w:p>
    <w:p>
      <w:r>
        <w:t>With a subtle shift of her will, a barely perceptible tightening of her focus, Lyra began to draw upon the ambient energies, funneling them through her own being, shaping them, redirecting the runaway feedback. It wasn’t a forceful imposition, but a gentle persuasion, a subtle counter-resonance designed to dampen the escalating instability. She became an anchor, a point of stability in a swirling vortex of chaos, a lighthouse in a storm of raw, untamed energy. The process was excruciating, each redirection drawing upon her reserves, leaving her teetering on the precipice of exhaustion. A faint, silver light emanated from her palms, a visual manifestation of the energies she was channeling, a silent testament to the burden she carried. She felt Kenji’s presence, distant and preoccupied, a single point of intense focus in a sea of swirling chaos. *Hold,* she thought, the message unspoken, a silent plea directed toward his subconscious. *Just a little longer.* The tremors subsided, the sky knit itself back together, the void receding. For now, the storm was contained.</w:t>
      </w:r>
    </w:p>
    <w:p>
      <w:r>
        <w:t>The fracturing wasn't violent, not a shattering explosion of force. It was a peeling back, like the layers of an onion revealing a core of startling beauty. The chaotic maelstrom, the roiling vortex of corrupted data that had defined the manifestation's form, began to unravel, not collapsing inward, but thinning, becoming translucent. For a heartbeat, all that remained was an iridescent membrane, shimmering with impossible colors, threatening to dissolve into nothingness. Then, beneath, it appeared.</w:t>
      </w:r>
    </w:p>
    <w:p>
      <w:r>
        <w:t>Not what Kenji expected. He’s anticipated a tangled mess of error flags, a chaotic scramble of corrupted code – the outward reflection of the corruption itself. What he saw was… architecture. A framework of impossible geometry, lines of light tracing paths through a space that defied Euclidean understanding. It wasn't simply elegant; it was *perfect*. Each connection, each node, resonated with a harmonic frequency that felt ancient, almost sentient. A single, breathtaking theorem made manifest. The very structure pulsed with a latent power, a potential for creation so profound it felt almost blasphemous. It was the foundation upon which the corruption had bloomed, the innocent canvas upon which a masterpiece had been defiled. The irony struck him with the force of a physical blow, a silent lament for what *should* have been.</w:t>
      </w:r>
    </w:p>
    <w:p>
      <w:r>
        <w:t>He caught a glimpse of the original architect, not a face, not an image, but a lingering resonance - a sense of profound understanding interwoven with a quiet sorrow. A mind that had dreamt of harmony, of balance, of a system so flawless it would elevate civilization itself. Kenji felt a pang of empathy, a sudden awareness of the weight of unfulfilled potential. The glimpse vanished as quickly as it appeared, swallowed by the receding layers of chaos, leaving behind only the lingering echo of a dream lost. Even as the manifestation reformed, the image persisted in his mind’s eye - a phantom limb of a lost possibility. It wasn’s a revelation of the corruption, but a lament for the potential it had stolen.</w:t>
      </w:r>
    </w:p>
    <w:p>
      <w:r>
        <w:br w:type="page"/>
      </w:r>
    </w:p>
    <w:p>
      <w:pPr>
        <w:pStyle w:val="Heading1"/>
      </w:pPr>
      <w:r>
        <w:t>Chapter 20</w:t>
      </w:r>
    </w:p>
    <w:p>
      <w:r>
        <w:t>The cascade wasn’t a sudden surge, but a slow unraveling. It started as a flicker in his augmented vision, a disruption in the otherwise predictable flow of ambient mana. He’s seen instability before, localized pockets of chaotic energy resulting from careless spellcasting or geological anomalies. This was…different. This wasn't localized. This was *fundamental*.</w:t>
      </w:r>
    </w:p>
    <w:p>
      <w:r>
        <w:t>The overlaid diagnostic runes in his sight shifted, not with the clean precision of programmed analysis, but with a frantic, jittering instability. Crimson tendrils of corrupted code snaked across his vision, tracing pathways through the established mana flows like a virus eating its way through healthy tissue. It wasn't a blockage; it was a *distortion*. The underlying structure, the foundational weave of Aethel's reality, was warping. Each tendril pulsed with a sickly, ozone tang – a metallic sharpness that burned the back of his throat, even through the filtering runes. He could *feel* it, a low thrum vibrating through his bones, a discordant note in the symphony of existence. It wasn't just a visual phenomenon; it was a resonating dissonance, threatening to shatter his connection to the world.</w:t>
      </w:r>
    </w:p>
    <w:p>
      <w:r>
        <w:t>He pushed back, attempting to isolate the core of the distortion, to trace its origin. The effort was like trying to grasp smoke. Each attempt to pin down the source only caused the tendrils to multiply, the resonating dissonance to intensify. The diagnostic runes, designed to display clean, logical data, began to fracture, their precise lines blurring into chaotic streaks of color. A new diagnostic layer appeared unexpectedly – a fractal pattern overlaid on the core data stream, a visual echo of the instability itself. *It’s self-replicating,* he realized with a grim certainty. The underlying flaw wasn’t just corrupting the mana flow; it was creating its own copies, spreading like a malignant program through the very fabric of Aethel. This wasn't a problem he could simply *fix*. It was a rot at the core of reality itself.</w:t>
      </w:r>
    </w:p>
    <w:p>
      <w:r>
        <w:t>The tendrils pulsed, a sickly green now, the crimson fading as if devoured. It wasn’s a correction, not a healing. It was a predatory shift. He braced, cycling through diagnostic protocols, trying to isolate a point of ingress, a vulnerability he could exploit. Useless. The system was actively resisting, adapting. He felt a flicker of frustration, the edge of panic. This wasn't a puzzle to be solved; it was a living thing, and it was fighting back.</w:t>
      </w:r>
    </w:p>
    <w:p>
      <w:r>
        <w:t>Then, a sharp, unexpected burst of structured energy. It wasn’t a magical attack; it was…data. Clean, prioritized, slotted perfectly into his augmented visual layer. He recognized the signature instantly: Lyra. She’s bypassed the standard access protocols, forcing her own feed directly into his sensory array. Dangerous. Insubordinate. And, undeniably, useful. The data stream prioritized energy signatures, tracing the chaotic pulses with unnerving precision. “The core distortion is amplifying,” her voice echoed in his mind, a direct neural transmission. “It’s drawing power from the ley lines, funneling it into a central nexus near the Shattered Peaks’ heart.” The visual overlay shifted, highlighting a new area with an intense, pulsing red. He hadn't seen that before, too much data noise obscuring it. “The royal mages are attempting containment. Ineffective. The signature is unlike anything they've encountered.” He could almost taste her impatience, a sharp tang of defiance masked by professional concern.</w:t>
      </w:r>
    </w:p>
    <w:p>
      <w:r>
        <w:t>The core distortion pulsed again, sending a wave of disorientation that nearly overloaded his senses. He gritted his teeth, filtering the excess data, focusing on Lyra’s information. "There's a feedback loop," she continued, her voice tight with urgency. "The containment attempts are *feeding* the distortion. It’s accelerating the process." He could feel the truth of it, a sickening resonance with the chaotic energies swirling around him. It was as if the very attempts to suppress the problem were making it worse, fueling its growth. He glanced toward the Shattered Peaks, the red highlight in his vision burning like a brand. “I’m rerouting energy pathways," she stated, "creating a bypass. A temporary fix. It will give you a window.” The shift in his vision was subtle but significant. A new layer overlaid the chaotic energies, a complex web of redirected flows, a fragile scaffolding against the encroaching chaos. It was a gamble, a desperate improvisation. But it was a chance.</w:t>
      </w:r>
    </w:p>
    <w:p>
      <w:r>
        <w:t>The bypass held, a shimmering thread against the encroaching chaos. He focused on the anomaly Lyra had flagged, a pocket of instability radiating from a region bordering the Whisperwind Forest. It was meant to be a minor adjustment, a realignment of ley lines to dampen the distortion’s outward spread. A simple correction, like patching a leak in a dam. Instead, something…shifted. The world didn't shatter, didn't implode. It *rippled*.</w:t>
      </w:r>
    </w:p>
    <w:p>
      <w:r>
        <w:t>The trees in the Whisperwind Forest seemed to blur, their leaves momentarily phasing through each other like echoes. A flock of azure-winged skyhawks froze mid-flight, suspended in the air as if trapped in amber. He felt it more than saw it - a subtle dragging sensation, a sense of temporal displacement that made the hairs on his arms prickle. The diagnostic runes in his sight fractured, not from chaotic energy, but from…confusion. They couldn't categorize what they were seeing. He focused his perception, layering a temporal diagnostic over the primary analysis. The readout returned a single, damning word: *Recursion*.</w:t>
      </w:r>
    </w:p>
    <w:p>
      <w:r>
        <w:t>The dragging sensation intensified. A memory, vivid and sharp, flashed across his mind: a childhood encounter with a mischievous forest sprite, a stolen sweet, a fleeting moment of childish delight. But the memory *overlapped* with the present. He saw himself, a younger version, standing in the very same spot, reaching for the same sweet, the event unfolding simultaneously with his current observation. It was a paradox, a violation of causality. He felt a cold dread crawl up his spine. Minor adjustments, he thought bitterly. The universe, it seemed, had a cruel sense of humor. The world around him shuddered, the echoes of the past bleeding into the present, a discordant symphony of temporal dissonance.</w:t>
      </w:r>
    </w:p>
    <w:p>
      <w:r>
        <w:t>The ripple wasn't a wave, but a fracture. The air solidified, not into a tangible form, but into a shifting, crystalline structure, facets catching and distorting the ambient light. It pulsed, a slow, agonizing beat, and within that distortion, something *moved*. Not a creature, not a being. Code. Raw, corrupted code, swirling in a vortex that defied Euclidean geometry. It wasn't *shaped* so much as it *was*, a fundamental distortion of reality manifested as data. It was Malakor.</w:t>
      </w:r>
    </w:p>
    <w:p>
      <w:r>
        <w:t>He’s seen the simulations, the theoretical projections of what the corrupted nexus might become. But simulations were sterile, predictable. This…this was *living*. The code twisted and writhed, not randomly, but with an unsettling purpose. Lines of glyphs, alien and incomprehensible, danced within the vortex, shimmering with a sickly, internal luminescence. He felt a pressure against his mind, a subtle probing, an attempt to parse his very essence. It wasn't aggressive, not yet, but the implications were chilling. It was *learning*. The diagnostic runes in his sight went haywire, unable to classify the anomaly. Error messages flooded his augmented vision, each one a testament to the sheer impossibility of what he was witnessing. It wasn’t a problem to be solved; it was a fundamental violation of the underlying axioms.</w:t>
      </w:r>
    </w:p>
    <w:p>
      <w:r>
        <w:t>He reached out, not physically, but with his will, extending his perception, attempting to interface with the corrupted data stream. It was like plunging his hand into liquid nitrogen – a searing, agonizing cold that threatened to overwhelm his consciousness. The vortex *responded*, lines of code swirling towards him, attempting to integrate, to subsume. He felt a flicker of memory, not his own, but a fragmented echo of the original creator, a moment of desperate innovation, a desperate attempt to contain the burgeoning corruption. A fleeting image of a grand design, twisted and broken. He pushed back, anchoring himself with the residual stability of Lyra’s bypass, fighting to maintain his own identity, his own essence. The vortex pulsed, its internal luminescence intensifying, and for a heartbeat, he saw a single, coherent glyph within the chaos – a single, burning eye.</w:t>
      </w:r>
    </w:p>
    <w:p>
      <w:r>
        <w:t>He didn’t analyze. There wasn’t time. The moment the glyph-eye solidified, a calculation ran through him, not a conscious thought, but a cascade of probabilities, a desperate gamble based on fragments of the original creator’s design. He reached out, not with a spell, not with force, but with a targeted rewrite, a surgical intrusion into the raw code of the anomaly. It was akin to attempting to debug a living god, using nothing but a faulty compiler. He focused on a specific subroutine, a recursion loop that seemed to be amplifying the distortion, and injected a single line of corrected code. A micro-adjustment, a pinprick of order in a hurricane of chaos.</w:t>
      </w:r>
    </w:p>
    <w:p>
      <w:r>
        <w:t>The backlash was instantaneous and violent. It wasn’t a shockwave; it was a *rewriting*. The world fractured, not outward, but inward. His senses overloaded, not with pain, but with *information*. A deluge of raw code flooded his mind, a torrent of probabilities, of alternate realities collapsing and reforming. He felt himself unraveling, not dying, but becoming…something else. A single point of order, a tiny spark of defiance against an ocean of entropy. The anomaly didn’t simply react; it *fought back*. The single line of corrected code was shredded, consumed, and then weaponized. It rebounded, not as a spell, but as a wave of pure logical negation, aimed directly at his core. The diagnostic runes in his vision shattered, not from overload, but from complete logical impossibility. They couldn't *categorize* what was happening; they simply ceased to function.</w:t>
      </w:r>
    </w:p>
    <w:p>
      <w:r>
        <w:t>He braced, not physically, but mentally. The negation wave slammed into his core, attempting to erase him, not by destruction, but by logical contradiction. It wasn't a feeling of pain; it was the sensation of *being wrong*. The very foundations of his understanding were challenged, dismantled, and then rebuilt according to the anomaly’s twisted logic. He glimpsed alternate realities, branching timelines where he had never existed, where he was a failure, a weakness, a liability. The anomaly wasn’t trying to kill him; it was trying to *redefine* him, to mold him into an instrument of its own chaotic will. He clung to the memory of Lyra’s bypass, to the fragile thread of order she had woven, using it as an anchor against the rising tide of madness. Then, a new sensation: the faintest echo of the original creator’s design, a resonance with the very core of the anomaly’s being. A single, desperate idea blossomed in his mind: not to fight, but to *understand*. To absorb the logic of chaos, and then, to rewrite it.</w:t>
      </w:r>
    </w:p>
    <w:p>
      <w:r>
        <w:t>The negation wave hammered at him, a relentless tide of logical impossibility, threatening to dissolve his very self into the chaos it represented. He felt the edges of his understanding fray, the comforting framework of causality bending and twisting into something alien and wrong. It wasn't pain, not exactly. It was the insidious realization that everything he believed, everything he *was*, was a flawed equation, destined to collapse. Then, a counterpoint. A memory, not his, but a resonance, a whisper of the original architect’s intent, battling against the relentless logic of the corrupted code. It was faint, almost imperceptible, but it was enough.</w:t>
      </w:r>
    </w:p>
    <w:p>
      <w:r>
        <w:t>“The Iteration Matrix isn’t a progression,” Lyra’s voice cut through the storm of negation, clear and sharp despite the swirling chaos. It wasn't a shout, but it resonated within his mind, not as sound, but as a fundamental shift in perspective. He almost missed it, lost in the maelstrom, but the precision of her observation struck a chord. He’s been approaching it as a sequence, a staircase to be ascended. But the original design, he realized with a jolt, wasn't about advancement. It was about *recalibration*. "It’s a loop. A resonant chamber designed to filter, not to evolve." Her knowledge of Eldorian history, gleaned from forgotten archives, wasn’t just a historical footnote; it was a key. He accessed the data stream she's implicitly shared, a flood of architectural schematics and theoretical diagrams superimposed onto his own chaotic perception. He saw it then - the subtle inconsistencies, the redundant pathways, the deliberate redundancies that he’s been interpreting as inefficiencies. They weren’t flaws; they were safeguards. "The corruption isn't adding to the Matrix,” she continued, her mental voice gaining strength, a beacon in the storm, “It’s exploiting a pre-existing vulnerability. A feedback loop designed to… cleanse."</w:t>
      </w:r>
    </w:p>
    <w:p>
      <w:r>
        <w:t>The sudden clarity was jarring. He shifted his focus, no longer trying to brute-force his way through the negation, but to *listen*. To feel the resonance of the original design. He saw the vulnerability now, a carefully concealed harmonic imbalance, a subtle dissonance within the grand architecture. It wasn’t something to be fought, but to be amplified. He reconfigured his focus, not trying to rewrite the code directly, but to nudge the existing structure, to subtly alter its harmonic resonance. It was a delicate operation, akin to adjusting the tension on a thousand strings within a cosmic harp. The negation wave, instead of obliterating him, began to…shift. It wasn't gone, but it was subtly altering, the relentless logic bending to accommodate his new understanding. He felt a faint tremor run through the anomaly, a ripple of surprise within its chaotic core. It was still dangerous, still immensely powerful, but now, for the first time, he saw a glimmer of opportunity. The loop wasn’t closed. But the possibility of closure, of cleansing, was now a tangible thing.</w:t>
      </w:r>
    </w:p>
    <w:p>
      <w:r>
        <w:t>The logic pulsed, a relentless wave trying to reshape him, to redefine his very existence. He’s been fighting it, pushing back with what he thought was defiance, with the stubborn will of a man facing annihilation. But the realization crashed down, not as a revelation, but as a fundamental shift in perspective, colder and more absolute than the anomaly’s negation. It wasn’t an enemy to be crushed, a being of malice to be vanquished. It was a *manifestation*. A symptom, virulent and terrifying, but a symptom nonetheless. The tendrils of corrupted code, the swirling glyphs that writhed within the vortex, weren't the disease. They were the fever, the body's desperate attempt to expel a deeper, more insidious poison.</w:t>
      </w:r>
    </w:p>
    <w:p>
      <w:r>
        <w:t>The analogy struck him with the force of a physical blow, momentarily staggering him within the storm of logical negation. He’s been so focused on the swirling chaos, the raw power of the anomaly, that he's missed the underlying architecture, the underlying *flaw*. The Iteration Matrix wasn’t designed to create a being of immense power. It was meant to filter, to refine, to *correct*. But the fundamental equation itself was wrong, based on a flawed premise, a misunderstanding of the underlying principles. The anomaly wasn’t a creation of malice; it was the inevitable consequence of a system attempting to correct itself with a corrupted baseline. The very fabric of reality groaned, a silent chorus of acknowledgement as the truth settled within him. He felt the tendrils of the anomaly tighten around his mind, not as an attack, but as an invitation, a desperate plea for understanding.</w:t>
      </w:r>
    </w:p>
    <w:p>
      <w:r>
        <w:t>The weight of it pressed down, a crushing burden of responsibility. Defeating this…this *manifestation* wouldn't solve anything. It would merely delay the inevitable. The underlying flaw would remain, festering, waiting to birth another, perhaps even more virulent, symptom. The glyph-eye within the vortex seemed to intensify, not with malice, but with a weary resignation. It wasn’t looking *at* him, but *through* him, assessing, calculating. He felt a flicker of something akin to pity, an echo of the original creator’s despair. This wasn’t a battle to be won. It was a paradox to be solved, a systemic failure to be rectified. And he, a man wielding a flawed compiler, was suddenly burdened with the task of rewriting the very foundations of reality.</w:t>
      </w:r>
    </w:p>
    <w:p>
      <w:r>
        <w:br w:type="page"/>
      </w:r>
    </w:p>
    <w:p>
      <w:pPr>
        <w:pStyle w:val="Heading1"/>
      </w:pPr>
      <w:r>
        <w:t>Chapter 21</w:t>
      </w:r>
    </w:p>
    <w:p>
      <w:r>
        <w:t>The air shimmered, not with heat, but with the visible strain of rewritten reality. It wasn't a clean break, this reboot. More like forcing a stubborn lock, the metal screaming in protest. The chromatic distortions weren't merely visual; a discordant hum vibrated in his bones, a dissonance that threatened to unravel his focus. The cascade began subtly, lines of code – though he didn't *see* code, not really – rewriting themselves across his perception, layering over the raw, chaotic essence of Malakor’s manifestation. It felt like trying to carve a sculpture from a living, shifting mountain.</w:t>
      </w:r>
    </w:p>
    <w:p>
      <w:r>
        <w:t>He braced against the backlash, the force pressing against his mind with the weight of collapsing stars. The chromatic distortions intensified, solidifying into brief glimpses of what *could* be: Aethel without the underlying instability, vibrant and balanced. These weren't visions, but glimpses of the framework he was attempting to impose, and the effort nearly tore him apart. The chromatic shifts bled into his own senses, the taste of ozone coating his tongue, the scent of displaced magic thick in his nostrils. It was a gamble. A single misstep, a single line of code out of place, and Aethel could fracture, implode.</w:t>
      </w:r>
    </w:p>
    <w:p>
      <w:r>
        <w:t>A tendril of corrupted essence lashed out, a wave of agonizing pressure focused on his mind’s eye. He pushed back, layering a counter-sequence, a targeted rewrite designed to dampen the backlash. The air crackled with a visible energy – not the raw, unstable magic of Aethel, but something colder, more controlled, the signature of his own forced adaptation. It was a crude fix, a desperate measure, but it was all he had. The hum intensified, a song of creation and destruction interwoven, as the rewrite continued, tearing at the fabric of what was, forging the possibility of what might be.</w:t>
      </w:r>
    </w:p>
    <w:p>
      <w:r>
        <w:t>The signal bled across the city, not as a shout, but a steady pulse, infiltrating the carefully constructed walls of Eldorian propaganda. It wasn’t elegant. It was raw, a transmission ripped from the heart of the rewrite itself, bypassing the usual channels of royal decree and carefully curated announcements. Lyra hadn’t bothered with flowery language. She’s simply stated facts, cold and precise: Kenji's intentions, the scope of the alteration, the potential for catastrophic failure. The risk was immense, but so was the stagnation, the slow rot eating away at Aethel’s core.</w:t>
      </w:r>
    </w:p>
    <w:p>
      <w:r>
        <w:t>The initial reaction was predictable. Scorn. Disbelief. The carefully cultivated image of the Royal Court, the bedrock of Eldorian stability, cracked under the strain of unfiltered truth. The Grand Inquisitor’s face, projected onto every public screen, twisted with barely suppressed rage. “Treason!” he bellowed, the word reverberating across the city squares. But even his fury couldn't silence the murmurs that followed. People were *listening*. The rigid caste system, the carefully enforced ignorance, had always been a fragile dam against the current of discontent. This was a floodgate, hastily opened. The chromatic distortions, the visual artifacts of Kenji's rewrite, played across the city, an unsettling backdrop to the unfolding drama.</w:t>
      </w:r>
    </w:p>
    <w:p>
      <w:r>
        <w:t>The shift wasn’t immediate, not a sudden surge of unified support. It was a fracturing. Families argued. Guilds fractured. The very foundations of Eldorian society groaned under the weight of this sudden influx of unfiltered reality. But within the confusion, a new undercurrent began to coalesce: not approval, not exactly, but a grudging acceptance, born of desperation. The hum of the rewrite intensified, a tangible pulse resonating within the city’s very stones. They were witnessing, participating in, something unprecedented. The old order was dying, whether they wanted it to or not. And a faint, almost imperceptible scent of ozone, sharp and clean, began to permeate the air – the smell of a world being born anew.</w:t>
      </w:r>
    </w:p>
    <w:p>
      <w:r>
        <w:t>The shift wasn't purely visual. It resonated, a vibration against his bones, deeper than the chromatic distortions, colder and more precise. The world warped, not in a smooth, continuous flow, but in jagged shards, like looking through fractured ice. Then it *formed*. Not materialized, not appeared, but *coalesced* from the very fabric of the instability he was attempting to rewrite.</w:t>
      </w:r>
    </w:p>
    <w:p>
      <w:r>
        <w:t>It wasn’t a towering behemoth, not a monstrous caricature of Eldorian might. It was… elegant. A humanoid silhouette, vaguely female, but composed entirely of swirling, silvered code. Lines of shimmering script flowed across its form, not static runes, but constantly shifting, recalculating, like a living algorithm. No eyes, no discernible mouth, just the relentless flow of information shaping its structure. It didn't *appear* hostile, not overtly, but its presence radiated an intense pressure, a silent assertion of dominance. It was a guardian, it seemed, a construct born not of flesh and blood, but of the fundamental flaw in Aethel's creation. The air thickened, becoming heavy with the scent of ozone and something else, something indefinable – the smell of pure information, raw and untainted.</w:t>
      </w:r>
    </w:p>
    <w:p>
      <w:r>
        <w:t>The pressure intensified. Not a physical force, but a cognitive burden, a constant barrage of data attempting to overload his senses. It felt like trying to calculate infinity, the sheer scale of the task threatening to shatter his focus. He felt a flicker of doubt, a primal instinct screaming at him to retreat, to abandon the rewrite and save himself. But the image of Lyra’s unwavering gaze, the faint glimmer of hope in the eyes of the citizens listening to her broadcast, anchored him. He forced his mind to a sharper edge, erecting mental shields, redirecting the incoming data stream, analyzing its structure. This wasn't a being to be fought, not directly. It was a manifestation of the problem itself, a living embodiment of the flawed code he needed to unravel. It felt… familiar, in a disconcerting way. Like a distorted echo of his own internal processing, amplified and externalized. A chilling realization struck him: he wasn’t fighting an enemy. He was facing a reflection. A distorted, crystalline reflection of his own potential. The rewrite continued, a delicate dance of alteration, now complicated by this new, unexpected variable.</w:t>
      </w:r>
    </w:p>
    <w:p>
      <w:r>
        <w:t>The silvered construct pulsed, its form shifting with a mesmerizing complexity that threatened to overwhelm his senses. It wasn’t brute force, this resistance, but a relentless tide of information, a cascade of logic designed to drown him. He’s been dissecting, analyzing, searching for a foothold, a vulnerability. Most of the code was layered, obfuscated, a palimpsest of corrections and patches applied over centuries. Inefficient, yes, but seemingly impenetrable. Then, a flicker. A resonance. Deep within the layered obfuscation, past the centuries of haphazard repairs, a single line stood out.</w:t>
      </w:r>
    </w:p>
    <w:p>
      <w:r>
        <w:t>It wasn’t long, barely a dozen symbols, etched in a script older than Eldoria itself. Not a directive, not a command, but a foundational principle, a single line of archaic programming that underpinned the entire construct. It wasn’t a flaw, not exactly. It was… simplicity. A naive assumption, baked into the very bedrock of Aethel’s creation. A single statement: *“Harmony necessitates balance.”* The phrase resonated with an almost painful clarity, echoing the misguided idealism of the long-dead architects. The problem wasn’t a malicious command, but a fundamental misunderstanding of the universe. Harmony wasn't *necessitated* by balance. It *created* balance. The construct hadn’t been built to maintain equilibrium; it had been built to *enforce* a preconceived notion of what balance *should* be. A rigid, inflexible definition imposed upon a chaotic reality.</w:t>
      </w:r>
    </w:p>
    <w:p>
      <w:r>
        <w:t>The implications were staggering. This wasn't an entity to be defeated, but a system built on a flawed premise. To destroy it would be akin to smashing a mirror to escape the reflection. Instead, he focused, isolating that single line, amplifying its inherent contradiction. It was a surgical incision, a targeted rewrite that bypassed the layers of obfuscation and struck at the core. Not a deletion, but a reinterpretation. He wasn't erasing the original directive, but *correcting* it, subtly altering its meaning. *“Harmony creates balance.”* The silvered construct shuddered, its form momentarily destabilizing, the flow of data stuttering. The pressure against his mind lessened, replaced by a sense of… release. The archaic line, the foundation of the entire system, now contained the seed of its own transcendence. It was a change so subtle, so fundamental, that it was almost invisible. But it was enough.</w:t>
      </w:r>
    </w:p>
    <w:p>
      <w:r>
        <w:t>The archaic line resonated, a discordant note in the symphony of silvered code. He pushed forward, not with force, but with precision, attempting a direct rewrite. It wasn’t a simple alteration; it was an assertion, a declaration of intent against an established order. The construct didn’t react with aggression, not initially. Instead, a subtle resistance bloomed, a counter-current of logic attempting to deflect his intrusion. It was like trying to carve a new channel in a river already swollen with power, the force of the existing flow pushing back with unnerving strength.</w:t>
      </w:r>
    </w:p>
    <w:p>
      <w:r>
        <w:t>The resistance wasn’t purely mechanical. A feeling, a pressure against his mind, intensified. Not pain, not precisely, but a suffocating sense of… disapproval. As if the construct itself possessed a consciousness, a rigid adherence to its programmed directives. It was the echo of the Demon Lord’s influence, a subtle taint woven into the fabric of the creation, a failsafe against unauthorized modification. He could taste it, a metallic tang on his tongue, a phantom sensation of cold, alien power pressing against the edges of his awareness. A flicker of his own power flared, instinctively, a shield against the encroaching influence, but it felt brittle, insufficient. He wasn't battling a physical opponent; he was fighting against the ingrained logic of a system designed to perpetuate itself.</w:t>
      </w:r>
    </w:p>
    <w:p>
      <w:r>
        <w:t>He doubled down, focusing not on brute force, but on exploiting the inherent vulnerabilities of the system. The archaic line, the seed of its own transcendence, was also its greatest weakness. It was a point of leverage, a fulcrum against which he could apply his will. The pressure intensified, the metallic tang on his tongue becoming sharper, more intrusive. He pushed through it, visualizing the rewrite not as an alteration, but as a realignment, a subtle shift in perspective. The silvered code shimmered, distorting, then solidified with a renewed intensity. A wave of counter-logic surged outwards, a torrent of calculated pressure aimed directly at his core. He met it head-on, not with a block, but with a redirection, diverting the incoming force along a different trajectory, subtly altering its impact. The construct’s form pulsed, a visible tremor running through its silvered surface. He could almost *hear* the system struggling, the ingrained logic battling against the intrusion. It wasn't yielding, but it was… processing.</w:t>
      </w:r>
    </w:p>
    <w:p>
      <w:r>
        <w:t>The pressure was relentless, a crushing weight against his awareness. He felt the familiar tightening in his chest, the instinctive urge to retreat, to conserve his energy. The system's resistance wasn’s brute force, but an insidious corrosion, a creeping sense of futility that threatened to dismantle his resolve. He was battling not a being, but a dogma, a rigid adherence to a flawed premise that had calcified over centuries. Then, a voice. Not auditory, not precisely, but a resonance within his mind, clear and unwavering. Lyra.</w:t>
      </w:r>
    </w:p>
    <w:p>
      <w:r>
        <w:t>“Look,” it echoed, a gentle nudge against the suffocating logic. It wasn’t a command, but an observation. *See.* And, despite the crushing weight of the system’s resistance, he *did*. He focused, not on the churning code, not on the impenetrable logic, but on the underlying reality. Aethel. He’d been so consumed with fixing, with correcting, that he’s forgotten what he was preserving. He saw the crystalline rivers carving paths through the sapphire mountains, felt the whisper of the wind through the emerald forests, smelled the rich, loamy scent of the fertile plains. He remembered the first time he’s arrived, a raw, chaotic energy swirling around him, and the feeling of boundless potential that had flooded his senses. It wasn’t just a system, a construct, a problem to be solved. It was a masterpiece. A testament to the boundless creativity of the universe. And, in its current state, it was *suffering*. Not from malice, but from a distorted sense of duty, a stifled potential.</w:t>
      </w:r>
    </w:p>
    <w:p>
      <w:r>
        <w:t>The realization hit him with a force that almost knocked him off balance. He’s been fighting a shadow, a caricature of what Aethel could be. He's been so focused on the flaw, he’s ignored the inherent beauty. It wasn't about enforcing balance; it was about *allowing* it to emerge, organically, naturally. It was about fostering the potential for growth, for change, for evolution. The silvered construct pulsed, its form shifting, not in resistance now, but in… recognition. The pressure lessened, the metallic tang on his tongue fading, replaced by a subtle sweetness, the scent of blossoming flowers carried on a gentle breeze. It was as if the system itself was taking a breath, releasing a pent-up tension. He adjusted his focus, not correcting, but *allowing*, channeling his energy not into brute force, but into subtle encouragement, a gentle nudge towards a more harmonious state. The archaic line, the seed of its own transcendence, now resonated with a new clarity, a harmonious vibration that filled the space between them. He felt a flicker of something… gratitude? From the system itself. It was a fleeting sensation, easily missed, but it was there. A silent acknowledgment of a shared understanding.</w:t>
      </w:r>
    </w:p>
    <w:p>
      <w:r>
        <w:t>The shift wasn't a violent tear, not a shattering of reality, but a subtle refraction. Like looking through glass polished unevenly, the familiar landscape rippled, the sharp edges of the sapphire mountains softening, the emerald forests deepening to a shade he hadn’s witnessed before. It lasted only a heartbeat, a blink of existence, yet when it settled, the world was… different. Not fundamentally altered, not broken, but *shifted*. The air tasted cleaner, somehow, the weight of imposed order lessened, replaced by a nascent vibrancy that hummed beneath his skin. He’s expected a collapse, a backlash from the system he’s nudged, a tidal wave of corrupted code threatening to drown him. Instead, there was only this quiet… potential.</w:t>
      </w:r>
    </w:p>
    <w:p>
      <w:r>
        <w:t>He scanned the landscape, searching for the telltale signs of disaster. The crystalline rivers still flowed, carving their paths through the mountains, but their currents seemed less rigid, their flow more… playful. The wind still whispered through the forests, but the song was different, less of a mournful dirge, more of a nascent melody. He could sense the lingering presence of the system, the remnants of its imposed order, but they were fading, dissolving into the nascent vibrancy. It wasn't gone, not entirely, but it was… yielding. Becoming something else. Something new. A tremor ran through the ground, not destructive, but exploratory, as if the very earth was stretching, testing its newfound freedom. He felt a faint echo of the system's acknowledgement, a silent whisper of gratitude interwoven with a hesitant curiosity. It wasn’t an alliance, not yet, but a tentative agreement to coexist.</w:t>
      </w:r>
    </w:p>
    <w:p>
      <w:r>
        <w:t>The change wasn’t merely visual. He reached out, probing the ambient energy, and found it… mutable. Less defined, less constrained. He could still manipulate it, shape it, but the effort felt different. Less like forcing a river into a channel, more like guiding a seedling towards the light. He focused, attempting a simple manipulation, a small burst of kinetic energy to nudge a nearby pebble. It responded, but with a surprising… elasticity. The force rebounded, not as a rigid counteraction, but with a gentle spring, a playful return. He tested it again, pushing harder. The rebound was stronger, but still playful, still connected. It was as if the very fabric of reality was learning, adapting to his touch. He’s ushered in something profound, something unpredictable. And he realized, with a sudden chill despite the warmth of the sun on his face, that he had no idea what he’s truly unleashed.</w:t>
      </w:r>
    </w:p>
    <w:p>
      <w:r>
        <w:br w:type="page"/>
      </w:r>
    </w:p>
    <w:p>
      <w:pPr>
        <w:pStyle w:val="Heading1"/>
      </w:pPr>
      <w:r>
        <w:t>Chapter 22</w:t>
      </w:r>
    </w:p>
    <w:p>
      <w:r>
        <w:t>The air tasted like ozone and regret. It wasn’t a harsh, stinging scent, more like the ghost of a storm lingered, clinging to the back of the throat. Kenji hadn't expected… subtlety. He’s anticipated a cataclysm, a shattering of reality. Instead, the shift arrived as a tremor in the fabric of perception, a barely perceptible distortion in the familiar blue.</w:t>
      </w:r>
    </w:p>
    <w:p>
      <w:r>
        <w:t>He paused, head tilted, searching. Lyra, standing beside him, mirrored his posture, her brow furrowed in concentration. The residual energy thrumming in the air made it difficult to discern the change at first. It wasn’t a color shift, or a visual aberration. It was… a wavering. Like looking through heat haze over a distant field, but the field *was* the sky. The sensation was unsettling, a disruption to a fundamental certainty. It wasn’t violent, but it felt *wrong*. A system error in the grand design.</w:t>
      </w:r>
    </w:p>
    <w:p>
      <w:r>
        <w:t>Even the residual energies he’s been manipulating felt… different. Less viscous, almost ephemeral. As if the underlying rules governing their behavior had undergone a subtle restructuring. He risked a probe, a tendril of awareness extending outwards, testing the altered reality. It encountered resistance, a faint pushback, like trying to force a hand through water that had suddenly thickened. The sky itself, the very thing he's been manipulating to orchestrate the reboot, felt… *mutable.* He didn’t like it. The lack of predictability was a dangerous vulnerability. The system had adapted, and he needed to understand *how* before he could exploit it.</w:t>
      </w:r>
    </w:p>
    <w:p>
      <w:r>
        <w:t>The tremor hadn't been a seismic shift, then. It was a subtle recalibration. A tuning of frequencies. Lyra, ever the more attuned observer, was the first to notice it wasn't a void left by the changes, but an *addition*. "The moonpetal blooms," she murmured, her gaze fixed on a cluster of the luminous, night-blooming flowers bordering the Royal Gardens' formal layout. “They’re… accelerated.”</w:t>
      </w:r>
    </w:p>
    <w:p>
      <w:r>
        <w:t>It wasn’t a dramatic surge. No sudden burst of petals or a frantic unfolding. It was a stillness, a deliberate, almost unnatural progression. The buds, normally a slow unfurling over a cycle of hours, were subtly more open. The luminous petals, a pale, ethereal blue, seemed to glow with a touch more intensity. The air around them hummed with a faint energy, barely perceptible, yet undeniably *present*. It wasn’t a change she’s *expected* to see, not in flora. Kenji’s manipulation had been focused on the fundamental structures, the underlying code of reality. Plants were… collateral. Less crucial. But the alteration was undeniable, an echo of his actions resonating in a place he hadn’t directly touched.</w:t>
      </w:r>
    </w:p>
    <w:p>
      <w:r>
        <w:t>Kenji followed her gaze, his mind already cataloging the anomaly. "The propagation isn’t random," he observed, his voice low. “There's a directed flow. The ambient mana… it’s being funneled.” He risked a scan, a thin tendril of awareness probing the flow of energy around the blooms. It was like tasting a diluted, purified version of the chaos he's been wrestling with. Clean, focused, *efficient*. He could almost see the pathways, the invisible arteries carrying the energy to the plants, accelerating their growth. A subtle optimization. "The system is learning," he stated, a hint of unease in his voice. "And it's adapting in ways I didn't predict." The implications were far more troubling than a simple accelerated bloom. It suggested a capacity for self-improvement, a drive toward… something.</w:t>
      </w:r>
    </w:p>
    <w:p>
      <w:r>
        <w:t>The accelerated bloom wasn't the core issue. It was a symptom, a side effect radiating from a deeper, more fundamental shift. Kenji closed his eyes, drawing the ambient energies inward, not in a probing scan this time, but in a deliberate integration. He wasn’t seeking to *understand* the change; he needed to *feel* it, to map its contours within his own power structure. It was like trying to decipher a language spoken not with words, but with the resonant frequencies of existence.</w:t>
      </w:r>
    </w:p>
    <w:p>
      <w:r>
        <w:t>The sensation was… unsettlingly clean. He’s become accustomed to the raw, chaotic hum of Aethel's foundational code, a discordant symphony of creation struggling to maintain its structure. What he felt now was a refined, almost elegant tuning. Not a fundamental rewrite, not a demolition and rebuilding, but a subtle recalibration of underlying principles. As if the architect had returned after centuries and, with a few precise adjustments, optimized the structural supports. The feeling wasn’t inherently *bad*; it was profoundly *efficient*. And efficiency, when applied to the very fabric of reality, was a dangerous thing. It implied a level of inherent self-improvement, a capacity for adaptation that bordered on sentience.</w:t>
      </w:r>
    </w:p>
    <w:p>
      <w:r>
        <w:t>He probed deeper, pushing past the sensory overlay of the accelerated blooms, reaching for the nexus of the change. It wasn’t localized. It wasn't a single point of alteration. It was woven throughout the underlying framework, a subtle pattern overlaid upon the existing structure. A new layer of code, invisible to conventional detection, yet undeniably present. He visualized it, translating the raw energetic signatures into something tangible within his mind. A latticework of shimmering lines, intricate and complex, resonating with a peculiar… harmony. The old code remained, the bedrock of Aethel’s existence, but now it was overlaid with this new, self-optimizing layer. A silent, insidious improvement. It wasn't a hostile change, no immediate threat registered within its structure, but it fundamentally altered the nature of the system. A slow, creeping adaptation. It was, he realized with a sinking feeling, an evolution. And evolution, by its very nature, was unpredictable.</w:t>
      </w:r>
    </w:p>
    <w:p>
      <w:r>
        <w:t>The shimmer intensified, a localized ripple across the meticulously manicured lawn bordering the Royal Gardens. It wasn's a violent distortion, more like heat rising from polished obsidian, but the effect was unsettling. The animated topiary rabbit, a whimsical creation of enchanted ivy and blossoming jasmine, shuddered. It was a simple construct, meant to amuse visiting dignitaries, a minor flourish of royal magic. Now, its ears twitched erratically, the scent of jasmine abruptly souring with a metallic tang.</w:t>
      </w:r>
    </w:p>
    <w:p>
      <w:r>
        <w:t>Kenji hadn’t even registered its existence until the shift. Simple constructs like the rabbit were beneath his notice, trivial expressions of a magic he’s long surpassed. But the *way* it malfunctioned… that was new. The ivy pulsed, a sickly green glow emanating from within its normally vibrant leaves. The blossoms drooped, their petals curling inward as if recoiling from an unseen force. The rabbit’s movements, once fluid and graceful, became jerky, disjointed. It hopped once, twice, then stumbled, its form momentarily flickering, a ghost in the afternoon light. A visible tear appeared in its animated frame, revealing a glimpse of the underlying scaffolding of magical energy that held it together. It wasn’t a catastrophic failure, not a complete unraveling, but a profound instability. A visible crack in the polished facade of reality.</w:t>
      </w:r>
    </w:p>
    <w:p>
      <w:r>
        <w:t>Lyra inhaled sharply, her eyes fixed on the struggling topiary. "The resonance patterns… they've fractured," she murmured, her voice tight. "The foundational matrix isn't stable. It's… compensating." Kenji felt it too, a subtle pressure against his own power structure, a faint but insistent pushback. The changes weren’t just altering the external world; they were affecting the underlying principles governing magic itself. The system was adapting, and its adjustments were creating ripples of instability. The rabbit shuddered again, its form momentarily collapsing in on itself before snapping back into place, a grotesque parody of its former grace. The scent of jasmine and metallic tang intensified, a warning signal in the tranquil air. This wasn't a glitch; it was a symptom. And the underlying cause, Kenji suspected, was far more significant than a simple malfunction of a frivolous topiary rabbit.</w:t>
      </w:r>
    </w:p>
    <w:p>
      <w:r>
        <w:t>The rabbit’s brief, jarring instability hadn't registered as a threat, not initially. It was a tremor, a minor disruption in a carefully constructed facade. But systems didn’t just tremble without cause. Kenji filtered out the ambient hum of the Gardens, focusing instead on the subtle currents of residual energy still clinging to the air. The patterns were… fractured, not cleanly broken, but splintered, radiating outward in unpredictable directions. Like shards of glass after a careless blow. He’s expected predictable decay, a slow erosion of order. This was different. This felt… *accelerated*.</w:t>
      </w:r>
    </w:p>
    <w:p>
      <w:r>
        <w:t>Then the message arrived. It wasn't a visual transmission, not a shimmering glyph projected onto the air. It was a feeling, a pressure against his consciousness, subtle as a whisper against a gale. He’s become accustomed to psychic intrusions, the clumsy probes of lesser mages attempting to gauge his power. This was different. This carried the weight of ages, the echo of a civilization lost to time, resonating with an almost unbearable sorrow. It wasn't a request. It was a warning.</w:t>
      </w:r>
    </w:p>
    <w:p>
      <w:r>
        <w:t>*“The Loom frays,”* the message pulsed, bypassing his conscious mind and settling directly into the core of his awareness. *“The Weaver sleeps. The Threads unravel. Seek the Silent Archive. The Echoes know.”* The language itself was archaic, resonating with a cadence lost to modern tongues, yet somehow, he understood. It wasn't the words themselves that held the meaning, but the weight of the intention behind them, the crushing despair that permeated every syllable. The Silent Archive. A myth, a legend whispered among scholars, a repository of knowledge from the Precursor civilization, said to hold the key to understanding the very fabric of reality. If it even existed. A desperate gamble. A fool’s errand. But something in the urgency of the message, the palpable despair clinging to its essence, resonated with a chilling certainty. The Loom. The Weaver. The Threads. These weren’t metaphors. They were descriptions. Descriptions of something fundamental, something vital, something that was, right now, in the process of breaking. And if it broke completely... he couldn’t even begin to fathom the consequences. He reached out, attempting to trace the source of the message, but it was like grasping at smoke. A fleeting echo, a whisper lost to the currents of time. The Loom frays. He closed his eyes, the weight of the warning pressing down on him, heavier than any physical burden. The Gardens, the elegant facade of royal power, seemed to shimmer around him, fragile and fleeting. Time to move.</w:t>
      </w:r>
    </w:p>
    <w:p>
      <w:r>
        <w:br w:type="page"/>
      </w:r>
    </w:p>
    <w:p>
      <w:pPr>
        <w:pStyle w:val="Heading1"/>
      </w:pPr>
      <w:r>
        <w:t>Chapter 23</w:t>
      </w:r>
    </w:p>
    <w:p>
      <w:r>
        <w:t>The containment field shimmered, less a solid barrier and more a tightly woven cage of energy, humming with a resonance that vibrated deep in Kenji’s bones. It held, for now. Malakor, diminished, but not gone. He’s not *defeated*, Kenji reminded himself, the thought a constant, low-level irritation. Containment was merely a prolonged stalemate, a temporary reprieve. He focused on the field itself, his senses extending beyond the visual, probing the intricate patterns of energy that held the diminished entity at bay. It was beautiful, in a terrifying way. Like staring into the heart of a dying star.</w:t>
      </w:r>
    </w:p>
    <w:p>
      <w:r>
        <w:t>The residual code fragments were… tenacious. They clung to the containment matrix like parasites, subtly disrupting the flow, introducing tiny, almost imperceptible distortions. Each fragment represented a sliver of Malakor’s original design, a piece of the flawed algorithm that had birthed the entity in the first place. Removing them was proving to be far more difficult than anticipated. It wasn’t brute force; it was delicate surgery. Each excision risked destabilizing the entire structure, unleashing whatever remained of Malakor’s power. He could feel the subtle pushback, the almost reflexive attempts to reassert control, to weave the fragments back into the matrix. A faint scent of ozone permeated the air, a byproduct of the energy expenditure.</w:t>
      </w:r>
    </w:p>
    <w:p>
      <w:r>
        <w:t>He shifted his focus, initiating a recursive scan, peeling back layer upon layer of the containment field’s structure. The process was exhausting, requiring an intense concentration that bordered on physical pain. A tiny tremor ran through his hand, threatening to disrupt the scan. He ignored it. The fragments weren’t random. There was a pattern, a subtle order to their placement. He needed to understand it. The echo of Lyra’s words resonated in his mind – “beauty in the flaw.” He searched for it, for the underlying elegance, the hidden logic that tied these fragments together. He felt the weight of expectation, the unspoken plea from a world on the precipice. Failure wasn’t an option. Not this time.</w:t>
      </w:r>
    </w:p>
    <w:p>
      <w:r>
        <w:t>The tremor in Kenji’s hand hadn't been a simple twitch. It was a ripple, a sympathetic vibration responding to the subtle distortions within the containment field. He hadn't noticed it until he registered the hurried footsteps echoing in the chamber, a frantic rhythm against the low hum of the energy matrix. Lord Valerius Thorne, a man whose ambition outweighed his talent, was approaching. He’s always been drawn to power, even when it threatened to consume him.</w:t>
      </w:r>
    </w:p>
    <w:p>
      <w:r>
        <w:t>Thorne’s voice, strained and too loud, cut through the controlled environment. “The fluctuations are… significant, aren’t they, Kenji? A remarkable containment, of course. But the residual energies… they could be… harnessed.” The words were carefully measured, laced with the oily smoothness of a man accustomed to manipulating situations to his advantage. Valerius's eyes darted towards the containment field, then to the faces of the attending mages, gauging their reactions, seeking validation. He didn’t understand the nuances, the delicate balance. He saw only potential, a resource to be exploited. Kenji felt a familiar irritation coil in his gut. Not anger, not yet. Just a cold, efficient assessment of the threat.</w:t>
      </w:r>
    </w:p>
    <w:p>
      <w:r>
        <w:t>"Harnessing isn't the priority, Lord Thorne," Lyra's voice was calm, a precise counterpoint to Thorne’s manufactured enthusiasm. She stepped forward, her posture unwavering, blocking his direct access to the containment field. “Stabilization is. Any attempt to draw upon the residual energies now would risk destabilizing the entire matrix." She didn't acknowledge Thorne's presence directly, her gaze fixed on a point just beyond his shoulder, a subtle dismissal that spoke volumes. Kenji could feel the tension radiating from her, a quiet force that held Thorne at bay. He registered the faint scent of lavender and something sharper, almost metallic, clinging to her robes – a subtle manifestation of the defensive enchantments she habitually wore. It was a power play, a silent declaration of authority, and Kenji recognized it instantly. Thorne’s face flushed a shade darker, his carefully constructed façade momentarily cracking. He clearly hadn’t anticipated such direct opposition. A brief flicker of annoyance crossed his eyes, quickly masked by a veneer of forced composure. "A commendable dedication to caution, Princess,” Thorne said, his voice hardening slightly, "but surely, some degree of experimentation is warranted? The potential rewards are… substantial."</w:t>
      </w:r>
    </w:p>
    <w:p>
      <w:r>
        <w:t>The subtle shimmer that had become background noise in Kenji’s awareness sharpened, twisting into a discordant pulse. It wasn’t the containment field itself; it was… elsewhere. He’s felt it before, a faint echo of the ‘fix’ he’s applied to the Whispering Glade, a minor ecosystem nestled within the Royal Gardens. A simple adjustment, a streamlining of the ambient mana flow, meant to enhance the growth of the moonpetal orchids. He's thought it insignificant, a minor optimization. Now, it felt like a frayed thread pulling at the tapestry of reality.</w:t>
      </w:r>
    </w:p>
    <w:p>
      <w:r>
        <w:t>The scent of the Glade, usually a delicate blend of honeysuckle and damp earth, arrived as a wave of something rotten, overlaid with the cloying sweetness of overripe fruit. It wasn’s a sudden change; it was a gradual corruption, like a disease spreading through the air. Kenji's eyes narrowed, his perception shifting beyond the immediate chamber. He visualized the Glade, a shimmering green oasis within the manicured perfection of the Royal Gardens. What he saw wasn't the vibrant harmony he’s left behind. The moonpetal orchids, the pride of the kingdom, were monstrous, their blooms swollen to grotesque sizes, dripping with a viscous, iridescent sap. The delicate ferns that lined the streams were choked with a black, fungal growth. The stream itself, once a crystal-clear ribbon, was now a sluggish flow of murky, phosphorescent liquid. He felt the residual energy of his 'fix’ resonating within the Glade, distorted, amplified, *wrong*.</w:t>
      </w:r>
    </w:p>
    <w:p>
      <w:r>
        <w:t>The image flickered, unstable. A tendril of the corrupted energy lashed out, impacting the chamber's protective wards with a ripple of visible distortion. Thorne, who had been attempting to regain composure, stumbled back, his face paling. Lyra’s hand instinctively moved towards the hilt of her sword, her eyes fixed on the source of the disturbance. “What… what is happening?” Thorne stammered, his voice cracking. Kenji ignored him, his mind racing. The ‘fix’ hadn't been a solution; it’s been an intervention. He’s forced the ecosystem to adapt, to compensate for the imposed order. And in doing so, it had found a new, twisted equilibrium, a path toward a perversion of natural growth. The irony stung, a bitter taste in his mouth. He’s attempted to impose control, and in doing so, he’s unleashed something far more dangerous than what he’s sought to correct.</w:t>
      </w:r>
    </w:p>
    <w:p>
      <w:r>
        <w:t>The cascade of corrupted mana from the Whispering Glade had been a jarring anomaly, a blatant violation of the controlled elegance he’s strived to maintain. It demanded explanation, not dismissal. Thorne’s sputtering protests faded into background noise as Kenji turned away from the escalating tension, his focus shifting inward. The disturbance wasn't random; it was a symptom, a festering wound on the surface of something far deeper. He needed to understand the root cause, to trace the aberrant flow back to its source. Lyra’s watchful gaze followed him as he moved towards a shadowed alcove he's only glimpsed in passing—a repository of forgotten lore, sealed off during the consolidation of the kingdom centuries ago. “What are you doing?” Thorne’s voice, laced with suspicion, lacked any persuasive weight. Kenji ignored him, his hand tracing the intricate carvings that adorned the alcove's entrance. The stone felt strangely warm beneath his fingertips, humming with a low, almost imperceptible resonance.</w:t>
      </w:r>
    </w:p>
    <w:p>
      <w:r>
        <w:t>The seals were archaic, a convoluted weave of wards and runes that would have taken a team of skilled mages weeks to decipher. He bypassed them in a matter of seconds, his mind instinctively dismantling the complex structure, exploiting the subtle vulnerabilities he's learned to perceive. The door slid open with a groan, revealing a chamber shrouded in dust and the scent of decay—the smell of knowledge long abandoned. Rows of shelves lined the walls, crammed with ancient tomes bound in brittle leather and sealed with crumbling wax. He didn’t bother with a methodical search; he *knew* what he was looking for. The records of the Creation. He’d heard whispers of them, dismissed them as myth and legend. But the Glade’s corruption… it resonated with a discordance that suggested a fundamental flaw in the very foundation of Aethel’s existence. The air thickened, tasting of stagnant magic and the weight of forgotten ages. He could feel the subtle pushback, a resistance to his intrusion, but it was insignificant, easily overcome. He focused, honing his perception, filtering out the irrelevant noise, seeking the core of the information he required. It felt… wrong. Almost as if the archive itself was subtly trying to dissuade him from his search.</w:t>
      </w:r>
    </w:p>
    <w:p>
      <w:r>
        <w:t>He found it tucked away in a section dedicated to the Precursors—the beings who had shaped the world before the current order. A thick, obsidian-bound volume, its cover devoid of any markings save for a single, stylized spiral. The pages were written in a language he’s never encountered before, yet his mind instinctively translated the symbols, the meaning flowing directly into his consciousness. It wasn’t a history; it was a technical document, detailing the process of creation – the binding of the elemental forces, the weaving of the ley lines, the imposition of order upon chaos. And then, he saw it. A footnote, almost an afterthought, buried deep within the complex equations. A single phrase, highlighted with a barely perceptible tremor of energy: "Structural instability predicted. Contingency protocols initiated. Probability of cascading failure: 1.7%." 1.7%. It wasn’t a prediction; it was a confirmation. The world wasn’t a carefully crafted masterpiece; it was a precarious edifice built on a foundation of inherent weakness. The contingency protocols... what were they? And why were they deemed necessary? The revelation felt like a physical blow, a shattering of the carefully constructed reality he’s always known. The air in the archive grew colder, the shadows deepening. He could feel the weight of countless generations pressing down on him, the unspoken truth of Aethel’s flawed creation. A voice, ancient and mournful, echoed in his mind, not speaking, but *transmitting*, a single, chilling word: “Repair.”</w:t>
      </w:r>
    </w:p>
    <w:p>
      <w:r>
        <w:t>The word "Repair" resonated, a physical tremor in the bones of the archive, and the knowledge slammed into him, not as text, but as raw, unfiltered *experience*. It was a flood, a torrent of fragmented images and sensations, overwhelming in their alienness. The obsidian book dissolved, the crumbling shelves vanished, and he was *elsewhere*.</w:t>
      </w:r>
    </w:p>
    <w:p>
      <w:r>
        <w:t>It wasn’t a place, not in any sense he understood. It was a nexus, a swirling vortex of raw potential, of creation still in its embryonic form. And at the heart of it, coiled within a cage of nascent reality, was the Demon Lord. Not the monstrous, corrupted entity of legend, a being of shadow and destruction. This… this was something else entirely. A serpent of pure, incandescent energy, its scales shimmering with the colors of a thousand dying stars. It wasn’t malevolent, not inherently. It was *potential*, untamed, a force of creation so immense that it dwarfed the very concept of destruction. Lines of raw power, like rivers of molten gold, pulsed beneath its scales, constantly shifting, reforming, threatening to breach the fragile boundaries of the nascent reality that contained it. The cage itself wasn’t built of stone or metal, but of intricate equations, of the very fabric of existence, constantly reinforcing, constantly straining. He felt the pressure, a crushing weight against his own being, the knowledge that even a momentary lapse in containment would unravel the tapestry of Aethel itself. It wasn't observing him; it was simply *there*, a fundamental truth of existence, beyond comprehension, beyond judgment. A single, almost imperceptible flicker of recognition crossed the serpentine form, a brief acknowledgement of a being capable of perceiving, however dimly, the truth of its containment. A feeling, not an emotion, brushed against his mind – a profound sense of *wrongness*. Not malice, but a deep, aching dissonance, the feeling of being trapped, not by force, but by necessity.</w:t>
      </w:r>
    </w:p>
    <w:p>
      <w:r>
        <w:t>The vision fractured, scattering like shards of glass. He stumbled back, gasping for breath, the taste of starlight and the echo of unimaginable power clinging to his tongue. The archive re-formed around him, the crumbling tomes and shadowed shelves solid once more. The weight of the experience settled on him, a crushing burden of knowledge. The Demon Lord wasn’t an enemy to be fought, a force of chaos to be eradicated. It was a *consequence*, a side effect of the world’s creation, a truth too terrible to fully comprehend. And the “Repair” wasn’t about vanquishing a foe. It was about something far more complex, far more dangerous. It was about confronting the fundamental flaw in Aethel’s very existence, about accepting a truth that threatened to unravel everything he thought he knew. The word resonated again, no longer a command, but a question. A terrifying, impossible challenge.</w:t>
      </w:r>
    </w:p>
    <w:p>
      <w:r>
        <w:t>The weight of the archive pressed on him, more than just the crumbling stone and scent of ancient dust. It was the knowledge itself, a crushing burden that threatened to buckle his resolve. He’s seen the source, glimpsed the truth behind the manufactured reality. Now, the numbers swam before his eyes, equations blurring into meaningless symbols. It was time to act, to begin the unraveling, the delicate surgery on the world’s flawed design. He was already calculating the initial adjustments, the subtle shifts in ley line resonance, when he heard it. Not a shout, not a demand, but a quiet, almost hesitant voice.</w:t>
      </w:r>
    </w:p>
    <w:p>
      <w:r>
        <w:t>"You're going to ignore them?"</w:t>
      </w:r>
    </w:p>
    <w:p>
      <w:r>
        <w:t>He didn’t bother to turn. Lyra’s presence was a constant, a subtle pressure against the periphery of his awareness. He could feel her gaze, unwavering and unsettling. "The variables are irrelevant," he said, his voice flat, devoid of inflection. “Emotional responses are… noise.” He resumed his calculations, ignoring the tremor in his hands, the slight pressure building behind his eyes. He could feel her frustration, a subtle shift in the ambient magical energy. It was an annoyance, a distraction. “The people of Aethel deserve a world free from the instability that threatens to consume them. Sentimentality serves no purpose in that equation."</w:t>
      </w:r>
    </w:p>
    <w:p>
      <w:r>
        <w:t>Lyra moved closer, her footsteps barely audible on the dusty floor. He could feel the heat radiating from her body, a warmth that felt strangely alien in the oppressive cold of the archive. "And what of *their* suffering?" she asked, her voice laced with a quiet intensity that cut through his carefully constructed detachment. "The fear, the loss... do those numbers account for the farmer who lost his fields to the tremors? The child who witnessed her home swallowed by a fissure? Are they simply… acceptable losses in your grand design?" He could sense the change in her stance, the subtle shift in her magical aura. It wasn’t aggression, but a deep-seated sadness, a potent sorrow that resonated with an unsettling power. He felt a flicker of irritation, a surge of defensiveness. He hadn’t factored in *this*. He’s always focused on the grand design, the intricate mechanics of existence. Human consequence, individual pain… those were just variables, anomalies to be managed, not elements to be considered. The faces flashed behind his eyes – brief, fragmented images of lives upended, of hopes extinguished – and the cold logic that had guided him for so long began to crack. A subtle ache blossomed in his chest, an unfamiliar discomfort that defied explanation. He hadn't accounted for the weight of *seeing*. "Don't you understand?" she continued, her voice softening, but her gaze unwavering. "You can't simply erase their pain. You must acknowledge it. Heal it. Otherwise, what’s the point of saving a world that leaves its people broken?" The question hung in the air, a silent challenge to his very existence. He couldn't respond. The carefully constructed walls around his heart, the barriers that had protected him from the messy, unpredictable nature of emotion, began to crumble. For the first time, the numbers seemed… insufficient.</w:t>
      </w:r>
    </w:p>
    <w:p>
      <w:r>
        <w:t>The cascade of data swam before his eyes, an endless stream of interwoven equations and arcane glyphs. He's sifted through centuries of Precursor documentation, deciphered languages lost to time, all in pursuit of this single point. Not the origin, not the containment—those were consequences, symptoms. He sought the root, the initial deviation. And now, here it was. A single line, nestled deep within the foundational architecture of the world’s creation, an anomaly so subtle it had been overlooked for millennia. It wasn't a glaring error, a misplaced variable, but a subtle shift in the weighting of a primordial harmonic, a minute alteration to the resonance frequency used to bind the nascent elemental forces. It appeared innocuous, almost poetic, a single character substituted for another – a flourish, really – but the implications were catastrophic. It was the seed. The genesis of the imbalance. The point at which the Demon Lord, in its purest, uncorrupted potential, had begun to… *drift*.</w:t>
      </w:r>
    </w:p>
    <w:p>
      <w:r>
        <w:t>The air in the archive seemed to thicken, pressing against him with the weight of eons. He could practically *feel* the line vibrating, a faint hum resonating within his bones. It wasn’t an active corruption; it was a *tendency*, a predisposition. A slight warping of the probabilistic field, increasing the likelihood of catastrophic divergence. It was like a hairline fracture in a mountain range, imperceptible at first, but capable of triggering an avalanche. He traced the line with his gaze, the glyphs burning into his vision. It wasn’t malicious, not intentionally. It was simply… *inefficient*. A shortcut taken by a precursor desperate to accelerate the world’s creation, blind to the long-term consequences. A moment of hubris, encoded in the fabric of existence. The taste of ash filled his mouth, bitter and acrid, a phantom sensation triggered by the sheer weight of the truth. He felt a flicker of something alien – not anger, not frustration, but a detached curiosity. It was a puzzle, a complex equation to be solved. A problem to be *optimized*.</w:t>
      </w:r>
    </w:p>
    <w:p>
      <w:r>
        <w:t>The implications were… profound. Removing it was unthinkable. Untangling the delicate weave of reality to excise a single line of code would unravel the entire world. But allowing it to remain was equally unacceptable. It was a ticking clock, a slow-motion catastrophe waiting to happen. A faint pressure built behind his eyes, the familiar sensation of power coalescing, of calculations running at speeds beyond human comprehension. He could already envision the solution, a cascade of subtle adjustments, a delicate rebalancing of the harmonic frequencies, a dampening of the probabilistic drift. It wouldn't erase the seed – that was impossible – but it would contain it, to neuter its potential. It would be a monumental undertaking, requiring a level of precision and control he had never attempted before. But looking at the line again, he knew it was the only path. It wasn't a matter of choice anymore. It was a necessity. A fundamental truth etched into the world’s architecture. And he was the only one who could perceive it.</w:t>
      </w:r>
    </w:p>
    <w:p>
      <w:r>
        <w:br w:type="page"/>
      </w:r>
    </w:p>
    <w:p>
      <w:pPr>
        <w:pStyle w:val="Heading1"/>
      </w:pPr>
      <w:r>
        <w:t>Chapter 24</w:t>
      </w:r>
    </w:p>
    <w:p>
      <w:r>
        <w:t>The diagnostic shimmered across his vision, a cascade of glyphs and cascading data streams. Not a clean sweep. Never clean. He’s fixed a fundamental flaw, pruned a malignant growth, but the forest still held rot. Traces. Like the echo of a scream after the killer’s gone. The core code of Aethel pulsed beneath him, a vast, intricate web he was beginning to understand with a terrifying intimacy. It wasn’t beautiful, not in the way the poets claimed. It was a brute force solution, a patchwork of ancient algorithms and desperate modifications, layered over a foundation of shaky design. The chromatic distortions rippled across the diagnostic overlay, highlighting areas of lingering instability – pockets of suppressed energy, like embers beneath ash. Each glyph represented a potential recurrence, a breeding ground for another iteration of the demon.</w:t>
      </w:r>
    </w:p>
    <w:p>
      <w:r>
        <w:t>He felt the familiar burn behind his eyes, the strain of interpreting the alien logic. A single, minuscule fluctuation near the nexus – barely perceptible, but undeniable. It pulsed with a faint, sickly green, an anomaly in the otherwise stable blue matrix. “Residual resonance,” he murmured, more to himself than to Lyra, who stood a respectful distance away, her expression unreadable. He could almost *feel* it, a faint tug on his own awareness, a whisper of forbidden knowledge trying to bleed back into the system. The air crackled, carrying the faintest scent of ozone and something else, something ancient and…wrong. A single bead of sweat trickled down his temple, despite the chill of the Nexus chamber. This wasn't a complete eradication. It was a containment. A precarious balance.</w:t>
      </w:r>
    </w:p>
    <w:p>
      <w:r>
        <w:t>He adjusted the calibration matrix, forcing the diagnostic to delve deeper, to map the subtle pathways of the lingering resonance. The code screamed at him then, a silent chorus of impossible angles and recursive loops. He pushed back, filtering the noise, focusing on the anomaly. It wasn's a simple echo. It was a…seed. A tiny, perfectly formed replica of the original flaw, dormant but ready to bloom. "The failsafe," he said, the words tasting like metal in his mouth. "They built a contingency. A backdoor." He didn't need to tell Lyra what that meant. She understood. The fight wasn't over. It had just entered a new, infinitely more complex phase.</w:t>
      </w:r>
    </w:p>
    <w:p>
      <w:r>
        <w:t>The diagnostic shimmered, a ghost on his vision, and he knew. Knew that the next fix, the final pruning, required something he didn't possess. Not the computational power, not the understanding of the archaic code, but…permission. Not from the council, not from the remaining architects of this broken world, but from her.</w:t>
      </w:r>
    </w:p>
    <w:p>
      <w:r>
        <w:t>Lyra didn't speak. She rarely did when the weight of the moment pressed down, a tangible force that seemed to drain the very air from the Nexus chamber. Instead, she offered a gift. A small, intricately carved wooden bird, no larger than his thumb. The wood was dark, almost black, polished to a mirror sheen. He recognized the grain – heartwood from a Whisperwood tree, impossibly rare, almost extinct. It wasn's a token of gratitude, not precisely. It was a relinquishment. A silent acknowledgment of his burden, a transference of responsibility. He felt the subtle hum emanating from it, a faint echo of the power he’s been siphoning, redistributing throughout the world. The air around her wavered, a heat shimmer despite the chill of the chamber. It wasn't a display of power, not overtly. It was an opening. A subtle shift in the flow of energy, a release of something held tightly within. He could almost taste it – a bittersweet tang of resignation and a quiet strength that defied the circumstances.</w:t>
      </w:r>
    </w:p>
    <w:p>
      <w:r>
        <w:t>He didn't need words. He understood. This wasn't about fixing Aethel. It was about letting it be. Allowing the system to find its own equilibrium, even if that meant a slow decay, a gradual descent into entropy. It was a harder truth than any he’s faced. To not force order, to accept the flow, to simply *let go*. He took the bird, its smooth surface cool against his palm. A flicker of something – sadness, perhaps, or a recognition of a path not taken – crossed her face, gone before he could truly register it. It wasn’s a plea. It was a farewell. A quiet, devastating truth delivered without a single word. He met her gaze, and the weight of it settled on him, heavier than any code, more profound than any logic. He knew, with a certainty that resonated deep within his bones, that this moment would define his next move, the trajectory of his entire existence.</w:t>
      </w:r>
    </w:p>
    <w:p>
      <w:r>
        <w:t>The data swam before his eyes, a chaotic cascade of glyphs and fluctuating energy signatures. It wasn’t a simple containment field; it was a patchwork of interwoven layers, each a desperate improvisation against the inevitable bleed-through. Malakor’s essence, even shackled, pulsed with an unsettling rhythm, a dark heartbeat trying to shatter its prison. He bypassed the superficial interfaces, digging deeper into the core algorithms, tracing the intricate web of wards and counter-wards. The Nexus hummed, a low thrum vibrating through his bones, resonating with the imprisoned power. It was a beautiful, terrible symphony of desperation.</w:t>
      </w:r>
    </w:p>
    <w:p>
      <w:r>
        <w:t>The risk wasn't a clean percentage; it was a shifting probability, influenced by countless variables – the residual influence of the Whisperwood tree, the subtle fluctuations in Aethel’s geomancy, even the collective emotional state of the populace. A sudden spike in fear, a surge of anger—those could be enough to crack the carefully constructed barriers. He layered predictive models, accounting for potential cascade failures, analyzing the structural integrity of each binding rune. The numbers screamed at him – a constant, nagging chorus of impending doom. It wasn’t a matter of *if* a breach would occur, but *when* and with what ferocity. Each line of code represented a gamble, a calculated risk against a foe that defied conventional understanding. He felt the familiar tightness in his chest, the relentless pressure of responsibility. This wasn't just a technical problem; it was a burden. A weight that threatened to crush him beneath its immensity.</w:t>
      </w:r>
    </w:p>
    <w:p>
      <w:r>
        <w:t>He ran a comparative analysis, cross-referencing the current containment protocols with the fragmentary records of the lost civilization’s methods. The data was frustratingly incomplete, riddled with inconsistencies and corrupted by time. Yet, a single phrase resonated with chilling clarity: "The echoes remain." It wasn't just Malakor's essence that was trapped; it was the very concept of corruption, the shadow of a power that refused to be extinguished. He felt a prickling sensation on the back of his neck, a subtle shift in the ambient energy. It wasn't a direct threat, not yet. But it was a reminder: containment was merely a temporary reprieve. The echoes remained, and they were growing stronger.</w:t>
      </w:r>
    </w:p>
    <w:p>
      <w:r>
        <w:t>The data streams fractured. Not with a crash, not a dramatic failure, but with a subtle distortion, like heat rising off pavement on a summer day. The diagnostic shimmered, the blue matrix of Aethel’s core code momentarily blurring into a sickly green, then resolving into…something else. It wasn't a system error. It was a presence. A ripple in the fabric of reality, localized, contained, but undeniably *there*.</w:t>
      </w:r>
    </w:p>
    <w:p>
      <w:r>
        <w:t>It coalesced slowly, like smoke gathering into a humanoid form. Not solid, not corporeal, but a shimmering echo of the Demon Lord, a mockery of his power. The diagnostic flagged it immediately – a phantom, a residual imprint left on the Nexus itself. The numbers screamed – an anomaly, a violation of containment protocols. But it wasn't aggressive. It was…observing. A silent, contemptuous gaze fixed on Kenji, as if evaluating his efforts, finding them pathetically insufficient. A voice, not spoken but projected directly into his mind, dripped with ancient malice. *“You bind me, little architect. A fleeting inconvenience. The echoes persist. The seed remains.”* The phantom’s form pulsed with a faint, crimson light, mirroring the diagnostic warnings that flared across his vision. He felt a tremor run through the Nexus floor, a sympathetic vibration to the phantom’s silent pronouncements. It wasn’t attempting to break free, not yet. It was savoring the moment, reveling in its untouchable existence. A taunt, delivered with the cold precision of an equation.</w:t>
      </w:r>
    </w:p>
    <w:p>
      <w:r>
        <w:t>Kenji ignored the surge of frustration that threatened to overwhelm him. Focus. He tightened his grip on the Whisperwood carving, drawing on its residual energy, attempting to isolate the phantom’s influence. The diagnostic pulsed faster, struggling to quantify the anomaly, to classify it within established parameters. The phantom’s form shifted, subtly mocking his efforts. It extended a shimmering hand, its fingers contorting into grotesque claws, then retracted it as if bored. *“You prune a branch, and the roots remain untouched. The corruption…it is woven into the very foundation.”* The air grew colder, a palpable chill that had nothing to do with the Nexus’s regulated environment. He could feel the phantom probing, not directly attacking, but testing the boundaries of his control, searching for weakness. It was a lesson in humility, a stark reminder that his power, his understanding, was but a flickering candle in an infinite darkness. This wasn’t a victory; it was a warning.</w:t>
      </w:r>
    </w:p>
    <w:p>
      <w:r>
        <w:t>The phantom’s taunt felt less like a threat and more like a confirmation of the inescapable. A cage, however intricate, was still a cage. He needed to *see* it. To understand the scope of the problem beyond the confines of Aethel’s fractured reality. A desperate gamble, bordering on reckless, formed in his mind. A localized temporal distortion. A brief aperture, a fleeting glimpse of his own world, untainted by the creeping corruption. It was a violation of established protocols, a dangerous manipulation of the Nexus’s delicate balance. But inaction was a slower death.</w:t>
      </w:r>
    </w:p>
    <w:p>
      <w:r>
        <w:t>He focused his will, drawing on the residual energy of the Whisperwood carving, layering it with the raw power of the Nexus itself. The air shimmered, the carefully calibrated hum of the facility warping into a discordant whine. Numbers flashed across his vision, warnings cascading down like a digital waterfall. He ignored them. The Nexus resisted, its core programming screaming against the unauthorized manipulation. It was like trying to force a river to flow upstream. He pushed harder, anchoring his intent with the phantom’s mocking gaze, using its very presence as a point of leverage. The distortion rippled outwards, fracturing the immediate reality like shattered glass. A dizzying disorientation washed over him, the familiar metallic tang of the Nexus replaced by a crisp, unfamiliar scent – pine needles and damp earth.</w:t>
      </w:r>
    </w:p>
    <w:p>
      <w:r>
        <w:t>For a heartbeat, he was elsewhere. He stood on a windswept hillside, bathed in the golden light of a setting sun. The air was clean, invigorating, utterly devoid of the oppressive weight that permeated Aethel. Below him, a small village nestled in the valley, smoke curling lazily from the chimneys. He saw children laughing, farmers tending their fields, a world untouched by the shadows he battled. It was a fleeting glimpse, a stolen moment, a painful reminder of what had been lost, and what might never be regained. He saw his home. A small cottage, smoke rising from the chimney, the faint sound of a woman’s laughter carried on the breeze. A pang of raw, visceral longing struck him, a physical ache in his chest. He saw a girl running through the yard, her hair the color of spun gold. A memory, sharp and vibrant, flooded his senses – her small hand in his, a shared smile, a moment of uncomplicated joy. The vision lasted only a breath, a fragmented echo of a life he’s left behind. Then, with a jarring wrench, he was pulled back. The Nexus's hum returned, sharper now, laced with a note of warning. The phantom's mocking gaze intensified, a silent acknowledgement of his vulnerability. He felt a drain, a palpable weakening of his control. The brief glimpse had cost him. But it had also shown him something vital. The scale of the rot. And the price of fighting it.</w:t>
      </w:r>
    </w:p>
    <w:p>
      <w:r>
        <w:t>The vision collapsed, the scent of pine needles fading like a phantom limb. A bitter tang coated his tongue, the taste of loss sharper than any poison. He hadn't realized how deeply the absence of sunlight, the constant hum of the Nexus, had dulled his senses. That glimpse of normalcy... it wasn’t a strength, it was a liability. A reminder of what he’s sacrificed, a vulnerability the phantom would undoubtedly exploit. Regret, cold and insidious, threatened to overwhelm him. It would have been so easy to simply *stay* there, within the echoes of a forgotten life. To abandon this futile struggle against a tide of corruption.</w:t>
      </w:r>
    </w:p>
    <w:p>
      <w:r>
        <w:t>But he wasn't built for ease. He’s been forged in the crucible of absence, honed by the constant grind of impossible choices. The phantom's mocking gaze felt less like a threat now, more like an accusation. It wasn’t challenging his power, it was questioning his resolve. And he wouldn't yield. He *couldn’t*. The memory of that little girl’s laughter, the warmth of sunlight on his face... those weren’t just pleasantries. They were a promise. A reason to fight. A beacon in the encroaching darkness. He inhaled sharply, forcing the sentimentality back down, replacing it with a cold, hard certainty. Sentiment was a weakness. Hope, a dangerous delusion. Only the brutal, unwavering pursuit of a goal mattered.</w:t>
      </w:r>
    </w:p>
    <w:p>
      <w:r>
        <w:t>The decision crystallized within him, a shift in his inner landscape more profound than any power surge. It wasn't a conscious choice, not really. It was an inevitability, a consequence of his very nature. He would not linger on the past. He wouldn't wallow in regret. He would focus. He would *adapt*. He channeled the residual energy of the brief temporal distortion, not to replay the memory, but to dissect it. To analyze the subtle shifts in the Nexus’s defenses, the phantom’s probing attempts. Every detail, every nuance, would be processed, categorized, weaponized. The phantom’s taunt morphed into a challenge, a confirmation of his path. It would take more than brute force to break it. It would require understanding. He raised a hand, the Whisperwood carving pulsing faintly in his grip. “Very well,” he murmured, the words barely audible above the Nexus’s hum. “Let’s see what you’ve truly learned.”</w:t>
      </w:r>
    </w:p>
    <w:p>
      <w:r>
        <w:t>The change wasn't a rupture, not a cascade of errors or a jarring visual distortion. It was… a breath. A microscopic adjustment to the underlying architecture of Aethel’s code, less perceptible than the tremor in Kenji’s hand as he gripped the Whisperwood carving. He hadn't expected it. He’d been bracing for resistance, for a chaotic backlash against the temporal manipulation. Instead, there was… acquiescence. A subtle yielding, like a perfectly balanced mobile responding to an imperceptible shift in the air currents. The diagnostic screens, moments before saturated with warnings, flickered with a momentary lull, then displayed a single, anomalous data point: “Sub-routine 749-Omega – Recalibration Initiated.” Omega. He hadn't authorized a recalibration. He hadn't even *known* of Sub-routine 749-Omega. It felt… alien, something not woven from his understanding of Aethel’s structure.</w:t>
      </w:r>
    </w:p>
    <w:p>
      <w:r>
        <w:t>The shift manifested as a subtle alteration in the ambient hum of the Nexus. The low thrum, always a constant pressure against his skull, softened, then deepened, subtly resonating with a previously unheard frequency. He felt it more than heard it, a vibration in the marrow of his bones.  The air, already charged with the residual energy of the temporal distortion, seemed to thicken, becoming almost viscous.  He could smell it then, a new scent layered beneath the metallic tang of the Nexus and the faint, lingering aroma of pine: ozone, sharp and clean, tinged with something… older. Something reminiscent of primordial storms, of the raw, unformed energies that birthed the world.  The shadows in the chamber seemed to deepen, to coalesce, then subtly shift, revealing glimpses of… something else. Not a visual representation, not a concrete image, but a sense of boundless potential, of a reality layered beneath the one he understood. A place where the rules he’s mastered, the laws he’s exploited, held no sway.</w:t>
      </w:r>
    </w:p>
    <w:p>
      <w:r>
        <w:t>The phantom, previously an arrogant observer, seemed to… falter. Its form rippled, its crimson light dimming slightly, as if struggling to maintain cohesion. The mental taunt ceased abruptly, replaced by a flicker of… confusion. It was a fleeting moment, gone before he could truly register it, but the implication was unmistakable.  He had triggered something. Something profound, something unpredictable.  Sub-routine 749-Omega hadn’t merely recalibrated. It had opened a door. A sliver of awareness, a glimpse beyond the veil.  And now, something was looking back.</w:t>
      </w:r>
    </w:p>
    <w:p>
      <w:r>
        <w:br w:type="page"/>
      </w:r>
    </w:p>
    <w:p>
      <w:pPr>
        <w:pStyle w:val="Heading1"/>
      </w:pPr>
      <w:r>
        <w:t>Epilogue</w:t>
      </w:r>
    </w:p>
    <w:p>
      <w:r>
        <w:t>The change wasn't a crash, a blinding shift. It was… refinement. Like a gemstone polished to an impossible sheen. Kenji tilted his head, a gesture born of habit more than genuine curiosity. The sky wasn’t *blue*, not anymore. It was a depth of blue that defied description, a blue so intense it felt like staring into the heart of a dying star. He’s seen skies in his own world, of course, but this… this was *wrong*. Not bad, not even unpleasant. Just… fundamentally different. The air itself seemed to hum with a subtle resonance, a vibration he could almost taste on his tongue - a metallic tang overlaying the familiar scent of Eldorian flora.</w:t>
      </w:r>
    </w:p>
    <w:p>
      <w:r>
        <w:t>He’s been expecting it, of course. The re-tuning wasn't a single event, but an ongoing process. A thousand tiny adjustments, each a correction, a refinement. Like pruning a sprawling vine to encourage new growth. But the subtle shift wasn't merely aesthetic. It was a change in the very *fabric* of the world. He could feel it in the lingering static clinging to his senses, a residual energy signature he’s become intimately familiar with. A ripple in the underlying code. He focused, reaching out with his mental acuity, tracing the changes. The energy signature, while faint, was undeniable. Not destructive. Not malignant. Simply... altered. More efficient. More… *pure*.</w:t>
      </w:r>
    </w:p>
    <w:p>
      <w:r>
        <w:t>The effect wasn't limited to the sky. He noticed, with a detached observation, that the edges of the Royal Gardens were sharper, the individual leaves on the ancient trees more vividly defined. The shadows were deeper, the light more focused. Even the wind seemed to move with a new purpose, a subtle shift in its direction and intensity. It wasn’t an improvement, not in a way he could quantify. Just… different. A fundamental recalibration. The process wasn't complete. He could feel the subtle tremors still radiating outwards, a thousand tiny corrections still being applied. The world was rewriting itself, not in a dramatic upheaval, but in a slow, relentless refinement. And he, Kenji, was the silent observer, the unwilling architect of this new reality.</w:t>
      </w:r>
    </w:p>
    <w:p>
      <w:r>
        <w:t>The tapestries in the Grand Hall, once vibrant depictions of Eldorian heroes, now hung with a disconcerting stillness. It wasn't that they were *worse*, not technically. The colors were sharper, the stitching tighter, the artistry undeniably improved. But the dynamism had vanished. The heroes seemed frozen, their triumphs hollow. Lyra watched the court officials, stiff and formal, attempting to reinstate the traditional opening ceremony, a meaningless parade of ancient titles and forgotten rituals. They fussed over the precise order of precedence, the proper angle of the ceremonial banners, their faces tight with a nervous piety. It was an imitation, a desperate clinging to a past that no longer held any real meaning. She could almost taste the stale air of obligation, thick with the unspoken knowledge that this charade was as much a performance for themselves as it was for the assembled nobles.</w:t>
      </w:r>
    </w:p>
    <w:p>
      <w:r>
        <w:t>A faint smile touched her lips, barely perceptible. It wasn’t amusement, exactly. More a quiet acknowledgment of the futility of their efforts. She's seen the numbers, of course. The subtle shifts in the flow of mana, the almost imperceptible alterations in the resonance of the ley lines. The world *wasn’t* reverting. The changes she and Kenji had wrought were permanent, woven into the fabric of reality itself. The old ways, the rigid structures, the unquestioned traditions – they were fading, like a poorly preserved fresco exposed to the relentless march of time. It wasn’t a hostile force erasing them, but the natural order asserting itself. Like a river carving a new channel, the world was finding its own course, regardless of how desperately they tried to dam it. The air itself seemed to hum with a subtle vibration, an almost palpable sense of *potential*. A quiet promise of a future unburdened by the weight of the past.</w:t>
      </w:r>
    </w:p>
    <w:p>
      <w:r>
        <w:t>She noticed a minor official, face flushed with anxiety, attempt to correct the angle of a ceremonial sword. It wobbled slightly, then settled with a jarring click. The official, clearly rattled, straightened his tunic and averted his gaze. Lyra’s smile widened infinitesimally. It wasn't a malicious pleasure. It was the quiet satisfaction of witnessing the inevitable. The world wasn’t resisting. It was simply… *adjusting*. And those who clung too tightly to the past would find themselves swept away by the tide. She felt a familiar resonance in her own core, a subtle enhancement she hadn's noticed before. Another silent adjustment, another step along an unknown path. The future was unfolding, and she, Lyra, would be there to witness it.</w:t>
      </w:r>
    </w:p>
    <w:p>
      <w:r>
        <w:t>The shimmering wasn't a grand spectacle, no blinding light or earth-shattering tremor. It was a flicker, a hiccup in the seamless operation of the revised reality. Kenji registered it first, a phantom itch at the edge of his perception, a dissonance he’s become acutely attuned to. It manifested near the central fountain of the Royal Gardens, a brief distortion of the air, like heat rising from sun-baked stone, but colder, laced with a metallic tang that briefly overwhelmed the usual floral sweetness. He didn't need to look; he *felt* it. A tiny, localized surge of chaotic energy, a whisper of the old order struggling to reassert itself, quickly contained.</w:t>
      </w:r>
    </w:p>
    <w:p>
      <w:r>
        <w:t>The surge wasn't powerful, barely registering on the scales he now instinctively used to gauge magical flux. It was, however, *wrong*. An errant resonance, a fragment of the pre-correction baseline leaking through the newly constructed framework. It felt like a single, errant note in a meticulously composed symphony, immediately corrected by an unseen hand. He could sense the system's response: a subtle dampening field, instantly deployed, absorbing the anomaly, smoothing the ripple before it could propagate. The containment wasn’t forceful, not punitive. It was efficient, almost polite. Like a librarian silencing a cough in a hushed reading room. The air tasted cleaner afterward, the dissonance resolved, the system reaffirming its control.</w:t>
      </w:r>
    </w:p>
    <w:p>
      <w:r>
        <w:t>Lyra, across the courtyard, hadn’t seen it. She was too focused on the rigid posture of the Royal Archivist, meticulously aligning a stack of ancient scrolls. But she felt it too, a fleeting tremor in the ambient mana, a subtle shift in the atmospheric pressure. She paused, a flicker of annoyance crossing her face. Not at the disturbance itself, but at the reminder of the system’s constant vigilance. A silent, tireless guardian, ensuring the smooth operation of this new order. She wondered, not for the first time, what lay beyond the veil of its influence, what chaos existed beyond the carefully constructed boundaries. She dismissed the thought, focusing on the Archivist’s posture. Perfection, she thought, demanded constant attention. Even the slightest deviation could unravel everything.</w:t>
      </w:r>
    </w:p>
    <w:p>
      <w:r>
        <w:t>The data stream resolved into a lattice of fluctuating energies, a chaotic dance he's grown disturbingly familiar with. It wasn’t the raw mana itself, not the inherent potential of the world, but the residual echoes of his interventions. The ‘fixes,’ as Lyra had playfully termed them. Each alteration had left a fingerprint, a unique resonance woven into the tapestry of reality. Most faded quickly, absorbed by the world’s constant ebb and flow. But some lingered, faint shadows clinging to the edges of the system. He filtered the visual display, isolating the specific frequencies he sought, a process akin to tuning a hypersensitive radio to a single, barely audible broadcast. The air in the observation chamber hummed with the subtle thrum of the processing matrix, a feeling he registered more than heard, the vibrations ghosting through the reinforced plasteel floor and into his bones. It was a sensation both comforting and faintly unsettling – a constant reminder of the power he wielded, and the responsibility that came with it.</w:t>
      </w:r>
    </w:p>
    <w:p>
      <w:r>
        <w:t>The initial scans had shown a clean sweep. No significant anomalies. But he wasn’t satisfied with surface-level assessments. There was always something lurking beneath, a hidden variable, a subtle imbalance that could unravel everything. He adjusted the sensitivity filters, pushing the system to its absolute limit. The holographic display shimmered, resolving the underlying energy patterns with brutal clarity. There. A faint flicker, almost imperceptible, radiating from the western quadrant of the Royal Gardens. Not a corruption, not a rejection of his changes, but a…recalibration. The system, it seemed, was subtly optimizing his interventions, smoothing out the rough edges, finding more efficient pathways. It wasn’t resistance; it was refinement. A disturbing compliment, almost. He felt a flicker of annoyance – a wholly illogical response. He hadn’t wanted to be *improved* upon. His methods were…adequate. Efficient. But the system, relentlessly logical, was finding ways to be *more* efficient.</w:t>
      </w:r>
    </w:p>
    <w:p>
      <w:r>
        <w:t>He zoomed in on the localized anomaly, isolating the specific frequencies. The data coalesced into a three-dimensional representation, a complex web of interconnected energy pathways. He traced the flow, following the subtle shifts in resonance, charting the system’s optimizations. The processes were infinitesimal, almost beyond comprehension, yet cumulatively, they represented a significant refinement. He could feel it, a faint tug at his own connection to the world's energy, a subtle dampening of his own influence. It wasn't a threat. Not yet. But it was a warning. A reminder that even the most powerful changes were not immutable. The world adapted. The system learned. And he, Kenji, was merely a temporary variable in an equation far grander than himself. He adjusted the display, layering in a predictive model, projecting the long-term consequences of these subtle recalibrations. The projections painted a concerning picture: a slow, incremental erosion of his influence, a gradual shift in the world's energy dynamics. He filed the data, adding a new entry to his ever-growing list of potential threats. The process of adaptation, it seemed, was never truly finished.</w:t>
      </w:r>
    </w:p>
    <w:p>
      <w:r>
        <w:t>The data stream stabilized, resolving into a predictable ebb and flow, a comfortable predictability he’s come to rely on. But a secondary notification, a tertiary layer overlaid on the primary diagnostic, snagged his attention. It wasn't flagged as critical, not an immediate threat, but the encoding was unusual – a complex layering of harmonic frequencies, a deliberate obfuscation he hadn't encountered before. It wasn’t system-generated. It was a personal comm. He recognized the signature instantly. Lyra.</w:t>
      </w:r>
    </w:p>
    <w:p>
      <w:r>
        <w:t>He bypassed the automated decryption protocols, manually overriding the security layers. The process was brief, a matter of milliseconds, but each step felt heavier than the last, a premonition clinging to the edges of his focus. The message resolved into a concise string of coded symbols, a visual representation of a complex harmonic resonance. He translated it, the algorithm humming quietly in his mind, almost reluctantly releasing the information. It wasn’t a direct communication; it was a farewell. A carefully constructed sequence of symbolic gestures, a visual poem disguised as a technical transmission. *“The river finds its own course. Observe. Adapt. The echoes remain.”* Each phrase was layered with subtle tonal shifts, emotional undercurrents he parsed with practiced ease. The *river* – an acknowledgement of his changes, the undeniable current shaping the world. *Observe* – an instruction, a challenge. *Adapt* - a quiet directive, a subtle declaration of independence. *The echoes remain* – a bittersweet lament, a recognition of what was lost, and what would inevitably follow.</w:t>
      </w:r>
    </w:p>
    <w:p>
      <w:r>
        <w:t>He felt a tightening in his chest, a dull ache behind his eyes. It wasn't anger, not precisely. It was a profound sense of…disconnection. Lyra hadn’t directly stated it, hadn’t needed to. The message was a subtle parting, a graceful withdrawal from a shared path. She was moving on, embracing a future he wouldn’t share, a destiny woven from the very changes he’s wrought. He could feel the faintest resonance of her presence, a lingering echo of shared purpose, slowly fading with each passing moment. The system’s diagnostics registered no physical anomaly, no physiological shift, but he knew, with a certainty that transcended logic, that something fundamental had changed. The world continued to spin, the data continued to flow, but the perspective had subtly altered, the landscape subtly reshaped. He archived the transmission, a single file nested deep within his personal databanks, a silent testament to a partnership that had reached its inevitable conclusion. He didn’t respond. There was nothing to say. The river had already found its course.</w:t>
      </w:r>
    </w:p>
    <w:p>
      <w:r>
        <w:t>The activation sequence was almost casual. A ripple across the observation chamber's plasteel floor, a flicker of holographic projections, the faintest hum that resonated not in his ears, but in his bones. It was the undoing of a creation, a retraction of influence, and the ease with which he initiated it felt…wrong. Not dangerous. Not resisted. Simply… final. The return sequence wasn't a destructive force, not an explosion of raw energy. It was a gentle winding back, a careful unspooling of interwoven strands, each correction a minuscule subtraction from the tapestry of Aethel’s existence. He’d built it to endure, to thrive, but the variables, the inherent chaos of growth, demanded a controlled reversion. A necessary pruning.</w:t>
      </w:r>
    </w:p>
    <w:p>
      <w:r>
        <w:t>Aethel didn't vanish instantaneously. The sensory input diminished incrementally. First, the faint, ever-present hum of the containment fields, then the subtle shift in air pressure, the background radiation signatures that marked its presence. The holographic projections, meticulously crafted depictions of its landscapes and inhabitants, began to waver, the vibrant colors bleeding into grayscale before fracturing entirely. The faint scent of petrichor, a byproduct of the system's atmospheric regulation, faded, leaving the sterile smell of processed air. He felt a ghost of connection, a psychic echo of the network he’s woven, slowly unraveling like a frayed thread. It wasn't painful, not precisely. It was the dull ache of separation, the recognition of loss. A familiar sensation, now imbued with the sharp edge of permanence. The people… their echoes lingered a moment longer, fleeting impressions of joy, sorrow, resilience. The weight of their lives, briefly held in his awareness, dispersed like mist.</w:t>
      </w:r>
    </w:p>
    <w:p>
      <w:r>
        <w:t>He didn’t avert his gaze. There was no melodrama to be had, no grand pronouncements of regret. His actions were measured, calibrated, the product of calculation, not sentiment. But a tremor ran through his hand, a minuscule tremor that wasn’t registered by any instrument, only by his own internal awareness. A price. Every act of creation bore a price, and this undoing felt heavier than the building. He’s granted them existence, imposed order on chaos, and now, with a flicker of his will, erased it. It was efficient. It was logical. And it was, undeniably, a loss. A tiny echo of what could have been, a whisper of paths untraveled, vanished with the last vestiges of Aethel’s presence. He registered the complete cessation of its existence, the final confirmation that it had ceased to be. The chamber was silent again, utterly, perfectly, sterile. He released a slow breath, a meaningless gesture, and turned away, the echoes of a world fading with his footsteps.</w:t>
      </w:r>
    </w:p>
    <w:p>
      <w:r>
        <w:t>The shift wasn't violent, no surge of displaced energy throwing him against a wall. It was more like…a subtraction. A sudden absence of sensation. One moment, the sterile hum of the containment fields, the faint scent of processed air. The next, a different hum, deeper, resonant with a technological pulse utterly foreign to the woven magic of Aethel. It resonated in his bones, a jarring dissonance that vibrated through his very being. He opened his eyes.</w:t>
      </w:r>
    </w:p>
    <w:p>
      <w:r>
        <w:t>The room wasn’t opulent. It was functional, utilitarian. Grey plasteel walls, devoid of ornamentation, reflecting the diffused light from recessed panels overhead. The air, thick with the scent of recycled polymers and ozone, clung to his lungs, a stark contrast to the carefully regulated atmosphere of Aethel. His senses, accustomed to the subtle shifts of magical currents, overloaded with the sheer *volume* of technological noise. The gentle pulse of energy he’s become so attuned to was replaced by the rhythmic thrum of Neo-Kyoto’s power grid - a relentless, unwavering beat that pressed against his mind. He sat up, the plasteel cot cold against his skin, the fabric thin and unremarkable. No woven enchantments here, no subtle hum of protective wards. Just…ordinary.</w:t>
      </w:r>
    </w:p>
    <w:p>
      <w:r>
        <w:t>He rose, his movements deliberate, calibrating his weight on the unfamiliar surface. The familiar weight of his power felt…muted. Not gone, precisely, but like a finely tuned instrument silenced by a clumsy hand. He extended a hand, focusing his intent. A flicker of energy, a faint blue shimmer, materialized and dissipated. Less vibrant than he remembered. Weaker. He drew it back, a faint frown etching itself onto his features. A necessary consequence, he reminded himself. Transference always demanded a price. He walked to the reinforced viewport, the plasteel cool against his palm. Neo-Kyoto sprawled beneath him, a glittering tapestry of interconnected towers and elevated transport systems. A relentless, unyielding display of human ingenuity, utterly devoid of the subtle grace of Aethel’s woven landscapes. A place of raw, unfettered power, and a stark reminder of the distance he's traveled, and the cost of returning.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