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D3F6E" w14:textId="77777777" w:rsidR="002E3EF2" w:rsidRDefault="00EA7318">
      <w:pPr>
        <w:jc w:val="center"/>
      </w:pPr>
      <w:r>
        <w:rPr>
          <w:b/>
          <w:sz w:val="40"/>
        </w:rPr>
        <w:t>The Narcissist’s Gift</w:t>
      </w:r>
      <w:r>
        <w:rPr>
          <w:b/>
          <w:sz w:val="40"/>
        </w:rPr>
        <w:br/>
      </w:r>
      <w:r>
        <w:rPr>
          <w:sz w:val="32"/>
        </w:rPr>
        <w:t>The Sacred Wound</w:t>
      </w:r>
      <w:r>
        <w:rPr>
          <w:sz w:val="32"/>
        </w:rPr>
        <w:br/>
      </w:r>
      <w:r>
        <w:rPr>
          <w:sz w:val="24"/>
        </w:rPr>
        <w:br/>
        <w:t>Book One of The Sacred Descent Series</w:t>
      </w:r>
      <w:r>
        <w:rPr>
          <w:sz w:val="24"/>
        </w:rPr>
        <w:br/>
      </w:r>
      <w:r>
        <w:rPr>
          <w:b/>
          <w:sz w:val="28"/>
        </w:rPr>
        <w:br/>
        <w:t>C. Woods</w:t>
      </w:r>
      <w:r>
        <w:br/>
      </w:r>
    </w:p>
    <w:p w14:paraId="6D572F48" w14:textId="77777777" w:rsidR="002E3EF2" w:rsidRDefault="00EA7318">
      <w:r>
        <w:t>The Narcissist’s Gift: The Sacred Wound</w:t>
      </w:r>
      <w:r>
        <w:br/>
      </w:r>
      <w:r>
        <w:br/>
        <w:t>by C. Woods</w:t>
      </w:r>
    </w:p>
    <w:p w14:paraId="44BDD292" w14:textId="77777777" w:rsidR="002E3EF2" w:rsidRDefault="00EA7318">
      <w:r>
        <w:br/>
      </w:r>
    </w:p>
    <w:p w14:paraId="4143F6CB" w14:textId="77777777" w:rsidR="002E3EF2" w:rsidRDefault="00EA7318">
      <w:r>
        <w:t>The Narcissist’s Gift</w:t>
      </w:r>
      <w:r>
        <w:br/>
      </w:r>
    </w:p>
    <w:p w14:paraId="675F95B9" w14:textId="77777777" w:rsidR="002E3EF2" w:rsidRDefault="00EA7318">
      <w:r>
        <w:t>The Sacred Wound</w:t>
      </w:r>
    </w:p>
    <w:p w14:paraId="58FFBB17" w14:textId="77777777" w:rsidR="002E3EF2" w:rsidRDefault="002E3EF2"/>
    <w:p w14:paraId="65B935DF" w14:textId="4DE99DC2" w:rsidR="002E3EF2" w:rsidRDefault="00EA7318">
      <w:r>
        <w:br/>
      </w:r>
    </w:p>
    <w:p w14:paraId="0D54A805" w14:textId="77777777" w:rsidR="002E3EF2" w:rsidRDefault="00EA7318">
      <w:r>
        <w:t>To the ones who broke and still chose love.</w:t>
      </w:r>
    </w:p>
    <w:p w14:paraId="03BE92E6" w14:textId="77777777" w:rsidR="002E3EF2" w:rsidRDefault="00EA7318">
      <w:r>
        <w:t xml:space="preserve">To the ones who were </w:t>
      </w:r>
      <w:r>
        <w:t>scattered and still chose wholeness.</w:t>
      </w:r>
    </w:p>
    <w:p w14:paraId="4116352E" w14:textId="77777777" w:rsidR="002E3EF2" w:rsidRDefault="00EA7318">
      <w:r>
        <w:t>To the ones who walked through fire and remembered who they are.</w:t>
      </w:r>
    </w:p>
    <w:p w14:paraId="0C030553" w14:textId="77777777" w:rsidR="002E3EF2" w:rsidRDefault="00EA7318">
      <w:r>
        <w:t>This is for you.</w:t>
      </w:r>
    </w:p>
    <w:p w14:paraId="6AEFEBEF" w14:textId="77777777" w:rsidR="002E3EF2" w:rsidRDefault="00EA7318">
      <w:r>
        <w:t>And for my children —</w:t>
      </w:r>
    </w:p>
    <w:p w14:paraId="113B252A" w14:textId="77777777" w:rsidR="002E3EF2" w:rsidRDefault="00EA7318">
      <w:r>
        <w:t>You are the light I never lost sight of, even in the darkest nights.</w:t>
      </w:r>
      <w:r>
        <w:br/>
      </w:r>
    </w:p>
    <w:p w14:paraId="250D80F8" w14:textId="77777777" w:rsidR="002E3EF2" w:rsidRDefault="00EA7318">
      <w:r>
        <w:t>Note to the Reader</w:t>
      </w:r>
    </w:p>
    <w:p w14:paraId="1219733A" w14:textId="77777777" w:rsidR="002E3EF2" w:rsidRDefault="002E3EF2"/>
    <w:p w14:paraId="75663655" w14:textId="77777777" w:rsidR="002E3EF2" w:rsidRDefault="00EA7318">
      <w:r>
        <w:t>This book draws inspiration from a variety of spiritual traditions—including Hermeticism, Christianity, Islam, Judaism, Buddhism, and Hinduism. While it does not claim to represent these systems in their full theological or religious depth, it approaches them with deep reverence and humility.</w:t>
      </w:r>
    </w:p>
    <w:p w14:paraId="6D3F58E8" w14:textId="77777777" w:rsidR="002E3EF2" w:rsidRDefault="002E3EF2"/>
    <w:p w14:paraId="3242AA0D" w14:textId="77777777" w:rsidR="002E3EF2" w:rsidRDefault="00EA7318">
      <w:r>
        <w:t>Teachings, myths, and sacred symbols are interpreted here through the lens of personal transformation and emotional healing. The goal is not to instruct, but to reflect—to offer readers a mirror through which to see their own journey more clearly.</w:t>
      </w:r>
    </w:p>
    <w:p w14:paraId="4282929C" w14:textId="77777777" w:rsidR="002E3EF2" w:rsidRDefault="002E3EF2"/>
    <w:p w14:paraId="263F3501" w14:textId="77777777" w:rsidR="002E3EF2" w:rsidRDefault="00EA7318">
      <w:r>
        <w:t>If you practice any of these paths, may you find familiar truths illuminated in new ways. If you are new to them, may this book serve as an invitation into deeper self-understanding and spiritual curiosity.</w:t>
      </w:r>
    </w:p>
    <w:p w14:paraId="61E12208" w14:textId="77777777" w:rsidR="002E3EF2" w:rsidRDefault="002E3EF2"/>
    <w:p w14:paraId="14E36F5D" w14:textId="77777777" w:rsidR="002E3EF2" w:rsidRDefault="00EA7318">
      <w:r>
        <w:br/>
        <w:t>Dear Reader,</w:t>
      </w:r>
    </w:p>
    <w:p w14:paraId="7434102F" w14:textId="77777777" w:rsidR="002E3EF2" w:rsidRDefault="002E3EF2"/>
    <w:p w14:paraId="0C5DCD45" w14:textId="77777777" w:rsidR="002E3EF2" w:rsidRDefault="00EA7318">
      <w:r>
        <w:t>I didn’t write this book from a place of certainty. I wrote it from the ashes—after the fire, after the unraveling, after standing face-to-face with the kind of pain that leaves you questioning who you are, what’s real, and whether you’ll ever feel whole again.</w:t>
      </w:r>
    </w:p>
    <w:p w14:paraId="05987CA7" w14:textId="77777777" w:rsidR="002E3EF2" w:rsidRDefault="002E3EF2"/>
    <w:p w14:paraId="45F2C911" w14:textId="77777777" w:rsidR="002E3EF2" w:rsidRDefault="00EA7318">
      <w:r>
        <w:t>For me, that pain came through a pattern I didn’t yet have words for. I had spent most of my life looking to others—especially men—to define my worth. I was severely co-dependent, shaped by a childhood where love felt like control, and where survival meant staying small, quiet, and good. I ended up in relationships that mirrored my mother—cold, distant, emotionally unsafe.</w:t>
      </w:r>
    </w:p>
    <w:p w14:paraId="0E186613" w14:textId="77777777" w:rsidR="002E3EF2" w:rsidRDefault="002E3EF2"/>
    <w:p w14:paraId="591092A9" w14:textId="77777777" w:rsidR="002E3EF2" w:rsidRDefault="00EA7318">
      <w:r>
        <w:t xml:space="preserve">By the age of 30, with two children and a broken heart, I found myself moving back in with my mother after another dysfunctional relationship ended. It was one of the darkest moments of my life. I was anxious, ashamed, and completely lost. I had no center—only the desperate need to be seen as okay in the eyes of others. I was a bundle of nerves, constantly scanning for approval, constantly unraveling under judgment. And my mother, who had always been controlling, now began slandering me to my own family. I </w:t>
      </w:r>
      <w:r>
        <w:t>felt invisible, voiceless, and deeply alone.</w:t>
      </w:r>
    </w:p>
    <w:p w14:paraId="6BD73A3A" w14:textId="77777777" w:rsidR="002E3EF2" w:rsidRDefault="002E3EF2"/>
    <w:p w14:paraId="3AE1C54C" w14:textId="77777777" w:rsidR="002E3EF2" w:rsidRDefault="00EA7318">
      <w:r>
        <w:t>And yet… something began to stir in that darkness.</w:t>
      </w:r>
    </w:p>
    <w:p w14:paraId="025AC29D" w14:textId="77777777" w:rsidR="002E3EF2" w:rsidRDefault="002E3EF2"/>
    <w:p w14:paraId="6EE8B7E1" w14:textId="77777777" w:rsidR="002E3EF2" w:rsidRDefault="00EA7318">
      <w:r>
        <w:lastRenderedPageBreak/>
        <w:t xml:space="preserve">Without understanding why, I felt </w:t>
      </w:r>
      <w:r>
        <w:t>pulled—called—to study the ancient mystery schools of Egypt. I found myself drawn to the Emerald Tablets, to Thoth the Atlantean, to the Hermetic Principles, to the Tarot. These weren’t just abstract teachings—they were mirrors. I began to see my experience reflected in these sacred texts. The “dark night of the soul,” the dissolution of the false self, the alchemical process of death and rebirth—it was all there.</w:t>
      </w:r>
    </w:p>
    <w:p w14:paraId="70E33171" w14:textId="77777777" w:rsidR="002E3EF2" w:rsidRDefault="002E3EF2"/>
    <w:p w14:paraId="56ECB2D0" w14:textId="77777777" w:rsidR="002E3EF2" w:rsidRDefault="00EA7318">
      <w:r>
        <w:t>And for the first time, I saw that I wasn’t broken.</w:t>
      </w:r>
      <w:r>
        <w:br/>
        <w:t>I was being initiated.</w:t>
      </w:r>
    </w:p>
    <w:p w14:paraId="5194ABA8" w14:textId="77777777" w:rsidR="002E3EF2" w:rsidRDefault="002E3EF2"/>
    <w:p w14:paraId="4F8A1A8E" w14:textId="77777777" w:rsidR="002E3EF2" w:rsidRDefault="00EA7318">
      <w:r>
        <w:t>What’s fascinating is how, across time and cultures, spiritual traditions have all recognized and created frameworks for understanding these energy-consuming dynamics. It’s as though every culture encountered this same fundamental pattern and developed their own language and methods for dealing with it. From the Hermetic teachings of ancient Egypt to the wisdom of Buddhism, the mysticism of Kabbalah to the parables of Christ—each one offers guidance on navigating the illusions of ego, reclaiming sovereignty</w:t>
      </w:r>
      <w:r>
        <w:t>, and transforming suffering into strength.</w:t>
      </w:r>
    </w:p>
    <w:p w14:paraId="0029A137" w14:textId="77777777" w:rsidR="002E3EF2" w:rsidRDefault="002E3EF2"/>
    <w:p w14:paraId="581A7679" w14:textId="77777777" w:rsidR="002E3EF2" w:rsidRDefault="00EA7318">
      <w:r>
        <w:t>There was such comfort in realizing: I’m not alone.</w:t>
      </w:r>
      <w:r>
        <w:br/>
        <w:t>You’re not alone.</w:t>
      </w:r>
      <w:r>
        <w:br/>
        <w:t>This experience—so isolating on the surface—is shared across history, across continents, across souls. Others have walked this path. Others have risen. And they left us maps.</w:t>
      </w:r>
    </w:p>
    <w:p w14:paraId="0A3FE258" w14:textId="77777777" w:rsidR="002E3EF2" w:rsidRDefault="002E3EF2"/>
    <w:p w14:paraId="4FDAF86C" w14:textId="77777777" w:rsidR="002E3EF2" w:rsidRDefault="00EA7318">
      <w:r>
        <w:t>This book is one of those maps.</w:t>
      </w:r>
    </w:p>
    <w:p w14:paraId="1E7938C1" w14:textId="77777777" w:rsidR="002E3EF2" w:rsidRDefault="002E3EF2"/>
    <w:p w14:paraId="2B82FEB5" w14:textId="77777777" w:rsidR="002E3EF2" w:rsidRDefault="00EA7318">
      <w:r>
        <w:t>It’s not a quick fix or a spiritual bypass. It’s a journey—a spiral through darkness, fire, truth, and light. It’s a reclaiming of your voice, your worth, and your deep inner knowing.</w:t>
      </w:r>
    </w:p>
    <w:p w14:paraId="5B72413D" w14:textId="77777777" w:rsidR="002E3EF2" w:rsidRDefault="002E3EF2"/>
    <w:p w14:paraId="493DB90C" w14:textId="77777777" w:rsidR="002E3EF2" w:rsidRDefault="00EA7318">
      <w:r>
        <w:t>If you’re here, reading this, then some part of you already knows:</w:t>
      </w:r>
      <w:r>
        <w:br/>
        <w:t>What was meant to break you can become the very thing that awakens you.</w:t>
      </w:r>
    </w:p>
    <w:p w14:paraId="5FF0CCCF" w14:textId="77777777" w:rsidR="002E3EF2" w:rsidRDefault="002E3EF2"/>
    <w:p w14:paraId="33EE1E08" w14:textId="77777777" w:rsidR="002E3EF2" w:rsidRDefault="00EA7318">
      <w:r>
        <w:t>May these words be a mirror.</w:t>
      </w:r>
      <w:r>
        <w:br/>
        <w:t>May this path be a return.</w:t>
      </w:r>
      <w:r>
        <w:br/>
        <w:t>May you remember—you were never alone in your becoming.</w:t>
      </w:r>
    </w:p>
    <w:p w14:paraId="5102E3E9" w14:textId="77777777" w:rsidR="002E3EF2" w:rsidRDefault="002E3EF2"/>
    <w:p w14:paraId="76EE34A9" w14:textId="77777777" w:rsidR="002E3EF2" w:rsidRDefault="00EA7318">
      <w:r>
        <w:t>With love and solidarity,</w:t>
      </w:r>
      <w:r>
        <w:br/>
      </w:r>
    </w:p>
    <w:p w14:paraId="2B67417D" w14:textId="77777777" w:rsidR="002E3EF2" w:rsidRDefault="00EA7318">
      <w:r>
        <w:t>Corinne Woods</w:t>
      </w:r>
      <w:r>
        <w:br/>
      </w:r>
    </w:p>
    <w:p w14:paraId="33482942" w14:textId="77777777" w:rsidR="002E3EF2" w:rsidRDefault="002E3EF2"/>
    <w:p w14:paraId="7263A270" w14:textId="77777777" w:rsidR="002E3EF2" w:rsidRDefault="002E3EF2"/>
    <w:p w14:paraId="735B9E3E" w14:textId="77777777" w:rsidR="002E3EF2" w:rsidRDefault="00EA7318">
      <w:pPr>
        <w:pStyle w:val="Heading2"/>
      </w:pPr>
      <w:r>
        <w:t>Chapter 1: The Ancient Warning – Narcissism, Initiation, and the Alchemy of the Soul</w:t>
      </w:r>
    </w:p>
    <w:p w14:paraId="1CD29E98" w14:textId="77777777" w:rsidR="002E3EF2" w:rsidRDefault="00EA7318">
      <w:r>
        <w:t>“Man is in the process of changing to forms that are not of this world.</w:t>
      </w:r>
    </w:p>
    <w:p w14:paraId="571B009D" w14:textId="77777777" w:rsidR="002E3EF2" w:rsidRDefault="00EA7318">
      <w:r>
        <w:t>Grows he in time to the formless, a plane on the cycle above.</w:t>
      </w:r>
    </w:p>
    <w:p w14:paraId="41F3673E" w14:textId="77777777" w:rsidR="002E3EF2" w:rsidRDefault="00EA7318">
      <w:r>
        <w:t>Know ye, ye must become formless before ye are one with the Light.”</w:t>
      </w:r>
    </w:p>
    <w:p w14:paraId="31CC980E" w14:textId="77777777" w:rsidR="002E3EF2" w:rsidRDefault="00EA7318">
      <w:r>
        <w:t>— The Emerald Tablets of Thoth the Atlantean</w:t>
      </w:r>
    </w:p>
    <w:p w14:paraId="10F22575" w14:textId="77777777" w:rsidR="002E3EF2" w:rsidRDefault="002E3EF2"/>
    <w:p w14:paraId="3493C136" w14:textId="77777777" w:rsidR="002E3EF2" w:rsidRDefault="00EA7318">
      <w:r>
        <w:t>Before modern psychology named it narcissism, ancient spiritual systems warned of a far older danger: the illusion of the false self. The Egyptians called it becoming a slave of form. The Gnostics called it archonic deception. The Buddhists named it attachment to illusion. Across every wisdom tradition, the pattern is the same: the soul forgets its origin, mistaking performance for presence, control for wholeness, and image for essence.</w:t>
      </w:r>
    </w:p>
    <w:p w14:paraId="236807F1" w14:textId="77777777" w:rsidR="002E3EF2" w:rsidRDefault="00EA7318">
      <w:r>
        <w:t>These were not simply philosophical warnings. They were sacred technologies. Manuals for consciousness. And they all recognized one essential truth:</w:t>
      </w:r>
    </w:p>
    <w:p w14:paraId="69055B6D" w14:textId="77777777" w:rsidR="002E3EF2" w:rsidRDefault="00EA7318">
      <w:r>
        <w:t>The journey back to the Self requires a descent into darkness.</w:t>
      </w:r>
    </w:p>
    <w:p w14:paraId="0D914B41" w14:textId="77777777" w:rsidR="002E3EF2" w:rsidRDefault="002E3EF2"/>
    <w:p w14:paraId="1A00AA3F" w14:textId="77777777" w:rsidR="002E3EF2" w:rsidRDefault="00EA7318">
      <w:pPr>
        <w:pStyle w:val="Heading3"/>
      </w:pPr>
      <w:r>
        <w:t xml:space="preserve">The </w:t>
      </w:r>
      <w:r>
        <w:t>Narcissist as Guardian of the Threshold</w:t>
      </w:r>
    </w:p>
    <w:p w14:paraId="268FFE1E" w14:textId="77777777" w:rsidR="002E3EF2" w:rsidRDefault="00EA7318">
      <w:r>
        <w:t>In the ancient Egyptian temples—etched into stone walls and whispered through hieroglyphic codes—appears the concept of the Guardians of the Threshold. These were not monsters to be destroyed. They were initiators. Their role was to test the soul’s readiness for light by plunging it into shadow.</w:t>
      </w:r>
    </w:p>
    <w:p w14:paraId="7D148675" w14:textId="77777777" w:rsidR="002E3EF2" w:rsidRDefault="00EA7318">
      <w:r>
        <w:t>They created illusion, provoked fear, and shattered egoic structures. Only those who could withstand their fire without collapsing into illusion could pass.</w:t>
      </w:r>
    </w:p>
    <w:p w14:paraId="1777343D" w14:textId="77777777" w:rsidR="002E3EF2" w:rsidRDefault="00EA7318">
      <w:r>
        <w:t>This is the forgotten role of the narcissist.</w:t>
      </w:r>
    </w:p>
    <w:p w14:paraId="531BB3B1" w14:textId="77777777" w:rsidR="002E3EF2" w:rsidRDefault="00EA7318">
      <w:r>
        <w:lastRenderedPageBreak/>
        <w:t>They are not guides. They are not healers. But they do initiate.</w:t>
      </w:r>
    </w:p>
    <w:p w14:paraId="68C97B98" w14:textId="77777777" w:rsidR="002E3EF2" w:rsidRDefault="00EA7318">
      <w:r>
        <w:t>They lure with false light (Love Bombing = Test of Discernment),</w:t>
      </w:r>
      <w:r>
        <w:br/>
      </w:r>
    </w:p>
    <w:p w14:paraId="14975E72" w14:textId="77777777" w:rsidR="002E3EF2" w:rsidRDefault="00EA7318">
      <w:r>
        <w:t>They destroy the false self (Devaluation = Alchemical Fire),</w:t>
      </w:r>
      <w:r>
        <w:br/>
      </w:r>
    </w:p>
    <w:p w14:paraId="0E0F084B" w14:textId="77777777" w:rsidR="002E3EF2" w:rsidRDefault="00EA7318">
      <w:r>
        <w:t xml:space="preserve">They withdraw approval </w:t>
      </w:r>
      <w:r>
        <w:t>(Discard = Death of Identity),</w:t>
      </w:r>
      <w:r>
        <w:br/>
      </w:r>
    </w:p>
    <w:p w14:paraId="71BDE6A8" w14:textId="77777777" w:rsidR="002E3EF2" w:rsidRDefault="00EA7318">
      <w:r>
        <w:t>They test the wound (Hoover = The Return Trial).</w:t>
      </w:r>
      <w:r>
        <w:br/>
      </w:r>
    </w:p>
    <w:p w14:paraId="1D46AAD4" w14:textId="77777777" w:rsidR="002E3EF2" w:rsidRDefault="00EA7318">
      <w:r>
        <w:t>These are not random behaviors. They follow the same structure as ancient rites of initiation.</w:t>
      </w:r>
    </w:p>
    <w:p w14:paraId="3B143ACB" w14:textId="77777777" w:rsidR="002E3EF2" w:rsidRDefault="002E3EF2"/>
    <w:p w14:paraId="122044EE" w14:textId="77777777" w:rsidR="002E3EF2" w:rsidRDefault="00EA7318">
      <w:pPr>
        <w:pStyle w:val="Heading3"/>
      </w:pPr>
      <w:r>
        <w:t>The Alchemy of Collapse</w:t>
      </w:r>
    </w:p>
    <w:p w14:paraId="7B01275D" w14:textId="77777777" w:rsidR="002E3EF2" w:rsidRDefault="00EA7318">
      <w:r>
        <w:t>In Hermetic alchemy, transformation begins not with light, but with nigredo—the blackening. The breaking down of false constructs. The dissolving of illusion. The death of the ego.</w:t>
      </w:r>
    </w:p>
    <w:p w14:paraId="765010DF" w14:textId="77777777" w:rsidR="002E3EF2" w:rsidRDefault="00EA7318">
      <w:r>
        <w:t>To love or be raised by a narcissist is to undergo this involuntarily. It is to descend into a maze of distortion. You begin to doubt what you feel. You second-guess your own voice. You shape-shift to avoid abandonment. And in doing so, you slowly lose access to the sacred center within.</w:t>
      </w:r>
    </w:p>
    <w:p w14:paraId="78A41F0A" w14:textId="77777777" w:rsidR="002E3EF2" w:rsidRDefault="00EA7318">
      <w:r>
        <w:t>But here is the paradox: that loss becomes the raw material for awakening.</w:t>
      </w:r>
    </w:p>
    <w:p w14:paraId="4B47AF5A" w14:textId="77777777" w:rsidR="002E3EF2" w:rsidRDefault="00EA7318">
      <w:r>
        <w:t>In alchemy, this raw material is called the prima materia. It is chaotic, wounded, and formless. But it is precisely what is needed for the Great Work to begin.</w:t>
      </w:r>
    </w:p>
    <w:p w14:paraId="181EFF1E" w14:textId="77777777" w:rsidR="002E3EF2" w:rsidRDefault="002E3EF2"/>
    <w:p w14:paraId="782DD931" w14:textId="77777777" w:rsidR="002E3EF2" w:rsidRDefault="00EA7318">
      <w:pPr>
        <w:pStyle w:val="Heading3"/>
      </w:pPr>
      <w:r>
        <w:t>The Sacred Mirror of Thoth</w:t>
      </w:r>
    </w:p>
    <w:p w14:paraId="11F22EF4" w14:textId="77777777" w:rsidR="002E3EF2" w:rsidRDefault="00EA7318">
      <w:r>
        <w:t>In Egyptian cosmology, Thoth—scribe of the gods, guardian of truth, and divine witness—stands beside the scales of Ma’at, recording the weighing of the soul. He does not record appearance, performance, or image. He records essence.</w:t>
      </w:r>
    </w:p>
    <w:p w14:paraId="13000DC0" w14:textId="77777777" w:rsidR="002E3EF2" w:rsidRDefault="00EA7318">
      <w:r>
        <w:t>This is what the narcissist fears: being truly seen.</w:t>
      </w:r>
    </w:p>
    <w:p w14:paraId="041C40B1" w14:textId="77777777" w:rsidR="002E3EF2" w:rsidRDefault="00EA7318">
      <w:r>
        <w:t>Their identity is a mask, not a mirror. They feed on admiration but collapse in the presence of reflection. They avoid inner truth by creating outer illusions. In the presence of your light, they feel their lack. And so, they distort you to avoid seeing themselves.</w:t>
      </w:r>
    </w:p>
    <w:p w14:paraId="4AEA73C8" w14:textId="77777777" w:rsidR="002E3EF2" w:rsidRDefault="00EA7318">
      <w:r>
        <w:t>But if you remain in the fire long enough, something ancient happens:</w:t>
      </w:r>
    </w:p>
    <w:p w14:paraId="1F68A350" w14:textId="77777777" w:rsidR="002E3EF2" w:rsidRDefault="00EA7318">
      <w:r>
        <w:lastRenderedPageBreak/>
        <w:t>You begin to see through the illusion.</w:t>
      </w:r>
    </w:p>
    <w:p w14:paraId="0C4DFDDF" w14:textId="77777777" w:rsidR="002E3EF2" w:rsidRDefault="00EA7318">
      <w:r>
        <w:t>You begin to feel your soul remembering.</w:t>
      </w:r>
    </w:p>
    <w:p w14:paraId="27110444" w14:textId="77777777" w:rsidR="002E3EF2" w:rsidRDefault="00EA7318">
      <w:r>
        <w:t>You stop asking them to see you—and begin to see yourself.</w:t>
      </w:r>
    </w:p>
    <w:p w14:paraId="52DD7DA4" w14:textId="77777777" w:rsidR="002E3EF2" w:rsidRDefault="002E3EF2"/>
    <w:p w14:paraId="1629EDB9" w14:textId="77777777" w:rsidR="002E3EF2" w:rsidRDefault="00EA7318">
      <w:pPr>
        <w:pStyle w:val="Heading3"/>
      </w:pPr>
      <w:r>
        <w:t>Myth as Map: The Sacred Dismemberment</w:t>
      </w:r>
    </w:p>
    <w:p w14:paraId="61919052" w14:textId="77777777" w:rsidR="002E3EF2" w:rsidRDefault="00EA7318">
      <w:r>
        <w:t xml:space="preserve">The Mystery Schools taught that initiation always </w:t>
      </w:r>
      <w:r>
        <w:t>involves a sacred dismemberment. In Egyptian myth, Osiris is torn into pieces and scattered across the land. His beloved Isis gathers them—one by one—and resurrects him into a new form.</w:t>
      </w:r>
    </w:p>
    <w:p w14:paraId="285A89E2" w14:textId="77777777" w:rsidR="002E3EF2" w:rsidRDefault="00EA7318">
      <w:r>
        <w:t>This is not just a myth. It is a blueprint for healing.</w:t>
      </w:r>
    </w:p>
    <w:p w14:paraId="346872C0" w14:textId="77777777" w:rsidR="002E3EF2" w:rsidRDefault="00EA7318">
      <w:r>
        <w:t>The narcissist does not dismember you to destroy you.</w:t>
      </w:r>
    </w:p>
    <w:p w14:paraId="26070CD0" w14:textId="77777777" w:rsidR="002E3EF2" w:rsidRDefault="00EA7318">
      <w:r>
        <w:t>They fracture what is false—so that you can reclaim what is true.</w:t>
      </w:r>
    </w:p>
    <w:p w14:paraId="778351F7" w14:textId="77777777" w:rsidR="002E3EF2" w:rsidRDefault="00EA7318">
      <w:r>
        <w:t>Piece by piece, the soul begins to gather itself:</w:t>
      </w:r>
    </w:p>
    <w:p w14:paraId="03EC58BC" w14:textId="77777777" w:rsidR="002E3EF2" w:rsidRDefault="00EA7318">
      <w:r>
        <w:t>The voice once silenced, now speaking.</w:t>
      </w:r>
      <w:r>
        <w:br/>
      </w:r>
    </w:p>
    <w:p w14:paraId="1D14DC45" w14:textId="77777777" w:rsidR="002E3EF2" w:rsidRDefault="00EA7318">
      <w:r>
        <w:t>The boundary once collapsed, now firm.</w:t>
      </w:r>
      <w:r>
        <w:br/>
      </w:r>
    </w:p>
    <w:p w14:paraId="445310D8" w14:textId="77777777" w:rsidR="002E3EF2" w:rsidRDefault="00EA7318">
      <w:r>
        <w:t>The truth once doubted, now embodied.</w:t>
      </w:r>
      <w:r>
        <w:br/>
      </w:r>
    </w:p>
    <w:p w14:paraId="41B9F6C6" w14:textId="77777777" w:rsidR="002E3EF2" w:rsidRDefault="00EA7318">
      <w:r>
        <w:t>This is not recovery. This is resurrection.</w:t>
      </w:r>
    </w:p>
    <w:p w14:paraId="163CEEA3" w14:textId="77777777" w:rsidR="002E3EF2" w:rsidRDefault="002E3EF2"/>
    <w:p w14:paraId="3A9B9B7D" w14:textId="77777777" w:rsidR="002E3EF2" w:rsidRDefault="00EA7318">
      <w:pPr>
        <w:pStyle w:val="Heading3"/>
      </w:pPr>
      <w:r>
        <w:t>The Principle of Polarity: Descent Before Return</w:t>
      </w:r>
    </w:p>
    <w:p w14:paraId="7EA8CDB1" w14:textId="77777777" w:rsidR="002E3EF2" w:rsidRDefault="00EA7318">
      <w:r>
        <w:t>“Everything is dual; everything has poles; everything has its pair of opposites.”</w:t>
      </w:r>
    </w:p>
    <w:p w14:paraId="2CE803DA" w14:textId="77777777" w:rsidR="002E3EF2" w:rsidRDefault="00EA7318">
      <w:r>
        <w:t>— The Kybalion</w:t>
      </w:r>
    </w:p>
    <w:p w14:paraId="5BE8821C" w14:textId="77777777" w:rsidR="002E3EF2" w:rsidRDefault="00EA7318">
      <w:r>
        <w:t>In every sacred tradition, the descent precedes the return.</w:t>
      </w:r>
    </w:p>
    <w:p w14:paraId="01D443B1" w14:textId="77777777" w:rsidR="002E3EF2" w:rsidRDefault="00EA7318">
      <w:r>
        <w:t>In Kabbalah, the vessels shatter before the light can be revealed.</w:t>
      </w:r>
    </w:p>
    <w:p w14:paraId="473596C5" w14:textId="77777777" w:rsidR="002E3EF2" w:rsidRDefault="00EA7318">
      <w:r>
        <w:t>In Sufism, the nafs must be purified before the heart remembers.</w:t>
      </w:r>
    </w:p>
    <w:p w14:paraId="6DE5E99E" w14:textId="77777777" w:rsidR="002E3EF2" w:rsidRDefault="00EA7318">
      <w:r>
        <w:t>In Buddhism, craving must be released before stillness is found.</w:t>
      </w:r>
    </w:p>
    <w:p w14:paraId="28405261" w14:textId="77777777" w:rsidR="002E3EF2" w:rsidRDefault="00EA7318">
      <w:r>
        <w:t>In Christianity, there is death before resurrection.</w:t>
      </w:r>
    </w:p>
    <w:p w14:paraId="46A51001" w14:textId="77777777" w:rsidR="002E3EF2" w:rsidRDefault="00EA7318">
      <w:r>
        <w:t>In alchemy, there is fire before gold.</w:t>
      </w:r>
    </w:p>
    <w:p w14:paraId="4563DC1E" w14:textId="77777777" w:rsidR="002E3EF2" w:rsidRDefault="00EA7318">
      <w:r>
        <w:lastRenderedPageBreak/>
        <w:t>The narcissist does not bring enlightenment.</w:t>
      </w:r>
    </w:p>
    <w:p w14:paraId="23003800" w14:textId="77777777" w:rsidR="002E3EF2" w:rsidRDefault="00EA7318">
      <w:r>
        <w:t>But they bring the fire that makes it possible.</w:t>
      </w:r>
    </w:p>
    <w:p w14:paraId="5A712E51" w14:textId="77777777" w:rsidR="002E3EF2" w:rsidRDefault="00EA7318">
      <w:r>
        <w:t>And when the fire burns long enough, the illusions fall away.</w:t>
      </w:r>
    </w:p>
    <w:p w14:paraId="430ABCDB" w14:textId="77777777" w:rsidR="002E3EF2" w:rsidRDefault="00EA7318">
      <w:r>
        <w:t>And when the illusions fall, the initiate rises.</w:t>
      </w:r>
    </w:p>
    <w:p w14:paraId="0DFBF8D3" w14:textId="77777777" w:rsidR="002E3EF2" w:rsidRDefault="00EA7318">
      <w:r>
        <w:t>Not as who they were. But as who they truly are.</w:t>
      </w:r>
    </w:p>
    <w:p w14:paraId="16857346" w14:textId="77777777" w:rsidR="002E3EF2" w:rsidRDefault="002E3EF2"/>
    <w:p w14:paraId="18A3F5E3" w14:textId="77777777" w:rsidR="002E3EF2" w:rsidRDefault="00EA7318">
      <w:pPr>
        <w:pStyle w:val="Heading3"/>
      </w:pPr>
      <w:r>
        <w:t>You Are Not Broken. You Are Being Initiated.</w:t>
      </w:r>
    </w:p>
    <w:p w14:paraId="651CB471" w14:textId="77777777" w:rsidR="002E3EF2" w:rsidRDefault="00EA7318">
      <w:r>
        <w:t>This is not just psychological healing.</w:t>
      </w:r>
    </w:p>
    <w:p w14:paraId="19434EFC" w14:textId="77777777" w:rsidR="002E3EF2" w:rsidRDefault="00EA7318">
      <w:r>
        <w:t>It is spiritual initiation.</w:t>
      </w:r>
    </w:p>
    <w:p w14:paraId="4639DDA8" w14:textId="77777777" w:rsidR="002E3EF2" w:rsidRDefault="00EA7318">
      <w:r>
        <w:t>The narcissist is not your healer. They are the Guardian of the Gate.</w:t>
      </w:r>
    </w:p>
    <w:p w14:paraId="34F95424" w14:textId="77777777" w:rsidR="002E3EF2" w:rsidRDefault="00EA7318">
      <w:r>
        <w:t xml:space="preserve">Your soul is not </w:t>
      </w:r>
      <w:r>
        <w:t>ruined. It is being remembered.</w:t>
      </w:r>
    </w:p>
    <w:p w14:paraId="5C1DC850" w14:textId="77777777" w:rsidR="002E3EF2" w:rsidRDefault="00EA7318">
      <w:r>
        <w:t>Your pain is not punishment. It is the prima materia.</w:t>
      </w:r>
    </w:p>
    <w:p w14:paraId="7D9A79BA" w14:textId="77777777" w:rsidR="002E3EF2" w:rsidRDefault="00EA7318">
      <w:r>
        <w:t>Your boundary is not rejection. It is the seal of the inner temple.</w:t>
      </w:r>
    </w:p>
    <w:p w14:paraId="2A3CDE84" w14:textId="77777777" w:rsidR="002E3EF2" w:rsidRDefault="00EA7318">
      <w:r>
        <w:t>This is the first teaching of the path:</w:t>
      </w:r>
    </w:p>
    <w:p w14:paraId="7C3130DC" w14:textId="77777777" w:rsidR="002E3EF2" w:rsidRDefault="00EA7318">
      <w:r>
        <w:t>You were never meant to stay shattered.</w:t>
      </w:r>
    </w:p>
    <w:p w14:paraId="062C6FFF" w14:textId="77777777" w:rsidR="002E3EF2" w:rsidRDefault="00EA7318">
      <w:r>
        <w:t xml:space="preserve">You were meant to be </w:t>
      </w:r>
      <w:r>
        <w:t>reforged.</w:t>
      </w:r>
    </w:p>
    <w:p w14:paraId="71D137B7" w14:textId="77777777" w:rsidR="002E3EF2" w:rsidRDefault="002E3EF2"/>
    <w:p w14:paraId="02535C86" w14:textId="77777777" w:rsidR="002E3EF2" w:rsidRDefault="00EA7318">
      <w:r>
        <w:t>The descent has begun.</w:t>
      </w:r>
    </w:p>
    <w:p w14:paraId="53112984" w14:textId="77777777" w:rsidR="002E3EF2" w:rsidRDefault="00EA7318">
      <w:r>
        <w:t>The alchemy is in motion.</w:t>
      </w:r>
    </w:p>
    <w:p w14:paraId="54728692" w14:textId="77777777" w:rsidR="002E3EF2" w:rsidRDefault="00EA7318">
      <w:r>
        <w:t>Welcome, Initiate. The work has only just begun.</w:t>
      </w:r>
    </w:p>
    <w:p w14:paraId="48A162CF" w14:textId="77777777" w:rsidR="002E3EF2" w:rsidRDefault="00EA7318">
      <w:r>
        <w:br/>
      </w:r>
    </w:p>
    <w:p w14:paraId="72587BE2" w14:textId="77777777" w:rsidR="002E3EF2" w:rsidRDefault="00EA7318">
      <w:pPr>
        <w:pStyle w:val="Heading2"/>
      </w:pPr>
      <w:r>
        <w:t>Chapter 2: The Fall from Light – Archetypes of Power, Illusion, and the Sacred Descent</w:t>
      </w:r>
    </w:p>
    <w:p w14:paraId="47958164" w14:textId="77777777" w:rsidR="002E3EF2" w:rsidRDefault="00EA7318">
      <w:r>
        <w:t>“You were the seal of perfection,</w:t>
      </w:r>
    </w:p>
    <w:p w14:paraId="4D91AF92" w14:textId="77777777" w:rsidR="002E3EF2" w:rsidRDefault="00EA7318">
      <w:r>
        <w:t>Full of wisdom and perfect in beauty…</w:t>
      </w:r>
    </w:p>
    <w:p w14:paraId="69095080" w14:textId="77777777" w:rsidR="002E3EF2" w:rsidRDefault="00EA7318">
      <w:r>
        <w:t>Until iniquity was found in you.”</w:t>
      </w:r>
    </w:p>
    <w:p w14:paraId="25621DE3" w14:textId="77777777" w:rsidR="002E3EF2" w:rsidRDefault="00EA7318">
      <w:r>
        <w:lastRenderedPageBreak/>
        <w:t>— Ezekiel 28:12–15</w:t>
      </w:r>
    </w:p>
    <w:p w14:paraId="402149B5" w14:textId="77777777" w:rsidR="002E3EF2" w:rsidRDefault="00EA7318">
      <w:r>
        <w:t>“They loved the glory of men more than the glory of God.”</w:t>
      </w:r>
    </w:p>
    <w:p w14:paraId="58158017" w14:textId="77777777" w:rsidR="002E3EF2" w:rsidRDefault="00EA7318">
      <w:r>
        <w:t>— John 12:43</w:t>
      </w:r>
    </w:p>
    <w:p w14:paraId="4BDFDC4E" w14:textId="77777777" w:rsidR="002E3EF2" w:rsidRDefault="002E3EF2"/>
    <w:p w14:paraId="66137007" w14:textId="77777777" w:rsidR="002E3EF2" w:rsidRDefault="00EA7318">
      <w:r>
        <w:t>There is a pattern in sacred stories: a being of light forgets who they are and falls into illusion. This is not simply moral decline—it is spiritual amnesia. The soul begins to mistake performance for essence, image for worth, and praise for truth.</w:t>
      </w:r>
    </w:p>
    <w:p w14:paraId="12BDB8A1" w14:textId="77777777" w:rsidR="002E3EF2" w:rsidRDefault="00EA7318">
      <w:r>
        <w:t>This is the archetypal story of narcissism.</w:t>
      </w:r>
    </w:p>
    <w:p w14:paraId="1360A42D" w14:textId="77777777" w:rsidR="002E3EF2" w:rsidRDefault="00EA7318">
      <w:r>
        <w:t>It is not modern. It is eternal.</w:t>
      </w:r>
    </w:p>
    <w:p w14:paraId="7D8701D9" w14:textId="77777777" w:rsidR="002E3EF2" w:rsidRDefault="00EA7318">
      <w:r>
        <w:t>Before psychology gave us the term “narcissistic personality,” the ancient world encoded these patterns in myth, scripture, and mystery. The fall from light is the first initiation. And behind every narcissist is a soul who once knew light—but chose image instead of essence.</w:t>
      </w:r>
    </w:p>
    <w:p w14:paraId="3F5EE82E" w14:textId="77777777" w:rsidR="002E3EF2" w:rsidRDefault="002E3EF2"/>
    <w:p w14:paraId="36FDFA6A" w14:textId="77777777" w:rsidR="002E3EF2" w:rsidRDefault="00EA7318">
      <w:pPr>
        <w:pStyle w:val="Heading3"/>
      </w:pPr>
      <w:r>
        <w:t>Lucifer: The Mask of Inflated Light</w:t>
      </w:r>
    </w:p>
    <w:p w14:paraId="487C75D8" w14:textId="77777777" w:rsidR="002E3EF2" w:rsidRDefault="00EA7318">
      <w:r>
        <w:t>In the Christian and Gnostic traditions, Lucifer is the Morning Star—an exalted being who radiated celestial beauty. But he chose elevation over humility. Rather than reflect the divine, he sought to replace it. And so, he fell.</w:t>
      </w:r>
    </w:p>
    <w:p w14:paraId="69C1C84B" w14:textId="77777777" w:rsidR="002E3EF2" w:rsidRDefault="00EA7318">
      <w:r>
        <w:t>This is not just a theological story. It is a psychological mirror.</w:t>
      </w:r>
    </w:p>
    <w:p w14:paraId="4A2DC381" w14:textId="77777777" w:rsidR="002E3EF2" w:rsidRDefault="00EA7318">
      <w:r>
        <w:t>The narcissist is not devoid of light—they are over-identified with it. They do not fear darkness; they fear authenticity. Their brilliance becomes a mask. Their charm becomes control. They crave admiration because they are estranged from presence.</w:t>
      </w:r>
    </w:p>
    <w:p w14:paraId="58B21908" w14:textId="77777777" w:rsidR="002E3EF2" w:rsidRDefault="00EA7318">
      <w:r>
        <w:t>Lucifer did not fall because he lacked radiance.</w:t>
      </w:r>
    </w:p>
    <w:p w14:paraId="43773AB2" w14:textId="77777777" w:rsidR="002E3EF2" w:rsidRDefault="00EA7318">
      <w:r>
        <w:t>He fell because he forgot his Source.</w:t>
      </w:r>
    </w:p>
    <w:p w14:paraId="5013A2FE" w14:textId="77777777" w:rsidR="002E3EF2" w:rsidRDefault="00EA7318">
      <w:r>
        <w:t>And so does every soul trapped in narcissistic illusion.</w:t>
      </w:r>
    </w:p>
    <w:p w14:paraId="1C60CC6F" w14:textId="77777777" w:rsidR="002E3EF2" w:rsidRDefault="002E3EF2"/>
    <w:p w14:paraId="488F6FDA" w14:textId="77777777" w:rsidR="002E3EF2" w:rsidRDefault="00EA7318">
      <w:pPr>
        <w:pStyle w:val="Heading3"/>
      </w:pPr>
      <w:r>
        <w:t>The Pharisees: Ritual Without Remembrance</w:t>
      </w:r>
    </w:p>
    <w:p w14:paraId="41C2DA82" w14:textId="77777777" w:rsidR="002E3EF2" w:rsidRDefault="00EA7318">
      <w:r>
        <w:t xml:space="preserve">Another </w:t>
      </w:r>
      <w:r>
        <w:t>archetype emerges in the figures Jesus challenged most—the Pharisees. Learned men, guardians of sacred law. But their righteousness had become performance. Their authority masked inner decay.</w:t>
      </w:r>
    </w:p>
    <w:p w14:paraId="6B457EAC" w14:textId="77777777" w:rsidR="002E3EF2" w:rsidRDefault="00EA7318">
      <w:r>
        <w:t>Jesus called them “whitewashed tombs”—beautiful on the outside, dead within.</w:t>
      </w:r>
    </w:p>
    <w:p w14:paraId="64197755" w14:textId="77777777" w:rsidR="002E3EF2" w:rsidRDefault="00EA7318">
      <w:r>
        <w:t>This is spiritual narcissism:</w:t>
      </w:r>
    </w:p>
    <w:p w14:paraId="4003D278" w14:textId="77777777" w:rsidR="002E3EF2" w:rsidRDefault="00EA7318">
      <w:r>
        <w:lastRenderedPageBreak/>
        <w:t>Quoting truth but avoiding transformation.</w:t>
      </w:r>
      <w:r>
        <w:br/>
      </w:r>
    </w:p>
    <w:p w14:paraId="6DAE1038" w14:textId="77777777" w:rsidR="002E3EF2" w:rsidRDefault="00EA7318">
      <w:r>
        <w:t>Wearing virtue while denying vulnerability.</w:t>
      </w:r>
      <w:r>
        <w:br/>
      </w:r>
    </w:p>
    <w:p w14:paraId="49B13140" w14:textId="77777777" w:rsidR="002E3EF2" w:rsidRDefault="00EA7318">
      <w:r>
        <w:t>Projecting superiority to escape inner poverty.</w:t>
      </w:r>
      <w:r>
        <w:br/>
      </w:r>
    </w:p>
    <w:p w14:paraId="2DBB364C" w14:textId="77777777" w:rsidR="002E3EF2" w:rsidRDefault="00EA7318">
      <w:r>
        <w:t>This energy is not confined to religion. It lives in families, relationships, corporations. Wherever truth is used as a weapon and performance replaces presence, the same pattern repeats.</w:t>
      </w:r>
    </w:p>
    <w:p w14:paraId="021ED77B" w14:textId="77777777" w:rsidR="002E3EF2" w:rsidRDefault="002E3EF2"/>
    <w:p w14:paraId="743D434D" w14:textId="77777777" w:rsidR="002E3EF2" w:rsidRDefault="00EA7318">
      <w:pPr>
        <w:pStyle w:val="Heading3"/>
      </w:pPr>
      <w:r>
        <w:t>The Soul of Christ: Sovereignty Without Striving</w:t>
      </w:r>
    </w:p>
    <w:p w14:paraId="6D4BD4F6" w14:textId="77777777" w:rsidR="002E3EF2" w:rsidRDefault="00EA7318">
      <w:r>
        <w:t>In contrast, Christ embodies the antidote: emotional sovereignty.</w:t>
      </w:r>
    </w:p>
    <w:p w14:paraId="1135D908" w14:textId="77777777" w:rsidR="002E3EF2" w:rsidRDefault="00EA7318">
      <w:r>
        <w:t>He is not reactive. He does not strive to be understood.</w:t>
      </w:r>
    </w:p>
    <w:p w14:paraId="59D3BE87" w14:textId="77777777" w:rsidR="002E3EF2" w:rsidRDefault="00EA7318">
      <w:r>
        <w:t>He speaks truth and walks away.</w:t>
      </w:r>
    </w:p>
    <w:p w14:paraId="2B412AD8" w14:textId="77777777" w:rsidR="002E3EF2" w:rsidRDefault="00EA7318">
      <w:r>
        <w:t>In Luke 4, when his townspeople try to throw him off a cliff, he simply walks through them.</w:t>
      </w:r>
      <w:r>
        <w:br/>
      </w:r>
    </w:p>
    <w:p w14:paraId="7E156639" w14:textId="77777777" w:rsidR="002E3EF2" w:rsidRDefault="00EA7318">
      <w:r>
        <w:t>In Mark 10, when the rich man refuses his invitation, he lets him go.</w:t>
      </w:r>
      <w:r>
        <w:br/>
      </w:r>
    </w:p>
    <w:p w14:paraId="15FF9D09" w14:textId="77777777" w:rsidR="002E3EF2" w:rsidRDefault="00EA7318">
      <w:r>
        <w:t>He does not beg. He does not chase. He does not cling.</w:t>
      </w:r>
    </w:p>
    <w:p w14:paraId="0A380D35" w14:textId="77777777" w:rsidR="002E3EF2" w:rsidRDefault="00EA7318">
      <w:r>
        <w:t>This is the medicine for those entangled with narcissistic energy.</w:t>
      </w:r>
    </w:p>
    <w:p w14:paraId="235F60CE" w14:textId="77777777" w:rsidR="002E3EF2" w:rsidRDefault="00EA7318">
      <w:r>
        <w:t>You do not need to be understood to be in integrity.</w:t>
      </w:r>
    </w:p>
    <w:p w14:paraId="1D117B4E" w14:textId="77777777" w:rsidR="002E3EF2" w:rsidRDefault="00EA7318">
      <w:r>
        <w:t>You do not need to be chosen to be worthy.</w:t>
      </w:r>
    </w:p>
    <w:p w14:paraId="42B42937" w14:textId="77777777" w:rsidR="002E3EF2" w:rsidRDefault="00EA7318">
      <w:r>
        <w:t>You do not need to win the argument to be free.</w:t>
      </w:r>
    </w:p>
    <w:p w14:paraId="149E0092" w14:textId="77777777" w:rsidR="002E3EF2" w:rsidRDefault="00EA7318">
      <w:r>
        <w:t>Christ teaches what the Mystery Schools also encoded: true mastery is not domination—it is detachment from illusion.</w:t>
      </w:r>
    </w:p>
    <w:p w14:paraId="0C888F80" w14:textId="77777777" w:rsidR="002E3EF2" w:rsidRDefault="002E3EF2"/>
    <w:p w14:paraId="6DF5C64A" w14:textId="77777777" w:rsidR="002E3EF2" w:rsidRDefault="00EA7318">
      <w:pPr>
        <w:pStyle w:val="Heading3"/>
      </w:pPr>
      <w:r>
        <w:t>Spiritual Discernment and the Test of Reaction</w:t>
      </w:r>
    </w:p>
    <w:p w14:paraId="08C4E5D8" w14:textId="77777777" w:rsidR="002E3EF2" w:rsidRDefault="00EA7318">
      <w:r>
        <w:t>In Proverbs, we are offered a paradox:</w:t>
      </w:r>
    </w:p>
    <w:p w14:paraId="04B24499" w14:textId="77777777" w:rsidR="002E3EF2" w:rsidRDefault="00EA7318">
      <w:r>
        <w:t>“Do not answer a fool according to his folly, lest you become like him.</w:t>
      </w:r>
    </w:p>
    <w:p w14:paraId="45FE4CBE" w14:textId="77777777" w:rsidR="002E3EF2" w:rsidRDefault="00EA7318">
      <w:r>
        <w:t>Answer a fool according to his folly, lest he become wise in his own eyes.”</w:t>
      </w:r>
    </w:p>
    <w:p w14:paraId="47D2E07A" w14:textId="77777777" w:rsidR="002E3EF2" w:rsidRDefault="00EA7318">
      <w:r>
        <w:lastRenderedPageBreak/>
        <w:t>This is initiatory teaching. It means: discern the moment.</w:t>
      </w:r>
    </w:p>
    <w:p w14:paraId="7FFA7EC9" w14:textId="77777777" w:rsidR="002E3EF2" w:rsidRDefault="00EA7318">
      <w:r>
        <w:t>Sometimes silence is strength.</w:t>
      </w:r>
    </w:p>
    <w:p w14:paraId="47DED663" w14:textId="77777777" w:rsidR="002E3EF2" w:rsidRDefault="00EA7318">
      <w:r>
        <w:t>Sometimes truth must be spoken.</w:t>
      </w:r>
    </w:p>
    <w:p w14:paraId="4AD3670F" w14:textId="77777777" w:rsidR="002E3EF2" w:rsidRDefault="00EA7318">
      <w:r>
        <w:t>But never from reactivity. Never from ego.</w:t>
      </w:r>
    </w:p>
    <w:p w14:paraId="2B259526" w14:textId="77777777" w:rsidR="002E3EF2" w:rsidRDefault="00EA7318">
      <w:r>
        <w:t xml:space="preserve">The </w:t>
      </w:r>
      <w:r>
        <w:t>narcissist thrives on confusion, drama, and energetic entanglement. But when the initiate holds stillness—when you choose pause over proof, clarity over chaos—you reclaim your inner throne.</w:t>
      </w:r>
    </w:p>
    <w:p w14:paraId="5BD79F74" w14:textId="77777777" w:rsidR="002E3EF2" w:rsidRDefault="00EA7318">
      <w:r>
        <w:t>This is not avoidance. It is frequency mastery.</w:t>
      </w:r>
    </w:p>
    <w:p w14:paraId="7A0D1E5F" w14:textId="77777777" w:rsidR="002E3EF2" w:rsidRDefault="002E3EF2"/>
    <w:p w14:paraId="64531EAA" w14:textId="77777777" w:rsidR="002E3EF2" w:rsidRDefault="00EA7318">
      <w:pPr>
        <w:pStyle w:val="Heading3"/>
      </w:pPr>
      <w:r>
        <w:t>By Their Fruits You Will Know Them</w:t>
      </w:r>
    </w:p>
    <w:p w14:paraId="63CC5F35" w14:textId="77777777" w:rsidR="002E3EF2" w:rsidRDefault="00EA7318">
      <w:r>
        <w:t>Jesus never judged by title or appearance. He said, “You will know them by their fruits.”</w:t>
      </w:r>
    </w:p>
    <w:p w14:paraId="326D7355" w14:textId="77777777" w:rsidR="002E3EF2" w:rsidRDefault="00EA7318">
      <w:r>
        <w:t>Not by their charisma.</w:t>
      </w:r>
    </w:p>
    <w:p w14:paraId="2BEE601E" w14:textId="77777777" w:rsidR="002E3EF2" w:rsidRDefault="00EA7318">
      <w:r>
        <w:t>Not by their virtue-signaling.</w:t>
      </w:r>
    </w:p>
    <w:p w14:paraId="72EA2960" w14:textId="77777777" w:rsidR="002E3EF2" w:rsidRDefault="00EA7318">
      <w:r>
        <w:t>Not even by their theology.</w:t>
      </w:r>
    </w:p>
    <w:p w14:paraId="1C4236D9" w14:textId="77777777" w:rsidR="002E3EF2" w:rsidRDefault="00EA7318">
      <w:r>
        <w:t>But by the energy they leave behind.</w:t>
      </w:r>
    </w:p>
    <w:p w14:paraId="333ED6C2" w14:textId="77777777" w:rsidR="002E3EF2" w:rsidRDefault="00EA7318">
      <w:r>
        <w:t>Does their presence bring clarity or confusion?</w:t>
      </w:r>
    </w:p>
    <w:p w14:paraId="0CC1A599" w14:textId="77777777" w:rsidR="002E3EF2" w:rsidRDefault="00EA7318">
      <w:r>
        <w:t>Peace or anxiety?</w:t>
      </w:r>
    </w:p>
    <w:p w14:paraId="7BFA9F3E" w14:textId="77777777" w:rsidR="002E3EF2" w:rsidRDefault="00EA7318">
      <w:r>
        <w:t>Freedom or control?</w:t>
      </w:r>
    </w:p>
    <w:p w14:paraId="58BC045C" w14:textId="77777777" w:rsidR="002E3EF2" w:rsidRDefault="00EA7318">
      <w:r>
        <w:t>The narcissist may speak like a prophet, love like a poet, and shine like a savior—but if the fruit is fear, silence, exhaustion, and self-doubt, then the tree is rotten.</w:t>
      </w:r>
    </w:p>
    <w:p w14:paraId="40001A69" w14:textId="77777777" w:rsidR="002E3EF2" w:rsidRDefault="00EA7318">
      <w:r>
        <w:t>And still, the sacred path does not call for vengeance. It calls for discernment and liberation.</w:t>
      </w:r>
    </w:p>
    <w:p w14:paraId="5F01F194" w14:textId="77777777" w:rsidR="002E3EF2" w:rsidRDefault="002E3EF2"/>
    <w:p w14:paraId="689DA6E3" w14:textId="77777777" w:rsidR="002E3EF2" w:rsidRDefault="00EA7318">
      <w:pPr>
        <w:pStyle w:val="Heading3"/>
      </w:pPr>
      <w:r>
        <w:t>Compassion Without Collusion</w:t>
      </w:r>
    </w:p>
    <w:p w14:paraId="0318306E" w14:textId="77777777" w:rsidR="002E3EF2" w:rsidRDefault="00EA7318">
      <w:r>
        <w:t>Spiritual maturity is not weakness. It is clarity.</w:t>
      </w:r>
    </w:p>
    <w:p w14:paraId="520696E5" w14:textId="77777777" w:rsidR="002E3EF2" w:rsidRDefault="00EA7318">
      <w:r>
        <w:t>Compassion does not require enmeshment.</w:t>
      </w:r>
    </w:p>
    <w:p w14:paraId="61D7AC1A" w14:textId="77777777" w:rsidR="002E3EF2" w:rsidRDefault="00EA7318">
      <w:r>
        <w:t>Forgiveness does not require reconciliation.</w:t>
      </w:r>
    </w:p>
    <w:p w14:paraId="29F25B48" w14:textId="77777777" w:rsidR="002E3EF2" w:rsidRDefault="00EA7318">
      <w:r>
        <w:t>Freedom does not require validation.</w:t>
      </w:r>
    </w:p>
    <w:p w14:paraId="51A499F8" w14:textId="77777777" w:rsidR="002E3EF2" w:rsidRDefault="00EA7318">
      <w:r>
        <w:lastRenderedPageBreak/>
        <w:t>To see the narcissist through a sacred lens is not to excuse their harm—it is to refuse to mirror it. It is to walk away, not in hate, but in remembrance.</w:t>
      </w:r>
    </w:p>
    <w:p w14:paraId="32B39D81" w14:textId="77777777" w:rsidR="002E3EF2" w:rsidRDefault="00EA7318">
      <w:r>
        <w:t>This is the Gnostic journey: reclaiming the divine spark hidden beneath false light.</w:t>
      </w:r>
    </w:p>
    <w:p w14:paraId="2FAE329C" w14:textId="77777777" w:rsidR="002E3EF2" w:rsidRDefault="00EA7318">
      <w:r>
        <w:t>This is the Christic path: truth without striving, love without sacrifice of self.</w:t>
      </w:r>
    </w:p>
    <w:p w14:paraId="48D84EDB" w14:textId="77777777" w:rsidR="002E3EF2" w:rsidRDefault="00EA7318">
      <w:r>
        <w:t>This is the alchemical step that follows the fire of Chapter 1:</w:t>
      </w:r>
    </w:p>
    <w:p w14:paraId="2D560CA3" w14:textId="77777777" w:rsidR="002E3EF2" w:rsidRDefault="00EA7318">
      <w:r>
        <w:t>IYou rise.</w:t>
      </w:r>
    </w:p>
    <w:p w14:paraId="592FA454" w14:textId="77777777" w:rsidR="002E3EF2" w:rsidRDefault="00EA7318">
      <w:r>
        <w:t>Not in rebellion.</w:t>
      </w:r>
    </w:p>
    <w:p w14:paraId="13BFFF90" w14:textId="77777777" w:rsidR="002E3EF2" w:rsidRDefault="00EA7318">
      <w:r>
        <w:t>But in radiant clarity.</w:t>
      </w:r>
    </w:p>
    <w:p w14:paraId="47BBF102" w14:textId="77777777" w:rsidR="002E3EF2" w:rsidRDefault="00EA7318">
      <w:r>
        <w:br/>
      </w:r>
    </w:p>
    <w:p w14:paraId="1019AE53" w14:textId="77777777" w:rsidR="002E3EF2" w:rsidRDefault="002E3EF2"/>
    <w:p w14:paraId="44415C67" w14:textId="77777777" w:rsidR="002E3EF2" w:rsidRDefault="00EA7318">
      <w:pPr>
        <w:pStyle w:val="Heading2"/>
      </w:pPr>
      <w:r>
        <w:t xml:space="preserve">Chapter 3: The Veil of Illusion – Eastern </w:t>
      </w:r>
      <w:r>
        <w:t>Wisdom on Ego, Suffering, and the Sacred Self</w:t>
      </w:r>
    </w:p>
    <w:p w14:paraId="1A82A261" w14:textId="77777777" w:rsidR="002E3EF2" w:rsidRDefault="00EA7318">
      <w:r>
        <w:t>“When the ego dies, the soul awakens.”</w:t>
      </w:r>
    </w:p>
    <w:p w14:paraId="209C173E" w14:textId="77777777" w:rsidR="002E3EF2" w:rsidRDefault="00EA7318">
      <w:r>
        <w:t>— Mahavira</w:t>
      </w:r>
    </w:p>
    <w:p w14:paraId="1F345B40" w14:textId="77777777" w:rsidR="002E3EF2" w:rsidRDefault="00EA7318">
      <w:r>
        <w:t>“All suffering is caused by ignorance. People inflict pain on others in the selfish pursuit of their own happiness or satisfaction.”</w:t>
      </w:r>
    </w:p>
    <w:p w14:paraId="369D62CB" w14:textId="77777777" w:rsidR="002E3EF2" w:rsidRDefault="00EA7318">
      <w:r>
        <w:t>— The Buddha</w:t>
      </w:r>
    </w:p>
    <w:p w14:paraId="4EE3D698" w14:textId="77777777" w:rsidR="002E3EF2" w:rsidRDefault="002E3EF2"/>
    <w:p w14:paraId="15AC5EB0" w14:textId="77777777" w:rsidR="002E3EF2" w:rsidRDefault="00EA7318">
      <w:r>
        <w:t>In the spiritual traditions of the East, the danger of the false self is not framed in moral terms—it is seen as a distortion of perception. The enemy is not evil. It is illusion.</w:t>
      </w:r>
    </w:p>
    <w:p w14:paraId="10B934C5" w14:textId="77777777" w:rsidR="002E3EF2" w:rsidRDefault="00EA7318">
      <w:r>
        <w:t>In Hinduism, Buddhism, and Taoist thought, the root of suffering is not pain itself but attachment to what is not real—the misidentification of the Self with ego, form, and false image. Where modern psychology uses clinical terms to describe narcissistic behavior, these wisdom traditions diagnose it as a spiritual sleep—a trance of illusion.</w:t>
      </w:r>
    </w:p>
    <w:p w14:paraId="2C2A3133" w14:textId="77777777" w:rsidR="002E3EF2" w:rsidRDefault="00EA7318">
      <w:r>
        <w:t>What we now call narcissism was once recognized as a deep entanglement in maya.</w:t>
      </w:r>
    </w:p>
    <w:p w14:paraId="69AE3DE1" w14:textId="77777777" w:rsidR="002E3EF2" w:rsidRDefault="002E3EF2"/>
    <w:p w14:paraId="5C88BE19" w14:textId="77777777" w:rsidR="002E3EF2" w:rsidRDefault="00EA7318">
      <w:pPr>
        <w:pStyle w:val="Heading3"/>
      </w:pPr>
      <w:r>
        <w:t>Maya and Ahamkara – The Dream of Separation</w:t>
      </w:r>
    </w:p>
    <w:p w14:paraId="04F1AB5D" w14:textId="77777777" w:rsidR="002E3EF2" w:rsidRDefault="00EA7318">
      <w:r>
        <w:t>In Hindu cosmology, maya is the veil of illusion that conceals the Real. It is not malevolent—it is seductive. It entices the soul to believe that form is essence, that status is power, and that control is love.</w:t>
      </w:r>
    </w:p>
    <w:p w14:paraId="4647BFF0" w14:textId="77777777" w:rsidR="002E3EF2" w:rsidRDefault="00EA7318">
      <w:r>
        <w:lastRenderedPageBreak/>
        <w:t>Alongside maya is ahamkara—the ego-maker. It is the function that says:</w:t>
      </w:r>
    </w:p>
    <w:p w14:paraId="499B3A05" w14:textId="77777777" w:rsidR="002E3EF2" w:rsidRDefault="00EA7318">
      <w:r>
        <w:t>“I am this role. I am this story. I am this image.”</w:t>
      </w:r>
    </w:p>
    <w:p w14:paraId="630DB7DE" w14:textId="77777777" w:rsidR="002E3EF2" w:rsidRDefault="00EA7318">
      <w:r>
        <w:t>Ahamkara builds identity not from essence, but from fragmentation. It replaces soul with persona. It fears stillness, because stillness reveals the illusion.</w:t>
      </w:r>
    </w:p>
    <w:p w14:paraId="2053A8A0" w14:textId="77777777" w:rsidR="002E3EF2" w:rsidRDefault="00EA7318">
      <w:r>
        <w:t>The narcissist is trapped in ahamkara. They have mistaken the mirror for the source. Their identity is built on appearance, control, and projection. They cannot descend into stillness, because stillness would expose the emptiness beneath the mask.</w:t>
      </w:r>
    </w:p>
    <w:p w14:paraId="4478C7F5" w14:textId="77777777" w:rsidR="002E3EF2" w:rsidRDefault="00EA7318">
      <w:r>
        <w:t>This is not a moral flaw. It is energetic misalignment.</w:t>
      </w:r>
    </w:p>
    <w:p w14:paraId="689BE6EE" w14:textId="77777777" w:rsidR="002E3EF2" w:rsidRDefault="002E3EF2"/>
    <w:p w14:paraId="3FF72C00" w14:textId="77777777" w:rsidR="002E3EF2" w:rsidRDefault="00EA7318">
      <w:pPr>
        <w:pStyle w:val="Heading3"/>
      </w:pPr>
      <w:r>
        <w:t>The Empath as Frequency Bearer</w:t>
      </w:r>
    </w:p>
    <w:p w14:paraId="085FD94A" w14:textId="77777777" w:rsidR="002E3EF2" w:rsidRDefault="00EA7318">
      <w:r>
        <w:t>Those drawn into relationships with narcissistic energy often carry the opposite quality: frequency sensitivity. In Eastern metaphysics, they are often old souls—embodied witnesses, carriers of presence, conduits of compassion. They radiate the qualities the narcissist cannot generate internally.</w:t>
      </w:r>
    </w:p>
    <w:p w14:paraId="601FA4D4" w14:textId="77777777" w:rsidR="002E3EF2" w:rsidRDefault="00EA7318">
      <w:r>
        <w:t>But because energy always seeks completion, the narcissist is drawn to the empath like a starving ghost to a full cup.</w:t>
      </w:r>
    </w:p>
    <w:p w14:paraId="390334A7" w14:textId="77777777" w:rsidR="002E3EF2" w:rsidRDefault="00EA7318">
      <w:r>
        <w:t>This is not love. It is energetic consumption.</w:t>
      </w:r>
    </w:p>
    <w:p w14:paraId="4B07CA20" w14:textId="77777777" w:rsidR="002E3EF2" w:rsidRDefault="00EA7318">
      <w:r>
        <w:t>The Buddhist tradition teaches of tanha—the thirst of the unawakened mind. The narcissist thirsts for validation, attention, emotional reaction. But the empath often thirsts too—for belonging, for being chosen, for being enough.</w:t>
      </w:r>
    </w:p>
    <w:p w14:paraId="04E21734" w14:textId="77777777" w:rsidR="002E3EF2" w:rsidRDefault="00EA7318">
      <w:r>
        <w:t>This is how the karmic bind forms.</w:t>
      </w:r>
    </w:p>
    <w:p w14:paraId="70A0D6BE" w14:textId="77777777" w:rsidR="002E3EF2" w:rsidRDefault="00EA7318">
      <w:r>
        <w:t>And this is where the sacred pause begins.</w:t>
      </w:r>
    </w:p>
    <w:p w14:paraId="655B2158" w14:textId="77777777" w:rsidR="002E3EF2" w:rsidRDefault="002E3EF2"/>
    <w:p w14:paraId="741B2394" w14:textId="77777777" w:rsidR="002E3EF2" w:rsidRDefault="00EA7318">
      <w:pPr>
        <w:pStyle w:val="Heading3"/>
      </w:pPr>
      <w:r>
        <w:t>The Gita and the Crisis of Identity</w:t>
      </w:r>
    </w:p>
    <w:p w14:paraId="5030D336" w14:textId="77777777" w:rsidR="002E3EF2" w:rsidRDefault="00EA7318">
      <w:r>
        <w:t xml:space="preserve">In the Bhagavad Gita, the </w:t>
      </w:r>
      <w:r>
        <w:t>warrior Arjuna falls to his knees on the battlefield. He has lost all clarity. He no longer knows who he is, what is right, or what to do. His guide, Krishna, reminds him:</w:t>
      </w:r>
    </w:p>
    <w:p w14:paraId="7C238E6A" w14:textId="77777777" w:rsidR="002E3EF2" w:rsidRDefault="00EA7318">
      <w:r>
        <w:t>“You are not this role. You are not this fear. You are the Self.”</w:t>
      </w:r>
    </w:p>
    <w:p w14:paraId="7B1B6381" w14:textId="77777777" w:rsidR="002E3EF2" w:rsidRDefault="00EA7318">
      <w:r>
        <w:t>This moment mirrors the aftermath of narcissistic collapse. When the image we wore is shattered, and we are left exposed and confused. But the Gita reveals a deeper truth: This collapse is not destruction. It is divine invitation.</w:t>
      </w:r>
    </w:p>
    <w:p w14:paraId="64C53463" w14:textId="77777777" w:rsidR="002E3EF2" w:rsidRDefault="00EA7318">
      <w:r>
        <w:lastRenderedPageBreak/>
        <w:t>True action, Krishna says, comes not from ego, but from dharma—the soul’s inner alignment with what is real. We are not called to prove. We are called to return.</w:t>
      </w:r>
    </w:p>
    <w:p w14:paraId="7C77A2C9" w14:textId="77777777" w:rsidR="002E3EF2" w:rsidRDefault="002E3EF2"/>
    <w:p w14:paraId="14ACFDA5" w14:textId="77777777" w:rsidR="002E3EF2" w:rsidRDefault="00EA7318">
      <w:pPr>
        <w:pStyle w:val="Heading3"/>
      </w:pPr>
      <w:r>
        <w:t>The Buddhist Mirror – Seeing Without Attaching</w:t>
      </w:r>
    </w:p>
    <w:p w14:paraId="4B8B69C0" w14:textId="77777777" w:rsidR="002E3EF2" w:rsidRDefault="00EA7318">
      <w:r>
        <w:t>Buddhism offers one of the clearest maps through narcissistic confusion: Vipassana—clear seeing.</w:t>
      </w:r>
    </w:p>
    <w:p w14:paraId="3E64B72D" w14:textId="77777777" w:rsidR="002E3EF2" w:rsidRDefault="00EA7318">
      <w:r>
        <w:t>The narcissist distorts reality. They twist perception, mirror blame, and entangle identity. But the Buddhist path teaches us not to resist, explain, or control. It teaches us to observe.</w:t>
      </w:r>
    </w:p>
    <w:p w14:paraId="38D41DAD" w14:textId="77777777" w:rsidR="002E3EF2" w:rsidRDefault="00EA7318">
      <w:r>
        <w:t>We begin to sit with our pain—not as identity, but as arising sensation.</w:t>
      </w:r>
    </w:p>
    <w:p w14:paraId="3C835801" w14:textId="77777777" w:rsidR="002E3EF2" w:rsidRDefault="00EA7318">
      <w:r>
        <w:t>We witness the story—not as truth, but as conditioned narrative.</w:t>
      </w:r>
    </w:p>
    <w:p w14:paraId="15D3F642" w14:textId="77777777" w:rsidR="002E3EF2" w:rsidRDefault="00EA7318">
      <w:r>
        <w:t>We stop clinging to outcome, and we start resting in presence.</w:t>
      </w:r>
    </w:p>
    <w:p w14:paraId="7F9AF7EC" w14:textId="77777777" w:rsidR="002E3EF2" w:rsidRDefault="00EA7318">
      <w:r>
        <w:t>In this way, the empath returns to their sacred clarity.</w:t>
      </w:r>
    </w:p>
    <w:p w14:paraId="7726108B" w14:textId="77777777" w:rsidR="002E3EF2" w:rsidRDefault="002E3EF2"/>
    <w:p w14:paraId="0A558F6C" w14:textId="77777777" w:rsidR="002E3EF2" w:rsidRDefault="00EA7318">
      <w:pPr>
        <w:pStyle w:val="Heading3"/>
      </w:pPr>
      <w:r>
        <w:t>Anatta – The Emptiness of the False Self</w:t>
      </w:r>
    </w:p>
    <w:p w14:paraId="0F6BDD82" w14:textId="77777777" w:rsidR="002E3EF2" w:rsidRDefault="00EA7318">
      <w:r>
        <w:t>One of the most radical teachings in Buddhism is anatta—non-self.</w:t>
      </w:r>
    </w:p>
    <w:p w14:paraId="381D6B57" w14:textId="77777777" w:rsidR="002E3EF2" w:rsidRDefault="00EA7318">
      <w:r>
        <w:t>It does not mean you do not exist. It means the “you” you’ve clung to—the role, the reflection, the performance—is not ultimately real. It is a mask. A construct. A tool for survival.</w:t>
      </w:r>
    </w:p>
    <w:p w14:paraId="5BABBB66" w14:textId="77777777" w:rsidR="002E3EF2" w:rsidRDefault="00EA7318">
      <w:r>
        <w:t>The narcissist lives entirely in this false self. But the empath, too, often wears a mask—the mask of pleaser, caretaker, savior. Anatta invites both to drop the performance and return to essence.</w:t>
      </w:r>
    </w:p>
    <w:p w14:paraId="66412D3E" w14:textId="77777777" w:rsidR="002E3EF2" w:rsidRDefault="00EA7318">
      <w:r>
        <w:t>Not disappearance. Not ego-death. But soul-recognition.</w:t>
      </w:r>
    </w:p>
    <w:p w14:paraId="6D7180A8" w14:textId="77777777" w:rsidR="002E3EF2" w:rsidRDefault="002E3EF2"/>
    <w:p w14:paraId="3661A4C4" w14:textId="77777777" w:rsidR="002E3EF2" w:rsidRDefault="00EA7318">
      <w:pPr>
        <w:pStyle w:val="Heading3"/>
      </w:pPr>
      <w:r>
        <w:t>The Eightfold Path as Soul Recovery</w:t>
      </w:r>
    </w:p>
    <w:p w14:paraId="5AFAD715" w14:textId="77777777" w:rsidR="002E3EF2" w:rsidRDefault="00EA7318">
      <w:r>
        <w:t>The Eightfold Path becomes a roadmap not just for spiritual liberation, but for recovering the self after entanglement with illusion:</w:t>
      </w:r>
    </w:p>
    <w:p w14:paraId="641A1F56" w14:textId="77777777" w:rsidR="002E3EF2" w:rsidRDefault="00EA7318">
      <w:r>
        <w:t>Right View – See the narcissist clearly, without romanticizing or demonizing.</w:t>
      </w:r>
      <w:r>
        <w:br/>
      </w:r>
    </w:p>
    <w:p w14:paraId="593116DC" w14:textId="77777777" w:rsidR="002E3EF2" w:rsidRDefault="00EA7318">
      <w:r>
        <w:t>Right Intention – Move from integrity, not reaction.</w:t>
      </w:r>
      <w:r>
        <w:br/>
      </w:r>
    </w:p>
    <w:p w14:paraId="4B46CFFC" w14:textId="77777777" w:rsidR="002E3EF2" w:rsidRDefault="00EA7318">
      <w:r>
        <w:t>Right Speech – Speak what is true, not what is performative.</w:t>
      </w:r>
      <w:r>
        <w:br/>
      </w:r>
    </w:p>
    <w:p w14:paraId="76A5DD1F" w14:textId="77777777" w:rsidR="002E3EF2" w:rsidRDefault="00EA7318">
      <w:r>
        <w:lastRenderedPageBreak/>
        <w:t>Right Action – Withdraw from harm, not out of hatred, but out of self-respect.</w:t>
      </w:r>
      <w:r>
        <w:br/>
      </w:r>
    </w:p>
    <w:p w14:paraId="5420E1A6" w14:textId="77777777" w:rsidR="002E3EF2" w:rsidRDefault="00EA7318">
      <w:r>
        <w:t>Right Livelihood – Choose environments that support truth.</w:t>
      </w:r>
      <w:r>
        <w:br/>
      </w:r>
    </w:p>
    <w:p w14:paraId="0C7D9305" w14:textId="77777777" w:rsidR="002E3EF2" w:rsidRDefault="00EA7318">
      <w:r>
        <w:t xml:space="preserve">Right Effort – Use energy </w:t>
      </w:r>
      <w:r>
        <w:t>for healing, not convincing.</w:t>
      </w:r>
      <w:r>
        <w:br/>
      </w:r>
    </w:p>
    <w:p w14:paraId="487DE801" w14:textId="77777777" w:rsidR="002E3EF2" w:rsidRDefault="00EA7318">
      <w:r>
        <w:t>Right Mindfulness – Stay present to your body and breath.</w:t>
      </w:r>
      <w:r>
        <w:br/>
      </w:r>
    </w:p>
    <w:p w14:paraId="213A4941" w14:textId="77777777" w:rsidR="002E3EF2" w:rsidRDefault="00EA7318">
      <w:r>
        <w:t>Right Concentration – Anchor into stillness, not drama.</w:t>
      </w:r>
      <w:r>
        <w:br/>
      </w:r>
    </w:p>
    <w:p w14:paraId="541902C0" w14:textId="77777777" w:rsidR="002E3EF2" w:rsidRDefault="00EA7318">
      <w:r>
        <w:t>Each step is a gate. Each gate, a clearing. Each clearing, a return.</w:t>
      </w:r>
    </w:p>
    <w:p w14:paraId="5E8B6C2B" w14:textId="77777777" w:rsidR="002E3EF2" w:rsidRDefault="002E3EF2"/>
    <w:p w14:paraId="25C1A775" w14:textId="77777777" w:rsidR="002E3EF2" w:rsidRDefault="00EA7318">
      <w:pPr>
        <w:pStyle w:val="Heading3"/>
      </w:pPr>
      <w:r>
        <w:t>Turning Poison into Medicine</w:t>
      </w:r>
    </w:p>
    <w:p w14:paraId="1141F452" w14:textId="77777777" w:rsidR="002E3EF2" w:rsidRDefault="00EA7318">
      <w:r>
        <w:t>In Nichiren Buddhism, there is a powerful phrase: hendoku iyaku—“turning poison into medicine.”</w:t>
      </w:r>
    </w:p>
    <w:p w14:paraId="2A46A5D6" w14:textId="77777777" w:rsidR="002E3EF2" w:rsidRDefault="00EA7318">
      <w:r>
        <w:t>The poison is the entanglement.</w:t>
      </w:r>
    </w:p>
    <w:p w14:paraId="7354D77C" w14:textId="77777777" w:rsidR="002E3EF2" w:rsidRDefault="00EA7318">
      <w:r>
        <w:t>The medicine is what you create with it.</w:t>
      </w:r>
    </w:p>
    <w:p w14:paraId="18DB9A99" w14:textId="77777777" w:rsidR="002E3EF2" w:rsidRDefault="00EA7318">
      <w:r>
        <w:t>You begin to transmute betrayal into wisdom.</w:t>
      </w:r>
    </w:p>
    <w:p w14:paraId="3BC69E4C" w14:textId="77777777" w:rsidR="002E3EF2" w:rsidRDefault="00EA7318">
      <w:r>
        <w:t>You alchemize grief into intuition.</w:t>
      </w:r>
    </w:p>
    <w:p w14:paraId="4DB3A4B9" w14:textId="77777777" w:rsidR="002E3EF2" w:rsidRDefault="00EA7318">
      <w:r>
        <w:t>You allow the distortion to teach you boundaries, silence, and self-love.</w:t>
      </w:r>
    </w:p>
    <w:p w14:paraId="7FC3223F" w14:textId="77777777" w:rsidR="002E3EF2" w:rsidRDefault="00EA7318">
      <w:r>
        <w:t>And in doing so, you realize:</w:t>
      </w:r>
    </w:p>
    <w:p w14:paraId="7C05D14E" w14:textId="77777777" w:rsidR="002E3EF2" w:rsidRDefault="00EA7318">
      <w:r>
        <w:t>You are not here to escape pain.</w:t>
      </w:r>
    </w:p>
    <w:p w14:paraId="063B984C" w14:textId="77777777" w:rsidR="002E3EF2" w:rsidRDefault="00EA7318">
      <w:r>
        <w:t>You are here to become conscious within it.</w:t>
      </w:r>
    </w:p>
    <w:p w14:paraId="374E51EF" w14:textId="77777777" w:rsidR="002E3EF2" w:rsidRDefault="002E3EF2"/>
    <w:p w14:paraId="52AA0BC0" w14:textId="77777777" w:rsidR="002E3EF2" w:rsidRDefault="00EA7318">
      <w:r>
        <w:t>You no longer beg to be seen.</w:t>
      </w:r>
    </w:p>
    <w:p w14:paraId="60919AFE" w14:textId="77777777" w:rsidR="002E3EF2" w:rsidRDefault="00EA7318">
      <w:r>
        <w:t>You witness yourself.</w:t>
      </w:r>
    </w:p>
    <w:p w14:paraId="4CF3DEBC" w14:textId="77777777" w:rsidR="002E3EF2" w:rsidRDefault="00EA7318">
      <w:r>
        <w:t>You no longer cling to illusion.</w:t>
      </w:r>
    </w:p>
    <w:p w14:paraId="42B4B1AE" w14:textId="77777777" w:rsidR="002E3EF2" w:rsidRDefault="00EA7318">
      <w:r>
        <w:t>You walk in stillness.</w:t>
      </w:r>
    </w:p>
    <w:p w14:paraId="291142D1" w14:textId="77777777" w:rsidR="002E3EF2" w:rsidRDefault="00EA7318">
      <w:r>
        <w:t>You no longer confuse love with control.</w:t>
      </w:r>
    </w:p>
    <w:p w14:paraId="163D2744" w14:textId="77777777" w:rsidR="002E3EF2" w:rsidRDefault="00EA7318">
      <w:r>
        <w:lastRenderedPageBreak/>
        <w:t>You return to your essence.</w:t>
      </w:r>
    </w:p>
    <w:p w14:paraId="43181F4A" w14:textId="77777777" w:rsidR="002E3EF2" w:rsidRDefault="00EA7318">
      <w:r>
        <w:t>This is the path of clarity.</w:t>
      </w:r>
    </w:p>
    <w:p w14:paraId="0F752D95" w14:textId="77777777" w:rsidR="002E3EF2" w:rsidRDefault="00EA7318">
      <w:r>
        <w:t>This is the sacred pause.</w:t>
      </w:r>
    </w:p>
    <w:p w14:paraId="1D625C7C" w14:textId="77777777" w:rsidR="002E3EF2" w:rsidRDefault="00EA7318">
      <w:r>
        <w:t>This is the beginning of liberation.</w:t>
      </w:r>
    </w:p>
    <w:p w14:paraId="6182D317" w14:textId="77777777" w:rsidR="002E3EF2" w:rsidRDefault="002E3EF2"/>
    <w:p w14:paraId="72E91595" w14:textId="77777777" w:rsidR="002E3EF2" w:rsidRDefault="00EA7318">
      <w:r>
        <w:br/>
      </w:r>
    </w:p>
    <w:p w14:paraId="72EDFB79" w14:textId="77777777" w:rsidR="002E3EF2" w:rsidRDefault="00EA7318">
      <w:pPr>
        <w:pStyle w:val="Heading2"/>
      </w:pPr>
      <w:r>
        <w:t>Chapter 4: The Sacred Struggle – Islam, the Nafs, and the Battle for the Soul</w:t>
      </w:r>
    </w:p>
    <w:p w14:paraId="2ED54506" w14:textId="77777777" w:rsidR="002E3EF2" w:rsidRDefault="00EA7318">
      <w:r>
        <w:t>“Indeed, Allah will not change the condition of a people</w:t>
      </w:r>
    </w:p>
    <w:p w14:paraId="46C5B898" w14:textId="77777777" w:rsidR="002E3EF2" w:rsidRDefault="00EA7318">
      <w:r>
        <w:t>until they change what is in themselves.”</w:t>
      </w:r>
    </w:p>
    <w:p w14:paraId="2A4768A6" w14:textId="77777777" w:rsidR="002E3EF2" w:rsidRDefault="00EA7318">
      <w:r>
        <w:t>— Qur’an 13:11</w:t>
      </w:r>
    </w:p>
    <w:p w14:paraId="10868272" w14:textId="77777777" w:rsidR="002E3EF2" w:rsidRDefault="00EA7318">
      <w:r>
        <w:t>“Your fiercest enemy is your own self, which is between your two sides.”</w:t>
      </w:r>
    </w:p>
    <w:p w14:paraId="13471699" w14:textId="77777777" w:rsidR="002E3EF2" w:rsidRDefault="00EA7318">
      <w:r>
        <w:t>— The Prophet Muhammad (peace be upon him)</w:t>
      </w:r>
    </w:p>
    <w:p w14:paraId="293AB47D" w14:textId="77777777" w:rsidR="002E3EF2" w:rsidRDefault="002E3EF2"/>
    <w:p w14:paraId="4C2AEF22" w14:textId="77777777" w:rsidR="002E3EF2" w:rsidRDefault="00EA7318">
      <w:r>
        <w:t xml:space="preserve">Every sacred path </w:t>
      </w:r>
      <w:r>
        <w:t>speaks of a war that cannot be seen—a battle that takes place not on battlefields, but within the unseen terrain of the soul.</w:t>
      </w:r>
    </w:p>
    <w:p w14:paraId="2624CF62" w14:textId="77777777" w:rsidR="002E3EF2" w:rsidRDefault="00EA7318">
      <w:r>
        <w:t>In Islamic mysticism, this is known as jihad al-nafs—the struggle against the lower self. The Prophet Muhammad called it the greatest jihad, greater even than any external conflict, because it is the war we must fight alone, moment by moment, breath by breath.</w:t>
      </w:r>
    </w:p>
    <w:p w14:paraId="6D34A8E2" w14:textId="77777777" w:rsidR="002E3EF2" w:rsidRDefault="00EA7318">
      <w:r>
        <w:t>This is the battlefield the narcissist unconsciously reveals.</w:t>
      </w:r>
    </w:p>
    <w:p w14:paraId="183FCE7B" w14:textId="77777777" w:rsidR="002E3EF2" w:rsidRDefault="00EA7318">
      <w:r>
        <w:t>Not the battle to change them—but the battle to reclaim ourselves.</w:t>
      </w:r>
    </w:p>
    <w:p w14:paraId="62E0F935" w14:textId="77777777" w:rsidR="002E3EF2" w:rsidRDefault="002E3EF2"/>
    <w:p w14:paraId="6BC54CC1" w14:textId="77777777" w:rsidR="002E3EF2" w:rsidRDefault="00EA7318">
      <w:pPr>
        <w:pStyle w:val="Heading3"/>
      </w:pPr>
      <w:r>
        <w:t>The Nafs – Layers of the Self</w:t>
      </w:r>
    </w:p>
    <w:p w14:paraId="0B1E748A" w14:textId="77777777" w:rsidR="002E3EF2" w:rsidRDefault="00EA7318">
      <w:r>
        <w:t>In classical Islamic psychology, the nafs is the self in its various stages of development. It is not inherently evil. It is simply unrefined. It is the raw material of the soul—capable of distortion, but also transformation.</w:t>
      </w:r>
    </w:p>
    <w:p w14:paraId="2A697F51" w14:textId="77777777" w:rsidR="002E3EF2" w:rsidRDefault="00EA7318">
      <w:r>
        <w:t>The tradition outlines three core levels of the nafs:</w:t>
      </w:r>
    </w:p>
    <w:p w14:paraId="2C460E35" w14:textId="77777777" w:rsidR="002E3EF2" w:rsidRDefault="00EA7318">
      <w:r>
        <w:t>Nafs al-Ammara – The commanding self</w:t>
      </w:r>
      <w:r>
        <w:br/>
      </w:r>
      <w:r>
        <w:br/>
        <w:t xml:space="preserve"> Driven by base desire, pride, envy, and fear.</w:t>
      </w:r>
      <w:r>
        <w:br/>
      </w:r>
      <w:r>
        <w:lastRenderedPageBreak/>
        <w:br/>
        <w:t xml:space="preserve"> It manipulates. It clings. It consumes.</w:t>
      </w:r>
      <w:r>
        <w:br/>
      </w:r>
    </w:p>
    <w:p w14:paraId="169BE18C" w14:textId="77777777" w:rsidR="002E3EF2" w:rsidRDefault="00EA7318">
      <w:r>
        <w:t>Nafs al-Lawwama – The self-reproaching soul</w:t>
      </w:r>
      <w:r>
        <w:br/>
      </w:r>
      <w:r>
        <w:br/>
        <w:t xml:space="preserve"> Aware of its misalignment, but inconsistent.</w:t>
      </w:r>
      <w:r>
        <w:br/>
      </w:r>
      <w:r>
        <w:br/>
        <w:t xml:space="preserve"> Torn between truth and survival patterns.</w:t>
      </w:r>
      <w:r>
        <w:br/>
      </w:r>
    </w:p>
    <w:p w14:paraId="7528669D" w14:textId="77777777" w:rsidR="002E3EF2" w:rsidRDefault="00EA7318">
      <w:r>
        <w:t>Nafs al-Mutma’inna – The soul at peace</w:t>
      </w:r>
      <w:r>
        <w:br/>
      </w:r>
      <w:r>
        <w:br/>
        <w:t xml:space="preserve"> Anchored in remembrance.</w:t>
      </w:r>
      <w:r>
        <w:br/>
      </w:r>
      <w:r>
        <w:br/>
        <w:t xml:space="preserve"> Moved by clarity, not compulsion.</w:t>
      </w:r>
      <w:r>
        <w:br/>
      </w:r>
    </w:p>
    <w:p w14:paraId="29F57C10" w14:textId="77777777" w:rsidR="002E3EF2" w:rsidRDefault="00EA7318">
      <w:r>
        <w:t>The narcissist is trapped in nafs al-ammara—ruled by ego and false identity.</w:t>
      </w:r>
    </w:p>
    <w:p w14:paraId="49A5425C" w14:textId="77777777" w:rsidR="002E3EF2" w:rsidRDefault="00EA7318">
      <w:r>
        <w:t>But many who love the narcissist reside in nafs al-lawwama—questioning, doubting, awakening.</w:t>
      </w:r>
    </w:p>
    <w:p w14:paraId="63EFA760" w14:textId="77777777" w:rsidR="002E3EF2" w:rsidRDefault="00EA7318">
      <w:r>
        <w:t>This is the beginning of liberation.</w:t>
      </w:r>
    </w:p>
    <w:p w14:paraId="7BF4F38D" w14:textId="77777777" w:rsidR="002E3EF2" w:rsidRDefault="002E3EF2"/>
    <w:p w14:paraId="7F3054B7" w14:textId="77777777" w:rsidR="002E3EF2" w:rsidRDefault="00EA7318">
      <w:pPr>
        <w:pStyle w:val="Heading3"/>
      </w:pPr>
      <w:r>
        <w:t>The Narcissist as Mirror, Not Master</w:t>
      </w:r>
    </w:p>
    <w:p w14:paraId="7C2EF147" w14:textId="77777777" w:rsidR="002E3EF2" w:rsidRDefault="00EA7318">
      <w:r>
        <w:t>The Qur’an does not call us to change others.</w:t>
      </w:r>
    </w:p>
    <w:p w14:paraId="2FEB3A4A" w14:textId="77777777" w:rsidR="002E3EF2" w:rsidRDefault="00EA7318">
      <w:r>
        <w:t>It calls us to purify what is within.</w:t>
      </w:r>
    </w:p>
    <w:p w14:paraId="6E27E858" w14:textId="77777777" w:rsidR="002E3EF2" w:rsidRDefault="00EA7318">
      <w:r>
        <w:t>“Allah will not change the condition of a people</w:t>
      </w:r>
    </w:p>
    <w:p w14:paraId="0C097268" w14:textId="77777777" w:rsidR="002E3EF2" w:rsidRDefault="00EA7318">
      <w:r>
        <w:t>until they change what is in themselves.” — Qur’an 13:11</w:t>
      </w:r>
    </w:p>
    <w:p w14:paraId="6176AB9D" w14:textId="77777777" w:rsidR="002E3EF2" w:rsidRDefault="00EA7318">
      <w:r>
        <w:t>This is not condemnation.</w:t>
      </w:r>
    </w:p>
    <w:p w14:paraId="20A289D8" w14:textId="77777777" w:rsidR="002E3EF2" w:rsidRDefault="00EA7318">
      <w:r>
        <w:t>It is empowerment.</w:t>
      </w:r>
    </w:p>
    <w:p w14:paraId="168ED4D9" w14:textId="77777777" w:rsidR="002E3EF2" w:rsidRDefault="00EA7318">
      <w:r>
        <w:t>The narcissist may never change.</w:t>
      </w:r>
    </w:p>
    <w:p w14:paraId="00885736" w14:textId="77777777" w:rsidR="002E3EF2" w:rsidRDefault="00EA7318">
      <w:r>
        <w:t>But through their projection, gaslighting, and betrayal, they expose the places in us where we still believe we are not enough. They reflect the wound, not to heal it, but to protect their illusion. Yet that very reflection becomes a sacred mirror—if we’re willing to look.</w:t>
      </w:r>
    </w:p>
    <w:p w14:paraId="098665F2" w14:textId="77777777" w:rsidR="002E3EF2" w:rsidRDefault="00EA7318">
      <w:r>
        <w:t>What in me still believes I must earn love?</w:t>
      </w:r>
    </w:p>
    <w:p w14:paraId="0401B8A8" w14:textId="77777777" w:rsidR="002E3EF2" w:rsidRDefault="00EA7318">
      <w:r>
        <w:lastRenderedPageBreak/>
        <w:t xml:space="preserve">What in me still </w:t>
      </w:r>
      <w:r>
        <w:t>fears abandonment more than betrayal?</w:t>
      </w:r>
    </w:p>
    <w:p w14:paraId="5115A570" w14:textId="77777777" w:rsidR="002E3EF2" w:rsidRDefault="00EA7318">
      <w:r>
        <w:t>What in me still confuses being chosen with being safe?</w:t>
      </w:r>
    </w:p>
    <w:p w14:paraId="467895D0" w14:textId="77777777" w:rsidR="002E3EF2" w:rsidRDefault="00EA7318">
      <w:r>
        <w:t>These are not questions of psychology alone.</w:t>
      </w:r>
    </w:p>
    <w:p w14:paraId="1B181FCF" w14:textId="77777777" w:rsidR="002E3EF2" w:rsidRDefault="00EA7318">
      <w:r>
        <w:t>They are questions of the soul.</w:t>
      </w:r>
    </w:p>
    <w:p w14:paraId="07891A79" w14:textId="77777777" w:rsidR="002E3EF2" w:rsidRDefault="002E3EF2"/>
    <w:p w14:paraId="31C9585E" w14:textId="77777777" w:rsidR="002E3EF2" w:rsidRDefault="00EA7318">
      <w:pPr>
        <w:pStyle w:val="Heading3"/>
      </w:pPr>
      <w:r>
        <w:t>The Prophet as Archetype of Emotional Mastery</w:t>
      </w:r>
    </w:p>
    <w:p w14:paraId="144FE1C5" w14:textId="77777777" w:rsidR="002E3EF2" w:rsidRDefault="00EA7318">
      <w:r>
        <w:t>The life of the Prophet Muhammad (peace be upon him) offers more than religious example. It reveals the model of inner clarity amidst outer confusion.</w:t>
      </w:r>
    </w:p>
    <w:p w14:paraId="57951151" w14:textId="77777777" w:rsidR="002E3EF2" w:rsidRDefault="00EA7318">
      <w:r>
        <w:t>He faced slander, betrayal, spiritual projection, and emotional manipulation.</w:t>
      </w:r>
    </w:p>
    <w:p w14:paraId="0CC62699" w14:textId="77777777" w:rsidR="002E3EF2" w:rsidRDefault="00EA7318">
      <w:r>
        <w:t>And yet—he did not react from ego.</w:t>
      </w:r>
    </w:p>
    <w:p w14:paraId="28C36AB7" w14:textId="77777777" w:rsidR="002E3EF2" w:rsidRDefault="00EA7318">
      <w:r>
        <w:t>He did not beg to be seen.</w:t>
      </w:r>
    </w:p>
    <w:p w14:paraId="6BE1AB9F" w14:textId="77777777" w:rsidR="002E3EF2" w:rsidRDefault="00EA7318">
      <w:r>
        <w:t>He did not collapse into reactivity.</w:t>
      </w:r>
    </w:p>
    <w:p w14:paraId="4B81D4FE" w14:textId="77777777" w:rsidR="002E3EF2" w:rsidRDefault="00EA7318">
      <w:r>
        <w:t>He forgave, but protected.</w:t>
      </w:r>
      <w:r>
        <w:br/>
      </w:r>
    </w:p>
    <w:p w14:paraId="4ED4F335" w14:textId="77777777" w:rsidR="002E3EF2" w:rsidRDefault="00EA7318">
      <w:r>
        <w:t>He spoke truth, but withdrew when dishonor persisted.</w:t>
      </w:r>
      <w:r>
        <w:br/>
      </w:r>
    </w:p>
    <w:p w14:paraId="5A831769" w14:textId="77777777" w:rsidR="002E3EF2" w:rsidRDefault="00EA7318">
      <w:r>
        <w:t>He set boundaries, but never from bitterness.</w:t>
      </w:r>
      <w:r>
        <w:br/>
      </w:r>
    </w:p>
    <w:p w14:paraId="72260B35" w14:textId="77777777" w:rsidR="002E3EF2" w:rsidRDefault="00EA7318">
      <w:r>
        <w:t>This is not passive love.</w:t>
      </w:r>
    </w:p>
    <w:p w14:paraId="3888D7F5" w14:textId="77777777" w:rsidR="002E3EF2" w:rsidRDefault="00EA7318">
      <w:r>
        <w:t>This is sovereign compassion.</w:t>
      </w:r>
    </w:p>
    <w:p w14:paraId="74D19476" w14:textId="77777777" w:rsidR="002E3EF2" w:rsidRDefault="00EA7318">
      <w:r>
        <w:t>When one stops arguing with illusion and starts honoring their own soul, they step into the path of the Prophet—not in dogma, but in energetic alignment.</w:t>
      </w:r>
    </w:p>
    <w:p w14:paraId="2739777E" w14:textId="77777777" w:rsidR="002E3EF2" w:rsidRDefault="002E3EF2"/>
    <w:p w14:paraId="62A9E394" w14:textId="77777777" w:rsidR="002E3EF2" w:rsidRDefault="00EA7318">
      <w:pPr>
        <w:pStyle w:val="Heading3"/>
      </w:pPr>
      <w:r>
        <w:t>Sabr – The Sword of Spiritual Resilience</w:t>
      </w:r>
    </w:p>
    <w:p w14:paraId="2A8C978F" w14:textId="77777777" w:rsidR="002E3EF2" w:rsidRDefault="00EA7318">
      <w:r>
        <w:t>In Arabic, sabr is often translated as patience. But its truer meaning is spiritual resilience—the capacity to remain inwardly grounded in the face of external chaos.</w:t>
      </w:r>
    </w:p>
    <w:p w14:paraId="6E9F06EA" w14:textId="77777777" w:rsidR="002E3EF2" w:rsidRDefault="00EA7318">
      <w:r>
        <w:t>This is not endurance born of self-denial.</w:t>
      </w:r>
    </w:p>
    <w:p w14:paraId="65D92129" w14:textId="77777777" w:rsidR="002E3EF2" w:rsidRDefault="00EA7318">
      <w:r>
        <w:t>This is endurance born of remembrance.</w:t>
      </w:r>
    </w:p>
    <w:p w14:paraId="55DA2026" w14:textId="77777777" w:rsidR="002E3EF2" w:rsidRDefault="00EA7318">
      <w:r>
        <w:t>Sabr is what allows you to remain unmoved by manipulation.</w:t>
      </w:r>
    </w:p>
    <w:p w14:paraId="2C102E1E" w14:textId="77777777" w:rsidR="002E3EF2" w:rsidRDefault="00EA7318">
      <w:r>
        <w:lastRenderedPageBreak/>
        <w:t>To see clearly without collapsing into judgment.</w:t>
      </w:r>
    </w:p>
    <w:p w14:paraId="03C60659" w14:textId="77777777" w:rsidR="002E3EF2" w:rsidRDefault="00EA7318">
      <w:r>
        <w:t>To choose stillness instead of retaliation.</w:t>
      </w:r>
    </w:p>
    <w:p w14:paraId="5EEE48D1" w14:textId="77777777" w:rsidR="002E3EF2" w:rsidRDefault="00EA7318">
      <w:r>
        <w:t>When you cultivate sabr, you begin to understand:</w:t>
      </w:r>
    </w:p>
    <w:p w14:paraId="766C5483" w14:textId="77777777" w:rsidR="002E3EF2" w:rsidRDefault="00EA7318">
      <w:r>
        <w:t>You do not have to prove your goodness.</w:t>
      </w:r>
    </w:p>
    <w:p w14:paraId="34F31695" w14:textId="77777777" w:rsidR="002E3EF2" w:rsidRDefault="00EA7318">
      <w:r>
        <w:t>You do not have to earn being seen.</w:t>
      </w:r>
    </w:p>
    <w:p w14:paraId="6CB628AB" w14:textId="77777777" w:rsidR="002E3EF2" w:rsidRDefault="00EA7318">
      <w:r>
        <w:t>You do not have to remain where distortion reigns.</w:t>
      </w:r>
    </w:p>
    <w:p w14:paraId="23432075" w14:textId="77777777" w:rsidR="002E3EF2" w:rsidRDefault="00EA7318">
      <w:r>
        <w:t xml:space="preserve">You choose peace over </w:t>
      </w:r>
      <w:r>
        <w:t>potential.</w:t>
      </w:r>
    </w:p>
    <w:p w14:paraId="6140F767" w14:textId="77777777" w:rsidR="002E3EF2" w:rsidRDefault="00EA7318">
      <w:r>
        <w:t>.</w:t>
      </w:r>
      <w:r>
        <w:br/>
      </w:r>
    </w:p>
    <w:p w14:paraId="14600E86" w14:textId="77777777" w:rsidR="002E3EF2" w:rsidRDefault="00EA7318">
      <w:pPr>
        <w:pStyle w:val="Heading2"/>
      </w:pPr>
      <w:r>
        <w:t>Chapter 5: The Shattered Vessel – Kabbalah, Tikkun, and the Light Hidden in the Wound</w:t>
      </w:r>
    </w:p>
    <w:p w14:paraId="4419F7EE" w14:textId="77777777" w:rsidR="002E3EF2" w:rsidRDefault="00EA7318">
      <w:r>
        <w:t>“There is nothing so whole as a broken heart.”</w:t>
      </w:r>
    </w:p>
    <w:p w14:paraId="334949B7" w14:textId="77777777" w:rsidR="002E3EF2" w:rsidRDefault="00EA7318">
      <w:r>
        <w:t>— Rabbi Menachem Mendel of Kotzk</w:t>
      </w:r>
    </w:p>
    <w:p w14:paraId="1D9DCCAC" w14:textId="77777777" w:rsidR="002E3EF2" w:rsidRDefault="00EA7318">
      <w:r>
        <w:t>“The wound is the place where the Light enters you.”</w:t>
      </w:r>
    </w:p>
    <w:p w14:paraId="49C19822" w14:textId="77777777" w:rsidR="002E3EF2" w:rsidRDefault="00EA7318">
      <w:r>
        <w:t>— Rumi</w:t>
      </w:r>
    </w:p>
    <w:p w14:paraId="22F62C4A" w14:textId="77777777" w:rsidR="002E3EF2" w:rsidRDefault="002E3EF2"/>
    <w:p w14:paraId="590DE7DA" w14:textId="77777777" w:rsidR="002E3EF2" w:rsidRDefault="00EA7318">
      <w:r>
        <w:t>Kabbalistic mysticism begins with a paradox: Creation was a catastrophe.</w:t>
      </w:r>
    </w:p>
    <w:p w14:paraId="05846F4A" w14:textId="77777777" w:rsidR="002E3EF2" w:rsidRDefault="00EA7318">
      <w:r>
        <w:t>In the beginning, the Divine poured infinite Light into vessels meant to hold it. But the Light was too vast. The vessels shattered. Divine sparks were scattered across the universe—hidden in matter, buried in soul, forgotten in suffering.</w:t>
      </w:r>
    </w:p>
    <w:p w14:paraId="44AE1C3C" w14:textId="77777777" w:rsidR="002E3EF2" w:rsidRDefault="00EA7318">
      <w:r>
        <w:t>This is the Shevirat ha-Kelim—the Breaking of the Vessels.</w:t>
      </w:r>
    </w:p>
    <w:p w14:paraId="667E0608" w14:textId="77777777" w:rsidR="002E3EF2" w:rsidRDefault="00EA7318">
      <w:r>
        <w:t>And it is not a myth.</w:t>
      </w:r>
    </w:p>
    <w:p w14:paraId="0BBA51C0" w14:textId="77777777" w:rsidR="002E3EF2" w:rsidRDefault="00EA7318">
      <w:r>
        <w:t>It is the story of trauma.</w:t>
      </w:r>
    </w:p>
    <w:p w14:paraId="05DEFB5C" w14:textId="77777777" w:rsidR="002E3EF2" w:rsidRDefault="00EA7318">
      <w:r>
        <w:t>To encounter narcissistic energy is to experience this cosmic fracturing on a personal level. One’s inner structure—once coherent—is split. Gaslighting erodes memory. Projection scrambles intuition. Emotional betrayal fractures identity.</w:t>
      </w:r>
    </w:p>
    <w:p w14:paraId="565DAC45" w14:textId="77777777" w:rsidR="002E3EF2" w:rsidRDefault="00EA7318">
      <w:r>
        <w:t>You are not broken.</w:t>
      </w:r>
    </w:p>
    <w:p w14:paraId="62A6C794" w14:textId="77777777" w:rsidR="002E3EF2" w:rsidRDefault="00EA7318">
      <w:r>
        <w:t>You are mirroring the primordial rupture.</w:t>
      </w:r>
    </w:p>
    <w:p w14:paraId="334363EA" w14:textId="77777777" w:rsidR="002E3EF2" w:rsidRDefault="00EA7318">
      <w:r>
        <w:t>And just as in the beginning, the answer is not escape.</w:t>
      </w:r>
    </w:p>
    <w:p w14:paraId="3B5CD81B" w14:textId="77777777" w:rsidR="002E3EF2" w:rsidRDefault="00EA7318">
      <w:r>
        <w:lastRenderedPageBreak/>
        <w:t>It is Tikkun—the sacred work of repair.</w:t>
      </w:r>
    </w:p>
    <w:p w14:paraId="73DB6450" w14:textId="77777777" w:rsidR="002E3EF2" w:rsidRDefault="002E3EF2"/>
    <w:p w14:paraId="42A44F77" w14:textId="77777777" w:rsidR="002E3EF2" w:rsidRDefault="00EA7318">
      <w:pPr>
        <w:pStyle w:val="Heading3"/>
      </w:pPr>
      <w:r>
        <w:t>Tikkun ha-Nefesh – The Repair of the Soul</w:t>
      </w:r>
    </w:p>
    <w:p w14:paraId="3489728E" w14:textId="77777777" w:rsidR="002E3EF2" w:rsidRDefault="00EA7318">
      <w:r>
        <w:t>The Kabbalists taught that each soul carries a unique configuration of divine sparks. These sparks become buried through trauma, shame, and forgetting. But they are never lost. They are waiting to be reclaimed.</w:t>
      </w:r>
    </w:p>
    <w:p w14:paraId="17FC81C3" w14:textId="77777777" w:rsidR="002E3EF2" w:rsidRDefault="00EA7318">
      <w:r>
        <w:t>This reclamation is called Tikkun ha-Nefesh—repair of the soul.</w:t>
      </w:r>
    </w:p>
    <w:p w14:paraId="4D0AD6F4" w14:textId="77777777" w:rsidR="002E3EF2" w:rsidRDefault="00EA7318">
      <w:r>
        <w:t>It does not mean erasing the past.</w:t>
      </w:r>
    </w:p>
    <w:p w14:paraId="33E52290" w14:textId="77777777" w:rsidR="002E3EF2" w:rsidRDefault="00EA7318">
      <w:r>
        <w:t>It means weaving it into wisdom.</w:t>
      </w:r>
    </w:p>
    <w:p w14:paraId="786BB292" w14:textId="77777777" w:rsidR="002E3EF2" w:rsidRDefault="00EA7318">
      <w:r>
        <w:t>Tikkun is the act of gathering the scattered fragments, not to restore what was, but to become something wider, wiser, and more whole than before.</w:t>
      </w:r>
    </w:p>
    <w:p w14:paraId="56AE7716" w14:textId="77777777" w:rsidR="002E3EF2" w:rsidRDefault="00EA7318">
      <w:r>
        <w:t>The narcissist may have scattered your light.</w:t>
      </w:r>
    </w:p>
    <w:p w14:paraId="7E1B5DFB" w14:textId="77777777" w:rsidR="002E3EF2" w:rsidRDefault="00EA7318">
      <w:r>
        <w:t>But you are the one who will gather it.</w:t>
      </w:r>
    </w:p>
    <w:p w14:paraId="7AF161F6" w14:textId="77777777" w:rsidR="002E3EF2" w:rsidRDefault="002E3EF2"/>
    <w:p w14:paraId="19481D45" w14:textId="77777777" w:rsidR="002E3EF2" w:rsidRDefault="00EA7318">
      <w:pPr>
        <w:pStyle w:val="Heading3"/>
      </w:pPr>
      <w:r>
        <w:t>The Soul as a Map of Sparks</w:t>
      </w:r>
    </w:p>
    <w:p w14:paraId="7E97A020" w14:textId="77777777" w:rsidR="002E3EF2" w:rsidRDefault="00EA7318">
      <w:r>
        <w:t xml:space="preserve">Kabbalah teaches that the soul is not a singular flame, but a </w:t>
      </w:r>
      <w:r>
        <w:t>constellation of qualities—each one a vessel. When distortion occurs, these vessels crack. Not just through outer harm, but through the inner story we begin to believe:</w:t>
      </w:r>
    </w:p>
    <w:p w14:paraId="19E6F772" w14:textId="77777777" w:rsidR="002E3EF2" w:rsidRDefault="00EA7318">
      <w:r>
        <w:t>“I am not worthy.”</w:t>
      </w:r>
    </w:p>
    <w:p w14:paraId="4CAF81A4" w14:textId="77777777" w:rsidR="002E3EF2" w:rsidRDefault="00EA7318">
      <w:r>
        <w:t>“I am too much.”</w:t>
      </w:r>
    </w:p>
    <w:p w14:paraId="040D5762" w14:textId="77777777" w:rsidR="002E3EF2" w:rsidRDefault="00EA7318">
      <w:r>
        <w:t>“I must earn love to be safe.”</w:t>
      </w:r>
    </w:p>
    <w:p w14:paraId="0EDE062C" w14:textId="77777777" w:rsidR="002E3EF2" w:rsidRDefault="00EA7318">
      <w:r>
        <w:t>Each of these beliefs is a fallen vessel.</w:t>
      </w:r>
    </w:p>
    <w:p w14:paraId="769F88F8" w14:textId="77777777" w:rsidR="002E3EF2" w:rsidRDefault="00EA7318">
      <w:r>
        <w:t>Each healing moment is a spark being raised.</w:t>
      </w:r>
    </w:p>
    <w:p w14:paraId="61567AC4" w14:textId="77777777" w:rsidR="002E3EF2" w:rsidRDefault="00EA7318">
      <w:r>
        <w:t>This is not affirmation work. It is energetic redemption.</w:t>
      </w:r>
    </w:p>
    <w:p w14:paraId="4DB0A7F7" w14:textId="77777777" w:rsidR="002E3EF2" w:rsidRDefault="00EA7318">
      <w:r>
        <w:t>To name the false belief is to expose it.</w:t>
      </w:r>
    </w:p>
    <w:p w14:paraId="0D2884C0" w14:textId="77777777" w:rsidR="002E3EF2" w:rsidRDefault="00EA7318">
      <w:r>
        <w:t>To expose it is to disempower it.</w:t>
      </w:r>
    </w:p>
    <w:p w14:paraId="6679814E" w14:textId="77777777" w:rsidR="002E3EF2" w:rsidRDefault="00EA7318">
      <w:r>
        <w:t>To disempower it is to lift the spark out of the shell.</w:t>
      </w:r>
    </w:p>
    <w:p w14:paraId="5E627915" w14:textId="77777777" w:rsidR="002E3EF2" w:rsidRDefault="00EA7318">
      <w:r>
        <w:t>The Kabbalists called these shells klipot—hardened husks around divine light. The narcissist lives entirely within klipot—unaware, reactive, armored. But those walking the path of Tikkun begin to feel the crackling of light beneath every wound.</w:t>
      </w:r>
    </w:p>
    <w:p w14:paraId="02CBFC1D" w14:textId="77777777" w:rsidR="002E3EF2" w:rsidRDefault="002E3EF2"/>
    <w:p w14:paraId="6693A413" w14:textId="77777777" w:rsidR="002E3EF2" w:rsidRDefault="00EA7318">
      <w:pPr>
        <w:pStyle w:val="Heading3"/>
      </w:pPr>
      <w:r>
        <w:t>You Were Never Meant to Stay Intact</w:t>
      </w:r>
    </w:p>
    <w:p w14:paraId="490A47F1" w14:textId="77777777" w:rsidR="002E3EF2" w:rsidRDefault="00EA7318">
      <w:r>
        <w:t>In this path, wholeness is not perfection.</w:t>
      </w:r>
    </w:p>
    <w:p w14:paraId="2A76CDA1" w14:textId="77777777" w:rsidR="002E3EF2" w:rsidRDefault="00EA7318">
      <w:r>
        <w:t>Wholeness is what arises through fragmentation.</w:t>
      </w:r>
    </w:p>
    <w:p w14:paraId="2ABB749A" w14:textId="77777777" w:rsidR="002E3EF2" w:rsidRDefault="00EA7318">
      <w:r>
        <w:t>In Egyptian myth, Isis does not erase the dismemberment of Osiris—she gathers the pieces, speaks sacred words, and resurrects him into a higher form.</w:t>
      </w:r>
    </w:p>
    <w:p w14:paraId="74750CFC" w14:textId="77777777" w:rsidR="002E3EF2" w:rsidRDefault="00EA7318">
      <w:r>
        <w:t>In Kabbalah, the same pattern unfolds:</w:t>
      </w:r>
    </w:p>
    <w:p w14:paraId="498025F8" w14:textId="77777777" w:rsidR="002E3EF2" w:rsidRDefault="00EA7318">
      <w:r>
        <w:t>Brokenness is not failure.</w:t>
      </w:r>
    </w:p>
    <w:p w14:paraId="543D6FB0" w14:textId="77777777" w:rsidR="002E3EF2" w:rsidRDefault="00EA7318">
      <w:r>
        <w:t>It is the terrain of initiation.</w:t>
      </w:r>
    </w:p>
    <w:p w14:paraId="53F28F8C" w14:textId="77777777" w:rsidR="002E3EF2" w:rsidRDefault="00EA7318">
      <w:r>
        <w:t>You become the priestess of your own repair.</w:t>
      </w:r>
    </w:p>
    <w:p w14:paraId="1B79DB2F" w14:textId="77777777" w:rsidR="002E3EF2" w:rsidRDefault="00EA7318">
      <w:r>
        <w:t>The mystic of your own reintegration.</w:t>
      </w:r>
    </w:p>
    <w:p w14:paraId="2CDA4E13" w14:textId="77777777" w:rsidR="002E3EF2" w:rsidRDefault="00EA7318">
      <w:r>
        <w:t>And your life becomes a map of rising sparks.</w:t>
      </w:r>
    </w:p>
    <w:p w14:paraId="4DF20AFD" w14:textId="77777777" w:rsidR="002E3EF2" w:rsidRDefault="002E3EF2"/>
    <w:p w14:paraId="599C6ED0" w14:textId="77777777" w:rsidR="002E3EF2" w:rsidRDefault="00EA7318">
      <w:pPr>
        <w:pStyle w:val="Heading3"/>
      </w:pPr>
      <w:r>
        <w:t xml:space="preserve">Teshuvah – </w:t>
      </w:r>
      <w:r>
        <w:t>The Return to Essence</w:t>
      </w:r>
    </w:p>
    <w:p w14:paraId="615418C6" w14:textId="77777777" w:rsidR="002E3EF2" w:rsidRDefault="00EA7318">
      <w:r>
        <w:t>In Hebrew, the word teshuvah is often translated as “repentance,” but its deeper meaning is return. Not return to behavior, but return to the soul’s essence.</w:t>
      </w:r>
    </w:p>
    <w:p w14:paraId="72473D64" w14:textId="77777777" w:rsidR="002E3EF2" w:rsidRDefault="00EA7318">
      <w:r>
        <w:t>The narcissist offered you distortion.</w:t>
      </w:r>
    </w:p>
    <w:p w14:paraId="320B20E3" w14:textId="77777777" w:rsidR="002E3EF2" w:rsidRDefault="00EA7318">
      <w:r>
        <w:t>They showed you a mask, demanded a performance, and punished your authenticity.</w:t>
      </w:r>
    </w:p>
    <w:p w14:paraId="6FF96C2B" w14:textId="77777777" w:rsidR="002E3EF2" w:rsidRDefault="00EA7318">
      <w:r>
        <w:t>But that pain became a doorway.</w:t>
      </w:r>
    </w:p>
    <w:p w14:paraId="4EB7A74E" w14:textId="77777777" w:rsidR="002E3EF2" w:rsidRDefault="00EA7318">
      <w:r>
        <w:t>Through their blindness, you began to see.</w:t>
      </w:r>
    </w:p>
    <w:p w14:paraId="769A3493" w14:textId="77777777" w:rsidR="002E3EF2" w:rsidRDefault="00EA7318">
      <w:r>
        <w:t>Teshuvah is the moment you stop asking to be understood.</w:t>
      </w:r>
    </w:p>
    <w:p w14:paraId="14DFD20F" w14:textId="77777777" w:rsidR="002E3EF2" w:rsidRDefault="00EA7318">
      <w:r>
        <w:t>You stop waiting to be validated.</w:t>
      </w:r>
    </w:p>
    <w:p w14:paraId="698A3714" w14:textId="77777777" w:rsidR="002E3EF2" w:rsidRDefault="00EA7318">
      <w:r>
        <w:t>You stop needing to be chosen.</w:t>
      </w:r>
    </w:p>
    <w:p w14:paraId="766FEBDB" w14:textId="77777777" w:rsidR="002E3EF2" w:rsidRDefault="00EA7318">
      <w:r>
        <w:t xml:space="preserve">Instead, you </w:t>
      </w:r>
      <w:r>
        <w:t>return.</w:t>
      </w:r>
    </w:p>
    <w:p w14:paraId="3EB8187C" w14:textId="77777777" w:rsidR="002E3EF2" w:rsidRDefault="00EA7318">
      <w:r>
        <w:t>To silence.</w:t>
      </w:r>
    </w:p>
    <w:p w14:paraId="3790247D" w14:textId="77777777" w:rsidR="002E3EF2" w:rsidRDefault="00EA7318">
      <w:r>
        <w:t>To stillness.</w:t>
      </w:r>
    </w:p>
    <w:p w14:paraId="2FD4A847" w14:textId="77777777" w:rsidR="002E3EF2" w:rsidRDefault="00EA7318">
      <w:r>
        <w:t>To the Self behind the self.</w:t>
      </w:r>
    </w:p>
    <w:p w14:paraId="0C486F9B" w14:textId="77777777" w:rsidR="002E3EF2" w:rsidRDefault="00EA7318">
      <w:r>
        <w:t>And in that return, the shattered soul becomes holy ground.</w:t>
      </w:r>
    </w:p>
    <w:p w14:paraId="51EE4F8B" w14:textId="77777777" w:rsidR="002E3EF2" w:rsidRDefault="002E3EF2"/>
    <w:p w14:paraId="3E6E7737" w14:textId="77777777" w:rsidR="002E3EF2" w:rsidRDefault="00EA7318">
      <w:pPr>
        <w:pStyle w:val="Heading3"/>
      </w:pPr>
      <w:r>
        <w:t>From Fragmentation to Light</w:t>
      </w:r>
    </w:p>
    <w:p w14:paraId="2EE04C27" w14:textId="77777777" w:rsidR="002E3EF2" w:rsidRDefault="00EA7318">
      <w:r>
        <w:t>The Kabbalists did not fear brokenness.</w:t>
      </w:r>
    </w:p>
    <w:p w14:paraId="6DD63F78" w14:textId="77777777" w:rsidR="002E3EF2" w:rsidRDefault="00EA7318">
      <w:r>
        <w:t>They saw it as sacred raw material.</w:t>
      </w:r>
    </w:p>
    <w:p w14:paraId="4F4DCD7D" w14:textId="77777777" w:rsidR="002E3EF2" w:rsidRDefault="00EA7318">
      <w:r>
        <w:t>Each memory that once haunted you becomes a spark.</w:t>
      </w:r>
    </w:p>
    <w:p w14:paraId="76D107A7" w14:textId="77777777" w:rsidR="002E3EF2" w:rsidRDefault="00EA7318">
      <w:r>
        <w:t>Each collapse that once shamed you becomes a gate.</w:t>
      </w:r>
    </w:p>
    <w:p w14:paraId="4C1F8A4D" w14:textId="77777777" w:rsidR="002E3EF2" w:rsidRDefault="00EA7318">
      <w:r>
        <w:t>Each piece you once disowned becomes a throne for the divine.</w:t>
      </w:r>
    </w:p>
    <w:p w14:paraId="710996BE" w14:textId="77777777" w:rsidR="002E3EF2" w:rsidRDefault="00EA7318">
      <w:r>
        <w:t>You no longer ask, “Why did this happen to me?”</w:t>
      </w:r>
    </w:p>
    <w:p w14:paraId="17E8F102" w14:textId="77777777" w:rsidR="002E3EF2" w:rsidRDefault="00EA7318">
      <w:r>
        <w:t>You begin to ask, “What light is buried in this?”</w:t>
      </w:r>
    </w:p>
    <w:p w14:paraId="5E72A87A" w14:textId="77777777" w:rsidR="002E3EF2" w:rsidRDefault="00EA7318">
      <w:r>
        <w:t>And that question opens the door to Tikkun.</w:t>
      </w:r>
    </w:p>
    <w:p w14:paraId="6FB6267C" w14:textId="77777777" w:rsidR="002E3EF2" w:rsidRDefault="002E3EF2"/>
    <w:p w14:paraId="39EF5EE7" w14:textId="77777777" w:rsidR="002E3EF2" w:rsidRDefault="00EA7318">
      <w:r>
        <w:t>You are not what was done to you.</w:t>
      </w:r>
    </w:p>
    <w:p w14:paraId="2F18A780" w14:textId="77777777" w:rsidR="002E3EF2" w:rsidRDefault="00EA7318">
      <w:r>
        <w:t>You are the gatherer of sparks.</w:t>
      </w:r>
    </w:p>
    <w:p w14:paraId="5FDE9C56" w14:textId="77777777" w:rsidR="002E3EF2" w:rsidRDefault="00EA7318">
      <w:r>
        <w:t>The keeper of sacred fire.</w:t>
      </w:r>
    </w:p>
    <w:p w14:paraId="7A2069FA" w14:textId="77777777" w:rsidR="002E3EF2" w:rsidRDefault="00EA7318">
      <w:r>
        <w:t>The vessel now strong enough to hold the Light.</w:t>
      </w:r>
    </w:p>
    <w:p w14:paraId="488E9AC0" w14:textId="77777777" w:rsidR="002E3EF2" w:rsidRDefault="00EA7318">
      <w:r>
        <w:t>This is Tikkun.</w:t>
      </w:r>
    </w:p>
    <w:p w14:paraId="21D3860D" w14:textId="77777777" w:rsidR="002E3EF2" w:rsidRDefault="00EA7318">
      <w:r>
        <w:t>This is your holy repair.</w:t>
      </w:r>
    </w:p>
    <w:p w14:paraId="4ACA7371" w14:textId="77777777" w:rsidR="002E3EF2" w:rsidRDefault="00EA7318">
      <w:r>
        <w:t>This is how the shattered become whole—not in spite of the breaking,</w:t>
      </w:r>
    </w:p>
    <w:p w14:paraId="53BBA445" w14:textId="77777777" w:rsidR="002E3EF2" w:rsidRDefault="00EA7318">
      <w:r>
        <w:t>but because of it.</w:t>
      </w:r>
    </w:p>
    <w:p w14:paraId="6099CC52" w14:textId="77777777" w:rsidR="002E3EF2" w:rsidRDefault="002E3EF2"/>
    <w:p w14:paraId="07405D27" w14:textId="77777777" w:rsidR="002E3EF2" w:rsidRDefault="00EA7318">
      <w:r>
        <w:br/>
        <w:t>Chapter 6: The Test of Reaction – Where the Real Work Begins</w:t>
      </w:r>
    </w:p>
    <w:p w14:paraId="4B426235" w14:textId="77777777" w:rsidR="002E3EF2" w:rsidRDefault="00EA7318">
      <w:r>
        <w:t>“He who conquers others is strong;</w:t>
      </w:r>
    </w:p>
    <w:p w14:paraId="4CBE5834" w14:textId="77777777" w:rsidR="002E3EF2" w:rsidRDefault="00EA7318">
      <w:r>
        <w:t>he who conquers himself is mighty.”</w:t>
      </w:r>
    </w:p>
    <w:p w14:paraId="3D4AB1A3" w14:textId="77777777" w:rsidR="002E3EF2" w:rsidRDefault="00EA7318">
      <w:r>
        <w:t>— Tao Te Ching</w:t>
      </w:r>
    </w:p>
    <w:p w14:paraId="758D7F85" w14:textId="77777777" w:rsidR="002E3EF2" w:rsidRDefault="00EA7318">
      <w:r>
        <w:t>“Hold your form in the fire. That is the rite.”</w:t>
      </w:r>
    </w:p>
    <w:p w14:paraId="50621231" w14:textId="77777777" w:rsidR="002E3EF2" w:rsidRDefault="00EA7318">
      <w:r>
        <w:t xml:space="preserve">— </w:t>
      </w:r>
      <w:r>
        <w:t>Initiatory axiom of the Mystery Schools</w:t>
      </w:r>
    </w:p>
    <w:p w14:paraId="5D60CBD3" w14:textId="77777777" w:rsidR="002E3EF2" w:rsidRDefault="002E3EF2"/>
    <w:p w14:paraId="65783850" w14:textId="77777777" w:rsidR="002E3EF2" w:rsidRDefault="00EA7318">
      <w:r>
        <w:t>There is a moment in every initiatory path when the fire stops being symbolic.</w:t>
      </w:r>
    </w:p>
    <w:p w14:paraId="50154D06" w14:textId="77777777" w:rsidR="002E3EF2" w:rsidRDefault="00EA7318">
      <w:r>
        <w:t>It comes as a look, a word, a silence, a slight. The narcissist says or does something that slices open the old wound with surgical precision. Rage rises. Panic flares. The nervous system lights up like a battlefield. You are no longer reading the book—you are in the ritual.</w:t>
      </w:r>
    </w:p>
    <w:p w14:paraId="5C38B199" w14:textId="77777777" w:rsidR="002E3EF2" w:rsidRDefault="00EA7318">
      <w:r>
        <w:t>This is the real initiation.</w:t>
      </w:r>
    </w:p>
    <w:p w14:paraId="0602334C" w14:textId="77777777" w:rsidR="002E3EF2" w:rsidRDefault="00EA7318">
      <w:r>
        <w:t>Not the theory. Not the remembering. Not the insight.</w:t>
      </w:r>
    </w:p>
    <w:p w14:paraId="1D768FA0" w14:textId="77777777" w:rsidR="002E3EF2" w:rsidRDefault="00EA7318">
      <w:r>
        <w:t>The moment you are triggered is the gate.</w:t>
      </w:r>
    </w:p>
    <w:p w14:paraId="6870BC9F" w14:textId="77777777" w:rsidR="002E3EF2" w:rsidRDefault="00EA7318">
      <w:r>
        <w:t>And how you respond in that moment determines whether you collapse into your conditioning, or rise into your sovereignty.</w:t>
      </w:r>
    </w:p>
    <w:p w14:paraId="48011540" w14:textId="77777777" w:rsidR="002E3EF2" w:rsidRDefault="002E3EF2"/>
    <w:p w14:paraId="6C990AE5" w14:textId="77777777" w:rsidR="002E3EF2" w:rsidRDefault="00EA7318">
      <w:pPr>
        <w:pStyle w:val="Heading3"/>
      </w:pPr>
      <w:r>
        <w:t>This Is the Sacred Trial</w:t>
      </w:r>
    </w:p>
    <w:p w14:paraId="4643DA71" w14:textId="77777777" w:rsidR="002E3EF2" w:rsidRDefault="00EA7318">
      <w:r>
        <w:t>In the ancient Mystery Schools, initiates were subjected to trials designed to provoke their deepest emotional patterns. The point wasn’t to see how holy they were—it was to see how stable their soul had become.</w:t>
      </w:r>
    </w:p>
    <w:p w14:paraId="3420066E" w14:textId="77777777" w:rsidR="002E3EF2" w:rsidRDefault="00EA7318">
      <w:r>
        <w:t>Could they remain grounded when insulted?</w:t>
      </w:r>
      <w:r>
        <w:br/>
      </w:r>
    </w:p>
    <w:p w14:paraId="4BA37A95" w14:textId="77777777" w:rsidR="002E3EF2" w:rsidRDefault="00EA7318">
      <w:r>
        <w:t>Could they hold silence in the face of attack?</w:t>
      </w:r>
      <w:r>
        <w:br/>
      </w:r>
    </w:p>
    <w:p w14:paraId="59A2910D" w14:textId="77777777" w:rsidR="002E3EF2" w:rsidRDefault="00EA7318">
      <w:r>
        <w:t>Could they discern truth from illusion under pressure?</w:t>
      </w:r>
      <w:r>
        <w:br/>
      </w:r>
    </w:p>
    <w:p w14:paraId="4CA38147" w14:textId="77777777" w:rsidR="002E3EF2" w:rsidRDefault="00EA7318">
      <w:r>
        <w:t>This was not about suppression. It was about mastery.</w:t>
      </w:r>
    </w:p>
    <w:p w14:paraId="37A36DAA" w14:textId="77777777" w:rsidR="002E3EF2" w:rsidRDefault="00EA7318">
      <w:r>
        <w:t>We now live in a world where emotional reactivity is so normalized, so unexamined, that calm presence feels revolutionary. To remain clear and still in the face of chaos is not passive—it is priestly.</w:t>
      </w:r>
    </w:p>
    <w:p w14:paraId="13B2E9AD" w14:textId="77777777" w:rsidR="002E3EF2" w:rsidRDefault="00EA7318">
      <w:r>
        <w:t>If you can do this, you are practicing a level of emotional maturity that most of society has never even glimpsed.</w:t>
      </w:r>
    </w:p>
    <w:p w14:paraId="51BB604C" w14:textId="77777777" w:rsidR="002E3EF2" w:rsidRDefault="002E3EF2"/>
    <w:p w14:paraId="1C6A2445" w14:textId="77777777" w:rsidR="002E3EF2" w:rsidRDefault="00EA7318">
      <w:pPr>
        <w:pStyle w:val="Heading3"/>
      </w:pPr>
      <w:r>
        <w:t>What the Gods Are Watching</w:t>
      </w:r>
    </w:p>
    <w:p w14:paraId="2EFE2AAF" w14:textId="77777777" w:rsidR="002E3EF2" w:rsidRDefault="00EA7318">
      <w:r>
        <w:t xml:space="preserve">In the inner temples, it was believed that the gods do not test you to punish you—they test you to </w:t>
      </w:r>
      <w:r>
        <w:t>promote you.</w:t>
      </w:r>
    </w:p>
    <w:p w14:paraId="67B83737" w14:textId="77777777" w:rsidR="002E3EF2" w:rsidRDefault="00EA7318">
      <w:r>
        <w:t>They already know your heart.</w:t>
      </w:r>
    </w:p>
    <w:p w14:paraId="212B294D" w14:textId="77777777" w:rsidR="002E3EF2" w:rsidRDefault="00EA7318">
      <w:r>
        <w:lastRenderedPageBreak/>
        <w:t>What they need to see is: Can you hold your frequency in the fire?</w:t>
      </w:r>
    </w:p>
    <w:p w14:paraId="0FDC2D2B" w14:textId="77777777" w:rsidR="002E3EF2" w:rsidRDefault="00EA7318">
      <w:r>
        <w:t>Because anyone can speak of boundaries until they are violated.</w:t>
      </w:r>
    </w:p>
    <w:p w14:paraId="0CBD74F6" w14:textId="77777777" w:rsidR="002E3EF2" w:rsidRDefault="00EA7318">
      <w:r>
        <w:t>Anyone can say they are healed until the old ghost returns.</w:t>
      </w:r>
    </w:p>
    <w:p w14:paraId="5B3CA688" w14:textId="77777777" w:rsidR="002E3EF2" w:rsidRDefault="00EA7318">
      <w:r>
        <w:t xml:space="preserve">Anyone can </w:t>
      </w:r>
      <w:r>
        <w:t>declare their sovereignty—until the narcissist reappears.</w:t>
      </w:r>
    </w:p>
    <w:p w14:paraId="40CD8CD8" w14:textId="77777777" w:rsidR="002E3EF2" w:rsidRDefault="00EA7318">
      <w:r>
        <w:t>The gods are not interested in performance.</w:t>
      </w:r>
    </w:p>
    <w:p w14:paraId="28A1015A" w14:textId="77777777" w:rsidR="002E3EF2" w:rsidRDefault="00EA7318">
      <w:r>
        <w:t>They are watching for embodiment.</w:t>
      </w:r>
    </w:p>
    <w:p w14:paraId="43BDAD17" w14:textId="77777777" w:rsidR="002E3EF2" w:rsidRDefault="00EA7318">
      <w:r>
        <w:t>When you feel the storm rising within you—but choose stillness, clarity, or silence…</w:t>
      </w:r>
    </w:p>
    <w:p w14:paraId="5EA62B90" w14:textId="77777777" w:rsidR="002E3EF2" w:rsidRDefault="00EA7318">
      <w:r>
        <w:t>When you want to scream, collapse, or beg—but you breathe instead…</w:t>
      </w:r>
    </w:p>
    <w:p w14:paraId="27E215D8" w14:textId="77777777" w:rsidR="002E3EF2" w:rsidRDefault="00EA7318">
      <w:r>
        <w:t>You pass the trial.</w:t>
      </w:r>
    </w:p>
    <w:p w14:paraId="276CD3D7" w14:textId="77777777" w:rsidR="002E3EF2" w:rsidRDefault="00EA7318">
      <w:r>
        <w:t>Not by denying your pain, but by choosing not to let it drive you.</w:t>
      </w:r>
    </w:p>
    <w:p w14:paraId="1507A6D1" w14:textId="77777777" w:rsidR="002E3EF2" w:rsidRDefault="002E3EF2"/>
    <w:p w14:paraId="61974CE2" w14:textId="77777777" w:rsidR="002E3EF2" w:rsidRDefault="00EA7318">
      <w:pPr>
        <w:pStyle w:val="Heading3"/>
      </w:pPr>
      <w:r>
        <w:t>The New Standard of Power</w:t>
      </w:r>
    </w:p>
    <w:p w14:paraId="046D5358" w14:textId="77777777" w:rsidR="002E3EF2" w:rsidRDefault="00EA7318">
      <w:r>
        <w:t>What you’re learning is rare. Sacred.</w:t>
      </w:r>
    </w:p>
    <w:p w14:paraId="71231741" w14:textId="77777777" w:rsidR="002E3EF2" w:rsidRDefault="00EA7318">
      <w:r>
        <w:t>And it is not taught in schools or society.</w:t>
      </w:r>
    </w:p>
    <w:p w14:paraId="6A4012F8" w14:textId="77777777" w:rsidR="002E3EF2" w:rsidRDefault="00EA7318">
      <w:r>
        <w:t>This is the embodied alchemy of restraint.</w:t>
      </w:r>
    </w:p>
    <w:p w14:paraId="3724A5C3" w14:textId="77777777" w:rsidR="002E3EF2" w:rsidRDefault="00EA7318">
      <w:r>
        <w:t>It is not repression.</w:t>
      </w:r>
    </w:p>
    <w:p w14:paraId="13F7F260" w14:textId="77777777" w:rsidR="002E3EF2" w:rsidRDefault="00EA7318">
      <w:r>
        <w:t>It is not submission.</w:t>
      </w:r>
    </w:p>
    <w:p w14:paraId="2A19F9C2" w14:textId="77777777" w:rsidR="002E3EF2" w:rsidRDefault="00EA7318">
      <w:r>
        <w:t>It is the act of holding your frequency as an offering to your own soul.</w:t>
      </w:r>
    </w:p>
    <w:p w14:paraId="418F59C0" w14:textId="77777777" w:rsidR="002E3EF2" w:rsidRDefault="00EA7318">
      <w:r>
        <w:t>In the Gnostic, Hermetic, and Taoist traditions, this is where power begins—not when you dominate another, but when you cease to be dominated by your own reactivity.</w:t>
      </w:r>
    </w:p>
    <w:p w14:paraId="3372DF29" w14:textId="77777777" w:rsidR="002E3EF2" w:rsidRDefault="00EA7318">
      <w:r>
        <w:t>The narcissist thrives on your reaction.</w:t>
      </w:r>
    </w:p>
    <w:p w14:paraId="58E7FB83" w14:textId="77777777" w:rsidR="002E3EF2" w:rsidRDefault="00EA7318">
      <w:r>
        <w:t>When you stop feeding the pattern, the illusion starts to dissolve.</w:t>
      </w:r>
    </w:p>
    <w:p w14:paraId="56A8C5B4" w14:textId="77777777" w:rsidR="002E3EF2" w:rsidRDefault="002E3EF2"/>
    <w:p w14:paraId="23B5608F" w14:textId="77777777" w:rsidR="002E3EF2" w:rsidRDefault="00EA7318">
      <w:pPr>
        <w:pStyle w:val="Heading3"/>
      </w:pPr>
      <w:r>
        <w:t>What Mastery Actually Looks Like</w:t>
      </w:r>
    </w:p>
    <w:p w14:paraId="00462372" w14:textId="77777777" w:rsidR="002E3EF2" w:rsidRDefault="00EA7318">
      <w:r>
        <w:t>Mastery is not being emotionless.</w:t>
      </w:r>
    </w:p>
    <w:p w14:paraId="1DCA898F" w14:textId="77777777" w:rsidR="002E3EF2" w:rsidRDefault="00EA7318">
      <w:r>
        <w:t>Mastery is having emotion, and choosing not to weaponize it.</w:t>
      </w:r>
    </w:p>
    <w:p w14:paraId="7E0BEED1" w14:textId="77777777" w:rsidR="002E3EF2" w:rsidRDefault="00EA7318">
      <w:r>
        <w:t>Mastery is not spiritual bypass.</w:t>
      </w:r>
    </w:p>
    <w:p w14:paraId="2AD5B52C" w14:textId="77777777" w:rsidR="002E3EF2" w:rsidRDefault="00EA7318">
      <w:r>
        <w:lastRenderedPageBreak/>
        <w:t>It is spiritual command.</w:t>
      </w:r>
    </w:p>
    <w:p w14:paraId="63942C61" w14:textId="77777777" w:rsidR="002E3EF2" w:rsidRDefault="00EA7318">
      <w:r>
        <w:t>Mastery is the capacity to say,</w:t>
      </w:r>
    </w:p>
    <w:p w14:paraId="46776572" w14:textId="77777777" w:rsidR="002E3EF2" w:rsidRDefault="00EA7318">
      <w:r>
        <w:t>“I will not let this moment decide who I am.”</w:t>
      </w:r>
    </w:p>
    <w:p w14:paraId="6D7BA8F1" w14:textId="77777777" w:rsidR="002E3EF2" w:rsidRDefault="00EA7318">
      <w:r>
        <w:t>“I do not need to collapse to feel.”</w:t>
      </w:r>
    </w:p>
    <w:p w14:paraId="3C0D2049" w14:textId="77777777" w:rsidR="002E3EF2" w:rsidRDefault="00EA7318">
      <w:r>
        <w:t>“I do not need to perform to be powerful.”</w:t>
      </w:r>
    </w:p>
    <w:p w14:paraId="5E9C5839" w14:textId="77777777" w:rsidR="002E3EF2" w:rsidRDefault="00EA7318">
      <w:r>
        <w:t>This is not easy.</w:t>
      </w:r>
    </w:p>
    <w:p w14:paraId="2EF17C64" w14:textId="77777777" w:rsidR="002E3EF2" w:rsidRDefault="00EA7318">
      <w:r>
        <w:t>But it is sacred.</w:t>
      </w:r>
    </w:p>
    <w:p w14:paraId="013DE192" w14:textId="77777777" w:rsidR="002E3EF2" w:rsidRDefault="002E3EF2"/>
    <w:p w14:paraId="3E035E54" w14:textId="77777777" w:rsidR="002E3EF2" w:rsidRDefault="00EA7318">
      <w:r>
        <w:t>You are no longer just healing.</w:t>
      </w:r>
    </w:p>
    <w:p w14:paraId="22469083" w14:textId="77777777" w:rsidR="002E3EF2" w:rsidRDefault="00EA7318">
      <w:r>
        <w:t>You are demonstrating the embodiment of light.</w:t>
      </w:r>
    </w:p>
    <w:p w14:paraId="0822C849" w14:textId="77777777" w:rsidR="002E3EF2" w:rsidRDefault="00EA7318">
      <w:r>
        <w:t>This is the trial.</w:t>
      </w:r>
    </w:p>
    <w:p w14:paraId="396A5211" w14:textId="77777777" w:rsidR="002E3EF2" w:rsidRDefault="00EA7318">
      <w:r>
        <w:t>This is the turning.</w:t>
      </w:r>
    </w:p>
    <w:p w14:paraId="3EDB1CD5" w14:textId="77777777" w:rsidR="002E3EF2" w:rsidRDefault="00EA7318">
      <w:r>
        <w:t>This is the moment when the soul steps forward and the story begins to change.</w:t>
      </w:r>
    </w:p>
    <w:p w14:paraId="76EDFC3B" w14:textId="77777777" w:rsidR="002E3EF2" w:rsidRDefault="00EA7318">
      <w:r>
        <w:t xml:space="preserve">And that—quietly, fiercely, </w:t>
      </w:r>
      <w:r>
        <w:t>inwardly—is power.</w:t>
      </w:r>
      <w:r>
        <w:br/>
        <w:t>Chapter 7: The Sacred Pause – Frequency, Boundaries, and Energetic Sovereignty</w:t>
      </w:r>
    </w:p>
    <w:p w14:paraId="22F25002" w14:textId="77777777" w:rsidR="002E3EF2" w:rsidRDefault="00EA7318">
      <w:r>
        <w:t>“Withdraw into yourself and look.</w:t>
      </w:r>
    </w:p>
    <w:p w14:paraId="44F417D8" w14:textId="77777777" w:rsidR="002E3EF2" w:rsidRDefault="00EA7318">
      <w:r>
        <w:t>And if you do not find yourself beautiful yet,</w:t>
      </w:r>
    </w:p>
    <w:p w14:paraId="63439F5F" w14:textId="77777777" w:rsidR="002E3EF2" w:rsidRDefault="00EA7318">
      <w:r>
        <w:t>act as does the creator of a statue…</w:t>
      </w:r>
    </w:p>
    <w:p w14:paraId="3445DA8D" w14:textId="77777777" w:rsidR="002E3EF2" w:rsidRDefault="00EA7318">
      <w:r>
        <w:t>cut away all that is excessive, straighten all that is crooked.”</w:t>
      </w:r>
    </w:p>
    <w:p w14:paraId="76DE214B" w14:textId="77777777" w:rsidR="002E3EF2" w:rsidRDefault="00EA7318">
      <w:r>
        <w:t>— Plotinus, Enneads</w:t>
      </w:r>
    </w:p>
    <w:p w14:paraId="42B044CA" w14:textId="77777777" w:rsidR="002E3EF2" w:rsidRDefault="00EA7318">
      <w:r>
        <w:t>“The Archons feed on your reaction.”</w:t>
      </w:r>
    </w:p>
    <w:p w14:paraId="7F4BCDAC" w14:textId="77777777" w:rsidR="002E3EF2" w:rsidRDefault="00EA7318">
      <w:r>
        <w:t>— Gnostic Teaching</w:t>
      </w:r>
    </w:p>
    <w:p w14:paraId="1A1E4CF4" w14:textId="77777777" w:rsidR="002E3EF2" w:rsidRDefault="002E3EF2"/>
    <w:p w14:paraId="177ADDB9" w14:textId="77777777" w:rsidR="002E3EF2" w:rsidRDefault="00EA7318">
      <w:r>
        <w:t>Once you pass the test of reactivity, something quieter—and more powerful—emerges:</w:t>
      </w:r>
    </w:p>
    <w:p w14:paraId="5F98B4B5" w14:textId="77777777" w:rsidR="002E3EF2" w:rsidRDefault="00EA7318">
      <w:r>
        <w:t>The Pause.</w:t>
      </w:r>
    </w:p>
    <w:p w14:paraId="00596DEE" w14:textId="77777777" w:rsidR="002E3EF2" w:rsidRDefault="00EA7318">
      <w:r>
        <w:t>It is not absence. It is presence.</w:t>
      </w:r>
    </w:p>
    <w:p w14:paraId="01DB05B4" w14:textId="77777777" w:rsidR="002E3EF2" w:rsidRDefault="00EA7318">
      <w:r>
        <w:lastRenderedPageBreak/>
        <w:t xml:space="preserve">It is not silence as </w:t>
      </w:r>
      <w:r>
        <w:t>suppression. It is silence as sovereignty.</w:t>
      </w:r>
    </w:p>
    <w:p w14:paraId="4A766D62" w14:textId="77777777" w:rsidR="002E3EF2" w:rsidRDefault="00EA7318">
      <w:r>
        <w:t>This is the point where you stop fighting for control and begin to cultivate energetic command.</w:t>
      </w:r>
    </w:p>
    <w:p w14:paraId="3C4F2A26" w14:textId="77777777" w:rsidR="002E3EF2" w:rsidRDefault="00EA7318">
      <w:r>
        <w:t>In this pause, the soul learns what the mystics knew:</w:t>
      </w:r>
    </w:p>
    <w:p w14:paraId="4410BA63" w14:textId="77777777" w:rsidR="002E3EF2" w:rsidRDefault="00EA7318">
      <w:r>
        <w:t>The real work is not defeating distortion—it is no longer feeding it.</w:t>
      </w:r>
    </w:p>
    <w:p w14:paraId="50CB45D9" w14:textId="77777777" w:rsidR="002E3EF2" w:rsidRDefault="002E3EF2"/>
    <w:p w14:paraId="21438687" w14:textId="77777777" w:rsidR="002E3EF2" w:rsidRDefault="00EA7318">
      <w:pPr>
        <w:pStyle w:val="Heading3"/>
      </w:pPr>
      <w:r>
        <w:t>The Wisdom of the Ancients</w:t>
      </w:r>
    </w:p>
    <w:p w14:paraId="368CA3B6" w14:textId="77777777" w:rsidR="002E3EF2" w:rsidRDefault="00EA7318">
      <w:r>
        <w:t>Every mystical lineage offers tools for this moment—this post-trigger stillness, this mastery of internal atmosphere:</w:t>
      </w:r>
    </w:p>
    <w:p w14:paraId="4C715F93" w14:textId="77777777" w:rsidR="002E3EF2" w:rsidRDefault="00EA7318">
      <w:r>
        <w:t>The Gnostics warned of Archons—entities that feed on fear and attention. Their defense: Divine Remembrance.</w:t>
      </w:r>
      <w:r>
        <w:br/>
      </w:r>
    </w:p>
    <w:p w14:paraId="346C57CE" w14:textId="77777777" w:rsidR="002E3EF2" w:rsidRDefault="00EA7318">
      <w:r>
        <w:t>The Buddhists spoke of hungry ghosts—craving energy without satisfaction. Their medicine: Detachment and Presence.</w:t>
      </w:r>
      <w:r>
        <w:br/>
      </w:r>
    </w:p>
    <w:p w14:paraId="3B7145AA" w14:textId="77777777" w:rsidR="002E3EF2" w:rsidRDefault="00EA7318">
      <w:r>
        <w:t>Sufis battled the nafs through remembrance (dhikr) and energetic purity.</w:t>
      </w:r>
      <w:r>
        <w:br/>
      </w:r>
    </w:p>
    <w:p w14:paraId="038A5DB5" w14:textId="77777777" w:rsidR="002E3EF2" w:rsidRDefault="00EA7318">
      <w:r>
        <w:t xml:space="preserve">Indigenous traditions taught wetiko, the </w:t>
      </w:r>
      <w:r>
        <w:t>mind-virus of predatory hunger. Their protection: Ritual, Boundary, and Sacred Space.</w:t>
      </w:r>
      <w:r>
        <w:br/>
      </w:r>
    </w:p>
    <w:p w14:paraId="6E399F26" w14:textId="77777777" w:rsidR="002E3EF2" w:rsidRDefault="00EA7318">
      <w:r>
        <w:t>Kabbalists spoke of klipot—shells that trap divine light in distortion. Their work: Lift the spark without fighting the husk.</w:t>
      </w:r>
      <w:r>
        <w:br/>
      </w:r>
    </w:p>
    <w:p w14:paraId="339B7010" w14:textId="77777777" w:rsidR="002E3EF2" w:rsidRDefault="00EA7318">
      <w:r>
        <w:t>All of them taught this:</w:t>
      </w:r>
    </w:p>
    <w:p w14:paraId="6D26E802" w14:textId="77777777" w:rsidR="002E3EF2" w:rsidRDefault="00EA7318">
      <w:r>
        <w:t>Do not enter battle with distortion.</w:t>
      </w:r>
    </w:p>
    <w:p w14:paraId="089F7889" w14:textId="77777777" w:rsidR="002E3EF2" w:rsidRDefault="00EA7318">
      <w:r>
        <w:t>Hold your light so purely that it cannot find anything to feed on.</w:t>
      </w:r>
    </w:p>
    <w:p w14:paraId="68DFD125" w14:textId="77777777" w:rsidR="002E3EF2" w:rsidRDefault="002E3EF2"/>
    <w:p w14:paraId="6D676D2D" w14:textId="77777777" w:rsidR="002E3EF2" w:rsidRDefault="00EA7318">
      <w:pPr>
        <w:pStyle w:val="Heading3"/>
      </w:pPr>
      <w:r>
        <w:t>You Are the Temple Now</w:t>
      </w:r>
    </w:p>
    <w:p w14:paraId="33D45767" w14:textId="77777777" w:rsidR="002E3EF2" w:rsidRDefault="00EA7318">
      <w:r>
        <w:t>In the Egyptian temples, initiates passed through concentric chambers. The outer courtyard was public. The inner sanctuary was veiled. And the Holy of Holies was entered by invitation only.</w:t>
      </w:r>
    </w:p>
    <w:p w14:paraId="7429CE3A" w14:textId="77777777" w:rsidR="002E3EF2" w:rsidRDefault="00EA7318">
      <w:r>
        <w:t>This was not just architecture. It was a spiritual teaching.</w:t>
      </w:r>
    </w:p>
    <w:p w14:paraId="02D96FAD" w14:textId="77777777" w:rsidR="002E3EF2" w:rsidRDefault="00EA7318">
      <w:r>
        <w:lastRenderedPageBreak/>
        <w:t>Your energy is a temple.</w:t>
      </w:r>
    </w:p>
    <w:p w14:paraId="6A9DE2D6" w14:textId="77777777" w:rsidR="002E3EF2" w:rsidRDefault="00EA7318">
      <w:r>
        <w:t>Not every person deserves access to your inner sanctum.</w:t>
      </w:r>
    </w:p>
    <w:p w14:paraId="46142547" w14:textId="77777777" w:rsidR="002E3EF2" w:rsidRDefault="00EA7318">
      <w:r>
        <w:t>Not every conversation is worthy of your breath.</w:t>
      </w:r>
    </w:p>
    <w:p w14:paraId="0DE6F71A" w14:textId="77777777" w:rsidR="002E3EF2" w:rsidRDefault="00EA7318">
      <w:r>
        <w:t>Not every dynamic is meant to be resolved.</w:t>
      </w:r>
    </w:p>
    <w:p w14:paraId="70A25FE8" w14:textId="77777777" w:rsidR="002E3EF2" w:rsidRDefault="00EA7318">
      <w:r>
        <w:t>You are allowed to preserve your energy like sacred fire.</w:t>
      </w:r>
    </w:p>
    <w:p w14:paraId="204641B7" w14:textId="77777777" w:rsidR="002E3EF2" w:rsidRDefault="00EA7318">
      <w:r>
        <w:t>You are allowed to say, “I do not engage here.”</w:t>
      </w:r>
    </w:p>
    <w:p w14:paraId="4253DBAD" w14:textId="77777777" w:rsidR="002E3EF2" w:rsidRDefault="00EA7318">
      <w:r>
        <w:t>Not as punishment—but as protection of your own divinity.</w:t>
      </w:r>
    </w:p>
    <w:p w14:paraId="261F5FA7" w14:textId="77777777" w:rsidR="002E3EF2" w:rsidRDefault="002E3EF2"/>
    <w:p w14:paraId="1CA56169" w14:textId="77777777" w:rsidR="002E3EF2" w:rsidRDefault="00EA7318">
      <w:pPr>
        <w:pStyle w:val="Heading3"/>
      </w:pPr>
      <w:r>
        <w:t>Frequency Maintenance Is a Spiritual Practice</w:t>
      </w:r>
    </w:p>
    <w:p w14:paraId="0F96C786" w14:textId="77777777" w:rsidR="002E3EF2" w:rsidRDefault="00EA7318">
      <w:r>
        <w:t>In modern language, we call this energy management.</w:t>
      </w:r>
    </w:p>
    <w:p w14:paraId="26711302" w14:textId="77777777" w:rsidR="002E3EF2" w:rsidRDefault="00EA7318">
      <w:r>
        <w:t>But in ancient terms, it is frequency stewardship.</w:t>
      </w:r>
    </w:p>
    <w:p w14:paraId="5AF2F776" w14:textId="77777777" w:rsidR="002E3EF2" w:rsidRDefault="00EA7318">
      <w:r>
        <w:t>To the narcissist, the empath is not just emotionally available—they are energetically radiant. The empath radiates presence, empathy, love, insight. These are higher frequencies. And the narcissist, unable to generate them, seeks to extract them.</w:t>
      </w:r>
    </w:p>
    <w:p w14:paraId="360C4B80" w14:textId="77777777" w:rsidR="002E3EF2" w:rsidRDefault="00EA7318">
      <w:r>
        <w:t>This is not a relationship dynamic.</w:t>
      </w:r>
    </w:p>
    <w:p w14:paraId="10B93AFB" w14:textId="77777777" w:rsidR="002E3EF2" w:rsidRDefault="00EA7318">
      <w:r>
        <w:t>This is frequency vampirism.</w:t>
      </w:r>
    </w:p>
    <w:p w14:paraId="2D185B9E" w14:textId="77777777" w:rsidR="002E3EF2" w:rsidRDefault="00EA7318">
      <w:r>
        <w:t>But when you stop reacting—when you pause, contain, and hold—</w:t>
      </w:r>
    </w:p>
    <w:p w14:paraId="1A7F8B3A" w14:textId="77777777" w:rsidR="002E3EF2" w:rsidRDefault="00EA7318">
      <w:r>
        <w:t>You end the feast.</w:t>
      </w:r>
    </w:p>
    <w:p w14:paraId="2A0CE6D8" w14:textId="77777777" w:rsidR="002E3EF2" w:rsidRDefault="00EA7318">
      <w:r>
        <w:t>You seal the temple.</w:t>
      </w:r>
    </w:p>
    <w:p w14:paraId="4C00BDD7" w14:textId="77777777" w:rsidR="002E3EF2" w:rsidRDefault="00EA7318">
      <w:r>
        <w:t>You become untouchable.</w:t>
      </w:r>
    </w:p>
    <w:p w14:paraId="537FC4FC" w14:textId="77777777" w:rsidR="002E3EF2" w:rsidRDefault="00EA7318">
      <w:r>
        <w:t>Not by building walls—but by refining your presence until distortion cannot resonate with it.</w:t>
      </w:r>
    </w:p>
    <w:p w14:paraId="67B4D641" w14:textId="77777777" w:rsidR="002E3EF2" w:rsidRDefault="002E3EF2"/>
    <w:p w14:paraId="1F8C6C3C" w14:textId="77777777" w:rsidR="002E3EF2" w:rsidRDefault="00EA7318">
      <w:pPr>
        <w:pStyle w:val="Heading3"/>
      </w:pPr>
      <w:r>
        <w:t>Boundaries Are Not Walls. They Are Geometry.</w:t>
      </w:r>
    </w:p>
    <w:p w14:paraId="6920ED7F" w14:textId="77777777" w:rsidR="002E3EF2" w:rsidRDefault="00EA7318">
      <w:r>
        <w:t>The Sacred Pause is where boundaries are born—not from fear, but from clarity.</w:t>
      </w:r>
    </w:p>
    <w:p w14:paraId="2F4407B7" w14:textId="77777777" w:rsidR="002E3EF2" w:rsidRDefault="00EA7318">
      <w:r>
        <w:t xml:space="preserve">A true boundary is not a </w:t>
      </w:r>
      <w:r>
        <w:t>fortress. It is a design. A shape that protects life, intention, and peace.</w:t>
      </w:r>
    </w:p>
    <w:p w14:paraId="5FE8C481" w14:textId="77777777" w:rsidR="002E3EF2" w:rsidRDefault="00EA7318">
      <w:r>
        <w:t>Boundaries say:</w:t>
      </w:r>
    </w:p>
    <w:p w14:paraId="7FC77E92" w14:textId="77777777" w:rsidR="002E3EF2" w:rsidRDefault="00EA7318">
      <w:r>
        <w:lastRenderedPageBreak/>
        <w:t>“My energy is precious.”</w:t>
      </w:r>
      <w:r>
        <w:br/>
      </w:r>
    </w:p>
    <w:p w14:paraId="234FB4F5" w14:textId="77777777" w:rsidR="002E3EF2" w:rsidRDefault="00EA7318">
      <w:r>
        <w:t>“My nervous system is not a battlefield.”</w:t>
      </w:r>
      <w:r>
        <w:br/>
      </w:r>
    </w:p>
    <w:p w14:paraId="43DDCF87" w14:textId="77777777" w:rsidR="002E3EF2" w:rsidRDefault="00EA7318">
      <w:r>
        <w:t>“My presence is earned, not consumed.”</w:t>
      </w:r>
      <w:r>
        <w:br/>
      </w:r>
    </w:p>
    <w:p w14:paraId="2F6F548C" w14:textId="77777777" w:rsidR="002E3EF2" w:rsidRDefault="00EA7318">
      <w:r>
        <w:t>“My silence is not yours to interpret.”</w:t>
      </w:r>
      <w:r>
        <w:br/>
      </w:r>
    </w:p>
    <w:p w14:paraId="5D0B44EA" w14:textId="77777777" w:rsidR="002E3EF2" w:rsidRDefault="00EA7318">
      <w:r>
        <w:t>“I protect my frequency like a priest protects the flame.”</w:t>
      </w:r>
      <w:r>
        <w:br/>
      </w:r>
    </w:p>
    <w:p w14:paraId="145FBED8" w14:textId="77777777" w:rsidR="002E3EF2" w:rsidRDefault="00EA7318">
      <w:r>
        <w:t>You don’t owe explanations for this.</w:t>
      </w:r>
    </w:p>
    <w:p w14:paraId="38292548" w14:textId="77777777" w:rsidR="002E3EF2" w:rsidRDefault="00EA7318">
      <w:r>
        <w:t>You don’t need to prove your right to rest.</w:t>
      </w:r>
    </w:p>
    <w:p w14:paraId="1D881991" w14:textId="77777777" w:rsidR="002E3EF2" w:rsidRDefault="00EA7318">
      <w:r>
        <w:t>You don’t have to manage how your boundary makes someone else feel.</w:t>
      </w:r>
    </w:p>
    <w:p w14:paraId="0949A46C" w14:textId="77777777" w:rsidR="002E3EF2" w:rsidRDefault="00EA7318">
      <w:r>
        <w:t>Your dignity does not require consensus.</w:t>
      </w:r>
    </w:p>
    <w:p w14:paraId="6935876B" w14:textId="77777777" w:rsidR="002E3EF2" w:rsidRDefault="002E3EF2"/>
    <w:p w14:paraId="4598F8F3" w14:textId="77777777" w:rsidR="002E3EF2" w:rsidRDefault="00EA7318">
      <w:pPr>
        <w:pStyle w:val="Heading3"/>
      </w:pPr>
      <w:r>
        <w:t>The Pause Is Where Sovereignty Becomes Structure</w:t>
      </w:r>
    </w:p>
    <w:p w14:paraId="18935D65" w14:textId="77777777" w:rsidR="002E3EF2" w:rsidRDefault="00EA7318">
      <w:r>
        <w:t>The pause is not a retreat. It is the birth of command.</w:t>
      </w:r>
    </w:p>
    <w:p w14:paraId="68729A5F" w14:textId="77777777" w:rsidR="002E3EF2" w:rsidRDefault="00EA7318">
      <w:r>
        <w:t>This is when you begin to:</w:t>
      </w:r>
    </w:p>
    <w:p w14:paraId="0F990E93" w14:textId="77777777" w:rsidR="002E3EF2" w:rsidRDefault="00EA7318">
      <w:r>
        <w:t>Say less and feel more.</w:t>
      </w:r>
      <w:r>
        <w:br/>
      </w:r>
    </w:p>
    <w:p w14:paraId="7DD0CBA1" w14:textId="77777777" w:rsidR="002E3EF2" w:rsidRDefault="00EA7318">
      <w:r>
        <w:t>Choose stillness instead of defense.</w:t>
      </w:r>
      <w:r>
        <w:br/>
      </w:r>
    </w:p>
    <w:p w14:paraId="4E20E276" w14:textId="77777777" w:rsidR="002E3EF2" w:rsidRDefault="00EA7318">
      <w:r>
        <w:t>Decline the invitation to chaos.</w:t>
      </w:r>
      <w:r>
        <w:br/>
      </w:r>
    </w:p>
    <w:p w14:paraId="5E9CB630" w14:textId="77777777" w:rsidR="002E3EF2" w:rsidRDefault="00EA7318">
      <w:r>
        <w:t xml:space="preserve">Rest in the subtle power of </w:t>
      </w:r>
      <w:r>
        <w:t>non-engagement.</w:t>
      </w:r>
      <w:r>
        <w:br/>
      </w:r>
    </w:p>
    <w:p w14:paraId="3D0629CD" w14:textId="77777777" w:rsidR="002E3EF2" w:rsidRDefault="00EA7318">
      <w:r>
        <w:t>This is not passive.</w:t>
      </w:r>
    </w:p>
    <w:p w14:paraId="307E7990" w14:textId="77777777" w:rsidR="002E3EF2" w:rsidRDefault="00EA7318">
      <w:r>
        <w:t>It is sacred martial art.</w:t>
      </w:r>
    </w:p>
    <w:p w14:paraId="7F0A45DA" w14:textId="77777777" w:rsidR="002E3EF2" w:rsidRDefault="00EA7318">
      <w:r>
        <w:t>You begin to move through life with the precision of a priestess and the clarity of a sword. You’re no longer trying to fix what is broken. You’re protecting what is whole.</w:t>
      </w:r>
    </w:p>
    <w:p w14:paraId="4826B368" w14:textId="77777777" w:rsidR="002E3EF2" w:rsidRDefault="00EA7318">
      <w:r>
        <w:lastRenderedPageBreak/>
        <w:t>And that—without shouting, explaining, or defending—changes everything.</w:t>
      </w:r>
    </w:p>
    <w:p w14:paraId="0FBD7653" w14:textId="77777777" w:rsidR="002E3EF2" w:rsidRDefault="002E3EF2"/>
    <w:p w14:paraId="727103F3" w14:textId="77777777" w:rsidR="002E3EF2" w:rsidRDefault="00EA7318">
      <w:r>
        <w:t>You are not cold.</w:t>
      </w:r>
    </w:p>
    <w:p w14:paraId="74B16B26" w14:textId="77777777" w:rsidR="002E3EF2" w:rsidRDefault="00EA7318">
      <w:r>
        <w:t>You are consecrated.</w:t>
      </w:r>
    </w:p>
    <w:p w14:paraId="556883F8" w14:textId="77777777" w:rsidR="002E3EF2" w:rsidRDefault="00EA7318">
      <w:r>
        <w:t>You are not disengaged.</w:t>
      </w:r>
    </w:p>
    <w:p w14:paraId="259BA1FA" w14:textId="77777777" w:rsidR="002E3EF2" w:rsidRDefault="00EA7318">
      <w:r>
        <w:t>You are aligned.</w:t>
      </w:r>
    </w:p>
    <w:p w14:paraId="5EA1C856" w14:textId="77777777" w:rsidR="002E3EF2" w:rsidRDefault="00EA7318">
      <w:r>
        <w:t>You are not withholding.</w:t>
      </w:r>
    </w:p>
    <w:p w14:paraId="7F8F873F" w14:textId="77777777" w:rsidR="002E3EF2" w:rsidRDefault="00EA7318">
      <w:r>
        <w:t>You are sovereign.</w:t>
      </w:r>
    </w:p>
    <w:p w14:paraId="40446D54" w14:textId="77777777" w:rsidR="002E3EF2" w:rsidRDefault="00EA7318">
      <w:r>
        <w:t>This is the sacred pause.</w:t>
      </w:r>
    </w:p>
    <w:p w14:paraId="1C230982" w14:textId="77777777" w:rsidR="002E3EF2" w:rsidRDefault="00EA7318">
      <w:r>
        <w:t>This is the art of non-reaction.</w:t>
      </w:r>
    </w:p>
    <w:p w14:paraId="0730797A" w14:textId="77777777" w:rsidR="002E3EF2" w:rsidRDefault="00EA7318">
      <w:r>
        <w:t xml:space="preserve">This is how the </w:t>
      </w:r>
      <w:r>
        <w:t>initiate holds their frequency in a world addicted to chaos.</w:t>
      </w:r>
    </w:p>
    <w:p w14:paraId="69B0E81A" w14:textId="77777777" w:rsidR="002E3EF2" w:rsidRDefault="00EA7318">
      <w:r>
        <w:br/>
      </w:r>
    </w:p>
    <w:p w14:paraId="42C522C8" w14:textId="77777777" w:rsidR="002E3EF2" w:rsidRDefault="00EA7318">
      <w:pPr>
        <w:pStyle w:val="Heading2"/>
      </w:pPr>
      <w:r>
        <w:t>Chapter 8: Sacred Dismemberment – Osiris, Shadow Work, and the Gathering of the Soul</w:t>
      </w:r>
    </w:p>
    <w:p w14:paraId="1FD43DBB" w14:textId="77777777" w:rsidR="002E3EF2" w:rsidRDefault="00EA7318">
      <w:r>
        <w:t>“The initiate learns to remain still while the storms rage.”</w:t>
      </w:r>
    </w:p>
    <w:p w14:paraId="2C50F811" w14:textId="77777777" w:rsidR="002E3EF2" w:rsidRDefault="00EA7318">
      <w:r>
        <w:t>— Emerald Tablets of Thoth</w:t>
      </w:r>
    </w:p>
    <w:p w14:paraId="39496271" w14:textId="77777777" w:rsidR="002E3EF2" w:rsidRDefault="00EA7318">
      <w:r>
        <w:t>“She found the pieces. She named them sacred. And she called him back to life.”</w:t>
      </w:r>
    </w:p>
    <w:p w14:paraId="4F5260B7" w14:textId="77777777" w:rsidR="002E3EF2" w:rsidRDefault="00EA7318">
      <w:r>
        <w:t>— Temple Myth of Isis and Osiris</w:t>
      </w:r>
    </w:p>
    <w:p w14:paraId="26553A41" w14:textId="77777777" w:rsidR="002E3EF2" w:rsidRDefault="002E3EF2"/>
    <w:p w14:paraId="2EA88710" w14:textId="77777777" w:rsidR="002E3EF2" w:rsidRDefault="00EA7318">
      <w:r>
        <w:t>In the ancient Egyptian mystery tradition, the story of Osiris was not told for entertainment. It was a ritual code—an encrypted teaching for those undergoing deep spiritual death and resurrection.</w:t>
      </w:r>
    </w:p>
    <w:p w14:paraId="1252342D" w14:textId="77777777" w:rsidR="002E3EF2" w:rsidRDefault="00EA7318">
      <w:r>
        <w:t>Osiris, a divine king, is betrayed and dismembered by his brother Set—god of chaos, envy, and fragmentation. Set is not just a villain. He is the archetype of narcissistic shadow: jealous of light, threatened by harmony, obsessed with control. He cannot rule through wholeness, so he destroys what he cannot become. Osiris is torn into pieces and scattered across the land. But his beloved, Isis—the awakened feminine—searches tirelessly. She gathers the fragments. She breathes over them. And through her devoti</w:t>
      </w:r>
      <w:r>
        <w:t>on, Osiris is resurrected—not as who he was, but as something eternal.</w:t>
      </w:r>
    </w:p>
    <w:p w14:paraId="76A86122" w14:textId="77777777" w:rsidR="002E3EF2" w:rsidRDefault="00EA7318">
      <w:r>
        <w:lastRenderedPageBreak/>
        <w:t>This is not just myth.</w:t>
      </w:r>
    </w:p>
    <w:p w14:paraId="34A35DCC" w14:textId="77777777" w:rsidR="002E3EF2" w:rsidRDefault="00EA7318">
      <w:r>
        <w:t>This is shadow work.</w:t>
      </w:r>
    </w:p>
    <w:p w14:paraId="7A522C1B" w14:textId="77777777" w:rsidR="002E3EF2" w:rsidRDefault="00EA7318">
      <w:r>
        <w:t>This is what happens to the soul in the aftermath of trauma—especially trauma wrapped in narcissistic illusion.</w:t>
      </w:r>
    </w:p>
    <w:p w14:paraId="3D72EF36" w14:textId="77777777" w:rsidR="002E3EF2" w:rsidRDefault="00EA7318">
      <w:r>
        <w:t>You are Osiris.</w:t>
      </w:r>
    </w:p>
    <w:p w14:paraId="7D4FB791" w14:textId="77777777" w:rsidR="002E3EF2" w:rsidRDefault="00EA7318">
      <w:r>
        <w:t>And the journey now is to become Isis.</w:t>
      </w:r>
    </w:p>
    <w:p w14:paraId="7642246B" w14:textId="77777777" w:rsidR="002E3EF2" w:rsidRDefault="002E3EF2"/>
    <w:p w14:paraId="627C088B" w14:textId="77777777" w:rsidR="002E3EF2" w:rsidRDefault="00EA7318">
      <w:pPr>
        <w:pStyle w:val="Heading3"/>
      </w:pPr>
      <w:r>
        <w:t>The Anatomy of Spiritual Dismemberment</w:t>
      </w:r>
    </w:p>
    <w:p w14:paraId="4B609716" w14:textId="77777777" w:rsidR="002E3EF2" w:rsidRDefault="00EA7318">
      <w:r>
        <w:t>Narcissistic harm is not just emotional—it is metaphysical. It pulls apart the structure of the psyche. It scrambles intuition, fractures boundaries, and tears the soul from its own voice.</w:t>
      </w:r>
    </w:p>
    <w:p w14:paraId="5390F19F" w14:textId="77777777" w:rsidR="002E3EF2" w:rsidRDefault="00EA7318">
      <w:r>
        <w:t>In initiatory terms, this is the sacred dismemberment.</w:t>
      </w:r>
    </w:p>
    <w:p w14:paraId="7A92374D" w14:textId="77777777" w:rsidR="002E3EF2" w:rsidRDefault="00EA7318">
      <w:r>
        <w:t>You begin to feel:</w:t>
      </w:r>
    </w:p>
    <w:p w14:paraId="56607D4E" w14:textId="77777777" w:rsidR="002E3EF2" w:rsidRDefault="00EA7318">
      <w:r>
        <w:t>Fragmented memories</w:t>
      </w:r>
      <w:r>
        <w:br/>
      </w:r>
    </w:p>
    <w:p w14:paraId="4EB40E99" w14:textId="77777777" w:rsidR="002E3EF2" w:rsidRDefault="00EA7318">
      <w:r>
        <w:t>Emotional confusion</w:t>
      </w:r>
      <w:r>
        <w:br/>
      </w:r>
    </w:p>
    <w:p w14:paraId="6CA0E7AF" w14:textId="77777777" w:rsidR="002E3EF2" w:rsidRDefault="00EA7318">
      <w:r>
        <w:t>Loss of inner authority</w:t>
      </w:r>
      <w:r>
        <w:br/>
      </w:r>
    </w:p>
    <w:p w14:paraId="73E51830" w14:textId="77777777" w:rsidR="002E3EF2" w:rsidRDefault="00EA7318">
      <w:r>
        <w:t>Disconnection from purpose</w:t>
      </w:r>
      <w:r>
        <w:br/>
      </w:r>
    </w:p>
    <w:p w14:paraId="36DDCDC4" w14:textId="77777777" w:rsidR="002E3EF2" w:rsidRDefault="00EA7318">
      <w:r>
        <w:t>Silence in places that once held song</w:t>
      </w:r>
      <w:r>
        <w:br/>
      </w:r>
    </w:p>
    <w:p w14:paraId="762BBA6E" w14:textId="77777777" w:rsidR="002E3EF2" w:rsidRDefault="00EA7318">
      <w:r>
        <w:t xml:space="preserve">This is </w:t>
      </w:r>
      <w:r>
        <w:t>not regression.</w:t>
      </w:r>
    </w:p>
    <w:p w14:paraId="069C1330" w14:textId="77777777" w:rsidR="002E3EF2" w:rsidRDefault="00EA7318">
      <w:r>
        <w:t>It is a return to the prima materia—the raw soul substance from which all transformation emerges.</w:t>
      </w:r>
    </w:p>
    <w:p w14:paraId="2C98CA44" w14:textId="77777777" w:rsidR="002E3EF2" w:rsidRDefault="00EA7318">
      <w:r>
        <w:t>The initiate is not destroyed.</w:t>
      </w:r>
    </w:p>
    <w:p w14:paraId="7C946485" w14:textId="77777777" w:rsidR="002E3EF2" w:rsidRDefault="00EA7318">
      <w:r>
        <w:t>They are taken apart so they can be reassembled consciously.</w:t>
      </w:r>
    </w:p>
    <w:p w14:paraId="63E15001" w14:textId="77777777" w:rsidR="002E3EF2" w:rsidRDefault="002E3EF2"/>
    <w:p w14:paraId="55C722C9" w14:textId="77777777" w:rsidR="002E3EF2" w:rsidRDefault="00EA7318">
      <w:pPr>
        <w:pStyle w:val="Heading3"/>
      </w:pPr>
      <w:r>
        <w:t>Each Piece Carries Light</w:t>
      </w:r>
    </w:p>
    <w:p w14:paraId="538E4C7D" w14:textId="77777777" w:rsidR="002E3EF2" w:rsidRDefault="00EA7318">
      <w:r>
        <w:t>Every part of the self that was cast out in the chaos has value.</w:t>
      </w:r>
    </w:p>
    <w:p w14:paraId="15193E97" w14:textId="77777777" w:rsidR="002E3EF2" w:rsidRDefault="00EA7318">
      <w:r>
        <w:lastRenderedPageBreak/>
        <w:t>Each fragment carries wisdom.</w:t>
      </w:r>
    </w:p>
    <w:p w14:paraId="0482DEE8" w14:textId="77777777" w:rsidR="002E3EF2" w:rsidRDefault="00EA7318">
      <w:r>
        <w:t>The part of you that tried to be perfect? She carries the map of where love was once withheld.</w:t>
      </w:r>
      <w:r>
        <w:br/>
      </w:r>
    </w:p>
    <w:p w14:paraId="2BAE18AA" w14:textId="77777777" w:rsidR="002E3EF2" w:rsidRDefault="00EA7318">
      <w:r>
        <w:t>The part of you that became invisible to stay safe? He holds the story of your power.</w:t>
      </w:r>
      <w:r>
        <w:br/>
      </w:r>
    </w:p>
    <w:p w14:paraId="50F4F5F1" w14:textId="77777777" w:rsidR="002E3EF2" w:rsidRDefault="00EA7318">
      <w:r>
        <w:t>The one who raged? She is your protector.</w:t>
      </w:r>
      <w:r>
        <w:br/>
      </w:r>
    </w:p>
    <w:p w14:paraId="608C03A1" w14:textId="77777777" w:rsidR="002E3EF2" w:rsidRDefault="00EA7318">
      <w:r>
        <w:t>The one who collapsed? He is your healer.</w:t>
      </w:r>
      <w:r>
        <w:br/>
      </w:r>
    </w:p>
    <w:p w14:paraId="76741299" w14:textId="77777777" w:rsidR="002E3EF2" w:rsidRDefault="00EA7318">
      <w:r>
        <w:t>You are not here to judge these fragments.</w:t>
      </w:r>
    </w:p>
    <w:p w14:paraId="5DFA72FD" w14:textId="77777777" w:rsidR="002E3EF2" w:rsidRDefault="00EA7318">
      <w:r>
        <w:t>You are here to gather them.</w:t>
      </w:r>
    </w:p>
    <w:p w14:paraId="6C1A340A" w14:textId="77777777" w:rsidR="002E3EF2" w:rsidRDefault="00EA7318">
      <w:r>
        <w:t>This is what Isis did. She did not leave pieces behind. She did not shame the dismemberment. She honored it as part of the rebirth code.</w:t>
      </w:r>
    </w:p>
    <w:p w14:paraId="444B658F" w14:textId="77777777" w:rsidR="002E3EF2" w:rsidRDefault="00EA7318">
      <w:r>
        <w:t>And so must you.</w:t>
      </w:r>
    </w:p>
    <w:p w14:paraId="1B83F771" w14:textId="77777777" w:rsidR="002E3EF2" w:rsidRDefault="002E3EF2"/>
    <w:p w14:paraId="30B87162" w14:textId="77777777" w:rsidR="002E3EF2" w:rsidRDefault="00EA7318">
      <w:pPr>
        <w:pStyle w:val="Heading3"/>
      </w:pPr>
      <w:r>
        <w:t>Shadow Work as Devotion</w:t>
      </w:r>
    </w:p>
    <w:p w14:paraId="2EE29372" w14:textId="77777777" w:rsidR="002E3EF2" w:rsidRDefault="00EA7318">
      <w:r>
        <w:t>Shadow work is not a chore. It is a sacred devotion to the self.</w:t>
      </w:r>
    </w:p>
    <w:p w14:paraId="453F43E5" w14:textId="77777777" w:rsidR="002E3EF2" w:rsidRDefault="00EA7318">
      <w:r>
        <w:t>It is the act of saying:</w:t>
      </w:r>
    </w:p>
    <w:p w14:paraId="271C8CF9" w14:textId="77777777" w:rsidR="002E3EF2" w:rsidRDefault="00EA7318">
      <w:r>
        <w:t>“Even the parts of me that were rejected deserve to come home.”</w:t>
      </w:r>
      <w:r>
        <w:br/>
      </w:r>
    </w:p>
    <w:p w14:paraId="0D58EBB3" w14:textId="77777777" w:rsidR="002E3EF2" w:rsidRDefault="00EA7318">
      <w:r>
        <w:t>“Even the voices I silenced have something to teach me.”</w:t>
      </w:r>
      <w:r>
        <w:br/>
      </w:r>
    </w:p>
    <w:p w14:paraId="2756F132" w14:textId="77777777" w:rsidR="002E3EF2" w:rsidRDefault="00EA7318">
      <w:r>
        <w:t>“Even my shame holds a key.”</w:t>
      </w:r>
      <w:r>
        <w:br/>
      </w:r>
    </w:p>
    <w:p w14:paraId="4D6FC35C" w14:textId="77777777" w:rsidR="002E3EF2" w:rsidRDefault="00EA7318">
      <w:r>
        <w:t>This is not about fixing yourself.</w:t>
      </w:r>
    </w:p>
    <w:p w14:paraId="53A6831A" w14:textId="77777777" w:rsidR="002E3EF2" w:rsidRDefault="00EA7318">
      <w:r>
        <w:t>It is about reclaiming your inheritance.</w:t>
      </w:r>
    </w:p>
    <w:p w14:paraId="36005EC1" w14:textId="77777777" w:rsidR="002E3EF2" w:rsidRDefault="00EA7318">
      <w:r>
        <w:t>In the temples, this was done through ritual, silence, mirror work, and sacred naming. Today, it is done through breath, honesty, stillness, and radical compassion.</w:t>
      </w:r>
    </w:p>
    <w:p w14:paraId="473FD194" w14:textId="77777777" w:rsidR="002E3EF2" w:rsidRDefault="00EA7318">
      <w:r>
        <w:t>Each time you sit with a feeling instead of judging it, you call a piece home.</w:t>
      </w:r>
    </w:p>
    <w:p w14:paraId="7657EED5" w14:textId="77777777" w:rsidR="002E3EF2" w:rsidRDefault="00EA7318">
      <w:r>
        <w:lastRenderedPageBreak/>
        <w:t>Each time you trace a trigger back to its root, you lift another piece from the dust.</w:t>
      </w:r>
    </w:p>
    <w:p w14:paraId="267259F1" w14:textId="77777777" w:rsidR="002E3EF2" w:rsidRDefault="00EA7318">
      <w:r>
        <w:t xml:space="preserve">Each time you forgive yourself for </w:t>
      </w:r>
      <w:r>
        <w:t>how you coped, the soul remembers its wholeness.</w:t>
      </w:r>
    </w:p>
    <w:p w14:paraId="0BF13012" w14:textId="77777777" w:rsidR="002E3EF2" w:rsidRDefault="002E3EF2"/>
    <w:p w14:paraId="3ECDDAE3" w14:textId="77777777" w:rsidR="002E3EF2" w:rsidRDefault="00EA7318">
      <w:pPr>
        <w:pStyle w:val="Heading3"/>
      </w:pPr>
      <w:r>
        <w:t>The Resurrection Is Not a Return</w:t>
      </w:r>
    </w:p>
    <w:p w14:paraId="7A5300B7" w14:textId="77777777" w:rsidR="002E3EF2" w:rsidRDefault="00EA7318">
      <w:r>
        <w:t>When Osiris was reassembled, he did not return to rule in the same way.</w:t>
      </w:r>
    </w:p>
    <w:p w14:paraId="5D4F6CE8" w14:textId="77777777" w:rsidR="002E3EF2" w:rsidRDefault="00EA7318">
      <w:r>
        <w:t>He did not reclaim the throne of the outer world.</w:t>
      </w:r>
    </w:p>
    <w:p w14:paraId="4B11E6DC" w14:textId="77777777" w:rsidR="002E3EF2" w:rsidRDefault="00EA7318">
      <w:r>
        <w:t>He became king of the underworld—the guide through death, the initiator of souls, the keeper of the inner mysteries.</w:t>
      </w:r>
    </w:p>
    <w:p w14:paraId="08D252F4" w14:textId="77777777" w:rsidR="002E3EF2" w:rsidRDefault="00EA7318">
      <w:r>
        <w:t>Likewise, you are not returning to who you were.</w:t>
      </w:r>
    </w:p>
    <w:p w14:paraId="07C503A1" w14:textId="77777777" w:rsidR="002E3EF2" w:rsidRDefault="00EA7318">
      <w:r>
        <w:t>You are becoming something far more powerful:</w:t>
      </w:r>
    </w:p>
    <w:p w14:paraId="2C28F8AD" w14:textId="77777777" w:rsidR="002E3EF2" w:rsidRDefault="00EA7318">
      <w:r>
        <w:t>A being who has walked through fire, gathered themselves in darkness, and now holds the codes of healing for others.</w:t>
      </w:r>
    </w:p>
    <w:p w14:paraId="3AD8DFBC" w14:textId="77777777" w:rsidR="002E3EF2" w:rsidRDefault="00EA7318">
      <w:r>
        <w:t>This is not regression. It is ascension through descent.</w:t>
      </w:r>
    </w:p>
    <w:p w14:paraId="2D0C15CD" w14:textId="77777777" w:rsidR="002E3EF2" w:rsidRDefault="00EA7318">
      <w:r>
        <w:t>You do not become what you were before.</w:t>
      </w:r>
    </w:p>
    <w:p w14:paraId="43AD1F88" w14:textId="77777777" w:rsidR="002E3EF2" w:rsidRDefault="00EA7318">
      <w:r>
        <w:t>You become who you were designed to be—but only now with the strength of awareness, the grace of self-love, and the memory of your own light.</w:t>
      </w:r>
    </w:p>
    <w:p w14:paraId="639F77E0" w14:textId="77777777" w:rsidR="002E3EF2" w:rsidRDefault="002E3EF2"/>
    <w:p w14:paraId="77C6B38C" w14:textId="77777777" w:rsidR="002E3EF2" w:rsidRDefault="00EA7318">
      <w:pPr>
        <w:pStyle w:val="Heading3"/>
      </w:pPr>
      <w:r>
        <w:t>The Gathering Continues</w:t>
      </w:r>
    </w:p>
    <w:p w14:paraId="1CE306A3" w14:textId="77777777" w:rsidR="002E3EF2" w:rsidRDefault="00EA7318">
      <w:r>
        <w:t>This process is not linear.</w:t>
      </w:r>
    </w:p>
    <w:p w14:paraId="4C824998" w14:textId="77777777" w:rsidR="002E3EF2" w:rsidRDefault="00EA7318">
      <w:r>
        <w:t>It is cyclical. Spiral. Layered.</w:t>
      </w:r>
    </w:p>
    <w:p w14:paraId="3D4E36C4" w14:textId="77777777" w:rsidR="002E3EF2" w:rsidRDefault="00EA7318">
      <w:r>
        <w:t>Sometimes a piece will surface years later.</w:t>
      </w:r>
    </w:p>
    <w:p w14:paraId="7C97E247" w14:textId="77777777" w:rsidR="002E3EF2" w:rsidRDefault="00EA7318">
      <w:r>
        <w:t>Sometimes it will come in a dream.</w:t>
      </w:r>
    </w:p>
    <w:p w14:paraId="69D0BF44" w14:textId="77777777" w:rsidR="002E3EF2" w:rsidRDefault="00EA7318">
      <w:r>
        <w:t>Sometimes through a trigger.</w:t>
      </w:r>
    </w:p>
    <w:p w14:paraId="08468F1D" w14:textId="77777777" w:rsidR="002E3EF2" w:rsidRDefault="00EA7318">
      <w:r>
        <w:t>Sometimes through grief disguised as fatigue.</w:t>
      </w:r>
    </w:p>
    <w:p w14:paraId="15ED053C" w14:textId="77777777" w:rsidR="002E3EF2" w:rsidRDefault="00EA7318">
      <w:r>
        <w:t>Do not rush.</w:t>
      </w:r>
    </w:p>
    <w:p w14:paraId="40EE7D07" w14:textId="77777777" w:rsidR="002E3EF2" w:rsidRDefault="00EA7318">
      <w:r>
        <w:t>Do not force.</w:t>
      </w:r>
    </w:p>
    <w:p w14:paraId="183F5228" w14:textId="77777777" w:rsidR="002E3EF2" w:rsidRDefault="00EA7318">
      <w:r>
        <w:t>You are not rebuilding a machine.</w:t>
      </w:r>
    </w:p>
    <w:p w14:paraId="503F8F7D" w14:textId="77777777" w:rsidR="002E3EF2" w:rsidRDefault="00EA7318">
      <w:r>
        <w:t>You are resurrecting a soul.</w:t>
      </w:r>
    </w:p>
    <w:p w14:paraId="317088C6" w14:textId="77777777" w:rsidR="002E3EF2" w:rsidRDefault="00EA7318">
      <w:r>
        <w:lastRenderedPageBreak/>
        <w:t>And that takes presence, not performance.</w:t>
      </w:r>
    </w:p>
    <w:p w14:paraId="453BF004" w14:textId="77777777" w:rsidR="002E3EF2" w:rsidRDefault="002E3EF2"/>
    <w:p w14:paraId="2773AC5C" w14:textId="77777777" w:rsidR="002E3EF2" w:rsidRDefault="00EA7318">
      <w:r>
        <w:t>You are both the one who was torn apart and the one who gathers.</w:t>
      </w:r>
    </w:p>
    <w:p w14:paraId="1BA81646" w14:textId="77777777" w:rsidR="002E3EF2" w:rsidRDefault="00EA7318">
      <w:r>
        <w:t>You are Osiris and Isis, masculine and feminine, death and rebirth.</w:t>
      </w:r>
    </w:p>
    <w:p w14:paraId="1A6B2E89" w14:textId="77777777" w:rsidR="002E3EF2" w:rsidRDefault="00EA7318">
      <w:r>
        <w:t>And the pieces are not in the way.</w:t>
      </w:r>
    </w:p>
    <w:p w14:paraId="1CE4EC9A" w14:textId="77777777" w:rsidR="002E3EF2" w:rsidRDefault="00EA7318">
      <w:r>
        <w:t>They are the way.</w:t>
      </w:r>
      <w:r>
        <w:br/>
      </w:r>
    </w:p>
    <w:p w14:paraId="15559794" w14:textId="77777777" w:rsidR="002E3EF2" w:rsidRDefault="00EA7318">
      <w:pPr>
        <w:pStyle w:val="Heading2"/>
      </w:pPr>
      <w:r>
        <w:t>Chapter 9: The Alchemy of ‘No’ – Boundaries, Embodiment, and the Architecture of Selfhood</w:t>
      </w:r>
    </w:p>
    <w:p w14:paraId="0FA4D51F" w14:textId="77777777" w:rsidR="002E3EF2" w:rsidRDefault="00EA7318">
      <w:r>
        <w:t>“No is a complete sentence.”</w:t>
      </w:r>
    </w:p>
    <w:p w14:paraId="4190BD42" w14:textId="77777777" w:rsidR="002E3EF2" w:rsidRDefault="00EA7318">
      <w:r>
        <w:t>— Anne Lamott</w:t>
      </w:r>
    </w:p>
    <w:p w14:paraId="68B97340" w14:textId="77777777" w:rsidR="002E3EF2" w:rsidRDefault="00EA7318">
      <w:r>
        <w:t xml:space="preserve">“The first act of self-love is the refusal to betray yourself </w:t>
      </w:r>
      <w:r>
        <w:t>again.”</w:t>
      </w:r>
    </w:p>
    <w:p w14:paraId="2D875C22" w14:textId="77777777" w:rsidR="002E3EF2" w:rsidRDefault="00EA7318">
      <w:r>
        <w:t>— Initiatory Principle</w:t>
      </w:r>
    </w:p>
    <w:p w14:paraId="3CE63DD2" w14:textId="77777777" w:rsidR="002E3EF2" w:rsidRDefault="002E3EF2"/>
    <w:p w14:paraId="67DE8757" w14:textId="77777777" w:rsidR="002E3EF2" w:rsidRDefault="00EA7318">
      <w:r>
        <w:t>There comes a moment on the path when healing must become structure.</w:t>
      </w:r>
    </w:p>
    <w:p w14:paraId="5EFAFD94" w14:textId="77777777" w:rsidR="002E3EF2" w:rsidRDefault="00EA7318">
      <w:r>
        <w:t>When insight becomes architecture.</w:t>
      </w:r>
    </w:p>
    <w:p w14:paraId="5DDF02F6" w14:textId="77777777" w:rsidR="002E3EF2" w:rsidRDefault="00EA7318">
      <w:r>
        <w:t>When energy must be guarded not with fear, but with truth.</w:t>
      </w:r>
    </w:p>
    <w:p w14:paraId="4F817C4C" w14:textId="77777777" w:rsidR="002E3EF2" w:rsidRDefault="00EA7318">
      <w:r>
        <w:t>This is the moment when the initiate learns to say: No.</w:t>
      </w:r>
    </w:p>
    <w:p w14:paraId="358A3CC9" w14:textId="77777777" w:rsidR="002E3EF2" w:rsidRDefault="00EA7318">
      <w:r>
        <w:t>Not as reaction.</w:t>
      </w:r>
    </w:p>
    <w:p w14:paraId="134AC84F" w14:textId="77777777" w:rsidR="002E3EF2" w:rsidRDefault="00EA7318">
      <w:r>
        <w:t>Not as rebellion.</w:t>
      </w:r>
    </w:p>
    <w:p w14:paraId="36F337A5" w14:textId="77777777" w:rsidR="002E3EF2" w:rsidRDefault="00EA7318">
      <w:r>
        <w:t>But as a quiet, grounded act of remembrance.</w:t>
      </w:r>
    </w:p>
    <w:p w14:paraId="2BAA9095" w14:textId="77777777" w:rsidR="002E3EF2" w:rsidRDefault="00EA7318">
      <w:r>
        <w:t>Because every time you say “yes” when you mean “no,”</w:t>
      </w:r>
    </w:p>
    <w:p w14:paraId="49795D39" w14:textId="77777777" w:rsidR="002E3EF2" w:rsidRDefault="00EA7318">
      <w:r>
        <w:t>you abandon yourself at the altar of approval.</w:t>
      </w:r>
    </w:p>
    <w:p w14:paraId="4FFA3D48" w14:textId="77777777" w:rsidR="002E3EF2" w:rsidRDefault="00EA7318">
      <w:r>
        <w:t>And now, the soul refuses to be sacrificed.</w:t>
      </w:r>
    </w:p>
    <w:p w14:paraId="4E0DCA5F" w14:textId="77777777" w:rsidR="002E3EF2" w:rsidRDefault="002E3EF2"/>
    <w:p w14:paraId="021988D7" w14:textId="77777777" w:rsidR="002E3EF2" w:rsidRDefault="00EA7318">
      <w:pPr>
        <w:pStyle w:val="Heading3"/>
      </w:pPr>
      <w:r>
        <w:lastRenderedPageBreak/>
        <w:t>Boundary as a Spiritual Form</w:t>
      </w:r>
    </w:p>
    <w:p w14:paraId="28A349EB" w14:textId="77777777" w:rsidR="002E3EF2" w:rsidRDefault="00EA7318">
      <w:r>
        <w:t>In the West, boundaries are often misunderstood as barriers—rigid, harsh, isolating. But in mystical language, a boundary is not a wall. It is a geometry. A design that protects what is sacred, and allows that which is aligned to enter.</w:t>
      </w:r>
    </w:p>
    <w:p w14:paraId="1B577D7D" w14:textId="77777777" w:rsidR="002E3EF2" w:rsidRDefault="00EA7318">
      <w:r>
        <w:t>In Kabbalah, the Tree of Life is structured through vessels. In Tantra, energy flows through channels. In nature, even the softest petal has a membrane.</w:t>
      </w:r>
    </w:p>
    <w:p w14:paraId="0675E8F9" w14:textId="77777777" w:rsidR="002E3EF2" w:rsidRDefault="00EA7318">
      <w:r>
        <w:t>A true boundary is not an act of punishment. It is an act of divine order.</w:t>
      </w:r>
    </w:p>
    <w:p w14:paraId="747753A6" w14:textId="77777777" w:rsidR="002E3EF2" w:rsidRDefault="002E3EF2"/>
    <w:p w14:paraId="20D0F42D" w14:textId="77777777" w:rsidR="002E3EF2" w:rsidRDefault="00EA7318">
      <w:pPr>
        <w:pStyle w:val="Heading3"/>
      </w:pPr>
      <w:r>
        <w:t>What the Narcissist Taught You About Boundaries</w:t>
      </w:r>
    </w:p>
    <w:p w14:paraId="0B343958" w14:textId="77777777" w:rsidR="002E3EF2" w:rsidRDefault="00EA7318">
      <w:r>
        <w:t>To be enmeshed with narcissistic energy is to be slowly hollowed.</w:t>
      </w:r>
    </w:p>
    <w:p w14:paraId="6D889405" w14:textId="77777777" w:rsidR="002E3EF2" w:rsidRDefault="00EA7318">
      <w:r>
        <w:t>Your feelings are overwritten.</w:t>
      </w:r>
    </w:p>
    <w:p w14:paraId="2BA386B8" w14:textId="77777777" w:rsidR="002E3EF2" w:rsidRDefault="00EA7318">
      <w:r>
        <w:t>Your intuition is questioned.</w:t>
      </w:r>
    </w:p>
    <w:p w14:paraId="3B7400E8" w14:textId="77777777" w:rsidR="002E3EF2" w:rsidRDefault="00EA7318">
      <w:r>
        <w:t>Your presence becomes performance.</w:t>
      </w:r>
    </w:p>
    <w:p w14:paraId="6C53A9BB" w14:textId="77777777" w:rsidR="002E3EF2" w:rsidRDefault="00EA7318">
      <w:r>
        <w:t>You learn to scan the environment before you scan yourself.</w:t>
      </w:r>
    </w:p>
    <w:p w14:paraId="60A368E3" w14:textId="77777777" w:rsidR="002E3EF2" w:rsidRDefault="00EA7318">
      <w:r>
        <w:t>This is not love.</w:t>
      </w:r>
    </w:p>
    <w:p w14:paraId="77FBB357" w14:textId="77777777" w:rsidR="002E3EF2" w:rsidRDefault="00EA7318">
      <w:r>
        <w:t xml:space="preserve">This is </w:t>
      </w:r>
      <w:r>
        <w:t>energetic colonization.</w:t>
      </w:r>
    </w:p>
    <w:p w14:paraId="0E1BF982" w14:textId="77777777" w:rsidR="002E3EF2" w:rsidRDefault="00EA7318">
      <w:r>
        <w:t>But even this has value—because it reveals, with surgical clarity, where your “no” was still conditional. Where your self was still negotiable. Where your nervous system was still being bartered for the illusion of peace.</w:t>
      </w:r>
    </w:p>
    <w:p w14:paraId="623FAF17" w14:textId="77777777" w:rsidR="002E3EF2" w:rsidRDefault="00EA7318">
      <w:r>
        <w:t>The narcissist does not teach you to love yourself.</w:t>
      </w:r>
    </w:p>
    <w:p w14:paraId="402CEE68" w14:textId="77777777" w:rsidR="002E3EF2" w:rsidRDefault="00EA7318">
      <w:r>
        <w:t>They show you what happens when you don’t.</w:t>
      </w:r>
    </w:p>
    <w:p w14:paraId="16C2D896" w14:textId="77777777" w:rsidR="002E3EF2" w:rsidRDefault="00EA7318">
      <w:r>
        <w:t>And from that reckoning, something sacred is born.</w:t>
      </w:r>
    </w:p>
    <w:p w14:paraId="4BFBACF0" w14:textId="77777777" w:rsidR="002E3EF2" w:rsidRDefault="002E3EF2"/>
    <w:p w14:paraId="112640BE" w14:textId="77777777" w:rsidR="002E3EF2" w:rsidRDefault="00EA7318">
      <w:pPr>
        <w:pStyle w:val="Heading3"/>
      </w:pPr>
      <w:r>
        <w:t>The Sacred Language of “No”</w:t>
      </w:r>
    </w:p>
    <w:p w14:paraId="038E6C6E" w14:textId="77777777" w:rsidR="002E3EF2" w:rsidRDefault="00EA7318">
      <w:r>
        <w:t>The alchemy of “no” is not loud.</w:t>
      </w:r>
    </w:p>
    <w:p w14:paraId="09E25C4E" w14:textId="77777777" w:rsidR="002E3EF2" w:rsidRDefault="00EA7318">
      <w:r>
        <w:t>It does not need justification, apology, or spiritual language.</w:t>
      </w:r>
    </w:p>
    <w:p w14:paraId="4BFBD37C" w14:textId="77777777" w:rsidR="002E3EF2" w:rsidRDefault="00EA7318">
      <w:r>
        <w:t>It can sound like:</w:t>
      </w:r>
    </w:p>
    <w:p w14:paraId="16ED09E6" w14:textId="77777777" w:rsidR="002E3EF2" w:rsidRDefault="00EA7318">
      <w:r>
        <w:t>“That doesn’t work for me.”</w:t>
      </w:r>
      <w:r>
        <w:br/>
      </w:r>
    </w:p>
    <w:p w14:paraId="1EA18BD5" w14:textId="77777777" w:rsidR="002E3EF2" w:rsidRDefault="00EA7318">
      <w:r>
        <w:lastRenderedPageBreak/>
        <w:t>“I’m not available for this conversation.”</w:t>
      </w:r>
      <w:r>
        <w:br/>
      </w:r>
    </w:p>
    <w:p w14:paraId="367E2499" w14:textId="77777777" w:rsidR="002E3EF2" w:rsidRDefault="00EA7318">
      <w:r>
        <w:t>“I will not explain my truth again.”</w:t>
      </w:r>
      <w:r>
        <w:br/>
      </w:r>
    </w:p>
    <w:p w14:paraId="204EE098" w14:textId="77777777" w:rsidR="002E3EF2" w:rsidRDefault="00EA7318">
      <w:r>
        <w:t>“No.”</w:t>
      </w:r>
      <w:r>
        <w:br/>
      </w:r>
    </w:p>
    <w:p w14:paraId="0D0AE6FC" w14:textId="77777777" w:rsidR="002E3EF2" w:rsidRDefault="00EA7318">
      <w:r>
        <w:t>When you first begin, “no” may feel sharp. But in time, it becomes softer than silence. Not avoidance—but alignment.</w:t>
      </w:r>
    </w:p>
    <w:p w14:paraId="764C1B20" w14:textId="77777777" w:rsidR="002E3EF2" w:rsidRDefault="00EA7318">
      <w:r>
        <w:t>It is the moment when your field becomes sovereign.</w:t>
      </w:r>
    </w:p>
    <w:p w14:paraId="60B982B3" w14:textId="77777777" w:rsidR="002E3EF2" w:rsidRDefault="00EA7318">
      <w:r>
        <w:t>When your body becomes a gatekeeper.</w:t>
      </w:r>
    </w:p>
    <w:p w14:paraId="47D7F268" w14:textId="77777777" w:rsidR="002E3EF2" w:rsidRDefault="00EA7318">
      <w:r>
        <w:t>When your time becomes sacred ground.</w:t>
      </w:r>
    </w:p>
    <w:p w14:paraId="427B5067" w14:textId="77777777" w:rsidR="002E3EF2" w:rsidRDefault="002E3EF2"/>
    <w:p w14:paraId="0FC86A58" w14:textId="77777777" w:rsidR="002E3EF2" w:rsidRDefault="00EA7318">
      <w:pPr>
        <w:pStyle w:val="Heading3"/>
      </w:pPr>
      <w:r>
        <w:t>Embodiment Is the Key</w:t>
      </w:r>
    </w:p>
    <w:p w14:paraId="16A46D2A" w14:textId="77777777" w:rsidR="002E3EF2" w:rsidRDefault="00EA7318">
      <w:r>
        <w:t>True boundaries are not just intellectual. They live in the body.</w:t>
      </w:r>
    </w:p>
    <w:p w14:paraId="3CFCAAC4" w14:textId="77777777" w:rsidR="002E3EF2" w:rsidRDefault="00EA7318">
      <w:r>
        <w:t>You begin to notice:</w:t>
      </w:r>
    </w:p>
    <w:p w14:paraId="442FF81F" w14:textId="77777777" w:rsidR="002E3EF2" w:rsidRDefault="00EA7318">
      <w:r>
        <w:t>The tightening in your stomach when someone oversteps.</w:t>
      </w:r>
      <w:r>
        <w:br/>
      </w:r>
    </w:p>
    <w:p w14:paraId="7F4E8BB5" w14:textId="77777777" w:rsidR="002E3EF2" w:rsidRDefault="00EA7318">
      <w:r>
        <w:t>The breath that leaves when a familiar pattern returns.</w:t>
      </w:r>
      <w:r>
        <w:br/>
      </w:r>
    </w:p>
    <w:p w14:paraId="0352A5C7" w14:textId="77777777" w:rsidR="002E3EF2" w:rsidRDefault="00EA7318">
      <w:r>
        <w:t>The constriction in your chest when you perform instead of rest.</w:t>
      </w:r>
      <w:r>
        <w:br/>
      </w:r>
    </w:p>
    <w:p w14:paraId="14AE82E9" w14:textId="77777777" w:rsidR="002E3EF2" w:rsidRDefault="00EA7318">
      <w:r>
        <w:t>These are not symptoms to ignore. They are oracles.</w:t>
      </w:r>
    </w:p>
    <w:p w14:paraId="05E0E04B" w14:textId="77777777" w:rsidR="002E3EF2" w:rsidRDefault="00EA7318">
      <w:r>
        <w:t>The body is the first temple. And it always knows what the soul cannot yet articulate.</w:t>
      </w:r>
    </w:p>
    <w:p w14:paraId="1F0957D8" w14:textId="77777777" w:rsidR="002E3EF2" w:rsidRDefault="00EA7318">
      <w:r>
        <w:t>Boundaries begin when you listen to the body—and then honor what it says.</w:t>
      </w:r>
    </w:p>
    <w:p w14:paraId="447BAE98" w14:textId="77777777" w:rsidR="002E3EF2" w:rsidRDefault="002E3EF2"/>
    <w:p w14:paraId="57E5CEBD" w14:textId="77777777" w:rsidR="002E3EF2" w:rsidRDefault="00EA7318">
      <w:pPr>
        <w:pStyle w:val="Heading3"/>
      </w:pPr>
      <w:r>
        <w:t>From Collapse to Containment</w:t>
      </w:r>
    </w:p>
    <w:p w14:paraId="26391A7A" w14:textId="77777777" w:rsidR="002E3EF2" w:rsidRDefault="00EA7318">
      <w:r>
        <w:t>Many empaths struggle with the fear of being “too much” or “not enough.”</w:t>
      </w:r>
    </w:p>
    <w:p w14:paraId="77B990C9" w14:textId="77777777" w:rsidR="002E3EF2" w:rsidRDefault="00EA7318">
      <w:r>
        <w:t xml:space="preserve">But these extremes are </w:t>
      </w:r>
      <w:r>
        <w:t>symptoms of one core wound: a lack of energetic containment.</w:t>
      </w:r>
    </w:p>
    <w:p w14:paraId="24F46063" w14:textId="77777777" w:rsidR="002E3EF2" w:rsidRDefault="00EA7318">
      <w:r>
        <w:t>When you set a boundary:</w:t>
      </w:r>
    </w:p>
    <w:p w14:paraId="4E22890F" w14:textId="77777777" w:rsidR="002E3EF2" w:rsidRDefault="00EA7318">
      <w:r>
        <w:lastRenderedPageBreak/>
        <w:t>Your voice stabilizes.</w:t>
      </w:r>
      <w:r>
        <w:br/>
      </w:r>
    </w:p>
    <w:p w14:paraId="1DF0EF26" w14:textId="77777777" w:rsidR="002E3EF2" w:rsidRDefault="00EA7318">
      <w:r>
        <w:t>Your nervous system settles.</w:t>
      </w:r>
      <w:r>
        <w:br/>
      </w:r>
    </w:p>
    <w:p w14:paraId="3F135175" w14:textId="77777777" w:rsidR="002E3EF2" w:rsidRDefault="00EA7318">
      <w:r>
        <w:t>Your decisions become clearer.</w:t>
      </w:r>
      <w:r>
        <w:br/>
      </w:r>
    </w:p>
    <w:p w14:paraId="6328C85F" w14:textId="77777777" w:rsidR="002E3EF2" w:rsidRDefault="00EA7318">
      <w:r>
        <w:t>Your sense of self returns.</w:t>
      </w:r>
      <w:r>
        <w:br/>
      </w:r>
    </w:p>
    <w:p w14:paraId="2E9BE0AB" w14:textId="77777777" w:rsidR="002E3EF2" w:rsidRDefault="00EA7318">
      <w:r>
        <w:t>You no longer chase closure.</w:t>
      </w:r>
    </w:p>
    <w:p w14:paraId="2D06D923" w14:textId="77777777" w:rsidR="002E3EF2" w:rsidRDefault="00EA7318">
      <w:r>
        <w:t xml:space="preserve">You no longer argue </w:t>
      </w:r>
      <w:r>
        <w:t>with distortion.</w:t>
      </w:r>
    </w:p>
    <w:p w14:paraId="7AC4E575" w14:textId="77777777" w:rsidR="002E3EF2" w:rsidRDefault="00EA7318">
      <w:r>
        <w:t>You no longer sacrifice your wholeness for someone else’s comfort.</w:t>
      </w:r>
    </w:p>
    <w:p w14:paraId="6EA3C039" w14:textId="77777777" w:rsidR="002E3EF2" w:rsidRDefault="00EA7318">
      <w:r>
        <w:t>This is the shift from codependence to sacred architecture.</w:t>
      </w:r>
    </w:p>
    <w:p w14:paraId="1B123B2D" w14:textId="77777777" w:rsidR="002E3EF2" w:rsidRDefault="002E3EF2"/>
    <w:p w14:paraId="2574F98D" w14:textId="77777777" w:rsidR="002E3EF2" w:rsidRDefault="00EA7318">
      <w:pPr>
        <w:pStyle w:val="Heading3"/>
      </w:pPr>
      <w:r>
        <w:t>Each No Is a Spell</w:t>
      </w:r>
    </w:p>
    <w:p w14:paraId="139665A6" w14:textId="77777777" w:rsidR="002E3EF2" w:rsidRDefault="00EA7318">
      <w:r>
        <w:t>Each time you say no from integrity—not fear—you cast a spell of alignment.</w:t>
      </w:r>
    </w:p>
    <w:p w14:paraId="0BC65977" w14:textId="77777777" w:rsidR="002E3EF2" w:rsidRDefault="00EA7318">
      <w:r>
        <w:t>You train your energy field to respond with discernment.</w:t>
      </w:r>
    </w:p>
    <w:p w14:paraId="5362DAA2" w14:textId="77777777" w:rsidR="002E3EF2" w:rsidRDefault="00EA7318">
      <w:r>
        <w:t>You signal to the Divine: “I am ready to hold what I have called in.”</w:t>
      </w:r>
    </w:p>
    <w:p w14:paraId="126A5FBB" w14:textId="77777777" w:rsidR="002E3EF2" w:rsidRDefault="00EA7318">
      <w:r>
        <w:t>Because what you tolerate is what you make sacred.</w:t>
      </w:r>
    </w:p>
    <w:p w14:paraId="15E74B79" w14:textId="77777777" w:rsidR="002E3EF2" w:rsidRDefault="00EA7318">
      <w:r>
        <w:t>And what you reject becomes your offering to the altar of self.</w:t>
      </w:r>
    </w:p>
    <w:p w14:paraId="65471FD2" w14:textId="77777777" w:rsidR="002E3EF2" w:rsidRDefault="002E3EF2"/>
    <w:p w14:paraId="749CA456" w14:textId="77777777" w:rsidR="002E3EF2" w:rsidRDefault="00EA7318">
      <w:r>
        <w:t>You are not cold. You are contained.</w:t>
      </w:r>
    </w:p>
    <w:p w14:paraId="38596A68" w14:textId="77777777" w:rsidR="002E3EF2" w:rsidRDefault="00EA7318">
      <w:r>
        <w:t>You are not distant. You are defined.</w:t>
      </w:r>
    </w:p>
    <w:p w14:paraId="5953F8AA" w14:textId="77777777" w:rsidR="002E3EF2" w:rsidRDefault="00EA7318">
      <w:r>
        <w:t>You are not selfish. You are sovereign.</w:t>
      </w:r>
    </w:p>
    <w:p w14:paraId="05776648" w14:textId="77777777" w:rsidR="002E3EF2" w:rsidRDefault="00EA7318">
      <w:r>
        <w:t>This is the alchemy of No.</w:t>
      </w:r>
    </w:p>
    <w:p w14:paraId="509B876F" w14:textId="77777777" w:rsidR="002E3EF2" w:rsidRDefault="00EA7318">
      <w:r>
        <w:t>This is the voice of the rebuilt soul.</w:t>
      </w:r>
    </w:p>
    <w:p w14:paraId="79A79EC3" w14:textId="77777777" w:rsidR="002E3EF2" w:rsidRDefault="00EA7318">
      <w:r>
        <w:t>This is how the holy returns to the body.</w:t>
      </w:r>
      <w:r>
        <w:br/>
      </w:r>
    </w:p>
    <w:p w14:paraId="2E829F32" w14:textId="77777777" w:rsidR="002E3EF2" w:rsidRDefault="00EA7318">
      <w:pPr>
        <w:pStyle w:val="Heading2"/>
      </w:pPr>
      <w:r>
        <w:t>Chapter 10: Sacred Stories and Archetypes – The Map Within the Myth</w:t>
      </w:r>
    </w:p>
    <w:p w14:paraId="6421FA7B" w14:textId="77777777" w:rsidR="002E3EF2" w:rsidRDefault="00EA7318">
      <w:r>
        <w:t>“Myths are public dreams. Dreams are private myths.”</w:t>
      </w:r>
    </w:p>
    <w:p w14:paraId="06933F2B" w14:textId="77777777" w:rsidR="002E3EF2" w:rsidRDefault="00EA7318">
      <w:r>
        <w:lastRenderedPageBreak/>
        <w:t>— Joseph Campbell</w:t>
      </w:r>
    </w:p>
    <w:p w14:paraId="59EAF91C" w14:textId="77777777" w:rsidR="002E3EF2" w:rsidRDefault="00EA7318">
      <w:r>
        <w:t>“Fairy tales tell us what dragons look like… and that they can be defeated.”</w:t>
      </w:r>
    </w:p>
    <w:p w14:paraId="2663929F" w14:textId="77777777" w:rsidR="002E3EF2" w:rsidRDefault="00EA7318">
      <w:r>
        <w:t>— G.K. Chesterton</w:t>
      </w:r>
    </w:p>
    <w:p w14:paraId="54FCA35F" w14:textId="77777777" w:rsidR="002E3EF2" w:rsidRDefault="002E3EF2"/>
    <w:p w14:paraId="7B144388" w14:textId="77777777" w:rsidR="002E3EF2" w:rsidRDefault="00EA7318">
      <w:r>
        <w:t xml:space="preserve">Every ancient culture understood that truth is most easily remembered when </w:t>
      </w:r>
      <w:r>
        <w:t>told as a story.</w:t>
      </w:r>
    </w:p>
    <w:p w14:paraId="536FB84F" w14:textId="77777777" w:rsidR="002E3EF2" w:rsidRDefault="00EA7318">
      <w:r>
        <w:t>That is why the great initiatory wisdom—hidden in temples, embedded in scripture, whispered through sacred teachings—was also preserved in fairy tales and myths.</w:t>
      </w:r>
    </w:p>
    <w:p w14:paraId="7FFE8AEF" w14:textId="77777777" w:rsidR="002E3EF2" w:rsidRDefault="00EA7318">
      <w:r>
        <w:t>They were not just entertainment.</w:t>
      </w:r>
    </w:p>
    <w:p w14:paraId="6324E3AA" w14:textId="77777777" w:rsidR="002E3EF2" w:rsidRDefault="00EA7318">
      <w:r>
        <w:t>They were maps of transformation—coded blueprints of what the soul must endure, and who it must become.</w:t>
      </w:r>
    </w:p>
    <w:p w14:paraId="193EDFBB" w14:textId="77777777" w:rsidR="002E3EF2" w:rsidRDefault="00EA7318">
      <w:r>
        <w:t>And in every tale, whether from temple wall or bedtime story, the pattern repeats:</w:t>
      </w:r>
    </w:p>
    <w:p w14:paraId="1C19BCC9" w14:textId="77777777" w:rsidR="002E3EF2" w:rsidRDefault="00EA7318">
      <w:r>
        <w:t>The seeker encounters betrayal. The light is obscured. The ego is shattered.</w:t>
      </w:r>
    </w:p>
    <w:p w14:paraId="226C392C" w14:textId="77777777" w:rsidR="002E3EF2" w:rsidRDefault="00EA7318">
      <w:r>
        <w:t>And only through endurance, clarity, and help from the unseen does the soul awaken to its truth.</w:t>
      </w:r>
    </w:p>
    <w:p w14:paraId="2CDA11C5" w14:textId="77777777" w:rsidR="002E3EF2" w:rsidRDefault="00EA7318">
      <w:r>
        <w:t>This is not fiction.</w:t>
      </w:r>
    </w:p>
    <w:p w14:paraId="44E882AA" w14:textId="77777777" w:rsidR="002E3EF2" w:rsidRDefault="00EA7318">
      <w:r>
        <w:t>This is your story.</w:t>
      </w:r>
    </w:p>
    <w:p w14:paraId="26E99444" w14:textId="77777777" w:rsidR="002E3EF2" w:rsidRDefault="002E3EF2"/>
    <w:p w14:paraId="69E9CCBE" w14:textId="77777777" w:rsidR="002E3EF2" w:rsidRDefault="00EA7318">
      <w:pPr>
        <w:pStyle w:val="Heading3"/>
      </w:pPr>
      <w:r>
        <w:t>Fairy Tales as Initiation</w:t>
      </w:r>
    </w:p>
    <w:p w14:paraId="49607F46" w14:textId="77777777" w:rsidR="002E3EF2" w:rsidRDefault="00EA7318">
      <w:r>
        <w:t>Consider Snow White—a young soul targeted by a narcissistic queen who cannot tolerate another’s light. The queen:</w:t>
      </w:r>
    </w:p>
    <w:p w14:paraId="15FF69A3" w14:textId="77777777" w:rsidR="002E3EF2" w:rsidRDefault="00EA7318">
      <w:r>
        <w:t>Obsessively consults a mirror</w:t>
      </w:r>
      <w:r>
        <w:br/>
      </w:r>
    </w:p>
    <w:p w14:paraId="02845774" w14:textId="77777777" w:rsidR="002E3EF2" w:rsidRDefault="00EA7318">
      <w:r>
        <w:t>Demands to be the “fairest”</w:t>
      </w:r>
      <w:r>
        <w:br/>
      </w:r>
    </w:p>
    <w:p w14:paraId="2A1BAA53" w14:textId="77777777" w:rsidR="002E3EF2" w:rsidRDefault="00EA7318">
      <w:r>
        <w:t>Uses poison disguised as sweetness</w:t>
      </w:r>
      <w:r>
        <w:br/>
      </w:r>
    </w:p>
    <w:p w14:paraId="0261F9F1" w14:textId="77777777" w:rsidR="002E3EF2" w:rsidRDefault="00EA7318">
      <w:r>
        <w:t>Tries to kill what reflects her lack</w:t>
      </w:r>
      <w:r>
        <w:br/>
      </w:r>
    </w:p>
    <w:p w14:paraId="03BE371F" w14:textId="77777777" w:rsidR="002E3EF2" w:rsidRDefault="00EA7318">
      <w:r>
        <w:t>This is not just a fairy tale. It is a narcissistic wound encoded in myth.</w:t>
      </w:r>
    </w:p>
    <w:p w14:paraId="335545F4" w14:textId="77777777" w:rsidR="002E3EF2" w:rsidRDefault="00EA7318">
      <w:r>
        <w:lastRenderedPageBreak/>
        <w:t>And Snow White? She:</w:t>
      </w:r>
    </w:p>
    <w:p w14:paraId="69697A20" w14:textId="77777777" w:rsidR="002E3EF2" w:rsidRDefault="00EA7318">
      <w:r>
        <w:t>Is exiled from false belonging</w:t>
      </w:r>
      <w:r>
        <w:br/>
      </w:r>
    </w:p>
    <w:p w14:paraId="0E7F03AE" w14:textId="77777777" w:rsidR="002E3EF2" w:rsidRDefault="00EA7318">
      <w:r>
        <w:t>Finds refuge with humble allies</w:t>
      </w:r>
      <w:r>
        <w:br/>
      </w:r>
    </w:p>
    <w:p w14:paraId="39BCECD3" w14:textId="77777777" w:rsidR="002E3EF2" w:rsidRDefault="00EA7318">
      <w:r>
        <w:t>Enters suspended sleep (a metaphor for spiritual limbo)</w:t>
      </w:r>
      <w:r>
        <w:br/>
      </w:r>
    </w:p>
    <w:p w14:paraId="1FD6207D" w14:textId="77777777" w:rsidR="002E3EF2" w:rsidRDefault="00EA7318">
      <w:r>
        <w:t>Is awakened not by love, but by recognition</w:t>
      </w:r>
      <w:r>
        <w:br/>
      </w:r>
    </w:p>
    <w:p w14:paraId="74A919F9" w14:textId="77777777" w:rsidR="002E3EF2" w:rsidRDefault="00EA7318">
      <w:r>
        <w:t>This is the arc of the wounded empath: exiled, silenced, and finally—reborn in sovereignty.</w:t>
      </w:r>
    </w:p>
    <w:p w14:paraId="16565900" w14:textId="77777777" w:rsidR="002E3EF2" w:rsidRDefault="002E3EF2"/>
    <w:p w14:paraId="09A10BED" w14:textId="77777777" w:rsidR="002E3EF2" w:rsidRDefault="00EA7318">
      <w:pPr>
        <w:pStyle w:val="Heading3"/>
      </w:pPr>
      <w:r>
        <w:t>The Narcissist as the Dark Initiator</w:t>
      </w:r>
    </w:p>
    <w:p w14:paraId="02533C0C" w14:textId="77777777" w:rsidR="002E3EF2" w:rsidRDefault="00EA7318">
      <w:r>
        <w:t>In the temples of ancient Egypt, initiates were warned of the Guardians of the Threshold—beings who tested the soul through illusion, projection, and fear. Their purpose was not to destroy the initiate, but to strip away falsehood.</w:t>
      </w:r>
    </w:p>
    <w:p w14:paraId="4E334DA2" w14:textId="77777777" w:rsidR="002E3EF2" w:rsidRDefault="00EA7318">
      <w:r>
        <w:t xml:space="preserve">In many </w:t>
      </w:r>
      <w:r>
        <w:t>stories, the narcissist plays this role:</w:t>
      </w:r>
    </w:p>
    <w:p w14:paraId="21361F51" w14:textId="77777777" w:rsidR="002E3EF2" w:rsidRDefault="00EA7318">
      <w:r>
        <w:t>The stepmother, obsessed with control</w:t>
      </w:r>
      <w:r>
        <w:br/>
      </w:r>
    </w:p>
    <w:p w14:paraId="345C1A47" w14:textId="77777777" w:rsidR="002E3EF2" w:rsidRDefault="00EA7318">
      <w:r>
        <w:t>The dark queen, jealous of innocence</w:t>
      </w:r>
      <w:r>
        <w:br/>
      </w:r>
    </w:p>
    <w:p w14:paraId="4C68E3F1" w14:textId="77777777" w:rsidR="002E3EF2" w:rsidRDefault="00EA7318">
      <w:r>
        <w:t>The charming prince, void of empathy</w:t>
      </w:r>
      <w:r>
        <w:br/>
      </w:r>
    </w:p>
    <w:p w14:paraId="6EFD7FB2" w14:textId="77777777" w:rsidR="002E3EF2" w:rsidRDefault="00EA7318">
      <w:r>
        <w:t>The wizard, who hides behind smoke and power</w:t>
      </w:r>
      <w:r>
        <w:br/>
      </w:r>
    </w:p>
    <w:p w14:paraId="0E18C621" w14:textId="77777777" w:rsidR="002E3EF2" w:rsidRDefault="00EA7318">
      <w:r>
        <w:t>They are not to be worshipped or hated.</w:t>
      </w:r>
    </w:p>
    <w:p w14:paraId="67759A35" w14:textId="77777777" w:rsidR="002E3EF2" w:rsidRDefault="00EA7318">
      <w:r>
        <w:t xml:space="preserve">They are to </w:t>
      </w:r>
      <w:r>
        <w:t>be recognized as the trial.</w:t>
      </w:r>
    </w:p>
    <w:p w14:paraId="25A9C244" w14:textId="77777777" w:rsidR="002E3EF2" w:rsidRDefault="00EA7318">
      <w:r>
        <w:t>Because once the initiate stops begging the shadow to love them, they begin to see themselves clearly.</w:t>
      </w:r>
    </w:p>
    <w:p w14:paraId="7C8E6A77" w14:textId="77777777" w:rsidR="002E3EF2" w:rsidRDefault="002E3EF2"/>
    <w:p w14:paraId="7E97472B" w14:textId="77777777" w:rsidR="002E3EF2" w:rsidRDefault="00EA7318">
      <w:pPr>
        <w:pStyle w:val="Heading3"/>
      </w:pPr>
      <w:r>
        <w:t>Wisdom Break (Callout Box):</w:t>
      </w:r>
    </w:p>
    <w:p w14:paraId="0C924B10" w14:textId="77777777" w:rsidR="002E3EF2" w:rsidRDefault="00EA7318">
      <w:r>
        <w:t>The narcissist does not awaken you with love.</w:t>
      </w:r>
    </w:p>
    <w:p w14:paraId="635663D3" w14:textId="77777777" w:rsidR="002E3EF2" w:rsidRDefault="00EA7318">
      <w:r>
        <w:lastRenderedPageBreak/>
        <w:t>They awaken you through pressure.</w:t>
      </w:r>
    </w:p>
    <w:p w14:paraId="04408CA4" w14:textId="77777777" w:rsidR="002E3EF2" w:rsidRDefault="00EA7318">
      <w:r>
        <w:t>And through that pressure, you remember what cannot be broken.</w:t>
      </w:r>
    </w:p>
    <w:p w14:paraId="3B603423" w14:textId="77777777" w:rsidR="002E3EF2" w:rsidRDefault="002E3EF2"/>
    <w:p w14:paraId="74BD0445" w14:textId="77777777" w:rsidR="002E3EF2" w:rsidRDefault="00EA7318">
      <w:pPr>
        <w:pStyle w:val="Heading3"/>
      </w:pPr>
      <w:r>
        <w:t>Cinderella and the Hidden Radiance</w:t>
      </w:r>
    </w:p>
    <w:p w14:paraId="1259B7F1" w14:textId="77777777" w:rsidR="002E3EF2" w:rsidRDefault="00EA7318">
      <w:r>
        <w:t>Cinderella lives under the rule of narcissistic caregivers—shamed, silenced, and exploited. But the tale doesn’t focus on her revenge. It focuses on her inner light.</w:t>
      </w:r>
    </w:p>
    <w:p w14:paraId="16F2492F" w14:textId="77777777" w:rsidR="002E3EF2" w:rsidRDefault="00EA7318">
      <w:r>
        <w:t>Despite the abuse, she:</w:t>
      </w:r>
    </w:p>
    <w:p w14:paraId="67EE3F21" w14:textId="77777777" w:rsidR="002E3EF2" w:rsidRDefault="00EA7318">
      <w:r>
        <w:t>Stays kind</w:t>
      </w:r>
      <w:r>
        <w:br/>
      </w:r>
    </w:p>
    <w:p w14:paraId="39F8B187" w14:textId="77777777" w:rsidR="002E3EF2" w:rsidRDefault="00EA7318">
      <w:r>
        <w:t>Connects with helpers (mice, fairy godmother)</w:t>
      </w:r>
      <w:r>
        <w:br/>
      </w:r>
    </w:p>
    <w:p w14:paraId="14BF4809" w14:textId="77777777" w:rsidR="002E3EF2" w:rsidRDefault="00EA7318">
      <w:r>
        <w:t>Receives sacred clothing (symbol of divine favor)</w:t>
      </w:r>
      <w:r>
        <w:br/>
      </w:r>
    </w:p>
    <w:p w14:paraId="093B3965" w14:textId="77777777" w:rsidR="002E3EF2" w:rsidRDefault="00EA7318">
      <w:r>
        <w:t>Leaves behind a glass slipper—her energetic signature</w:t>
      </w:r>
      <w:r>
        <w:br/>
      </w:r>
    </w:p>
    <w:p w14:paraId="40158D0A" w14:textId="77777777" w:rsidR="002E3EF2" w:rsidRDefault="00EA7318">
      <w:r>
        <w:t>The prince doesn’t just look for beauty—he looks for resonance. The one who fits the slipper is the one who remained herself in the fire.</w:t>
      </w:r>
    </w:p>
    <w:p w14:paraId="15D09F10" w14:textId="77777777" w:rsidR="002E3EF2" w:rsidRDefault="00EA7318">
      <w:r>
        <w:t>This is the soul’s reward for not becoming what hurt it.</w:t>
      </w:r>
    </w:p>
    <w:p w14:paraId="7F72E7E6" w14:textId="77777777" w:rsidR="002E3EF2" w:rsidRDefault="002E3EF2"/>
    <w:p w14:paraId="76376082" w14:textId="77777777" w:rsidR="002E3EF2" w:rsidRDefault="00EA7318">
      <w:pPr>
        <w:pStyle w:val="Heading3"/>
      </w:pPr>
      <w:r>
        <w:t>The Wizard of Oz and the False Authority</w:t>
      </w:r>
    </w:p>
    <w:p w14:paraId="457E421A" w14:textId="77777777" w:rsidR="002E3EF2" w:rsidRDefault="00EA7318">
      <w:r>
        <w:t>Dorothy’s journey is a map of emotional sovereignty.</w:t>
      </w:r>
    </w:p>
    <w:p w14:paraId="17BAC86C" w14:textId="77777777" w:rsidR="002E3EF2" w:rsidRDefault="00EA7318">
      <w:r>
        <w:t>Torn from comfort</w:t>
      </w:r>
      <w:r>
        <w:br/>
      </w:r>
    </w:p>
    <w:p w14:paraId="73A79D11" w14:textId="77777777" w:rsidR="002E3EF2" w:rsidRDefault="00EA7318">
      <w:r>
        <w:t>Sent through chaos</w:t>
      </w:r>
      <w:r>
        <w:br/>
      </w:r>
    </w:p>
    <w:p w14:paraId="00417A1C" w14:textId="77777777" w:rsidR="002E3EF2" w:rsidRDefault="00EA7318">
      <w:r>
        <w:t>Meets spiritual allies (Scarecrow = wisdom, Lion = courage, Tin Man = heart)</w:t>
      </w:r>
      <w:r>
        <w:br/>
      </w:r>
    </w:p>
    <w:p w14:paraId="6AF62B0F" w14:textId="77777777" w:rsidR="002E3EF2" w:rsidRDefault="00EA7318">
      <w:r>
        <w:t>Faces the false wizard—who uses illusion to maintain power</w:t>
      </w:r>
      <w:r>
        <w:br/>
      </w:r>
    </w:p>
    <w:p w14:paraId="00DEC2B5" w14:textId="77777777" w:rsidR="002E3EF2" w:rsidRDefault="00EA7318">
      <w:r>
        <w:t>In the end, she learns: the tools were always within her.</w:t>
      </w:r>
    </w:p>
    <w:p w14:paraId="7CE05CF6" w14:textId="77777777" w:rsidR="002E3EF2" w:rsidRDefault="00EA7318">
      <w:r>
        <w:t>She didn’t need saving.</w:t>
      </w:r>
    </w:p>
    <w:p w14:paraId="465B46F3" w14:textId="77777777" w:rsidR="002E3EF2" w:rsidRDefault="00EA7318">
      <w:r>
        <w:lastRenderedPageBreak/>
        <w:t>She needed to remember.</w:t>
      </w:r>
    </w:p>
    <w:p w14:paraId="36BDA7C7" w14:textId="77777777" w:rsidR="002E3EF2" w:rsidRDefault="00EA7318">
      <w:r>
        <w:t>This is what narcissistic entanglement teaches us—truth does not come from the loudest voice. It comes from within.</w:t>
      </w:r>
    </w:p>
    <w:p w14:paraId="24DA4C6B" w14:textId="77777777" w:rsidR="002E3EF2" w:rsidRDefault="002E3EF2"/>
    <w:p w14:paraId="65B27784" w14:textId="77777777" w:rsidR="002E3EF2" w:rsidRDefault="00EA7318">
      <w:pPr>
        <w:pStyle w:val="Heading3"/>
      </w:pPr>
      <w:r>
        <w:t>The Mythic Pattern Is Yours</w:t>
      </w:r>
    </w:p>
    <w:p w14:paraId="0A9FEA35" w14:textId="77777777" w:rsidR="002E3EF2" w:rsidRDefault="00EA7318">
      <w:r>
        <w:t>These tales endure because they speak to a universal transformation:</w:t>
      </w:r>
    </w:p>
    <w:p w14:paraId="33E8B245" w14:textId="77777777" w:rsidR="002E3EF2" w:rsidRDefault="00EA7318">
      <w:r>
        <w:t>The False Authority Appears – often in disguise</w:t>
      </w:r>
      <w:r>
        <w:br/>
      </w:r>
    </w:p>
    <w:p w14:paraId="010BD1B2" w14:textId="77777777" w:rsidR="002E3EF2" w:rsidRDefault="00EA7318">
      <w:r>
        <w:t>The Innocent is Wounded – trust is betrayed</w:t>
      </w:r>
      <w:r>
        <w:br/>
      </w:r>
    </w:p>
    <w:p w14:paraId="3D7837DC" w14:textId="77777777" w:rsidR="002E3EF2" w:rsidRDefault="00EA7318">
      <w:r>
        <w:t>The Soul is Cast Out – forced into exile, silence, darkness</w:t>
      </w:r>
      <w:r>
        <w:br/>
      </w:r>
    </w:p>
    <w:p w14:paraId="4803D47B" w14:textId="77777777" w:rsidR="002E3EF2" w:rsidRDefault="00EA7318">
      <w:r>
        <w:t>The Allies Arrive – often in small or spiritual forms</w:t>
      </w:r>
      <w:r>
        <w:br/>
      </w:r>
    </w:p>
    <w:p w14:paraId="55FB44A7" w14:textId="77777777" w:rsidR="002E3EF2" w:rsidRDefault="00EA7318">
      <w:r>
        <w:t>The Mirror is Broken – the false story is exposed</w:t>
      </w:r>
      <w:r>
        <w:br/>
      </w:r>
    </w:p>
    <w:p w14:paraId="2385AFEF" w14:textId="77777777" w:rsidR="002E3EF2" w:rsidRDefault="00EA7318">
      <w:r>
        <w:t>The Power is Claimed – not with revenge, but with return</w:t>
      </w:r>
      <w:r>
        <w:br/>
      </w:r>
    </w:p>
    <w:p w14:paraId="5ABB2190" w14:textId="77777777" w:rsidR="002E3EF2" w:rsidRDefault="00EA7318">
      <w:r>
        <w:t>And at the center of it all is you.</w:t>
      </w:r>
    </w:p>
    <w:p w14:paraId="580384ED" w14:textId="77777777" w:rsidR="002E3EF2" w:rsidRDefault="002E3EF2"/>
    <w:p w14:paraId="1A0F5C5B" w14:textId="77777777" w:rsidR="002E3EF2" w:rsidRDefault="00EA7318">
      <w:pPr>
        <w:pStyle w:val="Heading3"/>
      </w:pPr>
      <w:r>
        <w:t>Your Story Is Not a Tragedy. It Is a Temple Myth.</w:t>
      </w:r>
    </w:p>
    <w:p w14:paraId="5A56C3E2" w14:textId="77777777" w:rsidR="002E3EF2" w:rsidRDefault="00EA7318">
      <w:r>
        <w:t>You were not foolish to trust.</w:t>
      </w:r>
    </w:p>
    <w:p w14:paraId="4DA5911D" w14:textId="77777777" w:rsidR="002E3EF2" w:rsidRDefault="00EA7318">
      <w:r>
        <w:t>You were innocent. That is not weakness—it is your divine inheritance.</w:t>
      </w:r>
    </w:p>
    <w:p w14:paraId="63BCE178" w14:textId="77777777" w:rsidR="002E3EF2" w:rsidRDefault="00EA7318">
      <w:r>
        <w:t>You were not broken.</w:t>
      </w:r>
    </w:p>
    <w:p w14:paraId="6022B3ED" w14:textId="77777777" w:rsidR="002E3EF2" w:rsidRDefault="00EA7318">
      <w:r>
        <w:t>You were being initiated.</w:t>
      </w:r>
    </w:p>
    <w:p w14:paraId="2E5D6430" w14:textId="77777777" w:rsidR="002E3EF2" w:rsidRDefault="00EA7318">
      <w:r>
        <w:t>And the narcissist, like the queen, the wizard, the serpent, or the shadow king, has served their role.</w:t>
      </w:r>
    </w:p>
    <w:p w14:paraId="4FD95E27" w14:textId="77777777" w:rsidR="002E3EF2" w:rsidRDefault="00EA7318">
      <w:r>
        <w:t>Now it is your turn.</w:t>
      </w:r>
    </w:p>
    <w:p w14:paraId="60FDDA67" w14:textId="77777777" w:rsidR="002E3EF2" w:rsidRDefault="002E3EF2"/>
    <w:p w14:paraId="05B09244" w14:textId="77777777" w:rsidR="002E3EF2" w:rsidRDefault="00EA7318">
      <w:r>
        <w:t>To rise.</w:t>
      </w:r>
    </w:p>
    <w:p w14:paraId="61E7DCF2" w14:textId="77777777" w:rsidR="002E3EF2" w:rsidRDefault="00EA7318">
      <w:r>
        <w:lastRenderedPageBreak/>
        <w:t>To return.</w:t>
      </w:r>
    </w:p>
    <w:p w14:paraId="17140A21" w14:textId="77777777" w:rsidR="002E3EF2" w:rsidRDefault="00EA7318">
      <w:r>
        <w:t>To re-write the story not by changing the past—</w:t>
      </w:r>
    </w:p>
    <w:p w14:paraId="76D56223" w14:textId="77777777" w:rsidR="002E3EF2" w:rsidRDefault="00EA7318">
      <w:r>
        <w:t>but by reclaiming its meaning.</w:t>
      </w:r>
      <w:r>
        <w:br/>
      </w:r>
    </w:p>
    <w:p w14:paraId="7322C3DC" w14:textId="77777777" w:rsidR="002E3EF2" w:rsidRDefault="00EA7318">
      <w:pPr>
        <w:pStyle w:val="Heading2"/>
      </w:pPr>
      <w:r>
        <w:t xml:space="preserve">Chapter 11: Reclaiming the Self – </w:t>
      </w:r>
      <w:r>
        <w:t>Voice, Embodiment, and the Sacred ‘No’</w:t>
      </w:r>
    </w:p>
    <w:p w14:paraId="17C0C563" w14:textId="77777777" w:rsidR="002E3EF2" w:rsidRDefault="00EA7318">
      <w:r>
        <w:t>“The moment you stop betraying yourself is the moment your healing begins.”</w:t>
      </w:r>
    </w:p>
    <w:p w14:paraId="5961212F" w14:textId="77777777" w:rsidR="002E3EF2" w:rsidRDefault="00EA7318">
      <w:r>
        <w:t>— Initiatory Principle</w:t>
      </w:r>
    </w:p>
    <w:p w14:paraId="7E42E714" w14:textId="77777777" w:rsidR="002E3EF2" w:rsidRDefault="00EA7318">
      <w:r>
        <w:t>“The soul always knows what to do to heal itself. The challenge is to silence the mind.”</w:t>
      </w:r>
    </w:p>
    <w:p w14:paraId="67A7F6C1" w14:textId="77777777" w:rsidR="002E3EF2" w:rsidRDefault="00EA7318">
      <w:r>
        <w:t>— Caroline Myss</w:t>
      </w:r>
    </w:p>
    <w:p w14:paraId="31B23A22" w14:textId="77777777" w:rsidR="002E3EF2" w:rsidRDefault="002E3EF2"/>
    <w:p w14:paraId="1D6CF309" w14:textId="77777777" w:rsidR="002E3EF2" w:rsidRDefault="00EA7318">
      <w:r>
        <w:t>To heal from narcissistic entanglement is not just to leave the relationship.</w:t>
      </w:r>
    </w:p>
    <w:p w14:paraId="77B45B16" w14:textId="77777777" w:rsidR="002E3EF2" w:rsidRDefault="00EA7318">
      <w:r>
        <w:t>It is to reenter your body.</w:t>
      </w:r>
    </w:p>
    <w:p w14:paraId="5D174B62" w14:textId="77777777" w:rsidR="002E3EF2" w:rsidRDefault="00EA7318">
      <w:r>
        <w:t>To find your breath.</w:t>
      </w:r>
    </w:p>
    <w:p w14:paraId="61B3DA1F" w14:textId="77777777" w:rsidR="002E3EF2" w:rsidRDefault="00EA7318">
      <w:r>
        <w:t>To reclaim the still, luminous voice that was once drowned out by performance and fear.</w:t>
      </w:r>
    </w:p>
    <w:p w14:paraId="4BC3CA34" w14:textId="77777777" w:rsidR="002E3EF2" w:rsidRDefault="00EA7318">
      <w:r>
        <w:t>This return to self is not a psychological exercise.</w:t>
      </w:r>
    </w:p>
    <w:p w14:paraId="3130F8CB" w14:textId="77777777" w:rsidR="002E3EF2" w:rsidRDefault="00EA7318">
      <w:r>
        <w:t>It is a spiritual resurrection.</w:t>
      </w:r>
    </w:p>
    <w:p w14:paraId="3EC55DA9" w14:textId="77777777" w:rsidR="002E3EF2" w:rsidRDefault="00EA7318">
      <w:r>
        <w:t>Because the soul is not lost—it is veiled.</w:t>
      </w:r>
    </w:p>
    <w:p w14:paraId="34A6F509" w14:textId="77777777" w:rsidR="002E3EF2" w:rsidRDefault="00EA7318">
      <w:r>
        <w:t>And the healing process is the sacred unveiling.</w:t>
      </w:r>
    </w:p>
    <w:p w14:paraId="04132F8B" w14:textId="77777777" w:rsidR="002E3EF2" w:rsidRDefault="002E3EF2"/>
    <w:p w14:paraId="6F138FBB" w14:textId="77777777" w:rsidR="002E3EF2" w:rsidRDefault="00EA7318">
      <w:pPr>
        <w:pStyle w:val="Heading3"/>
      </w:pPr>
      <w:r>
        <w:t>The Soul Hidden in Shells – The Kabbalistic Teaching of Klipot</w:t>
      </w:r>
    </w:p>
    <w:p w14:paraId="5C7DE787" w14:textId="77777777" w:rsidR="002E3EF2" w:rsidRDefault="00EA7318">
      <w:r>
        <w:t>In Kabbalah, the false self is described through the metaphor of Klipot—shells or husks that form around the divine spark.</w:t>
      </w:r>
    </w:p>
    <w:p w14:paraId="652803C7" w14:textId="77777777" w:rsidR="002E3EF2" w:rsidRDefault="00EA7318">
      <w:r>
        <w:t>These shells are not evil; they are distortions. They grow around trauma, around unmet needs, around shame. Over time, they harden into false identities. This is how the narcissistic self is built—layer by layer of image, performance, and projection.</w:t>
      </w:r>
    </w:p>
    <w:p w14:paraId="4B25CC0C" w14:textId="77777777" w:rsidR="002E3EF2" w:rsidRDefault="00EA7318">
      <w:r>
        <w:t>But the deeper teaching is this:</w:t>
      </w:r>
    </w:p>
    <w:p w14:paraId="0411D1A3" w14:textId="77777777" w:rsidR="002E3EF2" w:rsidRDefault="00EA7318">
      <w:r>
        <w:t>Inside every shell is light.</w:t>
      </w:r>
    </w:p>
    <w:p w14:paraId="3AA4158F" w14:textId="77777777" w:rsidR="002E3EF2" w:rsidRDefault="00EA7318">
      <w:r>
        <w:t>When you begin to reclaim your voice, your body, your boundaries—what you’re really doing is breaking the klipot.</w:t>
      </w:r>
    </w:p>
    <w:p w14:paraId="43DBE365" w14:textId="77777777" w:rsidR="002E3EF2" w:rsidRDefault="00EA7318">
      <w:r>
        <w:lastRenderedPageBreak/>
        <w:t>You are peeling back the layers of who you thought you had to be, in order to remember who you already are.</w:t>
      </w:r>
    </w:p>
    <w:p w14:paraId="65AF685D" w14:textId="77777777" w:rsidR="002E3EF2" w:rsidRDefault="002E3EF2"/>
    <w:p w14:paraId="1543AD5A" w14:textId="77777777" w:rsidR="002E3EF2" w:rsidRDefault="00EA7318">
      <w:pPr>
        <w:pStyle w:val="Heading3"/>
      </w:pPr>
      <w:r>
        <w:t>When You Don’t Know Where You End and They Begin</w:t>
      </w:r>
    </w:p>
    <w:p w14:paraId="605E08F2" w14:textId="77777777" w:rsidR="002E3EF2" w:rsidRDefault="00EA7318">
      <w:r>
        <w:t>Many survivors of narcissistic harm describe the same confusion:</w:t>
      </w:r>
    </w:p>
    <w:p w14:paraId="128A0F0C" w14:textId="77777777" w:rsidR="002E3EF2" w:rsidRDefault="00EA7318">
      <w:r>
        <w:t>“Where do I end?”</w:t>
      </w:r>
      <w:r>
        <w:br/>
      </w:r>
    </w:p>
    <w:p w14:paraId="556FFEBF" w14:textId="77777777" w:rsidR="002E3EF2" w:rsidRDefault="00EA7318">
      <w:r>
        <w:t>“Where do they begin?”</w:t>
      </w:r>
      <w:r>
        <w:br/>
      </w:r>
    </w:p>
    <w:p w14:paraId="448CD8DA" w14:textId="77777777" w:rsidR="002E3EF2" w:rsidRDefault="00EA7318">
      <w:r>
        <w:t>“Every decision I made was filtered through their needs.”</w:t>
      </w:r>
      <w:r>
        <w:br/>
      </w:r>
    </w:p>
    <w:p w14:paraId="6A67F983" w14:textId="77777777" w:rsidR="002E3EF2" w:rsidRDefault="00EA7318">
      <w:r>
        <w:t>This is more than codependency. It is spiritual fragmentation.</w:t>
      </w:r>
    </w:p>
    <w:p w14:paraId="31DBFA05" w14:textId="77777777" w:rsidR="002E3EF2" w:rsidRDefault="00EA7318">
      <w:r>
        <w:t xml:space="preserve">In the Sufi tradition, Al-Ghazali spoke of the 70,000 veils between the soul and God. These veils are not physical—they are layers of </w:t>
      </w:r>
      <w:r>
        <w:t>attachment, fear, and illusion.</w:t>
      </w:r>
    </w:p>
    <w:p w14:paraId="5F136D14" w14:textId="77777777" w:rsidR="002E3EF2" w:rsidRDefault="00EA7318">
      <w:r>
        <w:t>The narcissist becomes one of these veils—not just in your outer life, but within your inner perception. They become a filter through which you measure your worth, your decisions, your desires.</w:t>
      </w:r>
    </w:p>
    <w:p w14:paraId="074C7B40" w14:textId="77777777" w:rsidR="002E3EF2" w:rsidRDefault="00EA7318">
      <w:r>
        <w:t>And to reclaim the self is to begin lifting those veils, one by one, with each choice made in alignment.</w:t>
      </w:r>
    </w:p>
    <w:p w14:paraId="1C20F7B5" w14:textId="77777777" w:rsidR="002E3EF2" w:rsidRDefault="002E3EF2"/>
    <w:p w14:paraId="37CB89BC" w14:textId="77777777" w:rsidR="002E3EF2" w:rsidRDefault="00EA7318">
      <w:pPr>
        <w:pStyle w:val="Heading3"/>
      </w:pPr>
      <w:r>
        <w:t>Wisdom Break (Callout Box):</w:t>
      </w:r>
    </w:p>
    <w:p w14:paraId="166FC6DE" w14:textId="77777777" w:rsidR="002E3EF2" w:rsidRDefault="00EA7318">
      <w:r>
        <w:t>A boundary begins the moment you choose yourself over the narcissist.</w:t>
      </w:r>
    </w:p>
    <w:p w14:paraId="592CF6C2" w14:textId="77777777" w:rsidR="002E3EF2" w:rsidRDefault="00EA7318">
      <w:r>
        <w:t>Not as punishment—but because your soul is no longer available for self-abandonment.</w:t>
      </w:r>
    </w:p>
    <w:p w14:paraId="2D034E97" w14:textId="77777777" w:rsidR="002E3EF2" w:rsidRDefault="002E3EF2"/>
    <w:p w14:paraId="72EAAFB9" w14:textId="77777777" w:rsidR="002E3EF2" w:rsidRDefault="00EA7318">
      <w:pPr>
        <w:pStyle w:val="Heading3"/>
      </w:pPr>
      <w:r>
        <w:t>Reclaiming the Voice as a Sacred Act</w:t>
      </w:r>
    </w:p>
    <w:p w14:paraId="3064473E" w14:textId="77777777" w:rsidR="002E3EF2" w:rsidRDefault="00EA7318">
      <w:r>
        <w:t>In mystical traditions, voice is not just speech—it is energy in motion.</w:t>
      </w:r>
    </w:p>
    <w:p w14:paraId="120DD2BE" w14:textId="77777777" w:rsidR="002E3EF2" w:rsidRDefault="00EA7318">
      <w:r>
        <w:t>To reclaim your voice is not merely to speak louder.</w:t>
      </w:r>
    </w:p>
    <w:p w14:paraId="375A85DC" w14:textId="77777777" w:rsidR="002E3EF2" w:rsidRDefault="00EA7318">
      <w:r>
        <w:t>It is to speak truer.</w:t>
      </w:r>
    </w:p>
    <w:p w14:paraId="26CE23A9" w14:textId="77777777" w:rsidR="002E3EF2" w:rsidRDefault="00EA7318">
      <w:r>
        <w:t>At first, your voice may return as a whisper.</w:t>
      </w:r>
    </w:p>
    <w:p w14:paraId="4D3AE2F6" w14:textId="77777777" w:rsidR="002E3EF2" w:rsidRDefault="00EA7318">
      <w:r>
        <w:t>Then as a “no.”</w:t>
      </w:r>
    </w:p>
    <w:p w14:paraId="6721C5AA" w14:textId="77777777" w:rsidR="002E3EF2" w:rsidRDefault="00EA7318">
      <w:r>
        <w:lastRenderedPageBreak/>
        <w:t>Then as a boundary.</w:t>
      </w:r>
    </w:p>
    <w:p w14:paraId="15A903D8" w14:textId="77777777" w:rsidR="002E3EF2" w:rsidRDefault="00EA7318">
      <w:r>
        <w:t>Then, as a living signature of your light.</w:t>
      </w:r>
    </w:p>
    <w:p w14:paraId="10053D54" w14:textId="77777777" w:rsidR="002E3EF2" w:rsidRDefault="00EA7318">
      <w:r>
        <w:t>You are no longer echoing someone else’s expectation.</w:t>
      </w:r>
    </w:p>
    <w:p w14:paraId="340E7A69" w14:textId="77777777" w:rsidR="002E3EF2" w:rsidRDefault="00EA7318">
      <w:r>
        <w:t>You are sounding your own name into the field.</w:t>
      </w:r>
    </w:p>
    <w:p w14:paraId="2A7ADF25" w14:textId="77777777" w:rsidR="002E3EF2" w:rsidRDefault="002E3EF2"/>
    <w:p w14:paraId="46CF4F7B" w14:textId="77777777" w:rsidR="002E3EF2" w:rsidRDefault="00EA7318">
      <w:pPr>
        <w:pStyle w:val="Heading3"/>
      </w:pPr>
      <w:r>
        <w:t>The Soul’s Geometry is Returning</w:t>
      </w:r>
    </w:p>
    <w:p w14:paraId="1A28EEA3" w14:textId="77777777" w:rsidR="002E3EF2" w:rsidRDefault="00EA7318">
      <w:r>
        <w:t>Sacred geometry teaches that form follows divine proportion.</w:t>
      </w:r>
    </w:p>
    <w:p w14:paraId="2F57AB99" w14:textId="77777777" w:rsidR="002E3EF2" w:rsidRDefault="00EA7318">
      <w:r>
        <w:t>In trauma, the soul gets twisted, collapsed, stretched out of alignment. But when you begin to remember your essence—through boundaries, breath, and embodiment—you begin to resonate again with the original pattern.</w:t>
      </w:r>
    </w:p>
    <w:p w14:paraId="515ED1E4" w14:textId="77777777" w:rsidR="002E3EF2" w:rsidRDefault="00EA7318">
      <w:r>
        <w:t>This isn’t just psychological—it’s spiritual mathematics. You are restoring divine structure to your being.</w:t>
      </w:r>
    </w:p>
    <w:p w14:paraId="3DA6F258" w14:textId="77777777" w:rsidR="002E3EF2" w:rsidRDefault="002E3EF2"/>
    <w:p w14:paraId="48ABDDA1" w14:textId="77777777" w:rsidR="002E3EF2" w:rsidRDefault="00EA7318">
      <w:pPr>
        <w:pStyle w:val="Heading3"/>
      </w:pPr>
      <w:r>
        <w:t>You Were Never Lost. You Were Encased.</w:t>
      </w:r>
    </w:p>
    <w:p w14:paraId="04624428" w14:textId="77777777" w:rsidR="002E3EF2" w:rsidRDefault="00EA7318">
      <w:r>
        <w:t>The Zohar teaches that klipot obscure the light but can never extinguish it.</w:t>
      </w:r>
    </w:p>
    <w:p w14:paraId="48DD5DC4" w14:textId="77777777" w:rsidR="002E3EF2" w:rsidRDefault="00EA7318">
      <w:r>
        <w:t>The Sufis say that every veil conceals a doorway.</w:t>
      </w:r>
    </w:p>
    <w:p w14:paraId="6F62FA9F" w14:textId="77777777" w:rsidR="002E3EF2" w:rsidRDefault="00EA7318">
      <w:r>
        <w:t>The Upanishads speak of maya-moha—the illusion within the illusion—that must be pierced not by force, but by inner sight.</w:t>
      </w:r>
    </w:p>
    <w:p w14:paraId="43359E79" w14:textId="77777777" w:rsidR="002E3EF2" w:rsidRDefault="00EA7318">
      <w:r>
        <w:t>And the Taoists remind us: The empty vessel makes the most noise.</w:t>
      </w:r>
    </w:p>
    <w:p w14:paraId="7B0D5368" w14:textId="77777777" w:rsidR="002E3EF2" w:rsidRDefault="00EA7318">
      <w:r>
        <w:t>The narcissist was never a source of truth.</w:t>
      </w:r>
    </w:p>
    <w:p w14:paraId="4945B99D" w14:textId="77777777" w:rsidR="002E3EF2" w:rsidRDefault="00EA7318">
      <w:r>
        <w:t xml:space="preserve">They were a mask—one that forced you to go </w:t>
      </w:r>
      <w:r>
        <w:t>inward and find the source within.</w:t>
      </w:r>
    </w:p>
    <w:p w14:paraId="12EE870B" w14:textId="77777777" w:rsidR="002E3EF2" w:rsidRDefault="002E3EF2"/>
    <w:p w14:paraId="63BF5DA7" w14:textId="77777777" w:rsidR="002E3EF2" w:rsidRDefault="00EA7318">
      <w:r>
        <w:t>You are not performing now.</w:t>
      </w:r>
    </w:p>
    <w:p w14:paraId="3F78B366" w14:textId="77777777" w:rsidR="002E3EF2" w:rsidRDefault="00EA7318">
      <w:r>
        <w:t>You are reclaiming.</w:t>
      </w:r>
    </w:p>
    <w:p w14:paraId="148720D5" w14:textId="77777777" w:rsidR="002E3EF2" w:rsidRDefault="00EA7318">
      <w:r>
        <w:t>You are not protecting their comfort.</w:t>
      </w:r>
    </w:p>
    <w:p w14:paraId="1F033784" w14:textId="77777777" w:rsidR="002E3EF2" w:rsidRDefault="00EA7318">
      <w:r>
        <w:t>You are protecting your wholeness.</w:t>
      </w:r>
    </w:p>
    <w:p w14:paraId="597575E7" w14:textId="77777777" w:rsidR="002E3EF2" w:rsidRDefault="00EA7318">
      <w:r>
        <w:t>You are not seeking approval.</w:t>
      </w:r>
    </w:p>
    <w:p w14:paraId="0A390C8B" w14:textId="77777777" w:rsidR="002E3EF2" w:rsidRDefault="00EA7318">
      <w:r>
        <w:t>You are anchoring your light.</w:t>
      </w:r>
    </w:p>
    <w:p w14:paraId="49A2DA02" w14:textId="77777777" w:rsidR="002E3EF2" w:rsidRDefault="00EA7318">
      <w:r>
        <w:lastRenderedPageBreak/>
        <w:t>This is the sacred return.</w:t>
      </w:r>
    </w:p>
    <w:p w14:paraId="07924A55" w14:textId="77777777" w:rsidR="002E3EF2" w:rsidRDefault="00EA7318">
      <w:r>
        <w:t>This is how the soul lifts the veil.</w:t>
      </w:r>
    </w:p>
    <w:p w14:paraId="123A5CEC" w14:textId="77777777" w:rsidR="002E3EF2" w:rsidRDefault="00EA7318">
      <w:r>
        <w:t>This is what it means to reclaim the Self.</w:t>
      </w:r>
      <w:r>
        <w:br/>
      </w:r>
    </w:p>
    <w:p w14:paraId="640B8C7E" w14:textId="77777777" w:rsidR="002E3EF2" w:rsidRDefault="00EA7318">
      <w:pPr>
        <w:pStyle w:val="Heading2"/>
      </w:pPr>
      <w:r>
        <w:t>Chapter 12: Loving the Giver in You – Compassion Without Collapse</w:t>
      </w:r>
    </w:p>
    <w:p w14:paraId="2A19B7E9" w14:textId="77777777" w:rsidR="002E3EF2" w:rsidRDefault="00EA7318">
      <w:r>
        <w:t>“The Bodhisattva knows: You cannot pour from an empty vessel.</w:t>
      </w:r>
    </w:p>
    <w:p w14:paraId="37B11BF8" w14:textId="77777777" w:rsidR="002E3EF2" w:rsidRDefault="00EA7318">
      <w:r>
        <w:t>You serve best when your center is full.”</w:t>
      </w:r>
    </w:p>
    <w:p w14:paraId="208AC705" w14:textId="77777777" w:rsidR="002E3EF2" w:rsidRDefault="00EA7318">
      <w:r>
        <w:t>— Mahayana Teaching</w:t>
      </w:r>
    </w:p>
    <w:p w14:paraId="0701E110" w14:textId="77777777" w:rsidR="002E3EF2" w:rsidRDefault="00EA7318">
      <w:r>
        <w:t>“Your compassion is sacred. It is not meant to be extracted—it is meant to flow.”</w:t>
      </w:r>
    </w:p>
    <w:p w14:paraId="6E23D8E9" w14:textId="77777777" w:rsidR="002E3EF2" w:rsidRDefault="00EA7318">
      <w:r>
        <w:t>— Modern Initiatory Principle</w:t>
      </w:r>
    </w:p>
    <w:p w14:paraId="70454207" w14:textId="77777777" w:rsidR="002E3EF2" w:rsidRDefault="002E3EF2"/>
    <w:p w14:paraId="2C02E93A" w14:textId="77777777" w:rsidR="002E3EF2" w:rsidRDefault="00EA7318">
      <w:r>
        <w:t>So many who have danced with narcissistic harm carry the same wound:</w:t>
      </w:r>
    </w:p>
    <w:p w14:paraId="06BA1217" w14:textId="77777777" w:rsidR="002E3EF2" w:rsidRDefault="00EA7318">
      <w:r>
        <w:t>They are givers. Lovers. Listeners. Healers.</w:t>
      </w:r>
    </w:p>
    <w:p w14:paraId="2B54C2CA" w14:textId="77777777" w:rsidR="002E3EF2" w:rsidRDefault="00EA7318">
      <w:r>
        <w:t>And somewhere along the way, their deepest gift became their greatest burden.</w:t>
      </w:r>
    </w:p>
    <w:p w14:paraId="6DC18F54" w14:textId="77777777" w:rsidR="002E3EF2" w:rsidRDefault="00EA7318">
      <w:r>
        <w:t>They learned to anticipate needs.</w:t>
      </w:r>
    </w:p>
    <w:p w14:paraId="35A48273" w14:textId="77777777" w:rsidR="002E3EF2" w:rsidRDefault="00EA7318">
      <w:r>
        <w:t>To soften anger.</w:t>
      </w:r>
    </w:p>
    <w:p w14:paraId="032D5610" w14:textId="77777777" w:rsidR="002E3EF2" w:rsidRDefault="00EA7318">
      <w:r>
        <w:t>To keep the peace.</w:t>
      </w:r>
    </w:p>
    <w:p w14:paraId="7D4B66F2" w14:textId="77777777" w:rsidR="002E3EF2" w:rsidRDefault="00EA7318">
      <w:r>
        <w:t>To disappear if necessary.</w:t>
      </w:r>
    </w:p>
    <w:p w14:paraId="50B94887" w14:textId="77777777" w:rsidR="002E3EF2" w:rsidRDefault="00EA7318">
      <w:r>
        <w:t>This chapter is a homecoming to that giver—not to erase her, but to honor and rewire her.</w:t>
      </w:r>
    </w:p>
    <w:p w14:paraId="6F204220" w14:textId="77777777" w:rsidR="002E3EF2" w:rsidRDefault="00EA7318">
      <w:r>
        <w:t>Because your giving is not the problem.</w:t>
      </w:r>
    </w:p>
    <w:p w14:paraId="4395B2B8" w14:textId="77777777" w:rsidR="002E3EF2" w:rsidRDefault="00EA7318">
      <w:r>
        <w:t>It is your gift.</w:t>
      </w:r>
    </w:p>
    <w:p w14:paraId="60F628AA" w14:textId="77777777" w:rsidR="002E3EF2" w:rsidRDefault="00EA7318">
      <w:r>
        <w:t>It simply needs a new altar.</w:t>
      </w:r>
    </w:p>
    <w:p w14:paraId="5E82EA35" w14:textId="77777777" w:rsidR="002E3EF2" w:rsidRDefault="002E3EF2"/>
    <w:p w14:paraId="5F5FD509" w14:textId="77777777" w:rsidR="002E3EF2" w:rsidRDefault="00EA7318">
      <w:pPr>
        <w:pStyle w:val="Heading3"/>
      </w:pPr>
      <w:r>
        <w:t>The Bodhisattva and the Myth of Self-Sacrifice</w:t>
      </w:r>
    </w:p>
    <w:p w14:paraId="7A7C95AE" w14:textId="77777777" w:rsidR="002E3EF2" w:rsidRDefault="00EA7318">
      <w:r>
        <w:t xml:space="preserve">In Mahayana Buddhism, the Bodhisattva is a being of great compassion who vows to serve the awakening of all beings. But this service </w:t>
      </w:r>
      <w:r>
        <w:t>does not come from exhaustion or codependency.</w:t>
      </w:r>
    </w:p>
    <w:p w14:paraId="18872521" w14:textId="77777777" w:rsidR="002E3EF2" w:rsidRDefault="00EA7318">
      <w:r>
        <w:t>The Bodhisattva path teaches:</w:t>
      </w:r>
    </w:p>
    <w:p w14:paraId="13A832A4" w14:textId="77777777" w:rsidR="002E3EF2" w:rsidRDefault="00EA7318">
      <w:r>
        <w:lastRenderedPageBreak/>
        <w:t>Compassion must include the self.</w:t>
      </w:r>
      <w:r>
        <w:br/>
      </w:r>
    </w:p>
    <w:p w14:paraId="36AB7447" w14:textId="77777777" w:rsidR="002E3EF2" w:rsidRDefault="00EA7318">
      <w:r>
        <w:t>Service must arise from inner alignment, not emotional fusion.</w:t>
      </w:r>
      <w:r>
        <w:br/>
      </w:r>
    </w:p>
    <w:p w14:paraId="6A989232" w14:textId="77777777" w:rsidR="002E3EF2" w:rsidRDefault="00EA7318">
      <w:r>
        <w:t>You cannot give what you have not anchored.</w:t>
      </w:r>
      <w:r>
        <w:br/>
      </w:r>
    </w:p>
    <w:p w14:paraId="7A2D7029" w14:textId="77777777" w:rsidR="002E3EF2" w:rsidRDefault="00EA7318">
      <w:r>
        <w:t>True compassion is not collapse.</w:t>
      </w:r>
    </w:p>
    <w:p w14:paraId="3C34D998" w14:textId="77777777" w:rsidR="002E3EF2" w:rsidRDefault="00EA7318">
      <w:r>
        <w:t>It is clarity.</w:t>
      </w:r>
    </w:p>
    <w:p w14:paraId="528C6A12" w14:textId="77777777" w:rsidR="002E3EF2" w:rsidRDefault="00EA7318">
      <w:r>
        <w:t>The wounded empath tries to save others to feel worthy.</w:t>
      </w:r>
    </w:p>
    <w:p w14:paraId="6FCE03D0" w14:textId="77777777" w:rsidR="002E3EF2" w:rsidRDefault="00EA7318">
      <w:r>
        <w:t>The embodied empath gives from overflow.</w:t>
      </w:r>
    </w:p>
    <w:p w14:paraId="4D752325" w14:textId="77777777" w:rsidR="002E3EF2" w:rsidRDefault="002E3EF2"/>
    <w:p w14:paraId="21D22187" w14:textId="77777777" w:rsidR="002E3EF2" w:rsidRDefault="00EA7318">
      <w:pPr>
        <w:pStyle w:val="Heading3"/>
      </w:pPr>
      <w:r>
        <w:t>Wisdom Break (Callout Box):</w:t>
      </w:r>
    </w:p>
    <w:p w14:paraId="155CFEC7" w14:textId="77777777" w:rsidR="002E3EF2" w:rsidRDefault="00EA7318">
      <w:r>
        <w:t>When your giving begins to cost your peace,</w:t>
      </w:r>
    </w:p>
    <w:p w14:paraId="2BA6DDC1" w14:textId="77777777" w:rsidR="002E3EF2" w:rsidRDefault="00EA7318">
      <w:r>
        <w:t>it is no longer love.</w:t>
      </w:r>
    </w:p>
    <w:p w14:paraId="3B95F733" w14:textId="77777777" w:rsidR="002E3EF2" w:rsidRDefault="00EA7318">
      <w:r>
        <w:t>It is a survival pattern dressed in devotion.</w:t>
      </w:r>
    </w:p>
    <w:p w14:paraId="03394150" w14:textId="77777777" w:rsidR="002E3EF2" w:rsidRDefault="002E3EF2"/>
    <w:p w14:paraId="468B4F1D" w14:textId="77777777" w:rsidR="002E3EF2" w:rsidRDefault="00EA7318">
      <w:pPr>
        <w:pStyle w:val="Heading3"/>
      </w:pPr>
      <w:r>
        <w:t>How the Narcissist Mirrors the Empath’s Shadow</w:t>
      </w:r>
    </w:p>
    <w:p w14:paraId="6966D617" w14:textId="77777777" w:rsidR="002E3EF2" w:rsidRDefault="00EA7318">
      <w:r>
        <w:t>The narcissist does not just take.</w:t>
      </w:r>
    </w:p>
    <w:p w14:paraId="293016EF" w14:textId="77777777" w:rsidR="002E3EF2" w:rsidRDefault="00EA7318">
      <w:r>
        <w:t>They reflect a part of you that believes you must be taken from in order to be loved.</w:t>
      </w:r>
    </w:p>
    <w:p w14:paraId="34EC9BDA" w14:textId="77777777" w:rsidR="002E3EF2" w:rsidRDefault="00EA7318">
      <w:r>
        <w:t>You may find yourself saying:</w:t>
      </w:r>
    </w:p>
    <w:p w14:paraId="7423C98B" w14:textId="77777777" w:rsidR="002E3EF2" w:rsidRDefault="00EA7318">
      <w:r>
        <w:t>“But they need me.”</w:t>
      </w:r>
      <w:r>
        <w:br/>
      </w:r>
    </w:p>
    <w:p w14:paraId="1BF7C10D" w14:textId="77777777" w:rsidR="002E3EF2" w:rsidRDefault="00EA7318">
      <w:r>
        <w:t>“I can hold more.”</w:t>
      </w:r>
      <w:r>
        <w:br/>
      </w:r>
    </w:p>
    <w:p w14:paraId="0AB5C440" w14:textId="77777777" w:rsidR="002E3EF2" w:rsidRDefault="00EA7318">
      <w:r>
        <w:t>“They don’t mean to hurt me.”</w:t>
      </w:r>
      <w:r>
        <w:br/>
      </w:r>
    </w:p>
    <w:p w14:paraId="7A368B63" w14:textId="77777777" w:rsidR="002E3EF2" w:rsidRDefault="00EA7318">
      <w:r>
        <w:t>But healing begins when you ask:</w:t>
      </w:r>
    </w:p>
    <w:p w14:paraId="198E4164" w14:textId="77777777" w:rsidR="002E3EF2" w:rsidRDefault="00EA7318">
      <w:r>
        <w:t>“Why do I feel safest when I am empty?”</w:t>
      </w:r>
      <w:r>
        <w:br/>
      </w:r>
    </w:p>
    <w:p w14:paraId="016F4684" w14:textId="77777777" w:rsidR="002E3EF2" w:rsidRDefault="00EA7318">
      <w:r>
        <w:lastRenderedPageBreak/>
        <w:t>“Who taught me that my value is my availability?”</w:t>
      </w:r>
      <w:r>
        <w:br/>
      </w:r>
    </w:p>
    <w:p w14:paraId="24F0D760" w14:textId="77777777" w:rsidR="002E3EF2" w:rsidRDefault="00EA7318">
      <w:r>
        <w:t>“What would love look like if it included me, too?”</w:t>
      </w:r>
      <w:r>
        <w:br/>
      </w:r>
    </w:p>
    <w:p w14:paraId="468331CD" w14:textId="77777777" w:rsidR="002E3EF2" w:rsidRDefault="002E3EF2"/>
    <w:p w14:paraId="321A6618" w14:textId="77777777" w:rsidR="002E3EF2" w:rsidRDefault="00EA7318">
      <w:pPr>
        <w:pStyle w:val="Heading3"/>
      </w:pPr>
      <w:r>
        <w:t>Giving is Sacred When It Flows Both Ways</w:t>
      </w:r>
    </w:p>
    <w:p w14:paraId="39CB7612" w14:textId="77777777" w:rsidR="002E3EF2" w:rsidRDefault="00EA7318">
      <w:r>
        <w:t xml:space="preserve">The most </w:t>
      </w:r>
      <w:r>
        <w:t>dangerous belief for the giver is this:</w:t>
      </w:r>
    </w:p>
    <w:p w14:paraId="4D7D51BA" w14:textId="77777777" w:rsidR="002E3EF2" w:rsidRDefault="00EA7318">
      <w:r>
        <w:t>“Love means being selfless.”</w:t>
      </w:r>
    </w:p>
    <w:p w14:paraId="5BB52775" w14:textId="77777777" w:rsidR="002E3EF2" w:rsidRDefault="00EA7318">
      <w:r>
        <w:t>But the truth is:</w:t>
      </w:r>
    </w:p>
    <w:p w14:paraId="4FB79A01" w14:textId="77777777" w:rsidR="002E3EF2" w:rsidRDefault="00EA7318">
      <w:r>
        <w:t>You are not here to be consumed.</w:t>
      </w:r>
    </w:p>
    <w:p w14:paraId="519C04C9" w14:textId="77777777" w:rsidR="002E3EF2" w:rsidRDefault="00EA7318">
      <w:r>
        <w:t>You are here to be a light.</w:t>
      </w:r>
    </w:p>
    <w:p w14:paraId="6970667D" w14:textId="77777777" w:rsidR="002E3EF2" w:rsidRDefault="00EA7318">
      <w:r>
        <w:t>And light is not sustainable when it is never fed.</w:t>
      </w:r>
    </w:p>
    <w:p w14:paraId="1818B097" w14:textId="77777777" w:rsidR="002E3EF2" w:rsidRDefault="00EA7318">
      <w:r>
        <w:t>Love is not a performance.</w:t>
      </w:r>
    </w:p>
    <w:p w14:paraId="063B48E8" w14:textId="77777777" w:rsidR="002E3EF2" w:rsidRDefault="00EA7318">
      <w:r>
        <w:t>It is a presence.</w:t>
      </w:r>
    </w:p>
    <w:p w14:paraId="2B689AAA" w14:textId="77777777" w:rsidR="002E3EF2" w:rsidRDefault="00EA7318">
      <w:r>
        <w:t>When you begin to feed yourself—your body, your intuition, your boundaries—something miraculous happens:</w:t>
      </w:r>
    </w:p>
    <w:p w14:paraId="67022FF1" w14:textId="77777777" w:rsidR="002E3EF2" w:rsidRDefault="00EA7318">
      <w:r>
        <w:t>You begin to love the part of you that gives.</w:t>
      </w:r>
    </w:p>
    <w:p w14:paraId="59F615A1" w14:textId="77777777" w:rsidR="002E3EF2" w:rsidRDefault="00EA7318">
      <w:r>
        <w:t>Not because she is needed.</w:t>
      </w:r>
    </w:p>
    <w:p w14:paraId="50A89C9A" w14:textId="77777777" w:rsidR="002E3EF2" w:rsidRDefault="00EA7318">
      <w:r>
        <w:t>Not because she is useful.</w:t>
      </w:r>
    </w:p>
    <w:p w14:paraId="6F8C94FD" w14:textId="77777777" w:rsidR="002E3EF2" w:rsidRDefault="00EA7318">
      <w:r>
        <w:t>But because she is beautiful.</w:t>
      </w:r>
    </w:p>
    <w:p w14:paraId="7F3C8DF7" w14:textId="77777777" w:rsidR="002E3EF2" w:rsidRDefault="002E3EF2"/>
    <w:p w14:paraId="511F37B0" w14:textId="77777777" w:rsidR="002E3EF2" w:rsidRDefault="00EA7318">
      <w:pPr>
        <w:pStyle w:val="Heading3"/>
      </w:pPr>
      <w:r>
        <w:t>The Sacred Return of the Inner Giver</w:t>
      </w:r>
    </w:p>
    <w:p w14:paraId="35A837A0" w14:textId="77777777" w:rsidR="002E3EF2" w:rsidRDefault="00EA7318">
      <w:r>
        <w:t>And then something subtle happens.</w:t>
      </w:r>
    </w:p>
    <w:p w14:paraId="116AC30E" w14:textId="77777777" w:rsidR="002E3EF2" w:rsidRDefault="00EA7318">
      <w:r>
        <w:t>As you begin offering yourself the same care you give to others,</w:t>
      </w:r>
    </w:p>
    <w:p w14:paraId="47C99FF7" w14:textId="77777777" w:rsidR="002E3EF2" w:rsidRDefault="00EA7318">
      <w:r>
        <w:t>you begin to cherish the part of you that gives.</w:t>
      </w:r>
    </w:p>
    <w:p w14:paraId="1D0AA332" w14:textId="77777777" w:rsidR="002E3EF2" w:rsidRDefault="00EA7318">
      <w:r>
        <w:t>You begin to say:</w:t>
      </w:r>
    </w:p>
    <w:p w14:paraId="3C236E2F" w14:textId="77777777" w:rsidR="002E3EF2" w:rsidRDefault="00EA7318">
      <w:r>
        <w:t>“I love the part of me that brings soup when someone’s sick.”</w:t>
      </w:r>
      <w:r>
        <w:br/>
      </w:r>
    </w:p>
    <w:p w14:paraId="3646E3AE" w14:textId="77777777" w:rsidR="002E3EF2" w:rsidRDefault="00EA7318">
      <w:r>
        <w:lastRenderedPageBreak/>
        <w:t>“I love the part of me that checks in, even when others forget.”</w:t>
      </w:r>
      <w:r>
        <w:br/>
      </w:r>
    </w:p>
    <w:p w14:paraId="5899658C" w14:textId="77777777" w:rsidR="002E3EF2" w:rsidRDefault="00EA7318">
      <w:r>
        <w:t>“I love the part of me that stays soft in a hard world.”</w:t>
      </w:r>
      <w:r>
        <w:br/>
      </w:r>
    </w:p>
    <w:p w14:paraId="0FD995D0" w14:textId="77777777" w:rsidR="002E3EF2" w:rsidRDefault="00EA7318">
      <w:r>
        <w:t>This is not martyrdom.</w:t>
      </w:r>
    </w:p>
    <w:p w14:paraId="2954F9E5" w14:textId="77777777" w:rsidR="002E3EF2" w:rsidRDefault="00EA7318">
      <w:r>
        <w:t>This is devotional self-love.</w:t>
      </w:r>
    </w:p>
    <w:p w14:paraId="3C039BE9" w14:textId="77777777" w:rsidR="002E3EF2" w:rsidRDefault="00EA7318">
      <w:r>
        <w:t>And suddenly, you don’t stop giving.</w:t>
      </w:r>
    </w:p>
    <w:p w14:paraId="71810BB0" w14:textId="77777777" w:rsidR="002E3EF2" w:rsidRDefault="00EA7318">
      <w:r>
        <w:t>You just stop giving yourself away.</w:t>
      </w:r>
    </w:p>
    <w:p w14:paraId="7EAA5B2A" w14:textId="77777777" w:rsidR="002E3EF2" w:rsidRDefault="002E3EF2"/>
    <w:p w14:paraId="6878609A" w14:textId="77777777" w:rsidR="002E3EF2" w:rsidRDefault="00EA7318">
      <w:pPr>
        <w:pStyle w:val="Heading3"/>
      </w:pPr>
      <w:r>
        <w:t xml:space="preserve">You Are the Gift. Not </w:t>
      </w:r>
      <w:r>
        <w:t>Just the Giver.</w:t>
      </w:r>
    </w:p>
    <w:p w14:paraId="6D1EE802" w14:textId="77777777" w:rsidR="002E3EF2" w:rsidRDefault="00EA7318">
      <w:r>
        <w:t>Your presence is sacred.</w:t>
      </w:r>
    </w:p>
    <w:p w14:paraId="55B77C6D" w14:textId="77777777" w:rsidR="002E3EF2" w:rsidRDefault="00EA7318">
      <w:r>
        <w:t>Your care is a transmission.</w:t>
      </w:r>
    </w:p>
    <w:p w14:paraId="7B2D4A6B" w14:textId="77777777" w:rsidR="002E3EF2" w:rsidRDefault="00EA7318">
      <w:r>
        <w:t>Your love is holy.</w:t>
      </w:r>
    </w:p>
    <w:p w14:paraId="138CEF7F" w14:textId="77777777" w:rsidR="002E3EF2" w:rsidRDefault="00EA7318">
      <w:r>
        <w:t>But it is not yours to sacrifice.</w:t>
      </w:r>
    </w:p>
    <w:p w14:paraId="20CCA1F2" w14:textId="77777777" w:rsidR="002E3EF2" w:rsidRDefault="00EA7318">
      <w:r>
        <w:t>It is yours to steward.</w:t>
      </w:r>
    </w:p>
    <w:p w14:paraId="656D8D57" w14:textId="77777777" w:rsidR="002E3EF2" w:rsidRDefault="00EA7318">
      <w:r>
        <w:t>The Bodhisattva does not serve because they are empty.</w:t>
      </w:r>
    </w:p>
    <w:p w14:paraId="36D426EF" w14:textId="77777777" w:rsidR="002E3EF2" w:rsidRDefault="00EA7318">
      <w:r>
        <w:t>They serve because their vessel is so full, it naturally spills into the world.</w:t>
      </w:r>
    </w:p>
    <w:p w14:paraId="03E680FC" w14:textId="77777777" w:rsidR="002E3EF2" w:rsidRDefault="00EA7318">
      <w:r>
        <w:t>And so it must be with you.</w:t>
      </w:r>
    </w:p>
    <w:p w14:paraId="3CEEF513" w14:textId="77777777" w:rsidR="002E3EF2" w:rsidRDefault="002E3EF2"/>
    <w:p w14:paraId="363CB637" w14:textId="77777777" w:rsidR="002E3EF2" w:rsidRDefault="00EA7318">
      <w:r>
        <w:t>You are not too sensitive.</w:t>
      </w:r>
    </w:p>
    <w:p w14:paraId="52272D6D" w14:textId="77777777" w:rsidR="002E3EF2" w:rsidRDefault="00EA7318">
      <w:r>
        <w:t>You are tuned to the sacred.</w:t>
      </w:r>
    </w:p>
    <w:p w14:paraId="44069972" w14:textId="77777777" w:rsidR="002E3EF2" w:rsidRDefault="00EA7318">
      <w:r>
        <w:t>You are not too much.</w:t>
      </w:r>
    </w:p>
    <w:p w14:paraId="4C398500" w14:textId="77777777" w:rsidR="002E3EF2" w:rsidRDefault="00EA7318">
      <w:r>
        <w:t>You are the medicine.</w:t>
      </w:r>
    </w:p>
    <w:p w14:paraId="55B041FE" w14:textId="77777777" w:rsidR="002E3EF2" w:rsidRDefault="00EA7318">
      <w:r>
        <w:t>This is the healing of the giver.</w:t>
      </w:r>
    </w:p>
    <w:p w14:paraId="65E083D0" w14:textId="77777777" w:rsidR="002E3EF2" w:rsidRDefault="00EA7318">
      <w:r>
        <w:t>This is the return of sacred compassion.</w:t>
      </w:r>
    </w:p>
    <w:p w14:paraId="712DBAE5" w14:textId="77777777" w:rsidR="002E3EF2" w:rsidRDefault="00EA7318">
      <w:r>
        <w:t>This is how you love the part of you that never stopped loving.</w:t>
      </w:r>
    </w:p>
    <w:p w14:paraId="0267D875" w14:textId="77777777" w:rsidR="002E3EF2" w:rsidRDefault="00EA7318">
      <w:r>
        <w:br/>
      </w:r>
    </w:p>
    <w:p w14:paraId="64E7BE51" w14:textId="77777777" w:rsidR="002E3EF2" w:rsidRDefault="00EA7318">
      <w:pPr>
        <w:pStyle w:val="Heading2"/>
      </w:pPr>
      <w:r>
        <w:lastRenderedPageBreak/>
        <w:t>Chapter 13: The Sacred Neutrality of Forgiveness – Wisdom Beyond Judgment</w:t>
      </w:r>
    </w:p>
    <w:p w14:paraId="297D2403" w14:textId="77777777" w:rsidR="002E3EF2" w:rsidRDefault="00EA7318">
      <w:r>
        <w:t>“Forgiveness is the fragrance the violet sheds on the heel that has crushed it.”</w:t>
      </w:r>
    </w:p>
    <w:p w14:paraId="40DB57DD" w14:textId="77777777" w:rsidR="002E3EF2" w:rsidRDefault="00EA7318">
      <w:r>
        <w:t>— Mark Twain</w:t>
      </w:r>
    </w:p>
    <w:p w14:paraId="39C68BC8" w14:textId="77777777" w:rsidR="002E3EF2" w:rsidRDefault="00EA7318">
      <w:r>
        <w:t xml:space="preserve">“Forgiveness is not for the one who harmed </w:t>
      </w:r>
      <w:r>
        <w:t>you.</w:t>
      </w:r>
    </w:p>
    <w:p w14:paraId="10ED50F9" w14:textId="77777777" w:rsidR="002E3EF2" w:rsidRDefault="00EA7318">
      <w:r>
        <w:t>It is for the one who outgrew the need to be harmed again.”</w:t>
      </w:r>
    </w:p>
    <w:p w14:paraId="7B4827B6" w14:textId="77777777" w:rsidR="002E3EF2" w:rsidRDefault="00EA7318">
      <w:r>
        <w:t>— Initiatory Principle</w:t>
      </w:r>
    </w:p>
    <w:p w14:paraId="1A28675B" w14:textId="77777777" w:rsidR="002E3EF2" w:rsidRDefault="002E3EF2"/>
    <w:p w14:paraId="1B11D9AA" w14:textId="77777777" w:rsidR="002E3EF2" w:rsidRDefault="00EA7318">
      <w:r>
        <w:t>There is a moment in healing when you stop asking why.</w:t>
      </w:r>
    </w:p>
    <w:p w14:paraId="16D80CCD" w14:textId="77777777" w:rsidR="002E3EF2" w:rsidRDefault="00EA7318">
      <w:r>
        <w:t>You stop trying to understand them.</w:t>
      </w:r>
    </w:p>
    <w:p w14:paraId="796FD73B" w14:textId="77777777" w:rsidR="002E3EF2" w:rsidRDefault="00EA7318">
      <w:r>
        <w:t>You stop needing it to make sense.</w:t>
      </w:r>
    </w:p>
    <w:p w14:paraId="52A0EC91" w14:textId="77777777" w:rsidR="002E3EF2" w:rsidRDefault="00EA7318">
      <w:r>
        <w:t>Not because you’ve given up—</w:t>
      </w:r>
    </w:p>
    <w:p w14:paraId="02A0535E" w14:textId="77777777" w:rsidR="002E3EF2" w:rsidRDefault="00EA7318">
      <w:r>
        <w:t xml:space="preserve">But </w:t>
      </w:r>
      <w:r>
        <w:t>because your energy no longer belongs to that story.</w:t>
      </w:r>
    </w:p>
    <w:p w14:paraId="5BAAE4B6" w14:textId="77777777" w:rsidR="002E3EF2" w:rsidRDefault="00EA7318">
      <w:r>
        <w:t>This is forgiveness as neutrality.</w:t>
      </w:r>
    </w:p>
    <w:p w14:paraId="4614F05D" w14:textId="77777777" w:rsidR="002E3EF2" w:rsidRDefault="00EA7318">
      <w:r>
        <w:t>Not permission.</w:t>
      </w:r>
    </w:p>
    <w:p w14:paraId="2C55ECE3" w14:textId="77777777" w:rsidR="002E3EF2" w:rsidRDefault="00EA7318">
      <w:r>
        <w:t>Not justification.</w:t>
      </w:r>
    </w:p>
    <w:p w14:paraId="776D96C7" w14:textId="77777777" w:rsidR="002E3EF2" w:rsidRDefault="00EA7318">
      <w:r>
        <w:t>Not spiritual bypass.</w:t>
      </w:r>
    </w:p>
    <w:p w14:paraId="423E5A16" w14:textId="77777777" w:rsidR="002E3EF2" w:rsidRDefault="00EA7318">
      <w:r>
        <w:t>But the soul’s quiet declaration:</w:t>
      </w:r>
    </w:p>
    <w:p w14:paraId="6D12D954" w14:textId="77777777" w:rsidR="002E3EF2" w:rsidRDefault="00EA7318">
      <w:r>
        <w:t>“I see now. I understand. And I am done carrying this.”</w:t>
      </w:r>
    </w:p>
    <w:p w14:paraId="07285578" w14:textId="77777777" w:rsidR="002E3EF2" w:rsidRDefault="002E3EF2"/>
    <w:p w14:paraId="316389ED" w14:textId="77777777" w:rsidR="002E3EF2" w:rsidRDefault="00EA7318">
      <w:pPr>
        <w:pStyle w:val="Heading3"/>
      </w:pPr>
      <w:r>
        <w:t>The Narcissist Did Not Choose Their Wound—But They Chose Not to Heal It</w:t>
      </w:r>
    </w:p>
    <w:p w14:paraId="52AF1ED1" w14:textId="77777777" w:rsidR="002E3EF2" w:rsidRDefault="00EA7318">
      <w:r>
        <w:t>Forgiveness begins with this paradox:</w:t>
      </w:r>
    </w:p>
    <w:p w14:paraId="233E09F9" w14:textId="77777777" w:rsidR="002E3EF2" w:rsidRDefault="00EA7318">
      <w:r>
        <w:t>The narcissist did not choose to be what they are.</w:t>
      </w:r>
    </w:p>
    <w:p w14:paraId="1E116B54" w14:textId="77777777" w:rsidR="002E3EF2" w:rsidRDefault="00EA7318">
      <w:r>
        <w:t>No child dreams of growing into someone who cannot feel joy, who cannot receive love, who must manipulate to survive.</w:t>
      </w:r>
    </w:p>
    <w:p w14:paraId="1D4F2F23" w14:textId="77777777" w:rsidR="002E3EF2" w:rsidRDefault="00EA7318">
      <w:r>
        <w:t>If they could have chosen another way, they likely would have.</w:t>
      </w:r>
    </w:p>
    <w:p w14:paraId="01D01F58" w14:textId="77777777" w:rsidR="002E3EF2" w:rsidRDefault="00EA7318">
      <w:r>
        <w:t>But they didn’t.</w:t>
      </w:r>
    </w:p>
    <w:p w14:paraId="284F2D57" w14:textId="77777777" w:rsidR="002E3EF2" w:rsidRDefault="00EA7318">
      <w:r>
        <w:t>They built a false self to survive—and in doing so, lost access to the very qualities they crave in others: compassion, empathy, presence, peace.</w:t>
      </w:r>
    </w:p>
    <w:p w14:paraId="008B2932" w14:textId="77777777" w:rsidR="002E3EF2" w:rsidRDefault="00EA7318">
      <w:r>
        <w:lastRenderedPageBreak/>
        <w:t>This doesn’t excuse the harm.</w:t>
      </w:r>
    </w:p>
    <w:p w14:paraId="75B80B53" w14:textId="77777777" w:rsidR="002E3EF2" w:rsidRDefault="00EA7318">
      <w:r>
        <w:t>But it does allow us to step out of judgment and into wisdom.</w:t>
      </w:r>
    </w:p>
    <w:p w14:paraId="309756C8" w14:textId="77777777" w:rsidR="002E3EF2" w:rsidRDefault="00EA7318">
      <w:r>
        <w:t>Because we cannot expect someone to show us love who has never truly felt it themselves.</w:t>
      </w:r>
    </w:p>
    <w:p w14:paraId="38E8FD9D" w14:textId="77777777" w:rsidR="002E3EF2" w:rsidRDefault="002E3EF2"/>
    <w:p w14:paraId="5D564A66" w14:textId="77777777" w:rsidR="002E3EF2" w:rsidRDefault="00EA7318">
      <w:pPr>
        <w:pStyle w:val="Heading3"/>
      </w:pPr>
      <w:r>
        <w:t>Wisdom Break (Callout Box):</w:t>
      </w:r>
    </w:p>
    <w:p w14:paraId="52710724" w14:textId="77777777" w:rsidR="002E3EF2" w:rsidRDefault="00EA7318">
      <w:pPr>
        <w:pStyle w:val="Heading3"/>
      </w:pPr>
      <w:r>
        <w:t>Forgiveness is not weakness.</w:t>
      </w:r>
    </w:p>
    <w:p w14:paraId="552BD2FC" w14:textId="77777777" w:rsidR="002E3EF2" w:rsidRDefault="00EA7318">
      <w:pPr>
        <w:pStyle w:val="Heading3"/>
      </w:pPr>
      <w:r>
        <w:t>It is the spiritual choice to no longer bind yourself to the frequency of the one who refused to change.</w:t>
      </w:r>
    </w:p>
    <w:p w14:paraId="0D49DE66" w14:textId="77777777" w:rsidR="002E3EF2" w:rsidRDefault="002E3EF2"/>
    <w:p w14:paraId="65E5A227" w14:textId="77777777" w:rsidR="002E3EF2" w:rsidRDefault="00EA7318">
      <w:pPr>
        <w:pStyle w:val="Heading3"/>
      </w:pPr>
      <w:r>
        <w:t>The Alchemy of Contrast</w:t>
      </w:r>
    </w:p>
    <w:p w14:paraId="358AADBA" w14:textId="77777777" w:rsidR="002E3EF2" w:rsidRDefault="00EA7318">
      <w:r>
        <w:t>Forgiveness arises when you realize:</w:t>
      </w:r>
    </w:p>
    <w:p w14:paraId="24378034" w14:textId="77777777" w:rsidR="002E3EF2" w:rsidRDefault="00EA7318">
      <w:r>
        <w:t>If they hadn’t shown you the wound, you might still be hiding it.</w:t>
      </w:r>
      <w:r>
        <w:br/>
      </w:r>
    </w:p>
    <w:p w14:paraId="003E173F" w14:textId="77777777" w:rsidR="002E3EF2" w:rsidRDefault="00EA7318">
      <w:r>
        <w:t>If they hadn’t pressed on your tenderness, you might never have learned boundaries.</w:t>
      </w:r>
      <w:r>
        <w:br/>
      </w:r>
    </w:p>
    <w:p w14:paraId="690E82E2" w14:textId="77777777" w:rsidR="002E3EF2" w:rsidRDefault="00EA7318">
      <w:r>
        <w:t>If they hadn’t mirrored your abandonment, you might still be abandoning yourself.</w:t>
      </w:r>
      <w:r>
        <w:br/>
      </w:r>
    </w:p>
    <w:p w14:paraId="6CBFFE61" w14:textId="77777777" w:rsidR="002E3EF2" w:rsidRDefault="00EA7318">
      <w:r>
        <w:t>This is the alchemy of contrast.</w:t>
      </w:r>
    </w:p>
    <w:p w14:paraId="1C8EB525" w14:textId="77777777" w:rsidR="002E3EF2" w:rsidRDefault="00EA7318">
      <w:r>
        <w:t>They did not awaken you with love.</w:t>
      </w:r>
    </w:p>
    <w:p w14:paraId="29C8011E" w14:textId="77777777" w:rsidR="002E3EF2" w:rsidRDefault="00EA7318">
      <w:r>
        <w:t>They awakened you with pressure.</w:t>
      </w:r>
    </w:p>
    <w:p w14:paraId="78DFA9F8" w14:textId="77777777" w:rsidR="002E3EF2" w:rsidRDefault="00EA7318">
      <w:r>
        <w:t xml:space="preserve">And in that pressure, you discovered </w:t>
      </w:r>
      <w:r>
        <w:t>something they could never give you:</w:t>
      </w:r>
    </w:p>
    <w:p w14:paraId="378899A3" w14:textId="77777777" w:rsidR="002E3EF2" w:rsidRDefault="00EA7318">
      <w:r>
        <w:t>Yourself.</w:t>
      </w:r>
    </w:p>
    <w:p w14:paraId="0E7AD683" w14:textId="77777777" w:rsidR="002E3EF2" w:rsidRDefault="002E3EF2"/>
    <w:p w14:paraId="19842055" w14:textId="77777777" w:rsidR="002E3EF2" w:rsidRDefault="00EA7318">
      <w:pPr>
        <w:pStyle w:val="Heading3"/>
      </w:pPr>
      <w:r>
        <w:t>From Betrayal to Blessing</w:t>
      </w:r>
    </w:p>
    <w:p w14:paraId="7CD90DF4" w14:textId="77777777" w:rsidR="002E3EF2" w:rsidRDefault="00EA7318">
      <w:r>
        <w:t>In Hermetic teaching, the Principle of Polarity states that every truth contains its opposite.</w:t>
      </w:r>
    </w:p>
    <w:p w14:paraId="2DF948DF" w14:textId="77777777" w:rsidR="002E3EF2" w:rsidRDefault="00EA7318">
      <w:r>
        <w:t>That which wounds you holds the potential to heal you—if you meet it in consciousness.</w:t>
      </w:r>
    </w:p>
    <w:p w14:paraId="4F6D56D2" w14:textId="77777777" w:rsidR="002E3EF2" w:rsidRDefault="00EA7318">
      <w:r>
        <w:t>This is why many mystics say that betrayal is the fastest path to awakening.</w:t>
      </w:r>
    </w:p>
    <w:p w14:paraId="30A89EE4" w14:textId="77777777" w:rsidR="002E3EF2" w:rsidRDefault="00EA7318">
      <w:r>
        <w:t>Not because betrayal is sacred—but because the clarity it forces becomes holy.</w:t>
      </w:r>
    </w:p>
    <w:p w14:paraId="4FE45A2F" w14:textId="77777777" w:rsidR="002E3EF2" w:rsidRDefault="00EA7318">
      <w:r>
        <w:t>You stop bargaining.</w:t>
      </w:r>
    </w:p>
    <w:p w14:paraId="06649040" w14:textId="77777777" w:rsidR="002E3EF2" w:rsidRDefault="00EA7318">
      <w:r>
        <w:lastRenderedPageBreak/>
        <w:t>You stop pleading.</w:t>
      </w:r>
    </w:p>
    <w:p w14:paraId="5AFE8C30" w14:textId="77777777" w:rsidR="002E3EF2" w:rsidRDefault="00EA7318">
      <w:r>
        <w:t>You stop explaining yourself to distortion.</w:t>
      </w:r>
    </w:p>
    <w:p w14:paraId="7254FC54" w14:textId="77777777" w:rsidR="002E3EF2" w:rsidRDefault="00EA7318">
      <w:r>
        <w:t>And you step into neutrality—not coldness, but command.</w:t>
      </w:r>
    </w:p>
    <w:p w14:paraId="41611C20" w14:textId="77777777" w:rsidR="002E3EF2" w:rsidRDefault="002E3EF2"/>
    <w:p w14:paraId="4580C9F9" w14:textId="77777777" w:rsidR="002E3EF2" w:rsidRDefault="00EA7318">
      <w:pPr>
        <w:pStyle w:val="Heading3"/>
      </w:pPr>
      <w:r>
        <w:t>The End of Energetic Contracts</w:t>
      </w:r>
    </w:p>
    <w:p w14:paraId="78D120D5" w14:textId="77777777" w:rsidR="002E3EF2" w:rsidRDefault="00EA7318">
      <w:r>
        <w:t>In spiritual language, forgiveness is not just emotional.</w:t>
      </w:r>
    </w:p>
    <w:p w14:paraId="09E5813F" w14:textId="77777777" w:rsidR="002E3EF2" w:rsidRDefault="00EA7318">
      <w:r>
        <w:t>It is energetic release.</w:t>
      </w:r>
    </w:p>
    <w:p w14:paraId="449BF6B9" w14:textId="77777777" w:rsidR="002E3EF2" w:rsidRDefault="00EA7318">
      <w:r>
        <w:t>It is the moment when the soul says:</w:t>
      </w:r>
    </w:p>
    <w:p w14:paraId="2E54F0D3" w14:textId="77777777" w:rsidR="002E3EF2" w:rsidRDefault="00EA7318">
      <w:r>
        <w:t>“We are done.”</w:t>
      </w:r>
    </w:p>
    <w:p w14:paraId="0BA78B6C" w14:textId="77777777" w:rsidR="002E3EF2" w:rsidRDefault="00EA7318">
      <w:r>
        <w:t xml:space="preserve">“You no longer owe me </w:t>
      </w:r>
      <w:r>
        <w:t>understanding.”</w:t>
      </w:r>
    </w:p>
    <w:p w14:paraId="359C6DA0" w14:textId="77777777" w:rsidR="002E3EF2" w:rsidRDefault="00EA7318">
      <w:r>
        <w:t>“I reclaim all the parts of me I gave to this story.”</w:t>
      </w:r>
    </w:p>
    <w:p w14:paraId="4D26603A" w14:textId="77777777" w:rsidR="002E3EF2" w:rsidRDefault="00EA7318">
      <w:r>
        <w:t>This is the severing of the invisible thread.</w:t>
      </w:r>
    </w:p>
    <w:p w14:paraId="54466763" w14:textId="77777777" w:rsidR="002E3EF2" w:rsidRDefault="00EA7318">
      <w:r>
        <w:t>The closing of the karmic loop.</w:t>
      </w:r>
    </w:p>
    <w:p w14:paraId="2BF92465" w14:textId="77777777" w:rsidR="002E3EF2" w:rsidRDefault="00EA7318">
      <w:r>
        <w:t>And when that thread snaps—</w:t>
      </w:r>
    </w:p>
    <w:p w14:paraId="0FF611F5" w14:textId="77777777" w:rsidR="002E3EF2" w:rsidRDefault="00EA7318">
      <w:r>
        <w:t>Gratitude begins to rise.</w:t>
      </w:r>
    </w:p>
    <w:p w14:paraId="6E1BA09E" w14:textId="77777777" w:rsidR="002E3EF2" w:rsidRDefault="002E3EF2"/>
    <w:p w14:paraId="34EDCB94" w14:textId="77777777" w:rsidR="002E3EF2" w:rsidRDefault="00EA7318">
      <w:pPr>
        <w:pStyle w:val="Heading3"/>
      </w:pPr>
      <w:r>
        <w:t>When the World Rejects You, God Is Choosing You</w:t>
      </w:r>
    </w:p>
    <w:p w14:paraId="21A7C21C" w14:textId="77777777" w:rsidR="002E3EF2" w:rsidRDefault="00EA7318">
      <w:r>
        <w:t>Sometimes, the rejection that broke your heart</w:t>
      </w:r>
    </w:p>
    <w:p w14:paraId="3BCE81BE" w14:textId="77777777" w:rsidR="002E3EF2" w:rsidRDefault="00EA7318">
      <w:r>
        <w:t>Was Divine intervention in disguise.</w:t>
      </w:r>
    </w:p>
    <w:p w14:paraId="7C541A21" w14:textId="77777777" w:rsidR="002E3EF2" w:rsidRDefault="00EA7318">
      <w:r>
        <w:t>Not punishment.</w:t>
      </w:r>
    </w:p>
    <w:p w14:paraId="417B6876" w14:textId="77777777" w:rsidR="002E3EF2" w:rsidRDefault="00EA7318">
      <w:r>
        <w:t>Protection.</w:t>
      </w:r>
    </w:p>
    <w:p w14:paraId="3663561A" w14:textId="77777777" w:rsidR="002E3EF2" w:rsidRDefault="00EA7318">
      <w:r>
        <w:t>Because if they had accepted you,</w:t>
      </w:r>
    </w:p>
    <w:p w14:paraId="1BEAF81E" w14:textId="77777777" w:rsidR="002E3EF2" w:rsidRDefault="00EA7318">
      <w:r>
        <w:t>You might never have questioned the cost of being accepted.</w:t>
      </w:r>
    </w:p>
    <w:p w14:paraId="203D541E" w14:textId="77777777" w:rsidR="002E3EF2" w:rsidRDefault="00EA7318">
      <w:r>
        <w:t>Their rejection redirected you.</w:t>
      </w:r>
    </w:p>
    <w:p w14:paraId="6BD0C5BB" w14:textId="77777777" w:rsidR="002E3EF2" w:rsidRDefault="00EA7318">
      <w:r>
        <w:t xml:space="preserve">And now, what felt </w:t>
      </w:r>
      <w:r>
        <w:t>like abandonment</w:t>
      </w:r>
    </w:p>
    <w:p w14:paraId="433E9809" w14:textId="77777777" w:rsidR="002E3EF2" w:rsidRDefault="00EA7318">
      <w:r>
        <w:t>is becoming your anointing.</w:t>
      </w:r>
    </w:p>
    <w:p w14:paraId="535B69E9" w14:textId="77777777" w:rsidR="002E3EF2" w:rsidRDefault="002E3EF2"/>
    <w:p w14:paraId="74FAE4E9" w14:textId="77777777" w:rsidR="002E3EF2" w:rsidRDefault="00EA7318">
      <w:r>
        <w:lastRenderedPageBreak/>
        <w:t>You are not being asked to forget.</w:t>
      </w:r>
    </w:p>
    <w:p w14:paraId="582CB39B" w14:textId="77777777" w:rsidR="002E3EF2" w:rsidRDefault="00EA7318">
      <w:r>
        <w:t>You are being invited to remember who you are without their shadow over your light.</w:t>
      </w:r>
    </w:p>
    <w:p w14:paraId="45F32FFA" w14:textId="77777777" w:rsidR="002E3EF2" w:rsidRDefault="00EA7318">
      <w:r>
        <w:t>This is not weakness.</w:t>
      </w:r>
    </w:p>
    <w:p w14:paraId="1D846E87" w14:textId="77777777" w:rsidR="002E3EF2" w:rsidRDefault="00EA7318">
      <w:r>
        <w:t>This is liberation.</w:t>
      </w:r>
    </w:p>
    <w:p w14:paraId="7C90E950" w14:textId="77777777" w:rsidR="002E3EF2" w:rsidRDefault="002E3EF2"/>
    <w:p w14:paraId="5E538BB6" w14:textId="77777777" w:rsidR="002E3EF2" w:rsidRDefault="00EA7318">
      <w:r>
        <w:t>Forgiveness is not the end of the journey.</w:t>
      </w:r>
    </w:p>
    <w:p w14:paraId="4623A34D" w14:textId="77777777" w:rsidR="002E3EF2" w:rsidRDefault="00EA7318">
      <w:r>
        <w:t>It is the clearing of the space for your real life to begin.</w:t>
      </w:r>
    </w:p>
    <w:p w14:paraId="603CA72C" w14:textId="77777777" w:rsidR="002E3EF2" w:rsidRDefault="00EA7318">
      <w:r>
        <w:t>And in that clearing,</w:t>
      </w:r>
    </w:p>
    <w:p w14:paraId="11E639E6" w14:textId="77777777" w:rsidR="002E3EF2" w:rsidRDefault="00EA7318">
      <w:r>
        <w:t>you will find what they never gave you—</w:t>
      </w:r>
    </w:p>
    <w:p w14:paraId="4847EA25" w14:textId="77777777" w:rsidR="002E3EF2" w:rsidRDefault="00EA7318">
      <w:r>
        <w:t>but what your soul always held.</w:t>
      </w:r>
    </w:p>
    <w:p w14:paraId="09EE731F" w14:textId="77777777" w:rsidR="002E3EF2" w:rsidRDefault="00EA7318">
      <w:r>
        <w:br/>
        <w:t>Chapter 14: The Spiral Path of Healing – Sacred Geometry and the Return to Self</w:t>
      </w:r>
    </w:p>
    <w:p w14:paraId="1BC33266" w14:textId="77777777" w:rsidR="002E3EF2" w:rsidRDefault="00EA7318">
      <w:r>
        <w:t>“Healing is not linear. It is a spiral.</w:t>
      </w:r>
    </w:p>
    <w:p w14:paraId="2A712722" w14:textId="77777777" w:rsidR="002E3EF2" w:rsidRDefault="00EA7318">
      <w:r>
        <w:t>You will return to the same wound—</w:t>
      </w:r>
    </w:p>
    <w:p w14:paraId="51F7000B" w14:textId="77777777" w:rsidR="002E3EF2" w:rsidRDefault="00EA7318">
      <w:r>
        <w:t>But each time with more light.”</w:t>
      </w:r>
    </w:p>
    <w:p w14:paraId="0BC984C9" w14:textId="77777777" w:rsidR="002E3EF2" w:rsidRDefault="00EA7318">
      <w:r>
        <w:t>— Initiatory Teaching</w:t>
      </w:r>
    </w:p>
    <w:p w14:paraId="4CF7BDE1" w14:textId="77777777" w:rsidR="002E3EF2" w:rsidRDefault="00EA7318">
      <w:r>
        <w:t>“In the spiral, nothing is lost. Everything returns—transformed.”</w:t>
      </w:r>
    </w:p>
    <w:p w14:paraId="573C36AE" w14:textId="77777777" w:rsidR="002E3EF2" w:rsidRDefault="00EA7318">
      <w:r>
        <w:t>— Mystic Geometry of the Soul</w:t>
      </w:r>
    </w:p>
    <w:p w14:paraId="3C0A982A" w14:textId="77777777" w:rsidR="002E3EF2" w:rsidRDefault="002E3EF2"/>
    <w:p w14:paraId="7D7C4CC2" w14:textId="77777777" w:rsidR="002E3EF2" w:rsidRDefault="00EA7318">
      <w:r>
        <w:t>There is a moment in every healing journey when you whisper:</w:t>
      </w:r>
    </w:p>
    <w:p w14:paraId="2499B5F3" w14:textId="77777777" w:rsidR="002E3EF2" w:rsidRDefault="00EA7318">
      <w:r>
        <w:t>“I thought I already healed this.”</w:t>
      </w:r>
    </w:p>
    <w:p w14:paraId="37E5EE57" w14:textId="77777777" w:rsidR="002E3EF2" w:rsidRDefault="00EA7318">
      <w:r>
        <w:t>The wound reappears. The grief returns. The trigger rises again—uninvited, confusing, exhausting. And in that moment, shame may whisper: “You’ve gone backwards.”</w:t>
      </w:r>
    </w:p>
    <w:p w14:paraId="0AF548E4" w14:textId="77777777" w:rsidR="002E3EF2" w:rsidRDefault="00EA7318">
      <w:r>
        <w:t>But you haven’t.</w:t>
      </w:r>
    </w:p>
    <w:p w14:paraId="7EF9F8AA" w14:textId="77777777" w:rsidR="002E3EF2" w:rsidRDefault="00EA7318">
      <w:r>
        <w:t xml:space="preserve">You’re simply moving in the </w:t>
      </w:r>
      <w:r>
        <w:t>pattern all true healing follows:</w:t>
      </w:r>
    </w:p>
    <w:p w14:paraId="56C5878B" w14:textId="77777777" w:rsidR="002E3EF2" w:rsidRDefault="00EA7318">
      <w:r>
        <w:t>the spiral.</w:t>
      </w:r>
    </w:p>
    <w:p w14:paraId="72EDCE03" w14:textId="77777777" w:rsidR="002E3EF2" w:rsidRDefault="002E3EF2"/>
    <w:p w14:paraId="28054639" w14:textId="77777777" w:rsidR="002E3EF2" w:rsidRDefault="00EA7318">
      <w:pPr>
        <w:pStyle w:val="Heading3"/>
      </w:pPr>
      <w:r>
        <w:lastRenderedPageBreak/>
        <w:t>The Spiral is the Geometry of Becoming</w:t>
      </w:r>
    </w:p>
    <w:p w14:paraId="6D63B938" w14:textId="77777777" w:rsidR="002E3EF2" w:rsidRDefault="00EA7318">
      <w:r>
        <w:t>Nature does not grow in straight lines.</w:t>
      </w:r>
    </w:p>
    <w:p w14:paraId="25C5823F" w14:textId="77777777" w:rsidR="002E3EF2" w:rsidRDefault="00EA7318">
      <w:r>
        <w:t>It evolves in spirals:</w:t>
      </w:r>
    </w:p>
    <w:p w14:paraId="252269C1" w14:textId="77777777" w:rsidR="002E3EF2" w:rsidRDefault="00EA7318">
      <w:r>
        <w:t>Galaxies spin this way.</w:t>
      </w:r>
      <w:r>
        <w:br/>
      </w:r>
    </w:p>
    <w:p w14:paraId="343FD3CD" w14:textId="77777777" w:rsidR="002E3EF2" w:rsidRDefault="00EA7318">
      <w:r>
        <w:t>Ferns unfurl this way.</w:t>
      </w:r>
      <w:r>
        <w:br/>
      </w:r>
    </w:p>
    <w:p w14:paraId="0FAD2C47" w14:textId="77777777" w:rsidR="002E3EF2" w:rsidRDefault="00EA7318">
      <w:r>
        <w:t>Seashells form this way.</w:t>
      </w:r>
      <w:r>
        <w:br/>
      </w:r>
    </w:p>
    <w:p w14:paraId="01885A3E" w14:textId="77777777" w:rsidR="002E3EF2" w:rsidRDefault="00EA7318">
      <w:r>
        <w:t>DNA encodes this way.</w:t>
      </w:r>
      <w:r>
        <w:br/>
      </w:r>
    </w:p>
    <w:p w14:paraId="66FAA3B5" w14:textId="77777777" w:rsidR="002E3EF2" w:rsidRDefault="00EA7318">
      <w:r>
        <w:t>The soul heals this way.</w:t>
      </w:r>
      <w:r>
        <w:br/>
      </w:r>
    </w:p>
    <w:p w14:paraId="386756E2" w14:textId="77777777" w:rsidR="002E3EF2" w:rsidRDefault="00EA7318">
      <w:r>
        <w:t>Each cycle brings you back to the same emotional doorway—</w:t>
      </w:r>
    </w:p>
    <w:p w14:paraId="6F7CF244" w14:textId="77777777" w:rsidR="002E3EF2" w:rsidRDefault="00EA7318">
      <w:r>
        <w:t>But with more awareness. More spaciousness. More choice.</w:t>
      </w:r>
    </w:p>
    <w:p w14:paraId="27671690" w14:textId="77777777" w:rsidR="002E3EF2" w:rsidRDefault="00EA7318">
      <w:r>
        <w:t>You are not repeating.</w:t>
      </w:r>
    </w:p>
    <w:p w14:paraId="38D94F88" w14:textId="77777777" w:rsidR="002E3EF2" w:rsidRDefault="00EA7318">
      <w:r>
        <w:t>You are deepening.</w:t>
      </w:r>
    </w:p>
    <w:p w14:paraId="03CCD73F" w14:textId="77777777" w:rsidR="002E3EF2" w:rsidRDefault="002E3EF2"/>
    <w:p w14:paraId="646A4042" w14:textId="77777777" w:rsidR="002E3EF2" w:rsidRDefault="00EA7318">
      <w:pPr>
        <w:pStyle w:val="Heading3"/>
      </w:pPr>
      <w:r>
        <w:t>The Golden Ratio of Wounding and Healing</w:t>
      </w:r>
    </w:p>
    <w:p w14:paraId="5B3022E7" w14:textId="77777777" w:rsidR="002E3EF2" w:rsidRDefault="00EA7318">
      <w:r>
        <w:t xml:space="preserve">In sacred geometry, the </w:t>
      </w:r>
      <w:r>
        <w:t>Fibonacci sequence governs organic growth.</w:t>
      </w:r>
    </w:p>
    <w:p w14:paraId="60B7EC94" w14:textId="77777777" w:rsidR="002E3EF2" w:rsidRDefault="00EA7318">
      <w:r>
        <w:t>1, 1, 2, 3, 5, 8, 13…</w:t>
      </w:r>
    </w:p>
    <w:p w14:paraId="0AFBE2DA" w14:textId="77777777" w:rsidR="002E3EF2" w:rsidRDefault="00EA7318">
      <w:r>
        <w:t>Each number builds on what came before—not in duplication, but in expansion.</w:t>
      </w:r>
    </w:p>
    <w:p w14:paraId="7C3A8D0C" w14:textId="77777777" w:rsidR="002E3EF2" w:rsidRDefault="00EA7318">
      <w:r>
        <w:t>This is how healing works, too.</w:t>
      </w:r>
    </w:p>
    <w:p w14:paraId="6D420CFA" w14:textId="77777777" w:rsidR="002E3EF2" w:rsidRDefault="00EA7318">
      <w:r>
        <w:t>You begin with survival.</w:t>
      </w:r>
      <w:r>
        <w:br/>
      </w:r>
    </w:p>
    <w:p w14:paraId="19F8CA2F" w14:textId="77777777" w:rsidR="002E3EF2" w:rsidRDefault="00EA7318">
      <w:r>
        <w:t>Then awareness.</w:t>
      </w:r>
      <w:r>
        <w:br/>
      </w:r>
    </w:p>
    <w:p w14:paraId="78712E2F" w14:textId="77777777" w:rsidR="002E3EF2" w:rsidRDefault="00EA7318">
      <w:r>
        <w:t>Then voice.</w:t>
      </w:r>
      <w:r>
        <w:br/>
      </w:r>
    </w:p>
    <w:p w14:paraId="2905BB5C" w14:textId="77777777" w:rsidR="002E3EF2" w:rsidRDefault="00EA7318">
      <w:r>
        <w:lastRenderedPageBreak/>
        <w:t>Then boundaries.</w:t>
      </w:r>
      <w:r>
        <w:br/>
      </w:r>
    </w:p>
    <w:p w14:paraId="5BF17CAE" w14:textId="77777777" w:rsidR="002E3EF2" w:rsidRDefault="00EA7318">
      <w:r>
        <w:t>Then peace.</w:t>
      </w:r>
      <w:r>
        <w:br/>
      </w:r>
    </w:p>
    <w:p w14:paraId="5A490B42" w14:textId="77777777" w:rsidR="002E3EF2" w:rsidRDefault="00EA7318">
      <w:r>
        <w:t>Then purpose.</w:t>
      </w:r>
      <w:r>
        <w:br/>
      </w:r>
    </w:p>
    <w:p w14:paraId="3F41B9F8" w14:textId="77777777" w:rsidR="002E3EF2" w:rsidRDefault="00EA7318">
      <w:r>
        <w:t>Each turn of the spiral opens you wider.</w:t>
      </w:r>
    </w:p>
    <w:p w14:paraId="57883483" w14:textId="77777777" w:rsidR="002E3EF2" w:rsidRDefault="00EA7318">
      <w:r>
        <w:t>Not because you are broken, but because you are becoming whole.</w:t>
      </w:r>
    </w:p>
    <w:p w14:paraId="1F536221" w14:textId="77777777" w:rsidR="002E3EF2" w:rsidRDefault="002E3EF2"/>
    <w:p w14:paraId="5CE84BFA" w14:textId="77777777" w:rsidR="002E3EF2" w:rsidRDefault="00EA7318">
      <w:pPr>
        <w:pStyle w:val="Heading3"/>
      </w:pPr>
      <w:r>
        <w:t>Wisdom Break (Callout Box):</w:t>
      </w:r>
    </w:p>
    <w:p w14:paraId="56B7944E" w14:textId="77777777" w:rsidR="002E3EF2" w:rsidRDefault="00EA7318">
      <w:r>
        <w:t>Every return to the wound is a deeper initiation into the light.</w:t>
      </w:r>
    </w:p>
    <w:p w14:paraId="5BC1500C" w14:textId="77777777" w:rsidR="002E3EF2" w:rsidRDefault="00EA7318">
      <w:r>
        <w:t>You are not failing.</w:t>
      </w:r>
    </w:p>
    <w:p w14:paraId="2228C2CA" w14:textId="77777777" w:rsidR="002E3EF2" w:rsidRDefault="00EA7318">
      <w:r>
        <w:t xml:space="preserve">You are </w:t>
      </w:r>
      <w:r>
        <w:t>unfurling.</w:t>
      </w:r>
    </w:p>
    <w:p w14:paraId="10C57E7A" w14:textId="77777777" w:rsidR="002E3EF2" w:rsidRDefault="002E3EF2"/>
    <w:p w14:paraId="0391BF8D" w14:textId="77777777" w:rsidR="002E3EF2" w:rsidRDefault="00EA7318">
      <w:pPr>
        <w:pStyle w:val="Heading3"/>
      </w:pPr>
      <w:r>
        <w:t>Why You Will Meet the Same Pattern Again</w:t>
      </w:r>
    </w:p>
    <w:p w14:paraId="096E44AA" w14:textId="77777777" w:rsidR="002E3EF2" w:rsidRDefault="00EA7318">
      <w:r>
        <w:t>The soul does not ask: “Did you fix it?”</w:t>
      </w:r>
    </w:p>
    <w:p w14:paraId="664CE953" w14:textId="77777777" w:rsidR="002E3EF2" w:rsidRDefault="00EA7318">
      <w:r>
        <w:t>It asks: “Are you willing to meet it now, with more truth?”</w:t>
      </w:r>
    </w:p>
    <w:p w14:paraId="2F9FFE81" w14:textId="77777777" w:rsidR="002E3EF2" w:rsidRDefault="00EA7318">
      <w:r>
        <w:t>You may:</w:t>
      </w:r>
    </w:p>
    <w:p w14:paraId="27F35D2D" w14:textId="77777777" w:rsidR="002E3EF2" w:rsidRDefault="00EA7318">
      <w:r>
        <w:t>Grieve a relationship years after leaving it</w:t>
      </w:r>
      <w:r>
        <w:br/>
      </w:r>
    </w:p>
    <w:p w14:paraId="3E4A57AC" w14:textId="77777777" w:rsidR="002E3EF2" w:rsidRDefault="00EA7318">
      <w:r>
        <w:t>Revisit childhood pain in your adult body</w:t>
      </w:r>
      <w:r>
        <w:br/>
      </w:r>
    </w:p>
    <w:p w14:paraId="45123089" w14:textId="77777777" w:rsidR="002E3EF2" w:rsidRDefault="00EA7318">
      <w:r>
        <w:t>Encounter similar people with different faces</w:t>
      </w:r>
      <w:r>
        <w:br/>
      </w:r>
    </w:p>
    <w:p w14:paraId="65DCC372" w14:textId="77777777" w:rsidR="002E3EF2" w:rsidRDefault="00EA7318">
      <w:r>
        <w:t>This isn’t punishment.</w:t>
      </w:r>
    </w:p>
    <w:p w14:paraId="6142D7C9" w14:textId="77777777" w:rsidR="002E3EF2" w:rsidRDefault="00EA7318">
      <w:r>
        <w:t>It is refinement.</w:t>
      </w:r>
    </w:p>
    <w:p w14:paraId="5C5D1F05" w14:textId="77777777" w:rsidR="002E3EF2" w:rsidRDefault="00EA7318">
      <w:r>
        <w:t>The Universe is not testing you.</w:t>
      </w:r>
    </w:p>
    <w:p w14:paraId="7B7BFD52" w14:textId="77777777" w:rsidR="002E3EF2" w:rsidRDefault="00EA7318">
      <w:r>
        <w:t>It is inviting you to master the lesson—not by force, but by presence.</w:t>
      </w:r>
    </w:p>
    <w:p w14:paraId="5EB23251" w14:textId="77777777" w:rsidR="002E3EF2" w:rsidRDefault="002E3EF2"/>
    <w:p w14:paraId="75412D1B" w14:textId="77777777" w:rsidR="002E3EF2" w:rsidRDefault="00EA7318">
      <w:pPr>
        <w:pStyle w:val="Heading3"/>
      </w:pPr>
      <w:r>
        <w:lastRenderedPageBreak/>
        <w:t>The Spiral Path Is the Path of Compassion</w:t>
      </w:r>
    </w:p>
    <w:p w14:paraId="606C6349" w14:textId="77777777" w:rsidR="002E3EF2" w:rsidRDefault="00EA7318">
      <w:r>
        <w:t>Linear healing says:</w:t>
      </w:r>
    </w:p>
    <w:p w14:paraId="3929D8BD" w14:textId="77777777" w:rsidR="002E3EF2" w:rsidRDefault="00EA7318">
      <w:r>
        <w:t>*“If I cry again, I’ve failed.”</w:t>
      </w:r>
    </w:p>
    <w:p w14:paraId="156C8FBF" w14:textId="77777777" w:rsidR="002E3EF2" w:rsidRDefault="00EA7318">
      <w:r>
        <w:t>“If I’m triggered again, I’m broken.”</w:t>
      </w:r>
    </w:p>
    <w:p w14:paraId="00D35800" w14:textId="77777777" w:rsidR="002E3EF2" w:rsidRDefault="00EA7318">
      <w:r>
        <w:t>Spiral healing says:</w:t>
      </w:r>
    </w:p>
    <w:p w14:paraId="46E3A1A9" w14:textId="77777777" w:rsidR="002E3EF2" w:rsidRDefault="00EA7318">
      <w:r>
        <w:t>“I have new tenderness.</w:t>
      </w:r>
    </w:p>
    <w:p w14:paraId="25BDA9F0" w14:textId="77777777" w:rsidR="002E3EF2" w:rsidRDefault="00EA7318">
      <w:r>
        <w:t>I have new tools.</w:t>
      </w:r>
    </w:p>
    <w:p w14:paraId="782D1D72" w14:textId="77777777" w:rsidR="002E3EF2" w:rsidRDefault="00EA7318">
      <w:r>
        <w:t>I have new self-love.”</w:t>
      </w:r>
    </w:p>
    <w:p w14:paraId="75CFA6A1" w14:textId="77777777" w:rsidR="002E3EF2" w:rsidRDefault="00EA7318">
      <w:r>
        <w:t>This is the path of the inner mystic—the one who no longer chases perfection, but honors the unfolding.</w:t>
      </w:r>
    </w:p>
    <w:p w14:paraId="3A38773C" w14:textId="77777777" w:rsidR="002E3EF2" w:rsidRDefault="00EA7318">
      <w:r>
        <w:t>In this model, every layer of grief becomes more precise, not more painful.</w:t>
      </w:r>
    </w:p>
    <w:p w14:paraId="2342FF4E" w14:textId="77777777" w:rsidR="002E3EF2" w:rsidRDefault="00EA7318">
      <w:r>
        <w:t>You cry not from collapse, but from depth.</w:t>
      </w:r>
    </w:p>
    <w:p w14:paraId="5C492A40" w14:textId="77777777" w:rsidR="002E3EF2" w:rsidRDefault="002E3EF2"/>
    <w:p w14:paraId="7DE6CE0F" w14:textId="77777777" w:rsidR="002E3EF2" w:rsidRDefault="00EA7318">
      <w:pPr>
        <w:pStyle w:val="Heading3"/>
      </w:pPr>
      <w:r>
        <w:t>Healing is Not Ascension. It is Integration.</w:t>
      </w:r>
    </w:p>
    <w:p w14:paraId="1A7C1C79" w14:textId="77777777" w:rsidR="002E3EF2" w:rsidRDefault="00EA7318">
      <w:r>
        <w:t>We are not here to transcend the body, bypass the pain, or escape the wound.</w:t>
      </w:r>
    </w:p>
    <w:p w14:paraId="265D0D93" w14:textId="77777777" w:rsidR="002E3EF2" w:rsidRDefault="00EA7318">
      <w:r>
        <w:t>We are here to weave it all into the light.</w:t>
      </w:r>
    </w:p>
    <w:p w14:paraId="5ADE7C0B" w14:textId="77777777" w:rsidR="002E3EF2" w:rsidRDefault="00EA7318">
      <w:r>
        <w:t>The spiral shows us that there is no end point.</w:t>
      </w:r>
    </w:p>
    <w:p w14:paraId="2449A251" w14:textId="77777777" w:rsidR="002E3EF2" w:rsidRDefault="00EA7318">
      <w:r>
        <w:t>There is only movement.</w:t>
      </w:r>
    </w:p>
    <w:p w14:paraId="37E4BB9E" w14:textId="77777777" w:rsidR="002E3EF2" w:rsidRDefault="00EA7318">
      <w:r>
        <w:t>Rhythm.</w:t>
      </w:r>
    </w:p>
    <w:p w14:paraId="5CFE6D18" w14:textId="77777777" w:rsidR="002E3EF2" w:rsidRDefault="00EA7318">
      <w:r>
        <w:t>Pulse.</w:t>
      </w:r>
    </w:p>
    <w:p w14:paraId="27AC239D" w14:textId="77777777" w:rsidR="002E3EF2" w:rsidRDefault="00EA7318">
      <w:r>
        <w:t>And within that sacred rhythm, the soul learns to breathe again.</w:t>
      </w:r>
    </w:p>
    <w:p w14:paraId="11DEF51C" w14:textId="77777777" w:rsidR="002E3EF2" w:rsidRDefault="002E3EF2"/>
    <w:p w14:paraId="316DFA0E" w14:textId="77777777" w:rsidR="002E3EF2" w:rsidRDefault="00EA7318">
      <w:r>
        <w:t>You are not back at the beginning.</w:t>
      </w:r>
    </w:p>
    <w:p w14:paraId="631EBE7B" w14:textId="77777777" w:rsidR="002E3EF2" w:rsidRDefault="00EA7318">
      <w:r>
        <w:t>You are standing at a deeper layer of truth.</w:t>
      </w:r>
    </w:p>
    <w:p w14:paraId="2D7E54E5" w14:textId="77777777" w:rsidR="002E3EF2" w:rsidRDefault="00EA7318">
      <w:r>
        <w:t>You are meeting the wound from higher ground.</w:t>
      </w:r>
    </w:p>
    <w:p w14:paraId="628B915B" w14:textId="77777777" w:rsidR="002E3EF2" w:rsidRDefault="00EA7318">
      <w:r>
        <w:t>You are spiraling into wholeness.</w:t>
      </w:r>
    </w:p>
    <w:p w14:paraId="1F544ACB" w14:textId="77777777" w:rsidR="002E3EF2" w:rsidRDefault="00EA7318">
      <w:r>
        <w:t>This is the path.</w:t>
      </w:r>
    </w:p>
    <w:p w14:paraId="7FC61573" w14:textId="77777777" w:rsidR="002E3EF2" w:rsidRDefault="00EA7318">
      <w:r>
        <w:lastRenderedPageBreak/>
        <w:t>This is the pattern.</w:t>
      </w:r>
    </w:p>
    <w:p w14:paraId="6D31D675" w14:textId="77777777" w:rsidR="002E3EF2" w:rsidRDefault="00EA7318">
      <w:r>
        <w:t>This is the design written into the bones of the cosmos—and into the architecture of your soul.</w:t>
      </w:r>
    </w:p>
    <w:p w14:paraId="2BFD461C" w14:textId="77777777" w:rsidR="002E3EF2" w:rsidRDefault="00EA7318">
      <w:r>
        <w:br/>
        <w:t xml:space="preserve">Chapter 15: Ancestral </w:t>
      </w:r>
      <w:r>
        <w:t>Patterns and Karmic Healing – The Wound That Didn’t Start With You</w:t>
      </w:r>
    </w:p>
    <w:p w14:paraId="2E776089" w14:textId="77777777" w:rsidR="002E3EF2" w:rsidRDefault="00EA7318">
      <w:r>
        <w:t>“We carry the unspoken prayers of our ancestors in our bones.</w:t>
      </w:r>
    </w:p>
    <w:p w14:paraId="34BF42BC" w14:textId="77777777" w:rsidR="002E3EF2" w:rsidRDefault="00EA7318">
      <w:r>
        <w:t>To heal is to answer them.”</w:t>
      </w:r>
    </w:p>
    <w:p w14:paraId="286FED68" w14:textId="77777777" w:rsidR="002E3EF2" w:rsidRDefault="00EA7318">
      <w:r>
        <w:t>— Lineage Teaching</w:t>
      </w:r>
    </w:p>
    <w:p w14:paraId="68F370B7" w14:textId="77777777" w:rsidR="002E3EF2" w:rsidRDefault="00EA7318">
      <w:r>
        <w:t>“The wound is not always yours.</w:t>
      </w:r>
    </w:p>
    <w:p w14:paraId="5E3816B0" w14:textId="77777777" w:rsidR="002E3EF2" w:rsidRDefault="00EA7318">
      <w:r>
        <w:t>But the healing is.”</w:t>
      </w:r>
    </w:p>
    <w:p w14:paraId="28CB4198" w14:textId="77777777" w:rsidR="002E3EF2" w:rsidRDefault="00EA7318">
      <w:r>
        <w:t>— Initiatory Principle</w:t>
      </w:r>
    </w:p>
    <w:p w14:paraId="18A02E07" w14:textId="77777777" w:rsidR="002E3EF2" w:rsidRDefault="002E3EF2"/>
    <w:p w14:paraId="541272CC" w14:textId="77777777" w:rsidR="002E3EF2" w:rsidRDefault="00EA7318">
      <w:r>
        <w:t>Some wounds arrive before we are born.</w:t>
      </w:r>
    </w:p>
    <w:p w14:paraId="62CAD50C" w14:textId="77777777" w:rsidR="002E3EF2" w:rsidRDefault="00EA7318">
      <w:r>
        <w:t>They move through the blood, the breath, the nervous system. They whisper through dreams. They rise in moments we cannot explain. A fear that feels older than us. A pattern that repeats without invitation. A grief that belongs to many.</w:t>
      </w:r>
    </w:p>
    <w:p w14:paraId="1A5C1E81" w14:textId="77777777" w:rsidR="002E3EF2" w:rsidRDefault="00EA7318">
      <w:r>
        <w:t>This is not personal pathology.</w:t>
      </w:r>
    </w:p>
    <w:p w14:paraId="5B0AF8FA" w14:textId="77777777" w:rsidR="002E3EF2" w:rsidRDefault="00EA7318">
      <w:r>
        <w:t>This is ancestral memory.</w:t>
      </w:r>
    </w:p>
    <w:p w14:paraId="4EFE7EEA" w14:textId="77777777" w:rsidR="002E3EF2" w:rsidRDefault="002E3EF2"/>
    <w:p w14:paraId="1457A6A9" w14:textId="77777777" w:rsidR="002E3EF2" w:rsidRDefault="00EA7318">
      <w:pPr>
        <w:pStyle w:val="Heading3"/>
      </w:pPr>
      <w:r>
        <w:t>The Blood Carries Memory</w:t>
      </w:r>
    </w:p>
    <w:p w14:paraId="01A15819" w14:textId="77777777" w:rsidR="002E3EF2" w:rsidRDefault="00EA7318">
      <w:r>
        <w:t xml:space="preserve">Modern science calls it epigenetics: the way trauma, stress, and emotion chemically mark the genes—carrying the signal forward across </w:t>
      </w:r>
      <w:r>
        <w:t>generations.</w:t>
      </w:r>
    </w:p>
    <w:p w14:paraId="25BD5B20" w14:textId="77777777" w:rsidR="002E3EF2" w:rsidRDefault="00EA7318">
      <w:r>
        <w:t>Mystics have always known this.</w:t>
      </w:r>
    </w:p>
    <w:p w14:paraId="6C5D9C43" w14:textId="77777777" w:rsidR="002E3EF2" w:rsidRDefault="00EA7318">
      <w:r>
        <w:t>In African spiritual traditions, ancestors are not dead—they are woven into our lives.</w:t>
      </w:r>
      <w:r>
        <w:br/>
      </w:r>
    </w:p>
    <w:p w14:paraId="5E40A02D" w14:textId="77777777" w:rsidR="002E3EF2" w:rsidRDefault="00EA7318">
      <w:r>
        <w:t>In Kabbalah, unresolved energies from previous generations appear as “Tikkun”—unfinished soul work.</w:t>
      </w:r>
      <w:r>
        <w:br/>
      </w:r>
    </w:p>
    <w:p w14:paraId="704DBABB" w14:textId="77777777" w:rsidR="002E3EF2" w:rsidRDefault="00EA7318">
      <w:r>
        <w:lastRenderedPageBreak/>
        <w:t>In Buddhist and Vedic lineages, karma is not punishment—it is inherited pattern awaiting conscious transformation.</w:t>
      </w:r>
      <w:r>
        <w:br/>
      </w:r>
    </w:p>
    <w:p w14:paraId="710196B6" w14:textId="77777777" w:rsidR="002E3EF2" w:rsidRDefault="00EA7318">
      <w:r>
        <w:t>You may be the first in your line to name what has never been spoken.</w:t>
      </w:r>
    </w:p>
    <w:p w14:paraId="64FFAAD8" w14:textId="77777777" w:rsidR="002E3EF2" w:rsidRDefault="00EA7318">
      <w:r>
        <w:t>But you are not the first to feel it.</w:t>
      </w:r>
    </w:p>
    <w:p w14:paraId="3F49FB82" w14:textId="77777777" w:rsidR="002E3EF2" w:rsidRDefault="002E3EF2"/>
    <w:p w14:paraId="1442784E" w14:textId="77777777" w:rsidR="002E3EF2" w:rsidRDefault="00EA7318">
      <w:pPr>
        <w:pStyle w:val="Heading3"/>
      </w:pPr>
      <w:r>
        <w:t>Inherited Narcissism – The Echo of the Unhealed Line</w:t>
      </w:r>
    </w:p>
    <w:p w14:paraId="550E0627" w14:textId="77777777" w:rsidR="002E3EF2" w:rsidRDefault="00EA7318">
      <w:r>
        <w:t>Narcissistic wounding often runs in families—not always through overt abuse, but through absence:</w:t>
      </w:r>
    </w:p>
    <w:p w14:paraId="160EDA64" w14:textId="77777777" w:rsidR="002E3EF2" w:rsidRDefault="00EA7318">
      <w:r>
        <w:t>Generations of emotional abandonment</w:t>
      </w:r>
      <w:r>
        <w:br/>
      </w:r>
    </w:p>
    <w:p w14:paraId="52DCE819" w14:textId="77777777" w:rsidR="002E3EF2" w:rsidRDefault="00EA7318">
      <w:r>
        <w:t>Women who silenced themselves for safety</w:t>
      </w:r>
      <w:r>
        <w:br/>
      </w:r>
    </w:p>
    <w:p w14:paraId="7FC0E2A4" w14:textId="77777777" w:rsidR="002E3EF2" w:rsidRDefault="00EA7318">
      <w:r>
        <w:t>Men taught that power was worth more than presence</w:t>
      </w:r>
      <w:r>
        <w:br/>
      </w:r>
    </w:p>
    <w:p w14:paraId="25C3AC6F" w14:textId="77777777" w:rsidR="002E3EF2" w:rsidRDefault="00EA7318">
      <w:r>
        <w:t>Lineages that prized survival over softness</w:t>
      </w:r>
      <w:r>
        <w:br/>
      </w:r>
    </w:p>
    <w:p w14:paraId="5EBAE5BB" w14:textId="77777777" w:rsidR="002E3EF2" w:rsidRDefault="00EA7318">
      <w:r>
        <w:t>These wounds become scripts.</w:t>
      </w:r>
    </w:p>
    <w:p w14:paraId="430C14BE" w14:textId="77777777" w:rsidR="002E3EF2" w:rsidRDefault="00EA7318">
      <w:r>
        <w:t>And when a child is born into those scripts, they are often forced into one of two roles:</w:t>
      </w:r>
    </w:p>
    <w:p w14:paraId="4184A6BF" w14:textId="77777777" w:rsidR="002E3EF2" w:rsidRDefault="00EA7318">
      <w:r>
        <w:t>The one who repeats the pain.</w:t>
      </w:r>
    </w:p>
    <w:p w14:paraId="18FDD28B" w14:textId="77777777" w:rsidR="002E3EF2" w:rsidRDefault="00EA7318">
      <w:r>
        <w:t>Or the one who refuses to.</w:t>
      </w:r>
    </w:p>
    <w:p w14:paraId="5C82DA36" w14:textId="77777777" w:rsidR="002E3EF2" w:rsidRDefault="00EA7318">
      <w:r>
        <w:t>You, dear reader, are the latter.</w:t>
      </w:r>
    </w:p>
    <w:p w14:paraId="22FA40E8" w14:textId="77777777" w:rsidR="002E3EF2" w:rsidRDefault="00EA7318">
      <w:r>
        <w:t>You are the pattern-breaker.</w:t>
      </w:r>
    </w:p>
    <w:p w14:paraId="7598BE59" w14:textId="77777777" w:rsidR="002E3EF2" w:rsidRDefault="00EA7318">
      <w:r>
        <w:t>The curse-lifter.</w:t>
      </w:r>
    </w:p>
    <w:p w14:paraId="7FCB53C4" w14:textId="77777777" w:rsidR="002E3EF2" w:rsidRDefault="00EA7318">
      <w:r>
        <w:t>The one who chose to turn the inherited wound into wisdom.</w:t>
      </w:r>
    </w:p>
    <w:p w14:paraId="36597493" w14:textId="77777777" w:rsidR="002E3EF2" w:rsidRDefault="002E3EF2"/>
    <w:p w14:paraId="20D9F44F" w14:textId="77777777" w:rsidR="002E3EF2" w:rsidRDefault="00EA7318">
      <w:pPr>
        <w:pStyle w:val="Heading3"/>
      </w:pPr>
      <w:r>
        <w:t>Wisdom Break (Callout Box):</w:t>
      </w:r>
    </w:p>
    <w:p w14:paraId="647E4A6C" w14:textId="77777777" w:rsidR="002E3EF2" w:rsidRDefault="00EA7318">
      <w:r>
        <w:t>You are not just healing yourself.</w:t>
      </w:r>
    </w:p>
    <w:p w14:paraId="5BF9F543" w14:textId="77777777" w:rsidR="002E3EF2" w:rsidRDefault="00EA7318">
      <w:r>
        <w:t>You are healing everyone who came before you—</w:t>
      </w:r>
    </w:p>
    <w:p w14:paraId="1F42F7FD" w14:textId="77777777" w:rsidR="002E3EF2" w:rsidRDefault="00EA7318">
      <w:r>
        <w:t>and everyone who will come after.</w:t>
      </w:r>
    </w:p>
    <w:p w14:paraId="673066EB" w14:textId="77777777" w:rsidR="002E3EF2" w:rsidRDefault="002E3EF2"/>
    <w:p w14:paraId="46E9468C" w14:textId="77777777" w:rsidR="002E3EF2" w:rsidRDefault="00EA7318">
      <w:pPr>
        <w:pStyle w:val="Heading3"/>
      </w:pPr>
      <w:r>
        <w:t xml:space="preserve">Karma Is Not </w:t>
      </w:r>
      <w:r>
        <w:t>Punishment. It Is Invitation.</w:t>
      </w:r>
    </w:p>
    <w:p w14:paraId="7E444864" w14:textId="77777777" w:rsidR="002E3EF2" w:rsidRDefault="00EA7318">
      <w:r>
        <w:t>In spiritual language, karma is not retribution.</w:t>
      </w:r>
    </w:p>
    <w:p w14:paraId="1C9A14DF" w14:textId="77777777" w:rsidR="002E3EF2" w:rsidRDefault="00EA7318">
      <w:r>
        <w:t>It is recognition.</w:t>
      </w:r>
    </w:p>
    <w:p w14:paraId="5E1F821B" w14:textId="77777777" w:rsidR="002E3EF2" w:rsidRDefault="00EA7318">
      <w:r>
        <w:t>The soul chooses certain lineages—not because they are easy, but because they hold the precise conditions for evolution.</w:t>
      </w:r>
    </w:p>
    <w:p w14:paraId="79CF3081" w14:textId="77777777" w:rsidR="002E3EF2" w:rsidRDefault="00EA7318">
      <w:r>
        <w:t>To be born into narcissistic harm may feel like misfortune.</w:t>
      </w:r>
    </w:p>
    <w:p w14:paraId="1C84B7E1" w14:textId="77777777" w:rsidR="002E3EF2" w:rsidRDefault="00EA7318">
      <w:r>
        <w:t>But in spiritual terms, it may be a kind of assignment:</w:t>
      </w:r>
    </w:p>
    <w:p w14:paraId="2A8F05AF" w14:textId="77777777" w:rsidR="002E3EF2" w:rsidRDefault="00EA7318">
      <w:r>
        <w:t>“Will you remember your light in a lineage that forgot?”</w:t>
      </w:r>
    </w:p>
    <w:p w14:paraId="4BD9E756" w14:textId="77777777" w:rsidR="002E3EF2" w:rsidRDefault="00EA7318">
      <w:r>
        <w:t>“Will you return to truth in a family that distorted it?”</w:t>
      </w:r>
    </w:p>
    <w:p w14:paraId="018CA324" w14:textId="77777777" w:rsidR="002E3EF2" w:rsidRDefault="00EA7318">
      <w:r>
        <w:t>If so, you do not carry shame.</w:t>
      </w:r>
    </w:p>
    <w:p w14:paraId="0B5B47D7" w14:textId="77777777" w:rsidR="002E3EF2" w:rsidRDefault="00EA7318">
      <w:r>
        <w:t xml:space="preserve">You carry </w:t>
      </w:r>
      <w:r>
        <w:t>sovereignty.</w:t>
      </w:r>
    </w:p>
    <w:p w14:paraId="47DFB994" w14:textId="77777777" w:rsidR="002E3EF2" w:rsidRDefault="002E3EF2"/>
    <w:p w14:paraId="6CDF4A20" w14:textId="77777777" w:rsidR="002E3EF2" w:rsidRDefault="00EA7318">
      <w:pPr>
        <w:pStyle w:val="Heading3"/>
      </w:pPr>
      <w:r>
        <w:t>Rituals for Ancestral Release</w:t>
      </w:r>
    </w:p>
    <w:p w14:paraId="4D2BB0AD" w14:textId="77777777" w:rsidR="002E3EF2" w:rsidRDefault="00EA7318">
      <w:r>
        <w:t>Healing the ancestral field does not require perfection.</w:t>
      </w:r>
    </w:p>
    <w:p w14:paraId="2025AADA" w14:textId="77777777" w:rsidR="002E3EF2" w:rsidRDefault="00EA7318">
      <w:r>
        <w:t>It requires presence.</w:t>
      </w:r>
    </w:p>
    <w:p w14:paraId="6018240B" w14:textId="77777777" w:rsidR="002E3EF2" w:rsidRDefault="00EA7318">
      <w:r>
        <w:t>Here are simple rituals to begin:</w:t>
      </w:r>
    </w:p>
    <w:p w14:paraId="192B9257" w14:textId="77777777" w:rsidR="002E3EF2" w:rsidRDefault="00EA7318">
      <w:r>
        <w:t>Light a candle for the women who could not speak, and speak now in their name.</w:t>
      </w:r>
      <w:r>
        <w:br/>
      </w:r>
    </w:p>
    <w:p w14:paraId="3799CD00" w14:textId="77777777" w:rsidR="002E3EF2" w:rsidRDefault="00EA7318">
      <w:r>
        <w:t>Write a letter to the wound you inherited, and burn it in salt and flame.</w:t>
      </w:r>
      <w:r>
        <w:br/>
      </w:r>
    </w:p>
    <w:p w14:paraId="225A5816" w14:textId="77777777" w:rsidR="002E3EF2" w:rsidRDefault="00EA7318">
      <w:r>
        <w:t>Place your hand on your heart and say:</w:t>
      </w:r>
      <w:r>
        <w:br/>
      </w:r>
      <w:r>
        <w:br/>
        <w:t xml:space="preserve"> “I release what was never mine. I return to myself.”</w:t>
      </w:r>
      <w:r>
        <w:br/>
      </w:r>
    </w:p>
    <w:p w14:paraId="7EF20AB9" w14:textId="77777777" w:rsidR="002E3EF2" w:rsidRDefault="00EA7318">
      <w:r>
        <w:t>You do not need to fix your family.</w:t>
      </w:r>
    </w:p>
    <w:p w14:paraId="26924708" w14:textId="77777777" w:rsidR="002E3EF2" w:rsidRDefault="00EA7318">
      <w:r>
        <w:t>You only need to free yourself.</w:t>
      </w:r>
    </w:p>
    <w:p w14:paraId="54BBC011" w14:textId="77777777" w:rsidR="002E3EF2" w:rsidRDefault="00EA7318">
      <w:r>
        <w:t>And in doing so, you free them, too.</w:t>
      </w:r>
    </w:p>
    <w:p w14:paraId="41C434ED" w14:textId="77777777" w:rsidR="002E3EF2" w:rsidRDefault="002E3EF2"/>
    <w:p w14:paraId="1F2F3F64" w14:textId="77777777" w:rsidR="002E3EF2" w:rsidRDefault="00EA7318">
      <w:pPr>
        <w:pStyle w:val="Heading3"/>
      </w:pPr>
      <w:r>
        <w:lastRenderedPageBreak/>
        <w:t>The Line Ends Here. And a New Line Begins.</w:t>
      </w:r>
    </w:p>
    <w:p w14:paraId="729FAA41" w14:textId="77777777" w:rsidR="002E3EF2" w:rsidRDefault="00EA7318">
      <w:r>
        <w:t>You are not the wound.</w:t>
      </w:r>
    </w:p>
    <w:p w14:paraId="72537207" w14:textId="77777777" w:rsidR="002E3EF2" w:rsidRDefault="00EA7318">
      <w:r>
        <w:t>You are the response the wound has been waiting for.</w:t>
      </w:r>
    </w:p>
    <w:p w14:paraId="064A5E79" w14:textId="77777777" w:rsidR="002E3EF2" w:rsidRDefault="00EA7318">
      <w:r>
        <w:t>You are the first root of a new tree.</w:t>
      </w:r>
    </w:p>
    <w:p w14:paraId="6E16F908" w14:textId="77777777" w:rsidR="002E3EF2" w:rsidRDefault="00EA7318">
      <w:r>
        <w:t>The first clean flame.</w:t>
      </w:r>
    </w:p>
    <w:p w14:paraId="025CA723" w14:textId="77777777" w:rsidR="002E3EF2" w:rsidRDefault="00EA7318">
      <w:r>
        <w:t>The first song in a new bloodline.</w:t>
      </w:r>
    </w:p>
    <w:p w14:paraId="3784AD87" w14:textId="77777777" w:rsidR="002E3EF2" w:rsidRDefault="002E3EF2"/>
    <w:p w14:paraId="7801D647" w14:textId="77777777" w:rsidR="002E3EF2" w:rsidRDefault="00EA7318">
      <w:r>
        <w:t xml:space="preserve">You do not carry your lineage as </w:t>
      </w:r>
      <w:r>
        <w:t>burden.</w:t>
      </w:r>
    </w:p>
    <w:p w14:paraId="79866883" w14:textId="77777777" w:rsidR="002E3EF2" w:rsidRDefault="00EA7318">
      <w:r>
        <w:t>You carry it as offering.</w:t>
      </w:r>
    </w:p>
    <w:p w14:paraId="34645A0F" w14:textId="77777777" w:rsidR="002E3EF2" w:rsidRDefault="00EA7318">
      <w:r>
        <w:t>And when you choose peace over repetition, presence over pattern, voice over silence—</w:t>
      </w:r>
    </w:p>
    <w:p w14:paraId="08DFBDA8" w14:textId="77777777" w:rsidR="002E3EF2" w:rsidRDefault="00EA7318">
      <w:r>
        <w:t>you are not just healing.</w:t>
      </w:r>
    </w:p>
    <w:p w14:paraId="0A7B7F18" w14:textId="77777777" w:rsidR="002E3EF2" w:rsidRDefault="00EA7318">
      <w:r>
        <w:t>You are rewriting the soul of your line.</w:t>
      </w:r>
      <w:r>
        <w:br/>
        <w:t>Chapter 16: The Earth Remembers – Soul Retrieval and Indigenous Wisdom</w:t>
      </w:r>
    </w:p>
    <w:p w14:paraId="3EC783E0" w14:textId="77777777" w:rsidR="002E3EF2" w:rsidRDefault="00EA7318">
      <w:r>
        <w:t>“The soul does not leave all at once.</w:t>
      </w:r>
    </w:p>
    <w:p w14:paraId="071AFF25" w14:textId="77777777" w:rsidR="002E3EF2" w:rsidRDefault="00EA7318">
      <w:r>
        <w:t>It leaves in fragments, in moments of fear.</w:t>
      </w:r>
    </w:p>
    <w:p w14:paraId="31BAEEF5" w14:textId="77777777" w:rsidR="002E3EF2" w:rsidRDefault="00EA7318">
      <w:r>
        <w:t>And it can return the same way—through love, through ritual, through time.”</w:t>
      </w:r>
    </w:p>
    <w:p w14:paraId="6B6DEF8A" w14:textId="77777777" w:rsidR="002E3EF2" w:rsidRDefault="00EA7318">
      <w:r>
        <w:t>— Indigenous Teaching of Soul Loss</w:t>
      </w:r>
    </w:p>
    <w:p w14:paraId="738B665C" w14:textId="77777777" w:rsidR="002E3EF2" w:rsidRDefault="00EA7318">
      <w:r>
        <w:t>“To be fully alive is to call your spirit back from every place it was lost.”</w:t>
      </w:r>
    </w:p>
    <w:p w14:paraId="45E2C08C" w14:textId="77777777" w:rsidR="002E3EF2" w:rsidRDefault="00EA7318">
      <w:r>
        <w:t>— Earth-Based Wisdom</w:t>
      </w:r>
    </w:p>
    <w:p w14:paraId="27018EB5" w14:textId="77777777" w:rsidR="002E3EF2" w:rsidRDefault="002E3EF2"/>
    <w:p w14:paraId="01CC730D" w14:textId="77777777" w:rsidR="002E3EF2" w:rsidRDefault="00EA7318">
      <w:r>
        <w:t>There are wounds that happen so deeply, the soul detaches to protect itself.</w:t>
      </w:r>
    </w:p>
    <w:p w14:paraId="1B665D2B" w14:textId="77777777" w:rsidR="002E3EF2" w:rsidRDefault="00EA7318">
      <w:r>
        <w:t>Not in death, but in survival.</w:t>
      </w:r>
    </w:p>
    <w:p w14:paraId="4110EAE1" w14:textId="77777777" w:rsidR="002E3EF2" w:rsidRDefault="00EA7318">
      <w:r>
        <w:t>Not in escape, but in silence.</w:t>
      </w:r>
    </w:p>
    <w:p w14:paraId="410F8351" w14:textId="77777777" w:rsidR="002E3EF2" w:rsidRDefault="00EA7318">
      <w:r>
        <w:t>Many indigenous cultures understand this phenomenon not as mental illness—but as soul loss.</w:t>
      </w:r>
    </w:p>
    <w:p w14:paraId="0B2DA281" w14:textId="77777777" w:rsidR="002E3EF2" w:rsidRDefault="00EA7318">
      <w:r>
        <w:t>The Shipibo of the Amazon. The Dagara of West Africa. The Lakota, the Mapuche, the Sámi. Each in their own language, each in their own ritual—they tell the same truth:</w:t>
      </w:r>
    </w:p>
    <w:p w14:paraId="70BFEDCD" w14:textId="77777777" w:rsidR="002E3EF2" w:rsidRDefault="00EA7318">
      <w:r>
        <w:t>When we are traumatized, parts of the soul leave.</w:t>
      </w:r>
    </w:p>
    <w:p w14:paraId="0E12C17E" w14:textId="77777777" w:rsidR="002E3EF2" w:rsidRDefault="00EA7318">
      <w:r>
        <w:lastRenderedPageBreak/>
        <w:t>They do not disappear.</w:t>
      </w:r>
    </w:p>
    <w:p w14:paraId="0095C788" w14:textId="77777777" w:rsidR="002E3EF2" w:rsidRDefault="00EA7318">
      <w:r>
        <w:t>They wait—until it is safe to return.</w:t>
      </w:r>
    </w:p>
    <w:p w14:paraId="0D146E32" w14:textId="77777777" w:rsidR="002E3EF2" w:rsidRDefault="002E3EF2"/>
    <w:p w14:paraId="63D43A12" w14:textId="77777777" w:rsidR="002E3EF2" w:rsidRDefault="00EA7318">
      <w:pPr>
        <w:pStyle w:val="Heading3"/>
      </w:pPr>
      <w:r>
        <w:t>What Modern Psychology Calls Dissociation, They Call Soul Loss</w:t>
      </w:r>
    </w:p>
    <w:p w14:paraId="5FC4BBF0" w14:textId="77777777" w:rsidR="002E3EF2" w:rsidRDefault="00EA7318">
      <w:r>
        <w:t>When you were with the narcissist…</w:t>
      </w:r>
    </w:p>
    <w:p w14:paraId="196ABDEE" w14:textId="77777777" w:rsidR="002E3EF2" w:rsidRDefault="00EA7318">
      <w:r>
        <w:t>When you silenced your voice to avoid conflict…</w:t>
      </w:r>
    </w:p>
    <w:p w14:paraId="2F0521D6" w14:textId="77777777" w:rsidR="002E3EF2" w:rsidRDefault="00EA7318">
      <w:r>
        <w:t>When you were punished for being joyful, or intuitive, or vulnerable…</w:t>
      </w:r>
    </w:p>
    <w:p w14:paraId="72EFE86E" w14:textId="77777777" w:rsidR="002E3EF2" w:rsidRDefault="00EA7318">
      <w:r>
        <w:t>You may have lost pieces of yourself—not metaphorically, but spiritually.</w:t>
      </w:r>
    </w:p>
    <w:p w14:paraId="78B4AE0E" w14:textId="77777777" w:rsidR="002E3EF2" w:rsidRDefault="00EA7318">
      <w:r>
        <w:t>This is why healing sometimes feels incomplete.</w:t>
      </w:r>
    </w:p>
    <w:p w14:paraId="46865715" w14:textId="77777777" w:rsidR="002E3EF2" w:rsidRDefault="00EA7318">
      <w:r>
        <w:t>You may leave the person, break the pattern, even set boundaries…</w:t>
      </w:r>
    </w:p>
    <w:p w14:paraId="2AC78E2E" w14:textId="77777777" w:rsidR="002E3EF2" w:rsidRDefault="00EA7318">
      <w:r>
        <w:t>And still feel: something is missing.</w:t>
      </w:r>
    </w:p>
    <w:p w14:paraId="44A6547A" w14:textId="77777777" w:rsidR="002E3EF2" w:rsidRDefault="00EA7318">
      <w:r>
        <w:t xml:space="preserve">That “something” is often </w:t>
      </w:r>
      <w:r>
        <w:t>you.</w:t>
      </w:r>
    </w:p>
    <w:p w14:paraId="3C039706" w14:textId="77777777" w:rsidR="002E3EF2" w:rsidRDefault="002E3EF2"/>
    <w:p w14:paraId="70C59EB0" w14:textId="77777777" w:rsidR="002E3EF2" w:rsidRDefault="00EA7318">
      <w:pPr>
        <w:pStyle w:val="Heading3"/>
      </w:pPr>
      <w:r>
        <w:t>The Earth Holds the Blueprint of Your Wholeness</w:t>
      </w:r>
    </w:p>
    <w:p w14:paraId="6865BA26" w14:textId="77777777" w:rsidR="002E3EF2" w:rsidRDefault="00EA7318">
      <w:r>
        <w:t>Indigenous wisdom teaches that soul retrieval does not happen in a therapist’s office alone.</w:t>
      </w:r>
    </w:p>
    <w:p w14:paraId="21A33985" w14:textId="77777777" w:rsidR="002E3EF2" w:rsidRDefault="00EA7318">
      <w:r>
        <w:t>It happens in sacred space. In song. In ritual. In nature.</w:t>
      </w:r>
    </w:p>
    <w:p w14:paraId="0DE26482" w14:textId="77777777" w:rsidR="002E3EF2" w:rsidRDefault="00EA7318">
      <w:r>
        <w:t>Because the Earth remembers you.</w:t>
      </w:r>
    </w:p>
    <w:p w14:paraId="413683C0" w14:textId="77777777" w:rsidR="002E3EF2" w:rsidRDefault="00EA7318">
      <w:r>
        <w:t xml:space="preserve">She </w:t>
      </w:r>
      <w:r>
        <w:t>remembers the sound of your voice before it was tamed.</w:t>
      </w:r>
      <w:r>
        <w:br/>
      </w:r>
    </w:p>
    <w:p w14:paraId="63694340" w14:textId="77777777" w:rsidR="002E3EF2" w:rsidRDefault="00EA7318">
      <w:r>
        <w:t>She remembers the shape of your joy before it was shamed.</w:t>
      </w:r>
      <w:r>
        <w:br/>
      </w:r>
    </w:p>
    <w:p w14:paraId="5845DAAC" w14:textId="77777777" w:rsidR="002E3EF2" w:rsidRDefault="00EA7318">
      <w:r>
        <w:t>She remembers the child who spoke to trees and danced without apology.</w:t>
      </w:r>
      <w:r>
        <w:br/>
      </w:r>
    </w:p>
    <w:p w14:paraId="0AE2CBF5" w14:textId="77777777" w:rsidR="002E3EF2" w:rsidRDefault="00EA7318">
      <w:r>
        <w:t>And she is always ready to return those memories—if you ask.</w:t>
      </w:r>
    </w:p>
    <w:p w14:paraId="39B736D1" w14:textId="77777777" w:rsidR="002E3EF2" w:rsidRDefault="002E3EF2"/>
    <w:p w14:paraId="44BECE56" w14:textId="77777777" w:rsidR="002E3EF2" w:rsidRDefault="00EA7318">
      <w:pPr>
        <w:pStyle w:val="Heading3"/>
      </w:pPr>
      <w:r>
        <w:t>Wisdom Break (Callout Box):</w:t>
      </w:r>
    </w:p>
    <w:p w14:paraId="66FE8DFC" w14:textId="77777777" w:rsidR="002E3EF2" w:rsidRDefault="00EA7318">
      <w:r>
        <w:t>The soul returns when it feels safe.</w:t>
      </w:r>
    </w:p>
    <w:p w14:paraId="4E99E718" w14:textId="77777777" w:rsidR="002E3EF2" w:rsidRDefault="00EA7318">
      <w:r>
        <w:t>And safety is created through presence, prayer, and permission.</w:t>
      </w:r>
    </w:p>
    <w:p w14:paraId="014368CD" w14:textId="77777777" w:rsidR="002E3EF2" w:rsidRDefault="002E3EF2"/>
    <w:p w14:paraId="1218353A" w14:textId="77777777" w:rsidR="002E3EF2" w:rsidRDefault="00EA7318">
      <w:pPr>
        <w:pStyle w:val="Heading3"/>
      </w:pPr>
      <w:r>
        <w:t>Practices for Calling the Soul Home</w:t>
      </w:r>
    </w:p>
    <w:p w14:paraId="45BEA0C0" w14:textId="77777777" w:rsidR="002E3EF2" w:rsidRDefault="00EA7318">
      <w:r>
        <w:t>You don’t need elaborate ceremonies to begin soul retrieval.</w:t>
      </w:r>
    </w:p>
    <w:p w14:paraId="3D29D14F" w14:textId="77777777" w:rsidR="002E3EF2" w:rsidRDefault="00EA7318">
      <w:r>
        <w:t>You need intention. You need honesty. You need sacred space.</w:t>
      </w:r>
    </w:p>
    <w:p w14:paraId="084FA6FC" w14:textId="77777777" w:rsidR="002E3EF2" w:rsidRDefault="00EA7318">
      <w:r>
        <w:t>Try this:</w:t>
      </w:r>
    </w:p>
    <w:p w14:paraId="72C5B882" w14:textId="77777777" w:rsidR="002E3EF2" w:rsidRDefault="00EA7318">
      <w:r>
        <w:t>Name the moment you lost a piece of yourself.</w:t>
      </w:r>
      <w:r>
        <w:br/>
      </w:r>
      <w:r>
        <w:br/>
        <w:t xml:space="preserve"> (“I lost a piece of myself when I pretended I was okay.”)</w:t>
      </w:r>
      <w:r>
        <w:br/>
      </w:r>
    </w:p>
    <w:p w14:paraId="26443E73" w14:textId="77777777" w:rsidR="002E3EF2" w:rsidRDefault="00EA7318">
      <w:r>
        <w:t>Speak to that part aloud.</w:t>
      </w:r>
      <w:r>
        <w:br/>
      </w:r>
      <w:r>
        <w:br/>
        <w:t xml:space="preserve"> (“You can come home now. It’s safe here. I will listen this time.”)</w:t>
      </w:r>
      <w:r>
        <w:br/>
      </w:r>
    </w:p>
    <w:p w14:paraId="231C98EC" w14:textId="77777777" w:rsidR="002E3EF2" w:rsidRDefault="00EA7318">
      <w:r>
        <w:t>Sit with hand on heart, feet on Earth, and breathe.</w:t>
      </w:r>
      <w:r>
        <w:br/>
      </w:r>
      <w:r>
        <w:br/>
        <w:t xml:space="preserve"> Visualize that part returning—not as perfection, but as presence.</w:t>
      </w:r>
      <w:r>
        <w:br/>
      </w:r>
    </w:p>
    <w:p w14:paraId="1B2352BB" w14:textId="77777777" w:rsidR="002E3EF2" w:rsidRDefault="00EA7318">
      <w:r>
        <w:t>Repeat this for each memory that still feels like an open door.</w:t>
      </w:r>
    </w:p>
    <w:p w14:paraId="35297DDE" w14:textId="77777777" w:rsidR="002E3EF2" w:rsidRDefault="002E3EF2"/>
    <w:p w14:paraId="13CE6E64" w14:textId="77777777" w:rsidR="002E3EF2" w:rsidRDefault="00EA7318">
      <w:pPr>
        <w:pStyle w:val="Heading3"/>
      </w:pPr>
      <w:r>
        <w:t>You Are a Living Altar</w:t>
      </w:r>
    </w:p>
    <w:p w14:paraId="716DA367" w14:textId="77777777" w:rsidR="002E3EF2" w:rsidRDefault="00EA7318">
      <w:r>
        <w:t>In indigenous understanding, the body is a living altar.</w:t>
      </w:r>
    </w:p>
    <w:p w14:paraId="1622A5A6" w14:textId="77777777" w:rsidR="002E3EF2" w:rsidRDefault="00EA7318">
      <w:r>
        <w:t xml:space="preserve">A </w:t>
      </w:r>
      <w:r>
        <w:t>place where spirit resides.</w:t>
      </w:r>
    </w:p>
    <w:p w14:paraId="4A39951D" w14:textId="77777777" w:rsidR="002E3EF2" w:rsidRDefault="00EA7318">
      <w:r>
        <w:t>Where memory lives.</w:t>
      </w:r>
    </w:p>
    <w:p w14:paraId="1E1A6223" w14:textId="77777777" w:rsidR="002E3EF2" w:rsidRDefault="00EA7318">
      <w:r>
        <w:t>Where healing occurs.</w:t>
      </w:r>
    </w:p>
    <w:p w14:paraId="7533A211" w14:textId="77777777" w:rsidR="002E3EF2" w:rsidRDefault="00EA7318">
      <w:r>
        <w:t>To reclaim your soul is not to become someone new.</w:t>
      </w:r>
    </w:p>
    <w:p w14:paraId="58DD5FB5" w14:textId="77777777" w:rsidR="002E3EF2" w:rsidRDefault="00EA7318">
      <w:r>
        <w:t>It is to become deeply here.</w:t>
      </w:r>
    </w:p>
    <w:p w14:paraId="3FAD946C" w14:textId="77777777" w:rsidR="002E3EF2" w:rsidRDefault="00EA7318">
      <w:r>
        <w:t>Fully in your skin.</w:t>
      </w:r>
    </w:p>
    <w:p w14:paraId="0123BBC5" w14:textId="77777777" w:rsidR="002E3EF2" w:rsidRDefault="00EA7318">
      <w:r>
        <w:t>Fully in your voice.</w:t>
      </w:r>
    </w:p>
    <w:p w14:paraId="52E72173" w14:textId="77777777" w:rsidR="002E3EF2" w:rsidRDefault="00EA7318">
      <w:r>
        <w:t>Fully in your life.</w:t>
      </w:r>
    </w:p>
    <w:p w14:paraId="07FB0B0E" w14:textId="77777777" w:rsidR="002E3EF2" w:rsidRDefault="002E3EF2"/>
    <w:p w14:paraId="44E3C199" w14:textId="77777777" w:rsidR="002E3EF2" w:rsidRDefault="00EA7318">
      <w:r>
        <w:lastRenderedPageBreak/>
        <w:t>You are not broken.</w:t>
      </w:r>
    </w:p>
    <w:p w14:paraId="7086D62F" w14:textId="77777777" w:rsidR="002E3EF2" w:rsidRDefault="00EA7318">
      <w:r>
        <w:t>You are unfolding.</w:t>
      </w:r>
    </w:p>
    <w:p w14:paraId="7FD3AD79" w14:textId="77777777" w:rsidR="002E3EF2" w:rsidRDefault="00EA7318">
      <w:r>
        <w:t>You are not missing pieces.</w:t>
      </w:r>
    </w:p>
    <w:p w14:paraId="76B30A71" w14:textId="77777777" w:rsidR="002E3EF2" w:rsidRDefault="00EA7318">
      <w:r>
        <w:t>They are waiting for you in the earth, in the wind, in your breath.</w:t>
      </w:r>
    </w:p>
    <w:p w14:paraId="4DA48B42" w14:textId="77777777" w:rsidR="002E3EF2" w:rsidRDefault="00EA7318">
      <w:r>
        <w:t>And when you say yes to your own return—</w:t>
      </w:r>
    </w:p>
    <w:p w14:paraId="3C7F46B5" w14:textId="77777777" w:rsidR="002E3EF2" w:rsidRDefault="00EA7318">
      <w:r>
        <w:t>The Earth says: Welcome home.</w:t>
      </w:r>
      <w:r>
        <w:br/>
      </w:r>
    </w:p>
    <w:p w14:paraId="79C85E86" w14:textId="77777777" w:rsidR="002E3EF2" w:rsidRDefault="00EA7318">
      <w:pPr>
        <w:pStyle w:val="Heading2"/>
      </w:pPr>
      <w:r>
        <w:t>Final Chapter: The Initiate Emerges – Wholeness, Meaning, and Sacred Work</w:t>
      </w:r>
    </w:p>
    <w:p w14:paraId="16DF338B" w14:textId="77777777" w:rsidR="002E3EF2" w:rsidRDefault="00EA7318">
      <w:r>
        <w:t>“You do not have to teach.</w:t>
      </w:r>
    </w:p>
    <w:p w14:paraId="0BC90E87" w14:textId="77777777" w:rsidR="002E3EF2" w:rsidRDefault="00EA7318">
      <w:r>
        <w:t>You do not have to save.</w:t>
      </w:r>
    </w:p>
    <w:p w14:paraId="3B3EF8E8" w14:textId="77777777" w:rsidR="002E3EF2" w:rsidRDefault="00EA7318">
      <w:r>
        <w:t>Your healed presence is its own transmission.”</w:t>
      </w:r>
    </w:p>
    <w:p w14:paraId="79DFA808" w14:textId="77777777" w:rsidR="002E3EF2" w:rsidRDefault="00EA7318">
      <w:r>
        <w:t>— Mystic Principle</w:t>
      </w:r>
    </w:p>
    <w:p w14:paraId="143E2D40" w14:textId="77777777" w:rsidR="002E3EF2" w:rsidRDefault="00EA7318">
      <w:r>
        <w:t>“You were not meant to live inside the wound.</w:t>
      </w:r>
    </w:p>
    <w:p w14:paraId="305AAAC5" w14:textId="77777777" w:rsidR="002E3EF2" w:rsidRDefault="00EA7318">
      <w:r>
        <w:t>You were meant to walk through it,</w:t>
      </w:r>
    </w:p>
    <w:p w14:paraId="21561C16" w14:textId="77777777" w:rsidR="002E3EF2" w:rsidRDefault="00EA7318">
      <w:r>
        <w:t>And carry light on the other side.”</w:t>
      </w:r>
    </w:p>
    <w:p w14:paraId="7F804DA2" w14:textId="77777777" w:rsidR="002E3EF2" w:rsidRDefault="00EA7318">
      <w:r>
        <w:t>— Emergence Teaching</w:t>
      </w:r>
    </w:p>
    <w:p w14:paraId="782F314A" w14:textId="77777777" w:rsidR="002E3EF2" w:rsidRDefault="002E3EF2"/>
    <w:p w14:paraId="4582E43C" w14:textId="77777777" w:rsidR="002E3EF2" w:rsidRDefault="00EA7318">
      <w:r>
        <w:t>There comes a point in every sacred path when the fire settles.</w:t>
      </w:r>
    </w:p>
    <w:p w14:paraId="497AB17B" w14:textId="77777777" w:rsidR="002E3EF2" w:rsidRDefault="00EA7318">
      <w:r>
        <w:t>The storm clears.</w:t>
      </w:r>
    </w:p>
    <w:p w14:paraId="02F793CE" w14:textId="77777777" w:rsidR="002E3EF2" w:rsidRDefault="00EA7318">
      <w:r>
        <w:t>And something ancient stirs—not in grief, not in pain, but in knowing.</w:t>
      </w:r>
    </w:p>
    <w:p w14:paraId="6EEDEA53" w14:textId="77777777" w:rsidR="002E3EF2" w:rsidRDefault="00EA7318">
      <w:r>
        <w:t>You look back not with resentment, but with reverence.</w:t>
      </w:r>
    </w:p>
    <w:p w14:paraId="38435D9A" w14:textId="77777777" w:rsidR="002E3EF2" w:rsidRDefault="00EA7318">
      <w:r>
        <w:t xml:space="preserve">You see the labyrinth not as a trap—but as an initiation </w:t>
      </w:r>
      <w:r>
        <w:t>chamber.</w:t>
      </w:r>
    </w:p>
    <w:p w14:paraId="0B6AB97C" w14:textId="77777777" w:rsidR="002E3EF2" w:rsidRDefault="00EA7318">
      <w:r>
        <w:t>You begin to understand:</w:t>
      </w:r>
    </w:p>
    <w:p w14:paraId="185A8A0A" w14:textId="77777777" w:rsidR="002E3EF2" w:rsidRDefault="00EA7318">
      <w:r>
        <w:t>Everything that broke you…</w:t>
      </w:r>
    </w:p>
    <w:p w14:paraId="646E59C1" w14:textId="77777777" w:rsidR="002E3EF2" w:rsidRDefault="00EA7318">
      <w:r>
        <w:t>was building you.</w:t>
      </w:r>
    </w:p>
    <w:p w14:paraId="78761CD3" w14:textId="77777777" w:rsidR="002E3EF2" w:rsidRDefault="002E3EF2"/>
    <w:p w14:paraId="663CB114" w14:textId="77777777" w:rsidR="002E3EF2" w:rsidRDefault="00EA7318">
      <w:pPr>
        <w:pStyle w:val="Heading3"/>
      </w:pPr>
      <w:r>
        <w:lastRenderedPageBreak/>
        <w:t>You Were the Temple the Whole Time</w:t>
      </w:r>
    </w:p>
    <w:p w14:paraId="416231CB" w14:textId="77777777" w:rsidR="002E3EF2" w:rsidRDefault="00EA7318">
      <w:r>
        <w:t>In every myth, the initiate returns.</w:t>
      </w:r>
    </w:p>
    <w:p w14:paraId="6F1D174E" w14:textId="77777777" w:rsidR="002E3EF2" w:rsidRDefault="00EA7318">
      <w:r>
        <w:t>Not as who they were, but as who they became.</w:t>
      </w:r>
    </w:p>
    <w:p w14:paraId="4A13EE04" w14:textId="77777777" w:rsidR="002E3EF2" w:rsidRDefault="00EA7318">
      <w:r>
        <w:t>And so it is with you.</w:t>
      </w:r>
    </w:p>
    <w:p w14:paraId="799EF1D5" w14:textId="77777777" w:rsidR="002E3EF2" w:rsidRDefault="00EA7318">
      <w:r>
        <w:t xml:space="preserve">You have walked through </w:t>
      </w:r>
      <w:r>
        <w:t>illusion.</w:t>
      </w:r>
    </w:p>
    <w:p w14:paraId="61B0652C" w14:textId="77777777" w:rsidR="002E3EF2" w:rsidRDefault="00EA7318">
      <w:r>
        <w:t>You have faced the false mirrors.</w:t>
      </w:r>
    </w:p>
    <w:p w14:paraId="47263F4C" w14:textId="77777777" w:rsidR="002E3EF2" w:rsidRDefault="00EA7318">
      <w:r>
        <w:t>You have wept for what never was—and celebrated what always was within.</w:t>
      </w:r>
    </w:p>
    <w:p w14:paraId="2157192F" w14:textId="77777777" w:rsidR="002E3EF2" w:rsidRDefault="00EA7318">
      <w:r>
        <w:t>You are no longer a seeker of truth.</w:t>
      </w:r>
    </w:p>
    <w:p w14:paraId="256DD9FF" w14:textId="77777777" w:rsidR="002E3EF2" w:rsidRDefault="00EA7318">
      <w:r>
        <w:t>You are a vessel of it.</w:t>
      </w:r>
    </w:p>
    <w:p w14:paraId="0250CEC7" w14:textId="77777777" w:rsidR="002E3EF2" w:rsidRDefault="002E3EF2"/>
    <w:p w14:paraId="7119522D" w14:textId="77777777" w:rsidR="002E3EF2" w:rsidRDefault="00EA7318">
      <w:pPr>
        <w:pStyle w:val="Heading3"/>
      </w:pPr>
      <w:r>
        <w:t>Sacred Work is Simply Living Differently</w:t>
      </w:r>
    </w:p>
    <w:p w14:paraId="737276CB" w14:textId="77777777" w:rsidR="002E3EF2" w:rsidRDefault="00EA7318">
      <w:r>
        <w:t>You do not need to build an altar.</w:t>
      </w:r>
    </w:p>
    <w:p w14:paraId="0944307A" w14:textId="77777777" w:rsidR="002E3EF2" w:rsidRDefault="00EA7318">
      <w:r>
        <w:t>Your life is the altar.</w:t>
      </w:r>
    </w:p>
    <w:p w14:paraId="18046CFF" w14:textId="77777777" w:rsidR="002E3EF2" w:rsidRDefault="00EA7318">
      <w:r>
        <w:t>You do not need a platform.</w:t>
      </w:r>
    </w:p>
    <w:p w14:paraId="7CD640B5" w14:textId="77777777" w:rsidR="002E3EF2" w:rsidRDefault="00EA7318">
      <w:r>
        <w:t>You need presence.</w:t>
      </w:r>
    </w:p>
    <w:p w14:paraId="427D6A4C" w14:textId="77777777" w:rsidR="002E3EF2" w:rsidRDefault="00EA7318">
      <w:r>
        <w:t>Your sacred work now may look like:</w:t>
      </w:r>
    </w:p>
    <w:p w14:paraId="6063B9E7" w14:textId="77777777" w:rsidR="002E3EF2" w:rsidRDefault="00EA7318">
      <w:r>
        <w:t>Speaking with clarity instead of code</w:t>
      </w:r>
      <w:r>
        <w:br/>
      </w:r>
    </w:p>
    <w:p w14:paraId="6CDFBA04" w14:textId="77777777" w:rsidR="002E3EF2" w:rsidRDefault="00EA7318">
      <w:r>
        <w:t>Pausing before performing</w:t>
      </w:r>
      <w:r>
        <w:br/>
      </w:r>
    </w:p>
    <w:p w14:paraId="5DF02942" w14:textId="77777777" w:rsidR="002E3EF2" w:rsidRDefault="00EA7318">
      <w:r>
        <w:t>Resting without guilt</w:t>
      </w:r>
      <w:r>
        <w:br/>
      </w:r>
    </w:p>
    <w:p w14:paraId="616BA1EA" w14:textId="77777777" w:rsidR="002E3EF2" w:rsidRDefault="00EA7318">
      <w:r>
        <w:t>Choosing partners, spaces, and silence that honor your truth</w:t>
      </w:r>
      <w:r>
        <w:br/>
      </w:r>
    </w:p>
    <w:p w14:paraId="792F7F25" w14:textId="77777777" w:rsidR="002E3EF2" w:rsidRDefault="00EA7318">
      <w:r>
        <w:t>This is what integration looks like.</w:t>
      </w:r>
    </w:p>
    <w:p w14:paraId="2E2DB949" w14:textId="77777777" w:rsidR="002E3EF2" w:rsidRDefault="00EA7318">
      <w:r>
        <w:t>It is not loud.</w:t>
      </w:r>
    </w:p>
    <w:p w14:paraId="2B29EF53" w14:textId="77777777" w:rsidR="002E3EF2" w:rsidRDefault="00EA7318">
      <w:r>
        <w:t>It is precise.</w:t>
      </w:r>
    </w:p>
    <w:p w14:paraId="02CF19C6" w14:textId="77777777" w:rsidR="002E3EF2" w:rsidRDefault="002E3EF2"/>
    <w:p w14:paraId="5E1C7381" w14:textId="77777777" w:rsidR="002E3EF2" w:rsidRDefault="00EA7318">
      <w:pPr>
        <w:pStyle w:val="Heading3"/>
      </w:pPr>
      <w:r>
        <w:lastRenderedPageBreak/>
        <w:t>You Are the Healer You Were Waiting For</w:t>
      </w:r>
    </w:p>
    <w:p w14:paraId="04880D03" w14:textId="77777777" w:rsidR="002E3EF2" w:rsidRDefault="00EA7318">
      <w:r>
        <w:t>You asked: Who heals the healer?</w:t>
      </w:r>
    </w:p>
    <w:p w14:paraId="7267DAD8" w14:textId="77777777" w:rsidR="002E3EF2" w:rsidRDefault="00EA7318">
      <w:r>
        <w:t>And the answer whispered back: The healer is healed by choosing themselves.</w:t>
      </w:r>
    </w:p>
    <w:p w14:paraId="15437780" w14:textId="77777777" w:rsidR="002E3EF2" w:rsidRDefault="00EA7318">
      <w:r>
        <w:t>Not just once.</w:t>
      </w:r>
    </w:p>
    <w:p w14:paraId="584C13AF" w14:textId="77777777" w:rsidR="002E3EF2" w:rsidRDefault="00EA7318">
      <w:r>
        <w:t xml:space="preserve">But again and </w:t>
      </w:r>
      <w:r>
        <w:t>again.</w:t>
      </w:r>
    </w:p>
    <w:p w14:paraId="799C0486" w14:textId="77777777" w:rsidR="002E3EF2" w:rsidRDefault="00EA7318">
      <w:r>
        <w:t>In every small act of truth.</w:t>
      </w:r>
    </w:p>
    <w:p w14:paraId="716694B8" w14:textId="77777777" w:rsidR="002E3EF2" w:rsidRDefault="00EA7318">
      <w:r>
        <w:t>In every moment you refuse to shrink.</w:t>
      </w:r>
    </w:p>
    <w:p w14:paraId="0764436B" w14:textId="77777777" w:rsidR="002E3EF2" w:rsidRDefault="00EA7318">
      <w:r>
        <w:t>In every boundary, in every prayer, in every breath that says: “I remember now who I am.”</w:t>
      </w:r>
    </w:p>
    <w:p w14:paraId="2C7B1AFE" w14:textId="77777777" w:rsidR="002E3EF2" w:rsidRDefault="002E3EF2"/>
    <w:p w14:paraId="09C741D1" w14:textId="77777777" w:rsidR="002E3EF2" w:rsidRDefault="00EA7318">
      <w:pPr>
        <w:pStyle w:val="Heading3"/>
      </w:pPr>
      <w:r>
        <w:t>Wisdom Break (Callout Box):</w:t>
      </w:r>
    </w:p>
    <w:p w14:paraId="3C34A39A" w14:textId="77777777" w:rsidR="002E3EF2" w:rsidRDefault="00EA7318">
      <w:r>
        <w:t>You were not just meant to survive.</w:t>
      </w:r>
    </w:p>
    <w:p w14:paraId="4A751905" w14:textId="77777777" w:rsidR="002E3EF2" w:rsidRDefault="00EA7318">
      <w:r>
        <w:t>You were meant to become.</w:t>
      </w:r>
    </w:p>
    <w:p w14:paraId="094DB900" w14:textId="77777777" w:rsidR="002E3EF2" w:rsidRDefault="00EA7318">
      <w:r>
        <w:t>And you have.</w:t>
      </w:r>
    </w:p>
    <w:p w14:paraId="05BEE2DC" w14:textId="77777777" w:rsidR="002E3EF2" w:rsidRDefault="002E3EF2"/>
    <w:p w14:paraId="0711CBB2" w14:textId="77777777" w:rsidR="002E3EF2" w:rsidRDefault="00EA7318">
      <w:pPr>
        <w:pStyle w:val="Heading3"/>
      </w:pPr>
      <w:r>
        <w:t>The Initiate Returns, Not to Prove—But to Radiate</w:t>
      </w:r>
    </w:p>
    <w:p w14:paraId="50C020DD" w14:textId="77777777" w:rsidR="002E3EF2" w:rsidRDefault="00EA7318">
      <w:r>
        <w:t>You may not speak of your journey often.</w:t>
      </w:r>
    </w:p>
    <w:p w14:paraId="75B996C6" w14:textId="77777777" w:rsidR="002E3EF2" w:rsidRDefault="00EA7318">
      <w:r>
        <w:t>You may not be understood by many.</w:t>
      </w:r>
    </w:p>
    <w:p w14:paraId="6BDA179F" w14:textId="77777777" w:rsidR="002E3EF2" w:rsidRDefault="00EA7318">
      <w:r>
        <w:t>But your energy will tell the story.</w:t>
      </w:r>
    </w:p>
    <w:p w14:paraId="28C92BF8" w14:textId="77777777" w:rsidR="002E3EF2" w:rsidRDefault="00EA7318">
      <w:r>
        <w:t>The peace you carry.</w:t>
      </w:r>
    </w:p>
    <w:p w14:paraId="48A890A6" w14:textId="77777777" w:rsidR="002E3EF2" w:rsidRDefault="00EA7318">
      <w:r>
        <w:t>The clarity you walk with.</w:t>
      </w:r>
    </w:p>
    <w:p w14:paraId="05C21C0E" w14:textId="77777777" w:rsidR="002E3EF2" w:rsidRDefault="00EA7318">
      <w:r>
        <w:t>The compassion that no longer collapses.</w:t>
      </w:r>
    </w:p>
    <w:p w14:paraId="02BB0035" w14:textId="77777777" w:rsidR="002E3EF2" w:rsidRDefault="00EA7318">
      <w:r>
        <w:t>This is the proof of your emergence.</w:t>
      </w:r>
    </w:p>
    <w:p w14:paraId="5B03B0CB" w14:textId="77777777" w:rsidR="002E3EF2" w:rsidRDefault="00EA7318">
      <w:r>
        <w:t>You do not have to explain.</w:t>
      </w:r>
    </w:p>
    <w:p w14:paraId="37A236CA" w14:textId="77777777" w:rsidR="002E3EF2" w:rsidRDefault="00EA7318">
      <w:r>
        <w:t>You do not have to convert.</w:t>
      </w:r>
    </w:p>
    <w:p w14:paraId="651CA219" w14:textId="77777777" w:rsidR="002E3EF2" w:rsidRDefault="00EA7318">
      <w:r>
        <w:t>You simply have to live like the one who returned from the fire—and brought water with them.</w:t>
      </w:r>
    </w:p>
    <w:p w14:paraId="16837433" w14:textId="77777777" w:rsidR="002E3EF2" w:rsidRDefault="002E3EF2"/>
    <w:p w14:paraId="4C0D7735" w14:textId="77777777" w:rsidR="002E3EF2" w:rsidRDefault="00EA7318">
      <w:r>
        <w:t>You are not the wound.</w:t>
      </w:r>
    </w:p>
    <w:p w14:paraId="3BA30C50" w14:textId="77777777" w:rsidR="002E3EF2" w:rsidRDefault="00EA7318">
      <w:r>
        <w:lastRenderedPageBreak/>
        <w:t>You are the wisdom.</w:t>
      </w:r>
    </w:p>
    <w:p w14:paraId="791C2DA7" w14:textId="77777777" w:rsidR="002E3EF2" w:rsidRDefault="00EA7318">
      <w:r>
        <w:t>You are not the scar.</w:t>
      </w:r>
    </w:p>
    <w:p w14:paraId="491062A4" w14:textId="77777777" w:rsidR="002E3EF2" w:rsidRDefault="00EA7318">
      <w:r>
        <w:t>You are the story that survived.</w:t>
      </w:r>
    </w:p>
    <w:p w14:paraId="14A51AE7" w14:textId="77777777" w:rsidR="002E3EF2" w:rsidRDefault="00EA7318">
      <w:r>
        <w:t>You are not what happened.</w:t>
      </w:r>
    </w:p>
    <w:p w14:paraId="1D05C3EC" w14:textId="77777777" w:rsidR="002E3EF2" w:rsidRDefault="00EA7318">
      <w:r>
        <w:t>You are what was revealed.</w:t>
      </w:r>
    </w:p>
    <w:p w14:paraId="0139EA76" w14:textId="77777777" w:rsidR="002E3EF2" w:rsidRDefault="00EA7318">
      <w:r>
        <w:t>And that revelation is holy.</w:t>
      </w:r>
    </w:p>
    <w:p w14:paraId="25E46D69" w14:textId="77777777" w:rsidR="002E3EF2" w:rsidRDefault="002E3EF2"/>
    <w:p w14:paraId="474625FE" w14:textId="77777777" w:rsidR="002E3EF2" w:rsidRDefault="00EA7318">
      <w:r>
        <w:t>The journey was sacred.</w:t>
      </w:r>
    </w:p>
    <w:p w14:paraId="692C663D" w14:textId="77777777" w:rsidR="002E3EF2" w:rsidRDefault="00EA7318">
      <w:r>
        <w:t>The transformation was real.</w:t>
      </w:r>
    </w:p>
    <w:p w14:paraId="675B160A" w14:textId="77777777" w:rsidR="002E3EF2" w:rsidRDefault="00EA7318">
      <w:r>
        <w:t>And you, beloved soul,</w:t>
      </w:r>
    </w:p>
    <w:p w14:paraId="2C695C58" w14:textId="77777777" w:rsidR="002E3EF2" w:rsidRDefault="00EA7318">
      <w:r>
        <w:t>are the Initiate who remembers now:</w:t>
      </w:r>
    </w:p>
    <w:p w14:paraId="61086639" w14:textId="77777777" w:rsidR="002E3EF2" w:rsidRDefault="00EA7318">
      <w:r>
        <w:t xml:space="preserve">The wound was the </w:t>
      </w:r>
      <w:r>
        <w:t>temple.</w:t>
      </w:r>
    </w:p>
    <w:p w14:paraId="1A4672C6" w14:textId="77777777" w:rsidR="002E3EF2" w:rsidRDefault="00EA7318">
      <w:r>
        <w:t>The descent was the teaching.</w:t>
      </w:r>
    </w:p>
    <w:p w14:paraId="1BADD625" w14:textId="77777777" w:rsidR="002E3EF2" w:rsidRDefault="00EA7318">
      <w:r>
        <w:t>And you—</w:t>
      </w:r>
    </w:p>
    <w:p w14:paraId="76FD1677" w14:textId="77777777" w:rsidR="002E3EF2" w:rsidRDefault="00EA7318">
      <w:r>
        <w:t>You are the light that could not be extinguished.</w:t>
      </w:r>
      <w:r>
        <w:br/>
      </w:r>
    </w:p>
    <w:p w14:paraId="6653C8F1" w14:textId="77777777" w:rsidR="002E3EF2" w:rsidRDefault="00EA7318">
      <w:pPr>
        <w:pStyle w:val="Heading1"/>
      </w:pPr>
      <w:r>
        <w:t>Acknowledgments</w:t>
      </w:r>
    </w:p>
    <w:p w14:paraId="3750AD2D" w14:textId="77777777" w:rsidR="002E3EF2" w:rsidRDefault="00EA7318">
      <w:r>
        <w:t>First, to the Great Mystery — the Source of all healing, truth, and remembering.</w:t>
      </w:r>
    </w:p>
    <w:p w14:paraId="2D107935" w14:textId="77777777" w:rsidR="002E3EF2" w:rsidRDefault="00EA7318">
      <w:r>
        <w:t>To the ancient ones who left us maps hidden in stone, story, and stars.</w:t>
      </w:r>
    </w:p>
    <w:p w14:paraId="6C06A245" w14:textId="77777777" w:rsidR="002E3EF2" w:rsidRDefault="00EA7318">
      <w:r>
        <w:t>To the teachers seen and unseen — Thoth, Ma’at, Isis, Rumi, Christ — who whispered through the ruins and rewrote my bones with light.</w:t>
      </w:r>
    </w:p>
    <w:p w14:paraId="558C1DDC" w14:textId="77777777" w:rsidR="002E3EF2" w:rsidRDefault="00EA7318">
      <w:r>
        <w:t>To my children, who anchored me to this earth and gave me a reason to rise again.</w:t>
      </w:r>
    </w:p>
    <w:p w14:paraId="7B62773B" w14:textId="77777777" w:rsidR="002E3EF2" w:rsidRDefault="00EA7318">
      <w:r>
        <w:t>To the friends who held space when I had no words.</w:t>
      </w:r>
    </w:p>
    <w:p w14:paraId="0B850B5F" w14:textId="77777777" w:rsidR="002E3EF2" w:rsidRDefault="00EA7318">
      <w:r>
        <w:t>And to every reader who picks up these pages — you are the continuation of this sacred flame.</w:t>
      </w:r>
    </w:p>
    <w:p w14:paraId="0A11F56F" w14:textId="77777777" w:rsidR="002E3EF2" w:rsidRDefault="00EA7318">
      <w:r>
        <w:t>Thank you for choosing to heal.</w:t>
      </w:r>
    </w:p>
    <w:p w14:paraId="6E016675" w14:textId="77777777" w:rsidR="002E3EF2" w:rsidRDefault="00EA7318">
      <w:r>
        <w:t>Thank you for choosing to remember.</w:t>
      </w:r>
    </w:p>
    <w:p w14:paraId="46C48D1E" w14:textId="77777777" w:rsidR="002E3EF2" w:rsidRDefault="00EA7318">
      <w:r>
        <w:lastRenderedPageBreak/>
        <w:t>May these words be a mirror, a blessing, and a quiet revolution in your becoming.</w:t>
      </w:r>
      <w:r>
        <w:br/>
      </w:r>
    </w:p>
    <w:p w14:paraId="7D66800D" w14:textId="77777777" w:rsidR="002E3EF2" w:rsidRDefault="00EA7318">
      <w:r>
        <w:t>Corinne Woods is a writer, intuitive, mother, and spiritual guide devoted to the sacred art of emotional healing and soul remembrance. After surviving the profound wounds of narcissistic abuse, she embarked on a journey that led her beyond survival — into sacred transformation.</w:t>
      </w:r>
    </w:p>
    <w:p w14:paraId="604B6FDA" w14:textId="77777777" w:rsidR="002E3EF2" w:rsidRDefault="00EA7318">
      <w:r>
        <w:t>Through the study of Tarot, ancient wisdom traditions, sacred texts, and the hidden teachings of the mystery schools, Corinne found mirrors for her own soul’s journey. She weaves these timeless truths with modern trauma understanding to illuminate a path of sovereignty, self-trust, and spiritual alchemy.</w:t>
      </w:r>
    </w:p>
    <w:p w14:paraId="490EE512" w14:textId="77777777" w:rsidR="002E3EF2" w:rsidRDefault="00EA7318">
      <w:r>
        <w:t>As a mother, Corinne brings a deep, embodied compassion to her work — honoring the fierce, tender, and often messy process of healing. Her writing is a devotion to those reclaiming their voices, their worth, and the lost fragments of their light.</w:t>
      </w:r>
    </w:p>
    <w:p w14:paraId="5B76CC70" w14:textId="77777777" w:rsidR="002E3EF2" w:rsidRDefault="00EA7318">
      <w:r>
        <w:t>The Narcissist’s Gift: The Sacred Wound is her first offering — a map for all who are ready to turn their pain into profound, soul-led becoming.</w:t>
      </w:r>
      <w:r>
        <w:br/>
      </w:r>
    </w:p>
    <w:p w14:paraId="778DC9EA" w14:textId="77777777" w:rsidR="002E3EF2" w:rsidRDefault="00EA7318">
      <w:pPr>
        <w:pStyle w:val="Heading1"/>
      </w:pPr>
      <w:r>
        <w:t>Sources &amp; Sacred Texts</w:t>
      </w:r>
    </w:p>
    <w:p w14:paraId="1587FF0F" w14:textId="77777777" w:rsidR="002E3EF2" w:rsidRDefault="00EA7318">
      <w:r>
        <w:t>This work draws inspiration from the following sacred and scholarly traditions:</w:t>
      </w:r>
    </w:p>
    <w:p w14:paraId="1D50AF41" w14:textId="77777777" w:rsidR="002E3EF2" w:rsidRDefault="00EA7318">
      <w:r>
        <w:t>The Emerald Tablet — Hermetic teachings on inner alchemy and spiritual transformation.</w:t>
      </w:r>
      <w:r>
        <w:br/>
      </w:r>
    </w:p>
    <w:p w14:paraId="3B600B0F" w14:textId="77777777" w:rsidR="002E3EF2" w:rsidRDefault="00EA7318">
      <w:r>
        <w:t xml:space="preserve">The Egyptian Book of the Dead — Mythology of the soul’s weighing, journey, and return to </w:t>
      </w:r>
      <w:r>
        <w:t>Ma’at.</w:t>
      </w:r>
      <w:r>
        <w:br/>
      </w:r>
    </w:p>
    <w:p w14:paraId="6E950BFF" w14:textId="77777777" w:rsidR="002E3EF2" w:rsidRDefault="00EA7318">
      <w:r>
        <w:t>The Bible (Old and New Testament, NIV Translation) — Archetypes of pride, forgiveness, and spiritual sovereignty.</w:t>
      </w:r>
      <w:r>
        <w:br/>
      </w:r>
    </w:p>
    <w:p w14:paraId="66FA35C3" w14:textId="77777777" w:rsidR="002E3EF2" w:rsidRDefault="00EA7318">
      <w:r>
        <w:t>The Bhagavad Gita — Hindu teachings on ego, illusion, dharma, and soul-centered action.</w:t>
      </w:r>
      <w:r>
        <w:br/>
      </w:r>
    </w:p>
    <w:p w14:paraId="27ED6AE9" w14:textId="77777777" w:rsidR="002E3EF2" w:rsidRDefault="00EA7318">
      <w:r>
        <w:t>The Teachings of the Buddha — Four Noble Truths, Anatta (no-self), and liberation through non-attachment.</w:t>
      </w:r>
      <w:r>
        <w:br/>
      </w:r>
    </w:p>
    <w:p w14:paraId="5A2B23CA" w14:textId="77777777" w:rsidR="002E3EF2" w:rsidRDefault="00EA7318">
      <w:r>
        <w:t>Islamic Mysticism (Sufism) — Concepts of jihad al-nafs (inner struggle) and divine remembrance.</w:t>
      </w:r>
      <w:r>
        <w:br/>
      </w:r>
    </w:p>
    <w:p w14:paraId="4408F099" w14:textId="77777777" w:rsidR="002E3EF2" w:rsidRDefault="00EA7318">
      <w:r>
        <w:lastRenderedPageBreak/>
        <w:t>Jewish Mysticism (Kabbalah) — The Shevirat HaKelim (breaking of the vessels) and Tikkun (sacred repair).</w:t>
      </w:r>
      <w:r>
        <w:br/>
      </w:r>
    </w:p>
    <w:p w14:paraId="2602ECDC" w14:textId="77777777" w:rsidR="002E3EF2" w:rsidRDefault="00EA7318">
      <w:r>
        <w:t>The Hero with a Thousand Faces by Joseph Campbell — The universal monomyth of descent, initiation, and return.</w:t>
      </w:r>
      <w:r>
        <w:br/>
      </w:r>
    </w:p>
    <w:p w14:paraId="59456E24" w14:textId="77777777" w:rsidR="002E3EF2" w:rsidRDefault="00EA7318">
      <w:r>
        <w:t>The Body Keeps the Score by Bessel van der Kolk — Trauma, somatic memory, and healing.</w:t>
      </w:r>
      <w:r>
        <w:br/>
      </w:r>
    </w:p>
    <w:p w14:paraId="579F3A16" w14:textId="77777777" w:rsidR="002E3EF2" w:rsidRDefault="00EA7318">
      <w:r>
        <w:t>Sand and Foam by Kahlil Gibran — Wisdom on suffering, scars, and sacred endurance.</w:t>
      </w:r>
      <w:r>
        <w:br/>
      </w:r>
    </w:p>
    <w:p w14:paraId="1284441F" w14:textId="77777777" w:rsidR="002E3EF2" w:rsidRDefault="00EA7318">
      <w:r>
        <w:t>The Essential Rumi, translated by Coleman Barks — Mystical poetry on love, longing, and the alchemy of pain.</w:t>
      </w:r>
      <w:r>
        <w:br/>
      </w:r>
    </w:p>
    <w:p w14:paraId="773622D7" w14:textId="77777777" w:rsidR="002E3EF2" w:rsidRDefault="00EA7318">
      <w:r>
        <w:t>This book also honors the oral traditions, mystery schools, and living wisdom of countless ancestors who carried these truths through fire, exile, and silence.</w:t>
      </w:r>
    </w:p>
    <w:p w14:paraId="72E37A2E" w14:textId="77777777" w:rsidR="002E3EF2" w:rsidRDefault="002E3EF2"/>
    <w:p w14:paraId="1BD31C17" w14:textId="77777777" w:rsidR="002E3EF2" w:rsidRDefault="002E3EF2"/>
    <w:p w14:paraId="0CE96F0F" w14:textId="77777777" w:rsidR="002E3EF2" w:rsidRDefault="002E3EF2"/>
    <w:p w14:paraId="7256379C" w14:textId="77777777" w:rsidR="002E3EF2" w:rsidRDefault="002E3EF2"/>
    <w:p w14:paraId="70A05F78" w14:textId="77777777" w:rsidR="002E3EF2" w:rsidRDefault="002E3EF2"/>
    <w:p w14:paraId="537B6BEA" w14:textId="77777777" w:rsidR="002E3EF2" w:rsidRDefault="002E3EF2"/>
    <w:p w14:paraId="40E7CA72" w14:textId="77777777" w:rsidR="002E3EF2" w:rsidRDefault="002E3EF2"/>
    <w:p w14:paraId="174E5A79" w14:textId="77777777" w:rsidR="002E3EF2" w:rsidRDefault="002E3EF2"/>
    <w:p w14:paraId="33F18C61" w14:textId="77777777" w:rsidR="002E3EF2" w:rsidRDefault="002E3EF2"/>
    <w:p w14:paraId="54A33676" w14:textId="77777777" w:rsidR="002E3EF2" w:rsidRDefault="002E3EF2"/>
    <w:p w14:paraId="146D22D0" w14:textId="77777777" w:rsidR="002E3EF2" w:rsidRDefault="002E3EF2"/>
    <w:p w14:paraId="39DD4627" w14:textId="77777777" w:rsidR="002E3EF2" w:rsidRDefault="002E3EF2"/>
    <w:p w14:paraId="78D90FAB" w14:textId="77777777" w:rsidR="002E3EF2" w:rsidRDefault="002E3EF2"/>
    <w:p w14:paraId="3A3B1A98" w14:textId="77777777" w:rsidR="002E3EF2" w:rsidRDefault="002E3EF2"/>
    <w:p w14:paraId="0877FC49" w14:textId="77777777" w:rsidR="002E3EF2" w:rsidRDefault="002E3EF2"/>
    <w:p w14:paraId="7E161F6F" w14:textId="77777777" w:rsidR="002E3EF2" w:rsidRDefault="002E3EF2"/>
    <w:p w14:paraId="31C0D7E4" w14:textId="77777777" w:rsidR="002E3EF2" w:rsidRDefault="002E3EF2"/>
    <w:p w14:paraId="4E271554" w14:textId="77777777" w:rsidR="002E3EF2" w:rsidRDefault="002E3EF2"/>
    <w:p w14:paraId="4C6A06A4" w14:textId="77777777" w:rsidR="002E3EF2" w:rsidRDefault="002E3EF2"/>
    <w:p w14:paraId="1A8D943A" w14:textId="77777777" w:rsidR="002E3EF2" w:rsidRDefault="002E3EF2"/>
    <w:p w14:paraId="447C35F5" w14:textId="77777777" w:rsidR="002E3EF2" w:rsidRDefault="002E3EF2"/>
    <w:p w14:paraId="6C2EDD61" w14:textId="77777777" w:rsidR="002E3EF2" w:rsidRDefault="002E3EF2"/>
    <w:p w14:paraId="5CEFC939" w14:textId="77777777" w:rsidR="002E3EF2" w:rsidRDefault="00EA7318">
      <w:r>
        <w:br w:type="page"/>
      </w:r>
    </w:p>
    <w:p w14:paraId="76077AA0" w14:textId="77777777" w:rsidR="002E3EF2" w:rsidRDefault="00EA7318">
      <w:pPr>
        <w:pStyle w:val="Heading1"/>
      </w:pPr>
      <w:r>
        <w:lastRenderedPageBreak/>
        <w:t>Epilogue: The Circle Closes</w:t>
      </w:r>
    </w:p>
    <w:p w14:paraId="17F8540C" w14:textId="77777777" w:rsidR="002E3EF2" w:rsidRDefault="00EA7318">
      <w:r>
        <w:t>You began this book in the ashes.</w:t>
      </w:r>
    </w:p>
    <w:p w14:paraId="2CBD16DE" w14:textId="77777777" w:rsidR="002E3EF2" w:rsidRDefault="00EA7318">
      <w:r>
        <w:t xml:space="preserve">In the arms of a narcissist.  </w:t>
      </w:r>
      <w:r>
        <w:br/>
        <w:t xml:space="preserve">In the mirrors that twisted.  </w:t>
      </w:r>
      <w:r>
        <w:br/>
        <w:t>In the love that became a labyrinth.</w:t>
      </w:r>
    </w:p>
    <w:p w14:paraId="6D231990" w14:textId="77777777" w:rsidR="002E3EF2" w:rsidRDefault="00EA7318">
      <w:r>
        <w:t xml:space="preserve">You thought you were broken.  </w:t>
      </w:r>
      <w:r>
        <w:br/>
        <w:t xml:space="preserve">You thought it was your fault.  </w:t>
      </w:r>
      <w:r>
        <w:br/>
        <w:t>You thought the fire would consume you.</w:t>
      </w:r>
    </w:p>
    <w:p w14:paraId="76989E1F" w14:textId="77777777" w:rsidR="002E3EF2" w:rsidRDefault="00EA7318">
      <w:r>
        <w:t>But it didn’t.</w:t>
      </w:r>
    </w:p>
    <w:p w14:paraId="57F7125B" w14:textId="77777777" w:rsidR="002E3EF2" w:rsidRDefault="00EA7318">
      <w:r>
        <w:t xml:space="preserve">Because the narcissist was never your source.  </w:t>
      </w:r>
      <w:r>
        <w:br/>
        <w:t>They were the Guardian of the Gate.</w:t>
      </w:r>
    </w:p>
    <w:p w14:paraId="3C881A14" w14:textId="77777777" w:rsidR="002E3EF2" w:rsidRDefault="00EA7318">
      <w:r>
        <w:t>...</w:t>
      </w:r>
    </w:p>
    <w:p w14:paraId="4C5D561E" w14:textId="77777777" w:rsidR="002E3EF2" w:rsidRDefault="00EA7318">
      <w:r>
        <w:t>Welcome home, Initiate.</w:t>
      </w:r>
    </w:p>
    <w:p w14:paraId="33BDA978" w14:textId="77777777" w:rsidR="002E3EF2" w:rsidRDefault="00EA7318">
      <w:r>
        <w:br w:type="page"/>
      </w:r>
    </w:p>
    <w:p w14:paraId="0E1B4201" w14:textId="77777777" w:rsidR="002E3EF2" w:rsidRDefault="00EA7318">
      <w:pPr>
        <w:pStyle w:val="Heading1"/>
      </w:pPr>
      <w:r>
        <w:lastRenderedPageBreak/>
        <w:t>For Those Ready to Walk the Path</w:t>
      </w:r>
    </w:p>
    <w:p w14:paraId="46BFD8EF" w14:textId="77777777" w:rsidR="002E3EF2" w:rsidRDefault="00EA7318">
      <w:r>
        <w:t xml:space="preserve">If The Narcissist’s Gift was the fire—  </w:t>
      </w:r>
      <w:r>
        <w:br/>
        <w:t>then what comes next is the tending of the flame.</w:t>
      </w:r>
    </w:p>
    <w:p w14:paraId="48F227FC" w14:textId="77777777" w:rsidR="002E3EF2" w:rsidRDefault="00EA7318">
      <w:r>
        <w:t xml:space="preserve">If this book opened the wound with reverence—  </w:t>
      </w:r>
      <w:r>
        <w:br/>
        <w:t>then the next offers tools to hold the healing with devotion.</w:t>
      </w:r>
    </w:p>
    <w:p w14:paraId="0CF4BC40" w14:textId="77777777" w:rsidR="002E3EF2" w:rsidRDefault="00EA7318">
      <w:r>
        <w:t xml:space="preserve">You have remembered who you are.  </w:t>
      </w:r>
      <w:r>
        <w:br/>
        <w:t>Now it is time to live like it.</w:t>
      </w:r>
    </w:p>
    <w:p w14:paraId="23E6A497" w14:textId="77777777" w:rsidR="002E3EF2" w:rsidRDefault="00EA7318">
      <w:r>
        <w:t xml:space="preserve">Rituals for the Initiate  </w:t>
      </w:r>
      <w:r>
        <w:br/>
        <w:t xml:space="preserve">is the sacred companion to this journey—  </w:t>
      </w:r>
      <w:r>
        <w:br/>
        <w:t xml:space="preserve">a guidebook of ceremonies, practices, and soul-rooted tools  </w:t>
      </w:r>
      <w:r>
        <w:br/>
        <w:t>to embody the truths you’ve reclaimed.</w:t>
      </w:r>
    </w:p>
    <w:p w14:paraId="6244F751" w14:textId="77777777" w:rsidR="002E3EF2" w:rsidRDefault="00EA7318">
      <w:r>
        <w:t xml:space="preserve">Your voice.  </w:t>
      </w:r>
      <w:r>
        <w:br/>
        <w:t xml:space="preserve">Your body.  </w:t>
      </w:r>
      <w:r>
        <w:br/>
        <w:t xml:space="preserve">Your boundaries.  </w:t>
      </w:r>
      <w:r>
        <w:br/>
        <w:t>Your Light.</w:t>
      </w:r>
    </w:p>
    <w:p w14:paraId="0AD0BCB0" w14:textId="77777777" w:rsidR="002E3EF2" w:rsidRDefault="00EA7318">
      <w:r>
        <w:t xml:space="preserve">This is where remembering becomes rhythm.  </w:t>
      </w:r>
      <w:r>
        <w:br/>
        <w:t>This is where survival becomes sacred structure.</w:t>
      </w:r>
    </w:p>
    <w:p w14:paraId="04E372C0" w14:textId="77777777" w:rsidR="002E3EF2" w:rsidRDefault="00EA7318">
      <w:r>
        <w:t xml:space="preserve">The journey continues.  </w:t>
      </w:r>
      <w:r>
        <w:br/>
        <w:t>And this time, you walk it with yourself.</w:t>
      </w:r>
    </w:p>
    <w:sectPr w:rsidR="002E3EF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36955715">
    <w:abstractNumId w:val="8"/>
  </w:num>
  <w:num w:numId="2" w16cid:durableId="1168400963">
    <w:abstractNumId w:val="6"/>
  </w:num>
  <w:num w:numId="3" w16cid:durableId="1218542735">
    <w:abstractNumId w:val="5"/>
  </w:num>
  <w:num w:numId="4" w16cid:durableId="1696422799">
    <w:abstractNumId w:val="4"/>
  </w:num>
  <w:num w:numId="5" w16cid:durableId="19357604">
    <w:abstractNumId w:val="7"/>
  </w:num>
  <w:num w:numId="6" w16cid:durableId="867641613">
    <w:abstractNumId w:val="3"/>
  </w:num>
  <w:num w:numId="7" w16cid:durableId="2005013991">
    <w:abstractNumId w:val="2"/>
  </w:num>
  <w:num w:numId="8" w16cid:durableId="905258505">
    <w:abstractNumId w:val="1"/>
  </w:num>
  <w:num w:numId="9" w16cid:durableId="333144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E3EF2"/>
    <w:rsid w:val="00326F90"/>
    <w:rsid w:val="003F1EFD"/>
    <w:rsid w:val="00863468"/>
    <w:rsid w:val="00AA1D8D"/>
    <w:rsid w:val="00B47730"/>
    <w:rsid w:val="00C93DA2"/>
    <w:rsid w:val="00CB0664"/>
    <w:rsid w:val="00EA731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B1E770"/>
  <w14:defaultImageDpi w14:val="300"/>
  <w15:docId w15:val="{076AE196-BE37-7348-91CA-0446F657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11503</Words>
  <Characters>65572</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76922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Corinne Woods</cp:lastModifiedBy>
  <cp:revision>2</cp:revision>
  <dcterms:created xsi:type="dcterms:W3CDTF">2025-05-12T10:19:00Z</dcterms:created>
  <dcterms:modified xsi:type="dcterms:W3CDTF">2025-05-12T10:19:00Z</dcterms:modified>
  <cp:category/>
</cp:coreProperties>
</file>