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Jacksonville’s antique district was never truly silent, even after midnight. The wind scudded the eaves and bullied the old weather vanes into their choreographed complaints. Streetlights cast distorted grilles across the sidewalks, strobing shadows as Abby Calloway parked her car a full block from the Historical Society and walked the rest of the way with her hood up and her head down. It was not paranoia, exactly—more the tactical wisdom of someone who’d read too many incident reports to trust in the randomness of late-night passersby. Even so, the hush felt heavier tonight, tuned to a frequency she couldn’t quite ignore.</w:t>
      </w:r>
    </w:p>
    <w:p>
      <w:r/>
    </w:p>
    <w:p>
      <w:r/>
      <w:r>
        <w:t>Her keyring, heavy with Society-issue brass, clicked like a metronome against her palm. She’d planned the entry: through the side door, tucked out of sight behind a dormant hydrangea, then up the narrow staff staircase and straight into the locked archive corridor. No lights except her pen-sized LED and, if absolutely necessary, the ancient desk lamp with its shade canted to a permanent, sullen angle.</w:t>
      </w:r>
    </w:p>
    <w:p>
      <w:r/>
    </w:p>
    <w:p>
      <w:r/>
      <w:r>
        <w:t>She hesitated at the threshold, hand on the cool iron knob, and let herself inventory the moment. It was protocol—Abby had protocols for everything—but also a ritual of respect for the building’s peculiar moods. She eased the door open, counted to three for the alarm delay, and thumbed the code with practiced speed. The indicator chirped acquiescence. The entryway swallowed her without so much as a creak.</w:t>
      </w:r>
    </w:p>
    <w:p>
      <w:r/>
    </w:p>
    <w:p>
      <w:r/>
      <w:r>
        <w:t>Inside, the temperature dropped a full five degrees. It was partly the building’s old bones, partly the overzealous HVAC designed to keep cellulose and parchment from suicidal combustion. Her boots, damp from the walk, left barely perceptible prints on the rubber mat. She squinted against the darkness, allowing her night vision to catch up, and moved by memory to the utility closet where she kept her off-the-books toolkit: extra gloves, magnifier, disposable masks, forensic tweezers, and a roll of acid-free evidence sleeves that she’d bought herself when the Board refused to approve the expense.</w:t>
      </w:r>
    </w:p>
    <w:p>
      <w:r/>
    </w:p>
    <w:p>
      <w:r/>
      <w:r>
        <w:t>She donned the gloves first, smoothing the cotton with a clinical precision that steadied her heart rate. Next, the mask. The air was musty, but not offensively so; still, the act of masking up gave her an extra layer of insulation from whatever residues the phantom intruder had left behind.</w:t>
      </w:r>
    </w:p>
    <w:p>
      <w:r/>
    </w:p>
    <w:p>
      <w:r/>
      <w:r>
        <w:t>The main archive room was exactly as she’d left it at closing—lamps dark, windows locked, not a chair out of place. Her desk waited by the vault, the rolling chair once again perfectly aligned, as if the night crew had dared not touch it after the last passive-aggressive Post-it. She let herself linger at the entrance, scanning for any telltale shift of shadow or object. When she was sure of her privacy, Abby clicked on the LED and sliced a narrow beam down the aisle between research tables.</w:t>
      </w:r>
    </w:p>
    <w:p>
      <w:r/>
    </w:p>
    <w:p>
      <w:r/>
      <w:r>
        <w:t>She found the disturbance right where she’d expected: the mining claims section, leftmost endcap, four shelves up. The misfiled ledger sat in its corrected slot, but beside it, two more binders had acquired a fine rime of dust not present during the day’s check-in. Abby crouched, moving with slow deliberation, and ran her gloved hand along the shelf’s lip. A faint streak—barely more than a smudge—betrayed a recent touch.</w:t>
      </w:r>
    </w:p>
    <w:p>
      <w:r/>
    </w:p>
    <w:p>
      <w:r/>
      <w:r>
        <w:t>She withdrew the ledger, careful not to bump the spine against its neighbors, and set it on the nearest flat surface. The blue pencil line still glared up from the page, but a closer inspection showed the paper faintly rippled, as if exposed to humidity or brief pressure. She sniffed, an old habit from her intern days, and caught a barely-there whiff of old spice and metal. Male, probably. Possibly the same brand as Dr. Fallon, but mixed with the acrid tang of soldering flux or gun oil.</w:t>
      </w:r>
    </w:p>
    <w:p>
      <w:r/>
    </w:p>
    <w:p>
      <w:r/>
      <w:r>
        <w:t>She took photos—first with her phone, then with the digital camera set to forensic mode. The small, white serial number etched onto the camera body was her own addition, a private check against swapped evidence. Each photo was timestamped and redundantly archived. No such thing as too much documentation.</w:t>
      </w:r>
    </w:p>
    <w:p>
      <w:r/>
    </w:p>
    <w:p>
      <w:r/>
      <w:r>
        <w:t>Abby replaced the ledger and moved on to the microfiche. She rechecked the drawer sequence: one through four in perfect order, five shifted a quarter-inch forward. She extracted the drawer, set it gently on the table, and flicked the LED in a zigzag pattern over the sleeves. Two showed the faint gleam of fresh thumbprints, even through the thin polyester. The most recently handled contained census records from the 1870s—specifically, the week of the Dorsey well incident. The cards were crisp, unmarred by moisture, but she could see an almost invisible nick at the corner of the last sleeve, where someone had tried (and failed) to separate two layers.</w:t>
      </w:r>
    </w:p>
    <w:p>
      <w:r/>
    </w:p>
    <w:p>
      <w:r/>
      <w:r>
        <w:t>She logged the tampering with terse, clinical notes: “Non-staff thumbprint (large, right), evident on 1870s/LP-92, possible link to Dorsey incident. Recommend print lift.” She made herself stop and flex her fingers, forcing blood back into joints gone cold from the night chill and the tension of her own vigilance.</w:t>
      </w:r>
    </w:p>
    <w:p>
      <w:r/>
    </w:p>
    <w:p>
      <w:r/>
      <w:r>
        <w:t>In the darkness, Abby’s sense of time stretched and contracted. She could have spent minutes or an hour combing through the records, and she doubted she’d have noticed the difference. What finally snapped her out of the trance was the sharp, metallic tick of the HVAC coming on—a noise so normal, so expected, that it momentarily made her doubt the urgency of her whole operation.</w:t>
      </w:r>
    </w:p>
    <w:p>
      <w:r/>
    </w:p>
    <w:p>
      <w:r/>
      <w:r>
        <w:t>She re-centered, straightened her posture, and moved to the wall of archival shelving that faced away from the main research area. Here, the history shifted from tidy administrative records to the more chaotic (and coveted) collection of personal diaries, indigenous artifacts, and the town’s messiest legal dramas. This was the section she’d always felt most protective of—not because of its monetary value, but because its stories had the power to reshape everything people thought they knew about Jacksonville.</w:t>
      </w:r>
    </w:p>
    <w:p>
      <w:r/>
    </w:p>
    <w:p>
      <w:r/>
      <w:r>
        <w:t>She traced her gloved hand along the edges, feeling for any irregularity. Most of the shelving was original to the building—hand-planed, slightly warped, never exactly parallel—and she’d mapped every bulge and creak during her first year as a junior curator. Tonight, one panel felt subtly off: a hair’s breadth wider than the others, the seam not quite flush.</w:t>
      </w:r>
    </w:p>
    <w:p>
      <w:r/>
    </w:p>
    <w:p>
      <w:r/>
      <w:r>
        <w:t>She pressed her palm flat against the panel and felt the minute give. A concealed hinge. Not Society issue—these were newer, industrial-grade, but camouflaged with a matching veneer. Abby pressed harder. The panel shifted, then swung open with a careful reluctance, revealing a shallow compartment no larger than a shoebox.</w:t>
      </w:r>
    </w:p>
    <w:p>
      <w:r/>
    </w:p>
    <w:p>
      <w:r/>
      <w:r>
        <w:t>Inside was a bundle of folded linen, yellowed to near transparency and bound with plain hemp twine. Beneath it, a paper envelope aged to the color of weak tea, its edges dog-eared and fragile. She eased both out, setting the bundle on the table under the cone of her flashlight.</w:t>
      </w:r>
    </w:p>
    <w:p>
      <w:r/>
    </w:p>
    <w:p>
      <w:r/>
      <w:r>
        <w:t>She untied the twine and gingerly unfolded the linen. It was a map, hand-drawn in brown ink, labeled in a spidery script that was unmistakably 19th-century. But what caught her breath was the mark at the center: the same spiral motif as on the business card, but larger, less refined, bordered by concentric circles and overlaid with hashmarks that looked almost like coordinates.</w:t>
      </w:r>
    </w:p>
    <w:p>
      <w:r/>
    </w:p>
    <w:p>
      <w:r/>
      <w:r>
        <w:t>Abby stared, not trusting her eyes. She’d seen the spiral in indigenous petroglyphs, yes, but never this version, this exact geometry, nor in such explicit relation to local features. The well was mapped at the center, with radiating lines extending to what must have been sacred or geologically significant points—several of which she recognized from her own fieldwork.</w:t>
      </w:r>
    </w:p>
    <w:p>
      <w:r/>
    </w:p>
    <w:p>
      <w:r/>
      <w:r>
        <w:t>She photographed the map in segments, careful to capture the texture of the linen and the fading of the ink. She checked the envelope next. It contained a single, folded page of letterhead from the Jacksonville Mining Company, dated May 11, 1864. The letter was unsigned, but the typeface matched that of several known company correspondences. The message was short and ominous: “ALL ENTRIES TO BE SEALED. CONFISCATE RECORDS PENDING INQUIRY. COORDINATES AS INSTRUCTED.”</w:t>
      </w:r>
    </w:p>
    <w:p>
      <w:r/>
    </w:p>
    <w:p>
      <w:r/>
      <w:r>
        <w:t>Her brain sprinted to cross-reference. The “sealed entries” could refer to the well, or to the records themselves. The map’s coordinates—if that’s what they were—could point to something buried, something deliberately hidden from the official annals. And the timing lined up almost too well with the urban legends that haunted her brother’s research.</w:t>
      </w:r>
    </w:p>
    <w:p>
      <w:r/>
    </w:p>
    <w:p>
      <w:r/>
      <w:r>
        <w:t>A flush of heat prickled under Abby’s mask. She set the letter beside the map, snapped a quick photo, and prepared to wrap up her search before the building’s first custodial check. But as she reached for the evidence sleeves, her LED beam wavered, and the fine hairs on her arms lifted at the unmistakable cadence of footsteps in the corridor.</w:t>
      </w:r>
    </w:p>
    <w:p>
      <w:r/>
    </w:p>
    <w:p>
      <w:r/>
      <w:r>
        <w:t>Not the rhythmic scuff of a cleaner. Not the plodding tread of Dr. Fallon, who always telegraphed his approach with coughs and throat clears. These were light, precise steps—pacing, pausing, moving again. Abby froze, counted her own breaths, then swept the table clear with a single motion, tucking the map and letter into her jacket’s inside pocket. The flashlight, she killed instantly. The mask she left on; no sense in contaminating the evidence or herself.</w:t>
      </w:r>
    </w:p>
    <w:p>
      <w:r/>
    </w:p>
    <w:p>
      <w:r/>
      <w:r>
        <w:t>She crouched behind the shelving, heart double-timing. The footsteps drew closer, paused just outside the archive door, then receded slightly. A careful searcher, not a trespasser in the usual sense. Someone who expected privacy, or at least knew where the security dead zones were.</w:t>
      </w:r>
    </w:p>
    <w:p>
      <w:r/>
    </w:p>
    <w:p>
      <w:r/>
      <w:r>
        <w:t>Abby waited, muscles burning, for the sound to move off. When it didn’t, she shifted her weight, barely daring to breathe. Her mind ran through contingency plans—exit routes, defensive objects, who she could text for backup if it came to that.</w:t>
      </w:r>
    </w:p>
    <w:p>
      <w:r/>
    </w:p>
    <w:p>
      <w:r/>
      <w:r>
        <w:t>The silence returned, more absolute than before. But now it was alive, charged, waiting for her to make the next move.</w:t>
      </w:r>
    </w:p>
    <w:p>
      <w:r/>
    </w:p>
    <w:p>
      <w:r/>
      <w:r>
        <w:t>She did not disappoint it.</w:t>
      </w:r>
    </w:p>
    <w:p>
      <w:r/>
    </w:p>
    <w:p>
      <w:r/>
    </w:p>
    <w:p>
      <w:r/>
      <w:r>
        <w:t># Scene 2</w:t>
      </w:r>
    </w:p>
    <w:p>
      <w:r/>
    </w:p>
    <w:p>
      <w:r/>
      <w:r>
        <w:t>Abby flattened herself against the bottom shelf, knees pressed to concrete, pulse jackhammering in her throat. The sensation was acutely physical—the vibration of footsteps through ancient hardwood, the warm humidity of her breath pooling in the mask, the clammy anticipation under her gloves. She kept her LED torch switched off, relying instead on the ambient city glow sneaking past the blackout curtains and the faint, erratic flicker of the motion sensor in the corridor.</w:t>
      </w:r>
    </w:p>
    <w:p>
      <w:r/>
    </w:p>
    <w:p>
      <w:r/>
      <w:r>
        <w:t>The footsteps grew louder, not by much, but by the careful increments of someone who wanted to hear their own approach as little as possible. She counted two sets, then revised down to one: the visitor’s stride was uneven, sometimes skipping a step, sometimes halting mid-gait. No scent this time, but a soft rasp of synthetic fabric—the whisper of windbreaker, not janitorial polycotton. The silhouette paused at the archive door, a gap under the frame bleeding a sliver of light across the rug, and Abby felt a fresh surge of cortisol.</w:t>
      </w:r>
    </w:p>
    <w:p>
      <w:r/>
    </w:p>
    <w:p>
      <w:r/>
      <w:r>
        <w:t>She peeked through a latticework of battered archive boxes—safe enough, if the watcher’s attention was forward. The door opened with a whisper, hinges recently oiled. A figure entered, moving straight for the tampered mining section. Their form was lean, a little hunched, dressed in black from neck to boots. A cap pulled low over the brow, and beneath that, a jawline she almost recognized: not from the faculty, not from staff, but from somewhere persistent in the periphery of town life.</w:t>
      </w:r>
    </w:p>
    <w:p>
      <w:r/>
    </w:p>
    <w:p>
      <w:r/>
      <w:r>
        <w:t>The intruder had a flashlight, but a fancy one—cool blue, filtered to cut reflections. They scanned the mining shelf in a rapid S-pattern, skipping the census and correspondence entirely, then worked methodically down the stacks. Their gloves were black nitrile, which made Abby’s own cotton seem laughably old-fashioned. They were not a stranger to this kind of work.</w:t>
      </w:r>
    </w:p>
    <w:p>
      <w:r/>
    </w:p>
    <w:p>
      <w:r/>
      <w:r>
        <w:t>They stopped at the endcap, exactly where Abby had found the linen bundle. The hand reached, tapped the surface, then felt along the grain of the wood for the hidden seam. The panel opened. The compartment was empty. The figure recoiled—minutely, but enough for Abby to feel a cold thrill of satisfaction.</w:t>
      </w:r>
    </w:p>
    <w:p>
      <w:r/>
    </w:p>
    <w:p>
      <w:r/>
      <w:r>
        <w:t>Then frustration. The searcher tapped at the empty space, probed its interior, then closed the panel and repeated the process along the adjacent shelves, less careful each time. They grunted. The voice was androgynous but pitched low, muttering something that, through the mask and wood, was only a vibration in Abby’s eardrums. They picked up the pace, shelving and unshelving books, rifling through folders, slapping each one shut with increasing aggression.</w:t>
      </w:r>
    </w:p>
    <w:p>
      <w:r/>
    </w:p>
    <w:p>
      <w:r/>
      <w:r>
        <w:t>Abby’s mind flicked through her internal database, trying to match the intruder’s silhouette to any of the faces that orbited the Society—donors, rivals, maybe the odd local conspiracy nut who’d made a scene at a public lecture. The profile wasn’t a perfect match for anyone obvious, but the movements—quick, precise, oddly familiar—triggered a cascade of associations she couldn’t immediately sort.</w:t>
      </w:r>
    </w:p>
    <w:p>
      <w:r/>
    </w:p>
    <w:p>
      <w:r/>
      <w:r>
        <w:t>After a few minutes, the intruder stopped searching. They stood silent, breathing through their mouth, then fished in a pocket and withdrew a phone. Abby heard the softest tick as they typed, probably taking a note or sending a message. Then, almost as an afterthought, the figure checked the microfiche drawers, opening and shutting them with quiet violence.</w:t>
      </w:r>
    </w:p>
    <w:p>
      <w:r/>
    </w:p>
    <w:p>
      <w:r/>
      <w:r>
        <w:t>When they turned to leave, the flashlight beam swung wide and grazed the archive boxes—momentarily illuminating the intruder’s face from below. The light caught on a high cheekbone, a narrow nose, eyes that were startlingly pale in the glare. For a split second, Abby’s mind supplied a name, then snatched it back—she’d seen them at the Co-Op, maybe the hardware store, someone who never quite belonged in the local population of retirees and trust funders. Definitely not an academic, but not an amateur either.</w:t>
      </w:r>
    </w:p>
    <w:p>
      <w:r/>
    </w:p>
    <w:p>
      <w:r/>
      <w:r>
        <w:t>The figure hesitated, as if sensing a disturbance in the air. Abby held her breath, pressing her back flat to the shelf, willing her heart to silence. The intruder waited, then shrugged and slipped from the room, closing the door behind them with an absurd, professional delicacy.</w:t>
      </w:r>
    </w:p>
    <w:p>
      <w:r/>
    </w:p>
    <w:p>
      <w:r/>
      <w:r>
        <w:t>Abby exhaled, long and silent, letting her muscles go slack. She waited two minutes, then another for good measure, straining her ears for any return. Only the groan of the building settling, and the distant whir of the dehumidifier. She stood, legs prickling with pins and needles, and listened at the door. Nothing.</w:t>
      </w:r>
    </w:p>
    <w:p>
      <w:r/>
    </w:p>
    <w:p>
      <w:r/>
      <w:r>
        <w:t>She returned to the work table, hands still shaking as she removed the map from her jacket’s lining. She spread it out under the weak glow of the ancient desk lamp, her movements careful but not reverent—this was not a time for sentimentality. She needed to know what she was up against, what someone was willing to risk a break-in to retrieve.</w:t>
      </w:r>
    </w:p>
    <w:p>
      <w:r/>
    </w:p>
    <w:p>
      <w:r/>
      <w:r>
        <w:t>The spiral mark was unmistakable, and now that she could see it with a fresh perspective, she noticed details she’d missed in her earlier panic. The coordinates were arranged with geometric precision, cross-referenced to features that had shifted or vanished in the years since the map was drawn. Each radiating line intersected with what, in her gut, she recognized as ley lines—or, more accurately, the overlay of mineral deposits, magnetic anomalies, and indigenous ceremonial routes her brother had once obsessed over.</w:t>
      </w:r>
    </w:p>
    <w:p>
      <w:r/>
    </w:p>
    <w:p>
      <w:r/>
      <w:r>
        <w:t>Abby ran her finger along the spiral’s circumference, feeling the raised ridge where ink had pooled and dried. Whoever drew this did so with intent, and with knowledge that spanned disciplines. She could almost hear Caleb’s voice in her head, rattling off the significance of the spiral in both Klamath tradition and early mining folklore.</w:t>
      </w:r>
    </w:p>
    <w:p>
      <w:r/>
    </w:p>
    <w:p>
      <w:r/>
      <w:r>
        <w:t>She took out her phone and photographed each quadrant of the map, zooming in on the spiral, the hashmarks, the cryptic numbers penned in the margins. She noted the letter again, rereading its blunt command: "ALL ENTRIES TO BE SEALED." She understood, now, that it was less a suggestion and more a threat—someone in 1864 wanted these records hidden, possibly forever.</w:t>
      </w:r>
    </w:p>
    <w:p>
      <w:r/>
    </w:p>
    <w:p>
      <w:r/>
      <w:r>
        <w:t>The building had returned to stillness, but now Abby could not shake the sensation that the map was a living thing, a membrane stretched thin over a secret she was only beginning to glimpse. Her pulse slowed, but her mind buzzed with anticipation and dread.</w:t>
      </w:r>
    </w:p>
    <w:p>
      <w:r/>
    </w:p>
    <w:p>
      <w:r/>
      <w:r>
        <w:t>She folded the map, sealed it in an acid-free envelope, and set about reconstructing the scene—leaving no trace for the next visitor, save for the smallest, almost imperceptible disturbance in the settled dust.</w:t>
      </w:r>
    </w:p>
    <w:p>
      <w:r/>
    </w:p>
    <w:p>
      <w:r/>
      <w:r>
        <w:t>If anyone came looking, she intended to be two moves ahead. And this time, she would not be surprised.</w:t>
      </w:r>
    </w:p>
    <w:p>
      <w:r/>
    </w:p>
    <w:p>
      <w:r/>
    </w:p>
    <w:p>
      <w:r/>
      <w:r>
        <w:t># Scene 3</w:t>
      </w:r>
    </w:p>
    <w:p>
      <w:r/>
    </w:p>
    <w:p>
      <w:r/>
      <w:r>
        <w:t>With the building secure—no sign of return, no vibration through the walls but her own pulse—Abby Calloway allowed herself the luxury of study. She positioned the linen map beneath the desk lamp, shielding the fragile material from direct heat, and let her gaze rove over the hand-drawn contours as if she could will the secrets into revelation. The first impression was the spiral, of course: not the loose, abstract motif found in most petroglyphs, but a deliberate, tightly-wound vortex at the very center. It was bracketed with what, to an untrained eye, might look like haphazard crosshatching, but to Abby, after years of overlaying mining plans with geological surveys and indigenous lore, was instantly recognizable as a palimpsest—a map overwritten upon a map.</w:t>
      </w:r>
    </w:p>
    <w:p>
      <w:r/>
    </w:p>
    <w:p>
      <w:r/>
      <w:r>
        <w:t>She rotated the linen, following the outlying marks. Most were simple circles, some filled, some not, but the arrangement was anything but arbitrary. Each lay at a junction of lines, radiating outward but converging again at the central spiral. Abby cross-referenced with the digitized town plat she’d memorized. The points tracked perfectly to the old mining claims, especially the ones abutting the extinct ceremonial grounds and, most pointedly, those that skirted the Crater Lake caldera.</w:t>
      </w:r>
    </w:p>
    <w:p>
      <w:r/>
    </w:p>
    <w:p>
      <w:r/>
      <w:r>
        <w:t>Her gloves hovered above the ink, following the coordinates. There—at the edge of the spiral—symbols for water, fire, and earth: Klamath iconography, modified and compressed for a mining foreman’s understanding. She pictured the finger-stained cards her brother had used to teach her the basics, when they’d played archaeologist in their grandmother’s backyard, digging up broken bottle glass and pretending it was obsidian. The memory thumped her in the chest, sharper than expected.</w:t>
      </w:r>
    </w:p>
    <w:p>
      <w:r/>
    </w:p>
    <w:p>
      <w:r/>
      <w:r>
        <w:t>Wizard Island. She found it sketched, not as a tourist’s rendering, but as an axis—every outlying marker seemed to sightline directly toward it. Abby’s skin prickled. She reached for her phone, opened her camera, and took a meticulous series of photographs. Wide shots, then close-ups, then macro details of the spiral, the numbers, the Klamath script. She created a new folder—“Personal”—and duplicated each image for offline storage.</w:t>
      </w:r>
    </w:p>
    <w:p>
      <w:r/>
    </w:p>
    <w:p>
      <w:r/>
      <w:r>
        <w:t>Her note-taking was mechanical, precise, but her thoughts ran in overlapping circuits. She thought of the business card, the spiral logo and its cryptic number. She thought of the intruder’s frustration, their careful search, their almost palpable sense of loss when the compartment was empty. Whatever this was, it mattered enough to drive someone into a secured archive in the middle of the night.</w:t>
      </w:r>
    </w:p>
    <w:p>
      <w:r/>
    </w:p>
    <w:p>
      <w:r/>
      <w:r>
        <w:t>She snapped more photos, this time of the letter, then returned it to the envelope and slid the map back into its protective sleeve. Her hands shook as she did so, just enough to make the process deliberate. She zipped the envelope into a flat supply pouch and slid it, featherlight, into her canvas messenger bag. There was no comfort in possession, but the certainty that she would be the next target for retrieval.</w:t>
      </w:r>
    </w:p>
    <w:p>
      <w:r/>
    </w:p>
    <w:p>
      <w:r/>
      <w:r>
        <w:t>Abby sat for a moment, head in her hands, letting the gravity of the find settle. If she reported this immediately, the contents would be bagged and tagged for state review, and she would lose any hope of tracing the connections herself. If she kept it hidden, she risked everything—her job, her reputation, maybe her safety. The Society’s code of conduct had no clause for supernatural treasure hunts, or whatever this had become.</w:t>
      </w:r>
    </w:p>
    <w:p>
      <w:r/>
    </w:p>
    <w:p>
      <w:r/>
      <w:r>
        <w:t>She inhaled, exhaled. She thought of Caleb, of how he’d once convinced her to hike to the rim of the crater on a dare, how he’d always been just a half-step ahead until he wasn’t, until he’d vanished into his own obsessions and left her to sort the residue.</w:t>
      </w:r>
    </w:p>
    <w:p>
      <w:r/>
    </w:p>
    <w:p>
      <w:r/>
      <w:r>
        <w:t>She made her decision.</w:t>
      </w:r>
    </w:p>
    <w:p>
      <w:r/>
    </w:p>
    <w:p>
      <w:r/>
      <w:r>
        <w:t>The next hour was spent in erasure. Abby cleaned the desk, realigned the chairs, replaced the archival boxes exactly as they had been. She even dabbed the shelves with a cloth, removing any stray fingerprints that might betray her late-night presence. The only sign she left, imperceptible to anyone else, was the faintest misalignment of a single map drawer—a personal bookmark for the next time she’d need to access the hidden compartment.</w:t>
      </w:r>
    </w:p>
    <w:p>
      <w:r/>
    </w:p>
    <w:p>
      <w:r/>
      <w:r>
        <w:t>She set the lamp to its usual setting, clicked off the LEDs, and ghosted through the corridor to the side door. Her breath steamed in the night air, the cold a relief after the heat of adrenaline. She reset the alarm, pulled the door shut, and let herself vanish into the predawn dark.</w:t>
      </w:r>
    </w:p>
    <w:p>
      <w:r/>
    </w:p>
    <w:p>
      <w:r/>
      <w:r>
        <w:t>At the car, she sat for a moment, the envelope pressing against her ribs with every heartbeat. In the distance, the town was just beginning to stir—another day of coffee orders, historical reenactments, and polite fictions. Abby flexed her scarred hand, started the ignition, and pointed herself toward home, the map already unspooling its spiral inside her mind.</w:t>
      </w:r>
    </w:p>
    <w:p>
      <w:r/>
    </w:p>
    <w:p>
      <w:r/>
      <w:r>
        <w:t>She was two moves ahead. Maybe three.</w:t>
      </w:r>
    </w:p>
    <w:p>
      <w:r/>
    </w:p>
    <w:p>
      <w:r/>
      <w:r>
        <w:t>And she intended to stay that way.</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