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Jacksonville Historical Society’s main gallery shimmered with the illusion of order. Abby Calloway stalked its aisles, white-gloved hands performing the slow ballet of artifact handling: the careful untwisting of a nineteenth-century carbide lamp from its wire cradle, the dusting of a rock pick’s flaked obsidian handle with an artist’s brush, the immaculate realignment of every exhibit label so its Helvetica was precisely parallel to the glass. It was a choreography she found calming, almost penitential, and today she needed that illusion more than ever.</w:t>
      </w:r>
    </w:p>
    <w:p>
      <w:r/>
    </w:p>
    <w:p>
      <w:r/>
      <w:r>
        <w:t>Last night’s intrusion was still a ghost behind her eyes. The gallery’s silence—usually a soft blanket—felt brittle, waiting to shatter at the wrong sound. Abby worked the artifacts with even greater care, letting the deliberate repetition calm the nervous ripples in her chest. In the display case, the Dorsey Mining Company’s ledger winked up at her, its blue-penciled annotation now sealed behind UV glass, a mutinous little worm that would not be exorcised.</w:t>
      </w:r>
    </w:p>
    <w:p>
      <w:r/>
    </w:p>
    <w:p>
      <w:r/>
      <w:r>
        <w:t>She stepped back to survey her work. The new “Boomtown to Ghost Town” display was as pristine as institutional budget and the relentless southern Oregon humidity allowed. The long central table featured a stratified timeline of Jacksonville’s mining era, from hand-stamped placer pans to the elaborate steam-driven pumps that had, for a decade, made this town the envy of the Siskiyous. At the far end, a set of velvet-lined pedestals held the relics of the ceremonial well: a battered brass bucket, a section of original granite lining, and a faded stereograph of the well itself, ringed with the faces of miners and, in the background, the inscrutable forms of local tribal elders.</w:t>
      </w:r>
    </w:p>
    <w:p>
      <w:r/>
    </w:p>
    <w:p>
      <w:r/>
      <w:r>
        <w:t>She straightened a placard, then another, and tried not to think about the weight of the envelope in her messenger bag in the back office. She succeeded for exactly three minutes.</w:t>
      </w:r>
    </w:p>
    <w:p>
      <w:r/>
    </w:p>
    <w:p>
      <w:r/>
      <w:r>
        <w:t>At precisely 3:11 pm, the echoing click of boot soles on hardwood announced a visitor. Abby checked the wall clock—early for the usual tour traffic, late for retirees. She ran a practiced hand over her hair, making sure the bun hadn’t gone askew, and adopted her best public-facing expression: pleasant but faintly guarded, as if to remind all comers that the artifacts were not merely to be admired, but also obeyed.</w:t>
      </w:r>
    </w:p>
    <w:p>
      <w:r/>
    </w:p>
    <w:p>
      <w:r/>
      <w:r>
        <w:t>The man who entered was not the sort who belonged here, not by type or by posture. He wore faded jeans, a forest-service jacket battered enough to be authentic, and a plain gray shirt. His hair was dark and longer than most locals’—just past the collar—and he moved with the restless economy of someone used to calculating angles of approach and escape. He didn’t browse the gift shop, didn’t even pretend to admire the wall of donor plaques. Instead, he aimed for the main gallery with a fixity that made Abby’s fingers itch.</w:t>
      </w:r>
    </w:p>
    <w:p>
      <w:r/>
    </w:p>
    <w:p>
      <w:r/>
      <w:r>
        <w:t>She intercepted him near the timeline table. “Welcome to the Historical Society,” she said, keeping her tone bright. “We’re just finishing up the new mining exhibit. Are you here for a tour, or—?”</w:t>
      </w:r>
    </w:p>
    <w:p>
      <w:r/>
    </w:p>
    <w:p>
      <w:r/>
      <w:r>
        <w:t>He smiled, but it didn’t quite reach the eyes. “Actually, I’m hoping you can help me with some research. I’m looking for primary documentation on the old town well. Specifically the closure in 1864 and any records of subsequent site investigations.”</w:t>
      </w:r>
    </w:p>
    <w:p>
      <w:r/>
    </w:p>
    <w:p>
      <w:r/>
      <w:r>
        <w:t>Abby processed him with the same unblinking assessment she reserved for malfunctioning humidity sensors. “Those materials are archived, but we have public records on microfiche and digital copies for visitor use.” She gestured to the alcove where a pair of tablets and a battered flatbed scanner waited on an oak desk. “Is there a particular aspect you’re interested in?”</w:t>
      </w:r>
    </w:p>
    <w:p>
      <w:r/>
    </w:p>
    <w:p>
      <w:r/>
      <w:r>
        <w:t>He didn’t look at the tech. “Everything related to the Dorsey incident. But I’m also trying to track down material that didn’t make it into the official narrative—rumors, unpublished notes, that sort of thing.” He thumbed at a battered notepad in his hand. “I’m Nate Chase, by the way. I left a message last week, but maybe it got lost in the shuffle.”</w:t>
      </w:r>
    </w:p>
    <w:p>
      <w:r/>
    </w:p>
    <w:p>
      <w:r/>
      <w:r>
        <w:t>Abby ran the name against her mental Rolodex. Nothing. But the professional cadence—researcher’s patience mixed with the undertone of a former field operator—reminded her of the out-of-town academic types who sometimes tried to dazzle the Society’s board with funding pitches. She offered her gloved hand. “Abby Calloway. I don’t recall the message, but things have been… eventful.”</w:t>
      </w:r>
    </w:p>
    <w:p>
      <w:r/>
    </w:p>
    <w:p>
      <w:r/>
      <w:r>
        <w:t>Nate accepted the handshake, the briefest brush of palm on cotton. “Yeah, these places tend to get that way. Especially when people start poking around in stories nobody’s supposed to remember.”</w:t>
      </w:r>
    </w:p>
    <w:p>
      <w:r/>
    </w:p>
    <w:p>
      <w:r/>
      <w:r>
        <w:t>He said it as if testing her. Abby inclined her head, noncommittal. “You’d be surprised how persistent some legends are.”</w:t>
      </w:r>
    </w:p>
    <w:p>
      <w:r/>
    </w:p>
    <w:p>
      <w:r/>
      <w:r>
        <w:t>He smiled again, more genuine this time. “I’d actually be disappointed if they weren’t.”</w:t>
      </w:r>
    </w:p>
    <w:p>
      <w:r/>
    </w:p>
    <w:p>
      <w:r/>
      <w:r>
        <w:t>They stood in a delicate equilibrium for a second, two predators circling the same patch of prey. Abby gestured toward the exhibit. “The well materials are mostly at the end. If you want, I can pull up the digital files or answer questions—within the scope of what’s been released for public viewing.”</w:t>
      </w:r>
    </w:p>
    <w:p>
      <w:r/>
    </w:p>
    <w:p>
      <w:r/>
      <w:r>
        <w:t>He nodded, but instead of moving to the kiosk, he lingered at the table, eyes flickering over the artifacts as if looking for evidence of recent disturbance. “Actually, maybe you could save me a few hours. The rumor I heard—secondhand, so, grains of salt—was that the well was closed under less-than-natural circumstances.”</w:t>
      </w:r>
    </w:p>
    <w:p>
      <w:r/>
    </w:p>
    <w:p>
      <w:r/>
      <w:r>
        <w:t>Abby kept her face smooth. “Officially, the city condemned the well after contamination was discovered. There were outbreaks, and with the mining boom, groundwater was constantly at risk.” She recited the standard spiel, but she could tell from the man’s patient half-smile that he’d heard it before.</w:t>
      </w:r>
    </w:p>
    <w:p>
      <w:r/>
    </w:p>
    <w:p>
      <w:r/>
      <w:r>
        <w:t>“That’s the public story, yeah. But the part I’m interested in is the record of, uh, ceremonial use. The suggestion that the well was once a ritual site—pre-contact, maybe even predating the settlers.”</w:t>
      </w:r>
    </w:p>
    <w:p>
      <w:r/>
    </w:p>
    <w:p>
      <w:r/>
      <w:r>
        <w:t>Abby’s guard went up. This was too close to the pattern she’d tracked in the archive break-in. “There are anecdotal references. But the Society maintains a strict protocol when it comes to indigenous heritage. All primary artifacts are held in trust with the Confederated Tribes. We only display what’s been cleared for educational purposes.”</w:t>
      </w:r>
    </w:p>
    <w:p>
      <w:r/>
    </w:p>
    <w:p>
      <w:r/>
      <w:r>
        <w:t>“Understandable.” He reached into his jacket, withdrew a folded page—standard archival copy, watermark from the Society’s digital system still legible at the margin. “I came across this at the State Library. It references a set of survey maps from the 1880s—marked as ‘unavailable due to conservation status.’ Would those be here, or…?”</w:t>
      </w:r>
    </w:p>
    <w:p>
      <w:r/>
    </w:p>
    <w:p>
      <w:r/>
      <w:r>
        <w:t>She recognized the format immediately. The page was nearly identical to the manila-folder evidence she’d bagged last night. Abby took the paper, skimmed the text, and handed it back. “Those records were digitized several years ago, but the originals are too fragile for routine handling. If there’s something specific, I can request access for you. It might take a few days.”</w:t>
      </w:r>
    </w:p>
    <w:p>
      <w:r/>
    </w:p>
    <w:p>
      <w:r/>
      <w:r>
        <w:t>He pocketed the page. “That’d be great. But what I’m really trying to find is context. There’s a story in my family—a little embarrassing, actually—that one of my ancestors helped dig the original well. But the stories get weird after that. Accidents, missing people, even suggestions of buried… something. My uncle Vernon thought there was more to it.”</w:t>
      </w:r>
    </w:p>
    <w:p>
      <w:r/>
    </w:p>
    <w:p>
      <w:r/>
      <w:r>
        <w:t>Abby’s hands, poised above a display case, stilled. “Vernon Chase?”</w:t>
      </w:r>
    </w:p>
    <w:p>
      <w:r/>
    </w:p>
    <w:p>
      <w:r/>
      <w:r>
        <w:t>Nate’s face brightened at the recognition. “Yeah. You know the name?”</w:t>
      </w:r>
    </w:p>
    <w:p>
      <w:r/>
    </w:p>
    <w:p>
      <w:r/>
      <w:r>
        <w:t>“I remember seeing it on a few research permits. He was with the university, right?”</w:t>
      </w:r>
    </w:p>
    <w:p>
      <w:r/>
    </w:p>
    <w:p>
      <w:r/>
      <w:r>
        <w:t>Nate nodded, warming to the topic. “Physics, mostly, but he dabbled in some odd areas. Magnetics, energy anomalies. He believed—” Nate stopped, then recalibrated. “He was convinced the well was built on something geologically significant. Not just water, but some kind of… convergence point.”</w:t>
      </w:r>
    </w:p>
    <w:p>
      <w:r/>
    </w:p>
    <w:p>
      <w:r/>
      <w:r>
        <w:t>Abby catalogued the word choice, the precise engineering of Nate’s statements, the way he leaned into her personal space only as far as professional courtesy allowed. “Geological convergence points are common around here. The mining companies knew how to exploit them. If you’re looking for records of strange activity, most of it is probably superstition—miners were a superstitious bunch, especially after long shifts underground.”</w:t>
      </w:r>
    </w:p>
    <w:p>
      <w:r/>
    </w:p>
    <w:p>
      <w:r/>
      <w:r>
        <w:t>Nate’s eyes flicked to the granite core sample on display, then back to Abby. “That’s the thing, though. My uncle’s notes talk about ceremonial closures. Rituals performed after the well was condemned. Not by the townspeople, but by a group brought in from outside—at least according to the oral histories.”</w:t>
      </w:r>
    </w:p>
    <w:p>
      <w:r/>
    </w:p>
    <w:p>
      <w:r/>
      <w:r>
        <w:t>Abby didn’t blink. “That’s not in the official record.”</w:t>
      </w:r>
    </w:p>
    <w:p>
      <w:r/>
    </w:p>
    <w:p>
      <w:r/>
      <w:r>
        <w:t>Nate nodded, seeming to expect this. “No, but there’s traces. Newspaper clippings, coded references in the correspondence logs. Some of the language is Klamath, but some of it doesn’t line up with any of the local dialects. I’m not trying to stir up trouble. I just want to understand why so much of it was deliberately erased.”</w:t>
      </w:r>
    </w:p>
    <w:p>
      <w:r/>
    </w:p>
    <w:p>
      <w:r/>
      <w:r>
        <w:t>The word “deliberately” hung in the air between them.</w:t>
      </w:r>
    </w:p>
    <w:p>
      <w:r/>
    </w:p>
    <w:p>
      <w:r/>
      <w:r>
        <w:t>Abby considered her next move. She could stonewall, invoke the Society’s confidentiality, or she could play along, learn what this man already knew, and why he was pushing so hard. “If you’re interested in oral traditions, I’d recommend contacting the Confederated Tribes’ cultural office. They’re the only ones who can authorize release of that information. But I can show you the redacted files, if you’re just looking for background.”</w:t>
      </w:r>
    </w:p>
    <w:p>
      <w:r/>
    </w:p>
    <w:p>
      <w:r/>
      <w:r>
        <w:t>Nate nodded. “That’d be great. If it’s not a hassle.”</w:t>
      </w:r>
    </w:p>
    <w:p>
      <w:r/>
    </w:p>
    <w:p>
      <w:r/>
      <w:r>
        <w:t>“Not at all.” Abby led him past the main timeline, into the research alcove. She keyed in her access code on the public terminal, then gestured to the seat. “Here’s the Dorsey well files. You’ll find the usual: inspection reports, council minutes, some first-person accounts.” She kept her tone pleasant, but distant.</w:t>
      </w:r>
    </w:p>
    <w:p>
      <w:r/>
    </w:p>
    <w:p>
      <w:r/>
      <w:r>
        <w:t>Nate bent over the screen, scanning the index. “You said you didn’t recognize my name earlier. But you recognized my uncle’s. Did you work with him?”</w:t>
      </w:r>
    </w:p>
    <w:p>
      <w:r/>
    </w:p>
    <w:p>
      <w:r/>
      <w:r>
        <w:t>Abby shook her head. “Just processed the permit paperwork. He was… persistent.”</w:t>
      </w:r>
    </w:p>
    <w:p>
      <w:r/>
    </w:p>
    <w:p>
      <w:r/>
      <w:r>
        <w:t>Nate smiled. “He could be. He thought there was a code hidden in the well’s construction—something about how the stones were laid. It sounds ridiculous, but he got pretty far with his analysis before they pulled his funding.”</w:t>
      </w:r>
    </w:p>
    <w:p>
      <w:r/>
    </w:p>
    <w:p>
      <w:r/>
      <w:r>
        <w:t>Abby made a mental note to search for any codework referenced in Society records. “The well’s been sealed for decades. Even if there was a code, it’s not like you could excavate now. The area’s protected.”</w:t>
      </w:r>
    </w:p>
    <w:p>
      <w:r/>
    </w:p>
    <w:p>
      <w:r/>
      <w:r>
        <w:t>He shrugged, unconcerned. “Codes aren’t always in the thing itself. Sometimes they’re in how people talk about it.” He paused, then eyed her with renewed interest. “You ever notice anything strange around here? Magnetic fields, odd sounds, stuff like that?”</w:t>
      </w:r>
    </w:p>
    <w:p>
      <w:r/>
    </w:p>
    <w:p>
      <w:r/>
      <w:r>
        <w:t>Abby’s instinct was to stonewall, but something about the man’s earnestness—or maybe the echo of her brother’s old obsessions—made her consider. “There are stories,” she admitted. “Some say the air around the old well feels charged. A few of the older maintenance guys claimed their compasses spun near the site, even after the well was filled in.”</w:t>
      </w:r>
    </w:p>
    <w:p>
      <w:r/>
    </w:p>
    <w:p>
      <w:r/>
      <w:r>
        <w:t>Nate jotted in his notebook, eyes never leaving hers. “That’s exactly the kind of thing Vernon would have chased down.”</w:t>
      </w:r>
    </w:p>
    <w:p>
      <w:r/>
    </w:p>
    <w:p>
      <w:r/>
      <w:r>
        <w:t>Abby smiled thinly. “You’re lucky to have family legends that interesting. Most people here just inherit the usual tall tales.”</w:t>
      </w:r>
    </w:p>
    <w:p>
      <w:r/>
    </w:p>
    <w:p>
      <w:r/>
      <w:r>
        <w:t>He laughed, genuine this time. “My family specialized in the weird ones.”</w:t>
      </w:r>
    </w:p>
    <w:p>
      <w:r/>
    </w:p>
    <w:p>
      <w:r/>
      <w:r>
        <w:t>Abby watched as he flipped through the documents, noting how he flagged specific entries, taking photos with a phone that looked newer than her own, and every so often glancing up—not at her, but at the locked door behind her that led to the restricted archives. Once, his gaze lingered just a beat too long, and Abby made a deliberate note of it.</w:t>
      </w:r>
    </w:p>
    <w:p>
      <w:r/>
    </w:p>
    <w:p>
      <w:r/>
      <w:r>
        <w:t>After a while, he closed out the files and stood. “This has been really helpful, Abby. I won’t take up more of your time.”</w:t>
      </w:r>
    </w:p>
    <w:p>
      <w:r/>
    </w:p>
    <w:p>
      <w:r/>
      <w:r>
        <w:t>She followed him back to the gallery, careful to keep herself between him and the restricted access points. “If you think of anything else, just email. I’m usually on site, except Mondays.”</w:t>
      </w:r>
    </w:p>
    <w:p>
      <w:r/>
    </w:p>
    <w:p>
      <w:r/>
      <w:r>
        <w:t>Nate nodded, then hesitated, as if weighing whether to risk one more question. “Last thing—do you know if any of the original miners’ descendants still live in the area? I’m trying to piece together oral traditions.”</w:t>
      </w:r>
    </w:p>
    <w:p>
      <w:r/>
    </w:p>
    <w:p>
      <w:r/>
      <w:r>
        <w:t>She scanned her memory. “A few. Most of them are pretty protective of their family histories, but some might talk if you’re polite and bring pie.” She let her smile deepen just enough to be ambiguous.</w:t>
      </w:r>
    </w:p>
    <w:p>
      <w:r/>
    </w:p>
    <w:p>
      <w:r/>
      <w:r>
        <w:t>He grinned. “Noted. Thanks for your help.”</w:t>
      </w:r>
    </w:p>
    <w:p>
      <w:r/>
    </w:p>
    <w:p>
      <w:r/>
      <w:r>
        <w:t>Abby watched him leave, never relaxing until the door closed with its familiar, final snick. She waited five seconds, then ten, before retreating to her office and locking the door.</w:t>
      </w:r>
    </w:p>
    <w:p>
      <w:r/>
    </w:p>
    <w:p>
      <w:r/>
      <w:r>
        <w:t>She documented the encounter in her personal log, noting every topic, every name, every question. She highlighted his fixation on the well, the coded references, the repeated glances to the archives.</w:t>
      </w:r>
    </w:p>
    <w:p>
      <w:r/>
    </w:p>
    <w:p>
      <w:r/>
      <w:r>
        <w:t>Then, with the practiced calm of someone used to playing both sides of the reference desk, she brought up the database and began searching for everything the Society had ever archived about Vernon Chase, the Dorsey incident, and magnetic anomalies within city limits.</w:t>
      </w:r>
    </w:p>
    <w:p>
      <w:r/>
    </w:p>
    <w:p>
      <w:r/>
      <w:r>
        <w:t>If there was a code, Abby intended to break it before anyone else even got close.</w:t>
      </w:r>
    </w:p>
    <w:p>
      <w:r/>
    </w:p>
    <w:p>
      <w:r/>
      <w:r>
        <w:t>And next time, she wouldn’t need gloves to handle the evidence.</w:t>
      </w:r>
    </w:p>
    <w:p>
      <w:r/>
    </w:p>
    <w:p>
      <w:r/>
    </w:p>
    <w:p>
      <w:r/>
      <w:r>
        <w:t># Scene 2</w:t>
      </w:r>
    </w:p>
    <w:p>
      <w:r/>
    </w:p>
    <w:p>
      <w:r/>
      <w:r>
        <w:t>The next morning, Abby arrived early, expecting to reclaim the gallery’s pretense of solitude before the first weekday field trip thundered through. Instead, she found Nate Chase already waiting at the Society’s threshold, hands jammed in his jacket pockets and eyes fixed on the “No Outside Food or Drink” sign as if deciphering some private hieroglyph.</w:t>
      </w:r>
    </w:p>
    <w:p>
      <w:r/>
    </w:p>
    <w:p>
      <w:r/>
      <w:r>
        <w:t>He brightened when she unlocked the door. “You open early for researchers?”</w:t>
      </w:r>
    </w:p>
    <w:p>
      <w:r/>
    </w:p>
    <w:p>
      <w:r/>
      <w:r>
        <w:t>Abby considered correcting him—it was “for staff,” technically—but instead mustered a neutral smile. “Only for the ones who make appointments.”</w:t>
      </w:r>
    </w:p>
    <w:p>
      <w:r/>
    </w:p>
    <w:p>
      <w:r/>
      <w:r>
        <w:t>“Lucky me, then.” He stepped inside, the morning sun slicing across the lobby and sharpening every edge of his silhouette. Today his hair was damp, pulled back into a hasty tail, and his shirt bore the rumpled creases of a night spent awake.</w:t>
      </w:r>
    </w:p>
    <w:p>
      <w:r/>
    </w:p>
    <w:p>
      <w:r/>
      <w:r>
        <w:t>Abby slid behind the visitor desk. “Did you have a productive evening?”</w:t>
      </w:r>
    </w:p>
    <w:p>
      <w:r/>
    </w:p>
    <w:p>
      <w:r/>
      <w:r>
        <w:t>“I did some reading. And some thinking.” He drew a folded packet from his jacket—photocopies, edge-crimped and greasy with toner. “You said you were interested in context. My uncle’s notes might give you some.”</w:t>
      </w:r>
    </w:p>
    <w:p>
      <w:r/>
    </w:p>
    <w:p>
      <w:r/>
      <w:r>
        <w:t>He laid the papers on the desk, fanned them out so the top page was visible. It was a scan of a yellowed composition book, the grid of the original paper visible beneath hasty penwork. Abby recognized the motif immediately: a series of spirals interlaced with arrows, annotated in Vernon’s sharp block capitals. The symbol was near-identical to the spiral on the business card, and to the one she’d found on the linen map.</w:t>
      </w:r>
    </w:p>
    <w:p>
      <w:r/>
    </w:p>
    <w:p>
      <w:r/>
      <w:r>
        <w:t>She kept her face impassive. “Is this from your uncle’s lab?”</w:t>
      </w:r>
    </w:p>
    <w:p>
      <w:r/>
    </w:p>
    <w:p>
      <w:r/>
      <w:r>
        <w:t>Nate nodded, pleased. “He thought the well was more than just a water source. That it was built as a containment device for whatever anomaly existed below.”</w:t>
      </w:r>
    </w:p>
    <w:p>
      <w:r/>
    </w:p>
    <w:p>
      <w:r/>
      <w:r>
        <w:t>Abby flipped the first page, feigning casual interest. The following entries were denser, full of figures and words like “flux density,” “harmonic resonance,” and “geomagnetic event.” A margin note in blue ink read: “Check against indigenous ceremonial markers—possible synchronization.” The hair on Abby’s forearms prickled.</w:t>
      </w:r>
    </w:p>
    <w:p>
      <w:r/>
    </w:p>
    <w:p>
      <w:r/>
      <w:r>
        <w:t>She drew a breath. “I see he was thorough.”</w:t>
      </w:r>
    </w:p>
    <w:p>
      <w:r/>
    </w:p>
    <w:p>
      <w:r/>
      <w:r>
        <w:t>“He was obsessed.” Nate watched her hands, his own stilled in anticipation. “The family legend is he had a breakthrough—something about the well’s true purpose—but the records disappear after that. He died less than a year later.”</w:t>
      </w:r>
    </w:p>
    <w:p>
      <w:r/>
    </w:p>
    <w:p>
      <w:r/>
      <w:r>
        <w:t>She knew this part; a perfunctory background check last night had revealed the obituary, the abrupt end to Vernon’s publication record, and the unexplained fire that destroyed most of his field notes.</w:t>
      </w:r>
    </w:p>
    <w:p>
      <w:r/>
    </w:p>
    <w:p>
      <w:r/>
      <w:r>
        <w:t>She let the moment hang, then gestured toward the gallery. “The ceremonial well exhibit might give you more context. We’ve collected oral histories, but as I said, access to sensitive materials is restricted.”</w:t>
      </w:r>
    </w:p>
    <w:p>
      <w:r/>
    </w:p>
    <w:p>
      <w:r/>
      <w:r>
        <w:t>“I understand.” Nate gathered his packet and fell into step beside her, maintaining a respectful but deliberate half-pace behind. Abby led him along the main axis of the display, past the glassed-in mining tools and the giant panoramic photo of Jacksonville’s boom years. She narrated in measured tones, careful to reveal only what was already in the public record.</w:t>
      </w:r>
    </w:p>
    <w:p>
      <w:r/>
    </w:p>
    <w:p>
      <w:r/>
      <w:r>
        <w:t>As they reached the well display, Nate’s attention snapped to the core sample. He knelt to examine the spiral scratching at the bottom—authentic, but never conclusively attributed to either miners or indigenous hands. “This mark,” he said, voice low, “shows up in cave sites all across the West. But the one at the well is… different. It’s directional. A marker, not just decoration.”</w:t>
      </w:r>
    </w:p>
    <w:p>
      <w:r/>
    </w:p>
    <w:p>
      <w:r/>
      <w:r>
        <w:t>Abby studied his profile, searching for the telltale quiver or inflection that might betray performance. She found only focus—a predatory hunger for pattern. “There’s debate about that,” she replied. “Most archaeologists think it’s just a variant. Local artists, improvising.”</w:t>
      </w:r>
    </w:p>
    <w:p>
      <w:r/>
    </w:p>
    <w:p>
      <w:r/>
      <w:r>
        <w:t>He smiled, not buying it. “With respect, you don’t strike me as the kind of person who buys ‘just a variant.’”</w:t>
      </w:r>
    </w:p>
    <w:p>
      <w:r/>
    </w:p>
    <w:p>
      <w:r/>
      <w:r>
        <w:t>She let herself return his smile, thin and sharp. “You’re right. I don’t.” She let him savor the admission, then pivoted. “But provenance is everything. We can’t rewrite the record on the basis of a hunch.”</w:t>
      </w:r>
    </w:p>
    <w:p>
      <w:r/>
    </w:p>
    <w:p>
      <w:r/>
      <w:r>
        <w:t>Nate nodded, stood, and swept the display with a lingering gaze. “Can I ask you something off the record?”</w:t>
      </w:r>
    </w:p>
    <w:p>
      <w:r/>
    </w:p>
    <w:p>
      <w:r/>
      <w:r>
        <w:t>Abby folded her arms, weighing the risk. “Depends on the question.”</w:t>
      </w:r>
    </w:p>
    <w:p>
      <w:r/>
    </w:p>
    <w:p>
      <w:r/>
      <w:r>
        <w:t>“Do you believe any of the old stories? About the bones beneath the well? The so-called ‘Wizard’s Fire’ that burned for weeks after the accident?”</w:t>
      </w:r>
    </w:p>
    <w:p>
      <w:r/>
    </w:p>
    <w:p>
      <w:r/>
      <w:r>
        <w:t>She feigned amusement. “I believe people see what they need to see. The bones, by the way, turned out to be livestock. As for the fire—it’s amazing how much dynamite miners wasted back then.”</w:t>
      </w:r>
    </w:p>
    <w:p>
      <w:r/>
    </w:p>
    <w:p>
      <w:r/>
      <w:r>
        <w:t>Nate pressed on. “But there was a fire. And something sealed the well. The records get vague, but there’s consistent mention of a closure ceremony. Not a civil action, but something… more.”</w:t>
      </w:r>
    </w:p>
    <w:p>
      <w:r/>
    </w:p>
    <w:p>
      <w:r/>
      <w:r>
        <w:t>“Supposition,” Abby said, letting her voice cool. “There’s no primary source for any ritual. Just post-hoc rumors and a few letters larded with melodrama.”</w:t>
      </w:r>
    </w:p>
    <w:p>
      <w:r/>
    </w:p>
    <w:p>
      <w:r/>
      <w:r>
        <w:t>He nodded again, conceding the point on the surface. “Suppose there was a ritual. Would the Society have a record of it? Even in code, even if it was classified as something else?”</w:t>
      </w:r>
    </w:p>
    <w:p>
      <w:r/>
    </w:p>
    <w:p>
      <w:r/>
      <w:r>
        <w:t>She saw the trap; if she said yes, she admitted to the possibility. If no, she revealed a gap in her own knowledge. Abby chose a third way. “If such a thing existed, it would be in the restricted archives. And nobody gets in there without a federal court order or tribal consensus.”</w:t>
      </w:r>
    </w:p>
    <w:p>
      <w:r/>
    </w:p>
    <w:p>
      <w:r/>
      <w:r>
        <w:t>Nate’s smile grew. “You’re very good at this.”</w:t>
      </w:r>
    </w:p>
    <w:p>
      <w:r/>
    </w:p>
    <w:p>
      <w:r/>
      <w:r>
        <w:t>She tilted her head, inviting clarification.</w:t>
      </w:r>
    </w:p>
    <w:p>
      <w:r/>
    </w:p>
    <w:p>
      <w:r/>
      <w:r>
        <w:t>“Guarding information. Keeping the conversation on your terms.” He cocked his head toward the display. “But you’re also clearly interested. I can tell. You’ve read more than the press releases. You probably know exactly where the original documentation is—if it exists.”</w:t>
      </w:r>
    </w:p>
    <w:p>
      <w:r/>
    </w:p>
    <w:p>
      <w:r/>
      <w:r>
        <w:t>She let the compliment stand, but didn’t reply. Instead, she motioned toward the exit. “The field trip’s due in fifteen minutes. If you want to make copies of anything, now’s your window.”</w:t>
      </w:r>
    </w:p>
    <w:p>
      <w:r/>
    </w:p>
    <w:p>
      <w:r/>
      <w:r>
        <w:t>He accepted the rebuke gracefully, returning to the microfiche station as if nothing had transpired. She watched him from the corner of her eye, noting how he scrolled rapidly, took photos only of select pages, and never once tried to access off-limits content. He was either scrupulously honest, or so confident in his own intelligence-gathering that he didn’t need to cheat.</w:t>
      </w:r>
    </w:p>
    <w:p>
      <w:r/>
    </w:p>
    <w:p>
      <w:r/>
      <w:r>
        <w:t>After ten minutes, he returned, notebook in hand, the packet of Vernon’s notes tucked under his arm. “Thanks for your help, Abby. Really. It means a lot.”</w:t>
      </w:r>
    </w:p>
    <w:p>
      <w:r/>
    </w:p>
    <w:p>
      <w:r/>
      <w:r>
        <w:t>She nodded. “If you need anything else, just email. I can’t guarantee I’ll have answers, but I’ll try.”</w:t>
      </w:r>
    </w:p>
    <w:p>
      <w:r/>
    </w:p>
    <w:p>
      <w:r/>
      <w:r>
        <w:t>He hovered a moment longer, eyes flicking to the side as if searching for a hidden camera, then said: “You ever have the feeling that you’re being watched, even when you’re alone?”</w:t>
      </w:r>
    </w:p>
    <w:p>
      <w:r/>
    </w:p>
    <w:p>
      <w:r/>
      <w:r>
        <w:t>Abby’s skin tightened. “All the time. Occupational hazard.”</w:t>
      </w:r>
    </w:p>
    <w:p>
      <w:r/>
    </w:p>
    <w:p>
      <w:r/>
      <w:r>
        <w:t>Nate’s smile flickered, then he was gone, the door closing behind him with the softest of clicks.</w:t>
      </w:r>
    </w:p>
    <w:p>
      <w:r/>
    </w:p>
    <w:p>
      <w:r/>
      <w:r>
        <w:t>Abby let her posture relax. She returned to the display, made a ritual show of adjusting the core sample’s alignment, then ducked into her office and locked the door.</w:t>
      </w:r>
    </w:p>
    <w:p>
      <w:r/>
    </w:p>
    <w:p>
      <w:r/>
      <w:r>
        <w:t>She scanned his packet of notes, documenting every page. She cross-referenced the symbols with her own collection, noting every overlap, every term that matched the language in last night’s forbidden folder. She opened her personal log and entered the meeting in minute detail, from the angle of his questions to the way he held the pen—a lefty, like her brother, and like the figure she’d seen in the archive after hours.</w:t>
      </w:r>
    </w:p>
    <w:p>
      <w:r/>
    </w:p>
    <w:p>
      <w:r/>
      <w:r>
        <w:t>She tabbed over to the building’s security system, queued up the morning’s entry logs, and waited for the slow network to spit out the grainy footage. She was sure it would show nothing suspicious. Nate was too good for that.</w:t>
      </w:r>
    </w:p>
    <w:p>
      <w:r/>
    </w:p>
    <w:p>
      <w:r/>
      <w:r>
        <w:t>Still, she watched the screen, frame by frame, as if the evidence might reveal itself by sheer force of observation.</w:t>
      </w:r>
    </w:p>
    <w:p>
      <w:r/>
    </w:p>
    <w:p>
      <w:r/>
      <w:r>
        <w:t>She doubted it would.</w:t>
      </w:r>
    </w:p>
    <w:p>
      <w:r/>
    </w:p>
    <w:p>
      <w:r/>
      <w:r>
        <w:t>But she was nothing if not persistent.</w:t>
      </w:r>
    </w:p>
    <w:p>
      <w:r/>
    </w:p>
    <w:p>
      <w:r/>
    </w:p>
    <w:p>
      <w:r/>
      <w:r>
        <w:t># Scene 3</w:t>
      </w:r>
    </w:p>
    <w:p>
      <w:r/>
    </w:p>
    <w:p>
      <w:r/>
      <w:r>
        <w:t>Abby waited three measured minutes after Nate Chase left before locking the gallery’s front entrance and turning the deadbolt with more force than necessary. The room’s hush rebounded, sharper than before, as if the air had been waiting to retake possession. She checked each window, swept the floor for errant footprints, then slipped into her office and closed the door. The urge to barricade it was irrational, so she didn’t—but she did wedge a chair beneath the knob.</w:t>
      </w:r>
    </w:p>
    <w:p>
      <w:r/>
    </w:p>
    <w:p>
      <w:r/>
      <w:r>
        <w:t>Her first move was the Society’s research permit database. She keyed in “Chase, Vernon,” scanning through two decades of digital records. The name surfaced a handful of times, mostly under university grant sponsorships, but the applications themselves were odd: requests for “long-term magnetic survey” and “correlated anthropological interviews” at sites more often discussed in tourist guides than in academic circles. Each permit was written in the same precise, old-school prose. The dates spanned 2001 to 2003, then abruptly stopped.</w:t>
      </w:r>
    </w:p>
    <w:p>
      <w:r/>
    </w:p>
    <w:p>
      <w:r/>
      <w:r>
        <w:t>Abby opened each file, reading the summary, then the fine print. Most were requests for “temporary removal of select soil cores” and “measurement of EM fields in proximity to historically documented vortex loci.” The language had the ring of scientific legitimacy, but to Abby’s ear, it felt overcompensated—like a man sneaking candy under the eyes of a calorie counter by wrapping it in nutrition facts.</w:t>
      </w:r>
    </w:p>
    <w:p>
      <w:r/>
    </w:p>
    <w:p>
      <w:r/>
      <w:r>
        <w:t>She scribbled the permit numbers in her own notebook, then checked the sign-out logs for those years. Every so often, Vernon had indeed visited, but always during hours when the staff was minimal or the building closed to the public. The records were digital, and Abby could see that some of the electronic sign-in files had been edited—cleanly, but not invisibly. There were two gaps in 2003 that matched the dates for high-profile conference weeks, when the Society would have been running on skeleton crews. Whoever scheduled Vernon’s visits had known the rhythms of the place.</w:t>
      </w:r>
    </w:p>
    <w:p>
      <w:r/>
    </w:p>
    <w:p>
      <w:r/>
      <w:r>
        <w:t>Abby made a spreadsheet, entering each instance alongside the permit description, duration, and name of supervising archivist. In most cases, the slot was marked “N/A.” Abby frowned. She knew there were protocols now to prevent this sort of gap, but back then, the Society had relied more on trust than on cross-checks.</w:t>
      </w:r>
    </w:p>
    <w:p>
      <w:r/>
    </w:p>
    <w:p>
      <w:r/>
      <w:r>
        <w:t>Next, she dug into the geological survey records themselves. The reports were thin, almost perfunctory. A few paragraphs of “no significant anomaly detected,” boilerplate charts, then a line or two about environmental conditions. But the file sizes were suspiciously large for such brief content. Abby suspected embedded files—possibly redacted later, or encrypted.</w:t>
      </w:r>
    </w:p>
    <w:p>
      <w:r/>
    </w:p>
    <w:p>
      <w:r/>
      <w:r>
        <w:t>She flagged the reports for later, then turned to her browser and typed “Nate Chase Oregon” into the search bar. It wasn’t her usual method—Google rarely delivered as much as internal records—but she wanted to see what the man had curated about himself.</w:t>
      </w:r>
    </w:p>
    <w:p>
      <w:r/>
    </w:p>
    <w:p>
      <w:r/>
      <w:r>
        <w:t>His LinkedIn was sparse, listing only a “consultant” gig for a series of small, off-brand research companies. The only formal credential was a degree in applied mathematics from a mid-tier university, but the publication list included several coauthored papers on “Search and Rescue Optimization” and “Anomalous Navigation Patterns in Rural Environments.” There were a few news articles, mostly human interest: “Local Volunteer Saves Hiker After Three-Day Search,” “Off-Duty EMT Aids Crash Victims.” If not for the conversation they’d just had, Abby might have dismissed him as a garden-variety do-gooder with a taste for adventure.</w:t>
      </w:r>
    </w:p>
    <w:p>
      <w:r/>
    </w:p>
    <w:p>
      <w:r/>
      <w:r>
        <w:t>But something didn’t fit. If Nate was here for genealogy, he wouldn’t have started with the technical details. And his knowledge of Society procedure was uncanny—he’d known precisely where to look, and which rules could be bent without sounding alarms.</w:t>
      </w:r>
    </w:p>
    <w:p>
      <w:r/>
    </w:p>
    <w:p>
      <w:r/>
      <w:r>
        <w:t>She checked the address he’d listed on the visitor’s log: a post office box, of course, and the phone number went straight to voicemail. She copied the details into her spreadsheet, then double-checked the building’s security footage. As expected, the morning’s video showed nothing but Nate entering and leaving, never straying into unmonitored corners.</w:t>
      </w:r>
    </w:p>
    <w:p>
      <w:r/>
    </w:p>
    <w:p>
      <w:r/>
      <w:r>
        <w:t>She returned to her notes from the previous night, listing every detail of the break-in: the cadence of the intruder’s steps, the quick precision of the search, the subtle way the mining ledger and microfiche drawers had been disturbed. It was a style—methodical, but adaptive, able to switch between brute force and sleight of hand at will.</w:t>
      </w:r>
    </w:p>
    <w:p>
      <w:r/>
    </w:p>
    <w:p>
      <w:r/>
      <w:r>
        <w:t>Nate’s movements in the gallery were nearly identical. He’d scanned, then pounced, and never lingered where he didn’t expect results.</w:t>
      </w:r>
    </w:p>
    <w:p>
      <w:r/>
    </w:p>
    <w:p>
      <w:r/>
      <w:r>
        <w:t>Abby pulled up her digital folder labeled “Chase Investigation” and began dumping in PDFs, screenshots, and her own running commentary. She encrypted the file with a password that only she would remember—a garbled in-joke with her brother, now dead, about the world’s worst-ever chess move. Then she set the folder to autosync to an offsite account. It was overkill, but she’d long ago learned that you couldn’t be too careful about provenance, or about CYA.</w:t>
      </w:r>
    </w:p>
    <w:p>
      <w:r/>
    </w:p>
    <w:p>
      <w:r/>
      <w:r>
        <w:t>She leaned back, flexing her scarred right hand. The window behind her office desk looked out on the alley, and for a moment, she caught a glimpse of a dark car idling across the street. It was probably nothing, but she made a note in her log anyway. The idea that she was the one being surveilled was almost comical. But these days, paranoia was just another form of discipline.</w:t>
      </w:r>
    </w:p>
    <w:p>
      <w:r/>
    </w:p>
    <w:p>
      <w:r/>
      <w:r>
        <w:t>Abby stared at the inbox on her computer. The number of unread messages had spiked since the launch of the new mining exhibit, but only a few stood out. One was a polite inquiry from the State Historical Review Board about a missing microfiche strip—an almost-forgotten relic that had been replaced in the archives with a digital scan, but the original was now officially “unaccounted for.” Another was a curt notice from Dr. Fallon, reminding all staff to maintain “strict adherence to protocol” during after-hours research.</w:t>
      </w:r>
    </w:p>
    <w:p>
      <w:r/>
    </w:p>
    <w:p>
      <w:r/>
      <w:r>
        <w:t>There was also an encrypted email—subject line: “Vernon.” It was from a University of Washington address, and the sender’s name was familiar: Dr. Henry Ordway, an old friend of Abby’s brother and an expert on magnetotellurics. She clicked it open.</w:t>
      </w:r>
    </w:p>
    <w:p>
      <w:r/>
    </w:p>
    <w:p>
      <w:r/>
      <w:r>
        <w:t xml:space="preserve">“Abby— </w:t>
      </w:r>
    </w:p>
    <w:p>
      <w:r/>
    </w:p>
    <w:p>
      <w:r/>
      <w:r>
        <w:t xml:space="preserve">I heard a strange rumor that you’re back on the Dorsey file. If you need corroboration, I have records of Vernon’s fieldwork from our joint survey. He claimed to have found ‘non-local oscillations’ at the Jacksonville well, but wouldn’t say more in writing. Do you know what happened to his original notes? I’ve also heard there’s increased interest from Caldwell Industries in the same region. </w:t>
      </w:r>
    </w:p>
    <w:p>
      <w:r/>
    </w:p>
    <w:p>
      <w:r/>
      <w:r>
        <w:t xml:space="preserve">Be careful. </w:t>
      </w:r>
    </w:p>
    <w:p>
      <w:r/>
    </w:p>
    <w:p>
      <w:r/>
      <w:r>
        <w:t>H.”</w:t>
      </w:r>
    </w:p>
    <w:p>
      <w:r/>
    </w:p>
    <w:p>
      <w:r/>
      <w:r>
        <w:t>Abby’s mouth went dry. Caldwell was a familiar villain in the archive world, famous for snapping up mining rights under the guise of “environmental restoration.” Their PR was slick, but she’d heard stories about field agents strong-arming locals, sometimes with the quiet backing of federal officials. The idea that Nate—or the shadowy figure from the night before—might be connected was suddenly much less far-fetched.</w:t>
      </w:r>
    </w:p>
    <w:p>
      <w:r/>
    </w:p>
    <w:p>
      <w:r/>
      <w:r>
        <w:t>She composed a reply on instinct, short and full of coded references. She would never say in plain text that she suspected tampering, but the phrase “document discrepancy” was enough for an old pro like Ordway. She included a request for copies of any correspondence between him and Vernon, then cc’d the Society’s legal desk, just to be safe.</w:t>
      </w:r>
    </w:p>
    <w:p>
      <w:r/>
    </w:p>
    <w:p>
      <w:r/>
      <w:r>
        <w:t>Before closing her email, she sent a second, more cryptic note to the cultural liaison at the Confederated Tribes, using their private, secure channel. She asked for a status update on ceremonial artifacts from the well, and whether there had been any recent attempts at repatriation—or theft.</w:t>
      </w:r>
    </w:p>
    <w:p>
      <w:r/>
    </w:p>
    <w:p>
      <w:r/>
      <w:r>
        <w:t>Satisfied for the moment, Abby turned off her screen and let the office darken around her. She listened for sounds in the building—footsteps, voices, the mechanical cough of the HVAC—but heard only the distant shriek of a garbage truck on California Street.</w:t>
      </w:r>
    </w:p>
    <w:p>
      <w:r/>
    </w:p>
    <w:p>
      <w:r/>
      <w:r>
        <w:t>She unlocked the door, returned to the gallery, and did one more walk-through. Each artifact was in place; each label unmolested. At the well exhibit, she paused, touching the edge of the granite sample, feeling the faint pulse of her own heartbeat radiate through the ancient stone.</w:t>
      </w:r>
    </w:p>
    <w:p>
      <w:r/>
    </w:p>
    <w:p>
      <w:r/>
      <w:r>
        <w:t>She looked across the floor, eyes landing on the locked archives door. Even from here, she could see the line in the dust where someone had tried the handle after hours. The knowledge settled on her like an extra layer of gravity.</w:t>
      </w:r>
    </w:p>
    <w:p>
      <w:r/>
    </w:p>
    <w:p>
      <w:r/>
      <w:r>
        <w:t>The Chase men wanted something—maybe the same thing she’d found, or maybe just the key to unraveling all of Jacksonville’s polite silences. Either way, Abby knew that by tomorrow, someone would be back. Maybe with a court order, maybe with a crowbar.</w:t>
      </w:r>
    </w:p>
    <w:p>
      <w:r/>
    </w:p>
    <w:p>
      <w:r/>
      <w:r>
        <w:t>She squared her shoulders, checked her gloves, and prepared to face them.</w:t>
      </w:r>
    </w:p>
    <w:p>
      <w:r/>
    </w:p>
    <w:p>
      <w:r/>
      <w:r>
        <w:t>If they came, she’d be ready.</w:t>
      </w:r>
    </w:p>
    <w:p>
      <w:r/>
    </w:p>
    <w:p>
      <w:r/>
      <w:r>
        <w:t>If not—she’d find them first.</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