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For the past forty-eight hours, the Rosebud Motor Lodge had been Nate’s battlefield. The lamp on the chipped particleboard desk burned with the same relentless wattage as a police interrogation room, casting thick-blooded shadows over the piles of maps and photocopied records that carpeted the Formica like a second, infinitely more anxious skin. The twin bed was a drift net of printouts, most black-and-white, some—where the library printer had mercifully cooperated—in color. Nate’s laptop glowed a toxic blue in the nest of extension cords and adapters, its fan whining as if protesting the long, sleepless siege.</w:t>
      </w:r>
    </w:p>
    <w:p>
      <w:r/>
    </w:p>
    <w:p>
      <w:r/>
      <w:r>
        <w:t>He sat in the one upright chair, barefoot, jeans and T-shirt crumpled with sweat, every muscle tense except the hand that held the mug. Even that was a lie—the mug was empty, rim stained, and had been since at least two refills ago. On the cheap TV, muted, two B-list actors reenacted a hostage standoff with the same blank conviction Nate felt radiating from his own reflection in the window.</w:t>
      </w:r>
    </w:p>
    <w:p>
      <w:r/>
    </w:p>
    <w:p>
      <w:r/>
      <w:r>
        <w:t>He was supposed to be sleeping. Instead, he was triaging.</w:t>
      </w:r>
    </w:p>
    <w:p>
      <w:r/>
    </w:p>
    <w:p>
      <w:r/>
      <w:r>
        <w:t>The workflow had assumed its own kind of order: at the center of the desk, the field journal—Uncle Vern’s—its battered leather cover scored with indentations from decades of pocket carry and post-it flag abuse. Flanking it, a semicircle of spiral-bound legal pads with Nate’s own blocky script, half in capital letters, half in a kind of battle language he’d picked up from military days. The left margin of each page was lined with color-coded dots, denoting urgency, uncertainty, or “show Abby ASAP.” To the right, stacks of reference materials printed from every archive, public or not, that he could remotely access in southern Oregon without triggering suspicion or a librarian’s wrath.</w:t>
      </w:r>
    </w:p>
    <w:p>
      <w:r/>
    </w:p>
    <w:p>
      <w:r/>
      <w:r>
        <w:t>He set down the mug, massaged his eyelids, and started at the first principle.</w:t>
      </w:r>
    </w:p>
    <w:p>
      <w:r/>
    </w:p>
    <w:p>
      <w:r/>
      <w:r>
        <w:t>The indigenous surveys and the mining logs didn’t match—at least not at first. Everyone treated them as parallel, unrelated traditions. But Uncle Vern, with his lunatic sense of pattern, had seen through it in a way the academic world had shrugged off as “romanticizing.” The spiral motif. The old ceremonial wells. The “magnetic anomaly” notes from the early geologists that read more like campfire ghost stories than anything peer-reviewed. None of it fit together until you took the time to go deep. Not broad. Not wide. Deep.</w:t>
      </w:r>
    </w:p>
    <w:p>
      <w:r/>
    </w:p>
    <w:p>
      <w:r/>
      <w:r>
        <w:t>Nate thumbed to the page in Vern’s journal marked with three layers of faded sticky flag: “Pattern only visible at scale.” The handwriting was even more clipped than usual, as if the old man had been racing to finish before someone could catch him at it.</w:t>
      </w:r>
    </w:p>
    <w:p>
      <w:r/>
    </w:p>
    <w:p>
      <w:r/>
      <w:r>
        <w:t>He laid a map of the Jacksonville region over the page, aligning the gridded road overlays with the faded black lines of nineteenth-century property boundaries. Each mining claim was a pinprick in red; each indigenous site, marked by Nate in blue sharpie, circled with ritual precision. He unboxed the colored pencils—he traveled with two sets, a habit left over from fieldwork—and began overlaying the points, drawing circles around each intersection. At first the result was a mess, but then, with a low, ugly thrill, he saw what he’d missed in every prior pass: the spiral, but not as a symbol—a vortex traced by the very locations themselves. The ceremonial sites weren’t random. Neither were the mines. They followed a structure so old and so deliberate it made him queasy.</w:t>
      </w:r>
    </w:p>
    <w:p>
      <w:r/>
    </w:p>
    <w:p>
      <w:r/>
      <w:r>
        <w:t>Nate stood, paced to the window, then doubled back, snatching up the field journal to cross-verify. He read, lips barely moving.</w:t>
      </w:r>
    </w:p>
    <w:p>
      <w:r/>
    </w:p>
    <w:p>
      <w:r/>
      <w:r>
        <w:t>“Wizard Island. Anomalous convergence. Pattern repeated in analog at three other sites. Klamath legends confirm ritual closure post-incident. All subsequent readings decay at same half-life.”</w:t>
      </w:r>
    </w:p>
    <w:p>
      <w:r/>
    </w:p>
    <w:p>
      <w:r/>
      <w:r>
        <w:t>Vernon’s code was dense but readable to anyone who’d spent a summer under his tutelage. “Analog” meant “with respect to previous site.” The “incident” was probably the 1864 Dorsey collapse—Abby had alluded to it, and the mining records Nate had scanned at the Society confirmed a total blackout in the weeks after. Even the newspapers went silent.</w:t>
      </w:r>
    </w:p>
    <w:p>
      <w:r/>
    </w:p>
    <w:p>
      <w:r/>
      <w:r>
        <w:t>He moved to the bathroom, splashed water on his face, then returned to the wall. There he had taped up a grid of eight-by-eleven printouts: Google Earth snapshots, faded scans of hand-drawn survey maps, and, in the dead center, a reproduction of the ceremonial well photograph. The one with the miners in the foreground and, behind them, the blurred faces of the local elders.</w:t>
      </w:r>
    </w:p>
    <w:p>
      <w:r/>
    </w:p>
    <w:p>
      <w:r/>
      <w:r>
        <w:t>Nate stared at the photo until the image swam. If you looked at it the right way, the crowd was almost circular, arms and faces echoing the same motif as the spiral itself. He swore softly, digging his knuckles into his temples. He could almost hear Uncle Vern’s voice—“Never trust a straight line in nature”—as he returned to the desk, firing up the old laptop and running a quick cross-check on the geotagged coordinates.</w:t>
      </w:r>
    </w:p>
    <w:p>
      <w:r/>
    </w:p>
    <w:p>
      <w:r/>
      <w:r>
        <w:t>Jacksonville. The old well. Crater Lake. Wizard Island. All mapped onto the spiral’s armature, each at a precise, almost mathematical interval.</w:t>
      </w:r>
    </w:p>
    <w:p>
      <w:r/>
    </w:p>
    <w:p>
      <w:r/>
      <w:r>
        <w:t>He wrote it out, this time in his own hand: “They weren’t digging for gold. They were mapping the anomaly. The ceremonial closures = attempt at containment. Recurring failures → event horizon?”</w:t>
      </w:r>
    </w:p>
    <w:p>
      <w:r/>
    </w:p>
    <w:p>
      <w:r/>
      <w:r>
        <w:t>He shuddered, realizing the implications. If the pattern was as regular as the old man suspected, then they weren’t just dealing with some buried artifact, but with a live, ongoing phenomenon. Something that every generation since the mining boom had tried—and failed—to keep under wraps.</w:t>
      </w:r>
    </w:p>
    <w:p>
      <w:r/>
    </w:p>
    <w:p>
      <w:r/>
      <w:r>
        <w:t>He checked the time. 2:37 a.m. No rational person would be awake to receive this. But Abby was not a rational person, and the need to share the breakthrough burned hotter than any embarrassment over the hour. He thumbed through his own notes, selecting only the essential pages, arranging them so that even a skeptic would be forced to see what he saw.</w:t>
      </w:r>
    </w:p>
    <w:p>
      <w:r/>
    </w:p>
    <w:p>
      <w:r/>
      <w:r>
        <w:t>Nate packed his findings with a soldier’s efficiency: the field journal, the annotated map, the sheaf of cross-referenced mining and tribal records. He hesitated, then added the photo of the ceremonial well, slipping it into the front cover of the notebook like a calling card. On a post-it, he wrote: “Abby, you need to see this—no time for protocol. Call if you want to meet in public.” He left his burner phone number below, signing only with his initials.</w:t>
      </w:r>
    </w:p>
    <w:p>
      <w:r/>
    </w:p>
    <w:p>
      <w:r/>
      <w:r>
        <w:t>He threw on a clean shirt, laced up his boots, and, pausing only to check the hallway through the peephole, set out for the Historical Society. The folder tucked under his arm felt less like an olive branch and more like a bundle of dynamite.</w:t>
      </w:r>
    </w:p>
    <w:p>
      <w:r/>
    </w:p>
    <w:p>
      <w:r/>
      <w:r>
        <w:t>Whatever game was being played in Jacksonville, Nate intended to move first.</w:t>
      </w:r>
    </w:p>
    <w:p>
      <w:r/>
    </w:p>
    <w:p>
      <w:r/>
      <w:r>
        <w:t>And if that meant waking up a sleeping dragon, so be it.</w:t>
      </w:r>
    </w:p>
    <w:p>
      <w:r/>
    </w:p>
    <w:p>
      <w:r/>
    </w:p>
    <w:p>
      <w:r/>
      <w:r>
        <w:t># Scene 2</w:t>
      </w:r>
    </w:p>
    <w:p>
      <w:r/>
    </w:p>
    <w:p>
      <w:r/>
      <w:r>
        <w:t>The Jacksonville Historical Society rarely saw visitors before sunrise, but the lights were already on when Nate slipped inside, pushing past the brittle creak of the vestibule and the half-hearted protest of the front door’s bell. The building was empty of tourists, but not empty—he could sense the charge of someone working in the stacks, the air thick with the faint aroma of old paper and lemony cleaner. Down the corridor, a soft percussion of keys and mouse clicks played against the clatter of some small object being manipulated in the research room.</w:t>
      </w:r>
    </w:p>
    <w:p>
      <w:r/>
    </w:p>
    <w:p>
      <w:r/>
      <w:r>
        <w:t>He followed the noise, shoulder braced against the ghost-memory of childhood afternoons spent at Uncle Vern’s elbow in places just like this. The door to the research suite stood slightly ajar, and through the gap he glimpsed Abby, face washed in the glow of two flat monitors, one hand navigating a database while the other measured something small and metal with calipers. She wore the same button-up as yesterday, sleeves rolled, collar stubbornly crisp, hair tied back in a different configuration of pins and pens. If she was surprised to see him, she didn’t show it—just finished her measurement, notched it into the log, and nodded once in his direction.</w:t>
      </w:r>
    </w:p>
    <w:p>
      <w:r/>
    </w:p>
    <w:p>
      <w:r/>
      <w:r>
        <w:t>“I see you’re the early bird,” she said, voice low, as if she might scare away some delicate breed of fact by speaking too loud.</w:t>
      </w:r>
    </w:p>
    <w:p>
      <w:r/>
    </w:p>
    <w:p>
      <w:r/>
      <w:r>
        <w:t>“Or the insomniac worm,” Nate countered. He closed the door behind him, then set the field journal and the annotated maps on the central worktable.</w:t>
      </w:r>
    </w:p>
    <w:p>
      <w:r/>
    </w:p>
    <w:p>
      <w:r/>
      <w:r>
        <w:t>She ignored the offering, attention fixed on the object in her hand—a ring, maybe, or a coin, or one of those small industrial tokens companies used as IOUs in the old mining camps. She logged the measurement, then finally set the item down and looked at him directly. Her eyes, behind frameless lenses, were sharper than any microscope’s focus.</w:t>
      </w:r>
    </w:p>
    <w:p>
      <w:r/>
    </w:p>
    <w:p>
      <w:r/>
      <w:r>
        <w:t>“I’m not supposed to let visitors in before ten,” she said, tone clinical. “But it seems you’re not the sort to care about schedules.”</w:t>
      </w:r>
    </w:p>
    <w:p>
      <w:r/>
    </w:p>
    <w:p>
      <w:r/>
      <w:r>
        <w:t>“Neither are you,” Nate replied, then nodded at the ring. “What are you cataloguing?”</w:t>
      </w:r>
    </w:p>
    <w:p>
      <w:r/>
    </w:p>
    <w:p>
      <w:r/>
      <w:r>
        <w:t>She hesitated, as if weighing the wisdom of sharing, then: “A memento from the ceremonial well. Turns out, even after you fill them with concrete and forget the site for a century, artifacts have a way of resurfacing.” She wiped the calipers with a lint-free cloth, then turned her gaze to the folder he’d brought.</w:t>
      </w:r>
    </w:p>
    <w:p>
      <w:r/>
    </w:p>
    <w:p>
      <w:r/>
      <w:r>
        <w:t>Nate opened it, careful not to spread the contents too wide. “I need your help,” he said, making it sound more like a command than a request. “I think I’ve found the missing link in Vern’s research.”</w:t>
      </w:r>
    </w:p>
    <w:p>
      <w:r/>
    </w:p>
    <w:p>
      <w:r/>
      <w:r>
        <w:t>Abby raised an eyebrow, equal parts skepticism and challenge. “And you want me to vet it for you?”</w:t>
      </w:r>
    </w:p>
    <w:p>
      <w:r/>
    </w:p>
    <w:p>
      <w:r/>
      <w:r>
        <w:t>He met her stare. “No. I want you to help me break it open.”</w:t>
      </w:r>
    </w:p>
    <w:p>
      <w:r/>
    </w:p>
    <w:p>
      <w:r/>
      <w:r>
        <w:t>She considered this, then shrugged, closing her own logbook. “Show me.”</w:t>
      </w:r>
    </w:p>
    <w:p>
      <w:r/>
    </w:p>
    <w:p>
      <w:r/>
      <w:r>
        <w:t>He spread the main map—his best one, with overlays taped in place and every ceremonial site marked with a blue dot. The red mining claims spiraled outward, each perfectly spaced from the last. It was, if you looked at it long enough, unmistakable. He slid the field journal to her, open to the flagged page.</w:t>
      </w:r>
    </w:p>
    <w:p>
      <w:r/>
    </w:p>
    <w:p>
      <w:r/>
      <w:r>
        <w:t>Abby leaned in, tracing the inked lines with a gloved fingertip. She read the entry, lips pursed.</w:t>
      </w:r>
    </w:p>
    <w:p>
      <w:r/>
    </w:p>
    <w:p>
      <w:r/>
      <w:r>
        <w:t>“I’ve seen this spiral before,” she said, then pointed to a cluster of dots near the caldera rim. “But these sites don’t correspond to anything in the official records. Half of them are off the reservation, and the rest are… what, ceremonial caches?”</w:t>
      </w:r>
    </w:p>
    <w:p>
      <w:r/>
    </w:p>
    <w:p>
      <w:r/>
      <w:r>
        <w:t>Nate nodded, tapping the margin. “Exactly. And look at the intervals. If you lay the indigenous sites on top of the mining operations, it’s almost like the mines were sited to mirror the existing spiritual grid. Like the companies either knew what they were doing, or were copying it unconsciously.”</w:t>
      </w:r>
    </w:p>
    <w:p>
      <w:r/>
    </w:p>
    <w:p>
      <w:r/>
      <w:r>
        <w:t>Abby snorted. “That’s a big leap. Mining engineers were a lot of things, but subtle wasn’t one of them.”</w:t>
      </w:r>
    </w:p>
    <w:p>
      <w:r/>
    </w:p>
    <w:p>
      <w:r/>
      <w:r>
        <w:t>He pressed on. “Maybe not the foremen. But the people funding them? Caldwell, for one. My uncle always thought they were running two playbooks: the public one, and one for internal use. Why else would they dig claims that weren’t profitable, or build shafts where there’s no ore?”</w:t>
      </w:r>
    </w:p>
    <w:p>
      <w:r/>
    </w:p>
    <w:p>
      <w:r/>
      <w:r>
        <w:t>Abby weighed this, then turned to her own digital map, pulling up a satellite overlay. She clicked through several layers, then sat back. “There’s a problem with your theory,” she said. “The grid’s not perfect. These sites here—” she stabbed at two points near the southern edge—“were confirmed as exploratory only. There’s no record of any actual operation.”</w:t>
      </w:r>
    </w:p>
    <w:p>
      <w:r/>
    </w:p>
    <w:p>
      <w:r/>
      <w:r>
        <w:t>Nate smiled, ready for her. “You’re reading the modern survey. Go back to the 1860s. There were dig crews, just not officially. They didn’t file claims because the state didn’t exist yet. But the oral histories are clear: there were accidents, even burials. Vern found evidence in the soil cores, even if nobody wanted to publish it.”</w:t>
      </w:r>
    </w:p>
    <w:p>
      <w:r/>
    </w:p>
    <w:p>
      <w:r/>
      <w:r>
        <w:t>Abby frowned. “You’re saying the ghost stories are true?”</w:t>
      </w:r>
    </w:p>
    <w:p>
      <w:r/>
    </w:p>
    <w:p>
      <w:r/>
      <w:r>
        <w:t>He shrugged. “If enough people die the same way in the same place, it’s not a story anymore.”</w:t>
      </w:r>
    </w:p>
    <w:p>
      <w:r/>
    </w:p>
    <w:p>
      <w:r/>
      <w:r>
        <w:t>She pushed the field journal back to him. “Even if you’re right, what’s the punchline? Are we talking about mass hypnosis, or a physical phenomenon?”</w:t>
      </w:r>
    </w:p>
    <w:p>
      <w:r/>
    </w:p>
    <w:p>
      <w:r/>
      <w:r>
        <w:t>Nate glanced at the ring on the table, then at her. “Both. I think whatever’s down there affects people. It’s in the rocks, the water, the air. Maybe even in the DNA, if it’s strong enough.”</w:t>
      </w:r>
    </w:p>
    <w:p>
      <w:r/>
    </w:p>
    <w:p>
      <w:r/>
      <w:r>
        <w:t>She smiled, but there was no humor in it. “You know, the last person to push a theory like that was run out of the Society.”</w:t>
      </w:r>
    </w:p>
    <w:p>
      <w:r/>
    </w:p>
    <w:p>
      <w:r/>
      <w:r>
        <w:t>He matched her smile, but let the moment stretch. “I’m not looking to publish. I just want to finish what Vern started.”</w:t>
      </w:r>
    </w:p>
    <w:p>
      <w:r/>
    </w:p>
    <w:p>
      <w:r/>
      <w:r>
        <w:t>The room was silent. Abby reached for the ring, turning it over in her palm. The gesture was automatic, but her mind was clearly running at triple speed.</w:t>
      </w:r>
    </w:p>
    <w:p>
      <w:r/>
    </w:p>
    <w:p>
      <w:r/>
      <w:r>
        <w:t>“If you’re right,” she said, voice softer, “then the Historical Society’s records are wrong. Everything we’ve been telling the public—about the well, the mines, the disappearances—would have to be re-written. That’s not a small ask.”</w:t>
      </w:r>
    </w:p>
    <w:p>
      <w:r/>
    </w:p>
    <w:p>
      <w:r/>
      <w:r>
        <w:t>He nodded, knowing the size of the ask wasn’t the problem—it was the risk to her own reputation. “I need your help,” he repeated, this time with a touch more humility.</w:t>
      </w:r>
    </w:p>
    <w:p>
      <w:r/>
    </w:p>
    <w:p>
      <w:r/>
      <w:r>
        <w:t>Abby inhaled, then exhaled, her expression unreadable. “Give me the full data set. Not just the highlights. I’ll vet it myself.”</w:t>
      </w:r>
    </w:p>
    <w:p>
      <w:r/>
    </w:p>
    <w:p>
      <w:r/>
      <w:r>
        <w:t>Nate slid the rest of the folder across. “You’ll see the pattern.”</w:t>
      </w:r>
    </w:p>
    <w:p>
      <w:r/>
    </w:p>
    <w:p>
      <w:r/>
      <w:r>
        <w:t>She nodded, then gestured to the chair. “Sit. This’ll take a minute.”</w:t>
      </w:r>
    </w:p>
    <w:p>
      <w:r/>
    </w:p>
    <w:p>
      <w:r/>
      <w:r>
        <w:t>He sat, and for the next ten, they reviewed the material together—Abby’s skepticism a constant, but her curiosity slowly overtaking it. She questioned every source, every inference, every leap, and each time Nate had an answer. If he didn’t, he made a note to get one. It was, he realized, less of a debate than a team recon mission.</w:t>
      </w:r>
    </w:p>
    <w:p>
      <w:r/>
    </w:p>
    <w:p>
      <w:r/>
      <w:r>
        <w:t>The spell broke when a grad student poked her head in, blinking at the sight of two grown adults hunched over maps in near-darkness.</w:t>
      </w:r>
    </w:p>
    <w:p>
      <w:r/>
    </w:p>
    <w:p>
      <w:r/>
      <w:r>
        <w:t>“Oh, sorry—I didn’t think anyone was in yet.” She ducked out, but the interruption left a residue of awkwardness.</w:t>
      </w:r>
    </w:p>
    <w:p>
      <w:r/>
    </w:p>
    <w:p>
      <w:r/>
      <w:r>
        <w:t>Abby waited for the click of the closing door, then said, “We can’t do this here. If you want to work, follow me.”</w:t>
      </w:r>
    </w:p>
    <w:p>
      <w:r/>
    </w:p>
    <w:p>
      <w:r/>
      <w:r>
        <w:t>She packed up the artifacts, scooped the maps into the folder, and motioned for Nate to trail her down the back hallway. Her stride was brisk, decisive—a woman on a mission.</w:t>
      </w:r>
    </w:p>
    <w:p>
      <w:r/>
    </w:p>
    <w:p>
      <w:r/>
      <w:r>
        <w:t>As they moved, he could feel the spiral closing, tightening around them.</w:t>
      </w:r>
    </w:p>
    <w:p>
      <w:r/>
    </w:p>
    <w:p>
      <w:r/>
      <w:r>
        <w:t>Whatever he’d started, there was no stopping it now.</w:t>
      </w:r>
    </w:p>
    <w:p>
      <w:r/>
    </w:p>
    <w:p>
      <w:r/>
    </w:p>
    <w:p>
      <w:r/>
      <w:r>
        <w:t># Scene 3</w:t>
      </w:r>
    </w:p>
    <w:p>
      <w:r/>
    </w:p>
    <w:p>
      <w:r/>
      <w:r>
        <w:t>Abby’s office, nested at the end of a short, cork-lined corridor, looked like the epicenter of a mild but ongoing earthquake. The bookshelves bowed under the weight of her own private archive—stacked monographs, brittle pamphlets with their spines taped, fat ring binders labeled in three languages. The desk was large, unpolished, and covered with a flock of sticky notes, legal pads, and her personal laptop, which was running both the Society’s database and a low-grade chess app that played itself for background noise. In one corner, an ancient oscillating fan traced slow arcs over a poster of the Crater Lake caldera annotated in faded red marker. The only attempt at comfort was the overstuffed chair opposite the desk, its seat sunken from years of nervous conference and confession.</w:t>
      </w:r>
    </w:p>
    <w:p>
      <w:r/>
    </w:p>
    <w:p>
      <w:r/>
      <w:r>
        <w:t>Abby motioned Nate to the chair, then closed the door with a click that signaled both privacy and a last warning. She sat, stacked the day’s new intake of artifact boxes to one side, and regarded him across the desk with a kind of academic wariness.</w:t>
      </w:r>
    </w:p>
    <w:p>
      <w:r/>
    </w:p>
    <w:p>
      <w:r/>
      <w:r>
        <w:t>“All right,” she said. “We’re off the record now. Show me what you couldn’t say in front of the civilians.”</w:t>
      </w:r>
    </w:p>
    <w:p>
      <w:r/>
    </w:p>
    <w:p>
      <w:r/>
      <w:r>
        <w:t>Nate didn’t hesitate. He reached into his bag, withdrew the folder, and pulled out the map he’d worked on most last night: the one with the spiral overlaid, indigenous sites marked, mining claims threaded in as if sewn by invisible hand. He slid it across, letting her absorb the full impact.</w:t>
      </w:r>
    </w:p>
    <w:p>
      <w:r/>
    </w:p>
    <w:p>
      <w:r/>
      <w:r>
        <w:t>She barely glanced at the labels. Her eyes went straight to the spiral.</w:t>
      </w:r>
    </w:p>
    <w:p>
      <w:r/>
    </w:p>
    <w:p>
      <w:r/>
      <w:r>
        <w:t>For one second, Abby’s professional mask fractured. Her pupils widened, mouth parting just slightly. Nate caught the slip—so did she—and she snapped the mask back in place, all business.</w:t>
      </w:r>
    </w:p>
    <w:p>
      <w:r/>
    </w:p>
    <w:p>
      <w:r/>
      <w:r>
        <w:t>“Where did you get this overlay?” she asked, voice calm but off by a half-degree. She tapped the spiral, the tip of her pen hovering like a dowsing rod. “This isn’t standard; it’s not in any of the published fieldwork.”</w:t>
      </w:r>
    </w:p>
    <w:p>
      <w:r/>
    </w:p>
    <w:p>
      <w:r/>
      <w:r>
        <w:t>Nate kept his face neutral, answering as if they were discussing rainfall statistics. “It’s an aggregate from the tribal land surveys, plus some unpublished stuff from Vern’s archives. Most of the overlays are mine. But the spiral’s based on recurring placement—ritual, not incidental.”</w:t>
      </w:r>
    </w:p>
    <w:p>
      <w:r/>
    </w:p>
    <w:p>
      <w:r/>
      <w:r>
        <w:t>She let the pen land, drawing a precise arc along one spiral arm. “You’re saying these sites were deliberately aligned to echo the well pattern? That they wanted this signature to persist for generations?”</w:t>
      </w:r>
    </w:p>
    <w:p>
      <w:r/>
    </w:p>
    <w:p>
      <w:r/>
      <w:r>
        <w:t>“Or that something was driving them to do it. I don’t know if it was conscious or not.” He folded his arms, watching her process. “But the recurrence is too exact to be coincidence. If you map the magnetic anomalies—the real ones, not just the weird survey points—they line up almost perfectly.”</w:t>
      </w:r>
    </w:p>
    <w:p>
      <w:r/>
    </w:p>
    <w:p>
      <w:r/>
      <w:r>
        <w:t>She closed her eyes, running the pen along the page by touch alone. “There are only two kinds of people who can spot this pattern,” she said quietly. “Those who are looking for it, and those who’ve seen it before.”</w:t>
      </w:r>
    </w:p>
    <w:p>
      <w:r/>
    </w:p>
    <w:p>
      <w:r/>
      <w:r>
        <w:t>She opened her eyes, fixing him with a stare that was equal parts challenge and invitation. “Which are you?”</w:t>
      </w:r>
    </w:p>
    <w:p>
      <w:r/>
    </w:p>
    <w:p>
      <w:r/>
      <w:r>
        <w:t>He held her gaze. “Both.”</w:t>
      </w:r>
    </w:p>
    <w:p>
      <w:r/>
    </w:p>
    <w:p>
      <w:r/>
      <w:r>
        <w:t>A brief, electric silence.</w:t>
      </w:r>
    </w:p>
    <w:p>
      <w:r/>
    </w:p>
    <w:p>
      <w:r/>
      <w:r>
        <w:t>Abby leaned back, one finger still resting on the spiral. “You have to be careful, you know. Patterns this strong make people see things that aren’t there. Whole careers get burned out on the altar of confirmation bias.”</w:t>
      </w:r>
    </w:p>
    <w:p>
      <w:r/>
    </w:p>
    <w:p>
      <w:r/>
      <w:r>
        <w:t>“Vernon Chase wasn’t a careerist,” Nate shot back. “He didn’t care about tenure or paper counts. He just wanted to know what was underneath it all.”</w:t>
      </w:r>
    </w:p>
    <w:p>
      <w:r/>
    </w:p>
    <w:p>
      <w:r/>
      <w:r>
        <w:t>She flinched at the name, barely perceptible. “I know. I read his last application for access. He was onto something. But the Society—” She stopped, as if searching for a safe word. “Let’s just say they don’t like people who see too much spiral.”</w:t>
      </w:r>
    </w:p>
    <w:p>
      <w:r/>
    </w:p>
    <w:p>
      <w:r/>
      <w:r>
        <w:t>She spun the map around, fingers walking along the marked sites. “The alignment isn’t exact. Not at all scales. Here and here—” she pointed to two nodes near the edge of the overlay—“the pattern warps. It’s as if something forced a distortion.”</w:t>
      </w:r>
    </w:p>
    <w:p>
      <w:r/>
    </w:p>
    <w:p>
      <w:r/>
      <w:r>
        <w:t>Nate nodded, catching the significance instantly. “That’s where the mining collapses happened. The geometry broke, and so did the ground.”</w:t>
      </w:r>
    </w:p>
    <w:p>
      <w:r/>
    </w:p>
    <w:p>
      <w:r/>
      <w:r>
        <w:t>Abby exhaled, a sound almost like relief. “Okay. So if this is an artifact, not a design… the next step is to see if the signal is still active.” She ransacked a desk drawer, came up with a battered but high-precision compass, and set it next to the map. “Tomorrow, we go out and measure. If the spiral holds, there’ll be a deviation.”</w:t>
      </w:r>
    </w:p>
    <w:p>
      <w:r/>
    </w:p>
    <w:p>
      <w:r/>
      <w:r>
        <w:t>She started to stand, as if to retrieve more equipment, then paused. Her eyes flicked to Nate’s, and for the first time she let a hint of personal stake show through.</w:t>
      </w:r>
    </w:p>
    <w:p>
      <w:r/>
    </w:p>
    <w:p>
      <w:r/>
      <w:r>
        <w:t>“Why are you really here?” she asked. “You could have dumped this on the web, or gone to a real university. You’re not a grad student. You’re not a crank. So what do you want from me?”</w:t>
      </w:r>
    </w:p>
    <w:p>
      <w:r/>
    </w:p>
    <w:p>
      <w:r/>
      <w:r>
        <w:t>He could have said the truth—vengeance for Uncle Vern, or the simple, gnawing compulsion to finish the puzzle. But what came out was: “You’re the only one who’d believe it.”</w:t>
      </w:r>
    </w:p>
    <w:p>
      <w:r/>
    </w:p>
    <w:p>
      <w:r/>
      <w:r>
        <w:t>Abby’s laugh was small but genuine. “That’s both a compliment and a threat. I’ll take it.”</w:t>
      </w:r>
    </w:p>
    <w:p>
      <w:r/>
    </w:p>
    <w:p>
      <w:r/>
      <w:r>
        <w:t>They spent the next hour in measured argument, slicing through the evidence with the precision of surgeons and the aggression of rivals in a blood sport. Abby cited three archival inconsistencies that could invalidate the alignment; Nate countered with soil data and legacy mining logs. She showed him a cryptic artifact recovered from the well; he recognized the material from one of Vern’s photos, suggesting a direct link between the ceremonial objects and the anomaly. The back-and-forth was as exhilarating as it was exhausting. With each volley, the animosity cooled into something like collaboration, or at least mutual predation.</w:t>
      </w:r>
    </w:p>
    <w:p>
      <w:r/>
    </w:p>
    <w:p>
      <w:r/>
      <w:r>
        <w:t>By the time the wall clock read eleven, the desk was a disaster of overlapping files, coffee cups, and artifact boxes. Abby gathered the maps into a loose bundle, clipped them together, and locked them in a side drawer. “I’ll run the overlays tonight,” she said. “If you’re right, we’ll know before the Historical Society’s morning staff even wakes up.”</w:t>
      </w:r>
    </w:p>
    <w:p>
      <w:r/>
    </w:p>
    <w:p>
      <w:r/>
      <w:r>
        <w:t>Nate lingered, uncertain how to leave. “Do you think the Society will cooperate if we find proof?”</w:t>
      </w:r>
    </w:p>
    <w:p>
      <w:r/>
    </w:p>
    <w:p>
      <w:r/>
      <w:r>
        <w:t>Her answer was instantaneous. “Not a chance. But if you’re going to overturn a hundred and fifty years of institutional dogma, you might as well do it with style.”</w:t>
      </w:r>
    </w:p>
    <w:p>
      <w:r/>
    </w:p>
    <w:p>
      <w:r/>
      <w:r>
        <w:t>He grinned, unable to help himself. “That’s the spirit.”</w:t>
      </w:r>
    </w:p>
    <w:p>
      <w:r/>
    </w:p>
    <w:p>
      <w:r/>
      <w:r>
        <w:t>They both stood, a little awkward, the tension still there but no longer sharp-edged. As Nate turned to go, Abby called out after him. “Don’t go poking around the well site without backup. There’s a reason the original was sealed.”</w:t>
      </w:r>
    </w:p>
    <w:p>
      <w:r/>
    </w:p>
    <w:p>
      <w:r/>
      <w:r>
        <w:t>He raised a hand in salute. “I’ll wait for your call.”</w:t>
      </w:r>
    </w:p>
    <w:p>
      <w:r/>
    </w:p>
    <w:p>
      <w:r/>
      <w:r>
        <w:t>He shut the door behind him, pulse pounding in his neck. For the first time in months, he felt the old thrill of the chase—not the promise of closure, but of next steps, each one winding deeper into the spiral.</w:t>
      </w:r>
    </w:p>
    <w:p>
      <w:r/>
    </w:p>
    <w:p>
      <w:r/>
      <w:r>
        <w:t>Back in her office, Abby sat for a moment, listening to the muted echo of his departure. Then she unlocked the side drawer, pulled out the special file she hadn’t shown him, and compared it to his overlays.</w:t>
      </w:r>
    </w:p>
    <w:p>
      <w:r/>
    </w:p>
    <w:p>
      <w:r/>
      <w:r>
        <w:t>The match was closer than she’d ever admitted to anyone.</w:t>
      </w:r>
    </w:p>
    <w:p>
      <w:r/>
    </w:p>
    <w:p>
      <w:r/>
      <w:r>
        <w:t>She let herself smile, then turned to the window, watching the rain begin to spiral down the glass.</w:t>
      </w:r>
    </w:p>
    <w:p>
      <w:r/>
    </w:p>
    <w:p>
      <w:r/>
      <w:r>
        <w:t>The game was on.</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