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Night at the Historical Society didn’t feel like after-hours so much as an alternate phase of matter. The ancient Greek Revival skeleton wore darkness like a custom suit, stitched to the seams, every echo in the foyer damped by walls built to muffle the past. Nate had seen plenty of museums at odd hours—locked down, alarms set, lights left off to save power or preserve artifacts. This was the first one he’d entered as a guest and felt less safe than he would have breaking in.</w:t>
      </w:r>
    </w:p>
    <w:p>
      <w:r/>
    </w:p>
    <w:p>
      <w:r/>
      <w:r>
        <w:t>He parked two blocks away, ignored the not-so-discreet sedan tailing him, and crossed the square, collar turned up against the drizzle that always seemed to linger in Jacksonville’s microclimate. At the top of the steps, the side door stood cracked just wide enough for a hand’s invitation. There was no need to knock; if Abby said seven-thirty sharp, she meant sharp. He slipped inside and pulled the door to with the ghost of a click.</w:t>
      </w:r>
    </w:p>
    <w:p>
      <w:r/>
    </w:p>
    <w:p>
      <w:r/>
      <w:r>
        <w:t>The hall was barely lit. Motion sensors meant to guide tourists left a few ground-level strips of white LED, enough to trace a path through the exhibits but not enough to see anything clearly. Nate moved with a soldier’s soft step, not out of stealth but respect: the hush here was less about security and more about the memory of countless hands that had touched the banisters, the doorknobs, the original brass escutcheons Abby had rhapsodized about on his first visit. He followed the trail, scent of lemon oil and ozone sharp as ever, to the main archive room.</w:t>
      </w:r>
    </w:p>
    <w:p>
      <w:r/>
    </w:p>
    <w:p>
      <w:r/>
      <w:r>
        <w:t>It was a new place now. Gone were the midday bustle and the background noise of the HVAC; in their place, a solitary cone of lamp light in the far corner, its edges crisp against the glass display cases and the flock of museum-grade folding chairs. Abby sat at the table in the center, back to the door, gloved hands already sorting through a fan of old paper. Nate had the urge to announce himself, but she beat him to it.</w:t>
      </w:r>
    </w:p>
    <w:p>
      <w:r/>
    </w:p>
    <w:p>
      <w:r/>
      <w:r>
        <w:t>“You’re early,” she said, without looking up.</w:t>
      </w:r>
    </w:p>
    <w:p>
      <w:r/>
    </w:p>
    <w:p>
      <w:r/>
      <w:r>
        <w:t>“So are you,” he replied, then softened it with, “Is it always this… atmospheric?”</w:t>
      </w:r>
    </w:p>
    <w:p>
      <w:r/>
    </w:p>
    <w:p>
      <w:r/>
      <w:r>
        <w:t>Abby smiled into the file, eyes focused on a document he couldn’t see. “Only when you have two or fewer witnesses.”</w:t>
      </w:r>
    </w:p>
    <w:p>
      <w:r/>
    </w:p>
    <w:p>
      <w:r/>
      <w:r>
        <w:t>He pulled a chair up across from her, careful not to disturb the symmetry of the workspace. It was a researcher’s dream: documents arranged in radial piles, each one cross-referenced with color-coded Post-its. The table itself was draped with a black cloth, so any micro-residue or accidental artifact could be easily spotted and removed. On the far side, Abby’s personal laptop was open, a spreadsheet glowing with tiny, cryptic notations.</w:t>
      </w:r>
    </w:p>
    <w:p>
      <w:r/>
    </w:p>
    <w:p>
      <w:r/>
      <w:r>
        <w:t>Nate settled in. “You said you found something urgent.”</w:t>
      </w:r>
    </w:p>
    <w:p>
      <w:r/>
    </w:p>
    <w:p>
      <w:r/>
      <w:r>
        <w:t>“I said I’d found something,” Abby replied, flipping a page with gloved precision. “Urgency is implied. Given your uncle’s legacy.”</w:t>
      </w:r>
    </w:p>
    <w:p>
      <w:r/>
    </w:p>
    <w:p>
      <w:r/>
      <w:r>
        <w:t>Nate ignored the dig and waited, watching the way she worked. Abby’s hands were fast, but not careless, and there was a subtle tremor in her left wrist that hadn’t been there before. Maybe adrenaline, maybe exhaustion. He decided to risk small talk.</w:t>
      </w:r>
    </w:p>
    <w:p>
      <w:r/>
    </w:p>
    <w:p>
      <w:r/>
      <w:r>
        <w:t>“Place looks different after dark,” he said.</w:t>
      </w:r>
    </w:p>
    <w:p>
      <w:r/>
    </w:p>
    <w:p>
      <w:r/>
      <w:r>
        <w:t>Abby glanced up, her eyes flickering to the nearest display case. “It’s always like this. Museums are performative by day, confessional by night. That’s when the real work happens.”</w:t>
      </w:r>
    </w:p>
    <w:p>
      <w:r/>
    </w:p>
    <w:p>
      <w:r/>
      <w:r>
        <w:t>He could see her shift gears, the veneer of curator professionalism thinning in the cold air. “I pulled every document with reference to the well or the mining grid,” she said, pushing a folder toward him. “Most of it is as you’d expect: dry, repetitive, meant to conceal more than it reveals. But the original survey maps tell a different story.” She held up a page, translucent with age, the spiral motif she’d identified last week inked bold in the center. “It’s deliberate. Not a coincidence. The entire layout is a cipher.”</w:t>
      </w:r>
    </w:p>
    <w:p>
      <w:r/>
    </w:p>
    <w:p>
      <w:r/>
      <w:r>
        <w:t>Nate leaned in, studying the pattern. “Do you know how it keys?”</w:t>
      </w:r>
    </w:p>
    <w:p>
      <w:r/>
    </w:p>
    <w:p>
      <w:r/>
      <w:r>
        <w:t>“Not yet. But if your uncle was right, the answer’s in here.” She gestured to the stacks. “The overlays, the reference points—someone went to a lot of trouble to encrypt this grid. And then erase every trace of the algorithm.”</w:t>
      </w:r>
    </w:p>
    <w:p>
      <w:r/>
    </w:p>
    <w:p>
      <w:r/>
      <w:r>
        <w:t>He could feel the pulse of excitement under her words. “You think it’s a map.”</w:t>
      </w:r>
    </w:p>
    <w:p>
      <w:r/>
    </w:p>
    <w:p>
      <w:r/>
      <w:r>
        <w:t>“I think it’s a warning,” she said, quieter now. “Or a containment protocol.”</w:t>
      </w:r>
    </w:p>
    <w:p>
      <w:r/>
    </w:p>
    <w:p>
      <w:r/>
      <w:r>
        <w:t>He let the silence bloom. There was no way to respond to that without sounding either credulous or patronizing, and he wasn’t here for either. Instead, he let his gaze move to her laptop. “Is that the correlation data?”</w:t>
      </w:r>
    </w:p>
    <w:p>
      <w:r/>
    </w:p>
    <w:p>
      <w:r/>
      <w:r>
        <w:t>Abby nodded, spinning the screen so he could see. “I ran every documented anomaly through a spatial regression. They’re clustered, not random. The well’s dead center, but these two—” she pointed to outliers just beyond the city boundary—“are the same signature, just attenuated.”</w:t>
      </w:r>
    </w:p>
    <w:p>
      <w:r/>
    </w:p>
    <w:p>
      <w:r/>
      <w:r>
        <w:t>Nate recognized the coordinates: one was the site of a notorious landslide, the other an abandoned substation. He made a mental note.</w:t>
      </w:r>
    </w:p>
    <w:p>
      <w:r/>
    </w:p>
    <w:p>
      <w:r/>
      <w:r>
        <w:t>“So,” he said, “if someone was using the wells to suppress whatever this is, it didn’t work.”</w:t>
      </w:r>
    </w:p>
    <w:p>
      <w:r/>
    </w:p>
    <w:p>
      <w:r/>
      <w:r>
        <w:t>“Or it was never about suppression,” Abby countered. “Maybe it’s a siphon. Maybe the energy—or whatever you want to call it—wasn’t meant to be stopped. Just routed away from population centers.”</w:t>
      </w:r>
    </w:p>
    <w:p>
      <w:r/>
    </w:p>
    <w:p>
      <w:r/>
      <w:r>
        <w:t>Nate sat back, impressed despite himself. “You could’ve been a physicist.”</w:t>
      </w:r>
    </w:p>
    <w:p>
      <w:r/>
    </w:p>
    <w:p>
      <w:r/>
      <w:r>
        <w:t>Abby smiled, brittle as the glass behind her. “Not my best subject. My brother’s field, not mine.” She returned to the file, but the muscles at her jaw had tightened.</w:t>
      </w:r>
    </w:p>
    <w:p>
      <w:r/>
    </w:p>
    <w:p>
      <w:r/>
      <w:r>
        <w:t>Nate waited, then: “Do you ever talk about this with your brother?”</w:t>
      </w:r>
    </w:p>
    <w:p>
      <w:r/>
    </w:p>
    <w:p>
      <w:r/>
      <w:r>
        <w:t>She didn’t answer right away. Instead, she picked up a fresh folder and began stacking the documents within with mechanical efficiency. “We had a falling out,” she said at last. “About a lot of things. But mostly about this.”</w:t>
      </w:r>
    </w:p>
    <w:p>
      <w:r/>
    </w:p>
    <w:p>
      <w:r/>
      <w:r>
        <w:t>She slid the folder to him, eyes refusing to meet his. “You said you had a new hypothesis. Something about the resonance period?”</w:t>
      </w:r>
    </w:p>
    <w:p>
      <w:r/>
    </w:p>
    <w:p>
      <w:r/>
      <w:r>
        <w:t>He nodded, opening the folder. The research was exactly as she’d promised: primary documents, none of the dumbed-down summaries museums fed to the public. “If the grid’s harmonic, it should show periodic activation. But all the historical records point to random events—collapses, drownings, weird weather.”</w:t>
      </w:r>
    </w:p>
    <w:p>
      <w:r/>
    </w:p>
    <w:p>
      <w:r/>
      <w:r>
        <w:t>“But your uncle thought it was on a clock,” Abby said, not a question.</w:t>
      </w:r>
    </w:p>
    <w:p>
      <w:r/>
    </w:p>
    <w:p>
      <w:r/>
      <w:r>
        <w:t>“Yeah.” Nate scanned the first page, then another. “He was convinced the anomaly peaked every twenty-three years. Like a heartbeat.”</w:t>
      </w:r>
    </w:p>
    <w:p>
      <w:r/>
    </w:p>
    <w:p>
      <w:r/>
      <w:r>
        <w:t>Abby considered, then reached across for her own notes. “There was a massive landslide in ‘41. Sinkhole in ‘64. Another incident at Crater Lake in ‘87. That lines up—almost.”</w:t>
      </w:r>
    </w:p>
    <w:p>
      <w:r/>
    </w:p>
    <w:p>
      <w:r/>
      <w:r>
        <w:t>Nate grinned. “Almost is better than random.”</w:t>
      </w:r>
    </w:p>
    <w:p>
      <w:r/>
    </w:p>
    <w:p>
      <w:r/>
      <w:r>
        <w:t>He looked up, expecting to see her smile, but instead found her eyes fixed on his hands. He followed her gaze. His right wrist bore a faded scar, the result of a training mishap years ago, but the skin now looked faintly blue in the LED glow.</w:t>
      </w:r>
    </w:p>
    <w:p>
      <w:r/>
    </w:p>
    <w:p>
      <w:r/>
      <w:r>
        <w:t>He rolled his sleeve down, feeling suddenly exposed. “Occupational hazard.”</w:t>
      </w:r>
    </w:p>
    <w:p>
      <w:r/>
    </w:p>
    <w:p>
      <w:r/>
      <w:r>
        <w:t>Abby’s lips thinned, but she didn’t press. “You said your uncle went off-grid for three months before his death. Where did he go?”</w:t>
      </w:r>
    </w:p>
    <w:p>
      <w:r/>
    </w:p>
    <w:p>
      <w:r/>
      <w:r>
        <w:t>Nate shrugged. “He told the family he was hiking, but there are receipts for motels all over the Pacific Northwest. Last ping was right here, in Jacksonville.”</w:t>
      </w:r>
    </w:p>
    <w:p>
      <w:r/>
    </w:p>
    <w:p>
      <w:r/>
      <w:r>
        <w:t>Abby let out a breath. “And nobody knows what he found.”</w:t>
      </w:r>
    </w:p>
    <w:p>
      <w:r/>
    </w:p>
    <w:p>
      <w:r/>
      <w:r>
        <w:t>He shook his head. “If anyone does, they’re not talking. But I found an email draft on his old laptop. It was addressed to you.”</w:t>
      </w:r>
    </w:p>
    <w:p>
      <w:r/>
    </w:p>
    <w:p>
      <w:r/>
      <w:r>
        <w:t>That stopped her. “You’re kidding.”</w:t>
      </w:r>
    </w:p>
    <w:p>
      <w:r/>
    </w:p>
    <w:p>
      <w:r/>
      <w:r>
        <w:t>“Wish I was. He never sent it—maybe lost his nerve. But he wanted you to look after something.” He fished out his phone, scrolled, and handed it over. The message was simple, but heavy with meaning:</w:t>
      </w:r>
    </w:p>
    <w:p>
      <w:r/>
    </w:p>
    <w:p>
      <w:r/>
      <w:r>
        <w:t>“If anything happens to me, she’s the only one who’ll know what to do. Show her the calibration log. It’s in the fallback locker.”</w:t>
      </w:r>
    </w:p>
    <w:p>
      <w:r/>
    </w:p>
    <w:p>
      <w:r/>
      <w:r>
        <w:t>Abby read it twice, then passed the phone back. “What’s a fallback locker?”</w:t>
      </w:r>
    </w:p>
    <w:p>
      <w:r/>
    </w:p>
    <w:p>
      <w:r/>
      <w:r>
        <w:t>Nate shrugged. “My guess? Safety deposit box. Or maybe something hidden in plain sight. But if there’s a key, it’s got your name on it.”</w:t>
      </w:r>
    </w:p>
    <w:p>
      <w:r/>
    </w:p>
    <w:p>
      <w:r/>
      <w:r>
        <w:t>She digested this, then stood abruptly. “Come with me,” she said, voice strained.</w:t>
      </w:r>
    </w:p>
    <w:p>
      <w:r/>
    </w:p>
    <w:p>
      <w:r/>
      <w:r>
        <w:t>He rose and followed her down the hall, past the climate-controlled storage, into a narrow corridor with two doors—one labeled “Staff Only,” the other, “Maintenance.” She unlocked the first with a card swipe, then led him into a cramped office that looked nothing like the polished workspace in the main archive.</w:t>
      </w:r>
    </w:p>
    <w:p>
      <w:r/>
    </w:p>
    <w:p>
      <w:r/>
      <w:r>
        <w:t>This was her cave. The shelves were lined with monographs, hand-labeled manila folders, a phalanx of geology texts in every major language. On the wall was a map of the Pacific Northwest, strings of red thread criss-crossing the state lines, pushpins clustering in crazy, non-random groupings. There were also photos—old field teams, a smiling younger Abby with her arm around a tall, grinning man who could only be her brother, and, in one blurry black-and-white, a stern-faced child with the same sharp chin and fierce gaze.</w:t>
      </w:r>
    </w:p>
    <w:p>
      <w:r/>
    </w:p>
    <w:p>
      <w:r/>
      <w:r>
        <w:t>Abby locked the door, then moved to a battered file cabinet in the corner. From beneath her collar she withdrew a chain, and at the end of it a tiny, battered key. She unlocked the lowest drawer, knelt, and rifled through until she found a weathered field notebook, bound in duct tape and stamped on the edge with a single word: “CAL.”</w:t>
      </w:r>
    </w:p>
    <w:p>
      <w:r/>
    </w:p>
    <w:p>
      <w:r/>
      <w:r>
        <w:t>She handed it to Nate, her hand trembling. “My brother’s. From the year before he disappeared.”</w:t>
      </w:r>
    </w:p>
    <w:p>
      <w:r/>
    </w:p>
    <w:p>
      <w:r/>
      <w:r>
        <w:t>Nate turned the pages. Each was dense with diagrams, handwritten equations, and columns of numbers—magnetic readings, date-stamped and geotagged. The entries started methodical and grew more frantic, the writing sloping into jagged spikes. At the back, there was a loose leaf, folded in half. Nate opened it and read the inscription:</w:t>
      </w:r>
    </w:p>
    <w:p>
      <w:r/>
    </w:p>
    <w:p>
      <w:r/>
      <w:r>
        <w:t>“Grid unlocked. Interference isn’t geological—at least not entirely. Energy manifests on schedule. Next peak due 10/14. If you find this, warn the others.”</w:t>
      </w:r>
    </w:p>
    <w:p>
      <w:r/>
    </w:p>
    <w:p>
      <w:r/>
      <w:r>
        <w:t>He looked up. “What happened to him?”</w:t>
      </w:r>
    </w:p>
    <w:p>
      <w:r/>
    </w:p>
    <w:p>
      <w:r/>
      <w:r>
        <w:t>Abby didn’t answer at first. Then, with a voice stripped of all pretense, she said: “He walked into the woods near Crater Lake and never came out. Search teams found nothing. The official story is that he fell into a vent, or drowned. But I think—” She stopped, jaw flexing. “I think the spiral took him.”</w:t>
      </w:r>
    </w:p>
    <w:p>
      <w:r/>
    </w:p>
    <w:p>
      <w:r/>
      <w:r>
        <w:t>For a moment neither spoke, the silence weighted by the presence of too many ghosts. Nate felt something pass between them—a charge, not of fear, but recognition. He understood now why Abby guarded her knowledge so fiercely. This wasn’t academic for her. It was blood, and bone, and loss with no closure.</w:t>
      </w:r>
    </w:p>
    <w:p>
      <w:r/>
    </w:p>
    <w:p>
      <w:r/>
      <w:r>
        <w:t>He set the notebook down, careful as handling a relic. “If you want to stop this, we need to work together.”</w:t>
      </w:r>
    </w:p>
    <w:p>
      <w:r/>
    </w:p>
    <w:p>
      <w:r/>
      <w:r>
        <w:t>Abby nodded, once. “We’ll start with the calibration log. If there’s a signal, it’s in the data. I’ll trust you to vet my math.”</w:t>
      </w:r>
    </w:p>
    <w:p>
      <w:r/>
    </w:p>
    <w:p>
      <w:r/>
      <w:r>
        <w:t>He smiled, grateful for the flicker of partnership. “And I’ll trust you to keep me from doing something stupid.”</w:t>
      </w:r>
    </w:p>
    <w:p>
      <w:r/>
    </w:p>
    <w:p>
      <w:r/>
      <w:r>
        <w:t>Abby allowed herself a laugh. “That’s a full-time job.”</w:t>
      </w:r>
    </w:p>
    <w:p>
      <w:r/>
    </w:p>
    <w:p>
      <w:r/>
      <w:r>
        <w:t>They lingered a moment longer, surrounded by the dense archive of a life’s obsession. Then Abby straightened, retied her bun, and motioned to the main room.</w:t>
      </w:r>
    </w:p>
    <w:p>
      <w:r/>
    </w:p>
    <w:p>
      <w:r/>
      <w:r>
        <w:t>“Back to work, Chase. The spiral doesn’t wait.”</w:t>
      </w:r>
    </w:p>
    <w:p>
      <w:r/>
    </w:p>
    <w:p>
      <w:r/>
      <w:r>
        <w:t>They left the office together, the low click of the lock echoing in the empty corridor. It sounded, for once, less like an ending than the start of something that might, if they were lucky, break the cycle once and for all.</w:t>
      </w:r>
    </w:p>
    <w:p>
      <w:r/>
    </w:p>
    <w:p>
      <w:r/>
    </w:p>
    <w:p>
      <w:r/>
      <w:r>
        <w:t># Scene 2</w:t>
      </w:r>
    </w:p>
    <w:p>
      <w:r/>
    </w:p>
    <w:p>
      <w:r/>
      <w:r>
        <w:t>It was never as simple as guilt, or loss. The moment the door to her private office shut behind them, the air changed. It became thinner, heavier, saturated with something that wasn’t just memory but the bone-deep certainty of what she’d failed to do.</w:t>
      </w:r>
    </w:p>
    <w:p>
      <w:r/>
    </w:p>
    <w:p>
      <w:r/>
      <w:r>
        <w:t>Abby moved to the battered file cabinet and withdrew a second, smaller box—an artifact transport case, acid-free, the sort meant to cradle arrowheads or shreds of parchment. Her hands trembled, and she hated that Nate would notice. He said nothing, only stood near the desk, eyes scanning the wall of maps and the spectral tangle of red thread as if he could decode it all by force of will.</w:t>
      </w:r>
    </w:p>
    <w:p>
      <w:r/>
    </w:p>
    <w:p>
      <w:r/>
      <w:r>
        <w:t>The box thunked onto the desk, lighter than its cargo. She fumbled the lid, almost dropping it before regaining composure. Inside was a field notebook the color of dried blood, its corners split and curling, duct-tape reinforcements peeling. Beneath it, a black plastic voice recorder, vintage even by 2010s standards, and a battered, softbound topographical map scored with pencil marks and bleeding highlighter.</w:t>
      </w:r>
    </w:p>
    <w:p>
      <w:r/>
    </w:p>
    <w:p>
      <w:r/>
      <w:r>
        <w:t>“This is all I have left,” she said. The words didn’t sound like hers. “Caleb’s field notes. His voice, just before—” She couldn’t finish the sentence.</w:t>
      </w:r>
    </w:p>
    <w:p>
      <w:r/>
    </w:p>
    <w:p>
      <w:r/>
      <w:r>
        <w:t>She took the notebook out and thumbed through the pages. Every line was obsessive. Not just numbers, but equations, jotted conversion factors, scrawled coordinates, and the kind of impromptu poetry only true believers left in their margins. She heard her own breathing, wet and uneven, as she held it open.</w:t>
      </w:r>
    </w:p>
    <w:p>
      <w:r/>
    </w:p>
    <w:p>
      <w:r/>
      <w:r>
        <w:t>“My brother was a geologist,” she managed. “Spent his early career tracking faults in the Basin and Range. He wrote his dissertation on mag anomalies in Oregon. He… loved the fieldwork. Loved the myths more.” She laughed, a tiny, brittle thing. “He used to say the rocks talked to him if you listened hard enough.”</w:t>
      </w:r>
    </w:p>
    <w:p>
      <w:r/>
    </w:p>
    <w:p>
      <w:r/>
      <w:r>
        <w:t>Nate didn’t interrupt. He was good at being silent, at least.</w:t>
      </w:r>
    </w:p>
    <w:p>
      <w:r/>
    </w:p>
    <w:p>
      <w:r/>
      <w:r>
        <w:t>“Three years ago,” Abby continued, “Caleb started chasing rumors. Old stories—Native American, miner legends, even the New Age garbage. He thought there was a pattern to the energy spikes, the places where compasses went crazy. He started mapping them. The map grew. He stopped sleeping, stopped visiting friends.” She turned a page, exposing dense columns of microprint. “He called it the ‘convergence spiral.’ The last few months, he barely left his room. When he did, it was just to hike out to one of the sites.”</w:t>
      </w:r>
    </w:p>
    <w:p>
      <w:r/>
    </w:p>
    <w:p>
      <w:r/>
      <w:r>
        <w:t>She put the notebook on the desk, fingers splayed across the cover as if anchoring herself to the present. “I told him he was losing it. I said he needed help.”</w:t>
      </w:r>
    </w:p>
    <w:p>
      <w:r/>
    </w:p>
    <w:p>
      <w:r/>
      <w:r>
        <w:t>Nate, still silent, watched her face—not the notebook.</w:t>
      </w:r>
    </w:p>
    <w:p>
      <w:r/>
    </w:p>
    <w:p>
      <w:r/>
      <w:r>
        <w:t>“He hated Crater Lake,” Abby said, voice wavering. “Called it the ‘eye at the top of the pyramid.’ But he went there anyway. March 17th, he checked into a research hostel. Spent two weeks walking the caldera. On the last day, he texted me a GPS coordinate and nothing else.”</w:t>
      </w:r>
    </w:p>
    <w:p>
      <w:r/>
    </w:p>
    <w:p>
      <w:r/>
      <w:r>
        <w:t>She picked up the recorder. Her hands shook so badly she almost dropped it, but she forced her thumb onto the play button.</w:t>
      </w:r>
    </w:p>
    <w:p>
      <w:r/>
    </w:p>
    <w:p>
      <w:r/>
      <w:r>
        <w:t>A burst of static, then Caleb’s voice filled the office—brighter and more musical than Abby remembered, but tired at its edges.</w:t>
      </w:r>
    </w:p>
    <w:p>
      <w:r/>
    </w:p>
    <w:p>
      <w:r/>
      <w:r>
        <w:t>“—nother reading at South Rim. Compass swings ninety degrees, then back. Seismic’s dead, but I can feel the ground flex. Never seen baseline drift like this. Map overlay matches Native markers, but survey team won’t buy it. Got to try the next node.”</w:t>
      </w:r>
    </w:p>
    <w:p>
      <w:r/>
    </w:p>
    <w:p>
      <w:r/>
      <w:r>
        <w:t>A breath, heavy and ragged.</w:t>
      </w:r>
    </w:p>
    <w:p>
      <w:r/>
    </w:p>
    <w:p>
      <w:r/>
      <w:r>
        <w:t>“Abby, if you get this—look at the Well records. Compare against the 1870s mining grid. They’re the same. There’s a reason the elders called it Giiwas, not Mazama. There’s a reason the miners died. And it’s not superstition.”</w:t>
      </w:r>
    </w:p>
    <w:p>
      <w:r/>
    </w:p>
    <w:p>
      <w:r/>
      <w:r>
        <w:t>A click, then silence.</w:t>
      </w:r>
    </w:p>
    <w:p>
      <w:r/>
    </w:p>
    <w:p>
      <w:r/>
      <w:r>
        <w:t>Abby thumbed off the recorder, fighting to keep her face from crumpling. She had memorized every word, every rasp and crack in the audio, but playing it never failed to cut her open.</w:t>
      </w:r>
    </w:p>
    <w:p>
      <w:r/>
    </w:p>
    <w:p>
      <w:r/>
      <w:r>
        <w:t>She took a long breath and pressed on, because she owed it to him. “Caleb disappeared the next day. They found his tent, his gear, but not him. Official story is he fell into a fissure, or got lost in the snow. I know better.”</w:t>
      </w:r>
    </w:p>
    <w:p>
      <w:r/>
    </w:p>
    <w:p>
      <w:r/>
      <w:r>
        <w:t>She turned to the map, sliding it flat between them. Every possible route and anomaly marked, each spiral meticulously notated, the graphite smudges forming dark stars at every node.</w:t>
      </w:r>
    </w:p>
    <w:p>
      <w:r/>
    </w:p>
    <w:p>
      <w:r/>
      <w:r>
        <w:t>Flashback: She was sitting at a kitchen table in Eugene, mug of black coffee cooling in her hands, while Caleb jabbed at a hand-drawn map, eyes frantic and sleepless.</w:t>
      </w:r>
    </w:p>
    <w:p>
      <w:r/>
    </w:p>
    <w:p>
      <w:r/>
      <w:r>
        <w:t>“They’re all the same distance from the center,” he’d insisted, voice at once pleading and triumphant. “Like a crop circle, but on a thousand-mile scale. Nobody notices because the points don’t line up on a flat map. You have to use geodetic coordinates. The whole damn state is a spiral.”</w:t>
      </w:r>
    </w:p>
    <w:p>
      <w:r/>
    </w:p>
    <w:p>
      <w:r/>
      <w:r>
        <w:t>Abby, then: “And what, exactly, does that prove?”</w:t>
      </w:r>
    </w:p>
    <w:p>
      <w:r/>
    </w:p>
    <w:p>
      <w:r/>
      <w:r>
        <w:t>He’d glared at her. “That someone, or something, built it that way. That it’s not natural.”</w:t>
      </w:r>
    </w:p>
    <w:p>
      <w:r/>
    </w:p>
    <w:p>
      <w:r/>
      <w:r>
        <w:t>She’d snorted, feeling the first flush of embarrassment on his behalf. “You sound like the guys who spammed my undergrad inbox about the Denver Airport.”</w:t>
      </w:r>
    </w:p>
    <w:p>
      <w:r/>
    </w:p>
    <w:p>
      <w:r/>
      <w:r>
        <w:t>Caleb had gone still, fingers drumming the table. “If you don’t believe me, why did you even come?”</w:t>
      </w:r>
    </w:p>
    <w:p>
      <w:r/>
    </w:p>
    <w:p>
      <w:r/>
      <w:r>
        <w:t>The hurt in his voice had burned, but she’d ignored it. “You’re my brother. Of course I came. I just want you to get some sleep. See a doctor. Maybe lay off the Internet for a while.”</w:t>
      </w:r>
    </w:p>
    <w:p>
      <w:r/>
    </w:p>
    <w:p>
      <w:r/>
      <w:r>
        <w:t>He’d stood abruptly, almost knocking the mug over. “You never listen. Never. Not even when we were kids.”</w:t>
      </w:r>
    </w:p>
    <w:p>
      <w:r/>
    </w:p>
    <w:p>
      <w:r/>
      <w:r>
        <w:t>She’d wanted to say something kind, to pull him back from the precipice, but instead: “I’m listening now. Just don’t make me regret it.”</w:t>
      </w:r>
    </w:p>
    <w:p>
      <w:r/>
    </w:p>
    <w:p>
      <w:r/>
      <w:r>
        <w:t>The argument had spiraled, as all their arguments did, until he stormed out to pace the block, and Abby had sat at the table, staring at the page, willing herself not to cry.</w:t>
      </w:r>
    </w:p>
    <w:p>
      <w:r/>
    </w:p>
    <w:p>
      <w:r/>
      <w:r>
        <w:t>That was the last time she saw him in person.</w:t>
      </w:r>
    </w:p>
    <w:p>
      <w:r/>
    </w:p>
    <w:p>
      <w:r/>
      <w:r>
        <w:t>Now, in the windowless office, she forced herself to look at Nate. “I told him to get professional help. He needed me and I shut him down.”</w:t>
      </w:r>
    </w:p>
    <w:p>
      <w:r/>
    </w:p>
    <w:p>
      <w:r/>
      <w:r>
        <w:t>Nate’s voice was softer than she expected. “You were trying to help. That’s what sisters do.”</w:t>
      </w:r>
    </w:p>
    <w:p>
      <w:r/>
    </w:p>
    <w:p>
      <w:r/>
      <w:r>
        <w:t>“Not enough,” Abby said, anger and shame twined tight in her chest. “If I’d listened—if I’d taken him seriously—maybe he’d have come home.”</w:t>
      </w:r>
    </w:p>
    <w:p>
      <w:r/>
    </w:p>
    <w:p>
      <w:r/>
      <w:r>
        <w:t>For a moment, the only sound in the room was the dry shuffle of paper as she closed the notebook. The red-threaded map on the wall looked suddenly like a nervous system, exposed and raw.</w:t>
      </w:r>
    </w:p>
    <w:p>
      <w:r/>
    </w:p>
    <w:p>
      <w:r/>
      <w:r>
        <w:t>She wiped her eyes with the heel of her hand, refusing to let a tear fall. “That’s why I do this. Why I won’t let it go.”</w:t>
      </w:r>
    </w:p>
    <w:p>
      <w:r/>
    </w:p>
    <w:p>
      <w:r/>
      <w:r>
        <w:t>Nate was silent, but she could feel his empathy, unfamiliar and almost unwelcome. She needed skepticism, a challenge to keep her sharp, but what he offered was understanding. It was almost unbearable.</w:t>
      </w:r>
    </w:p>
    <w:p>
      <w:r/>
    </w:p>
    <w:p>
      <w:r/>
      <w:r>
        <w:t>Abby stood, as if unable to contain the energy in her chair. She paced the length of the tiny office, hands clasped behind her back to keep from trembling. “I should’ve been the scientist. He was always the dreamer.”</w:t>
      </w:r>
    </w:p>
    <w:p>
      <w:r/>
    </w:p>
    <w:p>
      <w:r/>
      <w:r>
        <w:t>Nate smiled, just a little. “Sometimes the dreamers see things the scientists don’t.”</w:t>
      </w:r>
    </w:p>
    <w:p>
      <w:r/>
    </w:p>
    <w:p>
      <w:r/>
      <w:r>
        <w:t>Abby almost laughed, a sharp exhalation of disbelief. “I spent my whole life trying not to be like him. Now I can’t think about anything else.”</w:t>
      </w:r>
    </w:p>
    <w:p>
      <w:r/>
    </w:p>
    <w:p>
      <w:r/>
      <w:r>
        <w:t>She stopped, turned, and faced Nate squarely. “This isn’t about the mining records, or the Society’s reputation. It’s about finding out what happened to Caleb, and proving—if only to myself—that he wasn’t insane.”</w:t>
      </w:r>
    </w:p>
    <w:p>
      <w:r/>
    </w:p>
    <w:p>
      <w:r/>
      <w:r>
        <w:t>Nate nodded, understanding in the lines around his eyes. “You want to follow the trail.”</w:t>
      </w:r>
    </w:p>
    <w:p>
      <w:r/>
    </w:p>
    <w:p>
      <w:r/>
      <w:r>
        <w:t>Abby returned to the desk, leaning heavy on her palms. “I want to finish what he started. If I can do that, maybe I can forgive myself.”</w:t>
      </w:r>
    </w:p>
    <w:p>
      <w:r/>
    </w:p>
    <w:p>
      <w:r/>
      <w:r>
        <w:t>For a time, they stood together in the hush of the archive, surrounded by the last evidence of a life that had burned too bright and vanished too fast.</w:t>
      </w:r>
    </w:p>
    <w:p>
      <w:r/>
    </w:p>
    <w:p>
      <w:r/>
      <w:r>
        <w:t>Abby let her hand rest on the notebook, feeling the rough edge of the duct tape, the ghost heat of her brother’s obsession. She met Nate’s gaze, this time holding it. “Now you know why I couldn’t walk away.”</w:t>
      </w:r>
    </w:p>
    <w:p>
      <w:r/>
    </w:p>
    <w:p>
      <w:r/>
      <w:r>
        <w:t>“I get it,” Nate said, voice sure. “We’ll finish it together.”</w:t>
      </w:r>
    </w:p>
    <w:p>
      <w:r/>
    </w:p>
    <w:p>
      <w:r/>
      <w:r>
        <w:t>Abby felt the truth of it—a weight lifted, a new one in its place, but lighter. She nodded once, and for the first time since Caleb vanished, allowed herself to hope that maybe the spiral didn’t have to end in the same way it always had.</w:t>
      </w:r>
    </w:p>
    <w:p>
      <w:r/>
    </w:p>
    <w:p>
      <w:r/>
      <w:r>
        <w:t>She closed the box, hands steady at last, and let the silence settle as a kind of peace.</w:t>
      </w:r>
    </w:p>
    <w:p>
      <w:r/>
    </w:p>
    <w:p>
      <w:r/>
    </w:p>
    <w:p>
      <w:r/>
      <w:r>
        <w:t># Scene 3</w:t>
      </w:r>
    </w:p>
    <w:p>
      <w:r/>
    </w:p>
    <w:p>
      <w:r/>
      <w:r>
        <w:t>It was always the notebooks that told the truth, even when the people who wrote them lied, or died, or tried to turn memory into something less ruinous than it really was.</w:t>
      </w:r>
    </w:p>
    <w:p>
      <w:r/>
    </w:p>
    <w:p>
      <w:r/>
      <w:r>
        <w:t>Nate read by the full glare of Abby’s desk lamp, no filters or museum bulbs to soften the assault of what was on the page. Caleb’s handwriting was clinical but desperate, the letters crowded in places, sprawling in others, as if the very act of recording was an attempt to corral something untamable. There were date-stamped measurements—Tesla, Gauss, latitude, longitude—each value annotated with a mood or a symptom. “Sick to stomach, baseline drift.” “Ears ringing.” “Wind dies at apex of reading.” Then, as the weeks ticked by: “Pressure at back of skull.” “Seeing lines in air.”</w:t>
      </w:r>
    </w:p>
    <w:p>
      <w:r/>
    </w:p>
    <w:p>
      <w:r/>
      <w:r>
        <w:t>Nate recognized the pattern: soldier logs. The way a body learns to keep tabs on its own decay, to record the little slips before they become unmanageable. But this wasn’t PTSD, not exactly. It was closer to the feverish tracking of an astronomer who can’t sleep until every anomaly in the sky is accounted for.</w:t>
      </w:r>
    </w:p>
    <w:p>
      <w:r/>
    </w:p>
    <w:p>
      <w:r/>
      <w:r>
        <w:t>“He stopped trusting anyone near the end,” Abby said, voice husked from confession. “Kept saying someone was rerouting his mail. His funding got cut off out of nowhere. Even his friends at the university started ignoring calls.”</w:t>
      </w:r>
    </w:p>
    <w:p>
      <w:r/>
    </w:p>
    <w:p>
      <w:r/>
      <w:r>
        <w:t>Nate lifted his eyes from the page. “You think someone was watching him?”</w:t>
      </w:r>
    </w:p>
    <w:p>
      <w:r/>
    </w:p>
    <w:p>
      <w:r/>
      <w:r>
        <w:t>“Maybe. Or maybe it was just the spiral, getting inside his head.” She said it without irony, the word “spiral” now an article of faith, like gravity or death.</w:t>
      </w:r>
    </w:p>
    <w:p>
      <w:r/>
    </w:p>
    <w:p>
      <w:r/>
      <w:r>
        <w:t>Nate returned to the notebook, flipping forward to a run of pages marked with red pencil. These were sketches: not just maps, but reproductions of petroglyphs from the Klamath, some so cleanly rendered that he could practically feel the basalt under his own thumb. “He didn’t just visit the sites,” Nate observed. “He copied every petroglyph he could find.”</w:t>
      </w:r>
    </w:p>
    <w:p>
      <w:r/>
    </w:p>
    <w:p>
      <w:r/>
      <w:r>
        <w:t>Abby nodded. “He thought the old ones knew what the spiral did. The symbols were a warning, or a trigger. Or both.”</w:t>
      </w:r>
    </w:p>
    <w:p>
      <w:r/>
    </w:p>
    <w:p>
      <w:r/>
      <w:r>
        <w:t>Nate whistled, low. “Your brother was thorough.”</w:t>
      </w:r>
    </w:p>
    <w:p>
      <w:r/>
    </w:p>
    <w:p>
      <w:r/>
      <w:r>
        <w:t>“He was obsessed,” Abby corrected, but the word came with a pride that she couldn’t hide.</w:t>
      </w:r>
    </w:p>
    <w:p>
      <w:r/>
    </w:p>
    <w:p>
      <w:r/>
      <w:r>
        <w:t>She reached for the recorder, hesitated, then set it aside. “There’s something else. Caleb wasn’t just freelance. He got a grant from a private foundation. They wanted him to prove the ‘earth energy’ theory, but only if he could explain it with math. When he started finding evidence that the spiral was real, they pulled support. Said he’d faked his data.”</w:t>
      </w:r>
    </w:p>
    <w:p>
      <w:r/>
    </w:p>
    <w:p>
      <w:r/>
      <w:r>
        <w:t>“Who was the sponsor?”</w:t>
      </w:r>
    </w:p>
    <w:p>
      <w:r/>
    </w:p>
    <w:p>
      <w:r/>
      <w:r>
        <w:t>Abby’s eyes went distant. “A group called Tanglewood. Officially, they do environmental analysis. Unofficially, they’re a shell for a dozen different outfits. Some academic, some… less so.”</w:t>
      </w:r>
    </w:p>
    <w:p>
      <w:r/>
    </w:p>
    <w:p>
      <w:r/>
      <w:r>
        <w:t>“Government?”</w:t>
      </w:r>
    </w:p>
    <w:p>
      <w:r/>
    </w:p>
    <w:p>
      <w:r/>
      <w:r>
        <w:t>She shook her head. “Worse. Private equity. They wanted to patent the process for mapping ‘subsurface anomalies.’ The kind you could weaponize. Or hide things in.”</w:t>
      </w:r>
    </w:p>
    <w:p>
      <w:r/>
    </w:p>
    <w:p>
      <w:r/>
      <w:r>
        <w:t>Nate took this in. It tracked with what he’d found in the background checks—Caleb had briefly gone full tinfoil, writing letters to Congress, the press, even the Vatican, trying to get anyone to take the spiral seriously. No one had. Now Nate was reading the only existing copy of the theory that might have killed him.</w:t>
      </w:r>
    </w:p>
    <w:p>
      <w:r/>
    </w:p>
    <w:p>
      <w:r/>
      <w:r>
        <w:t>He kept reading. The last section of the notebook was in a different register, the entries shorter, almost telegraphic. The spiral was closing. A precise date: “10/14. All nodes point here. Convergence event.” Beneath it, a list of supplies—rope, water, spare batteries, flare gun—and a final line, scrawled bigger than any before:</w:t>
      </w:r>
    </w:p>
    <w:p>
      <w:r/>
    </w:p>
    <w:p>
      <w:r/>
      <w:r>
        <w:t>“Once you see it, there’s no going back.”</w:t>
      </w:r>
    </w:p>
    <w:p>
      <w:r/>
    </w:p>
    <w:p>
      <w:r/>
      <w:r>
        <w:t>Nate looked up, found Abby watching his face as if she could decode the secret he’d just uncovered.</w:t>
      </w:r>
    </w:p>
    <w:p>
      <w:r/>
    </w:p>
    <w:p>
      <w:r/>
      <w:r>
        <w:t>He put the notebook down, careful, as if it might detonate. “Do you know what happened on the fourteenth?”</w:t>
      </w:r>
    </w:p>
    <w:p>
      <w:r/>
    </w:p>
    <w:p>
      <w:r/>
      <w:r>
        <w:t>Abby shook her head. “The night before, he called me. Left a message I still have. I’ve never played it for anyone.”</w:t>
      </w:r>
    </w:p>
    <w:p>
      <w:r/>
    </w:p>
    <w:p>
      <w:r/>
      <w:r>
        <w:t>She reached into the transport box, extracted an old phone, and cued the voicemail. Her fingers trembled so badly that she had to brace her wrist on the edge of the desk.</w:t>
      </w:r>
    </w:p>
    <w:p>
      <w:r/>
    </w:p>
    <w:p>
      <w:r/>
      <w:r>
        <w:t>“Hey, Ab. I’m at the lake. It’s beautiful here. I can see the whole spiral in my head. You were right—I should have let it go, but now that I’m here, it all makes sense. If I don’t check in tomorrow, tell them not to look for me. It’s bigger than us. It’s—” He broke off, the sound muffled by wind, or maybe just panic. “They’re watching. I can feel it. Take care of yourself. I love you.”</w:t>
      </w:r>
    </w:p>
    <w:p>
      <w:r/>
    </w:p>
    <w:p>
      <w:r/>
      <w:r>
        <w:t>The message ended in static.</w:t>
      </w:r>
    </w:p>
    <w:p>
      <w:r/>
    </w:p>
    <w:p>
      <w:r/>
      <w:r>
        <w:t>Abby clicked the phone off and stared at her hands, jaw locked against whatever emotion might try to escape. When she spoke, her voice was flat. “I tried to have him committed once. Drove up to Portland and told the admissions nurse he was a danger to himself. He ran out the back door and hitchhiked to the coast.” She laughed, the sound warped and bitter. “He never forgave me.”</w:t>
      </w:r>
    </w:p>
    <w:p>
      <w:r/>
    </w:p>
    <w:p>
      <w:r/>
      <w:r>
        <w:t>Nate’s own scars ached, old bone memory flaring in sympathy. He wanted to say, “It’s not your fault,” but that would have been a lie, or at least a waste of breath. He’d done the same thing to his own family, once, and there were no words for how that kind of fracture healed.</w:t>
      </w:r>
    </w:p>
    <w:p>
      <w:r/>
    </w:p>
    <w:p>
      <w:r/>
      <w:r>
        <w:t>“After he vanished,” Abby went on, “I kept looking. I made excuses—said I wanted closure for my parents, for the Society. But really I wanted to prove he was right. That he hadn’t died for nothing.”</w:t>
      </w:r>
    </w:p>
    <w:p>
      <w:r/>
    </w:p>
    <w:p>
      <w:r/>
      <w:r>
        <w:t>Nate nodded, understanding finally the depth of her initial hostility, her need to keep every move, every theory, under personal lock and key.</w:t>
      </w:r>
    </w:p>
    <w:p>
      <w:r/>
    </w:p>
    <w:p>
      <w:r/>
      <w:r>
        <w:t>“Why tell me now?” he asked, voice softer than he meant.</w:t>
      </w:r>
    </w:p>
    <w:p>
      <w:r/>
    </w:p>
    <w:p>
      <w:r/>
      <w:r>
        <w:t>Abby hesitated, then: “Because you’re the first person who didn’t laugh. Or patronize. Or try to explain it away.” Her hand touched the edge of the notebook again, this time gentle, almost reverent. “I think the spiral’s real. And I think it’s still out there, changing people, maybe even killing them. I don’t know what it wants, or if it wants anything at all. But if we don’t finish what Caleb started, nobody will.”</w:t>
      </w:r>
    </w:p>
    <w:p>
      <w:r/>
    </w:p>
    <w:p>
      <w:r/>
      <w:r>
        <w:t>Nate set his hand on the table, palm open. He let the gesture stand for what it was—solidarity, a truce, the promise to see this through no matter where it led.</w:t>
      </w:r>
    </w:p>
    <w:p>
      <w:r/>
    </w:p>
    <w:p>
      <w:r/>
      <w:r>
        <w:t>“Let’s find the convergence point,” he said. “Let’s find out what’s really down there.”</w:t>
      </w:r>
    </w:p>
    <w:p>
      <w:r/>
    </w:p>
    <w:p>
      <w:r/>
      <w:r>
        <w:t>Abby smiled, a real one this time. “I was hoping you’d say that.”</w:t>
      </w:r>
    </w:p>
    <w:p>
      <w:r/>
    </w:p>
    <w:p>
      <w:r/>
      <w:r>
        <w:t>She unlocked her laptop, which had sat dark all night, and produced a thumb drive from the inside pocket of her blazer. She plugged it in, the LED winking to life, and typed a password so long and complex that Nate lost track of it by the fifth character.</w:t>
      </w:r>
    </w:p>
    <w:p>
      <w:r/>
    </w:p>
    <w:p>
      <w:r/>
      <w:r>
        <w:t>The screen bloomed with encrypted folders. “Every reading Caleb ever logged. Plus everything I’ve gathered since. I used Society equipment, so it’s clean. But if we’re going to finish this, we’ll have to go off-grid.”</w:t>
      </w:r>
    </w:p>
    <w:p>
      <w:r/>
    </w:p>
    <w:p>
      <w:r/>
      <w:r>
        <w:t>“Agreed.”</w:t>
      </w:r>
    </w:p>
    <w:p>
      <w:r/>
    </w:p>
    <w:p>
      <w:r/>
      <w:r>
        <w:t>Abby clicked open a folder labeled “Field Recon.” Inside were aerial maps, LiDAR surveys, heat signatures, all layered in a software suite Nate recognized from his own days in SAR. There was a subfolder for “Incidents,” cross-indexed with calendar dates, and another for “Unexplained.” Every file was tagged with a unique color, and the interface had the cool, relentless order of a mind determined to win a war by attrition.</w:t>
      </w:r>
    </w:p>
    <w:p>
      <w:r/>
    </w:p>
    <w:p>
      <w:r/>
      <w:r>
        <w:t>Nate sat down beside her, their shoulders almost touching. “You did all this on your own?”</w:t>
      </w:r>
    </w:p>
    <w:p>
      <w:r/>
    </w:p>
    <w:p>
      <w:r/>
      <w:r>
        <w:t>Abby looked embarrassed, but not ashamed. “I had to. Nobody else would believe me. And if I told the Society, they’d just bury it.”</w:t>
      </w:r>
    </w:p>
    <w:p>
      <w:r/>
    </w:p>
    <w:p>
      <w:r/>
      <w:r>
        <w:t>Nate smiled. “I’ve seen worse ops run on a lot less intel.”</w:t>
      </w:r>
    </w:p>
    <w:p>
      <w:r/>
    </w:p>
    <w:p>
      <w:r/>
      <w:r>
        <w:t>He took the mouse, scrolled through the overlays, and saw at once where the spiral converged: a spot just west of Wizard Island, marked with three overlapping petroglyph icons and a bold red star.</w:t>
      </w:r>
    </w:p>
    <w:p>
      <w:r/>
    </w:p>
    <w:p>
      <w:r/>
      <w:r>
        <w:t>“There,” he said.</w:t>
      </w:r>
    </w:p>
    <w:p>
      <w:r/>
    </w:p>
    <w:p>
      <w:r/>
      <w:r>
        <w:t>Abby nodded. “That’s where my brother disappeared.”</w:t>
      </w:r>
    </w:p>
    <w:p>
      <w:r/>
    </w:p>
    <w:p>
      <w:r/>
      <w:r>
        <w:t>They sat together, each privately reckoning with what the next step would mean. The lamplight threw their shadows across the maps, over and over, as if the spiral were winding tighter even now.</w:t>
      </w:r>
    </w:p>
    <w:p>
      <w:r/>
    </w:p>
    <w:p>
      <w:r/>
      <w:r>
        <w:t>Abby clicked the screen to black, then turned to Nate. “Thank you,” she said, the words small but unshakably certain.</w:t>
      </w:r>
    </w:p>
    <w:p>
      <w:r/>
    </w:p>
    <w:p>
      <w:r/>
      <w:r>
        <w:t>Nate just nodded, knowing better than to reply. Some things were better left unsaid, at least until the work was done.</w:t>
      </w:r>
    </w:p>
    <w:p>
      <w:r/>
    </w:p>
    <w:p>
      <w:r/>
      <w:r>
        <w:t>In the hush of the tiny office, they assembled the artifacts, the notebook, the recordings. Everything they would need for a final pass through the spiral. Then, together, they left the room, shutting the door and the ghosts behind them.</w:t>
      </w:r>
    </w:p>
    <w:p>
      <w:r/>
    </w:p>
    <w:p>
      <w:r/>
      <w:r>
        <w:t>They didn’t look back.</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