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Mid-afternoon found the old town simmering beneath a sky as blue as kiln-fired porcelain, heat radiating in waves off the blacktop but failing—somehow—to touch the square where the Jacksonville well brooded. The approach was ritual, almost funereal: Abby parked the car at the edge of the historic district, and they set out on foot, the hush of the hour amplifying every distant crow and the faint clatter of wind-tossed oak leaves. Nate could feel the sleep deprivation clinging to his skin, but adrenaline made his movements crisp, almost military, as he kept step behind Abby’s measured pace.</w:t>
      </w:r>
    </w:p>
    <w:p>
      <w:r/>
    </w:p>
    <w:p>
      <w:r/>
      <w:r>
        <w:t>The well stood in a cobbled courtyard, a space that had once marked the heart of the mining camp but now felt like a deliberate act of isolation. Granite blocks ringed the mouth, each block as broad as a tombstone and twice as worn, lichen eating at the mortar lines and making strange constellations on the faces. The perimeter was hemmed in by a wrought-iron fence—original, by the look of it, though years of paint and neglect had given the uprights a lumpy, gouty look. Warning signs hung at eye level in three languages, their directives reduced by sun-fade to the simplest of shapes: a hand, a skull, a stylized droplet.</w:t>
      </w:r>
    </w:p>
    <w:p>
      <w:r/>
    </w:p>
    <w:p>
      <w:r/>
      <w:r>
        <w:t>At this hour the square was deserted except for the suggestion of life beyond the trees—children’s laughter from a distant park, the subsonic purr of a delivery van somewhere two blocks over. Here, only the scrape of Abby’s boots and the soft click of the gate’s padlock as she tested it.</w:t>
      </w:r>
    </w:p>
    <w:p>
      <w:r/>
    </w:p>
    <w:p>
      <w:r/>
      <w:r>
        <w:t>“Historical Society privilege,” she said, producing a key from her bag with a magician’s flourish. “The board prefers we keep it locked except for tours. Vandalism last year.” Her mouth tightened, the muscle in her cheek flickering as she fiddled with the shank. “Or so we thought.”</w:t>
      </w:r>
    </w:p>
    <w:p>
      <w:r/>
    </w:p>
    <w:p>
      <w:r/>
      <w:r>
        <w:t>She pushed the gate open, the ironwork groaning in protest. The air inside was immediately, undeniably different. Nate felt it first as a shiver under his shirt, a draft that moved against the direction of the breeze. He let his hand brush the nearest block of granite; the surface was cool, almost damp, and vibrated with the faintest hum—a frequency too low for sound but unmistakable against the nerves in his palm.</w:t>
      </w:r>
    </w:p>
    <w:p>
      <w:r/>
    </w:p>
    <w:p>
      <w:r/>
      <w:r>
        <w:t>“Feel that?” he asked, voice pitched low.</w:t>
      </w:r>
    </w:p>
    <w:p>
      <w:r/>
    </w:p>
    <w:p>
      <w:r/>
      <w:r>
        <w:t>Abby nodded, watching his reaction with forensic interest. “It’s like standing next to a live transformer. Gets worse if you touch the water. We lost a city councilman to a panic attack here in 2015. Press spun it as dehydration.”</w:t>
      </w:r>
    </w:p>
    <w:p>
      <w:r/>
    </w:p>
    <w:p>
      <w:r/>
      <w:r>
        <w:t>Nate grinned despite himself, the old gallows humor of the SAR community surfacing. “You ever try measuring it?”</w:t>
      </w:r>
    </w:p>
    <w:p>
      <w:r/>
    </w:p>
    <w:p>
      <w:r/>
      <w:r>
        <w:t>Abby’s smile was razor-thin. “That’s what you’re here for, isn’t it?”</w:t>
      </w:r>
    </w:p>
    <w:p>
      <w:r/>
    </w:p>
    <w:p>
      <w:r/>
      <w:r>
        <w:t>She gestured to the mouth of the well. A partial arch of hand-forged iron hung over the void, remnants of a pulley system still attached to the capstone. The bucket was long gone, replaced by a steel plate and a set of welded hasps, but a mesh cover allowed light—and, apparently, anything smaller than a robin—to enter. The granite cylinder plunged into shadow, the first ten feet visible in dappled sunlight before ceding to a darkness so complete it could have been velvet.</w:t>
      </w:r>
    </w:p>
    <w:p>
      <w:r/>
    </w:p>
    <w:p>
      <w:r/>
      <w:r>
        <w:t>Nate set his gear bag down, hands already sorting through the contents by feel: magnetometer, battery packs, analog field journal, Vern’s custom-rigged data logger in its battered Pelican case. Abby watched, arms folded, the posture of someone forcing herself not to pace.</w:t>
      </w:r>
    </w:p>
    <w:p>
      <w:r/>
    </w:p>
    <w:p>
      <w:r/>
      <w:r>
        <w:t>“You want to start with baseline readings?” she asked.</w:t>
      </w:r>
    </w:p>
    <w:p>
      <w:r/>
    </w:p>
    <w:p>
      <w:r/>
      <w:r>
        <w:t>“Always,” Nate said, kneeling beside the well and unpacking the sensors with methodical care. He powered up the magnetometer first—a cheap commercial unit, but recalibrated so many times it registered shifts in the third decimal place. The display booted, then began its steady pulse, digital numbers flickering in time with his heartbeat.</w:t>
      </w:r>
    </w:p>
    <w:p>
      <w:r/>
    </w:p>
    <w:p>
      <w:r/>
      <w:r>
        <w:t>He clipped the first probe to the iron arch, the second to a weathered brass grounding rod pounded into the dirt beside the fence. He logged the time, the conditions, the serial number of the unit—Vernon’s protocols, burned into muscle memory. Already, the readings were off normal: not dramatic, but enough to make Nate frown.</w:t>
      </w:r>
    </w:p>
    <w:p>
      <w:r/>
    </w:p>
    <w:p>
      <w:r/>
      <w:r>
        <w:t>“Spiking a few microteslas over ambient,” he said. “No solar activity today. Nothing in the radio band.”</w:t>
      </w:r>
    </w:p>
    <w:p>
      <w:r/>
    </w:p>
    <w:p>
      <w:r/>
      <w:r>
        <w:t>Abby crouched beside him, her attention full and undistracted. “That’s higher than yesterday’s baseline.”</w:t>
      </w:r>
    </w:p>
    <w:p>
      <w:r/>
    </w:p>
    <w:p>
      <w:r/>
      <w:r>
        <w:t>“You check it daily?”</w:t>
      </w:r>
    </w:p>
    <w:p>
      <w:r/>
    </w:p>
    <w:p>
      <w:r/>
      <w:r>
        <w:t>She shrugged. “Only since the break-in.” A pause, then: “You want to sample the stone itself?”</w:t>
      </w:r>
    </w:p>
    <w:p>
      <w:r/>
    </w:p>
    <w:p>
      <w:r/>
      <w:r>
        <w:t>“Yeah,” he said, and fitted the piezo sensor onto the block nearest the shaft. As it made contact, a low whine escaped the earpiece—feedback, maybe, or the artifact of stressed granite. Nate adjusted the gain, trying not to wince at the edge of it. “It’s running hot,” he muttered. “Like there’s current through the bedrock.”</w:t>
      </w:r>
    </w:p>
    <w:p>
      <w:r/>
    </w:p>
    <w:p>
      <w:r/>
      <w:r>
        <w:t>The sun angled lower, and in the sudden drop of temperature, Nate tasted a mineral tang on his tongue—iron, or ozone, the flavor of a thunderstorm about to break. He logged the observation, forcing his handwriting to stay neat, then gestured for Abby to stand clear as he unspooled the logger’s sensor lead.</w:t>
      </w:r>
    </w:p>
    <w:p>
      <w:r/>
    </w:p>
    <w:p>
      <w:r/>
      <w:r>
        <w:t>“Going to try a drop reading,” he said. “You want to narrate the legend while I fish?”</w:t>
      </w:r>
    </w:p>
    <w:p>
      <w:r/>
    </w:p>
    <w:p>
      <w:r/>
      <w:r>
        <w:t>She rolled her eyes but did it anyway, voice switching to the practiced cadence of a docent.</w:t>
      </w:r>
    </w:p>
    <w:p>
      <w:r/>
    </w:p>
    <w:p>
      <w:r/>
      <w:r>
        <w:t>“The well predates the mining camp. Some say it was ceremonial—a place for the original inhabitants to speak to the earth. There are records of shamans spending days in trance down here, trying to ‘hear the water move beneath the world.’” She caught his eye, a challenge there, but softened it. “Settlers took over, but they kept the rituals. Or maybe the rituals kept them.”</w:t>
      </w:r>
    </w:p>
    <w:p>
      <w:r/>
    </w:p>
    <w:p>
      <w:r/>
      <w:r>
        <w:t>Nate grunted, lowering the probe on its nylon line. The logger’s display chirped, each vertical foot marked by a quick digital tick. At six feet, a sharp spike; at ten, the signal doubled, then abruptly flatlined. He stopped, reeled back a few inches, and the signal returned.</w:t>
      </w:r>
    </w:p>
    <w:p>
      <w:r/>
    </w:p>
    <w:p>
      <w:r/>
      <w:r>
        <w:t>“It’s not dead down there,” he said, more to himself than to her. “It’s shielded. Or something’s dampening the field right at the mark.”</w:t>
      </w:r>
    </w:p>
    <w:p>
      <w:r/>
    </w:p>
    <w:p>
      <w:r/>
      <w:r>
        <w:t>“Caleb’s notes said the same thing,” Abby murmured. “He called it the ‘null zone.’ At ten feet, the sensors go blind.”</w:t>
      </w:r>
    </w:p>
    <w:p>
      <w:r/>
    </w:p>
    <w:p>
      <w:r/>
      <w:r>
        <w:t>Nate felt the hairs rise on his arms. He remembered reading about similar effects at decommissioned missile silos—places built to defeat not just human intruders but the probing of EMF. He’d always chalked it up to urban legend.</w:t>
      </w:r>
    </w:p>
    <w:p>
      <w:r/>
    </w:p>
    <w:p>
      <w:r/>
      <w:r>
        <w:t>He reeled the sensor back in, then took a slow lap around the well, dragging the logger’s portable head along the stone at knee height. Every meter or so, a fresh spike—never high enough to suggest power lines, but far above any reading he’d logged in a normal geologic environment.</w:t>
      </w:r>
    </w:p>
    <w:p>
      <w:r/>
    </w:p>
    <w:p>
      <w:r/>
      <w:r>
        <w:t>“Anything in the history about electrical work around here?” he asked, scribbling numbers.</w:t>
      </w:r>
    </w:p>
    <w:p>
      <w:r/>
    </w:p>
    <w:p>
      <w:r/>
      <w:r>
        <w:t>Abby shook her head. “No modern installations, just the old mining utilities, and those were ripped out by the fifties.”</w:t>
      </w:r>
    </w:p>
    <w:p>
      <w:r/>
    </w:p>
    <w:p>
      <w:r/>
      <w:r>
        <w:t>Nate nodded, then set the logger to continuous record and balanced it on the granite lip. He wiped his hands, then noticed the faintest tremor in his fingertips—almost like the aftereffect of strong coffee, but deeper.</w:t>
      </w:r>
    </w:p>
    <w:p>
      <w:r/>
    </w:p>
    <w:p>
      <w:r/>
      <w:r>
        <w:t>“You feel that?” he asked, glancing up.</w:t>
      </w:r>
    </w:p>
    <w:p>
      <w:r/>
    </w:p>
    <w:p>
      <w:r/>
      <w:r>
        <w:t>She nodded, her own fingers flexing unconsciously. “It gets stronger if you stay too long. I’ve had volunteers faint during cleanup.”</w:t>
      </w:r>
    </w:p>
    <w:p>
      <w:r/>
    </w:p>
    <w:p>
      <w:r/>
      <w:r>
        <w:t>Nate grinned, masking his own nerves. “Occupational hazard.”</w:t>
      </w:r>
    </w:p>
    <w:p>
      <w:r/>
    </w:p>
    <w:p>
      <w:r/>
      <w:r>
        <w:t>He turned to the well, leaning in so the mesh cover pressed against his shirtfront. The void below was absolute, a column of absence cut straight through the crust. He felt the urge to drop something—coin, bolt, chunk of gravel—but checked it. Instead, he fished out his phone, activated the camera, and flashed a sequence of photos down the shaft. The light rebounded off the walls, revealing graffiti—layer on layer, most of it names and dates, but here and there a spiral etched deeper than the rest, so deliberate it made his gut clench.</w:t>
      </w:r>
    </w:p>
    <w:p>
      <w:r/>
    </w:p>
    <w:p>
      <w:r/>
      <w:r>
        <w:t>Abby followed his gaze, reading the shapes in the wall. “The old miners said you could hear the well singing, some nights. If you stood right here and listened long enough, you’d pick up a rhythm.” She looked at him, the glint of challenge back. “You want to try?”</w:t>
      </w:r>
    </w:p>
    <w:p>
      <w:r/>
    </w:p>
    <w:p>
      <w:r/>
      <w:r>
        <w:t>He laughed, but it sounded hollow. “Give me a minute to calibrate.”</w:t>
      </w:r>
    </w:p>
    <w:p>
      <w:r/>
    </w:p>
    <w:p>
      <w:r/>
      <w:r>
        <w:t>As he worked, Abby walked the circumference, her steps even and measured, but Nate could sense the tension in her spine. He powered the logger down, logged the time, and switched to audio record. For a full minute, he held his breath and listened.</w:t>
      </w:r>
    </w:p>
    <w:p>
      <w:r/>
    </w:p>
    <w:p>
      <w:r/>
      <w:r>
        <w:t>At first, nothing. Then, faintly, a subsonic throb—like the pulse of water deep beneath the earth, or maybe just his own blood echoing through his skull. As he adjusted the gain, the pitch rose, weaving in and out of perception. On the edge of hearing, a suggestion of pattern—three slow beats, then a pause, then three again. It was the spiral, encoded in time instead of space.</w:t>
      </w:r>
    </w:p>
    <w:p>
      <w:r/>
    </w:p>
    <w:p>
      <w:r/>
      <w:r>
        <w:t>He killed the recorder and straightened, meeting Abby’s gaze.</w:t>
      </w:r>
    </w:p>
    <w:p>
      <w:r/>
    </w:p>
    <w:p>
      <w:r/>
      <w:r>
        <w:t>“It’s not just a hole,” he said.</w:t>
      </w:r>
    </w:p>
    <w:p>
      <w:r/>
    </w:p>
    <w:p>
      <w:r/>
      <w:r>
        <w:t>“No,” she replied. “It’s a transmitter. Or a lock. Or both.”</w:t>
      </w:r>
    </w:p>
    <w:p>
      <w:r/>
    </w:p>
    <w:p>
      <w:r/>
      <w:r>
        <w:t>They stood in the hush, the sun sliding toward the ridgeline, the air colder now, almost winter in its intent. Nate packed up the sensors, double-checking the logs, then motioned for Abby to lead the way out. She closed the gate behind them, but not before running her hand over the top bar, as if making sure it was still solid, still there.</w:t>
      </w:r>
    </w:p>
    <w:p>
      <w:r/>
    </w:p>
    <w:p>
      <w:r/>
      <w:r>
        <w:t>As they walked away, Nate tasted the metallic tang again, stronger this time, as if the air had learned his chemistry and wanted to imprint it. He filed it away, just another variable to be explained.</w:t>
      </w:r>
    </w:p>
    <w:p>
      <w:r/>
    </w:p>
    <w:p>
      <w:r/>
      <w:r>
        <w:t>Abby glanced over, her mask of professionalism slipping for a heartbeat. “You want to come back after dark?”</w:t>
      </w:r>
    </w:p>
    <w:p>
      <w:r/>
    </w:p>
    <w:p>
      <w:r/>
      <w:r>
        <w:t>He thought about it, then nodded. “Yeah,” he said. “I do.”</w:t>
      </w:r>
    </w:p>
    <w:p>
      <w:r/>
    </w:p>
    <w:p>
      <w:r/>
      <w:r>
        <w:t>They walked together in silence, leaving the well behind, but the spiral—he knew—would follow.</w:t>
      </w:r>
    </w:p>
    <w:p>
      <w:r/>
    </w:p>
    <w:p>
      <w:r/>
    </w:p>
    <w:p>
      <w:r/>
      <w:r>
        <w:t># Scene 2</w:t>
      </w:r>
    </w:p>
    <w:p>
      <w:r/>
    </w:p>
    <w:p>
      <w:r/>
      <w:r>
        <w:t>The day decelerated around them, sunlight melting into the mottled canopy above the well and lending a church-like hush to the courtyard. Abby dropped her satchel on a bench, cracked her neck, and circled the well with hands thrust in her pockets—an ambivalent priestess at home among relics and warning signs.</w:t>
      </w:r>
    </w:p>
    <w:p>
      <w:r/>
    </w:p>
    <w:p>
      <w:r/>
      <w:r>
        <w:t>She started talking before Nate could ask a follow-up.</w:t>
      </w:r>
    </w:p>
    <w:p>
      <w:r/>
    </w:p>
    <w:p>
      <w:r/>
      <w:r>
        <w:t>“You know the legend about the first shaman? The one who could call storms by throwing obsidian in a fire?” She shot him a sideways look, as if daring him to laugh. “The story goes, he found a place where the world was thin. Dug a pit and lined it with stone. Every solstice, he’d go down, stay for three days, come back up with new words for what was coming next.”</w:t>
      </w:r>
    </w:p>
    <w:p>
      <w:r/>
    </w:p>
    <w:p>
      <w:r/>
      <w:r>
        <w:t>Nate smiled, half-listening, his attention split between Abby’s voice and the lines of data crawling across the logger’s tiny screen. The residual field from the well was still higher than expected, and it fluctuated every time he shifted the sensor’s position. He catalogued the variance, double-checking power source and ground.</w:t>
      </w:r>
    </w:p>
    <w:p>
      <w:r/>
    </w:p>
    <w:p>
      <w:r/>
      <w:r>
        <w:t>“Was he the one who started the spiral motif?” he asked, not taking his eyes off the numbers.</w:t>
      </w:r>
    </w:p>
    <w:p>
      <w:r/>
    </w:p>
    <w:p>
      <w:r/>
      <w:r>
        <w:t>“No one knows,” Abby said, tracing a finger over the topmost granite block. “Earliest recorded instance is from a cave site, about thirty miles upriver. But they say the miners copied the spiral on every tool, every beam, every ledger. Not to record—just to keep track of what the spiral was doing. Like a barometer for reality.”</w:t>
      </w:r>
    </w:p>
    <w:p>
      <w:r/>
    </w:p>
    <w:p>
      <w:r/>
      <w:r>
        <w:t>She paused, then gestured at the well. “Every year, right after the snow melt, the spiral would show up in weird places. New carvings, even though the rock was hard as sin. Names scratched out and replaced. And always, always a spiral drawn over the last set of marks.” She lowered her voice, almost a whisper. “I think they were trying to overwrite whatever came before.”</w:t>
      </w:r>
    </w:p>
    <w:p>
      <w:r/>
    </w:p>
    <w:p>
      <w:r/>
      <w:r>
        <w:t>Nate knelt beside the well, turning the magnetometer to its highest sensitivity. He waved the probe in a slow arc, eyes narrowing as the needle surged near the seam between two blocks. He checked the time, logged the spike, then called out: “Come here.”</w:t>
      </w:r>
    </w:p>
    <w:p>
      <w:r/>
    </w:p>
    <w:p>
      <w:r/>
      <w:r>
        <w:t>Abby circled closer, folding herself down beside him. “What’s the anomaly?”</w:t>
      </w:r>
    </w:p>
    <w:p>
      <w:r/>
    </w:p>
    <w:p>
      <w:r/>
      <w:r>
        <w:t>“Right here,” Nate said, tapping the seam. “Needle goes wild. But if I shift left or right, it drops to baseline. It’s like there’s a filament running under the joint.”</w:t>
      </w:r>
    </w:p>
    <w:p>
      <w:r/>
    </w:p>
    <w:p>
      <w:r/>
      <w:r>
        <w:t>She pursed her lips, then pulled a slim LED penlight from her jacket and shone it into the hairline gap. The light fell on the interior face, catching the suggestion of old chisel marks—lines, dots, the ghost of a spiral pattern.</w:t>
      </w:r>
    </w:p>
    <w:p>
      <w:r/>
    </w:p>
    <w:p>
      <w:r/>
      <w:r>
        <w:t>“See it?” she said softly.</w:t>
      </w:r>
    </w:p>
    <w:p>
      <w:r/>
    </w:p>
    <w:p>
      <w:r/>
      <w:r>
        <w:t>He nodded. “Yeah. Who did that?”</w:t>
      </w:r>
    </w:p>
    <w:p>
      <w:r/>
    </w:p>
    <w:p>
      <w:r/>
      <w:r>
        <w:t>“First survey crew, maybe. Or someone before them.” She lingered on the edge, tracing the design with the penlight’s beam. “My brother—Caleb—he thought the spiral was a code, a way to map the anomaly’s movement through the rock. He said if you could decode it, you could predict where the next incident would happen.”</w:t>
      </w:r>
    </w:p>
    <w:p>
      <w:r/>
    </w:p>
    <w:p>
      <w:r/>
      <w:r>
        <w:t>Nate checked the logger, then rummaged for Vernon’s field journal. The cover was nearly illegible, but the page flags were bright and unmissable. He flipped to the section labeled “Well readings—Jacksonville,” and scanned the line items.</w:t>
      </w:r>
    </w:p>
    <w:p>
      <w:r/>
    </w:p>
    <w:p>
      <w:r/>
      <w:r>
        <w:t>“Here’s the weird part,” he said. “Vernon logged a spike at this seam. Exactly here. But he was using different hardware—inductive, not EM.”</w:t>
      </w:r>
    </w:p>
    <w:p>
      <w:r/>
    </w:p>
    <w:p>
      <w:r/>
      <w:r>
        <w:t>Abby raised her eyebrows. “Does it match your numbers?”</w:t>
      </w:r>
    </w:p>
    <w:p>
      <w:r/>
    </w:p>
    <w:p>
      <w:r/>
      <w:r>
        <w:t>Nate compared the logs, quick mental arithmetic aligning the units. “Damn close. The phase angle’s reversed, but the amplitude is within five percent. That’s—” He stopped, glancing up.</w:t>
      </w:r>
    </w:p>
    <w:p>
      <w:r/>
    </w:p>
    <w:p>
      <w:r/>
      <w:r>
        <w:t>She finished for him: “Not possible unless something is actively modulating the field.”</w:t>
      </w:r>
    </w:p>
    <w:p>
      <w:r/>
    </w:p>
    <w:p>
      <w:r/>
      <w:r>
        <w:t>He looked at her, the old skepticism washed out by the evidence in front of him. “Or unless the anomaly is real, and the spiral is more than just a symbol.”</w:t>
      </w:r>
    </w:p>
    <w:p>
      <w:r/>
    </w:p>
    <w:p>
      <w:r/>
      <w:r>
        <w:t>For a moment, neither spoke. The shadows in the courtyard grew longer, and the ambient sound of the town faded to a single jay screaming somewhere beyond the fence. Nate felt the chill again, but this time it didn’t read as fear. It was anticipation, or maybe awe.</w:t>
      </w:r>
    </w:p>
    <w:p>
      <w:r/>
    </w:p>
    <w:p>
      <w:r/>
      <w:r>
        <w:t>Abby spoke, her voice soft but insistent. “There’s more. Every year, during the equinox, people claim to see lights above the well. Not flashes, but a kind of shimmer. Once, a miner’s wife said she saw a ring of fire hovering above the stones, like the northern lights but red.”</w:t>
      </w:r>
    </w:p>
    <w:p>
      <w:r/>
    </w:p>
    <w:p>
      <w:r/>
      <w:r>
        <w:t>Nate checked the calendar. “We’re three days from equinox.”</w:t>
      </w:r>
    </w:p>
    <w:p>
      <w:r/>
    </w:p>
    <w:p>
      <w:r/>
      <w:r>
        <w:t>“Convenient,” Abby said, smiling. “You want to run the experiment then?”</w:t>
      </w:r>
    </w:p>
    <w:p>
      <w:r/>
    </w:p>
    <w:p>
      <w:r/>
      <w:r>
        <w:t>Nate shrugged. “I want to run it now. But we should log three days’ worth of data and see if the pattern builds.”</w:t>
      </w:r>
    </w:p>
    <w:p>
      <w:r/>
    </w:p>
    <w:p>
      <w:r/>
      <w:r>
        <w:t>She nodded, then stood, dusting off her knees. “I’ll check the perimeter for other seams,” she said, and strode off, her movements brisk.</w:t>
      </w:r>
    </w:p>
    <w:p>
      <w:r/>
    </w:p>
    <w:p>
      <w:r/>
      <w:r>
        <w:t>Nate watched her go, then returned to the well. He lowered the probe again, this time paying attention not just to the numbers but to the sensations in his own body—the tiny hairs rising on his forearms, the persistent metallic tang, the way his breath condensed on the granite even though the air wasn’t that cold.</w:t>
      </w:r>
    </w:p>
    <w:p>
      <w:r/>
    </w:p>
    <w:p>
      <w:r/>
      <w:r>
        <w:t>He watched the logger cycle, then—on a hunch—pulled out his phone and activated the compass app. The needle spun three full rotations before settling, but then, with uncanny precision, pointed straight at the well’s center.</w:t>
      </w:r>
    </w:p>
    <w:p>
      <w:r/>
    </w:p>
    <w:p>
      <w:r/>
      <w:r>
        <w:t>He whistled, low. “That’s new.”</w:t>
      </w:r>
    </w:p>
    <w:p>
      <w:r/>
    </w:p>
    <w:p>
      <w:r/>
      <w:r>
        <w:t>He logged it, then dialed up the sensitivity on the magnetometer and set it to record continuously. The data crawled across the screen, every few seconds punctuated by a spike at the same seam.</w:t>
      </w:r>
    </w:p>
    <w:p>
      <w:r/>
    </w:p>
    <w:p>
      <w:r/>
      <w:r>
        <w:t>He ran a hand through his hair, then sat back, the hush of the courtyard settling over him like a weighted blanket. He looked at the granite blocks, at the centuries of scrawled marks and the relentless layering of spiral after spiral. It occurred to him—suddenly and with absolute conviction—that the well wasn’t just a passive site. It was an amplifier, a relay point, maybe even a transmitter for whatever ran through the veins of the earth below.</w:t>
      </w:r>
    </w:p>
    <w:p>
      <w:r/>
    </w:p>
    <w:p>
      <w:r/>
      <w:r>
        <w:t>He wasn’t sure if he should be scared, or grateful to be a witness.</w:t>
      </w:r>
    </w:p>
    <w:p>
      <w:r/>
    </w:p>
    <w:p>
      <w:r/>
      <w:r>
        <w:t>Abby returned, crouched beside him, and said: “Two more seams with high anomaly, both aligned on the same axis. It’s a helix if you plot it on a cylinder.”</w:t>
      </w:r>
    </w:p>
    <w:p>
      <w:r/>
    </w:p>
    <w:p>
      <w:r/>
      <w:r>
        <w:t>He grinned. “I’d say your brother was onto something.”</w:t>
      </w:r>
    </w:p>
    <w:p>
      <w:r/>
    </w:p>
    <w:p>
      <w:r/>
      <w:r>
        <w:t>She didn’t answer, but her expression was a mixture of pride and loss that said more than any words. She took a breath, then: “The elders believed that if you mapped the spiral perfectly, you could close the gap between worlds. Or open it.”</w:t>
      </w:r>
    </w:p>
    <w:p>
      <w:r/>
    </w:p>
    <w:p>
      <w:r/>
      <w:r>
        <w:t>Nate smiled, this time without irony. “Let’s hope we’re closing, then.”</w:t>
      </w:r>
    </w:p>
    <w:p>
      <w:r/>
    </w:p>
    <w:p>
      <w:r/>
      <w:r>
        <w:t>She shot him a look—half warning, half appreciation—then stood, motioning for him to follow. “Let’s log the data at the other seams. Maybe we can map the anomaly in three dimensions.”</w:t>
      </w:r>
    </w:p>
    <w:p>
      <w:r/>
    </w:p>
    <w:p>
      <w:r/>
      <w:r>
        <w:t>He packed up the gear, the old excitement back in his fingers, and trailed her around the perimeter, the logger now a beacon for every strange seam and chiseled spiral in the stone.</w:t>
      </w:r>
    </w:p>
    <w:p>
      <w:r/>
    </w:p>
    <w:p>
      <w:r/>
      <w:r>
        <w:t>As the sun finally dipped behind the courthouse, the well stood at the center of a slowly-unspooling pattern, each point of anomaly marked by their work. The air was charged, but this time it was less like dread and more like the hush before a storm.</w:t>
      </w:r>
    </w:p>
    <w:p>
      <w:r/>
    </w:p>
    <w:p>
      <w:r/>
      <w:r>
        <w:t>They circled once more, then made for the car, both acutely aware that whatever secrets the well held, they were now part of the spiral’s record.</w:t>
      </w:r>
    </w:p>
    <w:p>
      <w:r/>
    </w:p>
    <w:p>
      <w:r/>
    </w:p>
    <w:p>
      <w:r/>
      <w:r>
        <w:t># Scene 3</w:t>
      </w:r>
    </w:p>
    <w:p>
      <w:r/>
    </w:p>
    <w:p>
      <w:r/>
      <w:r>
        <w:t>The next morning, the courtyard seemed both more and less substantial: the stone ringed with dew, the air newly washed and sharp, every edge in focus. Nate and Abby arrived with a deliberate lack of fanfare, walking the block from the car like any pair of early risers, Nate carrying the battered canvas bag and Abby cradling her laptop and a fresh bundle of field notebooks. There was an undercurrent of hangover, not from drink, but from the high of the previous day’s findings—the sense of a pattern forming, threading them into its logic.</w:t>
      </w:r>
    </w:p>
    <w:p>
      <w:r/>
    </w:p>
    <w:p>
      <w:r/>
      <w:r>
        <w:t>They worked in practiced silence at first. Nate ran the field logger’s overnight memory dump, copying out graphs and time stamps, cross-referencing with solar data and geomagnetic indices. He used his phone to capture every readout, holding the camera with steady, methodical hands, then immediately cross-checking the images on the tiny screen to ensure clarity. Abby opened a clean notebook, her handwriting a quick, slanted script that wasted no motion on flourishes. She logged every event, every sensor anomaly, cross-indexing the time and location to the nearest foot and tenth of a degree.</w:t>
      </w:r>
    </w:p>
    <w:p>
      <w:r/>
    </w:p>
    <w:p>
      <w:r/>
      <w:r>
        <w:t>It was almost domestic, the way they moved around each other—Abby noting, Nate measuring, both occasionally murmuring a “huh” or a “that’s new” without breaking stride.</w:t>
      </w:r>
    </w:p>
    <w:p>
      <w:r/>
    </w:p>
    <w:p>
      <w:r/>
      <w:r>
        <w:t>They circled the well, taking readings at the marked spiral points, the anomalies exactly where they’d mapped them yesterday but slightly higher in amplitude. Nate snapped close-up photos of the seam and the spiral carving, then ran his fingers along the gap, noting the texture of the rock and the way moisture beaded along the line like sweat on skin.</w:t>
      </w:r>
    </w:p>
    <w:p>
      <w:r/>
    </w:p>
    <w:p>
      <w:r/>
      <w:r>
        <w:t>“You getting baseline here?” Abby asked, checking her watch.</w:t>
      </w:r>
    </w:p>
    <w:p>
      <w:r/>
    </w:p>
    <w:p>
      <w:r/>
      <w:r>
        <w:t>“Baseline and then some,” Nate replied, running the logger back and forth. “I keep thinking the sensor’s glitching, but the numbers are stable. It’s just… not like anything I’ve logged before.”</w:t>
      </w:r>
    </w:p>
    <w:p>
      <w:r/>
    </w:p>
    <w:p>
      <w:r/>
      <w:r>
        <w:t>She grinned, a fierce flash. “Good. Maybe now the board will believe me when I say this place is alive.”</w:t>
      </w:r>
    </w:p>
    <w:p>
      <w:r/>
    </w:p>
    <w:p>
      <w:r/>
      <w:r>
        <w:t>Nate looked up, about to fire off a quip, when he saw Abby’s face shift. She was staring at the base of the well, brow furrowed, lips pressed thin.</w:t>
      </w:r>
    </w:p>
    <w:p>
      <w:r/>
    </w:p>
    <w:p>
      <w:r/>
      <w:r>
        <w:t>“What?” he asked.</w:t>
      </w:r>
    </w:p>
    <w:p>
      <w:r/>
    </w:p>
    <w:p>
      <w:r/>
      <w:r>
        <w:t>She gestured with the pen. “Was this scratch here yesterday?”</w:t>
      </w:r>
    </w:p>
    <w:p>
      <w:r/>
    </w:p>
    <w:p>
      <w:r/>
      <w:r>
        <w:t>He squatted beside her, eyes tracing the point where two granite blocks met near ground level. A ragged line, pale against the stone, had been gouged along the seam. The edges were sharp, the groove fresh—too fresh. He ran his fingernail over the mark, feeling the stone’s resistance give way to a dry, dusty residue.</w:t>
      </w:r>
    </w:p>
    <w:p>
      <w:r/>
    </w:p>
    <w:p>
      <w:r/>
      <w:r>
        <w:t>“Not unless the rock grew it overnight,” he said. “That’s new.”</w:t>
      </w:r>
    </w:p>
    <w:p>
      <w:r/>
    </w:p>
    <w:p>
      <w:r/>
      <w:r>
        <w:t>They both crouched, examining the mark in forensic detail. Abby produced a small ruler from her bag—one of those gifts from a preservation conference, still stamped with a cheery logo—and measured the scratch’s length and depth. “Half a centimeter deep,” she murmured. “This would have taken a chisel, not a pocketknife.”</w:t>
      </w:r>
    </w:p>
    <w:p>
      <w:r/>
    </w:p>
    <w:p>
      <w:r/>
      <w:r>
        <w:t>Nate looked closer. There was something off about the angle, the way the mark started shallow and then bit in, as if whoever made it had lost patience and forced the tool harder. There were flecks of metal embedded at the deepest point.</w:t>
      </w:r>
    </w:p>
    <w:p>
      <w:r/>
    </w:p>
    <w:p>
      <w:r/>
      <w:r>
        <w:t>He straightened, looking around the courtyard. It was empty, but the sense of being watched, present since their arrival, now curled tight at the base of his spine.</w:t>
      </w:r>
    </w:p>
    <w:p>
      <w:r/>
    </w:p>
    <w:p>
      <w:r/>
      <w:r>
        <w:t>“Let’s check the other seams,” he said.</w:t>
      </w:r>
    </w:p>
    <w:p>
      <w:r/>
    </w:p>
    <w:p>
      <w:r/>
      <w:r>
        <w:t>They moved in tandem, each block, each junction, their search methodical but increasingly tense. Near the rear, they found another mark—shorter, but just as sharp. Beneath it, the soil was churned and uneven, as if someone had knelt there, digging at the base of the wall. Nate brushed away the grass, revealing a small depression filled with loose grit and stone dust. A third scratch, perpendicular to the first, suggested the beginnings of a wedge.</w:t>
      </w:r>
    </w:p>
    <w:p>
      <w:r/>
    </w:p>
    <w:p>
      <w:r/>
      <w:r>
        <w:t>“Someone tried to pry the block,” Abby said, voice flat.</w:t>
      </w:r>
    </w:p>
    <w:p>
      <w:r/>
    </w:p>
    <w:p>
      <w:r/>
      <w:r>
        <w:t>He nodded, eyes darting from the stone to the fence line, to the cluster of trees at the edge of the square. There was nothing visible, but every instinct from years in the field screamed at him: not alone.</w:t>
      </w:r>
    </w:p>
    <w:p>
      <w:r/>
    </w:p>
    <w:p>
      <w:r/>
      <w:r>
        <w:t>He motioned to Abby, who understood without words. Together they examined the ground around the well, finding more evidence: a trail of flattened grass, a few dark spots where shoes had left mud on the granite. The marks led to the iron fence, where one of the upright bars was bent slightly outward, paint scraped clean.</w:t>
      </w:r>
    </w:p>
    <w:p>
      <w:r/>
    </w:p>
    <w:p>
      <w:r/>
      <w:r>
        <w:t>“Recent,” Nate said. “Within the last day, maybe last night.”</w:t>
      </w:r>
    </w:p>
    <w:p>
      <w:r/>
    </w:p>
    <w:p>
      <w:r/>
      <w:r>
        <w:t>Abby scanned the horizon, jaw tight. “Security cams?”</w:t>
      </w:r>
    </w:p>
    <w:p>
      <w:r/>
    </w:p>
    <w:p>
      <w:r/>
      <w:r>
        <w:t>He shook his head. “I asked on the drive. City keeps them pointed at the street, not here. Too expensive to cover the site.”</w:t>
      </w:r>
    </w:p>
    <w:p>
      <w:r/>
    </w:p>
    <w:p>
      <w:r/>
      <w:r>
        <w:t>She muttered a curse, then looked up at the old courthouse looming over the square. “Could have been anyone. But it wasn’t random. No one takes this much risk just to graffiti a well.”</w:t>
      </w:r>
    </w:p>
    <w:p>
      <w:r/>
    </w:p>
    <w:p>
      <w:r/>
      <w:r>
        <w:t>Nate agreed. He felt the pressure building, not just in the air but in his chest, a sense of the spiral tightening its grip. He looked at Abby, found the same alertness in her posture.</w:t>
      </w:r>
    </w:p>
    <w:p>
      <w:r/>
    </w:p>
    <w:p>
      <w:r/>
      <w:r>
        <w:t>“Let’s see if they left anything behind,” he said.</w:t>
      </w:r>
    </w:p>
    <w:p>
      <w:r/>
    </w:p>
    <w:p>
      <w:r/>
      <w:r>
        <w:t>They began a grid search, quartering the courtyard like a forensics team. Nate worked the grass, eyes scanning for dropped tools, wrappers, even a stray footprint. Abby checked the bench, the signage, the fence posts. For long minutes they found nothing, but then—at the far edge of the site, half-buried in the damp shadow under a laurel bush—Nate spotted a flash of metal.</w:t>
      </w:r>
    </w:p>
    <w:p>
      <w:r/>
    </w:p>
    <w:p>
      <w:r/>
      <w:r>
        <w:t>He knelt, brushing aside leaves, and uncovered a small black device, no larger than a thumb drive, taped to the branch with a strip of electrical tape. The casing was matte, featureless except for a tiny, round lens and a length of thin wire snaked around the bough.</w:t>
      </w:r>
    </w:p>
    <w:p>
      <w:r/>
    </w:p>
    <w:p>
      <w:r/>
      <w:r>
        <w:t>He called Abby over. She crouched beside him, eyes narrowed. “Is that—”</w:t>
      </w:r>
    </w:p>
    <w:p>
      <w:r/>
    </w:p>
    <w:p>
      <w:r/>
      <w:r>
        <w:t>“Camera,” Nate confirmed, peeling it free. The red light on the end blinked once, then off.</w:t>
      </w:r>
    </w:p>
    <w:p>
      <w:r/>
    </w:p>
    <w:p>
      <w:r/>
      <w:r>
        <w:t>Abby turned the device in her hand, reading the label on the back. “It’s commercial. Not cheap. This is a field unit, not something you buy at a big box store.”</w:t>
      </w:r>
    </w:p>
    <w:p>
      <w:r/>
    </w:p>
    <w:p>
      <w:r/>
      <w:r>
        <w:t>Nate ran a finger along the wire, then traced it to a patch of earth where the cable had been sunk into the ground. He dug gently, revealing a small lithium cell, and beside it, a microSD card in a waterproof sleeve.</w:t>
      </w:r>
    </w:p>
    <w:p>
      <w:r/>
    </w:p>
    <w:p>
      <w:r/>
      <w:r>
        <w:t>“Someone’s been recording,” he said.</w:t>
      </w:r>
    </w:p>
    <w:p>
      <w:r/>
    </w:p>
    <w:p>
      <w:r/>
      <w:r>
        <w:t>Abby exhaled, the sound somewhere between a laugh and a snarl. “Who the hell are they sending it to?”</w:t>
      </w:r>
    </w:p>
    <w:p>
      <w:r/>
    </w:p>
    <w:p>
      <w:r/>
      <w:r>
        <w:t>He shook his head, mind racing. “Could be Caldwell. Could be someone else. But it’s not just us and the ghosts anymore.”</w:t>
      </w:r>
    </w:p>
    <w:p>
      <w:r/>
    </w:p>
    <w:p>
      <w:r/>
      <w:r>
        <w:t>They stood, the camera and its evidence heavy in Abby’s palm. For a long moment, they were both silent, the gravity of the situation settling in: their work, their very presence, was under surveillance—by a party with more resources and, possibly, more understanding of the spiral than either of them.</w:t>
      </w:r>
    </w:p>
    <w:p>
      <w:r/>
    </w:p>
    <w:p>
      <w:r/>
      <w:r>
        <w:t>Abby spoke first, her voice lower and colder than before. “We need to get this back to my office. And we need to decide what we’re going to do about it.”</w:t>
      </w:r>
    </w:p>
    <w:p>
      <w:r/>
    </w:p>
    <w:p>
      <w:r/>
      <w:r>
        <w:t>Nate nodded. “No more fieldwork alone.”</w:t>
      </w:r>
    </w:p>
    <w:p>
      <w:r/>
    </w:p>
    <w:p>
      <w:r/>
      <w:r>
        <w:t>She looked at him, her mask of skepticism replaced by something harder. “Agreed.”</w:t>
      </w:r>
    </w:p>
    <w:p>
      <w:r/>
    </w:p>
    <w:p>
      <w:r/>
      <w:r>
        <w:t>Together, they collected their gear and retraced their steps to the car. As they walked, Nate glanced back at the well, at the ancient ironwork and the stones carved with generations of spirals. He wondered, not for the first time, if they were just the latest turn of the pattern—or if, for once, the spiral was watching them.</w:t>
      </w:r>
    </w:p>
    <w:p>
      <w:r/>
    </w:p>
    <w:p>
      <w:r/>
      <w:r>
        <w:t>Their footsteps echoed on the cobblestones, the sound sharp and final.</w:t>
      </w:r>
    </w:p>
    <w:p>
      <w:r/>
    </w:p>
    <w:p>
      <w:r/>
      <w:r>
        <w:t>Behind them, the well waited, silent and full of secrets, as it had for a thousand years.</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