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Abby paced the length of her office, toes silent on the old linoleum, heels set to mute even as her nerves were anything but. The museum after closing hour was a different beast: all the mid-century climate control gone slack, the rattle of the building’s bones exposed in every minor draft or settling thump. She’d drawn the blinds, but the Oregon night pressed in regardless, crowding the glass with the silence of a town that rolled up its sidewalks by seven.</w:t>
      </w:r>
    </w:p>
    <w:p>
      <w:r/>
    </w:p>
    <w:p>
      <w:r/>
      <w:r>
        <w:t>She circled the desk, flicked off the blue glow of her laptop for the third time, and fidgeted with the ring of keys that hung heavy on her index finger. The keys were ceremonial as much as practical, strung with color-coded fobs and plastic badges from conferences long since canceled by budget cuts. She liked the weight; it was the one constant in the museum, the sense that if she kept enough doors locked, the past might behave itself for a few more hours.</w:t>
      </w:r>
    </w:p>
    <w:p>
      <w:r/>
    </w:p>
    <w:p>
      <w:r/>
      <w:r>
        <w:t>On the fourth loop, Abby caught her own reflection in the window—hair mussed from sweat, eyes wide and unblinking. She thought about pouring a drink, realized there was nothing in her desk but a bottle of acetone from a failed attempt to clean copper coins, and sat instead, ankles crossed under the battered credenza.</w:t>
      </w:r>
    </w:p>
    <w:p>
      <w:r/>
    </w:p>
    <w:p>
      <w:r/>
      <w:r>
        <w:t>She checked her phone: 9:07 p.m., three minutes past the time she’d told Nate to meet her if he wanted to see what was really at stake. He was late, which was both comforting (he might have thought better of this after all) and not (if he’d been followed, it would take less than ten minutes for the wrong kind of trouble to make its way to the Society’s front door). She thumbed a text from the city IT guy, ignored the push notification from the weather app, and stared at her brother’s name—frozen at the top of her contacts list, unsent, for over two years.</w:t>
      </w:r>
    </w:p>
    <w:p>
      <w:r/>
    </w:p>
    <w:p>
      <w:r/>
      <w:r>
        <w:t>A knock at the staff entrance—a single, percussive tap, just as she’d instructed. Abby slid out of the chair, checked the peephole, and let Nate in. He looked as she’d last seen him: half a head taller than the jamb, a military duffel slung from his right shoulder, and a face cut into relief by the courtyard’s sodium lamps. His jacket was zipped, but the cold seemed not to touch him.</w:t>
      </w:r>
    </w:p>
    <w:p>
      <w:r/>
    </w:p>
    <w:p>
      <w:r/>
      <w:r>
        <w:t>“Hope I didn’t spook you,” he said, voice pitched low for the echo chamber of the admin corridor.</w:t>
      </w:r>
    </w:p>
    <w:p>
      <w:r/>
    </w:p>
    <w:p>
      <w:r/>
      <w:r>
        <w:t>“You’re late,” she shot back, but let him in, relocking the door behind them. She checked the bolt twice.</w:t>
      </w:r>
    </w:p>
    <w:p>
      <w:r/>
    </w:p>
    <w:p>
      <w:r/>
      <w:r>
        <w:t>“Had to make sure I wasn’t followed,” Nate said, his eyes already mapping the perimeter. He scanned the corners, the sensor bulb over the fire door, and the maintenance closet with a thoroughness that made her skin prickle.</w:t>
      </w:r>
    </w:p>
    <w:p>
      <w:r/>
    </w:p>
    <w:p>
      <w:r/>
      <w:r>
        <w:t>“You don’t trust me,” she said, not as a question.</w:t>
      </w:r>
    </w:p>
    <w:p>
      <w:r/>
    </w:p>
    <w:p>
      <w:r/>
      <w:r>
        <w:t>“I don’t trust anyone,” Nate replied. He softened it with a smile, which only made her more aware of how little she liked being the host in this equation.</w:t>
      </w:r>
    </w:p>
    <w:p>
      <w:r/>
    </w:p>
    <w:p>
      <w:r/>
      <w:r>
        <w:t>She led him down the corridor, past the stenciled “Staff Only” and the grid of framed donor photos, all of them fading to a weird sepia under the motion-activated LEDs. With each step, the museum seemed to exhale, the night air seeping into the gallery from every uncaulked seam. Abby kept her pace even, keys tight in her palm, but every so often she would glance over her shoulder, and Nate would be right there, matching her stride with a precision that was both flattering and unnerving.</w:t>
      </w:r>
    </w:p>
    <w:p>
      <w:r/>
    </w:p>
    <w:p>
      <w:r/>
      <w:r>
        <w:t>At the main intersection, she hesitated, peering into the black glass of the gallery doors. Emergency lights cast a faint red glow over the timeline display, making the shadow of a miner’s bust on the far wall look like a sentry in mid-salute.</w:t>
      </w:r>
    </w:p>
    <w:p>
      <w:r/>
    </w:p>
    <w:p>
      <w:r/>
      <w:r>
        <w:t>“Wait here,” she whispered. She stepped ahead, checked the room, then motioned him forward.</w:t>
      </w:r>
    </w:p>
    <w:p>
      <w:r/>
    </w:p>
    <w:p>
      <w:r/>
      <w:r>
        <w:t>“Paranoid much?” he asked, but kept his voice to a whisper.</w:t>
      </w:r>
    </w:p>
    <w:p>
      <w:r/>
    </w:p>
    <w:p>
      <w:r/>
      <w:r>
        <w:t>Abby didn’t dignify it. “We had a break-in last month. Left no trace, but two artifacts were moved. We caught it on cam, but only the back of someone’s head, and they looped the footage for the fifteen minutes they were inside.”</w:t>
      </w:r>
    </w:p>
    <w:p>
      <w:r/>
    </w:p>
    <w:p>
      <w:r/>
      <w:r>
        <w:t>Nate gave a grunt of approval. “Professional.”</w:t>
      </w:r>
    </w:p>
    <w:p>
      <w:r/>
    </w:p>
    <w:p>
      <w:r/>
      <w:r>
        <w:t>“Or motivated,” Abby said. “I don’t know which scares me more.”</w:t>
      </w:r>
    </w:p>
    <w:p>
      <w:r/>
    </w:p>
    <w:p>
      <w:r/>
      <w:r>
        <w:t>They passed the timeline—1860s to present in three awkward turns—and veered left into the mining gallery. Here, the air was cooler, denser with the scent of metal and the faint perfume of cleaning solvent. Abby paused at the entrance, scanning the floor for shoe prints, then crossed to the old well-pulley exhibit.</w:t>
      </w:r>
    </w:p>
    <w:p>
      <w:r/>
    </w:p>
    <w:p>
      <w:r/>
      <w:r>
        <w:t>“You have your phone?” she asked, almost as an afterthought.</w:t>
      </w:r>
    </w:p>
    <w:p>
      <w:r/>
    </w:p>
    <w:p>
      <w:r/>
      <w:r>
        <w:t>He patted his jacket. “Airplane mode. Battery out. Learned from the best.”</w:t>
      </w:r>
    </w:p>
    <w:p>
      <w:r/>
    </w:p>
    <w:p>
      <w:r/>
      <w:r>
        <w:t>“Good,” she said. “You can never be too careful.”</w:t>
      </w:r>
    </w:p>
    <w:p>
      <w:r/>
    </w:p>
    <w:p>
      <w:r/>
      <w:r>
        <w:t>She led him up the narrow staircase to the administrative mezzanine. The old building had once been a bank, and the upper floors retained the paranoia of their origin: two sets of doors, keyed separately, and a security glass wall that ran the length of the overlook. She unlocked the first set, then the second, and waited for him to follow.</w:t>
      </w:r>
    </w:p>
    <w:p>
      <w:r/>
    </w:p>
    <w:p>
      <w:r/>
      <w:r>
        <w:t>“You always lock both?” Nate asked.</w:t>
      </w:r>
    </w:p>
    <w:p>
      <w:r/>
    </w:p>
    <w:p>
      <w:r/>
      <w:r>
        <w:t>“Most people just use the first,” Abby said. “But most people aren’t us.”</w:t>
      </w:r>
    </w:p>
    <w:p>
      <w:r/>
    </w:p>
    <w:p>
      <w:r/>
      <w:r>
        <w:t>He looked at her, then at the doors. “This about Caleb?” he asked, voice gentle.</w:t>
      </w:r>
    </w:p>
    <w:p>
      <w:r/>
    </w:p>
    <w:p>
      <w:r/>
      <w:r>
        <w:t>She turned away, unwilling to let him see her face. “In part. But not just him.”</w:t>
      </w:r>
    </w:p>
    <w:p>
      <w:r/>
    </w:p>
    <w:p>
      <w:r/>
      <w:r>
        <w:t>She walked to her office, unlocked the door, and let him in. She waited until he was seated before she shut the door and checked the hall one last time.</w:t>
      </w:r>
    </w:p>
    <w:p>
      <w:r/>
    </w:p>
    <w:p>
      <w:r/>
      <w:r>
        <w:t>For a long moment, neither spoke. Nate set his duffel on the floor and leaned back in the guest chair, his posture at odds with the tension in his jaw. Abby perched on the corner of her desk, arms folded, eyes on the floor.</w:t>
      </w:r>
    </w:p>
    <w:p>
      <w:r/>
    </w:p>
    <w:p>
      <w:r/>
      <w:r>
        <w:t>“It’s worse than you know,” she said finally.</w:t>
      </w:r>
    </w:p>
    <w:p>
      <w:r/>
    </w:p>
    <w:p>
      <w:r/>
      <w:r>
        <w:t>“I figured,” he said. “You don’t call in a Chase unless it’s already at DEFCON two.”</w:t>
      </w:r>
    </w:p>
    <w:p>
      <w:r/>
    </w:p>
    <w:p>
      <w:r/>
      <w:r>
        <w:t>She tried to smile, didn’t quite manage. “You’re not going to like what I have to show you.”</w:t>
      </w:r>
    </w:p>
    <w:p>
      <w:r/>
    </w:p>
    <w:p>
      <w:r/>
      <w:r>
        <w:t>“Try me.”</w:t>
      </w:r>
    </w:p>
    <w:p>
      <w:r/>
    </w:p>
    <w:p>
      <w:r/>
      <w:r>
        <w:t>She stood and paced, this time not for show but to burn off the jolt of adrenaline that came with what she was about to say.</w:t>
      </w:r>
    </w:p>
    <w:p>
      <w:r/>
    </w:p>
    <w:p>
      <w:r/>
      <w:r>
        <w:t>“My brother didn’t just disappear,” Abby said. “He was working with someone. Someone who—” She hesitated, then continued. “Someone who was later found dead. Official story is an accident. But the timing is wrong. And the records—” She gestured at the file boxes stacked behind her desk, dozens of them, each labeled in a different hand. “The records don’t line up.”</w:t>
      </w:r>
    </w:p>
    <w:p>
      <w:r/>
    </w:p>
    <w:p>
      <w:r/>
      <w:r>
        <w:t>“Who was it?” Nate’s voice was razor-edged now, all warmth gone.</w:t>
      </w:r>
    </w:p>
    <w:p>
      <w:r/>
    </w:p>
    <w:p>
      <w:r/>
      <w:r>
        <w:t>“Vernon Chase,” Abby said.</w:t>
      </w:r>
    </w:p>
    <w:p>
      <w:r/>
    </w:p>
    <w:p>
      <w:r/>
      <w:r>
        <w:t>She watched the realization pass over him, the way his jaw set and his hands tensed on the armrest. “You’re sure?”</w:t>
      </w:r>
    </w:p>
    <w:p>
      <w:r/>
    </w:p>
    <w:p>
      <w:r/>
      <w:r>
        <w:t>She nodded. “I checked the dates myself. Your uncle and my brother exchanged over fifty emails in the last three months before either of them vanished. After that, nothing. Not a single digital trace. It’s like someone scrubbed the whole thread.”</w:t>
      </w:r>
    </w:p>
    <w:p>
      <w:r/>
    </w:p>
    <w:p>
      <w:r/>
      <w:r>
        <w:t>“Who else knows?”</w:t>
      </w:r>
    </w:p>
    <w:p>
      <w:r/>
    </w:p>
    <w:p>
      <w:r/>
      <w:r>
        <w:t>“No one,” she said. “Not even the Society’s director. If I tell the board, they’ll lock down the archives and freeze me out.”</w:t>
      </w:r>
    </w:p>
    <w:p>
      <w:r/>
    </w:p>
    <w:p>
      <w:r/>
      <w:r>
        <w:t>Nate processed this, then said, “So what do you want from me?”</w:t>
      </w:r>
    </w:p>
    <w:p>
      <w:r/>
    </w:p>
    <w:p>
      <w:r/>
      <w:r>
        <w:t>Abby hesitated, then spoke. “I need you to vet the material. Not just the old documents—everything Caleb and Vernon were working on. I need to know if there’s a pattern. Something I’m missing.”</w:t>
      </w:r>
    </w:p>
    <w:p>
      <w:r/>
    </w:p>
    <w:p>
      <w:r/>
      <w:r>
        <w:t>He nodded, slowly. “And if there is?”</w:t>
      </w:r>
    </w:p>
    <w:p>
      <w:r/>
    </w:p>
    <w:p>
      <w:r/>
      <w:r>
        <w:t>“Then we run it up the flagpole. Expose whoever’s behind this.” She stopped, biting her lip. “Or at least, we don’t let them bury it again.”</w:t>
      </w:r>
    </w:p>
    <w:p>
      <w:r/>
    </w:p>
    <w:p>
      <w:r/>
      <w:r>
        <w:t>For a second, the only sound was the faint whirr of the server closet across the hall.</w:t>
      </w:r>
    </w:p>
    <w:p>
      <w:r/>
    </w:p>
    <w:p>
      <w:r/>
      <w:r>
        <w:t>Nate stood, crossing to the window. He peered through the blinds, scanning the parking lot, the alley, the empty street beyond.</w:t>
      </w:r>
    </w:p>
    <w:p>
      <w:r/>
    </w:p>
    <w:p>
      <w:r/>
      <w:r>
        <w:t>“You expecting someone?” she asked.</w:t>
      </w:r>
    </w:p>
    <w:p>
      <w:r/>
    </w:p>
    <w:p>
      <w:r/>
      <w:r>
        <w:t>“Always,” he said. “Old habit.”</w:t>
      </w:r>
    </w:p>
    <w:p>
      <w:r/>
    </w:p>
    <w:p>
      <w:r/>
      <w:r>
        <w:t>She watched him, the angular set of his body in silhouette, and felt the old tension of family drama twist into something more urgent. This wasn’t about blood ties anymore. It was about survival, and maybe—if they were lucky—about justice.</w:t>
      </w:r>
    </w:p>
    <w:p>
      <w:r/>
    </w:p>
    <w:p>
      <w:r/>
      <w:r>
        <w:t>He turned back to her. “Show me the files.”</w:t>
      </w:r>
    </w:p>
    <w:p>
      <w:r/>
    </w:p>
    <w:p>
      <w:r/>
      <w:r>
        <w:t>She nodded, then crossed to the stack behind her desk. She picked out a banker’s box—calf-high, heavy—and set it on the desk. The lid came off with a hiss of static, and inside, Nate saw the first layer of folders, each one packed tight with printouts, handwritten logs, annotated maps.</w:t>
      </w:r>
    </w:p>
    <w:p>
      <w:r/>
    </w:p>
    <w:p>
      <w:r/>
      <w:r>
        <w:t>She handed him the top file. “Start with the correspondence. It’s not complete—large chunks are missing—but what’s left is enough to draw a line.”</w:t>
      </w:r>
    </w:p>
    <w:p>
      <w:r/>
    </w:p>
    <w:p>
      <w:r/>
      <w:r>
        <w:t>Nate opened the folder, eyes scanning the text. He read silently for a minute, then looked up. “They were tracking the same anomaly.”</w:t>
      </w:r>
    </w:p>
    <w:p>
      <w:r/>
    </w:p>
    <w:p>
      <w:r/>
      <w:r>
        <w:t>“Different terminology, but yes,” Abby said. “Caleb called it the convergence. Vernon called it the spiral.”</w:t>
      </w:r>
    </w:p>
    <w:p>
      <w:r/>
    </w:p>
    <w:p>
      <w:r/>
      <w:r>
        <w:t>Nate nodded, processing. “And both ended up dead or vanished.”</w:t>
      </w:r>
    </w:p>
    <w:p>
      <w:r/>
    </w:p>
    <w:p>
      <w:r/>
      <w:r>
        <w:t>“Within months of each other,” Abby said. “And after the last email, there’s nothing. No paper trail, no phone logs, nothing in the university’s database.”</w:t>
      </w:r>
    </w:p>
    <w:p>
      <w:r/>
    </w:p>
    <w:p>
      <w:r/>
      <w:r>
        <w:t>Nate flipped a page, then another. He pointed at a timestamp. “Here—March 14. The same day Caleb called you.”</w:t>
      </w:r>
    </w:p>
    <w:p>
      <w:r/>
    </w:p>
    <w:p>
      <w:r/>
      <w:r>
        <w:t>Abby’s voice was barely above a whisper. “I thought it was a coincidence. But now—” She let it hang.</w:t>
      </w:r>
    </w:p>
    <w:p>
      <w:r/>
    </w:p>
    <w:p>
      <w:r/>
      <w:r>
        <w:t>He set the file down, eyes steady on hers. “Whoever did this is still out there.”</w:t>
      </w:r>
    </w:p>
    <w:p>
      <w:r/>
    </w:p>
    <w:p>
      <w:r/>
      <w:r>
        <w:t>“I know,” Abby said.</w:t>
      </w:r>
    </w:p>
    <w:p>
      <w:r/>
    </w:p>
    <w:p>
      <w:r/>
      <w:r>
        <w:t>They stood in silence, the weight of the confession settling in the tiny office.</w:t>
      </w:r>
    </w:p>
    <w:p>
      <w:r/>
    </w:p>
    <w:p>
      <w:r/>
      <w:r>
        <w:t>Finally, Nate broke the tension. “What’s your plan?”</w:t>
      </w:r>
    </w:p>
    <w:p>
      <w:r/>
    </w:p>
    <w:p>
      <w:r/>
      <w:r>
        <w:t>“We get to the bottom of it,” Abby said, and this time her voice was sure. “We finish what they started.”</w:t>
      </w:r>
    </w:p>
    <w:p>
      <w:r/>
    </w:p>
    <w:p>
      <w:r/>
      <w:r>
        <w:t>He grinned, the old predator’s smile. “Then let’s get to work.”</w:t>
      </w:r>
    </w:p>
    <w:p>
      <w:r/>
    </w:p>
    <w:p>
      <w:r/>
      <w:r>
        <w:t>She felt the fear again, the knowledge that she was now irreversibly committed. But also, for the first time in two years, she felt something else: the hope that maybe, just maybe, they could break the spiral before it closed again.</w:t>
      </w:r>
    </w:p>
    <w:p>
      <w:r/>
    </w:p>
    <w:p>
      <w:r/>
      <w:r>
        <w:t>She checked the locks one last time, then sat across from him and opened the next file.</w:t>
      </w:r>
    </w:p>
    <w:p>
      <w:r/>
    </w:p>
    <w:p>
      <w:r/>
      <w:r>
        <w:t>The night pressed in, waiting for them to make the next move.</w:t>
      </w:r>
    </w:p>
    <w:p>
      <w:r/>
    </w:p>
    <w:p>
      <w:r/>
    </w:p>
    <w:p>
      <w:r/>
      <w:r>
        <w:t># Scene 2</w:t>
      </w:r>
    </w:p>
    <w:p>
      <w:r/>
    </w:p>
    <w:p>
      <w:r/>
      <w:r>
        <w:t>The corridors of the Historical Society felt at once endless and shrunken after dark, the walls pressed in with the memories of a century’s worth of minor heartbreaks and petty thefts. Abby led Nate through the hush, their progress marked by the scuff of boot rubber and the whisper of her keys as she rolled them in her palm. The two of them did not speak; every word seemed not just unnecessary, but sacrilegious, as if even the dust bunnies here were judging.</w:t>
      </w:r>
    </w:p>
    <w:p>
      <w:r/>
    </w:p>
    <w:p>
      <w:r/>
      <w:r>
        <w:t>The artifact room lay at the very back, behind a reinforced steel door fitted with a keypad and a thumbprint reader—donated by an alum after a break-in, but now more about keeping the past locked up than keeping thieves at bay. Abby stopped before the door, took a steadying breath, and pressed her thumb to the reader. A red light flashed, then a green. She punched in the code, hands trembling just enough to mistype on the first go.</w:t>
      </w:r>
    </w:p>
    <w:p>
      <w:r/>
    </w:p>
    <w:p>
      <w:r/>
      <w:r>
        <w:t>“Sorry,” she muttered. The code took on the second try, and the door shuddered open with the complaint of a hundred-pound deadbolt.</w:t>
      </w:r>
    </w:p>
    <w:p>
      <w:r/>
    </w:p>
    <w:p>
      <w:r/>
      <w:r>
        <w:t>Inside, the air was colder, sharper, like the inside of a walk-in freezer that ran on nothing but anxiety and bad lighting. Rows of rolling shelves lined the room, each crammed with acid-free boxes and bubble-wrapped relics. Deeper in, a bank of lockable drawers held the smaller stuff—badges, coins, enough war memorabilia to outfit a mid-grade militia. But against the far wall, lit by its own separate fixture, stood a cabinet unlike any other: six feet tall, black walnut, carved in a style Abby had never seen outside of some European fever dream. Its edges swarmed with reliefs of spirals, eyes, and what looked for all the world like a tangle of roots or tentacles wrapping the doors shut.</w:t>
      </w:r>
    </w:p>
    <w:p>
      <w:r/>
    </w:p>
    <w:p>
      <w:r/>
      <w:r>
        <w:t>Nate stopped dead, his body language going from “military sweep” to “altarpiece at an unholy mass” in a heartbeat. “That’s new,” he said.</w:t>
      </w:r>
    </w:p>
    <w:p>
      <w:r/>
    </w:p>
    <w:p>
      <w:r/>
      <w:r>
        <w:t>Abby shook her head. “1892, shipped from Vienna. It’s been here longer than the building.”</w:t>
      </w:r>
    </w:p>
    <w:p>
      <w:r/>
    </w:p>
    <w:p>
      <w:r/>
      <w:r>
        <w:t>She stepped to the cabinet, unclipped a smaller key from the chain around her neck, and held it out for Nate to see. “This one doesn’t get loaned out.”</w:t>
      </w:r>
    </w:p>
    <w:p>
      <w:r/>
    </w:p>
    <w:p>
      <w:r/>
      <w:r>
        <w:t>He gave her a look—respectful, a little wary—and nodded for her to proceed.</w:t>
      </w:r>
    </w:p>
    <w:p>
      <w:r/>
    </w:p>
    <w:p>
      <w:r/>
      <w:r>
        <w:t>The lock turned with a soft click, and the doors swung open on silent hinges. Inside, the shelves were lined with deep blue velvet, and each shelf was a tableau of objects that looked as if they’d been arranged for a still-life of the uncanny: stones the size and shape of birds’ eggs, their surfaces etched with spirals so fine they could have been burned in with a laser; lengths of hammered copper, curved into arcs and studded with fragments of obsidian; pottery shards so thin they bordered on translucent, their interiors lined with what looked like graphite but gleamed, in the right light, with a sheen like gunmetal.</w:t>
      </w:r>
    </w:p>
    <w:p>
      <w:r/>
    </w:p>
    <w:p>
      <w:r/>
      <w:r>
        <w:t>“These were all found in the original well excavation,” Abby said, voice gone soft, almost lullaby. “The official inventory lists them as ‘probable mining tools’ or ‘decorative in origin,’ but—” She reached for the top shelf and plucked down a fist-sized chunk of black stone. She set it in Nate’s hand. “Tell me if that feels like decoration.”</w:t>
      </w:r>
    </w:p>
    <w:p>
      <w:r/>
    </w:p>
    <w:p>
      <w:r/>
      <w:r>
        <w:t>Nate rolled the stone in his palm. “Heavy,” he said. He turned it over, then over again, squinting at the spirals. “It’s warm.”</w:t>
      </w:r>
    </w:p>
    <w:p>
      <w:r/>
    </w:p>
    <w:p>
      <w:r/>
      <w:r>
        <w:t>Abby watched, measuring his reaction. “It stays warm. Even in here.”</w:t>
      </w:r>
    </w:p>
    <w:p>
      <w:r/>
    </w:p>
    <w:p>
      <w:r/>
      <w:r>
        <w:t>He looked up. “Have you checked for radioactivity?”</w:t>
      </w:r>
    </w:p>
    <w:p>
      <w:r/>
    </w:p>
    <w:p>
      <w:r/>
      <w:r>
        <w:t>She shook her head. “We ran a scan last year—nothing above background. But if you test it with a magnetometer, it spikes.”</w:t>
      </w:r>
    </w:p>
    <w:p>
      <w:r/>
    </w:p>
    <w:p>
      <w:r/>
      <w:r>
        <w:t>Nate grinned, as if this was the answer he’d been hoping for. He set the stone on the velvet, picked up one of the copper arcs, and traced the line of obsidian with his finger. “This is too precise for hand tools,” he said, almost to himself.</w:t>
      </w:r>
    </w:p>
    <w:p>
      <w:r/>
    </w:p>
    <w:p>
      <w:r/>
      <w:r>
        <w:t>“Look at the pattern,” Abby said. She crouched and pointed to the arrangement of the objects on the shelf. “It’s the same spiral you mapped at the well. Almost perfect, except for here.” She tapped a spot where two of the stones overlapped.</w:t>
      </w:r>
    </w:p>
    <w:p>
      <w:r/>
    </w:p>
    <w:p>
      <w:r/>
      <w:r>
        <w:t>Nate nodded. “A break in the sequence.” He looked at her. “It’s intentional.”</w:t>
      </w:r>
    </w:p>
    <w:p>
      <w:r/>
    </w:p>
    <w:p>
      <w:r/>
      <w:r>
        <w:t>“I think so,” Abby said. “The original miners didn’t bother to document the well dig beyond a single ledger, and that page was torn out. But the oral histories—the ones that survived—talk about how the workers were told not to remove anything with the spiral mark. They did, of course.” She gestured at the cabinet. “Then they died. All of them, within three years.”</w:t>
      </w:r>
    </w:p>
    <w:p>
      <w:r/>
    </w:p>
    <w:p>
      <w:r/>
      <w:r>
        <w:t>Nate whistled low, then bent to examine the pottery. He picked up a fragment, held it to the overhead light, and whistled again. “This isn’t pottery,” he said. “It’s glass. But the inside—” He ran his thumb along the graphite-like lining. “It’s magnetic. I can feel it pull.”</w:t>
      </w:r>
    </w:p>
    <w:p>
      <w:r/>
    </w:p>
    <w:p>
      <w:r/>
      <w:r>
        <w:t>Abby smiled, grim. “I know.”</w:t>
      </w:r>
    </w:p>
    <w:p>
      <w:r/>
    </w:p>
    <w:p>
      <w:r/>
      <w:r>
        <w:t>He replaced the fragment, more gently than he’d picked it up, and turned to her. “You’ve been keeping these off the Society’s radar?”</w:t>
      </w:r>
    </w:p>
    <w:p>
      <w:r/>
    </w:p>
    <w:p>
      <w:r/>
      <w:r>
        <w:t>She nodded. “I catalogued them myself, made up three different sets of records. Only the legal minimum made it into the official log. The rest—” She let the sentence finish itself.</w:t>
      </w:r>
    </w:p>
    <w:p>
      <w:r/>
    </w:p>
    <w:p>
      <w:r/>
      <w:r>
        <w:t>He looked at her, real respect this time. “You trust me?”</w:t>
      </w:r>
    </w:p>
    <w:p>
      <w:r/>
    </w:p>
    <w:p>
      <w:r/>
      <w:r>
        <w:t>She hesitated, then said, “I don’t have a choice.”</w:t>
      </w:r>
    </w:p>
    <w:p>
      <w:r/>
    </w:p>
    <w:p>
      <w:r/>
      <w:r>
        <w:t>He nodded, then reached for the stone again. This time, he set it on the metal surface of the bottom shelf. It slid, not much, but enough to suggest there was an active charge in the room.</w:t>
      </w:r>
    </w:p>
    <w:p>
      <w:r/>
    </w:p>
    <w:p>
      <w:r/>
      <w:r>
        <w:t>“You ever take these out of here?” he asked.</w:t>
      </w:r>
    </w:p>
    <w:p>
      <w:r/>
    </w:p>
    <w:p>
      <w:r/>
      <w:r>
        <w:t>“Once,” Abby said. “For a physics department consult. The grad student who ran the scan said the stone’s signature was ‘anomalous, but not alarming.’ The only time she freaked out was when she set it on the ground. It—” She stopped, searching for a word. “It buzzed. Like a live wire, but not electrical.”</w:t>
      </w:r>
    </w:p>
    <w:p>
      <w:r/>
    </w:p>
    <w:p>
      <w:r/>
      <w:r>
        <w:t>Nate took this in, then knelt, placing the stone at the base of the cabinet. He retrieved a small, battered compass from his duffel—standard SAR issue, decades old but perfectly calibrated. He set it on the floor beside the stone.</w:t>
      </w:r>
    </w:p>
    <w:p>
      <w:r/>
    </w:p>
    <w:p>
      <w:r/>
      <w:r>
        <w:t>The needle spun.</w:t>
      </w:r>
    </w:p>
    <w:p>
      <w:r/>
    </w:p>
    <w:p>
      <w:r/>
      <w:r>
        <w:t>He looked up, grinning, but the smile was not pleasant. “That’s the signal Vernon wrote about.”</w:t>
      </w:r>
    </w:p>
    <w:p>
      <w:r/>
    </w:p>
    <w:p>
      <w:r/>
      <w:r>
        <w:t>Abby nodded. “And it matches the readings from the well. Almost perfectly.”</w:t>
      </w:r>
    </w:p>
    <w:p>
      <w:r/>
    </w:p>
    <w:p>
      <w:r/>
      <w:r>
        <w:t>He picked up the compass, eyes intent, and set it on the shelf next to the copper arc. The needle swung, then held steady, north now redefined by the presence of the object.</w:t>
      </w:r>
    </w:p>
    <w:p>
      <w:r/>
    </w:p>
    <w:p>
      <w:r/>
      <w:r>
        <w:t>“These are more than artifacts,” Nate said, voice suddenly very small in the steel-and-concrete echo of the room. “They’re—” He paused, unwilling to finish the sentence.</w:t>
      </w:r>
    </w:p>
    <w:p>
      <w:r/>
    </w:p>
    <w:p>
      <w:r/>
      <w:r>
        <w:t>Abby did it for him. “Transmitters?”</w:t>
      </w:r>
    </w:p>
    <w:p>
      <w:r/>
    </w:p>
    <w:p>
      <w:r/>
      <w:r>
        <w:t>He shook his head. “Keys.”</w:t>
      </w:r>
    </w:p>
    <w:p>
      <w:r/>
    </w:p>
    <w:p>
      <w:r/>
      <w:r>
        <w:t>They stood, side by side, staring into the open mouth of the cabinet, the blue velvet catching every stray glint and shadow. For a moment, the air felt heavier, as if the room itself had turned in its sleep and decided to listen.</w:t>
      </w:r>
    </w:p>
    <w:p>
      <w:r/>
    </w:p>
    <w:p>
      <w:r/>
      <w:r>
        <w:t>Abby crossed her arms, hugging herself against the chill. “Caleb was obsessed with these patterns,” she said, voice low. “He said if you could match the sequence—stones, copper, even the pottery—you could open a… window. That’s the word he used.”</w:t>
      </w:r>
    </w:p>
    <w:p>
      <w:r/>
    </w:p>
    <w:p>
      <w:r/>
      <w:r>
        <w:t>“Window to what?” Nate asked.</w:t>
      </w:r>
    </w:p>
    <w:p>
      <w:r/>
    </w:p>
    <w:p>
      <w:r/>
      <w:r>
        <w:t>“I don’t know,” she said. “He never got that far.”</w:t>
      </w:r>
    </w:p>
    <w:p>
      <w:r/>
    </w:p>
    <w:p>
      <w:r/>
      <w:r>
        <w:t>They stood there for a long minute, both lost in the possibilities. Then Nate reached for the warm stone again, cradling it in his palm.</w:t>
      </w:r>
    </w:p>
    <w:p>
      <w:r/>
    </w:p>
    <w:p>
      <w:r/>
      <w:r>
        <w:t>“We’re going to need to run a full suite of tests,” he said. “Spectrometry, maybe an MRI. But before that—” He paused, searching her face for agreement. “We need to find the missing piece.”</w:t>
      </w:r>
    </w:p>
    <w:p>
      <w:r/>
    </w:p>
    <w:p>
      <w:r/>
      <w:r>
        <w:t>Abby nodded. “I have a theory about that,” she said. “But it’s not in here.”</w:t>
      </w:r>
    </w:p>
    <w:p>
      <w:r/>
    </w:p>
    <w:p>
      <w:r/>
      <w:r>
        <w:t>He looked at her, waiting.</w:t>
      </w:r>
    </w:p>
    <w:p>
      <w:r/>
    </w:p>
    <w:p>
      <w:r/>
      <w:r>
        <w:t>She hesitated, then: “It’s in the fallback locker.”</w:t>
      </w:r>
    </w:p>
    <w:p>
      <w:r/>
    </w:p>
    <w:p>
      <w:r/>
      <w:r>
        <w:t>He grinned, relief and anticipation mixing on his face. “Good. I was afraid you were going to say it was still at the well.”</w:t>
      </w:r>
    </w:p>
    <w:p>
      <w:r/>
    </w:p>
    <w:p>
      <w:r/>
      <w:r>
        <w:t>She laughed, a little too loud for the tomb-quiet room, and said, “Not unless you want to dig at three in the morning.”</w:t>
      </w:r>
    </w:p>
    <w:p>
      <w:r/>
    </w:p>
    <w:p>
      <w:r/>
      <w:r>
        <w:t>He shook his head. “Let’s stick to the indoors for now.”</w:t>
      </w:r>
    </w:p>
    <w:p>
      <w:r/>
    </w:p>
    <w:p>
      <w:r/>
      <w:r>
        <w:t>They closed the cabinet, careful not to disturb the arrangement, and Abby locked it with the same key, replacing it on the chain around her neck. The two of them stood for a moment in the dim, the hush now companionable instead of oppressive.</w:t>
      </w:r>
    </w:p>
    <w:p>
      <w:r/>
    </w:p>
    <w:p>
      <w:r/>
      <w:r>
        <w:t>“Thanks,” Nate said, voice just above a whisper.</w:t>
      </w:r>
    </w:p>
    <w:p>
      <w:r/>
    </w:p>
    <w:p>
      <w:r/>
      <w:r>
        <w:t>She shrugged, pretending not to be moved. “We’re in this together, right?”</w:t>
      </w:r>
    </w:p>
    <w:p>
      <w:r/>
    </w:p>
    <w:p>
      <w:r/>
      <w:r>
        <w:t>He nodded, then hoisted his duffel. “Lead the way.”</w:t>
      </w:r>
    </w:p>
    <w:p>
      <w:r/>
    </w:p>
    <w:p>
      <w:r/>
      <w:r>
        <w:t>She did, and the two of them moved back through the darkness, the spirals now mapped not just on the stones and the walls, but in the nervous system of her own spine.</w:t>
      </w:r>
    </w:p>
    <w:p>
      <w:r/>
    </w:p>
    <w:p>
      <w:r/>
      <w:r>
        <w:t>In the hallway, the motion sensor flickered to life, casting two overlapping shadows on the wall. For the first time, they looked less like ghosts, and more like sentries, waiting for whatever came next.</w:t>
      </w:r>
    </w:p>
    <w:p>
      <w:r/>
    </w:p>
    <w:p>
      <w:r/>
    </w:p>
    <w:p>
      <w:r/>
      <w:r>
        <w:t># Scene 3</w:t>
      </w:r>
    </w:p>
    <w:p>
      <w:r/>
    </w:p>
    <w:p>
      <w:r/>
      <w:r>
        <w:t>The fallback locker was hidden in plain sight—a battered four-drawer relic tucked in the corner of Abby’s office, its surface camouflaged under layers of grant proposals, meeting minutes, and a stack of pamphlets for the Society’s annual spaghetti feed. Only the bottom drawer was locked, and only Abby had the key.</w:t>
      </w:r>
    </w:p>
    <w:p>
      <w:r/>
    </w:p>
    <w:p>
      <w:r/>
      <w:r>
        <w:t>She waited until Nate was seated, then knelt and inserted the tiny brass shank, turning it with a click that seemed to echo off the drywall. The lock was nothing compared to the deadbolt in the artifact room, but the way her hand trembled made it feel heavier, final.</w:t>
      </w:r>
    </w:p>
    <w:p>
      <w:r/>
    </w:p>
    <w:p>
      <w:r/>
      <w:r>
        <w:t>She pulled the drawer out to its full extension, then paused, glancing at Nate for a flicker of support. He nodded, silent. The drawer’s contents were organized to the point of paranoia: two thick manila envelopes—one marked “Legal,” the other “Personnel”—an acid-free sleeve that held a strip of yellowed photo negatives, and, at the very back, a shallow wood tray lined with dense foam.</w:t>
      </w:r>
    </w:p>
    <w:p>
      <w:r/>
    </w:p>
    <w:p>
      <w:r/>
      <w:r>
        <w:t>Abby reached past the envelopes, lifted the tray with both hands, and set it on her desk. She did not speak until she had peeled back the foam’s top layer, revealing a circular shape the color of moonless obsidian. It lay in a nest carved precisely to fit its every contour, eight inches across and no more than a quarter-inch thick. The edges were beveled, the surface flawless except for a ring of faint, nearly invisible etchings that ran just inside the rim.</w:t>
      </w:r>
    </w:p>
    <w:p>
      <w:r/>
    </w:p>
    <w:p>
      <w:r/>
      <w:r>
        <w:t>She closed the drawer, wiped her palms on her skirt, and sat.</w:t>
      </w:r>
    </w:p>
    <w:p>
      <w:r/>
    </w:p>
    <w:p>
      <w:r/>
      <w:r>
        <w:t>Nate leaned in, his entire posture gone alert and wary. “That’s not in the public inventory,” he said.</w:t>
      </w:r>
    </w:p>
    <w:p>
      <w:r/>
    </w:p>
    <w:p>
      <w:r/>
      <w:r>
        <w:t>“No,” Abby replied. “Caleb brought it in himself. It was the last thing he logged before he disappeared.”</w:t>
      </w:r>
    </w:p>
    <w:p>
      <w:r/>
    </w:p>
    <w:p>
      <w:r/>
      <w:r>
        <w:t>She didn’t touch the disc. Instead, she slid the tray to Nate, letting him absorb the strangeness. “It’s not just a historical find. I think it’s a key, or maybe a lock. Caleb said it was the most important thing he’d ever handled. He made me promise to keep it hidden. Even from the board.”</w:t>
      </w:r>
    </w:p>
    <w:p>
      <w:r/>
    </w:p>
    <w:p>
      <w:r/>
      <w:r>
        <w:t>Nate hovered his hand above the disc, hesitated, then lifted it free of the foam. It was heavier than he expected—far denser than any volcanic glass, with a temperature that felt not cold, but neutral, as if it had opted out of heat transfer altogether. He rotated it in his hands, watching as the faint etchings caught the office’s overhead fluorescence. At certain angles, the lines seemed to absorb light instead of reflect it, opening up hints of deeper structure, as if the whole object was a shallow pond and the carvings the flicker of something alive beneath.</w:t>
      </w:r>
    </w:p>
    <w:p>
      <w:r/>
    </w:p>
    <w:p>
      <w:r/>
      <w:r>
        <w:t>He set the disc flat on the desk. The room’s energy changed, like the air had thickened. Both of them felt it—Abby’s breath quickened, Nate’s fingers prickled with static, a fine blue sensation that traced up his arms and pooled behind his eyes.</w:t>
      </w:r>
    </w:p>
    <w:p>
      <w:r/>
    </w:p>
    <w:p>
      <w:r/>
      <w:r>
        <w:t>“Try the flashlight,” Abby said, her voice thin.</w:t>
      </w:r>
    </w:p>
    <w:p>
      <w:r/>
    </w:p>
    <w:p>
      <w:r/>
      <w:r>
        <w:t>He did. The beam, tight and white, played over the obsidian, revealing a network of lines that, under normal light, did not exist. Concentric circles radiated from a center offset by a few millimeters—not a defect, but a deliberate eccentricity, matching the “broken spiral” motif in both the artifact room and the well.</w:t>
      </w:r>
    </w:p>
    <w:p>
      <w:r/>
    </w:p>
    <w:p>
      <w:r/>
      <w:r>
        <w:t>“That’s not a spiral,” Nate said. “It’s a frequency diagram. Like an old oscilloscope printout.”</w:t>
      </w:r>
    </w:p>
    <w:p>
      <w:r/>
    </w:p>
    <w:p>
      <w:r/>
      <w:r>
        <w:t>Abby nodded. “Caleb thought it was a recording. Or a map.”</w:t>
      </w:r>
    </w:p>
    <w:p>
      <w:r/>
    </w:p>
    <w:p>
      <w:r/>
      <w:r>
        <w:t>He angled the beam, adjusting until a second set of lines appeared: these not etched, but rendered in the subtlest of relief, so faint it took the tremor of the flashlight to bring them out. They intersected the concentric rings at precise intervals, making the whole disc a kind of clock face, though no two ‘hours’ matched and some markers were offset by fractions of a degree.</w:t>
      </w:r>
    </w:p>
    <w:p>
      <w:r/>
    </w:p>
    <w:p>
      <w:r/>
      <w:r>
        <w:t>“It’s not a timepiece,” Nate said, almost awed. “It’s a phase lock.”</w:t>
      </w:r>
    </w:p>
    <w:p>
      <w:r/>
    </w:p>
    <w:p>
      <w:r/>
      <w:r>
        <w:t>Abby laughed—one soft, incredulous puff. “That’s what Vernon wrote in the margin of his last notebook. He said if you had the phase lock, you could find the anchor point. And if you had the anchor point—”</w:t>
      </w:r>
    </w:p>
    <w:p>
      <w:r/>
    </w:p>
    <w:p>
      <w:r/>
      <w:r>
        <w:t>“You could control the event,” Nate finished, eyes never leaving the disc.</w:t>
      </w:r>
    </w:p>
    <w:p>
      <w:r/>
    </w:p>
    <w:p>
      <w:r/>
      <w:r>
        <w:t>He set the disc on his palm, feeling the weight settle, then tapped the edge with a fingernail. The sound was not the expected click of stone, but a high, bell-clear tone that hung in the air for a full second before fading.</w:t>
      </w:r>
    </w:p>
    <w:p>
      <w:r/>
    </w:p>
    <w:p>
      <w:r/>
      <w:r>
        <w:t>They stared at each other, the realization flowing between them in a silence too dense for words. Abby broke it first.</w:t>
      </w:r>
    </w:p>
    <w:p>
      <w:r/>
    </w:p>
    <w:p>
      <w:r/>
      <w:r>
        <w:t>“I should have told you sooner,” she said. “But I wasn’t sure. And I thought—if anyone was watching—”</w:t>
      </w:r>
    </w:p>
    <w:p>
      <w:r/>
    </w:p>
    <w:p>
      <w:r/>
      <w:r>
        <w:t>Nate’s face was gentle, but his hands were white-knuckled around the disc. “You did the right thing. If you’d gone public, Caldwell would have had this out of the Society before breakfast.”</w:t>
      </w:r>
    </w:p>
    <w:p>
      <w:r/>
    </w:p>
    <w:p>
      <w:r/>
      <w:r>
        <w:t>She nodded. “Now you understand why I’m so careful. Why I check every lock, every window.”</w:t>
      </w:r>
    </w:p>
    <w:p>
      <w:r/>
    </w:p>
    <w:p>
      <w:r/>
      <w:r>
        <w:t>He smiled, only a little. “And why you trust no one.”</w:t>
      </w:r>
    </w:p>
    <w:p>
      <w:r/>
    </w:p>
    <w:p>
      <w:r/>
      <w:r>
        <w:t>She considered this, then leaned forward, elbows on knees, voice a whisper. “But I trust you. I have to. It’s too much, otherwise.”</w:t>
      </w:r>
    </w:p>
    <w:p>
      <w:r/>
    </w:p>
    <w:p>
      <w:r/>
      <w:r>
        <w:t>He set the disc down, reached for her hand, and let it rest atop his own—obsidian between them, the touch gentle but solid. “We finish this together,” he said.</w:t>
      </w:r>
    </w:p>
    <w:p>
      <w:r/>
    </w:p>
    <w:p>
      <w:r/>
      <w:r>
        <w:t>Abby nodded, eyes bright but unafraid. “Together.”</w:t>
      </w:r>
    </w:p>
    <w:p>
      <w:r/>
    </w:p>
    <w:p>
      <w:r/>
      <w:r>
        <w:t>She drew in a slow breath, let it out, then used the flashlight again, this time setting it at a low angle. As the light traced the disc’s surface, new symbols appeared—glyphs she recognized from the stone eggs in the cabinet, from the petroglyphs in the cave photos, from the notations in her brother’s lost notebook. Some were letters, some numbers, and others the pure geometry of spiral, phase, and interval. Each symbol was a clue, a breadcrumb left for the next in the chain.</w:t>
      </w:r>
    </w:p>
    <w:p>
      <w:r/>
    </w:p>
    <w:p>
      <w:r/>
      <w:r>
        <w:t>Nate scribbled furiously in his own battered field book, matching symbols to coordinates, cross-referencing everything with the overlays from the mining claims. He muttered under his breath, a litany of conversion factors and math, the sound comforting and familiar to Abby after so many years of working with the obsessed.</w:t>
      </w:r>
    </w:p>
    <w:p>
      <w:r/>
    </w:p>
    <w:p>
      <w:r/>
      <w:r>
        <w:t>“I think it’s pointing somewhere,” he said. “Not the well, but—” He flipped a page, mapped the intervals, then looked up. “Crater Lake. Wizard Island.”</w:t>
      </w:r>
    </w:p>
    <w:p>
      <w:r/>
    </w:p>
    <w:p>
      <w:r/>
      <w:r>
        <w:t>Abby smiled, this time for real. “That’s what Caleb thought, too.”</w:t>
      </w:r>
    </w:p>
    <w:p>
      <w:r/>
    </w:p>
    <w:p>
      <w:r/>
      <w:r>
        <w:t>They sat in the hush, the obsidian disc between them, the knowledge now complete—at least for this phase. Whatever came next would come for both of them, and for the first time since her brother vanished, Abby did not feel alone in the spiral.</w:t>
      </w:r>
    </w:p>
    <w:p>
      <w:r/>
    </w:p>
    <w:p>
      <w:r/>
      <w:r>
        <w:t>She closed the fallback locker, replaced the key on its ring, and looked at Nate. “What do we do now?”</w:t>
      </w:r>
    </w:p>
    <w:p>
      <w:r/>
    </w:p>
    <w:p>
      <w:r/>
      <w:r>
        <w:t>He answered without hesitation. “We get ready. We take the disc. And we find the anchor point.”</w:t>
      </w:r>
    </w:p>
    <w:p>
      <w:r/>
    </w:p>
    <w:p>
      <w:r/>
      <w:r>
        <w:t>Abby nodded, a current of relief and dread running side by side through her blood.</w:t>
      </w:r>
    </w:p>
    <w:p>
      <w:r/>
    </w:p>
    <w:p>
      <w:r/>
      <w:r>
        <w:t>“Let’s not wait too long,” she said.</w:t>
      </w:r>
    </w:p>
    <w:p>
      <w:r/>
    </w:p>
    <w:p>
      <w:r/>
      <w:r>
        <w:t>“Agreed,” Nate replied.</w:t>
      </w:r>
    </w:p>
    <w:p>
      <w:r/>
    </w:p>
    <w:p>
      <w:r/>
      <w:r>
        <w:t>They locked the office behind them, careful to leave no trace. But as they walked into the silent corridor, the sense of waiting was gone, replaced by momentum, purpose, and—deep beneath the surface—something like hope.</w:t>
      </w:r>
    </w:p>
    <w:p>
      <w:r/>
    </w:p>
    <w:p>
      <w:r/>
      <w:r>
        <w:t>Outside, the night pressed close to the windows, but inside, the Society was alive, every lock and key now part of a chain, every artifact another turn of the spiral.</w:t>
      </w:r>
    </w:p>
    <w:p>
      <w:r/>
    </w:p>
    <w:p>
      <w:r/>
      <w:r>
        <w:t>At the center of it all, the disc waited, patient, in their hands.</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