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 xml:space="preserve">The artifact room was always at least ten degrees colder than the rest of the Historical Society, as if time itself leeched heat from the place. Abby swiped her keycard, waited for the thump of the lock, and led Nate through the hermetic silence. The fluorescent banks buzzed on in sequence, turning the glass display cases and rolling shelving into ghostly monoliths. She could almost feel the air pressure change behind them, the corridor closing like a stoppered flask. </w:t>
      </w:r>
    </w:p>
    <w:p>
      <w:r/>
    </w:p>
    <w:p>
      <w:r/>
      <w:r>
        <w:t>At the heart of the room, a battered lab table waited, every instrument precisely aligned. Abby had spent the better part of an hour prepping the space—wiping down surfaces with ethanol, confirming that the data lines were physically disconnected, double-checking that the off-the-books USB camera she’d hidden behind the shelf was pointed exactly at the workstation. Vernon’s journals lay open and flagged on the far side, adjacent to an overlay of topographical maps and a folder of annotated photographs from the Society’s earliest expeditions.</w:t>
      </w:r>
    </w:p>
    <w:p>
      <w:r/>
    </w:p>
    <w:p>
      <w:r/>
      <w:r>
        <w:t>Nate crossed to the table, set his battered field bag on the floor, and regarded the obsidian disc in its cradle of foam as though it might bite. He didn’t touch it right away. Instead, he hovered a hand over the surface, sensing for the same warmth or repulsion he’d noted yesterday. The disc remained inert, inscrutable, a coin minted by an extinct civilization.</w:t>
      </w:r>
    </w:p>
    <w:p>
      <w:r/>
    </w:p>
    <w:p>
      <w:r/>
      <w:r>
        <w:t>Abby watched him, eyes narrowed. “You look like a bomb tech deciding which wire to cut.”</w:t>
      </w:r>
    </w:p>
    <w:p>
      <w:r/>
    </w:p>
    <w:p>
      <w:r/>
      <w:r>
        <w:t xml:space="preserve">He shrugged, almost bashful. “Sometimes it’s the wire that cuts you.” </w:t>
      </w:r>
    </w:p>
    <w:p>
      <w:r/>
    </w:p>
    <w:p>
      <w:r/>
      <w:r>
        <w:t>She smiled, not quite ready to share his gallows humor, and busied herself arranging the first instrument—a gaussmeter, retrofitted with a digital output that logged every fluctuation to a self-contained chip. She clipped the probe to the edge of the table, calibrated it against a baseline sample, and gave the all-clear with a nod.</w:t>
      </w:r>
    </w:p>
    <w:p>
      <w:r/>
    </w:p>
    <w:p>
      <w:r/>
      <w:r>
        <w:t>Nate, now emboldened, eased the disc from its foam nest. His hands, scarred and blunt-fingered from years of fieldwork, cradled it as one might a newborn or a grenade. The first surprise was the weight: denser than stone, with an immediate downward pull that made his forearms flex in unconscious compensation.</w:t>
      </w:r>
    </w:p>
    <w:p>
      <w:r/>
    </w:p>
    <w:p>
      <w:r/>
      <w:r>
        <w:t>“Jesus,” he muttered. “You didn’t mention it was this heavy.”</w:t>
      </w:r>
    </w:p>
    <w:p>
      <w:r/>
    </w:p>
    <w:p>
      <w:r/>
      <w:r>
        <w:t>“It’s not,” Abby said, scanning the gaussmeter. “The catalogued mass is one-point-eight kilos. You’re holding three, minimum.”</w:t>
      </w:r>
    </w:p>
    <w:p>
      <w:r/>
    </w:p>
    <w:p>
      <w:r/>
      <w:r>
        <w:t>Nate set the disc on the rubber mat, rolled his shoulders, and bent to inspect the edge. “Either the database is wrong, or this thing is growing.”</w:t>
      </w:r>
    </w:p>
    <w:p>
      <w:r/>
    </w:p>
    <w:p>
      <w:r/>
      <w:r>
        <w:t>Abby barely heard him. The gaussmeter had begun to chirp, the needle pulsing up half a division with every heartbeat. She checked the readout, then looked up. “Hold that pose,” she said.</w:t>
      </w:r>
    </w:p>
    <w:p>
      <w:r/>
    </w:p>
    <w:p>
      <w:r/>
      <w:r>
        <w:t>He froze, eyes flicking to the meter. “Is it me, or—”</w:t>
      </w:r>
    </w:p>
    <w:p>
      <w:r/>
    </w:p>
    <w:p>
      <w:r/>
      <w:r>
        <w:t>“Set it down and step back.”</w:t>
      </w:r>
    </w:p>
    <w:p>
      <w:r/>
    </w:p>
    <w:p>
      <w:r/>
      <w:r>
        <w:t>He did, palms flat on the table for balance. The meter’s needle drifted down, but not all the way to zero.</w:t>
      </w:r>
    </w:p>
    <w:p>
      <w:r/>
    </w:p>
    <w:p>
      <w:r/>
      <w:r>
        <w:t>Abby tried a new configuration, this time picking up the disc herself. It felt cool to the touch, the weight substantial but manageable—no more than she’d expect from a plate of solid glass. The needle barely fluttered.</w:t>
      </w:r>
    </w:p>
    <w:p>
      <w:r/>
    </w:p>
    <w:p>
      <w:r/>
      <w:r>
        <w:t>She raised an eyebrow. “Weird. It spikes for you, not me.”</w:t>
      </w:r>
    </w:p>
    <w:p>
      <w:r/>
    </w:p>
    <w:p>
      <w:r/>
      <w:r>
        <w:t>Nate grinned, a little embarrassed. “Maybe it’s a genetic thing. My uncle had the same effect on certain field gear—his crew called him ‘the walking Faraday cage.’”</w:t>
      </w:r>
    </w:p>
    <w:p>
      <w:r/>
    </w:p>
    <w:p>
      <w:r/>
      <w:r>
        <w:t>Abby set the disc down again, then pressed a knuckle to her lips in thought. “Let’s try something. Swap hands, but don’t touch the disc directly—use the nitrile gloves.” She slid a box toward him.</w:t>
      </w:r>
    </w:p>
    <w:p>
      <w:r/>
    </w:p>
    <w:p>
      <w:r/>
      <w:r>
        <w:t>Nate complied, tugging the gloves over his thick wrists. He lifted the disc, careful not to smudge the surface, and the needle responded as before—a clean, repeating spike every second or so.</w:t>
      </w:r>
    </w:p>
    <w:p>
      <w:r/>
    </w:p>
    <w:p>
      <w:r/>
      <w:r>
        <w:t>Abby logged the readings, her script cramped but legible. “It’s not your skin, then. It’s your presence.”</w:t>
      </w:r>
    </w:p>
    <w:p>
      <w:r/>
    </w:p>
    <w:p>
      <w:r/>
      <w:r>
        <w:t>He snorted. “If I had a nickel.”</w:t>
      </w:r>
    </w:p>
    <w:p>
      <w:r/>
    </w:p>
    <w:p>
      <w:r/>
      <w:r>
        <w:t>She rolled her eyes but felt the tension ease a notch. “What do you make of it?”</w:t>
      </w:r>
    </w:p>
    <w:p>
      <w:r/>
    </w:p>
    <w:p>
      <w:r/>
      <w:r>
        <w:t>Nate shrugged. “Never seen a material react to a person like that, unless there’s an embedded piezo or something else exotic.” He eyed the disc. “But I’m guessing you already ruled out electronics.”</w:t>
      </w:r>
    </w:p>
    <w:p>
      <w:r/>
    </w:p>
    <w:p>
      <w:r/>
      <w:r>
        <w:t>Abby nodded. “We ran it through x-ray and CT. It’s solid, with minor inclusions typical for obsidian—nothing that’d conduct a current, nothing manufactured.”</w:t>
      </w:r>
    </w:p>
    <w:p>
      <w:r/>
    </w:p>
    <w:p>
      <w:r/>
      <w:r>
        <w:t>He set the disc down, this time with reverence, and dusted off his gloves. “Okay. Let’s try imaging.”</w:t>
      </w:r>
    </w:p>
    <w:p>
      <w:r/>
    </w:p>
    <w:p>
      <w:r/>
      <w:r>
        <w:t>He withdrew a battered mirrorless camera from his bag, attached a macro lens with a series of satisfying clicks, and then set up a raking light—one of those high-CRI flashlights that lit every imperfection on a surface, every residue or oil from a hundred previous hands. Abby dimmed the room’s overheads, plunging the far shelves into a borderless gray.</w:t>
      </w:r>
    </w:p>
    <w:p>
      <w:r/>
    </w:p>
    <w:p>
      <w:r/>
      <w:r>
        <w:t>Nate snapped the first image—surface flat, disc in profile—then checked the preview. “Nothing,” he reported. “Just black glass.”</w:t>
      </w:r>
    </w:p>
    <w:p>
      <w:r/>
    </w:p>
    <w:p>
      <w:r/>
      <w:r>
        <w:t>He repositioned the light, angling it until a line of glare ran like a laser across the bevel. He snapped another image, then another, each time shifting the disc by a degree or two. Finally, at an oblique angle, something appeared: the faintest ghost of an etching, visible only where the light skimmed the surface.</w:t>
      </w:r>
    </w:p>
    <w:p>
      <w:r/>
    </w:p>
    <w:p>
      <w:r/>
      <w:r>
        <w:t>He handed Abby the camera, his gloved finger tracing the edge of the LCD. “Right there. See it?”</w:t>
      </w:r>
    </w:p>
    <w:p>
      <w:r/>
    </w:p>
    <w:p>
      <w:r/>
      <w:r>
        <w:t>She zoomed in, pulse quickening. The lines were impossibly fine—less than a hair’s width—arranged not in the decorative spirals of the artifact room, but in a series of nested arcs, some offset, some crossing at deliberate intervals. There were also shapes: not random scratches, but symbols, as if someone had written a message in an alphabet too old for translation.</w:t>
      </w:r>
    </w:p>
    <w:p>
      <w:r/>
    </w:p>
    <w:p>
      <w:r/>
      <w:r>
        <w:t>“It’s not just a spiral,” she said, voice hushed.</w:t>
      </w:r>
    </w:p>
    <w:p>
      <w:r/>
    </w:p>
    <w:p>
      <w:r/>
      <w:r>
        <w:t>Nate grinned, the pleasure of discovery plain on his face. “Nope. It’s a map. Or maybe an equation.” He rotated the disc, snapped another series, and started marking up each new feature with a tiny piece of post-it.</w:t>
      </w:r>
    </w:p>
    <w:p>
      <w:r/>
    </w:p>
    <w:p>
      <w:r/>
      <w:r>
        <w:t>Abby grabbed her own notebook, flipped to the copy she’d made of Vernon’s last field entry, and laid it beside the camera’s display. “Look at this,” she said, tapping the page. “Here—Vernon sketched a spiral with three interruptions, each at an irrational interval. He noted the difference between the standard ceremonial spiral and what he called the ‘artifact’s wave.’”</w:t>
      </w:r>
    </w:p>
    <w:p>
      <w:r/>
    </w:p>
    <w:p>
      <w:r/>
      <w:r>
        <w:t>Nate lined up the journal next to the disc. The match wasn’t perfect—Abby’s drawing was a little rough, Vernon’s handwriting impossible in spots—but the offset was identical. Each break in the spiral corresponded to a symbol on the disc.</w:t>
      </w:r>
    </w:p>
    <w:p>
      <w:r/>
    </w:p>
    <w:p>
      <w:r/>
      <w:r>
        <w:t>He sat back, grinning like a schoolboy. “I think he was trying to triangulate something. Like the disc is a dial, and the spiral is the calibration curve.”</w:t>
      </w:r>
    </w:p>
    <w:p>
      <w:r/>
    </w:p>
    <w:p>
      <w:r/>
      <w:r>
        <w:t>Abby looked up. “That’s insane.”</w:t>
      </w:r>
    </w:p>
    <w:p>
      <w:r/>
    </w:p>
    <w:p>
      <w:r/>
      <w:r>
        <w:t>He shrugged. “So is building a transmitter out of obsidian. But maybe it’s not the disc that’s active. Maybe it’s the person holding it.”</w:t>
      </w:r>
    </w:p>
    <w:p>
      <w:r/>
    </w:p>
    <w:p>
      <w:r/>
      <w:r>
        <w:t>She stared at him. “You mean me.”</w:t>
      </w:r>
    </w:p>
    <w:p>
      <w:r/>
    </w:p>
    <w:p>
      <w:r/>
      <w:r>
        <w:t>“Or anyone with the right resonance,” Nate said. He pointed to the gaussmeter. “It reacts to me, but not to you. What if this is some kind of biological interface?”</w:t>
      </w:r>
    </w:p>
    <w:p>
      <w:r/>
    </w:p>
    <w:p>
      <w:r/>
      <w:r>
        <w:t>Abby sat back, fingers laced tight, her mind racing through every folkloric reference she’d ever catalogued. The old stories of the “bone-well,” the accounts of miners hearing voices or feeling compelled to carve spirals into their tools, even the whispers about the “singing” that sometimes drifted up from the shaft—all of it had a new, uncomfortable context.</w:t>
      </w:r>
    </w:p>
    <w:p>
      <w:r/>
    </w:p>
    <w:p>
      <w:r/>
      <w:r>
        <w:t>She swallowed. “What if it’s a lock, and you’re the key?”</w:t>
      </w:r>
    </w:p>
    <w:p>
      <w:r/>
    </w:p>
    <w:p>
      <w:r/>
      <w:r>
        <w:t>Nate didn’t answer right away. Instead, he set the disc back in its foam nest, then leaned close, eyes fixed on the newly revealed glyphs. “If that’s true, we need to know what happens when the lock turns.”</w:t>
      </w:r>
    </w:p>
    <w:p>
      <w:r/>
    </w:p>
    <w:p>
      <w:r/>
      <w:r>
        <w:t>He motioned for her to reset the gaussmeter and handed her a new set of gloves, this time lined with silver thread. “Try again,” he said. “But this time, think about what you want it to do.”</w:t>
      </w:r>
    </w:p>
    <w:p>
      <w:r/>
    </w:p>
    <w:p>
      <w:r/>
      <w:r>
        <w:t>She felt stupid, but complied. As her fingers closed around the edge, she focused on the image from the journal—imagined the spiral, the three breaks, the offset that had haunted her brother’s last days. The disc was still cool, still heavier than it should be, but this time she felt the tiniest vibration—like the thrum of a distant generator, or the pulse that traveled through a subway rail just before the train arrived.</w:t>
      </w:r>
    </w:p>
    <w:p>
      <w:r/>
    </w:p>
    <w:p>
      <w:r/>
      <w:r>
        <w:t>The gaussmeter flickered, then steadied.</w:t>
      </w:r>
    </w:p>
    <w:p>
      <w:r/>
    </w:p>
    <w:p>
      <w:r/>
      <w:r>
        <w:t>Nate was ready, camera aimed. “Got it,” he said, voice taut.</w:t>
      </w:r>
    </w:p>
    <w:p>
      <w:r/>
    </w:p>
    <w:p>
      <w:r/>
      <w:r>
        <w:t>Abby rotated the disc. With every twenty degrees, the needle on the meter twitched, then held. She completed a full turn, stopped, and set the disc flat.</w:t>
      </w:r>
    </w:p>
    <w:p>
      <w:r/>
    </w:p>
    <w:p>
      <w:r/>
      <w:r>
        <w:t>The air in the room seemed to change. The fluorescents buzzed softer; the shadows on the far wall pulled tighter around the cabinet. For a second, Abby was convinced she heard a faint hum, not from the instrument, but from the disc itself.</w:t>
      </w:r>
    </w:p>
    <w:p>
      <w:r/>
    </w:p>
    <w:p>
      <w:r/>
      <w:r>
        <w:t>She set her hand over the center, palm hovering. The sensation grew—subtle, but unmistakable.</w:t>
      </w:r>
    </w:p>
    <w:p>
      <w:r/>
    </w:p>
    <w:p>
      <w:r/>
      <w:r>
        <w:t>Nate didn’t interrupt. He just watched, waiting for her to call it off.</w:t>
      </w:r>
    </w:p>
    <w:p>
      <w:r/>
    </w:p>
    <w:p>
      <w:r/>
      <w:r>
        <w:t>After a minute, she let the disc go. The feeling faded instantly.</w:t>
      </w:r>
    </w:p>
    <w:p>
      <w:r/>
    </w:p>
    <w:p>
      <w:r/>
      <w:r>
        <w:t>She looked up, found his eyes. “Did you feel it?”</w:t>
      </w:r>
    </w:p>
    <w:p>
      <w:r/>
    </w:p>
    <w:p>
      <w:r/>
      <w:r>
        <w:t>He nodded, jaw set. “I did.”</w:t>
      </w:r>
    </w:p>
    <w:p>
      <w:r/>
    </w:p>
    <w:p>
      <w:r/>
      <w:r>
        <w:t>They worked in silence for a while, logging every image, every anomaly, every new glyph as it appeared under the relentless raking light. Abby marked up a composite on her laptop, linking each etching to a corresponding landmark on the regional map—Wizard Island, the old well, the mining site at Dorsey Ridge. The pattern was tight, specific, and undeniably intentional.</w:t>
      </w:r>
    </w:p>
    <w:p>
      <w:r/>
    </w:p>
    <w:p>
      <w:r/>
      <w:r>
        <w:t>Nate cross-referenced the map with Vernon's field notes, drawing lines between the incidents—each one a point of disappearance, madness, or sudden, inexplicable violence.</w:t>
      </w:r>
    </w:p>
    <w:p>
      <w:r/>
    </w:p>
    <w:p>
      <w:r/>
      <w:r>
        <w:t>At last, Abby sat back, the ache in her shoulders replaced by a kind of trembling anticipation.</w:t>
      </w:r>
    </w:p>
    <w:p>
      <w:r/>
    </w:p>
    <w:p>
      <w:r/>
      <w:r>
        <w:t>She met his gaze, the professional mask gone. “We’re not just tracking a pattern. We’re part of it.”</w:t>
      </w:r>
    </w:p>
    <w:p>
      <w:r/>
    </w:p>
    <w:p>
      <w:r/>
      <w:r>
        <w:t>He smiled, tired but alive with purpose. “Then let’s finish the circuit.”</w:t>
      </w:r>
    </w:p>
    <w:p>
      <w:r/>
    </w:p>
    <w:p>
      <w:r/>
      <w:r>
        <w:t>They packed up the disc, careful as surgeons, and locked it in the Society’s most secure drawer. The room, relieved of its burden, seemed to relax—a little less cold, a little less watchful.</w:t>
      </w:r>
    </w:p>
    <w:p>
      <w:r/>
    </w:p>
    <w:p>
      <w:r/>
      <w:r>
        <w:t>As they left, Abby paused at the threshold, turning back for a final look. The gaussmeter, left running by accident, pulsed once, then stilled.</w:t>
      </w:r>
    </w:p>
    <w:p>
      <w:r/>
    </w:p>
    <w:p>
      <w:r/>
      <w:r>
        <w:t>She closed the door on the artifact room, and with it, the last defense against what they’d just invited in.</w:t>
      </w:r>
    </w:p>
    <w:p>
      <w:r/>
    </w:p>
    <w:p>
      <w:r/>
    </w:p>
    <w:p>
      <w:r/>
      <w:r>
        <w:t># Scene 2</w:t>
      </w:r>
    </w:p>
    <w:p>
      <w:r/>
    </w:p>
    <w:p>
      <w:r/>
      <w:r>
        <w:t>They took their breakfast in the conference nook behind the artifact room, chewing through gas-station bagels and sugar-shot coffee in the hush of an early Saturday. Abby ran diagnostics on her laptop, feeding last night’s gaussmeter data into a custom script she’d written back when she still believed in the redemptive power of statistics. Nate, still in the same clothes as yesterday, hunched over a printout of the disc’s macro photos, marker poised like a surgeon’s scalpel.</w:t>
      </w:r>
    </w:p>
    <w:p>
      <w:r/>
    </w:p>
    <w:p>
      <w:r/>
      <w:r>
        <w:t>She watched him for a minute, the way he squared each sheet and annotated with military precision, the way his hand tensed on the pen at every new finding. He had the look of a man building a bridge while already halfway across.</w:t>
      </w:r>
    </w:p>
    <w:p>
      <w:r/>
    </w:p>
    <w:p>
      <w:r/>
      <w:r>
        <w:t>“You sleep at all?” she asked.</w:t>
      </w:r>
    </w:p>
    <w:p>
      <w:r/>
    </w:p>
    <w:p>
      <w:r/>
      <w:r>
        <w:t>He shook his head, eyes fixed on the swirl of glyphs. “Didn’t feel like it.” Then, after a beat: “I kept seeing it. The spiral. Over and over.”</w:t>
      </w:r>
    </w:p>
    <w:p>
      <w:r/>
    </w:p>
    <w:p>
      <w:r/>
      <w:r>
        <w:t>Abby reached for the map overlay and began lining up the disc’s etchings with regional features, starting with the latitude-longitude grid and working outward. The fit was uncanny—each break in the spiral lining up with a known “incident site,” each concentric ring matching a radius from the well, or from the center of Crater Lake.</w:t>
      </w:r>
    </w:p>
    <w:p>
      <w:r/>
    </w:p>
    <w:p>
      <w:r/>
      <w:r>
        <w:t>She slid a new photo under Nate’s hand. “Look at this,” she said. “This isn’t just a pattern. It’s a set of instructions. A route, maybe.”</w:t>
      </w:r>
    </w:p>
    <w:p>
      <w:r/>
    </w:p>
    <w:p>
      <w:r/>
      <w:r>
        <w:t>He blinked, the bags under his eyes purpling at the edge. “Show me.”</w:t>
      </w:r>
    </w:p>
    <w:p>
      <w:r/>
    </w:p>
    <w:p>
      <w:r/>
      <w:r>
        <w:t>Abby placed Vernon's last journal page beside the map, aligning the spiral’s interruptions to the coordinates he’d scrawled in the margin. She followed the logic, connecting the dots, until the path circled back on itself and terminated at the spot marked “Wizard Island.”</w:t>
      </w:r>
    </w:p>
    <w:p>
      <w:r/>
    </w:p>
    <w:p>
      <w:r/>
      <w:r>
        <w:t>Nate tapped the overlay. “He knew,” he said. “Vernon wasn’t mapping a phenomenon. He was building a trigger sequence.”</w:t>
      </w:r>
    </w:p>
    <w:p>
      <w:r/>
    </w:p>
    <w:p>
      <w:r/>
      <w:r>
        <w:t>Abby felt the prickling at the back of her neck. “For what?”</w:t>
      </w:r>
    </w:p>
    <w:p>
      <w:r/>
    </w:p>
    <w:p>
      <w:r/>
      <w:r>
        <w:t>He shook his head, stalling for the right word. “A test run. Or a warning.”</w:t>
      </w:r>
    </w:p>
    <w:p>
      <w:r/>
    </w:p>
    <w:p>
      <w:r/>
      <w:r>
        <w:t>She returned to the disc, this time tracing the etched line with a plastic probe, careful not to touch the surface with her bare skin. The pattern curved in a way that suggested more than simple geometry—a deliberate, almost biological asymmetry, like the whorl in a fingerprint or the spiral of a conch. At certain angles, the glyphs looked less like writing and more like the cross-section of a living cell.</w:t>
      </w:r>
    </w:p>
    <w:p>
      <w:r/>
    </w:p>
    <w:p>
      <w:r/>
      <w:r>
        <w:t>The gaussmeter chirped from its cradle, needle jumping every time Nate leaned closer to the table. The air tingled with static, and the hairs on Abby’s forearm stood up even though she wore a wool blazer over her tee.</w:t>
      </w:r>
    </w:p>
    <w:p>
      <w:r/>
    </w:p>
    <w:p>
      <w:r/>
      <w:r>
        <w:t>She shot him a look. “You ever get tested for electrical conduction?”</w:t>
      </w:r>
    </w:p>
    <w:p>
      <w:r/>
    </w:p>
    <w:p>
      <w:r/>
      <w:r>
        <w:t>Nate gave a half-smile, more confession than joke. “I fry watch batteries in about a week. My uncle used to say I was the family’s lightning rod.”</w:t>
      </w:r>
    </w:p>
    <w:p>
      <w:r/>
    </w:p>
    <w:p>
      <w:r/>
      <w:r>
        <w:t>Abby returned to her notes, but the thought nagged. “Maybe the disc is tuned for a particular operator.”</w:t>
      </w:r>
    </w:p>
    <w:p>
      <w:r/>
    </w:p>
    <w:p>
      <w:r/>
      <w:r>
        <w:t>“Or maybe it just likes drama,” Nate said, but the levity didn’t land.</w:t>
      </w:r>
    </w:p>
    <w:p>
      <w:r/>
    </w:p>
    <w:p>
      <w:r/>
      <w:r>
        <w:t>He rotated the disc, lining up the spiral’s break with the map’s true north, then angled it until the gaussmeter needle maxed out and stuck. For a second, the entire room seemed to vibrate, as if a low-grade earthquake had rolled underfoot. Both of them froze.</w:t>
      </w:r>
    </w:p>
    <w:p>
      <w:r/>
    </w:p>
    <w:p>
      <w:r/>
      <w:r>
        <w:t>Nate put a hand to his temple, blinking fast. “Did you feel that?”</w:t>
      </w:r>
    </w:p>
    <w:p>
      <w:r/>
    </w:p>
    <w:p>
      <w:r/>
      <w:r>
        <w:t>Abby nodded, pulse rabbiting in her throat.</w:t>
      </w:r>
    </w:p>
    <w:p>
      <w:r/>
    </w:p>
    <w:p>
      <w:r/>
      <w:r>
        <w:t>He leaned back, knuckles white on the chair’s arms, eyes locked on the disc as though it might lurch off the table. For a moment, Abby thought he was about to bolt from the room. But instead, he stayed, trembling in place.</w:t>
      </w:r>
    </w:p>
    <w:p>
      <w:r/>
    </w:p>
    <w:p>
      <w:r/>
      <w:r>
        <w:t>She reached across, her hand stopping short of his. “Nate?”</w:t>
      </w:r>
    </w:p>
    <w:p>
      <w:r/>
    </w:p>
    <w:p>
      <w:r/>
      <w:r>
        <w:t>He forced his breathing even, then said, “Sorry. It just—” He paused, as if hunting for the right file in a memory he’d tried to bury. “It reminded me of something.”</w:t>
      </w:r>
    </w:p>
    <w:p>
      <w:r/>
    </w:p>
    <w:p>
      <w:r/>
      <w:r>
        <w:t>She waited, hands folded. Nate was a man who prided himself on silence, but when he spoke now, it was with the soft monotone of someone reading a classified after-action report.</w:t>
      </w:r>
    </w:p>
    <w:p>
      <w:r/>
    </w:p>
    <w:p>
      <w:r/>
      <w:r>
        <w:t>“Three years ago. Mount Rainier. I was part of a SAR team out of Joint Base Lewis-McChord. Early season, so the snowpack was still unpredictable. We got a call—three hikers missing on the Skyline Trail. Weather was closing in, so we mobilized fast.”</w:t>
      </w:r>
    </w:p>
    <w:p>
      <w:r/>
    </w:p>
    <w:p>
      <w:r/>
      <w:r>
        <w:t>Abby said nothing, just let him talk.</w:t>
      </w:r>
    </w:p>
    <w:p>
      <w:r/>
    </w:p>
    <w:p>
      <w:r/>
      <w:r>
        <w:t>“We tracked their prints for a mile and a half, then lost them in a stretch of new snow. There were signs—broken branches, a scarf left behind—so we split the team to search in parallel. I led the west flank.” He paused, wet his lips. “I made the call to keep moving, even when the weather went from bad to whiteout. Two hours in, my rookie gets vertigo and falls into a shallow crevasse. We dig him out, but by the time we’re back on route, I know we’ve lost the other team.”</w:t>
      </w:r>
    </w:p>
    <w:p>
      <w:r/>
    </w:p>
    <w:p>
      <w:r/>
      <w:r>
        <w:t>Nate’s voice dropped. “We found the first hiker alive, curled up in a snow cave she’d dug with her bare hands. The second one…” He looked at Abby, the memory raw in the lines around his eyes. “She’d followed our tracks instead of her own. Ended up circling the same fifty-meter patch until she froze.”</w:t>
      </w:r>
    </w:p>
    <w:p>
      <w:r/>
    </w:p>
    <w:p>
      <w:r/>
      <w:r>
        <w:t>He shrugged, the gesture helpless. “The third one? Never found a body. Just her backpack, and a spiral drawn in the snow.”</w:t>
      </w:r>
    </w:p>
    <w:p>
      <w:r/>
    </w:p>
    <w:p>
      <w:r/>
      <w:r>
        <w:t>Abby exhaled, letting the silence settle. She’d read stories like this a hundred times, but it was different seeing the aftershock written in real time on someone’s face.</w:t>
      </w:r>
    </w:p>
    <w:p>
      <w:r/>
    </w:p>
    <w:p>
      <w:r/>
      <w:r>
        <w:t>Nate laughed, a dry, bitter sound. “Sorry. I don’t know why I’m telling you this.”</w:t>
      </w:r>
    </w:p>
    <w:p>
      <w:r/>
    </w:p>
    <w:p>
      <w:r/>
      <w:r>
        <w:t>She reached for his hand, this time making contact. “Because it matters,” she said.</w:t>
      </w:r>
    </w:p>
    <w:p>
      <w:r/>
    </w:p>
    <w:p>
      <w:r/>
      <w:r>
        <w:t>He nodded, the tension leaking from his jaw. “I spent months after, thinking if I’d made a different call, she’d be alive. But the spiral—” He gestured at the disc, at the map. “Sometimes, it doesn’t matter which way you go. The pattern is the pattern.”</w:t>
      </w:r>
    </w:p>
    <w:p>
      <w:r/>
    </w:p>
    <w:p>
      <w:r/>
      <w:r>
        <w:t>Abby squeezed his hand, then let it go. “Maybe. Or maybe you just haven’t found the anchor point yet.”</w:t>
      </w:r>
    </w:p>
    <w:p>
      <w:r/>
    </w:p>
    <w:p>
      <w:r/>
      <w:r>
        <w:t>He smiled, this time with something like relief. “That’s the most optimistic thing anyone’s ever said about my career in search and rescue.”</w:t>
      </w:r>
    </w:p>
    <w:p>
      <w:r/>
    </w:p>
    <w:p>
      <w:r/>
      <w:r>
        <w:t>She returned to the overlay, her mind racing. The spiral didn’t just predict movement; it defined it. Every break, every offset, corresponded to a moment when the expected became impossible—when logic failed, and something else took over.</w:t>
      </w:r>
    </w:p>
    <w:p>
      <w:r/>
    </w:p>
    <w:p>
      <w:r/>
      <w:r>
        <w:t>The gaussmeter chirped again, louder this time. Abby checked the screen. The reading had doubled.</w:t>
      </w:r>
    </w:p>
    <w:p>
      <w:r/>
    </w:p>
    <w:p>
      <w:r/>
      <w:r>
        <w:t>She caught his eye. “You ready to try the full sequence?”</w:t>
      </w:r>
    </w:p>
    <w:p>
      <w:r/>
    </w:p>
    <w:p>
      <w:r/>
      <w:r>
        <w:t>He straightened, shoulders squaring. “Let’s do it.”</w:t>
      </w:r>
    </w:p>
    <w:p>
      <w:r/>
    </w:p>
    <w:p>
      <w:r/>
      <w:r>
        <w:t>They worked in tandem, Nate holding the disc steady while Abby rotated the table’s magnetic north to align with the next break. With every adjustment, the field spiked, the air thickening until it felt like they were breathing the atmosphere of a different planet.</w:t>
      </w:r>
    </w:p>
    <w:p>
      <w:r/>
    </w:p>
    <w:p>
      <w:r/>
      <w:r>
        <w:t>The final position lined up perfectly with Wizard Island. Abby looked at Nate. “You ever been?” she asked.</w:t>
      </w:r>
    </w:p>
    <w:p>
      <w:r/>
    </w:p>
    <w:p>
      <w:r/>
      <w:r>
        <w:t>He shook his head. “Only in the literature.”</w:t>
      </w:r>
    </w:p>
    <w:p>
      <w:r/>
    </w:p>
    <w:p>
      <w:r/>
      <w:r>
        <w:t>She grinned, her skepticism dissolving in the heat of the moment. “Well, you’re about to make history.”</w:t>
      </w:r>
    </w:p>
    <w:p>
      <w:r/>
    </w:p>
    <w:p>
      <w:r/>
      <w:r>
        <w:t>They both stared at the disc, now vibrating in tune with some resonance neither could quite name. For a long minute, neither spoke, the only sound the staccato tick of the gaussmeter logging data.</w:t>
      </w:r>
    </w:p>
    <w:p>
      <w:r/>
    </w:p>
    <w:p>
      <w:r/>
      <w:r>
        <w:t>At last, Abby broke the spell. “If this thing is a transmitter,” she said, “what’s it trying to reach?”</w:t>
      </w:r>
    </w:p>
    <w:p>
      <w:r/>
    </w:p>
    <w:p>
      <w:r/>
      <w:r>
        <w:t>Nate met her gaze, eyes fierce. “Whatever answers back.”</w:t>
      </w:r>
    </w:p>
    <w:p>
      <w:r/>
    </w:p>
    <w:p>
      <w:r/>
      <w:r>
        <w:t>They stood together in the charged hush, the path clear for the first time since they’d started. Abby felt the old fear, but it was muted now, overrun by curiosity and the promise of an answer at last.</w:t>
      </w:r>
    </w:p>
    <w:p>
      <w:r/>
    </w:p>
    <w:p>
      <w:r/>
      <w:r>
        <w:t>She packed up the disc, careful to document every detail, and closed the journal with a satisfying snap. Nate gathered his notes, his posture lighter now, the burden of memory shared and reduced.</w:t>
      </w:r>
    </w:p>
    <w:p>
      <w:r/>
    </w:p>
    <w:p>
      <w:r/>
      <w:r>
        <w:t>Outside, the world was still, the air rinsed clean by overnight rain. As they left the Society, neither looked back.</w:t>
      </w:r>
    </w:p>
    <w:p>
      <w:r/>
    </w:p>
    <w:p>
      <w:r/>
      <w:r>
        <w:t>They had work to do, and the spiral was waiting.</w:t>
      </w:r>
    </w:p>
    <w:p>
      <w:r/>
    </w:p>
    <w:p>
      <w:r/>
    </w:p>
    <w:p>
      <w:r/>
      <w:r>
        <w:t># Scene 3</w:t>
      </w:r>
    </w:p>
    <w:p>
      <w:r/>
    </w:p>
    <w:p>
      <w:r/>
      <w:r>
        <w:t>They agreed to meet after closing, the only time the Society was truly theirs and not under the scrutiny of alarm sensors, archival cameras, or the omnipresent glare of Dr. Fallon’s “random” evening walk-throughs. The artifact room was unchanged: clean, expectant, the disc already waiting under its dust cover in the center of the lab table.</w:t>
      </w:r>
    </w:p>
    <w:p>
      <w:r/>
    </w:p>
    <w:p>
      <w:r/>
      <w:r>
        <w:t>Nate had showered and changed, but his eyes were the same exhausted shade as the obsidian itself. Abby set her laptop at the ready, arranged the gaussmeter and a handheld spectrometer, and checked the old tape recorder she’d liberated from the oral history closet. It was a security blanket—analog, dumb, incorruptible.</w:t>
      </w:r>
    </w:p>
    <w:p>
      <w:r/>
    </w:p>
    <w:p>
      <w:r/>
      <w:r>
        <w:t>“Ready?” she said.</w:t>
      </w:r>
    </w:p>
    <w:p>
      <w:r/>
    </w:p>
    <w:p>
      <w:r/>
      <w:r>
        <w:t>“Never more,” Nate replied, and sat.</w:t>
      </w:r>
    </w:p>
    <w:p>
      <w:r/>
    </w:p>
    <w:p>
      <w:r/>
      <w:r>
        <w:t>They started with the same protocol as before: gloves, handling, slow rotation. The disc pulsed with the same muted weight, the same cold that leeched warmth from their hands. The gaussmeter twitched, but only at the known intervals.</w:t>
      </w:r>
    </w:p>
    <w:p>
      <w:r/>
    </w:p>
    <w:p>
      <w:r/>
      <w:r>
        <w:t>Nate turned the disc, aligning the spiral break with the map’s north again. Abby noted the meter’s jump and logged it.</w:t>
      </w:r>
    </w:p>
    <w:p>
      <w:r/>
    </w:p>
    <w:p>
      <w:r/>
      <w:r>
        <w:t>“Same as yesterday,” she said.</w:t>
      </w:r>
    </w:p>
    <w:p>
      <w:r/>
    </w:p>
    <w:p>
      <w:r/>
      <w:r>
        <w:t>“Try aligning it with east,” Nate suggested.</w:t>
      </w:r>
    </w:p>
    <w:p>
      <w:r/>
    </w:p>
    <w:p>
      <w:r/>
      <w:r>
        <w:t>She did. The needle stuck and then stuttered, like a heart misfiring. She frowned, but before she could record it, Nate reached out—barehanded this time—and touched the disc directly.</w:t>
      </w:r>
    </w:p>
    <w:p>
      <w:r/>
    </w:p>
    <w:p>
      <w:r/>
      <w:r>
        <w:t>The effect was immediate. The gaussmeter’s needle pegged off-scale and held. A hum, barely perceptible at first, vibrated through the table and into their bones. The air grew thick, ozone-sharp, as if a thunderstorm had detonated in the crawlspace above their heads.</w:t>
      </w:r>
    </w:p>
    <w:p>
      <w:r/>
    </w:p>
    <w:p>
      <w:r/>
      <w:r>
        <w:t>Abby shot him a warning look. “What are you doing?”</w:t>
      </w:r>
    </w:p>
    <w:p>
      <w:r/>
    </w:p>
    <w:p>
      <w:r/>
      <w:r>
        <w:t>Nate didn’t answer, his pupils huge and black. He breathed through his mouth, each inhale shallow, as if he were fighting for oxygen at high altitude. The hum grew louder, resolving into three discrete frequencies that overlapped and then merged.</w:t>
      </w:r>
    </w:p>
    <w:p>
      <w:r/>
    </w:p>
    <w:p>
      <w:r/>
      <w:r>
        <w:t>The disc began to glow—not bright, not even visible at the edges, but in the way light sometimes seems to exist behind your eyelids. The etched glyphs surfaced from the black: first as dull gray, then as a phosphorescent blue-white that traced the spiral, break by break.</w:t>
      </w:r>
    </w:p>
    <w:p>
      <w:r/>
    </w:p>
    <w:p>
      <w:r/>
      <w:r>
        <w:t>Abby scrambled for the spectrometer, ran a quick scan, and swore. “There’s nothing on the visible spectrum,” she said, voice trembling. “It’s not emitting light.”</w:t>
      </w:r>
    </w:p>
    <w:p>
      <w:r/>
    </w:p>
    <w:p>
      <w:r/>
      <w:r>
        <w:t>Nate gripped the disc harder. The muscles in his forearms corded, and the shaking was more than adrenaline now.</w:t>
      </w:r>
    </w:p>
    <w:p>
      <w:r/>
    </w:p>
    <w:p>
      <w:r/>
      <w:r>
        <w:t>“I see it,” he whispered.</w:t>
      </w:r>
    </w:p>
    <w:p>
      <w:r/>
    </w:p>
    <w:p>
      <w:r/>
      <w:r>
        <w:t>She leaned close. “See what?”</w:t>
      </w:r>
    </w:p>
    <w:p>
      <w:r/>
    </w:p>
    <w:p>
      <w:r/>
      <w:r>
        <w:t>He swallowed. “The mountain. The lake. Like I’m looking down on it from above. The spiral—” His eyes flicked to hers, pupils almost eclipsing the hazel. “It’s an overlay. Like a map, but layered on the landscape. I can see all the sites at once.”</w:t>
      </w:r>
    </w:p>
    <w:p>
      <w:r/>
    </w:p>
    <w:p>
      <w:r/>
      <w:r>
        <w:t>Abby reached for his arm, grounding him. “Nate, let go. Just for a second.”</w:t>
      </w:r>
    </w:p>
    <w:p>
      <w:r/>
    </w:p>
    <w:p>
      <w:r/>
      <w:r>
        <w:t>He released the disc. The hum cut off, and the room snapped back to silence. The gaussmeter needle shuddered and fell. The afterimage of the spiral floated between them, lingering in the air.</w:t>
      </w:r>
    </w:p>
    <w:p>
      <w:r/>
    </w:p>
    <w:p>
      <w:r/>
      <w:r>
        <w:t>She took his hand. It was cold and slick with sweat.</w:t>
      </w:r>
    </w:p>
    <w:p>
      <w:r/>
    </w:p>
    <w:p>
      <w:r/>
      <w:r>
        <w:t>“You okay?” she asked.</w:t>
      </w:r>
    </w:p>
    <w:p>
      <w:r/>
    </w:p>
    <w:p>
      <w:r/>
      <w:r>
        <w:t>He nodded, but then, after a pause: “I think it’s learning.”</w:t>
      </w:r>
    </w:p>
    <w:p>
      <w:r/>
    </w:p>
    <w:p>
      <w:r/>
      <w:r>
        <w:t>Abby blinked. “The disc?”</w:t>
      </w:r>
    </w:p>
    <w:p>
      <w:r/>
    </w:p>
    <w:p>
      <w:r/>
      <w:r>
        <w:t>He nodded. “The pattern. The more I focused, the clearer it got. Like it was teaching me how to read it.”</w:t>
      </w:r>
    </w:p>
    <w:p>
      <w:r/>
    </w:p>
    <w:p>
      <w:r/>
      <w:r>
        <w:t>She considered this, then activated the tape recorder, just in case. “Try again, but this time narrate what you feel. I’ll monitor the readings.”</w:t>
      </w:r>
    </w:p>
    <w:p>
      <w:r/>
    </w:p>
    <w:p>
      <w:r/>
      <w:r>
        <w:t>He grinned, the old competitive fire back. “Copy that, boss.”</w:t>
      </w:r>
    </w:p>
    <w:p>
      <w:r/>
    </w:p>
    <w:p>
      <w:r/>
      <w:r>
        <w:t>He pressed his palm to the disc and closed his eyes. This time, the hum returned softer, but with an urgency that made Abby’s scalp prickle. The glyphs re-emerged, not as static lines, but as if something was writing them in real time.</w:t>
      </w:r>
    </w:p>
    <w:p>
      <w:r/>
    </w:p>
    <w:p>
      <w:r/>
      <w:r>
        <w:t>He began to speak, voice flat, words tumbling out like coordinates from a flight recorder.</w:t>
      </w:r>
    </w:p>
    <w:p>
      <w:r/>
    </w:p>
    <w:p>
      <w:r/>
      <w:r>
        <w:t>“First site. Dorsey Ridge. Collapse, but not random—a pulse. Second site. Old well. Harmonics match the disc’s signature. Third—Wizard Island. Highest amplitude, but also a null zone. Everything flows in, nothing escapes. It’s a… a sink. An anchor.”</w:t>
      </w:r>
    </w:p>
    <w:p>
      <w:r/>
    </w:p>
    <w:p>
      <w:r/>
      <w:r>
        <w:t>He shivered, but kept going. “There’s a fourth. Off the current map. Beyond the spiral’s end. It’s—” He gritted his teeth, forcing the words. “It’s a decision point.”</w:t>
      </w:r>
    </w:p>
    <w:p>
      <w:r/>
    </w:p>
    <w:p>
      <w:r/>
      <w:r>
        <w:t>Abby checked the gaussmeter: the field strength was triple baseline, fluctuating in sync with his speech.</w:t>
      </w:r>
    </w:p>
    <w:p>
      <w:r/>
    </w:p>
    <w:p>
      <w:r/>
      <w:r>
        <w:t>She asked, gently: “What kind of decision?”</w:t>
      </w:r>
    </w:p>
    <w:p>
      <w:r/>
    </w:p>
    <w:p>
      <w:r/>
      <w:r>
        <w:t>Nate opened his eyes, and this time they were lucid, almost painfully so. “If the spiral is a transmitter, it needs a receiver. Something, or someone, to complete the circuit.”</w:t>
      </w:r>
    </w:p>
    <w:p>
      <w:r/>
    </w:p>
    <w:p>
      <w:r/>
      <w:r>
        <w:t>Abby thought of her brother, of Caleb tracing the pattern until it drove him out of his own mind. She thought of Vernon, and the way he’d obsessed over “interference” and “biological harmonics.” She thought of herself, always orbiting other people’s obsessions, never quite making the leap.</w:t>
      </w:r>
    </w:p>
    <w:p>
      <w:r/>
    </w:p>
    <w:p>
      <w:r/>
      <w:r>
        <w:t>She touched the disc, and for the first time, the vibration passed into her—not as a hum, but as a memory: standing over her brother’s tent, reading the last entry in his notebook, feeling the world contract to the size of his absence.</w:t>
      </w:r>
    </w:p>
    <w:p>
      <w:r/>
    </w:p>
    <w:p>
      <w:r/>
      <w:r>
        <w:t>She let go.</w:t>
      </w:r>
    </w:p>
    <w:p>
      <w:r/>
    </w:p>
    <w:p>
      <w:r/>
      <w:r>
        <w:t>Nate exhaled, the tension draining from his body.</w:t>
      </w:r>
    </w:p>
    <w:p>
      <w:r/>
    </w:p>
    <w:p>
      <w:r/>
      <w:r>
        <w:t>They sat in the dim, breathing hard. Abby switched off the tape recorder, then looked at him.</w:t>
      </w:r>
    </w:p>
    <w:p>
      <w:r/>
    </w:p>
    <w:p>
      <w:r/>
      <w:r>
        <w:t>“I think we just proved Vernon's theory,” she said.</w:t>
      </w:r>
    </w:p>
    <w:p>
      <w:r/>
    </w:p>
    <w:p>
      <w:r/>
      <w:r>
        <w:t>Nate laughed, the sound raw but genuine. “Which one?”</w:t>
      </w:r>
    </w:p>
    <w:p>
      <w:r/>
    </w:p>
    <w:p>
      <w:r/>
      <w:r>
        <w:t>She smiled, shaky but real. “All of them.”</w:t>
      </w:r>
    </w:p>
    <w:p>
      <w:r/>
    </w:p>
    <w:p>
      <w:r/>
      <w:r>
        <w:t>They compared the new glyphs to Vernon’s last journal page, and the match was exact—down to the offset, the irrational interval, the “decision point” at the end of the spiral. But there was a new layer: a set of marks that appeared only under the disc’s full activation, a code that seemed to demand a key no human hand could supply.</w:t>
      </w:r>
    </w:p>
    <w:p>
      <w:r/>
    </w:p>
    <w:p>
      <w:r/>
      <w:r>
        <w:t>Abby documented everything, hands moving faster than her brain could process. When she finished, she looked at Nate and saw the same wild hope in his face that she remembered from the best days with her brother.</w:t>
      </w:r>
    </w:p>
    <w:p>
      <w:r/>
    </w:p>
    <w:p>
      <w:r/>
      <w:r>
        <w:t>She slid the disc back into its foam cradle, then closed her hands over it for a moment, as if to say a prayer.</w:t>
      </w:r>
    </w:p>
    <w:p>
      <w:r/>
    </w:p>
    <w:p>
      <w:r/>
      <w:r>
        <w:t>“We need to go there,” she said. “To the fourth site.”</w:t>
      </w:r>
    </w:p>
    <w:p>
      <w:r/>
    </w:p>
    <w:p>
      <w:r/>
      <w:r>
        <w:t>Nate nodded. “We might not come back.”</w:t>
      </w:r>
    </w:p>
    <w:p>
      <w:r/>
    </w:p>
    <w:p>
      <w:r/>
      <w:r>
        <w:t>She shrugged. “When has that ever stopped us?”</w:t>
      </w:r>
    </w:p>
    <w:p>
      <w:r/>
    </w:p>
    <w:p>
      <w:r/>
      <w:r>
        <w:t>They packed up the evidence, secured the room, and left the building together—each changed, each marked, and each, for the first time, sure of the way forward.</w:t>
      </w:r>
    </w:p>
    <w:p>
      <w:r/>
    </w:p>
    <w:p>
      <w:r/>
      <w:r>
        <w:t>In the night, the Society stood silent, the spiral sleeping in its vault.</w:t>
      </w:r>
    </w:p>
    <w:p>
      <w:r/>
    </w:p>
    <w:p>
      <w:r/>
      <w:r>
        <w:t>But in Abby’s mind, and in Nate’s, it was awake, already turning.</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