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Abby sat behind the wheel, engine idling, the dashboard clock insistently pulsing 12:43 A.M. She'd made it halfway home before realizing the phone was missing—a detail so basic, so intimate, that its absence gouged an actual hollow in her chest. The logical part of her brain said: Just wait till morning. But nothing about the night, or the work they’d just done, made her feel like tomorrow would be a safe bet. She pulled a slow U-turn, rolled through the empty grid of Jacksonville’s historic district, and pointed the car back at the Society.</w:t>
      </w:r>
    </w:p>
    <w:p>
      <w:r/>
    </w:p>
    <w:p>
      <w:r/>
      <w:r>
        <w:t>It looked different at night. Not just the lack of foot traffic or the absence of the local teens who used the square for skate practice after dark. No: the building itself seemed to have rearranged its posture, shrugging off the grand civic humility it performed by day and hunching in on itself, every shadow around the roofline deepening into a warning. Moonlight shined off the wet pavement in streaks, every puddle a perfect negative of the windows above. She killed her headlights two lots over and coasted in, parking with the tires kissing the curb and the nose pointed toward a quick escape.</w:t>
      </w:r>
    </w:p>
    <w:p>
      <w:r/>
    </w:p>
    <w:p>
      <w:r/>
      <w:r>
        <w:t>The building should have been locked up tight, but the front door hung off-plumb—a quarter inch shy of the strike plate, as if someone had gotten impatient halfway through closing and lost the will to finish the job. The safety lights inside glared at random, spiking one moment to overdrive and the next fading to the kind of sickly yellow you see only in hospital waiting rooms at four A.M. The effect made the grand entrance feel like a cheap funhouse: columns banded with false shadows, the old bronze plaque fuzzed out to illegibility.</w:t>
      </w:r>
    </w:p>
    <w:p>
      <w:r/>
    </w:p>
    <w:p>
      <w:r/>
      <w:r>
        <w:t>Abby sat in the car for a full minute, counting her own breath and watching the shifting patterns of light behind the glass. She tried to recall if she’d left it like that, but she knew her own rituals too well: doors double-checked, security panel armed, a final scan of the parking lot before departure. Anything less would have been an insult to the ghosts of both her brother and the long line of curators before her. Either she’d finally lost her grip, or someone was inside.</w:t>
      </w:r>
    </w:p>
    <w:p>
      <w:r/>
    </w:p>
    <w:p>
      <w:r/>
      <w:r>
        <w:t>She killed the engine and stepped out, keys threaded between her knuckles, every sense upshifted into the same hypervigilant mode she remembered from the last days of searching for Caleb. Even the click of the car door sounded like a firecracker in the silence. The air tasted metallic, charged, and the breeze coming up from the Applegate Valley was sharp enough to catch behind her teeth. She crossed the lot at a slow, deliberate walk, willing herself not to break into a run.</w:t>
      </w:r>
    </w:p>
    <w:p>
      <w:r/>
    </w:p>
    <w:p>
      <w:r/>
      <w:r>
        <w:t>She hesitated at the door. The patchy LED light flickered from inside, making it impossible to judge if anyone waited in the foyer beyond. She angled her head, straining for sound, but heard only the low whine of an overworked compressor from the neighboring dental office and the soft, arrhythmic ticking of the security light above her. She flexed her hand around the keys, squared her shoulders, and slipped inside.</w:t>
      </w:r>
    </w:p>
    <w:p>
      <w:r/>
    </w:p>
    <w:p>
      <w:r/>
      <w:r>
        <w:t>The air in the main hallway was colder than she expected, with a bite that went straight to the root of her molars. The familiar scent—old paper, lemon oil, the faint perfume of dust—was overlaid with something sharper, almost surgical. At first, nothing looked amiss: the timeline mural ran the length of the left wall as always, the visitor counter sat untouched atop the welcome desk, the framed photo of a Civil War veteran holding his mining pick glowered from its usual place. But as her eyes adjusted, she picked up the differences.</w:t>
      </w:r>
    </w:p>
    <w:p>
      <w:r/>
    </w:p>
    <w:p>
      <w:r/>
      <w:r>
        <w:t>One of the glass display cases, the one nearest the entrance, had been pried open, its magnetic lock defeated by the simple expedient of force. Inside, the arrangement was disturbed—not looted, not ransacked, but rearranged as if by a visitor in a hurry. A Civilian Conservation Corps pin, normally front and center, was set off to the side, while the Society's rarest possession—a miner’s spiral-carved canteen, donated by the estate of a man whose obituary claimed he’d "survived three lives in one"—was now closer to the lip of the case, almost ready to be lifted out. Abby felt the blood drain from her face: the thief hadn’t come for money or anything easy to fence. They’d come for something specific, something most of the board didn’t even know was there.</w:t>
      </w:r>
    </w:p>
    <w:p>
      <w:r/>
    </w:p>
    <w:p>
      <w:r/>
      <w:r>
        <w:t>She pulled the case closed, careful not to leave fingerprints, and let her gaze travel the length of the hall. The offices were all dark, but the emergency exit at the far end showed a weird red glow from the bottom seam, like someone had placed a floodlight on the floor just out of view. She debated calling for help, then remembered the whole reason she was here—her phone, probably still at her desk, or worse, in the artifact room where she and Nate had spent the last hours unraveling the disc’s secrets. Her pulse picked up, drumming in her ears, and she considered her options.</w:t>
      </w:r>
    </w:p>
    <w:p>
      <w:r/>
    </w:p>
    <w:p>
      <w:r/>
      <w:r>
        <w:t>She took two steps toward her office, then stopped, caught between fight and flight. The instinct was to dial 911, but she couldn't: not just because of the phone, but because this was her domain, her responsibility. Every artifact, every file, every thumbprint on the glass belonged to her stewardship. The idea of some rando—Caldwell, or one of their proxies, or worse, a rival collector—walking out with so much as a paperclip from the collection made her physically ill.</w:t>
      </w:r>
    </w:p>
    <w:p>
      <w:r/>
    </w:p>
    <w:p>
      <w:r/>
      <w:r>
        <w:t>She pressed herself against the wall and moved, slow and measured, down the corridor, keeping to the shadows and letting her peripheral vision sweep the open spaces. At the administrative wing, she paused, listening. There was nothing, just the echo of her own blood in her ears and the persistent hum of the building’s ancient ventilation. She slipped past the conference room, the kitchenette, and finally to her office.</w:t>
      </w:r>
    </w:p>
    <w:p>
      <w:r/>
    </w:p>
    <w:p>
      <w:r/>
      <w:r>
        <w:t>The door was ajar, which was wrong. She always locked it, even on quick trips to the bathroom, a habit ingrained by years of shared workspaces and shared paranoia. She nudged the door open with her foot, scanning the interior. The desk lamp glowed, but the room was empty. She stepped inside, heart thudding, and immediately saw the aftermath: someone had rummaged through her in-tray, sifting the files with surgical neatness, and left the phone—her phone—precisely where it should be, on the charging dock next to her monitor.</w:t>
      </w:r>
    </w:p>
    <w:p>
      <w:r/>
    </w:p>
    <w:p>
      <w:r/>
      <w:r>
        <w:t>She grabbed it, thumbed the screen alive, and immediately saw three missed calls, all from the same number: a Portland area code, not in her contacts. She ignored them, switching instead to the camera and snapping quick, shaky shots of her desk, the disturbed files, and the dustless fingerprint on the desk lamp. Her own image in the selfie cam looked feral, her eyes a shade too wide, mouth pressed tight. She killed the flash and reset the phone to silent, just in time to hear a sound that didn’t belong.</w:t>
      </w:r>
    </w:p>
    <w:p>
      <w:r/>
    </w:p>
    <w:p>
      <w:r/>
      <w:r>
        <w:t>Voices, not loud, but insistent, from somewhere deeper in the building. Not the usual drunken teens, either; this was the cadence of two people who knew exactly where they were and what they wanted. Abby ducked behind her office door, phone clamped to her chest, and strained to catch the words.</w:t>
      </w:r>
    </w:p>
    <w:p>
      <w:r/>
    </w:p>
    <w:p>
      <w:r/>
      <w:r>
        <w:t>“—should be here, if the log is right. Check the archives, not the public case. That’s where they kept the Chase journal.”</w:t>
      </w:r>
    </w:p>
    <w:p>
      <w:r/>
    </w:p>
    <w:p>
      <w:r/>
      <w:r>
        <w:t>A chill knifed through her, starting at the base of her skull and radiating out. The log. The journal. Whoever these people were, they’d done their homework—and they were after the same thing she was.</w:t>
      </w:r>
    </w:p>
    <w:p>
      <w:r/>
    </w:p>
    <w:p>
      <w:r/>
      <w:r>
        <w:t>She heard movement in the hallway, then the low hiss of walkie-talkies keyed off and on again. These were not amateurs. She cursed herself for coming back alone, then realized that if she’d waited even five minutes longer, they’d have cleaned out the evidence and left without a trace.</w:t>
      </w:r>
    </w:p>
    <w:p>
      <w:r/>
    </w:p>
    <w:p>
      <w:r/>
      <w:r>
        <w:t>Her eyes darted to the desk, searching for anything that could serve as a weapon. The only thing at hand was a heavy old flashlight, one of those steel Maglites that could double as a cosh. She wrapped her fingers around it, the knurled grip cold and reassuring, and then peeked out the door.</w:t>
      </w:r>
    </w:p>
    <w:p>
      <w:r/>
    </w:p>
    <w:p>
      <w:r/>
      <w:r>
        <w:t>The voices had moved down the hall, toward the archive room. She slipped out, moving silent as a rumor, and pressed herself flat against the row of filing cabinets. From here, she could see the pair: both in dark clothing, faces obscured by ball caps pulled low. One carried a laptop in a ruggedized shell, the other wore a backpack bristling with tools and, incongruously, what looked like a baby monitor. They worked with uncanny speed, popping open the secured cabinets with a lockpick set that belonged more to a safecracker than a vandal, and began rifling through the folders.</w:t>
      </w:r>
    </w:p>
    <w:p>
      <w:r/>
    </w:p>
    <w:p>
      <w:r/>
      <w:r>
        <w:t>Abby’s breath caught as she recognized the sound of pages being flipped: not carelessly, but with a purpose, scanning for some signature or watermark. She steadied herself, leveled the flashlight, and debated her options. She could try to bluff them, maybe scare them off with a well-timed shout. Or she could try to slip past and hit the alarm in the admin suite, which was wired to the local police.</w:t>
      </w:r>
    </w:p>
    <w:p>
      <w:r/>
    </w:p>
    <w:p>
      <w:r/>
      <w:r>
        <w:t>Then she noticed something else: the intruders weren’t just searching. They were scanning. The one with the backpack had deployed a handheld device, sweeping it over the surface of the drawers, watching a readout with professional detachment. It looked, for all the world, like an EMF meter—almost identical to the one Caleb had built for fieldwork, the one she still kept in her own kit. These people weren’t here for gold or cash. They were here for the spiral.</w:t>
      </w:r>
    </w:p>
    <w:p>
      <w:r/>
    </w:p>
    <w:p>
      <w:r/>
      <w:r>
        <w:t>She eased back, using the phone to snap photos of the pair—first wide, then tight, zooming in on the patches on their sleeves, the model number of the laptop, the serial on the scanner. Her hands shook, but not from fear—from rage. The sense of violation, of someone inside her fortress, was overwhelming.</w:t>
      </w:r>
    </w:p>
    <w:p>
      <w:r/>
    </w:p>
    <w:p>
      <w:r/>
      <w:r>
        <w:t>She waited for a lull, then tiptoed back to her office. As she rounded the corner, her shoulder bumped the edge of a rolling cart, which made the faintest metallic ring. She froze, heart pounding, and listened: no response. She snatched up her bag, phone in one hand, Maglite in the other, and slid down the side hallway toward the fire exit.</w:t>
      </w:r>
    </w:p>
    <w:p>
      <w:r/>
    </w:p>
    <w:p>
      <w:r/>
      <w:r>
        <w:t>Halfway there, she heard footsteps behind her—soft, but gaining. She risked a glance back: one of the intruders, the scanner still in hand, moving fast but not running. She pressed herself into a shallow alcove, counting her breath, and waited until the sound faded past her. She took the opportunity to slip out the fire exit, catching it with her foot so it wouldn’t slam, and then broke into a dead sprint for the parking lot.</w:t>
      </w:r>
    </w:p>
    <w:p>
      <w:r/>
    </w:p>
    <w:p>
      <w:r/>
      <w:r>
        <w:t>At the car, she dove behind the wheel and hit the locks, then crouched low, watching the entrance through the mirrors. After a long minute, she saw the intruders emerge: they hadn’t taken anything visible, but their hands were full of hastily zipped pouches and a sheaf of files tucked under one arm.</w:t>
      </w:r>
    </w:p>
    <w:p>
      <w:r/>
    </w:p>
    <w:p>
      <w:r/>
      <w:r>
        <w:t>Abby thumbed her phone awake and snapped photo after photo, documenting faces, gear, the license plate of the waiting van. As the headlights flicked on, she caught sight of a sticker on the rear bumper—a small, black spiral, almost lost in the layers of road grit and wear. A signature, or a warning. She didn’t know which was worse.</w:t>
      </w:r>
    </w:p>
    <w:p>
      <w:r/>
    </w:p>
    <w:p>
      <w:r/>
      <w:r>
        <w:t>She stayed hunched in the car, breath coming in sharp little bursts, until the van turned the corner and vanished into the night. Only then did she let the adrenaline drop. Her hands shook so badly she had to steady them on the steering wheel before she could type a message to Nate.</w:t>
      </w:r>
    </w:p>
    <w:p>
      <w:r/>
    </w:p>
    <w:p>
      <w:r/>
      <w:r>
        <w:t>Not alone. Caldwell or worse. They know about the journal. Meet at fallback. Will explain.</w:t>
      </w:r>
    </w:p>
    <w:p>
      <w:r/>
    </w:p>
    <w:p>
      <w:r/>
      <w:r>
        <w:t>She hit send, watched the message whoosh off into the ether, and then sat back, the night suddenly alive with possibility and threat.</w:t>
      </w:r>
    </w:p>
    <w:p>
      <w:r/>
    </w:p>
    <w:p>
      <w:r/>
      <w:r>
        <w:t>In the darkness behind the museum windows, Abby could sense the spiral at work—winding tighter, drawing in not just her and Nate, but anyone fool enough to chase it.</w:t>
      </w:r>
    </w:p>
    <w:p>
      <w:r/>
    </w:p>
    <w:p>
      <w:r/>
      <w:r>
        <w:t>The game had changed. This time, she wouldn’t wait to be caught off guard.</w:t>
      </w:r>
    </w:p>
    <w:p>
      <w:r/>
    </w:p>
    <w:p>
      <w:r/>
    </w:p>
    <w:p>
      <w:r/>
      <w:r>
        <w:t># Scene 2</w:t>
      </w:r>
    </w:p>
    <w:p>
      <w:r/>
    </w:p>
    <w:p>
      <w:r/>
      <w:r>
        <w:t>She waited in the car, watching the last red taillight vanish up California Street, then slid back out into the night. The wind had picked up, stirring dead leaves in the gutter and rattling the old glass in the museum windows. Abby counted off thirty seconds, then thirty more, before she worked up the nerve to retrace her steps to the fire exit. A lifetime of horror movies had taught her that the monster always doubles back, but she couldn’t just sit and hope the cavalry arrived. The security system was still armed—she’d checked the admin panel herself before leaving for the night. Any breach should have set off the silent alarm, notified the city police, maybe even pinged her own phone. The fact that it hadn’t meant either the system had been disabled, or someone was running an inside job.</w:t>
      </w:r>
    </w:p>
    <w:p>
      <w:r/>
    </w:p>
    <w:p>
      <w:r/>
      <w:r>
        <w:t>She tried not to dwell on the implications. Instead, she focused on what she could control: the map of the building in her mind, the muscle memory of years spent prowling after hours, every creak and groan of the floorboards catalogued and mentally tagged. She slipped around to the rear lot, crept up the external stair, and keyed in the code for the maintenance entrance—praying the system’s override hadn’t been changed by whoever was in charge of the night’s festivities.</w:t>
      </w:r>
    </w:p>
    <w:p>
      <w:r/>
    </w:p>
    <w:p>
      <w:r/>
      <w:r>
        <w:t>The lock yielded with a muted click, and Abby slipped in, keeping to the dim margin where the glow from the admin wing bled into nothing. She closed the door with a two-fingered grip, careful to deaden the sound, then paused, letting her eyes adjust.</w:t>
      </w:r>
    </w:p>
    <w:p>
      <w:r/>
    </w:p>
    <w:p>
      <w:r/>
      <w:r>
        <w:t>The inside was worse than before. The new alarm system’s indicator panel, which should have been a steady green, now blinked orange at random intervals—a failure mode she’d never seen, and one she suspected was both deliberate and expensive. Down the hall, the security camera above the donor wall was covered with a black sock, taped off in neat, surgical X’s. Someone had anticipated every defense the Society could muster.</w:t>
      </w:r>
    </w:p>
    <w:p>
      <w:r/>
    </w:p>
    <w:p>
      <w:r/>
      <w:r>
        <w:t>Abby eased past the supply closet, breathing shallow, and hugged the wall at the first bend. She listened, straining for sound. Faint voices filtered in from the far side of the archives room—one higher-pitched, fast, the other low and clipped, with the inflection of someone trained to give orders and expect results. The effect was less comic book villain and more white-collar criminal, the sort who wore Patagonia fleeces over body armor.</w:t>
      </w:r>
    </w:p>
    <w:p>
      <w:r/>
    </w:p>
    <w:p>
      <w:r/>
      <w:r>
        <w:t>She worked her way forward, counting out the floorboards: skip the first, go heel-to-toe on the second, shift weight over the patch of cracked linoleum at the junction with the microfilm stacks. She slid along until she reached the row of lateral filing cabinets, then crouched, peering through the half-inch gap between the cabinet and the wall.</w:t>
      </w:r>
    </w:p>
    <w:p>
      <w:r/>
    </w:p>
    <w:p>
      <w:r/>
      <w:r>
        <w:t>There they were—two of them, maybe more. The taller one was in black tactical slacks and a dark shell jacket, face half-masked by a bandana printed with an abstract spiral. The other wore a charcoal hoodie under a field vest bristling with Velcro pouches, hands covered in thin, latex gloves. They worked with military economy, not speaking unless absolutely necessary, and even then in code.</w:t>
      </w:r>
    </w:p>
    <w:p>
      <w:r/>
    </w:p>
    <w:p>
      <w:r/>
      <w:r>
        <w:t>The tall one had a duffel open on the floor, contents arrayed for easy access: a laptop, a bundle of what looked like photodiode wands, a crowbar, and a pouch labeled with industrial safety markings. The other was hunched over a file drawer, extracting folders and flipping each page in rapid succession, occasionally holding a sheet up to the light before tossing it into a growing discard pile.</w:t>
      </w:r>
    </w:p>
    <w:p>
      <w:r/>
    </w:p>
    <w:p>
      <w:r/>
      <w:r>
        <w:t>Abby’s first instinct was disgust—these people weren’t archivists, they were vultures. But then she noticed something else. The page-flipper wasn’t scanning for valuables, or even confidential information. Instead, the intruder was using a handheld device—EMF meter, just as she suspected—sweeping it over each folder before checking the contents. When the meter pinged above a certain threshold, the folder got pulled and passed to the tall one, who scanned it with a high-end portable imager before stowing it in a waterproof sleeve.</w:t>
      </w:r>
    </w:p>
    <w:p>
      <w:r/>
    </w:p>
    <w:p>
      <w:r/>
      <w:r>
        <w:t>The process was disturbingly familiar. Caleb had done the same, more or less, when he was mapping the spiral anomalies. He’d even joked about how “ghost hunters” and “serious researchers” ended up using the same Home Depot gadgets—just pointed at different varieties of death.</w:t>
      </w:r>
    </w:p>
    <w:p>
      <w:r/>
    </w:p>
    <w:p>
      <w:r/>
      <w:r>
        <w:t>She craned her neck for a better angle, careful not to let the Maglite slip from her grip. Her breath was shallow, every muscle coiled tight. The latex-gloved intruder finished with the first bank of files and moved on to the next. As they passed within a few feet of her hiding spot, Abby caught a whiff of something sharp and sterile—acetone, or maybe isopropyl, the stink of wiped-down electronics.</w:t>
      </w:r>
    </w:p>
    <w:p>
      <w:r/>
    </w:p>
    <w:p>
      <w:r/>
      <w:r>
        <w:t>“Anything?” the tall one murmured, just above a whisper.</w:t>
      </w:r>
    </w:p>
    <w:p>
      <w:r/>
    </w:p>
    <w:p>
      <w:r/>
      <w:r>
        <w:t>“Hit on ‘82 mining survey. Baseline’s higher than expected.” The voice was reedy, almost androgynous, but the cadence was pure data analyst. “Also, the 1895 dig log. Numbers are off the scale.”</w:t>
      </w:r>
    </w:p>
    <w:p>
      <w:r/>
    </w:p>
    <w:p>
      <w:r/>
      <w:r>
        <w:t>The tall one grunted, unzipped a fresh sleeve, and pocketed both folders. “Don’t waste time on low-yield. Caldwell wants the calibration data, not the ghost stories.”</w:t>
      </w:r>
    </w:p>
    <w:p>
      <w:r/>
    </w:p>
    <w:p>
      <w:r/>
      <w:r>
        <w:t>Caldwell. Abby’s guts clenched so hard she had to fight to keep from gasping. Not just a rival, but the rival. Caldwell Industries had funded the original survey in the forties, then spent the next half-century pretending they cared about “community outreach” while quietly buying up land and mining rights all over the Pacific Northwest. If they were sending operatives for a midnight run at the Society’s archives, it meant two things: (1) they believed the spiral was real, and (2) they were scared enough to risk outright theft.</w:t>
      </w:r>
    </w:p>
    <w:p>
      <w:r/>
    </w:p>
    <w:p>
      <w:r/>
      <w:r>
        <w:t>The page-flipper moved on, but the tall one lingered by the map case, running a handheld scanner over the surface. The EMF meter chirped, and both figures tensed, eyes flicking to the hall in perfect sync. Abby shrank back, heart pounding, but the alert was a false alarm: just the sensor picking up a hot wire or maybe the ambient signal from the municipal Wi-Fi.</w:t>
      </w:r>
    </w:p>
    <w:p>
      <w:r/>
    </w:p>
    <w:p>
      <w:r/>
      <w:r>
        <w:t>The page-flipper straightened, stretching a crick from their back. “Thirty minutes,” they whispered. “We’re moving too slow.”</w:t>
      </w:r>
    </w:p>
    <w:p>
      <w:r/>
    </w:p>
    <w:p>
      <w:r/>
      <w:r>
        <w:t>“Speed up,” the tall one replied. “Or I’ll call in second team.”</w:t>
      </w:r>
    </w:p>
    <w:p>
      <w:r/>
    </w:p>
    <w:p>
      <w:r/>
      <w:r>
        <w:t>Second team. Abby’s stomach flipped. She looked down at the Maglite, mentally calculating how hard she’d have to swing to drop someone on the first hit, and where she’d go from there if she missed.</w:t>
      </w:r>
    </w:p>
    <w:p>
      <w:r/>
    </w:p>
    <w:p>
      <w:r/>
      <w:r>
        <w:t>But the part of her that had survived the last year, the part that had learned to plan five moves ahead, wasn’t interested in being a hero. She needed more data—faces, names, a full log of what they took. She crouched, phone ready, camera set to silent, and risked a quick burst of shots as the pair moved deeper into the archives room.</w:t>
      </w:r>
    </w:p>
    <w:p>
      <w:r/>
    </w:p>
    <w:p>
      <w:r/>
      <w:r>
        <w:t>The sequence that followed was like watching a ballet choreographed by someone who hated both music and dancers. The intruders split up: page-flipper hit the microfiche, tall one moved to the artifact drawers. Neither wasted a single movement. Every time the meter chirped, a folder, box, or artifact was flagged and whisked into evidence bags. They skipped anything not related to the mines, the well, or what Abby realized was the entire constellation of incidents mapped by her brother. It wasn’t just about the artifact. They wanted the pattern. The key.</w:t>
      </w:r>
    </w:p>
    <w:p>
      <w:r/>
    </w:p>
    <w:p>
      <w:r/>
      <w:r>
        <w:t>She pressed herself flat, ears straining. The microfiche reader squeaked to life, and page-flipper began feeding in reels. The whir of the machine was almost comforting—she’d spent enough time with the reader herself to know it would cover most quiet movement in the immediate area.</w:t>
      </w:r>
    </w:p>
    <w:p>
      <w:r/>
    </w:p>
    <w:p>
      <w:r/>
      <w:r>
        <w:t>The tall one, meanwhile, focused on a set of drawers labeled “Uncatalogued—Pending Restoration.” Abby felt a rush of rage. These were her own projects, the ones she’d specifically isolated for further study. The bastard went straight to the lowest drawer, popped it with a slim jim, and extracted a small foam box. She recognized it instantly: the fallback sample, the obsidian fragment she’d withheld from the main collection.</w:t>
      </w:r>
    </w:p>
    <w:p>
      <w:r/>
    </w:p>
    <w:p>
      <w:r/>
      <w:r>
        <w:t>The tall one opened the box, used a small probe to check for conductivity, then grunted and passed it to the page-flipper, who stashed it in a padded sleeve.</w:t>
      </w:r>
    </w:p>
    <w:p>
      <w:r/>
    </w:p>
    <w:p>
      <w:r/>
      <w:r>
        <w:t>Abby tried to swallow the rising bile. Every instinct screamed at her to charge, to bash in a skull, to at least put up a fight. Instead, she forced herself to observe. Document. Learn.</w:t>
      </w:r>
    </w:p>
    <w:p>
      <w:r/>
    </w:p>
    <w:p>
      <w:r/>
      <w:r>
        <w:t>Page-flipper finished with the microfiche and started photographing the display cases, focusing on the one near the entrance—the canteen, the pins, the Civil War memorabilia. They ignored anything not marked with a spiral.</w:t>
      </w:r>
    </w:p>
    <w:p>
      <w:r/>
    </w:p>
    <w:p>
      <w:r/>
      <w:r>
        <w:t>The tall one checked a watch, then muttered, “Five minutes. Then torch the system logs and exfil.”</w:t>
      </w:r>
    </w:p>
    <w:p>
      <w:r/>
    </w:p>
    <w:p>
      <w:r/>
      <w:r>
        <w:t>Torch. Abby’s chest constricted. If they planned to erase the digital logs, she needed to get to the server room first. She risked a look at her watch—1:23 A.M.—and mapped a route in her mind: double back through the staff kitchen, up the mezzanine, and into the IT closet. If she could yank the backup drive, at least some record of the break-in would survive.</w:t>
      </w:r>
    </w:p>
    <w:p>
      <w:r/>
    </w:p>
    <w:p>
      <w:r/>
      <w:r>
        <w:t>She edged back from the filing cabinets, careful not to scrape metal on metal. A misstep sent a faint, hollow ring up the row, but the intruders were busy packing their kit and didn’t notice.</w:t>
      </w:r>
    </w:p>
    <w:p>
      <w:r/>
    </w:p>
    <w:p>
      <w:r/>
      <w:r>
        <w:t>As she moved, she caught a new angle on the pair. The tall one had taken off the bandana—face sharp, severe, but unfamiliar. The page-flipper, too, was younger than she expected, late twenties at the most, eyes quick and almost haunted. She snapped more photos, then retreated, careful to keep the Maglite ready.</w:t>
      </w:r>
    </w:p>
    <w:p>
      <w:r/>
    </w:p>
    <w:p>
      <w:r/>
      <w:r>
        <w:t>She reached the admin corridor without incident. The main hall was still empty, but the red glow from the server closet now seemed more urgent, almost pulsing. She ducked inside, located the backup drive, and yanked it free. The act set off a minor alarm—a soft, insistent beep—but nothing loud enough to summon attention.</w:t>
      </w:r>
    </w:p>
    <w:p>
      <w:r/>
    </w:p>
    <w:p>
      <w:r/>
      <w:r>
        <w:t>She was about to make a break for the back exit when the emergency lighting flickered, plunging the corridor into a strobe of shadows. Voices rose from the archives, the cadence sharper now.</w:t>
      </w:r>
    </w:p>
    <w:p>
      <w:r/>
    </w:p>
    <w:p>
      <w:r/>
      <w:r>
        <w:t>“Someone’s here,” page-flipper said. “Felt a shift on the ground wire.”</w:t>
      </w:r>
    </w:p>
    <w:p>
      <w:r/>
    </w:p>
    <w:p>
      <w:r/>
      <w:r>
        <w:t>“Doesn’t matter,” the tall one replied. “Package is secure. Go.”</w:t>
      </w:r>
    </w:p>
    <w:p>
      <w:r/>
    </w:p>
    <w:p>
      <w:r/>
      <w:r>
        <w:t>The sound of boots on linoleum snapped Abby into motion. She darted down the hallway, through the staff lounge, and into the supply closet, pulling the door shut behind her. The footsteps approached, paused, then moved past, heading for the exit.</w:t>
      </w:r>
    </w:p>
    <w:p>
      <w:r/>
    </w:p>
    <w:p>
      <w:r/>
      <w:r>
        <w:t>She waited, counting to sixty, then cracked the door. The corridor was empty. She sprinted for the exit, hit the alley, and doubled back to the parking lot, lungs burning.</w:t>
      </w:r>
    </w:p>
    <w:p>
      <w:r/>
    </w:p>
    <w:p>
      <w:r/>
      <w:r>
        <w:t>Once inside the car, she locked the doors, checked her photos, and then stared at the backup drive like it was a loaded gun.</w:t>
      </w:r>
    </w:p>
    <w:p>
      <w:r/>
    </w:p>
    <w:p>
      <w:r/>
      <w:r>
        <w:t>She sent a second message to Nate, this one as terse as a death notice:</w:t>
      </w:r>
    </w:p>
    <w:p>
      <w:r/>
    </w:p>
    <w:p>
      <w:r/>
      <w:r>
        <w:t>They got the fallback. Spiral sample is gone. Must regroup—immediately.</w:t>
      </w:r>
    </w:p>
    <w:p>
      <w:r/>
    </w:p>
    <w:p>
      <w:r/>
      <w:r>
        <w:t>She looked back at the Society, now silent as a tomb. The night had shifted, and so had the game. For the first time in months, Abby wasn’t just hunting ghosts.</w:t>
      </w:r>
    </w:p>
    <w:p>
      <w:r/>
    </w:p>
    <w:p>
      <w:r/>
      <w:r>
        <w:t>She was being hunted, too.</w:t>
      </w:r>
    </w:p>
    <w:p>
      <w:r/>
    </w:p>
    <w:p>
      <w:r/>
    </w:p>
    <w:p>
      <w:r/>
      <w:r>
        <w:t># Scene 3</w:t>
      </w:r>
    </w:p>
    <w:p>
      <w:r/>
    </w:p>
    <w:p>
      <w:r/>
      <w:r>
        <w:t>She waited an eternity—three minutes, maybe four—before she ventured back inside. The silence in the archives was now absolute, broken only by the ticking of the microfiche reader cooling down and the ghostly reverb of her own footsteps. The office smelled like torn cardboard and ozone, the sharp chemical tang of nitrate gloves mixed with the low, ancient scent of mildew and old paper.</w:t>
      </w:r>
    </w:p>
    <w:p>
      <w:r/>
    </w:p>
    <w:p>
      <w:r/>
      <w:r>
        <w:t>Abby slipped in through the admin corridor and retraced the intruders’ path. They’d left no obvious mess, but the aftermath was there for anyone who knew how to see: a fine haze of displaced dust on the file cabinets, the subtle misalignment of a chair leg, the slight tilt of a printout stack where a folder had been removed and replaced too quickly. She snapped shots of each detail, careful to keep her phone’s flash dark, then panned over the desk where the tall one had staged the evidence bagging.</w:t>
      </w:r>
    </w:p>
    <w:p>
      <w:r/>
    </w:p>
    <w:p>
      <w:r/>
      <w:r>
        <w:t>The microfiche reader was still warm to the touch, and inside, the last reel left loaded—“1895 Dorsey Ridge / Tunnel Collapse.” Abby smiled grimly. Not even Caldwell’s finest could resist a shortcut. She used a tissue to press the eject, bagged the reel in a sandwich bag from the staff kitchenette, and labeled it with the time and date. The old instincts—science first, blame later—ran as deep as her loathing for being outplayed.</w:t>
      </w:r>
    </w:p>
    <w:p>
      <w:r/>
    </w:p>
    <w:p>
      <w:r/>
      <w:r>
        <w:t>On the shelves, several volumes were just a hair out of place. She scanned the titles: “Applegate District Mining Claims, 1863-1912,” “Southern Oregon Shamanic Traditions,” and—there, at a thirty-degree angle—the Chase family oral history, second edition, annotated by a former Society president with a highlighter the color of antifreeze. Abby paged through, snapping pictures of every page, every margin note, every tab. The edges of the book were dusted with the fine, impossible black flecks that came only from gloves like the ones the page-flipper had worn.</w:t>
      </w:r>
    </w:p>
    <w:p>
      <w:r/>
    </w:p>
    <w:p>
      <w:r/>
      <w:r>
        <w:t>The “Uncatalogued—Pending Restoration” drawer was the worst. The fallback foam box—the obsidian fragment—was gone, but the space where it had sat was still outlined in a perfect negative of dust. In the drawer, a small wedge of yellow sticky note, left behind as if by accident, or perhaps as a signature. Abby scanned it, then pocketed it for later.</w:t>
      </w:r>
    </w:p>
    <w:p>
      <w:r/>
    </w:p>
    <w:p>
      <w:r/>
      <w:r>
        <w:t>She moved through the rest of the archive in a practiced loop, noting which artifacts had been opened, which cabinets were relocked in haste. The Civil War display case had a new fingerprint on the inside of the glass—left deliberately, she guessed, as a warning or a taunt.</w:t>
      </w:r>
    </w:p>
    <w:p>
      <w:r/>
    </w:p>
    <w:p>
      <w:r/>
      <w:r>
        <w:t>She was so intent on her work that she nearly missed the sound of the door. A faint, almost apologetic creak from the far side of the building, a shadow glancing off the window glass near the research library. They were back—or someone was.</w:t>
      </w:r>
    </w:p>
    <w:p>
      <w:r/>
    </w:p>
    <w:p>
      <w:r/>
      <w:r>
        <w:t>Abby killed the phone screen, flattened herself against the wall, and waited. The footsteps were softer this time, slower. She heard the faint clatter of keys, the hush of fabric against fabric, and then the sound of the main entrance swinging shut. Not the intruders—security, maybe, or a very determined janitor.</w:t>
      </w:r>
    </w:p>
    <w:p>
      <w:r/>
    </w:p>
    <w:p>
      <w:r/>
      <w:r>
        <w:t>She counted off another minute, then ducked to the fire exit, slipping out as quietly as she could. The chill in the air felt like a slap, but she embraced it, grateful for the bite that cleared her head. She moved through the side lot, keeping her body low, and took up a position behind the dumpster, peering at the street.</w:t>
      </w:r>
    </w:p>
    <w:p>
      <w:r/>
    </w:p>
    <w:p>
      <w:r/>
      <w:r>
        <w:t>The unmarked van was still there, parked under the sodium lamp, engine idling so quiet she could barely hear it. Through the window, she could see the outlines of equipment cases stacked in the rear compartment—pelican cases, the kind used by surveyors and military contractors. A coil of yellow cable hung from a hook above the side door, and a battered laptop sat on a seat, the screen flickering with what looked like a live telemetry feed. On the dashboard, a spiral symbol was taped up with a strip of blue painter’s tape, as if someone needed a constant reminder of their purpose.</w:t>
      </w:r>
    </w:p>
    <w:p>
      <w:r/>
    </w:p>
    <w:p>
      <w:r/>
      <w:r>
        <w:t>She fished her phone from her pocket and snapped a dozen photos: license plate, van make and model, the cases, the spiral. She zoomed in on one of the cases and saw it—printed on the handle, the same sigil as on the business card she’d found in the Society’s own archives, left behind the last time Caldwell’s proxies tried to worm their way in. This wasn’t just corporate espionage; this was a grudge match, decades in the making, and she was the latest pawn on the board.</w:t>
      </w:r>
    </w:p>
    <w:p>
      <w:r/>
    </w:p>
    <w:p>
      <w:r/>
      <w:r>
        <w:t>She tucked the phone away and moved, fast and low, through the lot and down the alley to her car. Only when the van rolled away—no headlights, just the discreet amber glow of dash LEDs—did she feel her heartbeat begin to slow.</w:t>
      </w:r>
    </w:p>
    <w:p>
      <w:r/>
    </w:p>
    <w:p>
      <w:r/>
      <w:r>
        <w:t>She slumped behind the steering wheel, hands shaking, and reviewed the photos. The evidence was damning: the methodical scan of the archives, the targeted nature of the theft, the precision with which Caldwell’s team had honed in on the very files, artifacts, and samples that she and Nate had spent weeks, months, years piecing together.</w:t>
      </w:r>
    </w:p>
    <w:p>
      <w:r/>
    </w:p>
    <w:p>
      <w:r/>
      <w:r>
        <w:t>She thumbed the backup drive in her pocket, then opened the notepad app on her phone and started dictating:</w:t>
      </w:r>
    </w:p>
    <w:p>
      <w:r/>
    </w:p>
    <w:p>
      <w:r/>
      <w:r>
        <w:t>Intrusion, 1:20–1:50 AM. Two operatives. Caldwell confirmed. EMF, microfiche, artifact theft. Target: obsidian sample, mining survey data, oral history cross-refs. Threat assessment: high. Recommending immediate offsite transfer of remaining research. Meet Nate at fallback ASAP.</w:t>
      </w:r>
    </w:p>
    <w:p>
      <w:r/>
    </w:p>
    <w:p>
      <w:r/>
      <w:r>
        <w:t>She hit send, first to herself, then to Nate, then to a third number—a lawyer friend in Portland who specialized in intellectual property and wasn’t above a little extralegal maneuvering.</w:t>
      </w:r>
    </w:p>
    <w:p>
      <w:r/>
    </w:p>
    <w:p>
      <w:r/>
      <w:r>
        <w:t>Before she started the car, she pulled out the yellow sticky note from the archive drawer. Under the harsh dome light, she saw that it wasn’t blank. On it, in tiny, neat block capitals, was a single word:</w:t>
      </w:r>
    </w:p>
    <w:p>
      <w:r/>
    </w:p>
    <w:p>
      <w:r/>
      <w:r>
        <w:t>ROUNDABOUT</w:t>
      </w:r>
    </w:p>
    <w:p>
      <w:r/>
    </w:p>
    <w:p>
      <w:r/>
      <w:r>
        <w:t>A message, or a threat, or maybe just a puzzle piece left behind for her to find.</w:t>
      </w:r>
    </w:p>
    <w:p>
      <w:r/>
    </w:p>
    <w:p>
      <w:r/>
      <w:r>
        <w:t>She peeled the note from her palm and stuck it to her own dashboard, beside the faded parking pass and the ancient St. Christopher medal her mother had given her for luck. Then she started the engine, merged into the black ribbon of the road, and headed for the fallback.</w:t>
      </w:r>
    </w:p>
    <w:p>
      <w:r/>
    </w:p>
    <w:p>
      <w:r/>
      <w:r>
        <w:t>In her rearview, the museum was just a silhouette against the moon, but she could almost feel the spiral humming beneath it, tighter, more insistent, the turn of the pattern now impossible to ignore.</w:t>
      </w:r>
    </w:p>
    <w:p>
      <w:r/>
    </w:p>
    <w:p>
      <w:r/>
      <w:r>
        <w:t>She was running out of time. So was everyone else.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