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Nate could always count on silence to cooperate, even when people wouldn’t. At the farthest corner of the Jacksonville Historical Society, he'd staked out a workspace from an unused back office, where the paint blistered and the windows rattled with every gust off the valley. No one disturbed this place after closing, not even the custodians. It was perfect—a cell with only the thinnest membrane to the world outside.</w:t>
      </w:r>
    </w:p>
    <w:p>
      <w:r/>
    </w:p>
    <w:p>
      <w:r/>
      <w:r>
        <w:t>He'd spent the better part of two hours prepping the scene, as if forensics might descend at any moment. Every artifact and tool arranged by strict protocol: the obsidian disc sat center table in a bed of black foam, its surface spotless under a full-spectrum gooseneck lamp; grid paper and acetate sheets lined up in parallel, adjacent to a battered Zeiss camera mounted on a lab stand; notebooks stacked with surgical neatness to his right, color-coded pens, rulers, and a digital caliper flanking the left. Coffee sat cooling at arm’s length, already gone bitter but destined to be drunk anyway. The only thing out of place was the feeling—a faint, subterranean current under the stillness, like the tension just before the first mortar round.</w:t>
      </w:r>
    </w:p>
    <w:p>
      <w:r/>
    </w:p>
    <w:p>
      <w:r/>
      <w:r>
        <w:t>He shut the door, locked it, then double-checked the window latch, a habit that had outlasted his army issue. Only then did he lower himself into the chair and let his attention settle on the disc. It drew the eye differently than any rock, metal, or artifact he'd ever handled. Its color was absolute—beyond black, a void that devoured even the lamplight—but the surface wasn’t featureless. When he leaned in, minute etchings surfaced under the glare, impossibly fine, as if someone had written code with the edge of a single hair.</w:t>
      </w:r>
    </w:p>
    <w:p>
      <w:r/>
    </w:p>
    <w:p>
      <w:r/>
      <w:r>
        <w:t>He fitted the first acetate overlay to the disc, using dots of museum wax to hold it in place without contamination. He powered on the Zeiss, adjusted the tripod until the field of view swallowed only the disc, then took the first exposure. The shutter’s sound was soft, a muffled click that seemed reluctant to interrupt the hush. Nate checked the image on the camera’s screen—clean, but the reflection from the lamp overpowered the fine marks.</w:t>
      </w:r>
    </w:p>
    <w:p>
      <w:r/>
    </w:p>
    <w:p>
      <w:r/>
      <w:r>
        <w:t>He tried again with raking light, angling the lamp so that only the shallowest ridges would pick up glare. The etchings lit up like microscopic scars. He zoomed in, framing a quadrant at a time, capturing each in a crisp, monochrome burst. Each photo he tagged aloud with a timestamp, quadrant, and orientation, like an old field surveyor mapping out a mine. "Zero-seven-fifteen, disc A, grid one," he said, voice barely above breath. He didn't need to—there was no one to overhear—but old habits preserved order against the entropy creeping in from every direction.</w:t>
      </w:r>
    </w:p>
    <w:p>
      <w:r/>
    </w:p>
    <w:p>
      <w:r/>
      <w:r>
        <w:t>After three circuits, he paused to jot in the field log. He wrote with an engineer’s penmanship, even though his mind was already running ahead to the next step: converting the images, aligning the overlays, building a composite as rigorous as any ballistics chart.</w:t>
      </w:r>
    </w:p>
    <w:p>
      <w:r/>
    </w:p>
    <w:p>
      <w:r/>
      <w:r>
        <w:t>A single overhead bulb cast a hard-edged shadow on the wall, reducing the rest of the room to grayscale. Beyond the glass, the night pressed close, thick and unmoving, the world outside pared down to the single orange dot of the bank’s distant sign.</w:t>
      </w:r>
    </w:p>
    <w:p>
      <w:r/>
    </w:p>
    <w:p>
      <w:r/>
      <w:r>
        <w:t>He loaded the first set of photos onto his laptop, clicking through the sequence with a clinical detachment. The disc’s pattern was more complex than it had seemed in the artifact room—layer upon layer of nested spirals, but also something else, a superimposed grid that refused to align with any geometry he recognized. He ran the images through a contrast enhancement filter, then outlined the brightest lines in red. When he overlaid the four quadrants, the effect was dizzying: the spirals never quite closed on themselves, always jumping axis, always resuming at an unexpected angle.</w:t>
      </w:r>
    </w:p>
    <w:p>
      <w:r/>
    </w:p>
    <w:p>
      <w:r/>
      <w:r>
        <w:t>He tapped his pencil against his chin, then laid down a clean acetate over the laptop screen and traced the most obvious lines by hand. It was slow work, and he had to stop every so often to stretch his fingers and blink away the afterimages. By the third pass, his knuckles ached.</w:t>
      </w:r>
    </w:p>
    <w:p>
      <w:r/>
    </w:p>
    <w:p>
      <w:r/>
      <w:r>
        <w:t>He started to mutter, an old, automatic habit. “North by east, ten degrees. Break. Resume at zero-nine. Repeat interval. No, that’s—” He stopped, erased, tried again. As he mapped the spirals, he kept running into strange interruptions—gaps, or jumps, or places where the etched line simply vanished, only to pick up again farther along the curve.</w:t>
      </w:r>
    </w:p>
    <w:p>
      <w:r/>
    </w:p>
    <w:p>
      <w:r/>
      <w:r>
        <w:t>He finished the tracing and pinned it to the wall with a pushpin, then stepped back to take it in at a distance. The pattern looked almost biological, the way a cross-section of a shell or seed might—growth by repetition, but with a mutation baked into every cycle.</w:t>
      </w:r>
    </w:p>
    <w:p>
      <w:r/>
    </w:p>
    <w:p>
      <w:r/>
      <w:r>
        <w:t>He tried not to dwell on how familiar that felt.</w:t>
      </w:r>
    </w:p>
    <w:p>
      <w:r/>
    </w:p>
    <w:p>
      <w:r/>
      <w:r>
        <w:t>He poured more coffee, then set the cup aside untouched. The air in the room had grown colder, the draft from the window now more a presence than a phenomenon. It reminded him of the field ops back east, the ones where they’d spent nights in a shuttered power plant mapping out lines of sight while their quarry dozed in the next room over. The same tension, the same sense that any movement might trigger something vast and irreversible.</w:t>
      </w:r>
    </w:p>
    <w:p>
      <w:r/>
    </w:p>
    <w:p>
      <w:r/>
      <w:r>
        <w:t>He took out Vernon’s journal. The spine was already broken, flagged with sticky notes in every color; the pages closest to the end were smudged with what looked like graphite, but could just as easily be residue from the well. He found the entry he wanted, the one dated six months before the old man’s death.</w:t>
      </w:r>
    </w:p>
    <w:p>
      <w:r/>
    </w:p>
    <w:p>
      <w:r/>
      <w:r>
        <w:t>“Observed: secondary spiral on pit floor, offset ninety degrees from primary axis. Magnetic reading unstable. Interference pattern suggests deliberate superposition, not artifact of tool or substrate. Possibility: intended to mask or misalign field lines. If correct, site is not a point-source but a relay in larger network. Further mapping required.”</w:t>
      </w:r>
    </w:p>
    <w:p>
      <w:r/>
    </w:p>
    <w:p>
      <w:r/>
      <w:r>
        <w:t>He read it twice, then three times. The language was pure Vernon: precise, skeptical, but laced with the faintest undercurrent of excitement. The old man had never been a mystic—he’d devoted his entire career to debunking pseudoarchaeology—but sometimes Nate could feel the gravitational pull of wonder breaking through even in the driest report.</w:t>
      </w:r>
    </w:p>
    <w:p>
      <w:r/>
    </w:p>
    <w:p>
      <w:r/>
      <w:r>
        <w:t>He thumbed through to the next flagged section. This one was later, just a month before the final expedition:</w:t>
      </w:r>
    </w:p>
    <w:p>
      <w:r/>
    </w:p>
    <w:p>
      <w:r/>
      <w:r>
        <w:t>“Discontinuities in spiral match known fracture lines in regional bedrock. Data suggest alignment not with magnetic North, but with localized EM anomalies—possibly tectonic stress or geothermal flux. Must acquire better imaging of artifact before next phase. Risk of contamination by non-latinate operators—minimize external comms. Trust only in field data.”</w:t>
      </w:r>
    </w:p>
    <w:p>
      <w:r/>
    </w:p>
    <w:p>
      <w:r/>
      <w:r>
        <w:t>Nate let the journal fall open, then stared at the ceiling, running the lines in his head as if they might rearrange themselves into something more rational. “Trust only in field data.” He’d heard it a thousand times as a kid, usually when he’d tried to impress his uncle with some parlor trick or unsourced Internet fact. Vernon didn’t believe in miracles. He believed in numbers, in hard evidence, and in the discipline to keep chasing the pattern until it cracked.</w:t>
      </w:r>
    </w:p>
    <w:p>
      <w:r/>
    </w:p>
    <w:p>
      <w:r/>
      <w:r>
        <w:t>He looked back at the disc. The urge to handle it directly was powerful, almost physical. He slipped on a clean pair of nitrile gloves, lifted the disc, and held it at eye level, letting the edge catch the lamplight. For a moment, it seemed to warp the air itself—the room bending inward toward its mass, every sound sharpening to a knife’s point.</w:t>
      </w:r>
    </w:p>
    <w:p>
      <w:r/>
    </w:p>
    <w:p>
      <w:r/>
      <w:r>
        <w:t>He set it back down, and only then did he realize his hand was shaking.</w:t>
      </w:r>
    </w:p>
    <w:p>
      <w:r/>
    </w:p>
    <w:p>
      <w:r/>
      <w:r>
        <w:t>He returned to the laptop, imported the next set of images, and this time ran an edge-detection filter. The result was clearer, more digital but also more alien: the spiral was a lie, a ruse built from tiny, precise deviations. He layered his tracing over the image and saw how each “error” in the spiral aligned with a point marked in Vernon's journal as “anomaly” or “site.”</w:t>
      </w:r>
    </w:p>
    <w:p>
      <w:r/>
    </w:p>
    <w:p>
      <w:r/>
      <w:r>
        <w:t>He thumbed back to the earlier sections—old mining surveys, notes on groundwater movement, even some pages on Klamath petroglyphs that, to Nate, had never seemed like more than folk art. Now, with the overlay in hand, the match was obvious.</w:t>
      </w:r>
    </w:p>
    <w:p>
      <w:r/>
    </w:p>
    <w:p>
      <w:r/>
      <w:r>
        <w:t>He grabbed a clean notebook, sketched the outline of Southern Oregon, then began dropping pins: Dorsey Ridge, Jacksonville, the old well, the three creek beds marked in the mining ledger, and—dead center—the caldera at Crater Lake. He transferred the spiral pattern to the map, aligning each break or jump with one of the sites. In less than fifteen minutes, he’d built a web, the lines running through every key location in the region.</w:t>
      </w:r>
    </w:p>
    <w:p>
      <w:r/>
    </w:p>
    <w:p>
      <w:r/>
      <w:r>
        <w:t>He blinked, then sat back. For a moment, the absurdity of it all threatened to overtake him: a map drawn from a chunk of glass, built by hands older than the United States, tracking a phenomenon that didn’t exist in any textbook he’d ever read.</w:t>
      </w:r>
    </w:p>
    <w:p>
      <w:r/>
    </w:p>
    <w:p>
      <w:r/>
      <w:r>
        <w:t>But the numbers fit. The pattern held.</w:t>
      </w:r>
    </w:p>
    <w:p>
      <w:r/>
    </w:p>
    <w:p>
      <w:r/>
      <w:r>
        <w:t>He looked up at the tracing on the wall, at the network he’d just sketched onto the map, and then at the disc itself. The skepticism was still there, a hard shell over his thoughts, but under it something else was growing. Not belief, not yet. But the beginning of an answer he would rather not have.</w:t>
      </w:r>
    </w:p>
    <w:p>
      <w:r/>
    </w:p>
    <w:p>
      <w:r/>
      <w:r>
        <w:t>He started a fresh page in the log.</w:t>
      </w:r>
    </w:p>
    <w:p>
      <w:r/>
    </w:p>
    <w:p>
      <w:r/>
      <w:r>
        <w:t>“Preliminary hypothesis: disc is not ceremonial or decorative, but functional—possibly a map, possibly a cipher keyed to local geology. Pattern of breaks in spiral aligns with known geomagnetic anomalies. Will attempt to cross-reference with USGS and NOAA data next. NOTE: urge caution when handling artifact. Possible bioresponse or placebo effect noted—requires confirmation with additional controls.”</w:t>
      </w:r>
    </w:p>
    <w:p>
      <w:r/>
    </w:p>
    <w:p>
      <w:r/>
      <w:r>
        <w:t>He read it back to himself, then closed the log with a decisive snap.</w:t>
      </w:r>
    </w:p>
    <w:p>
      <w:r/>
    </w:p>
    <w:p>
      <w:r/>
      <w:r>
        <w:t>He poured another cup of coffee, this time letting the bitterness burn away the last of his hesitation.</w:t>
      </w:r>
    </w:p>
    <w:p>
      <w:r/>
    </w:p>
    <w:p>
      <w:r/>
      <w:r>
        <w:t>He was in this, now. Not as a skeptic or a debunker, but as a witness—someone tasked with recording the truth, no matter how much it looked like madness from the outside.</w:t>
      </w:r>
    </w:p>
    <w:p>
      <w:r/>
    </w:p>
    <w:p>
      <w:r/>
      <w:r>
        <w:t>He set the cup down, lined up the overlays, and reached for the disc. It was cold, but not unpleasantly so; the weight felt familiar now, almost reassuring. He held it to the light one last time, and as he did, a memory surfaced—Vernon, hunched over a field desk, eyes lit with the same wary awe, saying: “Some things in this world don’t want to be solved, but they want to be seen.”</w:t>
      </w:r>
    </w:p>
    <w:p>
      <w:r/>
    </w:p>
    <w:p>
      <w:r/>
      <w:r>
        <w:t>Nate nodded, as if to the ghost of the old man.</w:t>
      </w:r>
    </w:p>
    <w:p>
      <w:r/>
    </w:p>
    <w:p>
      <w:r/>
      <w:r>
        <w:t>“Message received,” he said, voice small but steady in the hush.</w:t>
      </w:r>
    </w:p>
    <w:p>
      <w:r/>
    </w:p>
    <w:p>
      <w:r/>
      <w:r>
        <w:t>He turned back to the wall, pinned up the map with its new overlay, and let the room fill with the pattern.</w:t>
      </w:r>
    </w:p>
    <w:p>
      <w:r/>
    </w:p>
    <w:p>
      <w:r/>
      <w:r>
        <w:t>Outside, the wind had picked up. The window glass thrummed in time with the spiral on the wall.</w:t>
      </w:r>
    </w:p>
    <w:p>
      <w:r/>
    </w:p>
    <w:p>
      <w:r/>
      <w:r>
        <w:t>He didn’t mind. For the first time all night, the sound felt like company.</w:t>
      </w:r>
    </w:p>
    <w:p>
      <w:r/>
    </w:p>
    <w:p>
      <w:r/>
    </w:p>
    <w:p>
      <w:r/>
      <w:r>
        <w:t># Scene 2</w:t>
      </w:r>
    </w:p>
    <w:p>
      <w:r/>
    </w:p>
    <w:p>
      <w:r/>
      <w:r>
        <w:t>Somewhere in the deep hours, the boundaries of the office fell away and there was only the blue glow of the screen and the cold pulse from the obsidian disc. Nate lost time—not in a fugue, but in the granular, hungry way that comes with good work. His hands moved without conscious guidance, importing high-res images, digitizing the hand-traced overlays, aligning each to the digital map of the valley he’d borrowed from a USGS server years ago and never returned.</w:t>
      </w:r>
    </w:p>
    <w:p>
      <w:r/>
    </w:p>
    <w:p>
      <w:r/>
      <w:r>
        <w:t>He built the world anew from data: first the topography, every rise and basin rendered in precise relief; then the grid of man-made intrusion—streets, lots, the fossil traces of failed industries; finally, the hidden lattice of faults and seams, running under the skin of the region like the musculature of an animal. The computer’s fan spun up, keeping time with his quickening breath.</w:t>
      </w:r>
    </w:p>
    <w:p>
      <w:r/>
    </w:p>
    <w:p>
      <w:r/>
      <w:r>
        <w:t>It was on the third overlay, as he shifted the spiral’s center to what the original mining records called “The First Well,” that he saw it: the outermost arm of the spiral didn’t simply curl in elegant loops, but kinked, abruptly, as it passed through a spot east of town. The deviation was so deliberate it looked like a punchline. He ran a second overlay—this time, the pattern from the back of the disc, which he’d neglected at first—and the lines cross-cut at the same exact coordinates.</w:t>
      </w:r>
    </w:p>
    <w:p>
      <w:r/>
    </w:p>
    <w:p>
      <w:r/>
      <w:r>
        <w:t>He leaned in, brought up the geological map, and nearly laughed. The point was marked on the USGS survey as a “strike-slip offset,” a minor tremor hazard so unremarkable that it barely rated a mention. And yet, the artifact’s pattern bent to acknowledge it, centuries before any seismic readings had ever been taken.</w:t>
      </w:r>
    </w:p>
    <w:p>
      <w:r/>
    </w:p>
    <w:p>
      <w:r/>
      <w:r>
        <w:t>He repeated the process—aligned, overlaid, checked against survey data—moving west, then north, then south. Each time, the spiral and its interruptions mapped perfectly onto a series of local faults and discontinuities: the old railroad cut at Dorsey, the buried slip beneath Jacksonville Cemetery, even the faint magnetic anomaly under the courthouse, which he’d once written off as a quirk of old iron plumbing.</w:t>
      </w:r>
    </w:p>
    <w:p>
      <w:r/>
    </w:p>
    <w:p>
      <w:r/>
      <w:r>
        <w:t>He exhaled, long and slow, then checked the time. It was 3:47 AM. His head felt both heavy and weightless, as if the blood had all pooled at the base of his skull.</w:t>
      </w:r>
    </w:p>
    <w:p>
      <w:r/>
    </w:p>
    <w:p>
      <w:r/>
      <w:r>
        <w:t>He ran a hand through his hair and poured another inch of coffee, this time drinking it cold.</w:t>
      </w:r>
    </w:p>
    <w:p>
      <w:r/>
    </w:p>
    <w:p>
      <w:r/>
      <w:r>
        <w:t>He could have stopped there, called it an artifact of confirmation bias, but the lines held. He ran the math: if the spiral had been drawn at random, the odds of it matching this many independent geological events was—he blinked, ran the numbers twice—astronomical.</w:t>
      </w:r>
    </w:p>
    <w:p>
      <w:r/>
    </w:p>
    <w:p>
      <w:r/>
      <w:r>
        <w:t>He mumbled, “No such thing as coincidence,” and pulled up the regional geomagnetic chart. It took longer to access, and his laptop wheezed under the load, but he finally got a color map of local magnetic deviation, measured by some grad student with a van and a couple of sensitive coils. He dropped the spiral overlay onto it and watched as the points of deviation lit up, one by one, each aligning with an arm or a break in the etched pattern.</w:t>
      </w:r>
    </w:p>
    <w:p>
      <w:r/>
    </w:p>
    <w:p>
      <w:r/>
      <w:r>
        <w:t>Something moved on the edge of his vision—a jitter, a flicker—and it took a few seconds to realize it was the compass he’d set by the corner of the table, vibrating minutely on the Formica. At first, he thought the draft from the window was to blame, but when he stilled the air with his hand, the needle kept spinning, stuttering, then settling, then spinning again.</w:t>
      </w:r>
    </w:p>
    <w:p>
      <w:r/>
    </w:p>
    <w:p>
      <w:r/>
      <w:r>
        <w:t>He checked the time again. The second hand on his watch had stopped, but the computer clock still ran.</w:t>
      </w:r>
    </w:p>
    <w:p>
      <w:r/>
    </w:p>
    <w:p>
      <w:r/>
      <w:r>
        <w:t>He kept at it, pulling up a live satellite image and mapping the spiral’s projected lines as georeferenced waypoints. The final pattern was a web—no, a nervous system—running beneath the valley, each node corresponding to a site of either natural violence (tremor, subsidence, water-table shift) or, just as often, historical violence: a collapsed mine, a dead-end tunnel, a well that had been bricked up and never reopened.</w:t>
      </w:r>
    </w:p>
    <w:p>
      <w:r/>
    </w:p>
    <w:p>
      <w:r/>
      <w:r>
        <w:t>He sat back, blinking in the faint light.</w:t>
      </w:r>
    </w:p>
    <w:p>
      <w:r/>
    </w:p>
    <w:p>
      <w:r/>
      <w:r>
        <w:t>The pattern was not just an artifact. It was a record—no, a prescription—for where energy would pool and break, for where the fabric of the place was thin enough to tear. And every instance matched a story from the region: the “singing well,” the “phantom wind” at Dorsey, the cemetery’s weird, compass-bending fog.</w:t>
      </w:r>
    </w:p>
    <w:p>
      <w:r/>
    </w:p>
    <w:p>
      <w:r/>
      <w:r>
        <w:t>He ran his fingers over the tracing on the wall, then checked the numbers one more time, squinting at the difference between the measured coordinates and the projections. They were within a meter. He tried to think of the last time anything in his world had been that precise, and couldn’t.</w:t>
      </w:r>
    </w:p>
    <w:p>
      <w:r/>
    </w:p>
    <w:p>
      <w:r/>
      <w:r>
        <w:t>He got up, stretched, then faced the wall of maps and overlays he’d assembled in the past eight hours. It was beautiful, in a way—a convergence of intent and randomness, of human history and brute geology. And at its center, always, was the spiral, repeating itself through stone, blood, and glass.</w:t>
      </w:r>
    </w:p>
    <w:p>
      <w:r/>
    </w:p>
    <w:p>
      <w:r/>
      <w:r>
        <w:t>He pressed his palm flat against the acetate overlay, feeling the chill of the disc even through the paper. The compass on the table spun again, then fell still. The hum from the laptop fan died down, as if the machine, too, was listening.</w:t>
      </w:r>
    </w:p>
    <w:p>
      <w:r/>
    </w:p>
    <w:p>
      <w:r/>
      <w:r>
        <w:t>He whispered, “What the hell were you chasing, old man?” but already knew the answer.</w:t>
      </w:r>
    </w:p>
    <w:p>
      <w:r/>
    </w:p>
    <w:p>
      <w:r/>
      <w:r>
        <w:t>He started a fresh page in the log:</w:t>
      </w:r>
    </w:p>
    <w:p>
      <w:r/>
    </w:p>
    <w:p>
      <w:r/>
      <w:r>
        <w:t>“Correlation confirmed: disc spiral matches regional fault lines, magnetic anomalies, and historical event sites. Pattern is not random; aligns with Vernon's hypothesis of a deliberate relay. Recommend mapping full sequence and testing for active resonance at each site. Hypothesis: artifact is a tuning device, or template for activating energy along the mapped corridors.”</w:t>
      </w:r>
    </w:p>
    <w:p>
      <w:r/>
    </w:p>
    <w:p>
      <w:r/>
      <w:r>
        <w:t>He stared at the line, then added, in a smaller hand: “God help us if that’s true.”</w:t>
      </w:r>
    </w:p>
    <w:p>
      <w:r/>
    </w:p>
    <w:p>
      <w:r/>
      <w:r>
        <w:t>He turned to the obsidian disc. It rested, silent, in its bed of foam. But in the shifting light from the monitor, the etched lines seemed deeper, more insistent—a script waiting to be read, or recited.</w:t>
      </w:r>
    </w:p>
    <w:p>
      <w:r/>
    </w:p>
    <w:p>
      <w:r/>
      <w:r>
        <w:t>He looked back at the map and felt his breath hitch. The largest node, the ultimate anchor of the spiral, sat directly beneath the caldera at Crater Lake.</w:t>
      </w:r>
    </w:p>
    <w:p>
      <w:r/>
    </w:p>
    <w:p>
      <w:r/>
      <w:r>
        <w:t>It was absurd, impossible, but the data left no other conclusion.</w:t>
      </w:r>
    </w:p>
    <w:p>
      <w:r/>
    </w:p>
    <w:p>
      <w:r/>
      <w:r>
        <w:t>He rolled the chair back, stood, and for a moment just stood there, looking at the map as if waiting for it to animate, to move, to show him the next step.</w:t>
      </w:r>
    </w:p>
    <w:p>
      <w:r/>
    </w:p>
    <w:p>
      <w:r/>
      <w:r>
        <w:t>The compass, forgotten, spun one last, lazy arc, then stopped—dead north, pointing not at the pole, but at the lake.</w:t>
      </w:r>
    </w:p>
    <w:p>
      <w:r/>
    </w:p>
    <w:p>
      <w:r/>
      <w:r>
        <w:t>He grinned, half-mad, half-exhilarated.</w:t>
      </w:r>
    </w:p>
    <w:p>
      <w:r/>
    </w:p>
    <w:p>
      <w:r/>
      <w:r>
        <w:t>“Show me,” he said.</w:t>
      </w:r>
    </w:p>
    <w:p>
      <w:r/>
    </w:p>
    <w:p>
      <w:r/>
      <w:r>
        <w:t>And the spiral did.</w:t>
      </w:r>
    </w:p>
    <w:p>
      <w:r/>
    </w:p>
    <w:p>
      <w:r/>
    </w:p>
    <w:p>
      <w:r/>
      <w:r>
        <w:t># Scene 3</w:t>
      </w:r>
    </w:p>
    <w:p>
      <w:r/>
    </w:p>
    <w:p>
      <w:r/>
      <w:r>
        <w:t>At first, Nate’s finger trembled as he followed the spiral’s arms across the mapped valley, but soon the tremor faded, replaced by a kind of grim certainty. The line didn’t just arc—it tunneled, curved, then hooked, dragging every minor anomaly into a single, inevitable path toward Crater Lake.</w:t>
      </w:r>
    </w:p>
    <w:p>
      <w:r/>
    </w:p>
    <w:p>
      <w:r/>
      <w:r>
        <w:t>He stared at the map, then at the obsidian disc, then back to the wall, as if the physical act of looking might slow the velocity of the conclusion.</w:t>
      </w:r>
    </w:p>
    <w:p>
      <w:r/>
    </w:p>
    <w:p>
      <w:r/>
      <w:r>
        <w:t>He opened his laptop, pulled up the state’s real-time seismic feed, and called up every incident in the past three years within a fifty-mile radius. The usual scatterplot of minor quakes, fracking slips, and hydrological grunts, but as he overlaid the spiral’s predicted “nodes,” a third of the blips fell within spitting distance of those points—too close for comfort, too precise for noise.</w:t>
      </w:r>
    </w:p>
    <w:p>
      <w:r/>
    </w:p>
    <w:p>
      <w:r/>
      <w:r>
        <w:t>He switched to the search history, trawling for local news: mining accidents, sinkholes, stories of sudden, unexplained power outages. The list was longer than he expected. In nearly every case, the event happened at a mapped “junction”—the place where the etched pattern broke, jumped, or crossed itself. He clicked through the stories, sometimes reading only the lede, sometimes copying the GPS coordinates to add to his master file.</w:t>
      </w:r>
    </w:p>
    <w:p>
      <w:r/>
    </w:p>
    <w:p>
      <w:r/>
      <w:r>
        <w:t>By five a.m., the picture was complete. At each node, the world itself seemed thinner, less stable; the spiral didn’t just reflect the underlying structure, it anticipated the places where force would breach, where the old, hidden energies would bubble to the surface.</w:t>
      </w:r>
    </w:p>
    <w:p>
      <w:r/>
    </w:p>
    <w:p>
      <w:r/>
      <w:r>
        <w:t>He cross-referenced the timeline of these events with the only other variable left in the notes: astronomical phenomena. Vernon had flagged solstices, equinoxes, even the odd lunar perigee. Nate ran the match and felt his skepticism crack wide open. Half the “high-amplitude” events in the last century lined up within a day or two of these points, the rest clustering at exact thirds or quarters between them. It was clockwork, not chaos.</w:t>
      </w:r>
    </w:p>
    <w:p>
      <w:r/>
    </w:p>
    <w:p>
      <w:r/>
      <w:r>
        <w:t>He whispered, “You weren’t chasing folklore,” and felt the echo of his uncle’s memory, alive and impatient.</w:t>
      </w:r>
    </w:p>
    <w:p>
      <w:r/>
    </w:p>
    <w:p>
      <w:r/>
      <w:r>
        <w:t>He pulled up the USGS magnetic anomaly reports for Crater Lake. Most of the readings were from the late 90s, a few newer ones funded by grants with more ambition than budget. What struck him was not the numbers themselves—they’d always been weird, owing to the lake’s volcanic birth—but the shape of the anomaly: a perfect, whorled field, center dead on Wizard Island.</w:t>
      </w:r>
    </w:p>
    <w:p>
      <w:r/>
    </w:p>
    <w:p>
      <w:r/>
      <w:r>
        <w:t>He loaded an old LIDAR pass, layered it with the digital tracing from the disc, and stared. The two patterns merged, the manmade and the natural, into a single, unbroken loop.</w:t>
      </w:r>
    </w:p>
    <w:p>
      <w:r/>
    </w:p>
    <w:p>
      <w:r/>
      <w:r>
        <w:t>He spent the next hour making notes for Abby, flagging the most convincing overlays, building a presentation that could survive the scrutiny of the Society’s board or even a hostile courtroom. He wanted—no, needed—to show that this was more than a story, more than a family curse. It was a record of intent, an artifact designed to outlive its makers and direct the hands of anyone who found it.</w:t>
      </w:r>
    </w:p>
    <w:p>
      <w:r/>
    </w:p>
    <w:p>
      <w:r/>
      <w:r>
        <w:t>The magnetometer on his desk, dormant for the last hour, suddenly spiked. The digital readout flipped from zero to max in an instant, then reset, then climbed again. He watched, fascinated and disturbed, as the needle stuttered, locked, and then pointed directly at the wall where the spiral’s largest node intersected the lake.</w:t>
      </w:r>
    </w:p>
    <w:p>
      <w:r/>
    </w:p>
    <w:p>
      <w:r/>
      <w:r>
        <w:t>He opened the window, half-expecting the air to change, but the night outside was still and flat, the only movement the flicker of the street lamp across the blacktop. He looked at the disc. Its surface seemed to shimmer—an illusion, he knew, but one that refused to leave even when he blinked.</w:t>
      </w:r>
    </w:p>
    <w:p>
      <w:r/>
    </w:p>
    <w:p>
      <w:r/>
      <w:r>
        <w:t>He closed his notes, saved them to three different drives, and backed up everything to a remote server he’d set up years ago under a fake name. He copied the files to a thumb drive, then labeled it by hand: “SPIRAL—EVIDENCE—DO NOT ERASE.”</w:t>
      </w:r>
    </w:p>
    <w:p>
      <w:r/>
    </w:p>
    <w:p>
      <w:r/>
      <w:r>
        <w:t>He poured one last cup of coffee, then let it cool in his hands while he stared at the overlays on the wall, waiting for the world to make sense again.</w:t>
      </w:r>
    </w:p>
    <w:p>
      <w:r/>
    </w:p>
    <w:p>
      <w:r/>
      <w:r>
        <w:t>There was no comfort in the discovery, no adrenaline spike or dopamine surge. Just the clear, sharp dread of knowing that the story had always been true, and that the next move—whatever it was—would carry a weight beyond anything he’d signed up for.</w:t>
      </w:r>
    </w:p>
    <w:p>
      <w:r/>
    </w:p>
    <w:p>
      <w:r/>
      <w:r>
        <w:t>He left a message for Abby: concise, precise, but with a final line that said what he couldn’t over the phone.</w:t>
      </w:r>
    </w:p>
    <w:p>
      <w:r/>
    </w:p>
    <w:p>
      <w:r/>
      <w:r>
        <w:t>“Confirmed: it’s a network. Caldera is the hub. Will brief in person—need full team.”</w:t>
      </w:r>
    </w:p>
    <w:p>
      <w:r/>
    </w:p>
    <w:p>
      <w:r/>
      <w:r>
        <w:t>He stared at the disc, then at the shaking needle of the magnetometer, and finally at the map, where every line now pointed at a single, impossible conclusion.</w:t>
      </w:r>
    </w:p>
    <w:p>
      <w:r/>
    </w:p>
    <w:p>
      <w:r/>
      <w:r>
        <w:t>He’d broken the pattern. Or maybe it had broken him.</w:t>
      </w:r>
    </w:p>
    <w:p>
      <w:r/>
    </w:p>
    <w:p>
      <w:r/>
      <w:r>
        <w:t>He left the overlays pinned, the disc in its foam nest, and the office unlocked for the first time in his life.</w:t>
      </w:r>
    </w:p>
    <w:p>
      <w:r/>
    </w:p>
    <w:p>
      <w:r/>
      <w:r>
        <w:t>As he stepped into the predawn dark, the spiral hummed along his skin, a tattoo of purpose, a warning, and—if he let himself hope—a map out of the labyrinth.</w:t>
      </w:r>
    </w:p>
    <w:p>
      <w:r/>
    </w:p>
    <w:p>
      <w:r/>
      <w:r>
        <w:t>He walked toward the edge of town, not looking back.</w:t>
      </w:r>
    </w:p>
    <w:p>
      <w:r/>
    </w:p>
    <w:p>
      <w:r/>
      <w:r>
        <w:t>The pattern was waiting.</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