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drive from Jacksonville to her grandmother’s place was fifteen minutes of blacktop in daylight, but at this hour, with her nerves hotwired and the world reset to after-hours rules, it felt longer. Abby navigated the old Ford through the needlework of side streets, past the shuttered gift shops and the museum’s blank façade—already leached of significance by the night’s events—and out to where the streetlights spaced themselves farther and farther apart. The city didn’t just fade; it receded, revealing something older underneath.</w:t>
      </w:r>
    </w:p>
    <w:p>
      <w:r/>
    </w:p>
    <w:p>
      <w:r/>
      <w:r>
        <w:t>She watched for other cars but saw none. The dashboard clock blinked 2:07, insistent and irritating in its refusal to let the night simply be the night. Above the trees, the moon was swollen, throwing an anemic blue over everything, and in the rearview she could still see the lights of Jacksonville, distant and unconvincing. She checked her phone (no new messages from Nate; no missed calls from the fallback lawyer; no sign that anyone but her and the spiral cared what happened next) and allowed herself, for the first time in hours, to exhale.</w:t>
      </w:r>
    </w:p>
    <w:p>
      <w:r/>
    </w:p>
    <w:p>
      <w:r/>
      <w:r>
        <w:t>The outskirts were different from the old town in a way that defied polite city-planner vocabulary. It wasn’t just poorer, or older, or more rural. It was as if the ground itself had shrugged off the grid and gone back to following only the contours of water, gravity, and will. Abby took the familiar turn—no street sign, just the shape of the bend and the rise of the next hill—then followed the rutted gravel up toward the place her family had always called “the house,” as if there had never been any others.</w:t>
      </w:r>
    </w:p>
    <w:p>
      <w:r/>
    </w:p>
    <w:p>
      <w:r/>
      <w:r>
        <w:t>Her grandmother’s home perched on a ridge, visible from the road only by the accidental glint of porch light off rain-wet brush. The driveway was a single-lane, switchbacking twice before dumping into a dirt patch that had never, in all Abby’s years, managed to grow a full lawn. She killed the engine, left the lights on for a moment longer than necessary, then shut them off and let her eyes adjust.</w:t>
      </w:r>
    </w:p>
    <w:p>
      <w:r/>
    </w:p>
    <w:p>
      <w:r/>
      <w:r>
        <w:t>The air up here was different. The valley’s cold sank low, but the ridge caught the warmer drafts, carrying the mixed scent of old wood smoke, night-blooming jasmine, and the iron tang of moss and leaf rot. Above, the stars were thick enough to make her believe in numbers again. She stepped out, stretching legs that had gone stiff in the tension of the drive, and tried to center herself. It was a pointless gesture—the spiral didn’t care for mindfulness—but it made walking up the steps easier.</w:t>
      </w:r>
    </w:p>
    <w:p>
      <w:r/>
    </w:p>
    <w:p>
      <w:r/>
      <w:r>
        <w:t>The porch light was on, and through the window Abby could see her grandmother moving in the kitchen: sleeves rolled up, hair gathered in a way that was halfway between practical and ceremonial, the set of her shoulders saying I’m awake because you need me, not because I sleep poorly. Abby waited a moment, hands jammed in her jacket, then rapped the door in the code she and Caleb had used as kids: two quick, one slow, another quick.</w:t>
      </w:r>
    </w:p>
    <w:p>
      <w:r/>
    </w:p>
    <w:p>
      <w:r/>
      <w:r>
        <w:t>The door swung open before she could finish. Her grandmother—Sarah to the rest of the world, but always “Gran” to her—wore a faded Pendleton overshirt over black jeans, and looked exactly as she had for the last twenty years: ageless, alert, and unwilling to let bullshit through the threshold.</w:t>
      </w:r>
    </w:p>
    <w:p>
      <w:r/>
    </w:p>
    <w:p>
      <w:r/>
      <w:r>
        <w:t>“You’re late,” Sarah said, but the voice was warm, the kind that turned accusation into a welcome.</w:t>
      </w:r>
    </w:p>
    <w:p>
      <w:r/>
    </w:p>
    <w:p>
      <w:r/>
      <w:r>
        <w:t>“Didn’t want to call ahead,” Abby replied. “You know how it is.”</w:t>
      </w:r>
    </w:p>
    <w:p>
      <w:r/>
    </w:p>
    <w:p>
      <w:r/>
      <w:r>
        <w:t>“Hmm,” her grandmother said, stepping aside. “You sound just like your brother.”</w:t>
      </w:r>
    </w:p>
    <w:p>
      <w:r/>
    </w:p>
    <w:p>
      <w:r/>
      <w:r>
        <w:t>Inside, the house was the kind of contradiction Abby had always loved: Native art crowded the walls, dense weavings layered under old highway maps, shelves of tribal beadwork flanking even older science texts, and always, always, the faint, evergreen scent of sage and tea. In the front hallway, a glass cabinet displayed artifacts that wouldn’t have looked out of place in the Society’s collection—obsidian blades, bone awls, a few battered copper bracelets—but here, they were contextualized not by neat museum placards but by years of daily use, stories thick in the air.</w:t>
      </w:r>
    </w:p>
    <w:p>
      <w:r/>
    </w:p>
    <w:p>
      <w:r/>
      <w:r>
        <w:t>The living room was dim but warm, fire coals banked low behind the mesh of a battered woodstove. A framed photo on the mantle caught Abby’s eye: her brother Caleb, age fifteen, grinning at the edge of the lake, a catch of trout slung over one shoulder and a fist raised in triumph. It hadn’t been there last time. The sight landed with more force than she expected, and for a second Abby just stood, staring, feeling the picture compress her lungs.</w:t>
      </w:r>
    </w:p>
    <w:p>
      <w:r/>
    </w:p>
    <w:p>
      <w:r/>
      <w:r>
        <w:t>Sarah caught the direction of her gaze and said, “He’d be happy you’re here. Both of you always liked the night shift.”</w:t>
      </w:r>
    </w:p>
    <w:p>
      <w:r/>
    </w:p>
    <w:p>
      <w:r/>
      <w:r>
        <w:t>“I’m not here for nostalgia,” Abby said, instantly regretting the edge in her voice. She softened, tried again. “Sorry. It’s been… a week.”</w:t>
      </w:r>
    </w:p>
    <w:p>
      <w:r/>
    </w:p>
    <w:p>
      <w:r/>
      <w:r>
        <w:t>Her grandmother smiled, the lines at her mouth deepening. “You hungry? I can make toast, or soup, or—” she checked Abby’s face, reading the answer—“or just tea.”</w:t>
      </w:r>
    </w:p>
    <w:p>
      <w:r/>
    </w:p>
    <w:p>
      <w:r/>
      <w:r>
        <w:t>“Tea,” Abby said, following her into the kitchen.</w:t>
      </w:r>
    </w:p>
    <w:p>
      <w:r/>
    </w:p>
    <w:p>
      <w:r/>
      <w:r>
        <w:t>The kitchen was the best-lit room in the house, crowded with old crockery, a wood table scarred by decades of knife marks, and a radio tuned, as always, to a local AM station muttering in the background. Abby sat, letting the warmth seep through her jeans and into her knees. The sight of the teapot—blue enamel, missing its knob—almost made her laugh.</w:t>
      </w:r>
    </w:p>
    <w:p>
      <w:r/>
    </w:p>
    <w:p>
      <w:r/>
      <w:r>
        <w:t>Sarah poured, then sat opposite, waiting for Abby to speak. The silence was not uncomfortable, just patient. Abby inhaled the steam, letting the sharp green of mint cut through the cotton in her head, and tried to focus.</w:t>
      </w:r>
    </w:p>
    <w:p>
      <w:r/>
    </w:p>
    <w:p>
      <w:r/>
      <w:r>
        <w:t>Sarah broke the waiting game first. “You come straight from work?”</w:t>
      </w:r>
    </w:p>
    <w:p>
      <w:r/>
    </w:p>
    <w:p>
      <w:r/>
      <w:r>
        <w:t>“Sort of,” Abby said. “Had to make a stop at the Society. Late shift, then an errand. I… didn’t want to go home yet.”</w:t>
      </w:r>
    </w:p>
    <w:p>
      <w:r/>
    </w:p>
    <w:p>
      <w:r/>
      <w:r>
        <w:t>Her grandmother nodded, as if this was perfectly reasonable at two in the morning.</w:t>
      </w:r>
    </w:p>
    <w:p>
      <w:r/>
    </w:p>
    <w:p>
      <w:r/>
      <w:r>
        <w:t>Abby searched for the right words, found them all inadequate, then just said, “There was a break-in. At the Society.”</w:t>
      </w:r>
    </w:p>
    <w:p>
      <w:r/>
    </w:p>
    <w:p>
      <w:r/>
      <w:r>
        <w:t>Sarah’s brow lifted a millimeter. “Anyone hurt?”</w:t>
      </w:r>
    </w:p>
    <w:p>
      <w:r/>
    </w:p>
    <w:p>
      <w:r/>
      <w:r>
        <w:t>“No. Just… research. Files. Some old artifacts. Stuff most people wouldn’t care about unless they knew what to look for.”</w:t>
      </w:r>
    </w:p>
    <w:p>
      <w:r/>
    </w:p>
    <w:p>
      <w:r/>
      <w:r>
        <w:t>“Did they take anything that matters?” Sarah asked, and Abby felt the weight of the question settle between them—not about objects, but about meaning.</w:t>
      </w:r>
    </w:p>
    <w:p>
      <w:r/>
    </w:p>
    <w:p>
      <w:r/>
      <w:r>
        <w:t>“Yes,” Abby said. “But not what you’d expect.”</w:t>
      </w:r>
    </w:p>
    <w:p>
      <w:r/>
    </w:p>
    <w:p>
      <w:r/>
      <w:r>
        <w:t>They sat in the hush, drinking tea and listening to the radio’s low static.</w:t>
      </w:r>
    </w:p>
    <w:p>
      <w:r/>
    </w:p>
    <w:p>
      <w:r/>
      <w:r>
        <w:t>Sarah picked up the thread. “You still think about him. Caleb.”</w:t>
      </w:r>
    </w:p>
    <w:p>
      <w:r/>
    </w:p>
    <w:p>
      <w:r/>
      <w:r>
        <w:t>Abby almost choked on the tea. “Every day.”</w:t>
      </w:r>
    </w:p>
    <w:p>
      <w:r/>
    </w:p>
    <w:p>
      <w:r/>
      <w:r>
        <w:t>“Good,” her grandmother said. “Means you haven’t given up yet.”</w:t>
      </w:r>
    </w:p>
    <w:p>
      <w:r/>
    </w:p>
    <w:p>
      <w:r/>
      <w:r>
        <w:t>They let that stand. Outside, the wind shifted, rattling the old pane glass, and in the momentary lull Abby thought she could hear the river a half-mile away, moving under its crust of midnight ice.</w:t>
      </w:r>
    </w:p>
    <w:p>
      <w:r/>
    </w:p>
    <w:p>
      <w:r/>
      <w:r>
        <w:t>Sarah set her mug down and leaned forward, hands clasped. “Why did you really come, Abby?”</w:t>
      </w:r>
    </w:p>
    <w:p>
      <w:r/>
    </w:p>
    <w:p>
      <w:r/>
      <w:r>
        <w:t>Abby traced a water ring on the table, searching for a way to say it that didn’t sound crazy. “I needed to ask you about the well. The old well in Jacksonville. And about… the symbols.”</w:t>
      </w:r>
    </w:p>
    <w:p>
      <w:r/>
    </w:p>
    <w:p>
      <w:r/>
      <w:r>
        <w:t>Her grandmother’s eyes sharpened, losing their warmth but not their concern. “What symbols?”</w:t>
      </w:r>
    </w:p>
    <w:p>
      <w:r/>
    </w:p>
    <w:p>
      <w:r/>
      <w:r>
        <w:t>“Spirals,” Abby said. “Not just the usual ones. There are other marks—cuts, offsets, breaks in the pattern. They look deliberate. I found them in the well, and in Caleb’s notes, and now… someone else is after them.”</w:t>
      </w:r>
    </w:p>
    <w:p>
      <w:r/>
    </w:p>
    <w:p>
      <w:r/>
      <w:r>
        <w:t>Sarah was silent for a long time. Then she stood, slow and deliberate, and crossed to a cabinet by the back wall. She unlocked it (Abby didn’t even know it had a lock), and withdrew an old, leather-bound journal, thick with the dust of decades.</w:t>
      </w:r>
    </w:p>
    <w:p>
      <w:r/>
    </w:p>
    <w:p>
      <w:r/>
      <w:r>
        <w:t>She set it on the table. “Your great-grandfather kept this. He said it was for ‘the ones who would listen.’ He was the last to serve as keeper for the tribe, before the federals made everyone stop using the old words.”</w:t>
      </w:r>
    </w:p>
    <w:p>
      <w:r/>
    </w:p>
    <w:p>
      <w:r/>
      <w:r>
        <w:t>Abby opened it. The script inside was a hybrid—some in English, some in the tight, looping marks of the tribe’s written code, and some in a cypher even her linguist brother had never cracked. But the first thing Abby saw was the spiral, sketched on the inside cover, with three intentional breaks.</w:t>
      </w:r>
    </w:p>
    <w:p>
      <w:r/>
    </w:p>
    <w:p>
      <w:r/>
      <w:r>
        <w:t>“Caleb saw this, didn’t he?” Abby asked.</w:t>
      </w:r>
    </w:p>
    <w:p>
      <w:r/>
    </w:p>
    <w:p>
      <w:r/>
      <w:r>
        <w:t>Sarah nodded. “He came here. The winter before he vanished. Asked a hundred questions, stayed up all night with that book. Drew his own spirals, mapped the ridgeline, even went out to the well with dowsing rods. Said it was important, but he wouldn’t tell me why.”</w:t>
      </w:r>
    </w:p>
    <w:p>
      <w:r/>
    </w:p>
    <w:p>
      <w:r/>
      <w:r>
        <w:t>Abby felt something tighten in her chest. “He was scared. But excited.”</w:t>
      </w:r>
    </w:p>
    <w:p>
      <w:r/>
    </w:p>
    <w:p>
      <w:r/>
      <w:r>
        <w:t>“Yes,” Sarah said. “The same way you are now.”</w:t>
      </w:r>
    </w:p>
    <w:p>
      <w:r/>
    </w:p>
    <w:p>
      <w:r/>
      <w:r>
        <w:t>They looked at each other, and for the first time since Abby had walked through the door, she felt seen—not as a curator, or a searcher, or a professional disappointment, but as herself. The person her brother would have recognized.</w:t>
      </w:r>
    </w:p>
    <w:p>
      <w:r/>
    </w:p>
    <w:p>
      <w:r/>
      <w:r>
        <w:t>Sarah reached across the table, palm up. Abby took the hand, surprised at its strength.</w:t>
      </w:r>
    </w:p>
    <w:p>
      <w:r/>
    </w:p>
    <w:p>
      <w:r/>
      <w:r>
        <w:t>“You’re not the first to come looking,” Sarah said. “But you might be the first who knows what to do with the answer.”</w:t>
      </w:r>
    </w:p>
    <w:p>
      <w:r/>
    </w:p>
    <w:p>
      <w:r/>
      <w:r>
        <w:t>Abby nodded, unable to trust her voice.</w:t>
      </w:r>
    </w:p>
    <w:p>
      <w:r/>
    </w:p>
    <w:p>
      <w:r/>
      <w:r>
        <w:t>They sat together, tracing the spiral on the journal’s cover, while the radio muttered and the wind shifted and the old house remembered every story it had ever been told.</w:t>
      </w:r>
    </w:p>
    <w:p>
      <w:r/>
    </w:p>
    <w:p>
      <w:r/>
      <w:r>
        <w:t>At last, Sarah said, “Come morning, I’ll show you the rest. For now, you should sleep.”</w:t>
      </w:r>
    </w:p>
    <w:p>
      <w:r/>
    </w:p>
    <w:p>
      <w:r/>
      <w:r>
        <w:t>Abby almost objected, then realized her body had already decided for her. She let her grandmother lead her to the old guest room—still lined with the same lumpy mattresses and stacks of National Geographics as always—and lay down, the spiral still humming in her chest.</w:t>
      </w:r>
    </w:p>
    <w:p>
      <w:r/>
    </w:p>
    <w:p>
      <w:r/>
      <w:r>
        <w:t>She closed her eyes and, for the first time in days, let herself drift.</w:t>
      </w:r>
    </w:p>
    <w:p>
      <w:r/>
    </w:p>
    <w:p>
      <w:r/>
      <w:r>
        <w:t>In her dreams, the spiral ran not in circles, but in lines—across the hills, through the earth, and finally out toward the lake, where her brother waited, patient, at the edge of the water.</w:t>
      </w:r>
    </w:p>
    <w:p>
      <w:r/>
    </w:p>
    <w:p>
      <w:r/>
      <w:r>
        <w:t>The night held her there, unbroken, until morning.</w:t>
      </w:r>
    </w:p>
    <w:p>
      <w:r/>
    </w:p>
    <w:p>
      <w:r/>
    </w:p>
    <w:p>
      <w:r/>
      <w:r>
        <w:t># Scene 2</w:t>
      </w:r>
    </w:p>
    <w:p>
      <w:r/>
    </w:p>
    <w:p>
      <w:r/>
      <w:r>
        <w:t>She woke to the flat gray of an Oregon morning, sky collapsed right down to the porch, every window blurring into fog. For a second Abby didn’t know where she was, only that it was safe, the walls thick and the bed too hard for any hotel. Then she heard the scrape of chair legs in the kitchen, the slow shuffle of Sarah’s feet, and she remembered.</w:t>
      </w:r>
    </w:p>
    <w:p>
      <w:r/>
    </w:p>
    <w:p>
      <w:r/>
      <w:r>
        <w:t>The spiral dream lingered at the edges, less a vision than a muscle memory: the feeling of being rotated through space, spun by a force that was gentle but absolute. She blinked it away, found her phone on the nightstand (battery at 9%, Nate’s latest message just the word “Ready”), and then rolled upright. The air was cold enough that her breath clouded, but the hallway radiated the promise of warmth and caffeine.</w:t>
      </w:r>
    </w:p>
    <w:p>
      <w:r/>
    </w:p>
    <w:p>
      <w:r/>
      <w:r>
        <w:t>Sarah was at the stove, stirring something that looked like oatmeal but smelled better. The old radio still muttered on the windowsill, and a mug of coffee steamed by Abby’s usual seat. The table was bare, save for a glass honey jar and a wooden spoon carved by Caleb in some distant, bright summer.</w:t>
      </w:r>
    </w:p>
    <w:p>
      <w:r/>
    </w:p>
    <w:p>
      <w:r/>
      <w:r>
        <w:t>“Did you sleep?” Sarah asked, without turning.</w:t>
      </w:r>
    </w:p>
    <w:p>
      <w:r/>
    </w:p>
    <w:p>
      <w:r/>
      <w:r>
        <w:t>Abby nodded. “Dreamed about the well.” She meant to leave it at that, but the need to confess was too strong. “It wasn’t just a hole. There was a lid, and a voice telling me not to look inside.”</w:t>
      </w:r>
    </w:p>
    <w:p>
      <w:r/>
    </w:p>
    <w:p>
      <w:r/>
      <w:r>
        <w:t>Sarah grunted, her only commentary, and spooned oatmeal into two heavy bowls. She set one at Abby’s elbow, along with a second mug, then took her own seat and folded her hands.</w:t>
      </w:r>
    </w:p>
    <w:p>
      <w:r/>
    </w:p>
    <w:p>
      <w:r/>
      <w:r>
        <w:t>“I read the journal,” Abby said, after a few bites. “Most of it. Some of the writing I can’t read.”</w:t>
      </w:r>
    </w:p>
    <w:p>
      <w:r/>
    </w:p>
    <w:p>
      <w:r/>
      <w:r>
        <w:t>“It’s old talk,” Sarah said. “Not for paper. But your brother figured out enough.”</w:t>
      </w:r>
    </w:p>
    <w:p>
      <w:r/>
    </w:p>
    <w:p>
      <w:r/>
      <w:r>
        <w:t>Abby nodded, eating mechanically, then stopped and set the spoon down. “I want to know the rest.”</w:t>
      </w:r>
    </w:p>
    <w:p>
      <w:r/>
    </w:p>
    <w:p>
      <w:r/>
      <w:r>
        <w:t>Sarah’s face was hard to read, a mix of pride and worry, but after a long moment she stood, walked to the hall, and returned with a carved wooden box. She set it down between them, then unlocked it with a key from around her neck.</w:t>
      </w:r>
    </w:p>
    <w:p>
      <w:r/>
    </w:p>
    <w:p>
      <w:r/>
      <w:r>
        <w:t>Inside were three books—one leather-bound and cracked, one newer and spiral-bound, and the last a battered field journal almost identical to the one Abby kept for the Society. Sarah stacked them in a row, then placed the old tribal journal beside them for reference.</w:t>
      </w:r>
    </w:p>
    <w:p>
      <w:r/>
    </w:p>
    <w:p>
      <w:r/>
      <w:r>
        <w:t>“These go together,” she said, opening the oldest. “Each writes about the same place, but none of them agree what it’s for.”</w:t>
      </w:r>
    </w:p>
    <w:p>
      <w:r/>
    </w:p>
    <w:p>
      <w:r/>
      <w:r>
        <w:t>Abby leaned in. The first was a kind of ledger—dates, names, and lists of gatherings, each marked with a series of glyphs, some of which she recognized from the Jacksonville well and the Society’s archives. The newer volume was a set of oral histories, each story told twice: once in English, once in the tribal script. The third was a catalogue of sites, hand-mapped by someone with a geologist’s eye but an artist’s hand. The annotations were in blue ink, but the edges of the pages were smudged with what looked like red ochre.</w:t>
      </w:r>
    </w:p>
    <w:p>
      <w:r/>
    </w:p>
    <w:p>
      <w:r/>
      <w:r>
        <w:t>Sarah opened the ledger, found a flagged page, and turned the book to face Abby.</w:t>
      </w:r>
    </w:p>
    <w:p>
      <w:r/>
    </w:p>
    <w:p>
      <w:r/>
      <w:r>
        <w:t>“This is the first mention of the gathering place,” she said. “My grandfather’s father wrote it, just before the missionaries came. He called it the place where the world breathes.”</w:t>
      </w:r>
    </w:p>
    <w:p>
      <w:r/>
    </w:p>
    <w:p>
      <w:r/>
      <w:r>
        <w:t>The glyphs were drawn in a perfect spiral, but at three points the line broke and resumed at a different angle, as if something had shifted in the middle of its own orbit. Abby ran her finger along the pattern, noting the deliberate cuts, the way the breaks seemed less like mistakes and more like instructions.</w:t>
      </w:r>
    </w:p>
    <w:p>
      <w:r/>
    </w:p>
    <w:p>
      <w:r/>
      <w:r>
        <w:t>“What happened there?” she asked.</w:t>
      </w:r>
    </w:p>
    <w:p>
      <w:r/>
    </w:p>
    <w:p>
      <w:r/>
      <w:r>
        <w:t>Sarah shrugged. “Depends who tells the story. Some say it was where the old ones went to speak with the ground. Others say it was where they buried things that should not come back.”</w:t>
      </w:r>
    </w:p>
    <w:p>
      <w:r/>
    </w:p>
    <w:p>
      <w:r/>
      <w:r>
        <w:t>Abby felt the chill again, sharper than the morning air. “Did Caleb see this?”</w:t>
      </w:r>
    </w:p>
    <w:p>
      <w:r/>
    </w:p>
    <w:p>
      <w:r/>
      <w:r>
        <w:t>“Yes,” her grandmother said. “He was obsessed. Even when he was little, he’d draw spirals in the dust, on every piece of paper, even on the walls.” Her smile flickered, then vanished. “After your parents died, he asked me to take him out there. I refused. I thought he was too young.”</w:t>
      </w:r>
    </w:p>
    <w:p>
      <w:r/>
    </w:p>
    <w:p>
      <w:r/>
      <w:r>
        <w:t>Abby didn’t answer, just turned the next page. This one was a map—crudely drawn, but with enough landmarks to recognize the ridge, the creek, the old mine. At the center was a circle, labeled in the tribal script and then, in smaller handwriting below, “the first well.”</w:t>
      </w:r>
    </w:p>
    <w:p>
      <w:r/>
    </w:p>
    <w:p>
      <w:r/>
      <w:r>
        <w:t>“Is this the same as the Jacksonville well?” Abby asked.</w:t>
      </w:r>
    </w:p>
    <w:p>
      <w:r/>
    </w:p>
    <w:p>
      <w:r/>
      <w:r>
        <w:t>Sarah shook her head. “No. The first well is older. But nobody remembers exactly where it is.”</w:t>
      </w:r>
    </w:p>
    <w:p>
      <w:r/>
    </w:p>
    <w:p>
      <w:r/>
      <w:r>
        <w:t>“I think I do,” Abby said, voice thin. She pulled her phone and scrolled through the scans of Vernon’s last notebook, found the overlay he’d made of the regional magnetic anomalies. “My uncle mapped it, at least on paper. He thought it was a point of convergence for all the local faults. He called it the anchor.”</w:t>
      </w:r>
    </w:p>
    <w:p>
      <w:r/>
    </w:p>
    <w:p>
      <w:r/>
      <w:r>
        <w:t>Sarah nodded. “That’s what my grandfather called it, too.”</w:t>
      </w:r>
    </w:p>
    <w:p>
      <w:r/>
    </w:p>
    <w:p>
      <w:r/>
      <w:r>
        <w:t>They sat for a while, passing the books back and forth, comparing every spiral, every map, every glyph. At some point, the sun managed to break through the fog, lighting up the table and revealing the dust in the air, the tiny particles swirling in a slow, silent vortex.</w:t>
      </w:r>
    </w:p>
    <w:p>
      <w:r/>
    </w:p>
    <w:p>
      <w:r/>
      <w:r>
        <w:t>Sarah reached for the oral history book and opened to a story near the back.</w:t>
      </w:r>
    </w:p>
    <w:p>
      <w:r/>
    </w:p>
    <w:p>
      <w:r/>
      <w:r>
        <w:t>“This is from the last keeper,” she said. “He said the elders would wait for the night with no moon, then gather at the edge of the circle. They’d sing until the ground answered.”</w:t>
      </w:r>
    </w:p>
    <w:p>
      <w:r/>
    </w:p>
    <w:p>
      <w:r/>
      <w:r>
        <w:t>“Answered how?” Abby asked.</w:t>
      </w:r>
    </w:p>
    <w:p>
      <w:r/>
    </w:p>
    <w:p>
      <w:r/>
      <w:r>
        <w:t>Her grandmother smiled, a little wicked. “Earthquakes, mostly. Sometimes just a rumble, sometimes enough to knock down trees. They thought it was a way to balance the valley—let off steam before something worse happened.”</w:t>
      </w:r>
    </w:p>
    <w:p>
      <w:r/>
    </w:p>
    <w:p>
      <w:r/>
      <w:r>
        <w:t>Abby remembered the seismic spikes in Nate’s notes, the way every break in the spiral matched a minor quake or a history of subsidence. She could see the logic, the pattern, but it still felt like a ghost story until she looked at Sarah, who had lived through enough small disasters to know when a story was worth repeating.</w:t>
      </w:r>
    </w:p>
    <w:p>
      <w:r/>
    </w:p>
    <w:p>
      <w:r/>
      <w:r>
        <w:t>“Did the ceremonies work?” Abby asked, skepticism leaking in despite herself.</w:t>
      </w:r>
    </w:p>
    <w:p>
      <w:r/>
    </w:p>
    <w:p>
      <w:r/>
      <w:r>
        <w:t>Sarah shrugged. “For a while. Until they stopped doing them. After that, the ground went quiet. But the old ones said it just meant the well was waiting.”</w:t>
      </w:r>
    </w:p>
    <w:p>
      <w:r/>
    </w:p>
    <w:p>
      <w:r/>
      <w:r>
        <w:t>There was a rhythm to her grandmother’s speech now, a cadence that made the stories sound less like history and more like invocation. Abby realized she was gripping the edge of the table, her knuckles white.</w:t>
      </w:r>
    </w:p>
    <w:p>
      <w:r/>
    </w:p>
    <w:p>
      <w:r/>
      <w:r>
        <w:t>Sarah flipped to the last book, the battered field journal, and found a page filled with hand-drawn spirals. Each was labeled with a date, a phase of the moon, and a temperature reading. The annotation at the bottom was in Caleb’s handwriting: “EM flux = maximum during solstice. Hypothesis: ceremonial ground acts as natural amplifier.”</w:t>
      </w:r>
    </w:p>
    <w:p>
      <w:r/>
    </w:p>
    <w:p>
      <w:r/>
      <w:r>
        <w:t>Abby exhaled, dizzy with the confluence of myth and data.</w:t>
      </w:r>
    </w:p>
    <w:p>
      <w:r/>
    </w:p>
    <w:p>
      <w:r/>
      <w:r>
        <w:t>“Why spirals?” she asked, genuinely curious.</w:t>
      </w:r>
    </w:p>
    <w:p>
      <w:r/>
    </w:p>
    <w:p>
      <w:r/>
      <w:r>
        <w:t>Sarah picked up a pencil and sketched a quick spiral on the table’s notepad. “Because nothing in this world moves in a straight line. Not water, not wind, not time.” She looked up, eyes sharp. “It’s how you keep a story alive. You let it circle back, always changing, always the same.”</w:t>
      </w:r>
    </w:p>
    <w:p>
      <w:r/>
    </w:p>
    <w:p>
      <w:r/>
      <w:r>
        <w:t>For a moment, neither spoke. Then Sarah stood, motioned for Abby to follow her to the front door.</w:t>
      </w:r>
    </w:p>
    <w:p>
      <w:r/>
    </w:p>
    <w:p>
      <w:r/>
      <w:r>
        <w:t>“Let me show you,” she said.</w:t>
      </w:r>
    </w:p>
    <w:p>
      <w:r/>
    </w:p>
    <w:p>
      <w:r/>
      <w:r>
        <w:t>The fog had lifted, revealing the ridgeline and the sweep of the valley below. Sarah stepped off the porch, arms folded against the cold, and walked to the far end of the yard where an old, battered totem stood. It wasn’t the grand, totemic column of museum displays, but a modest cedar post, carved with a series of rings and shallow spirals.</w:t>
      </w:r>
    </w:p>
    <w:p>
      <w:r/>
    </w:p>
    <w:p>
      <w:r/>
      <w:r>
        <w:t>Sarah ran her hands over the top, then pressed her palms flat on either side.</w:t>
      </w:r>
    </w:p>
    <w:p>
      <w:r/>
    </w:p>
    <w:p>
      <w:r/>
      <w:r>
        <w:t>“This is how the old ones started every ceremony,” she said. “You mark the center, then you trace the spiral, always with both hands. If you do it right, you can feel the current.”</w:t>
      </w:r>
    </w:p>
    <w:p>
      <w:r/>
    </w:p>
    <w:p>
      <w:r/>
      <w:r>
        <w:t>Abby mirrored her, placing her hands where her grandmother’s had been. The cedar was cool, but there was a definite tingling—maybe just the morning, or maybe the power of suggestion, but real all the same.</w:t>
      </w:r>
    </w:p>
    <w:p>
      <w:r/>
    </w:p>
    <w:p>
      <w:r/>
      <w:r>
        <w:t>Sarah rotated her hands, slow and deliberate. “It’s not magic. It’s memory. The body remembers what the mind forgets.”</w:t>
      </w:r>
    </w:p>
    <w:p>
      <w:r/>
    </w:p>
    <w:p>
      <w:r/>
      <w:r>
        <w:t>Abby tried the motion, surprised at how natural it felt.</w:t>
      </w:r>
    </w:p>
    <w:p>
      <w:r/>
    </w:p>
    <w:p>
      <w:r/>
      <w:r>
        <w:t>“Sometimes,” Sarah continued, “if the ground is ready, you’ll feel it pull back. Like a magnet.”</w:t>
      </w:r>
    </w:p>
    <w:p>
      <w:r/>
    </w:p>
    <w:p>
      <w:r/>
      <w:r>
        <w:t>Abby wasn’t sure she believed it, but as she traced the spiral, she thought she did feel something—a subtle drag, a resistance at the edge of her palm.</w:t>
      </w:r>
    </w:p>
    <w:p>
      <w:r/>
    </w:p>
    <w:p>
      <w:r/>
      <w:r>
        <w:t>They stood like that for a minute, then two. At last, Sarah dropped her arms and stepped back.</w:t>
      </w:r>
    </w:p>
    <w:p>
      <w:r/>
    </w:p>
    <w:p>
      <w:r/>
      <w:r>
        <w:t>“Ceremonies aren’t what they were,” she said, almost sad. “But the places are still there. Waiting.”</w:t>
      </w:r>
    </w:p>
    <w:p>
      <w:r/>
    </w:p>
    <w:p>
      <w:r/>
      <w:r>
        <w:t>Abby stared at the totem, then at the books in her arms, then at the valley below.</w:t>
      </w:r>
    </w:p>
    <w:p>
      <w:r/>
    </w:p>
    <w:p>
      <w:r/>
      <w:r>
        <w:t>She knew, with absolute certainty, that the site her grandmother’s stories described was the same point her own research—and her brother’s—had been circling all along.</w:t>
      </w:r>
    </w:p>
    <w:p>
      <w:r/>
    </w:p>
    <w:p>
      <w:r/>
      <w:r>
        <w:t>She turned to Sarah. “What happens if someone tries to open the well?”</w:t>
      </w:r>
    </w:p>
    <w:p>
      <w:r/>
    </w:p>
    <w:p>
      <w:r/>
      <w:r>
        <w:t>Her grandmother’s face closed, a mask of worry. “I don’t know,” she said. “But I think that’s why you’re here. To make sure it doesn’t happen the wrong way.”</w:t>
      </w:r>
    </w:p>
    <w:p>
      <w:r/>
    </w:p>
    <w:p>
      <w:r/>
      <w:r>
        <w:t>Abby nodded, feeling the old terror and the new resolve wind together, tight as a rope.</w:t>
      </w:r>
    </w:p>
    <w:p>
      <w:r/>
    </w:p>
    <w:p>
      <w:r/>
      <w:r>
        <w:t>They went back inside, the kitchen still warm, the radio still muttering. Sarah packed the books into a canvas bag and handed it to Abby.</w:t>
      </w:r>
    </w:p>
    <w:p>
      <w:r/>
    </w:p>
    <w:p>
      <w:r/>
      <w:r>
        <w:t>“Take these,” she said. “You’ll need them.”</w:t>
      </w:r>
    </w:p>
    <w:p>
      <w:r/>
    </w:p>
    <w:p>
      <w:r/>
      <w:r>
        <w:t>Abby hugged her, too hard, then stepped back.</w:t>
      </w:r>
    </w:p>
    <w:p>
      <w:r/>
    </w:p>
    <w:p>
      <w:r/>
      <w:r>
        <w:t>“I’ll come back,” she promised.</w:t>
      </w:r>
    </w:p>
    <w:p>
      <w:r/>
    </w:p>
    <w:p>
      <w:r/>
      <w:r>
        <w:t>Sarah smiled, but the worry lines stayed deep.</w:t>
      </w:r>
    </w:p>
    <w:p>
      <w:r/>
    </w:p>
    <w:p>
      <w:r/>
      <w:r>
        <w:t>Abby left just as the sun broke through, lighting the ridge in a flare of impossible gold. She drove down the switchback with the books beside her, feeling the spiral turn, faster now, every arm pulling her closer to the center.</w:t>
      </w:r>
    </w:p>
    <w:p>
      <w:r/>
    </w:p>
    <w:p>
      <w:r/>
      <w:r>
        <w:t>The next move, she knew, would be the most dangerous.</w:t>
      </w:r>
    </w:p>
    <w:p>
      <w:r/>
    </w:p>
    <w:p>
      <w:r/>
      <w:r>
        <w:t>But it was already too late to turn back.</w:t>
      </w:r>
    </w:p>
    <w:p>
      <w:r/>
    </w:p>
    <w:p>
      <w:r/>
    </w:p>
    <w:p>
      <w:r/>
      <w:r>
        <w:t># Scene 3</w:t>
      </w:r>
    </w:p>
    <w:p>
      <w:r/>
    </w:p>
    <w:p>
      <w:r/>
      <w:r>
        <w:t>She barely finished loading the canvas bag into the Ford before she heard the porch steps behind her. Sarah stood framed by the battered screen door, her silhouette sharp against the morning light. Abby half-expected another round of goodbyes, or an offer of last-minute breakfast, but instead her grandmother just watched, arms folded, waiting.</w:t>
      </w:r>
    </w:p>
    <w:p>
      <w:r/>
    </w:p>
    <w:p>
      <w:r/>
      <w:r>
        <w:t>Abby closed the trunk, shouldered the bag, and walked back to the porch. “Did I forget something?” she called, hoping to sound casual, not like someone about to walk into the teeth of a mystery her family had been circling for generations.</w:t>
      </w:r>
    </w:p>
    <w:p>
      <w:r/>
    </w:p>
    <w:p>
      <w:r/>
      <w:r>
        <w:t>Sarah didn’t answer right away. She stepped aside, holding the door, and gestured for Abby to come in. “One more thing,” she said, and disappeared down the hallway.</w:t>
      </w:r>
    </w:p>
    <w:p>
      <w:r/>
    </w:p>
    <w:p>
      <w:r/>
      <w:r>
        <w:t>Abby followed, the old house creaking with every step. In the kitchen, the remains of breakfast were already cleared, the counter wiped, the journals and books packed into a neat pile. But Sarah didn’t stop there. She moved past the stove, to a small cupboard Abby had never seen open, and unlocked it with the same thin key she’d used on the wooden box.</w:t>
      </w:r>
    </w:p>
    <w:p>
      <w:r/>
    </w:p>
    <w:p>
      <w:r/>
      <w:r>
        <w:t>From inside, Sarah took out a small, round tin—the kind that once held cookies but now looked heavy, its surface dimpled and blackened with age. She set it on the table and sat, nodding for Abby to do the same.</w:t>
      </w:r>
    </w:p>
    <w:p>
      <w:r/>
    </w:p>
    <w:p>
      <w:r/>
      <w:r>
        <w:t>“Your brother came here, the last time, in a hurry,” Sarah said, voice flat but careful. “He asked for all the journals, every record of the well, every story I could remember. He stayed up two nights, copying what he could, then left this behind. Told me not to open it unless you came looking.”</w:t>
      </w:r>
    </w:p>
    <w:p>
      <w:r/>
    </w:p>
    <w:p>
      <w:r/>
      <w:r>
        <w:t>Abby stared at the tin, hands gone numb. “You never looked?”</w:t>
      </w:r>
    </w:p>
    <w:p>
      <w:r/>
    </w:p>
    <w:p>
      <w:r/>
      <w:r>
        <w:t>Sarah’s eyes narrowed, lines radiating from the corners. “You think I wanted to know what happened to him? Or did I want to keep hope alive, just in case?”</w:t>
      </w:r>
    </w:p>
    <w:p>
      <w:r/>
    </w:p>
    <w:p>
      <w:r/>
      <w:r>
        <w:t>Abby couldn’t answer, so she opened the tin instead.</w:t>
      </w:r>
    </w:p>
    <w:p>
      <w:r/>
    </w:p>
    <w:p>
      <w:r/>
      <w:r>
        <w:t>Inside was a nest of folded papers, photographs, and a stone the size of a shooter marble—so black and glossy it looked wet. The papers were pages torn from Caleb’s own field journal, each annotated in a nervous, slanted script she remembered from his high school years. The photos were black-and-white prints, some of rock faces scored with spirals, others of hand-dug shafts in frost-hardened earth, one of a booted foot beside a broken rim of obsidian, glinting under a raking light. The last was a selfie, Caleb half in shadow, eyes wide, face gaunt but unbowed.</w:t>
      </w:r>
    </w:p>
    <w:p>
      <w:r/>
    </w:p>
    <w:p>
      <w:r/>
      <w:r>
        <w:t>Abby spread the papers, scanning the lines.</w:t>
      </w:r>
    </w:p>
    <w:p>
      <w:r/>
    </w:p>
    <w:p>
      <w:r/>
      <w:r>
        <w:t>Junction at N42.3137 W122.9704, reads the first. Alignment only stable at dusk or pre-dawn—test sequence interrupted by electrical surge. See attached.</w:t>
      </w:r>
    </w:p>
    <w:p>
      <w:r/>
    </w:p>
    <w:p>
      <w:r/>
      <w:r>
        <w:t>Another note: Spiral at this site not closed—deliberate? Or incomplete? Must test during equinox.</w:t>
      </w:r>
    </w:p>
    <w:p>
      <w:r/>
    </w:p>
    <w:p>
      <w:r/>
      <w:r>
        <w:t>Underlined in thick blue ink, a single line: If you’re reading this, you know what the well is for. Do not open it unless you have the key.</w:t>
      </w:r>
    </w:p>
    <w:p>
      <w:r/>
    </w:p>
    <w:p>
      <w:r/>
      <w:r>
        <w:t>She looked up, breath short. “He was this close,” she whispered. “He knew the danger.”</w:t>
      </w:r>
    </w:p>
    <w:p>
      <w:r/>
    </w:p>
    <w:p>
      <w:r/>
      <w:r>
        <w:t>Sarah nodded. “He also knew he couldn’t do it alone.”</w:t>
      </w:r>
    </w:p>
    <w:p>
      <w:r/>
    </w:p>
    <w:p>
      <w:r/>
      <w:r>
        <w:t>Abby turned the stone in her palm. It was cold—colder than the air, and heavier than glass. On its surface, the spiral was so finely etched she needed to tilt it to the light to see. In the center, a small triangle had been cut, its edges so sharp they bit at her thumb.</w:t>
      </w:r>
    </w:p>
    <w:p>
      <w:r/>
    </w:p>
    <w:p>
      <w:r/>
      <w:r>
        <w:t>She looked at her grandmother. “What’s the triangle for?”</w:t>
      </w:r>
    </w:p>
    <w:p>
      <w:r/>
    </w:p>
    <w:p>
      <w:r/>
      <w:r>
        <w:t>Sarah took a long time to answer. “It’s the sign of passage,” she said. “The old ones used it to mark places you shouldn’t cross, unless you meant never to return. Your brother called it the ‘threshold marker.’”</w:t>
      </w:r>
    </w:p>
    <w:p>
      <w:r/>
    </w:p>
    <w:p>
      <w:r/>
      <w:r>
        <w:t>Abby rolled the stone in her palm, feeling the groove, the way it pulled her thumb back to the center, again and again.</w:t>
      </w:r>
    </w:p>
    <w:p>
      <w:r/>
    </w:p>
    <w:p>
      <w:r/>
      <w:r>
        <w:t>She looked through the rest of the tin. There was a folded slip of paper, wrapped around something small and soft. Abby opened it, finding a tiny pouch sewn from deerskin, the laces tied in a knot so complex it would have taken her hours to unravel.</w:t>
      </w:r>
    </w:p>
    <w:p>
      <w:r/>
    </w:p>
    <w:p>
      <w:r/>
      <w:r>
        <w:t>Inside the pouch, she could feel grit—maybe sage, or another dried herb, or just the dust of many years. The note attached read: For when you get close. He said you’d know.</w:t>
      </w:r>
    </w:p>
    <w:p>
      <w:r/>
    </w:p>
    <w:p>
      <w:r/>
      <w:r>
        <w:t>She looked at Sarah. “Do you know what’s inside?”</w:t>
      </w:r>
    </w:p>
    <w:p>
      <w:r/>
    </w:p>
    <w:p>
      <w:r/>
      <w:r>
        <w:t>Her grandmother smiled, sad and proud. “Medicine,” she said. “Every generation puts something new in. Protection, if you believe.”</w:t>
      </w:r>
    </w:p>
    <w:p>
      <w:r/>
    </w:p>
    <w:p>
      <w:r/>
      <w:r>
        <w:t>Abby held the pouch tight, letting the weight of the moment settle her hands.</w:t>
      </w:r>
    </w:p>
    <w:p>
      <w:r/>
    </w:p>
    <w:p>
      <w:r/>
      <w:r>
        <w:t>Sarah reached across the table, set her palm over Abby’s, and held it there. “He was scared, at the end,” she said, voice barely above the morning hush. “But he believed you’d finish what he started. And you’re not alone, not even now.”</w:t>
      </w:r>
    </w:p>
    <w:p>
      <w:r/>
    </w:p>
    <w:p>
      <w:r/>
      <w:r>
        <w:t>Abby nodded, feeling the truth of it. The anxiety hadn’t vanished, but it had changed color, deepened into something steadier. She tucked the pouch and the stone into the pocket of her coat, then gathered the rest of Caleb’s notes and the photographs.</w:t>
      </w:r>
    </w:p>
    <w:p>
      <w:r/>
    </w:p>
    <w:p>
      <w:r/>
      <w:r>
        <w:t>She zipped the canvas bag, ready to go, but lingered at the threshold, uncertain.</w:t>
      </w:r>
    </w:p>
    <w:p>
      <w:r/>
    </w:p>
    <w:p>
      <w:r/>
      <w:r>
        <w:t>Sarah saw it. “You don’t have to do this today,” she said.</w:t>
      </w:r>
    </w:p>
    <w:p>
      <w:r/>
    </w:p>
    <w:p>
      <w:r/>
      <w:r>
        <w:t>But Abby shook her head. “I think I do. I think I have to do it before someone else does.”</w:t>
      </w:r>
    </w:p>
    <w:p>
      <w:r/>
    </w:p>
    <w:p>
      <w:r/>
      <w:r>
        <w:t>Her grandmother stood, arms crossed, watching her from the porch as she walked down to the car. Abby tried to memorize the lines of the ridge, the angle of the morning light, the way the old house seemed to float above the valley. She turned the key, started the engine, and looked back.</w:t>
      </w:r>
    </w:p>
    <w:p>
      <w:r/>
    </w:p>
    <w:p>
      <w:r/>
      <w:r>
        <w:t>Sarah lifted her hand in a wave. Not goodbye, but a signal—a reminder that the spiral always circled back, even when the journey felt one-way.</w:t>
      </w:r>
    </w:p>
    <w:p>
      <w:r/>
    </w:p>
    <w:p>
      <w:r/>
      <w:r>
        <w:t>Abby drove, the pouch warm against her chest, the stone heavy in her pocket, and the echo of her brother’s warnings ringing in her ears.</w:t>
      </w:r>
    </w:p>
    <w:p>
      <w:r/>
    </w:p>
    <w:p>
      <w:r/>
      <w:r>
        <w:t>By the time she hit the turnoff for Jacksonville, the sun was fully up. The sky was a clean, electric blue, and the day ahead felt charged with the certainty of collision—her and the spiral, the pattern and the place, history and the moment that would decide whether any of it survived.</w:t>
      </w:r>
    </w:p>
    <w:p>
      <w:r/>
    </w:p>
    <w:p>
      <w:r/>
      <w:r>
        <w:t>She didn’t slow down. Not now. Not when the spiral had finally let her see the center, and dared her to step inside.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