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plan, if you could call it that, was to hit the site by sunrise—minimal risk of interruption, maximum plausible deniability if the Board or Caldwell’s sweepers decided to mount a “random” check-in. Nate idled at the unmarked turnout two miles above the Applegate, the Jeep’s heater ticking as he ran final inventory on the field kit: magnetometer, double-insulated gloves, hardcopy overlays, and the obsidian disc packed in enough Pelican foam to survive a plane crash. He checked his watch, then the ridgeline, then his phone (no new messages, just the last, terse “On route” from Abby). In the predawn haze, every shadow seemed to hold its breath.</w:t>
      </w:r>
    </w:p>
    <w:p>
      <w:r/>
    </w:p>
    <w:p>
      <w:r/>
      <w:r>
        <w:t>She rolled up seven minutes late, headlights killed a hundred yards out, the Ford gliding to a stop with the wariness of a deer at a salt lick. She climbed out, moving slow, like her body had gotten lost on the way to the morning. Her hair was back in a messy bun, jeans tucked into battered boots, and the look she shot Nate was equal parts gratitude and challenge. The canvas tote slung over her shoulder bulged with the weight of history—or at least, with enough paper and rock to build a small archive.</w:t>
      </w:r>
    </w:p>
    <w:p>
      <w:r/>
    </w:p>
    <w:p>
      <w:r/>
      <w:r>
        <w:t>“You bring the good coffee?” Nate called, voice clipped by the cold.</w:t>
      </w:r>
    </w:p>
    <w:p>
      <w:r/>
    </w:p>
    <w:p>
      <w:r/>
      <w:r>
        <w:t>Abby hoisted a battered thermos in salute, then crossed the distance in six quick steps. “We got twenty minutes, tops, before the first fisherman pulls up,” she said, unscrewing the lid and taking a long, punishing sip. “You ready?”</w:t>
      </w:r>
    </w:p>
    <w:p>
      <w:r/>
    </w:p>
    <w:p>
      <w:r/>
      <w:r>
        <w:t>Nate nodded, motioning to the back of the Jeep. “Loaded for bear. Or whatever the local variant is.”</w:t>
      </w:r>
    </w:p>
    <w:p>
      <w:r/>
    </w:p>
    <w:p>
      <w:r/>
      <w:r>
        <w:t>They moved with practiced efficiency: packs shouldered, last check for first-aid, both ignoring the fact that neither of them had slept in any meaningful way for forty-eight hours. The trailhead was a lie—just a faint disturbance in the manzanita—but the two of them found it by instinct, weaving through bramble and loose shale until the valley fell away below them, and the exposed rim of basalt announced the mouth of the cave.</w:t>
      </w:r>
    </w:p>
    <w:p>
      <w:r/>
    </w:p>
    <w:p>
      <w:r/>
      <w:r>
        <w:t>From the outside, it was nothing. Just a shadow at the base of a small escarpment, so underwhelming that most hikers would have missed it even if they’d known where to look. Nate double-checked the GPS, then the hand-drawn map he’d copied from his uncle’s field notes. The spiral overlay matched, but the entrance was narrower than he remembered.</w:t>
      </w:r>
    </w:p>
    <w:p>
      <w:r/>
    </w:p>
    <w:p>
      <w:r/>
      <w:r>
        <w:t>“This is it?” Abby asked, skepticism weaponized.</w:t>
      </w:r>
    </w:p>
    <w:p>
      <w:r/>
    </w:p>
    <w:p>
      <w:r/>
      <w:r>
        <w:t>“You want a red carpet?” Nate replied, then dropped to one knee and scanned the lip of the opening. He ran a gloved hand along the edge, feeling for artificiality, but if the cut was man-made, it was ancient—a patience in the tool marks that machines never bothered to replicate.</w:t>
      </w:r>
    </w:p>
    <w:p>
      <w:r/>
    </w:p>
    <w:p>
      <w:r/>
      <w:r>
        <w:t>Abby crouched beside him, digging a flashlight from her coat and thumbing it on. “They used to call this the Rabbit Hole,” she said. “Because the miners couldn’t fit through with their gear.”</w:t>
      </w:r>
    </w:p>
    <w:p>
      <w:r/>
    </w:p>
    <w:p>
      <w:r/>
      <w:r>
        <w:t>Nate grinned. “Lucky for us, we skipped breakfast.”</w:t>
      </w:r>
    </w:p>
    <w:p>
      <w:r/>
    </w:p>
    <w:p>
      <w:r/>
      <w:r>
        <w:t>The passage was a vertical crack, just wide enough to admit a grown adult if they’d done penance at the gym. Nate went first, squirming sideways and bracing himself against the cold, wet pressure of the rock. His boots found purchase on a series of irregular ledges; every shift of weight sent a sprinkle of gravel down into the darkness below. Once through, he found himself in a tight, sloping corridor, just tall enough to stand if he tilted his head and prayed to the local gods of chiropractic health.</w:t>
      </w:r>
    </w:p>
    <w:p>
      <w:r/>
    </w:p>
    <w:p>
      <w:r/>
      <w:r>
        <w:t>Abby followed, moving with surprising grace, her frame more adaptable than he’d guessed. She flicked the flashlight across the walls, painting them in sheets of white, then flicked it off again, letting her eyes adjust to the ambient gloom.</w:t>
      </w:r>
    </w:p>
    <w:p>
      <w:r/>
    </w:p>
    <w:p>
      <w:r/>
      <w:r>
        <w:t>They took a minute to breathe, neither willing to admit how much the compression of stone triggered the body’s deeper alarms. Nate produced the magnetometer, switched it on, and watched as the readout cycled through its startup routine.</w:t>
      </w:r>
    </w:p>
    <w:p>
      <w:r/>
    </w:p>
    <w:p>
      <w:r/>
      <w:r>
        <w:t>He offered the handheld to Abby. “You want to do the honors?”</w:t>
      </w:r>
    </w:p>
    <w:p>
      <w:r/>
    </w:p>
    <w:p>
      <w:r/>
      <w:r>
        <w:t>She shook her head, smile thin. “I trust your science. Besides, I’m keeping my hands free in case we need to run.”</w:t>
      </w:r>
    </w:p>
    <w:p>
      <w:r/>
    </w:p>
    <w:p>
      <w:r/>
      <w:r>
        <w:t>“Optimistic,” he said, but pocketed the joke and started down the incline. The floor pitched sharply, then hooked left, following the natural line of an old fissure. At every step, Nate swept the meter across the wall, logging the readings in his head. The first twenty meters were baseline—just the normal background of volcanic stone and mineralized water—but after the second bend, the numbers jumped. Not a spike, but a smooth, rising gradient, as if something deeper in the rock was drawing the needle forward.</w:t>
      </w:r>
    </w:p>
    <w:p>
      <w:r/>
    </w:p>
    <w:p>
      <w:r/>
      <w:r>
        <w:t>He paused. “We’re already at twice ambient,” he said. “Either there’s a motherlode of iron under us, or something else is cycling the field.”</w:t>
      </w:r>
    </w:p>
    <w:p>
      <w:r/>
    </w:p>
    <w:p>
      <w:r/>
      <w:r>
        <w:t>“Which would your uncle have preferred?” Abby asked.</w:t>
      </w:r>
    </w:p>
    <w:p>
      <w:r/>
    </w:p>
    <w:p>
      <w:r/>
      <w:r>
        <w:t>“He always said if you’re not surprised by the data, you’re not doing it right.”</w:t>
      </w:r>
    </w:p>
    <w:p>
      <w:r/>
    </w:p>
    <w:p>
      <w:r/>
      <w:r>
        <w:t>She nodded, then pointed her own flashlight at the ceiling, revealing a faint shimmer where the old floodwaters had left a crust of crystal. “There,” she said, “see the scoring?”</w:t>
      </w:r>
    </w:p>
    <w:p>
      <w:r/>
    </w:p>
    <w:p>
      <w:r/>
      <w:r>
        <w:t>Nate looked, then stepped closer. It was subtle, almost invisible unless you hit it with raking light—a set of parallel lines, too regular for erosion, too deep for animal claw. He ran a finger along one, the friction catching at the edge of his glove.</w:t>
      </w:r>
    </w:p>
    <w:p>
      <w:r/>
    </w:p>
    <w:p>
      <w:r/>
      <w:r>
        <w:t>“Chisel?” he guessed.</w:t>
      </w:r>
    </w:p>
    <w:p>
      <w:r/>
    </w:p>
    <w:p>
      <w:r/>
      <w:r>
        <w:t>“Obsidian,” she said. “The old people didn’t have metal, but they knew how to work glass. They used it for cutting, carving, even ritual.”</w:t>
      </w:r>
    </w:p>
    <w:p>
      <w:r/>
    </w:p>
    <w:p>
      <w:r/>
      <w:r>
        <w:t>He considered this, then looked back at the narrowing corridor. “You think they expanded this by hand?”</w:t>
      </w:r>
    </w:p>
    <w:p>
      <w:r/>
    </w:p>
    <w:p>
      <w:r/>
      <w:r>
        <w:t>She shrugged. “If the story about the spiral is true, they would have needed access. The ceremonies always involved descent.”</w:t>
      </w:r>
    </w:p>
    <w:p>
      <w:r/>
    </w:p>
    <w:p>
      <w:r/>
      <w:r>
        <w:t>They continued, the passage growing tighter, the air damper. Every so often, Nate would stop, scan the meter, then compare the number to the map. The gradient held, sometimes fluctuating with the thickness of the wall, but always stronger toward the next bend.</w:t>
      </w:r>
    </w:p>
    <w:p>
      <w:r/>
    </w:p>
    <w:p>
      <w:r/>
      <w:r>
        <w:t>After a few minutes, the corridor opened into a shallow pocket, not quite a room but enough space to stand upright. The walls here were different: less smooth, more fractured, with shelves of tuff and breccia jutting like broken teeth. Abby moved to the nearest face and started photographing, her camera’s flash strobing the darkness.</w:t>
      </w:r>
    </w:p>
    <w:p>
      <w:r/>
    </w:p>
    <w:p>
      <w:r/>
      <w:r>
        <w:t>“Anything?” Nate asked, peering over her shoulder.</w:t>
      </w:r>
    </w:p>
    <w:p>
      <w:r/>
    </w:p>
    <w:p>
      <w:r/>
      <w:r>
        <w:t>She zoomed in on a section, then pointed to a faint spiral etched into the stone. It was little more than a ghost, half-faded and overgrown by calcite, but it matched the pattern on the obsidian disc almost exactly.</w:t>
      </w:r>
    </w:p>
    <w:p>
      <w:r/>
    </w:p>
    <w:p>
      <w:r/>
      <w:r>
        <w:t>“Second arm, offset by twenty degrees,” she said. “That’s the signature.”</w:t>
      </w:r>
    </w:p>
    <w:p>
      <w:r/>
    </w:p>
    <w:p>
      <w:r/>
      <w:r>
        <w:t>He checked the notebook, flipping to the page where he’d sketched the disc’s surface the night before. “It’s the same,” he said, a little awed.</w:t>
      </w:r>
    </w:p>
    <w:p>
      <w:r/>
    </w:p>
    <w:p>
      <w:r/>
      <w:r>
        <w:t>Abby took a step back, panned the camera, and started shooting the opposite wall. Here, the marks were less distinct, but the pattern repeated: spiral, break, offset, then another spiral, smaller, nested inside the first.</w:t>
      </w:r>
    </w:p>
    <w:p>
      <w:r/>
    </w:p>
    <w:p>
      <w:r/>
      <w:r>
        <w:t>“You ever see this before?” Nate asked.</w:t>
      </w:r>
    </w:p>
    <w:p>
      <w:r/>
    </w:p>
    <w:p>
      <w:r/>
      <w:r>
        <w:t>“In the literature, yeah. Never in situ,” she said. “The last time someone documented a spiral this deep in the valley, it was before the dam flooded half the canyon.”</w:t>
      </w:r>
    </w:p>
    <w:p>
      <w:r/>
    </w:p>
    <w:p>
      <w:r/>
      <w:r>
        <w:t>They worked in silence, each focused on their own task: Nate logging the magnetic readings, Abby cataloguing the carvings. Every so often, their voices would overlap, ricocheting weirdly in the confined space, as if the stone wanted to keep their secrets to itself.</w:t>
      </w:r>
    </w:p>
    <w:p>
      <w:r/>
    </w:p>
    <w:p>
      <w:r/>
      <w:r>
        <w:t>After a time, Nate leaned against the wall, eyes closed. “You know what’s weirdest?” he said.</w:t>
      </w:r>
    </w:p>
    <w:p>
      <w:r/>
    </w:p>
    <w:p>
      <w:r/>
      <w:r>
        <w:t>“Besides all of it?” Abby replied.</w:t>
      </w:r>
    </w:p>
    <w:p>
      <w:r/>
    </w:p>
    <w:p>
      <w:r/>
      <w:r>
        <w:t>“This feels…” He hesitated, searching for the word. “Engineered. Not just the carving, but the way the field ramps up. It’s like someone wanted to guide a current down here.”</w:t>
      </w:r>
    </w:p>
    <w:p>
      <w:r/>
    </w:p>
    <w:p>
      <w:r/>
      <w:r>
        <w:t>She looked at him, face shadowed by the brim of her headlamp. “You ever hear about the old burial sites on the Columbia?”</w:t>
      </w:r>
    </w:p>
    <w:p>
      <w:r/>
    </w:p>
    <w:p>
      <w:r/>
      <w:r>
        <w:t>“Some,” he admitted.</w:t>
      </w:r>
    </w:p>
    <w:p>
      <w:r/>
    </w:p>
    <w:p>
      <w:r/>
      <w:r>
        <w:t>“Archaeologists found bodies, all arranged in the same orientation—heads pointed at the river, feet to the west. Nobody knew why, until someone mapped the local geomagnetic field. Turns out, they were aligned with the strongest flow.”</w:t>
      </w:r>
    </w:p>
    <w:p>
      <w:r/>
    </w:p>
    <w:p>
      <w:r/>
      <w:r>
        <w:t>Nate let that settle. “You think this is the same?”</w:t>
      </w:r>
    </w:p>
    <w:p>
      <w:r/>
    </w:p>
    <w:p>
      <w:r/>
      <w:r>
        <w:t>She shrugged. “Maybe. Or maybe the old ones just liked a good view.”</w:t>
      </w:r>
    </w:p>
    <w:p>
      <w:r/>
    </w:p>
    <w:p>
      <w:r/>
      <w:r>
        <w:t>They both smiled, the first real warmth since entering the cave.</w:t>
      </w:r>
    </w:p>
    <w:p>
      <w:r/>
    </w:p>
    <w:p>
      <w:r/>
      <w:r>
        <w:t>The rest of the descent was a blur: three more turns, each tighter than the last, until the corridor pinched into a vertical shaft. The air here was cold, with the metallic sting of water not yet born as a spring. Nate checked the meter: the field was peaking, nearly ten times normal. He thumbed the log, but the readout glitched, freezing at a number that made no sense.</w:t>
      </w:r>
    </w:p>
    <w:p>
      <w:r/>
    </w:p>
    <w:p>
      <w:r/>
      <w:r>
        <w:t>“Battery?” Abby guessed.</w:t>
      </w:r>
    </w:p>
    <w:p>
      <w:r/>
    </w:p>
    <w:p>
      <w:r/>
      <w:r>
        <w:t>He shook his head. “It’s not running on battery now. It’s just stuck.”</w:t>
      </w:r>
    </w:p>
    <w:p>
      <w:r/>
    </w:p>
    <w:p>
      <w:r/>
      <w:r>
        <w:t>She considered this, then reached into her bag and withdrew the obsidian disc, still wrapped in its foam and cloth. She peeled back the layers, revealing the surface. In the gloom, it looked alive, absorbing all the light and throwing back only the shape of her hand.</w:t>
      </w:r>
    </w:p>
    <w:p>
      <w:r/>
    </w:p>
    <w:p>
      <w:r/>
      <w:r>
        <w:t>The moment she lifted it, the temperature seemed to drop by five degrees. Nate reached for the disc, but hesitated. “You feel that?”</w:t>
      </w:r>
    </w:p>
    <w:p>
      <w:r/>
    </w:p>
    <w:p>
      <w:r/>
      <w:r>
        <w:t>Abby nodded. “It’s like standing next to a freezer with the door open.”</w:t>
      </w:r>
    </w:p>
    <w:p>
      <w:r/>
    </w:p>
    <w:p>
      <w:r/>
      <w:r>
        <w:t>She set the disc on the stone, directly over the largest spiral. The fit was almost perfect—if the carving had been made as a mold, it couldn’t have been closer.</w:t>
      </w:r>
    </w:p>
    <w:p>
      <w:r/>
    </w:p>
    <w:p>
      <w:r/>
      <w:r>
        <w:t>Nate watched as the magnetometer, still held at arm’s length, began to tick forward again. The readings rose, plateaued, then pulsed, like a heartbeat.</w:t>
      </w:r>
    </w:p>
    <w:p>
      <w:r/>
    </w:p>
    <w:p>
      <w:r/>
      <w:r>
        <w:t>Abby knelt, tracing the edge of the disc. Her breath frosted in the cold. “This is why they brought the obsidian here,” she whispered. “It’s not just a key. It’s a battery.”</w:t>
      </w:r>
    </w:p>
    <w:p>
      <w:r/>
    </w:p>
    <w:p>
      <w:r/>
      <w:r>
        <w:t>For a moment, neither said anything. Then Nate, his voice flat and even, said, “You know what’s on the other side of this wall?”</w:t>
      </w:r>
    </w:p>
    <w:p>
      <w:r/>
    </w:p>
    <w:p>
      <w:r/>
      <w:r>
        <w:t>She looked at him, eyebrows raised.</w:t>
      </w:r>
    </w:p>
    <w:p>
      <w:r/>
    </w:p>
    <w:p>
      <w:r/>
      <w:r>
        <w:t>He pointed at the notebook. “According to the old survey, this shaft connects to a chamber, maybe twenty meters down. The miners called it the Black Well. Nobody ever mapped the bottom.”</w:t>
      </w:r>
    </w:p>
    <w:p>
      <w:r/>
    </w:p>
    <w:p>
      <w:r/>
      <w:r>
        <w:t>Abby stood, gathering the disc in both hands. “We go?”</w:t>
      </w:r>
    </w:p>
    <w:p>
      <w:r/>
    </w:p>
    <w:p>
      <w:r/>
      <w:r>
        <w:t>Nate nodded, the certainty in his face a match for her own.</w:t>
      </w:r>
    </w:p>
    <w:p>
      <w:r/>
    </w:p>
    <w:p>
      <w:r/>
      <w:r>
        <w:t>They moved together, partners in the spiral, into the darkness that waited for them at the center.</w:t>
      </w:r>
    </w:p>
    <w:p>
      <w:r/>
    </w:p>
    <w:p>
      <w:r/>
    </w:p>
    <w:p>
      <w:r/>
      <w:r>
        <w:t># Scene 2</w:t>
      </w:r>
    </w:p>
    <w:p>
      <w:r/>
    </w:p>
    <w:p>
      <w:r/>
      <w:r>
        <w:t>The vertical shaft was barely that—more a wound in the strata than a purpose-built ladder. Nate anchored a length of static line to a natural pillar and checked the knot three times, then tossed the coil down to measure the drop. It was a short rappel, but the darkness below ate the light like a living thing. Abby watched the process, hands braced on the wall, her own lamp fixed on the point where the rope vanished into shadow.</w:t>
      </w:r>
    </w:p>
    <w:p>
      <w:r/>
    </w:p>
    <w:p>
      <w:r/>
      <w:r>
        <w:t>He descended first, boots finding the shallow lip of a chimney, then easing down the last few meters with the grace of someone who'd done this for the military under much worse conditions. At the bottom, he gave two sharp tugs, signaling safe, and Abby slid after him, the rope burning cold through her gloves.</w:t>
      </w:r>
    </w:p>
    <w:p>
      <w:r/>
    </w:p>
    <w:p>
      <w:r/>
      <w:r>
        <w:t>The air in the chamber was different—denser, staler, every breath charged with the mineral weight of earth that hadn't seen the sun in a thousand years. Their lights played over the interior, which widened and flattened into an oval roughly the size of a subway car. It should have been empty, but the walls were alive with pattern: not just one spiral, but dozens, each nested and overlapping, covering the stone like the aftermath of some impossible ritual.</w:t>
      </w:r>
    </w:p>
    <w:p>
      <w:r/>
    </w:p>
    <w:p>
      <w:r/>
      <w:r>
        <w:t>Abby let out a slow, reverent breath. “Look at this,” she said, voice smothered by the acoustics.</w:t>
      </w:r>
    </w:p>
    <w:p>
      <w:r/>
    </w:p>
    <w:p>
      <w:r/>
      <w:r>
        <w:t>Nate rotated his lamp in a slow arc. “I count five—no, seven sets of glyphs. Each offset by about twenty degrees.”</w:t>
      </w:r>
    </w:p>
    <w:p>
      <w:r/>
    </w:p>
    <w:p>
      <w:r/>
      <w:r>
        <w:t>She approached the wall, careful not to brush against the fragile crust that mantled the petroglyphs. The spirals were incised deep, some nearly an inch, others just scored into the surface. Around them ran bands of geometric shapes—chevrons, crosshatch, triangles, each sequence terminating in a deliberate break, then resuming at a new angle. It was a record, a language, a kind of visual chant.</w:t>
      </w:r>
    </w:p>
    <w:p>
      <w:r/>
    </w:p>
    <w:p>
      <w:r/>
      <w:r>
        <w:t>“Some of these are tools,” Abby said, tracing the largest spiral with a gloved finger. “See the notching? That’s counting. Sequence. The crosshatch is always at a change in direction, or a reversal.”</w:t>
      </w:r>
    </w:p>
    <w:p>
      <w:r/>
    </w:p>
    <w:p>
      <w:r/>
      <w:r>
        <w:t>Nate held up the magnetometer, sweeping it across the wall. “Readings are strongest here,” he said, aligning the meter with the center of the largest spiral. “It drops off at the edges, but the node is exact.”</w:t>
      </w:r>
    </w:p>
    <w:p>
      <w:r/>
    </w:p>
    <w:p>
      <w:r/>
      <w:r>
        <w:t>Abby crouched, her headlamp illuminating the lowest band of glyphs. “That’s the tribal marker for ‘meeting place,’” she said, voice dropping as if it might wake the stone. “It’s in the old script, before the Spanish came. My great-grandfather used to sign letters with a similar stamp.”</w:t>
      </w:r>
    </w:p>
    <w:p>
      <w:r/>
    </w:p>
    <w:p>
      <w:r/>
      <w:r>
        <w:t>Nate said nothing, just logged the data. But his eyes were sharp, and she could see the theory-crafting whirring away behind the skepticism.</w:t>
      </w:r>
    </w:p>
    <w:p>
      <w:r/>
    </w:p>
    <w:p>
      <w:r/>
      <w:r>
        <w:t>She reached into her bag and produced the pouch Sarah had given her. Unwrapping it with careful fingers, she withdrew the medicine stone—the shooter-sized obsidian, etched with the same spiral and a perfect triangle at its heart. She held it up to the wall, aligning the marks. The effect was uncanny: the triangle matched a break in the petroglyph, a negative space waiting to be filled.</w:t>
      </w:r>
    </w:p>
    <w:p>
      <w:r/>
    </w:p>
    <w:p>
      <w:r/>
      <w:r>
        <w:t>“This is the key,” she said, and the certainty in her voice surprised even her.</w:t>
      </w:r>
    </w:p>
    <w:p>
      <w:r/>
    </w:p>
    <w:p>
      <w:r/>
      <w:r>
        <w:t>Nate lifted the disc, his own hands trembling just enough to betray it. He held the artifact at arm’s length, watching the surface as it moved through the ambient light. It seemed to pulse, not visibly, but in the way it bent focus and killed sound. Abby watched as he lined it up with the glyph, careful to avoid contact.</w:t>
      </w:r>
    </w:p>
    <w:p>
      <w:r/>
    </w:p>
    <w:p>
      <w:r/>
      <w:r>
        <w:t>The magnetometer went haywire—first a soft whine, then a shrill spike. The numbers on the display rolled over, resetting to zero, then spiking again.</w:t>
      </w:r>
    </w:p>
    <w:p>
      <w:r/>
    </w:p>
    <w:p>
      <w:r/>
      <w:r>
        <w:t>“Is that normal?” Abby asked, eyes never leaving the disc.</w:t>
      </w:r>
    </w:p>
    <w:p>
      <w:r/>
    </w:p>
    <w:p>
      <w:r/>
      <w:r>
        <w:t>“Nothing about this is normal,” Nate said, but he didn’t step back.</w:t>
      </w:r>
    </w:p>
    <w:p>
      <w:r/>
    </w:p>
    <w:p>
      <w:r/>
      <w:r>
        <w:t>She took out her camera, documenting every angle, every overlap between the artifact and the wall. The flash rendered the patterns in stark relief, showing details invisible to the naked eye. In the afterimage, she saw a set of smaller symbols radiating outward from the spiral—dots, lines, arcs, all repeating in a sequence that matched the marks on the disc’s rim.</w:t>
      </w:r>
    </w:p>
    <w:p>
      <w:r/>
    </w:p>
    <w:p>
      <w:r/>
      <w:r>
        <w:t>“It’s a circuit,” Nate said, his voice gone hoarse with realization. “The disc is just one node. The whole cave is wired as a—”</w:t>
      </w:r>
    </w:p>
    <w:p>
      <w:r/>
    </w:p>
    <w:p>
      <w:r/>
      <w:r>
        <w:t>“Resonator,” Abby finished. “The old stories called it ‘the place where the world breathes.’ It’s supposed to channel earth energy, let it out slow so it doesn’t break the valley.”</w:t>
      </w:r>
    </w:p>
    <w:p>
      <w:r/>
    </w:p>
    <w:p>
      <w:r/>
      <w:r>
        <w:t>Nate’s skepticism flickered, then collapsed under the weight of his own senses. He cycled the meter again, watched the numbers bounce, then slammed the unit against his palm, trying to clear the error. “It’s not interference,” he said, almost pleading. “It’s a signal. The closer I get to the center, the higher the amplitude. When you put the disc in line with the glyph, it doubles.”</w:t>
      </w:r>
    </w:p>
    <w:p>
      <w:r/>
    </w:p>
    <w:p>
      <w:r/>
      <w:r>
        <w:t>Abby allowed herself a tiny, vindicated smile. “Sometimes the old ones got things right.”</w:t>
      </w:r>
    </w:p>
    <w:p>
      <w:r/>
    </w:p>
    <w:p>
      <w:r/>
      <w:r>
        <w:t>He met her gaze, and for once, didn’t try to argue. Instead, he moved to the far wall and examined the next set of spirals, comparing each to the overlays from his field book. “They’re not identical,” he said after a moment. “Each spiral is tuned a little differently. The breaks in the line match up with known fault lines—look, here, and here.”</w:t>
      </w:r>
    </w:p>
    <w:p>
      <w:r/>
    </w:p>
    <w:p>
      <w:r/>
      <w:r>
        <w:t>She followed, camera in hand, and saw that he was right: each spiral’s interruption corresponded to a scar in the rock, a thin seam of mineral or a natural fault. “They mapped it,” she said, awed. “Every fracture, every channel. This whole place is a map.”</w:t>
      </w:r>
    </w:p>
    <w:p>
      <w:r/>
    </w:p>
    <w:p>
      <w:r/>
      <w:r>
        <w:t>Nate ran his fingers over the stone, his detachment melting into a kind of reverence. “If Vernon had seen this, he’d have lost his mind.”</w:t>
      </w:r>
    </w:p>
    <w:p>
      <w:r/>
    </w:p>
    <w:p>
      <w:r/>
      <w:r>
        <w:t>Abby knelt, aligning the triangle stone with the lowest break in the spiral. The fit was so precise it might have been made yesterday. The chamber’s temperature seemed to drop further, and the air took on a faint, electric tang.</w:t>
      </w:r>
    </w:p>
    <w:p>
      <w:r/>
    </w:p>
    <w:p>
      <w:r/>
      <w:r>
        <w:t>The magnetometer whined again, but softer this time, almost a hum. Abby felt her hair stand on end.</w:t>
      </w:r>
    </w:p>
    <w:p>
      <w:r/>
    </w:p>
    <w:p>
      <w:r/>
      <w:r>
        <w:t>She looked at Nate. “You ready?”</w:t>
      </w:r>
    </w:p>
    <w:p>
      <w:r/>
    </w:p>
    <w:p>
      <w:r/>
      <w:r>
        <w:t>He nodded, and together they pressed the disc to the glyph.</w:t>
      </w:r>
    </w:p>
    <w:p>
      <w:r/>
    </w:p>
    <w:p>
      <w:r/>
      <w:r>
        <w:t>The lights flickered—not just their headlamps, but the darkness itself seemed to pulse, a compression of the world around them. The symbols on the wall grew sharper, and for a moment, Abby saw the faintest blue glow at the intersection of stone and glass.</w:t>
      </w:r>
    </w:p>
    <w:p>
      <w:r/>
    </w:p>
    <w:p>
      <w:r/>
      <w:r>
        <w:t>The magnetometer’s needle spun, then snapped to zero.</w:t>
      </w:r>
    </w:p>
    <w:p>
      <w:r/>
    </w:p>
    <w:p>
      <w:r/>
      <w:r>
        <w:t>Silence, deeper than before, filled the space. Neither dared move.</w:t>
      </w:r>
    </w:p>
    <w:p>
      <w:r/>
    </w:p>
    <w:p>
      <w:r/>
      <w:r>
        <w:t>After a long minute, Abby said, “I think it’s open.”</w:t>
      </w:r>
    </w:p>
    <w:p>
      <w:r/>
    </w:p>
    <w:p>
      <w:r/>
      <w:r>
        <w:t>Nate checked the readout, then looked up, eyes wide. “It’s not just this chamber. There are other nodes—look at the next glyph.”</w:t>
      </w:r>
    </w:p>
    <w:p>
      <w:r/>
    </w:p>
    <w:p>
      <w:r/>
      <w:r>
        <w:t>She did. The pattern was the same, but the triangle now pointed in a new direction, a vector leading away from the cave. She checked the field book, overlaid it with her brother’s notes, and felt her heart rate double.</w:t>
      </w:r>
    </w:p>
    <w:p>
      <w:r/>
    </w:p>
    <w:p>
      <w:r/>
      <w:r>
        <w:t>“It’s a sequence,” she said. “Each glyph is a step. The next one—”</w:t>
      </w:r>
    </w:p>
    <w:p>
      <w:r/>
    </w:p>
    <w:p>
      <w:r/>
      <w:r>
        <w:t>“Wizard Island,” Nate finished, voice barely audible.</w:t>
      </w:r>
    </w:p>
    <w:p>
      <w:r/>
    </w:p>
    <w:p>
      <w:r/>
      <w:r>
        <w:t>They stood there, the disc still pressed to the stone, both of them trembling.</w:t>
      </w:r>
    </w:p>
    <w:p>
      <w:r/>
    </w:p>
    <w:p>
      <w:r/>
      <w:r>
        <w:t>For the first time, Nate let the skepticism drop entirely. “We have to go,” he said. “Before Caldwell, before anyone else.”</w:t>
      </w:r>
    </w:p>
    <w:p>
      <w:r/>
    </w:p>
    <w:p>
      <w:r/>
      <w:r>
        <w:t>Abby nodded. “And if we don’t?”</w:t>
      </w:r>
    </w:p>
    <w:p>
      <w:r/>
    </w:p>
    <w:p>
      <w:r/>
      <w:r>
        <w:t>He looked at her, the fear raw. “Then something else will.”</w:t>
      </w:r>
    </w:p>
    <w:p>
      <w:r/>
    </w:p>
    <w:p>
      <w:r/>
      <w:r>
        <w:t>They packed up the gear, neither trusting themselves to speak. The chamber was cold now, but alive, every spiral a part of a living circuit. As they climbed out, Abby looked back one last time, watching the faintest shimmer crawl the walls, as if the symbols themselves were breathing.</w:t>
      </w:r>
    </w:p>
    <w:p>
      <w:r/>
    </w:p>
    <w:p>
      <w:r/>
      <w:r>
        <w:t>Above ground, the sun was up, the air bright and clean. They staggered out of the Rabbit Hole, blinking at the light, and for a moment just stood, letting the warmth recalibrate their senses.</w:t>
      </w:r>
    </w:p>
    <w:p>
      <w:r/>
    </w:p>
    <w:p>
      <w:r/>
      <w:r>
        <w:t>Abby turned to Nate, her voice steady. “We finish the sequence. Together.”</w:t>
      </w:r>
    </w:p>
    <w:p>
      <w:r/>
    </w:p>
    <w:p>
      <w:r/>
      <w:r>
        <w:t>He nodded, eyes fixed on the horizon, where the line of the spiral would next cross the world.</w:t>
      </w:r>
    </w:p>
    <w:p>
      <w:r/>
    </w:p>
    <w:p>
      <w:r/>
      <w:r>
        <w:t>They headed for the Jeep, partners in the pattern, the urgency of the new mission overriding every other instinct.</w:t>
      </w:r>
    </w:p>
    <w:p>
      <w:r/>
    </w:p>
    <w:p>
      <w:r/>
      <w:r>
        <w:t>Below them, the chamber thrummed, the spiral waiting for what came next.</w:t>
      </w:r>
    </w:p>
    <w:p>
      <w:r/>
    </w:p>
    <w:p>
      <w:r/>
    </w:p>
    <w:p>
      <w:r/>
      <w:r>
        <w:t># Scene 3</w:t>
      </w:r>
    </w:p>
    <w:p>
      <w:r/>
    </w:p>
    <w:p>
      <w:r/>
      <w:r>
        <w:t>There was a threshold—not visible, not tactile, but real as any steel door—where the ordinary physics of the cave gave up and let something else take over. They crossed it without noticing, too busy negotiating the last brutal squeeze of the descent, knees and elbows bruised from the irregular walls, dust clinging to every sweat-slicked surface.</w:t>
      </w:r>
    </w:p>
    <w:p>
      <w:r/>
    </w:p>
    <w:p>
      <w:r/>
      <w:r>
        <w:t>Nate led, face lit in flickers by the headlamp, but his attention was increasingly split between the passage ahead and the numbers screaming off the magnetometer. The readings were now so high that the display had switched to error codes, and every attempt to reset it just caused the unit to chirp and die, only to resurrect itself a minute later, always with a higher number. He kept a hand on the rock, bracing against waves of vertigo; every few steps, he had to steady himself before moving on.</w:t>
      </w:r>
    </w:p>
    <w:p>
      <w:r/>
    </w:p>
    <w:p>
      <w:r/>
      <w:r>
        <w:t>Behind him, Abby was quieter than usual, lips pressed tight, her breath misting in short bursts. The air had changed; it was saturated, and carried a smell like ozone and rust. The only other sound was the slow, mechanical drip of water somewhere ahead, the rhythm regular but subtly accelerating, as if the cave itself was counting down.</w:t>
      </w:r>
    </w:p>
    <w:p>
      <w:r/>
    </w:p>
    <w:p>
      <w:r/>
      <w:r>
        <w:t>“Stop,” Abby said suddenly, voice slicing through the muffled roar in Nate’s ears.</w:t>
      </w:r>
    </w:p>
    <w:p>
      <w:r/>
    </w:p>
    <w:p>
      <w:r/>
      <w:r>
        <w:t>He froze, blinking sweat from his eyes. She leaned past him and pointed, not at the floor, but at a point just above his left shoulder.</w:t>
      </w:r>
    </w:p>
    <w:p>
      <w:r/>
    </w:p>
    <w:p>
      <w:r/>
      <w:r>
        <w:t>“See it?”</w:t>
      </w:r>
    </w:p>
    <w:p>
      <w:r/>
    </w:p>
    <w:p>
      <w:r/>
      <w:r>
        <w:t>He followed her line of sight and saw, for the first time, that the wall was not bare. Not here. In the headlamp’s raking light, a line of spiral glyphs snaked down the corridor, each etched deeper than the last. They grew in both size and intensity as they approached the chamber’s far end, and at the terminus—dead center of the passage, impossible to miss—was a spiral so black and so glossy it might have been poured from the heart of a star.</w:t>
      </w:r>
    </w:p>
    <w:p>
      <w:r/>
    </w:p>
    <w:p>
      <w:r/>
      <w:r>
        <w:t>Nate stepped closer, his boots sloshing through the thin film of water pooled at the base. The spiral was carved into the living rock, but set into its groove was a thin, perfect ring of obsidian—melted, then cooled to mirror smoothness. He reached out, then stopped, a flicker of old Catholic dread shorting out his curiosity.</w:t>
      </w:r>
    </w:p>
    <w:p>
      <w:r/>
    </w:p>
    <w:p>
      <w:r/>
      <w:r>
        <w:t>Abby knelt beside the ring, fingers hovering but not touching. “It’s a node,” she said. “Like a tuning fork. My brother wrote about these. He thought they were meant to amplify… something.”</w:t>
      </w:r>
    </w:p>
    <w:p>
      <w:r/>
    </w:p>
    <w:p>
      <w:r/>
      <w:r>
        <w:t>“Earth energy,” Nate said, half-mocking, but the skepticism sounded forced, even to him.</w:t>
      </w:r>
    </w:p>
    <w:p>
      <w:r/>
    </w:p>
    <w:p>
      <w:r/>
      <w:r>
        <w:t>Abby ignored the tone. “Maybe. Or maybe it’s just a big battery.”</w:t>
      </w:r>
    </w:p>
    <w:p>
      <w:r/>
    </w:p>
    <w:p>
      <w:r/>
      <w:r>
        <w:t>He grunted, then pulled out his compass. The needle spun, blurred, and then stopped—pointing not at north, but at the obsidian node. He flipped it, tapped the glass, tried again. The same result.</w:t>
      </w:r>
    </w:p>
    <w:p>
      <w:r/>
    </w:p>
    <w:p>
      <w:r/>
      <w:r>
        <w:t>He laughed, high and a little wild. “I guess your ancestors beat the Army Corps of Engineers by a few hundred years.”</w:t>
      </w:r>
    </w:p>
    <w:p>
      <w:r/>
    </w:p>
    <w:p>
      <w:r/>
      <w:r>
        <w:t>She smiled, but it didn’t last. Instead, she reached into her pack and drew out the disc. Even before she unwrapped it, the hair on Nate’s arms stood up. He recognized the feeling: static, but not the cheap kind you get from nylon or carpet. This was heavier, the way a thunderhead feels when you stand under it and wait for the world to end.</w:t>
      </w:r>
    </w:p>
    <w:p>
      <w:r/>
    </w:p>
    <w:p>
      <w:r/>
      <w:r>
        <w:t>Abby set the disc beside the spiral, then lined up its edge with the triangle etched into the wall. The alignment was perfect—the kind of fit you got only when two objects were meant to be together. As soon as she made contact, every light in the passage dimmed. Their headlamps flickered, even the backup LED on Nate’s wristwatch faded to nothing, then flared back at triple brightness.</w:t>
      </w:r>
    </w:p>
    <w:p>
      <w:r/>
    </w:p>
    <w:p>
      <w:r/>
      <w:r>
        <w:t>He staggered, vision pulsing red and blue at the periphery. The air was thicker than water, so dense his lungs ached to move it.</w:t>
      </w:r>
    </w:p>
    <w:p>
      <w:r/>
    </w:p>
    <w:p>
      <w:r/>
      <w:r>
        <w:t>Abby was saying something—her lips moved, but the sound took a second to catch up.</w:t>
      </w:r>
    </w:p>
    <w:p>
      <w:r/>
    </w:p>
    <w:p>
      <w:r/>
      <w:r>
        <w:t>“—pulsing,” she said. “Feel it?”</w:t>
      </w:r>
    </w:p>
    <w:p>
      <w:r/>
    </w:p>
    <w:p>
      <w:r/>
      <w:r>
        <w:t>He did. The ground was vibrating, not in an earthquake way, but with a frequency just under the threshold of hearing. The oscillation synced with his pulse, then outpaced it, building toward a resonance that threatened to shatter bone.</w:t>
      </w:r>
    </w:p>
    <w:p>
      <w:r/>
    </w:p>
    <w:p>
      <w:r/>
      <w:r>
        <w:t>The magnetometer screamed, then flatlined.</w:t>
      </w:r>
    </w:p>
    <w:p>
      <w:r/>
    </w:p>
    <w:p>
      <w:r/>
      <w:r>
        <w:t>Abby’s hand shook, but she kept the disc in place. “If the sequence is right, there should be a second—”</w:t>
      </w:r>
    </w:p>
    <w:p>
      <w:r/>
    </w:p>
    <w:p>
      <w:r/>
      <w:r>
        <w:t>Before she could finish, a line of blue fire traced itself around the obsidian ring, then leaped up the wall, following the spiral’s curve. For an instant, the glyphs lit like cold neon, then faded, leaving afterimages burned into Nate’s eyes.</w:t>
      </w:r>
    </w:p>
    <w:p>
      <w:r/>
    </w:p>
    <w:p>
      <w:r/>
      <w:r>
        <w:t>He turned, expecting to see the passage behind them unchanged, but there—on the far wall—was a new glyph. He knew, without needing to be told, that it pointed away from the cave, away from this valley, toward something farther north.</w:t>
      </w:r>
    </w:p>
    <w:p>
      <w:r/>
    </w:p>
    <w:p>
      <w:r/>
      <w:r>
        <w:t>Abby let the disc drop into her lap. She was breathing hard, eyes wide with both terror and wonder.</w:t>
      </w:r>
    </w:p>
    <w:p>
      <w:r/>
    </w:p>
    <w:p>
      <w:r/>
      <w:r>
        <w:t>“That was the first,” she said, voice shaking.</w:t>
      </w:r>
    </w:p>
    <w:p>
      <w:r/>
    </w:p>
    <w:p>
      <w:r/>
      <w:r>
        <w:t>Nate leaned back, sliding down the wall until he was sitting beside her. He wiped the sweat from his forehead, fingers coming away gritty with dust. “Is this how your brother got lost?” he asked, not unkindly.</w:t>
      </w:r>
    </w:p>
    <w:p>
      <w:r/>
    </w:p>
    <w:p>
      <w:r/>
      <w:r>
        <w:t>She nodded. “He thought the sequence was a call-and-response. Activate one node, you get a map to the next.”</w:t>
      </w:r>
    </w:p>
    <w:p>
      <w:r/>
    </w:p>
    <w:p>
      <w:r/>
      <w:r>
        <w:t>Nate reached out, picked up the disc, and felt the vibration lessen. It was cooling down, the worst of the resonance fading, but his hands still tingled as if he’d been shocked by a live wire.</w:t>
      </w:r>
    </w:p>
    <w:p>
      <w:r/>
    </w:p>
    <w:p>
      <w:r/>
      <w:r>
        <w:t>They sat in silence, letting the echoes die away. At some point, the passage’s unnatural brightness receded, and their headlamps returned to normal.</w:t>
      </w:r>
    </w:p>
    <w:p>
      <w:r/>
    </w:p>
    <w:p>
      <w:r/>
      <w:r>
        <w:t>Abby checked her watch. “We were only down here twenty minutes.”</w:t>
      </w:r>
    </w:p>
    <w:p>
      <w:r/>
    </w:p>
    <w:p>
      <w:r/>
      <w:r>
        <w:t>Nate’s sense of time said closer to an hour, maybe more.</w:t>
      </w:r>
    </w:p>
    <w:p>
      <w:r/>
    </w:p>
    <w:p>
      <w:r/>
      <w:r>
        <w:t>She stood, legs stiff, and helped him up. “We need to go,” she said. “Before anything else decides to wake up.”</w:t>
      </w:r>
    </w:p>
    <w:p>
      <w:r/>
    </w:p>
    <w:p>
      <w:r/>
      <w:r>
        <w:t>They retraced their steps, the ascent harder than the way down. The passage seemed to resist them, every ledge a little less forgiving, every crack sharper than before. By the time they reached the surface, both were shaking, not from fear but from the simple exertion of holding together under the pressure of the unknown.</w:t>
      </w:r>
    </w:p>
    <w:p>
      <w:r/>
    </w:p>
    <w:p>
      <w:r/>
      <w:r>
        <w:t>Outside, the world was too bright, the colors oversaturated and sharp. The air was warm and dry, the sun already clawing up the sky.</w:t>
      </w:r>
    </w:p>
    <w:p>
      <w:r/>
    </w:p>
    <w:p>
      <w:r/>
      <w:r>
        <w:t>They stood together in the light, neither trusting themselves to speak.</w:t>
      </w:r>
    </w:p>
    <w:p>
      <w:r/>
    </w:p>
    <w:p>
      <w:r/>
      <w:r>
        <w:t>Nate broke the silence first. “I was wrong,” he said. “This isn’t a random anomaly. It’s a system. Maybe a warning, maybe a tool, but either way—”</w:t>
      </w:r>
    </w:p>
    <w:p>
      <w:r/>
    </w:p>
    <w:p>
      <w:r/>
      <w:r>
        <w:t>Abby finished for him: “It’s awake now.”</w:t>
      </w:r>
    </w:p>
    <w:p>
      <w:r/>
    </w:p>
    <w:p>
      <w:r/>
      <w:r>
        <w:t>He nodded, then looked at the disc, now inert and black as ever. “What’s the next node?”</w:t>
      </w:r>
    </w:p>
    <w:p>
      <w:r/>
    </w:p>
    <w:p>
      <w:r/>
      <w:r>
        <w:t>She checked her brother’s notes, cross-referenced the line of the glyph on the wall. “Wizard Island,” she said, voice steadier than she felt. “Just like we thought.”</w:t>
      </w:r>
    </w:p>
    <w:p>
      <w:r/>
    </w:p>
    <w:p>
      <w:r/>
      <w:r>
        <w:t>Nate grinned, a little wild again. “Road trip?”</w:t>
      </w:r>
    </w:p>
    <w:p>
      <w:r/>
    </w:p>
    <w:p>
      <w:r/>
      <w:r>
        <w:t>Abby managed a smile. “This time, we do it together.”</w:t>
      </w:r>
    </w:p>
    <w:p>
      <w:r/>
    </w:p>
    <w:p>
      <w:r/>
      <w:r>
        <w:t>He nodded, the simple agreement enough. For the first time since they’d met, the space between them felt like alliance, not just shared trauma.</w:t>
      </w:r>
    </w:p>
    <w:p>
      <w:r/>
    </w:p>
    <w:p>
      <w:r/>
      <w:r>
        <w:t>They packed their gear, careful not to leave anything behind. As they started back down the trail, Abby turned once to look at the cave’s shadow.</w:t>
      </w:r>
    </w:p>
    <w:p>
      <w:r/>
    </w:p>
    <w:p>
      <w:r/>
      <w:r>
        <w:t>She whispered a thanks—first to her brother, then to the spiral, then to whatever or whoever had carved the first line in the rock.</w:t>
      </w:r>
    </w:p>
    <w:p>
      <w:r/>
    </w:p>
    <w:p>
      <w:r/>
      <w:r>
        <w:t>Nate didn’t hear her, but he didn’t need to.</w:t>
      </w:r>
    </w:p>
    <w:p>
      <w:r/>
    </w:p>
    <w:p>
      <w:r/>
      <w:r>
        <w:t>Above, the sky arced blue and limitless. The spiral still turned, but now they had a map, and a destination, and each other to carry it forward.</w:t>
      </w:r>
    </w:p>
    <w:p>
      <w:r/>
    </w:p>
    <w:p>
      <w:r/>
      <w:r>
        <w:t xml:space="preserve">They walked, side by side, into the day. </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