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p>
    <w:p>
      <w:r/>
      <w:r>
        <w:t># Scene 1</w:t>
      </w:r>
    </w:p>
    <w:p>
      <w:r/>
    </w:p>
    <w:p>
      <w:r/>
      <w:r>
        <w:t>They stood at the mouth of the cave, blinking into the raw daylight like they’d been thrown from a crypt. It took less than an hour for the world to scrape the adrenaline from their nerves, and by the time they’d reached the cars and run a perimeter sweep for signs of Caldwell or any of their proxies, the reality of what waited beneath the mountain pressed at their backs.</w:t>
      </w:r>
    </w:p>
    <w:p>
      <w:r/>
    </w:p>
    <w:p>
      <w:r/>
      <w:r>
        <w:t>Abby said nothing as she unspooled fresh line from the Jeep, gloved hands moving with practiced speed even as her eyes flicked to the treeline, to the sky, to the slick, battered blackness of the obsidian disc she’d tucked back into its makeshift holster. She caught Nate’s glance as he tested the new magnetometer, the two of them circling each other with the wariness of search dogs who’d finally picked up the live scent after years of cold trails.</w:t>
      </w:r>
    </w:p>
    <w:p>
      <w:r/>
    </w:p>
    <w:p>
      <w:r/>
      <w:r>
        <w:t>“Ready for round two?” she said, voice not quite steady.</w:t>
      </w:r>
    </w:p>
    <w:p>
      <w:r/>
    </w:p>
    <w:p>
      <w:r/>
      <w:r>
        <w:t>Nate nodded. “Never stopped.” He double-checked the survey maps, tracing the lay of the fault line as if daring the rock to change its mind about where it ended. “The well’s not the end of the sequence,” he said, “just the switchboard.”</w:t>
      </w:r>
    </w:p>
    <w:p>
      <w:r/>
    </w:p>
    <w:p>
      <w:r/>
      <w:r>
        <w:t>“So we go deeper,” Abby said, the words both a question and a challenge.</w:t>
      </w:r>
    </w:p>
    <w:p>
      <w:r/>
    </w:p>
    <w:p>
      <w:r/>
      <w:r>
        <w:t>He shrugged, shouldering the pack. “We follow the field.”</w:t>
      </w:r>
    </w:p>
    <w:p>
      <w:r/>
    </w:p>
    <w:p>
      <w:r/>
      <w:r>
        <w:t>They moved fast, the hush between them not awkward but necessary. The new passage was more treacherous than the Rabbit Hole—what the old miners had once called the Sunday Line, a seam that only opened in the last century after an earthquake had split the basalt like a ripe fig. The entrance was a cleft hidden behind a tumble of brush, invisible unless you knew what to look for. The windless air that greeted them was warm and thick, the way a shed gets in high summer, but with a sour, metal tang that said the earth here was alive with things neither of them were trained to name.</w:t>
      </w:r>
    </w:p>
    <w:p>
      <w:r/>
    </w:p>
    <w:p>
      <w:r/>
      <w:r>
        <w:t>At the threshold, Abby hesitated, pressing her palm to the stone. There was a vibration, faint but insistent, like a heartbeat two stories down.</w:t>
      </w:r>
    </w:p>
    <w:p>
      <w:r/>
    </w:p>
    <w:p>
      <w:r/>
      <w:r>
        <w:t>“You feel that?” she asked.</w:t>
      </w:r>
    </w:p>
    <w:p>
      <w:r/>
    </w:p>
    <w:p>
      <w:r/>
      <w:r>
        <w:t>Nate didn’t answer. He was already inside, the headlamp painting jittering halos on the curved walls.</w:t>
      </w:r>
    </w:p>
    <w:p>
      <w:r/>
    </w:p>
    <w:p>
      <w:r/>
      <w:r>
        <w:t>They’d packed lighter this time—no ropes, just enough line for the bad parts; no electronics but the magnetometer, the cameras, and Abby’s battered phone, which she carried more for habit than hope of reception. Nate had insisted on the hardcopy maps, triple-laminated and annotated with his own dense handwriting, every line a testament to his refusal to trust memory, or luck.</w:t>
      </w:r>
    </w:p>
    <w:p>
      <w:r/>
    </w:p>
    <w:p>
      <w:r/>
      <w:r>
        <w:t>The first hundred meters of passage were easy. The rock was damp, beaded with cold sweat, but the footing was stable and the ceiling arched high enough for even Nate’s lanky frame to move upright. Abby let him lead, watching the way he read the strata, noting every shift in color and texture, calling out markers in a low, murmured voice that could have been prayer or just the relentless urge to keep the universe mapped.</w:t>
      </w:r>
    </w:p>
    <w:p>
      <w:r/>
    </w:p>
    <w:p>
      <w:r/>
      <w:r>
        <w:t>The air grew warmer as they moved, picking up an earthy sweetness under the metallic tang. With every turn, Abby checked the magnetometer, logging the numbers on a waterproof notepad. The field was climbing, not in surges but in a steady ramp, like the line on a heart monitor tracing toward the moment before arrest.</w:t>
      </w:r>
    </w:p>
    <w:p>
      <w:r/>
    </w:p>
    <w:p>
      <w:r/>
      <w:r>
        <w:t>At one bend, the walls pinched close. Abby wedged through sideways, the abrasion of her jacket on the stone oddly intimate. She stopped halfway to catch her breath and saw, just above head height, a pattern of notches chiseled into the rock. They were old—smoothed by time, maybe centuries—but the sequence was unmistakable: four short, two long, four short again.</w:t>
      </w:r>
    </w:p>
    <w:p>
      <w:r/>
    </w:p>
    <w:p>
      <w:r/>
      <w:r>
        <w:t>She snapped a photo, then ran her finger along the cuts.</w:t>
      </w:r>
    </w:p>
    <w:p>
      <w:r/>
    </w:p>
    <w:p>
      <w:r/>
      <w:r>
        <w:t>“Vernon’s journal?” she asked.</w:t>
      </w:r>
    </w:p>
    <w:p>
      <w:r/>
    </w:p>
    <w:p>
      <w:r/>
      <w:r>
        <w:t>Nate checked his own page, then nodded. “He called it the ‘reminder code.’ Used to say you could spot the original miners by their bad math and perfect memory.” He looked closer. “But this is older than that. Look—see the patina?”</w:t>
      </w:r>
    </w:p>
    <w:p>
      <w:r/>
    </w:p>
    <w:p>
      <w:r/>
      <w:r>
        <w:t>Abby examined the stone. He was right: the notches were deeper, the mineralization different. Whoever had made these marks had done so long before any white men drifted through with their picks and dollar signs.</w:t>
      </w:r>
    </w:p>
    <w:p>
      <w:r/>
    </w:p>
    <w:p>
      <w:r/>
      <w:r>
        <w:t>They pressed on, the air now hot enough to steam their breath on the lens of the GoPro Nate had duct-taped to his shoulder strap. The ground sloped, then dropped, and suddenly they were in a different world—a pocket of space larger than their house, its ceiling lost to shadow, the floor a rubble of glassy black and red stone.</w:t>
      </w:r>
    </w:p>
    <w:p>
      <w:r/>
    </w:p>
    <w:p>
      <w:r/>
      <w:r>
        <w:t>“Jesus,” Abby whispered, aiming her beam upward. The wall on the far side was alive with spiral carvings, hundreds of them, their lines curling and breaking, sometimes intersecting, sometimes ending in a clean, surgical halt. In the center of the chamber, arranged in a perfect ring, were stones the size of garbage cans, each grooved with a glyph. The ground around the circle was swept bare, as if someone had polished it clean.</w:t>
      </w:r>
    </w:p>
    <w:p>
      <w:r/>
    </w:p>
    <w:p>
      <w:r/>
      <w:r>
        <w:t>At the center of the ring sat a pit—oval, just a foot deep, lined with smooth obsidian. The ashes inside were gray and undisturbed, as if the fire had only gone cold minutes before.</w:t>
      </w:r>
    </w:p>
    <w:p>
      <w:r/>
    </w:p>
    <w:p>
      <w:r/>
      <w:r>
        <w:t>Nate approached first, hands steady despite the wet shake in his voice. “This wasn’t natural,” he said. “The heat in here—the air flow—if there was a fire, it would have vented out the old shaft. But this is still here.”</w:t>
      </w:r>
    </w:p>
    <w:p>
      <w:r/>
    </w:p>
    <w:p>
      <w:r/>
      <w:r>
        <w:t>Abby knelt at the edge, poking at the ash with a pen. It held its form, sticky with some mineral binder. Embedded throughout were tiny fragments of obsidian, some still sharp, others melted into globules.</w:t>
      </w:r>
    </w:p>
    <w:p>
      <w:r/>
    </w:p>
    <w:p>
      <w:r/>
      <w:r>
        <w:t>She pulled out the disc, holding it over the pit. The fragments inside matched the edge markings precisely. She snapped a photo, then a second, then set the disc gently in the ash to compare. The fit was perfect.</w:t>
      </w:r>
    </w:p>
    <w:p>
      <w:r/>
    </w:p>
    <w:p>
      <w:r/>
      <w:r>
        <w:t>She looked up at Nate. “They were burning these.”</w:t>
      </w:r>
    </w:p>
    <w:p>
      <w:r/>
    </w:p>
    <w:p>
      <w:r/>
      <w:r>
        <w:t>He checked the magnetometer. The numbers were insane—ten times baseline, same as the well chamber, but here the field fluctuated, as if the pit was still trying to draw something in.</w:t>
      </w:r>
    </w:p>
    <w:p>
      <w:r/>
    </w:p>
    <w:p>
      <w:r/>
      <w:r>
        <w:t>“They didn’t just make these for show,” he said, more to himself than her. “They were part of the circuit.”</w:t>
      </w:r>
    </w:p>
    <w:p>
      <w:r/>
    </w:p>
    <w:p>
      <w:r/>
      <w:r>
        <w:t>They both stood at the edge of the fire pit, staring in, as if the right angle or the right moment might reveal a pattern. After a minute, Nate broke away, circling the chamber, photographing the spirals and reading off the coordinates.</w:t>
      </w:r>
    </w:p>
    <w:p>
      <w:r/>
    </w:p>
    <w:p>
      <w:r/>
      <w:r>
        <w:t>Abby paced the perimeter, careful not to disturb the ground more than she had to. She ran her hand over the standing stones, feeling for vibration or heat. At the third one, she paused, noticing a groove that ran vertical, almost to the floor. It was filled with ash, different from the pit, more like dust.</w:t>
      </w:r>
    </w:p>
    <w:p>
      <w:r/>
    </w:p>
    <w:p>
      <w:r/>
      <w:r>
        <w:t>She dug out a small sample, bagged it, then looked at the wall above. The spiral there was offset, broken, as if it had never been meant to close.</w:t>
      </w:r>
    </w:p>
    <w:p>
      <w:r/>
    </w:p>
    <w:p>
      <w:r/>
      <w:r>
        <w:t>She checked Vernon’s journal again. In the margin next to the same symbol, he’d written: “Spiral as wound. Some never heal.”</w:t>
      </w:r>
    </w:p>
    <w:p>
      <w:r/>
    </w:p>
    <w:p>
      <w:r/>
      <w:r>
        <w:t>She caught Nate’s eye across the chamber. “You think the old ones got what they wanted down here?”</w:t>
      </w:r>
    </w:p>
    <w:p>
      <w:r/>
    </w:p>
    <w:p>
      <w:r/>
      <w:r>
        <w:t>He shrugged, expression unreadable. “I think they knew exactly what they were doing.”</w:t>
      </w:r>
    </w:p>
    <w:p>
      <w:r/>
    </w:p>
    <w:p>
      <w:r/>
      <w:r>
        <w:t>They finished their circuit, collecting samples, documenting everything. Abby scraped up three more obsidian fragments, each one knife-sharp, each one etched along the rim. The marks on two matched the ceremonial disc; the third was newer, its lines less precise, as if someone had tried to copy the original but lacked the right hands.</w:t>
      </w:r>
    </w:p>
    <w:p>
      <w:r/>
    </w:p>
    <w:p>
      <w:r/>
      <w:r>
        <w:t>Nate checked his watch, then the magnetometer, then the entrance to the chamber. “You ready?”</w:t>
      </w:r>
    </w:p>
    <w:p>
      <w:r/>
    </w:p>
    <w:p>
      <w:r/>
      <w:r>
        <w:t>Abby nodded, pocketing the samples and tucking the disc back into its foam cradle. “You want to keep going?” she asked, not joking.</w:t>
      </w:r>
    </w:p>
    <w:p>
      <w:r/>
    </w:p>
    <w:p>
      <w:r/>
      <w:r>
        <w:t>He nodded. “We’re close.”</w:t>
      </w:r>
    </w:p>
    <w:p>
      <w:r/>
    </w:p>
    <w:p>
      <w:r/>
      <w:r>
        <w:t>They squeezed through a side passage, this one even narrower than before. Abby went first, the stone catching at her hips, her back, her ankles. By the time she wriggled into the next chamber, her hands were shaking with fatigue.</w:t>
      </w:r>
    </w:p>
    <w:p>
      <w:r/>
    </w:p>
    <w:p>
      <w:r/>
      <w:r>
        <w:t>Nate followed, face slick with sweat. The air here was cooler, but dry, almost sterile. The floor was flat, polished with the wear of centuries, and at the far end, embedded in the wall, was a shallow niche lined with obsidian.</w:t>
      </w:r>
    </w:p>
    <w:p>
      <w:r/>
    </w:p>
    <w:p>
      <w:r/>
      <w:r>
        <w:t>In the niche, lit by nothing but the bounce from their headlamps, sat a perfect spiral—no, a double spiral, two arms chasing each other into infinity. The groove was glassy, and around the edge someone had inlaid shards of red and black, like teeth in the mouth of some mythic beast.</w:t>
      </w:r>
    </w:p>
    <w:p>
      <w:r/>
    </w:p>
    <w:p>
      <w:r/>
      <w:r>
        <w:t>Nate stepped forward, hand out, then froze. “Look,” he said, voice a rasp. “There’s something behind it.”</w:t>
      </w:r>
    </w:p>
    <w:p>
      <w:r/>
    </w:p>
    <w:p>
      <w:r/>
      <w:r>
        <w:t>Abby crouched, squinting past the spiral into the darkness. Beyond the shallow niche, a tunnel vanished into the rock, its floor studded with more obsidian. The markings here were denser, the glyphs packed tight, no space between them.</w:t>
      </w:r>
    </w:p>
    <w:p>
      <w:r/>
    </w:p>
    <w:p>
      <w:r/>
      <w:r>
        <w:t>She snapped a photo, then another, then pressed her face close. The air inside the tunnel was hot—far hotter than it should have been, given the rest of the chamber.</w:t>
      </w:r>
    </w:p>
    <w:p>
      <w:r/>
    </w:p>
    <w:p>
      <w:r/>
      <w:r>
        <w:t>“Something’s still burning,” she said, and even as she said it, the words felt wrong.</w:t>
      </w:r>
    </w:p>
    <w:p>
      <w:r/>
    </w:p>
    <w:p>
      <w:r/>
      <w:r>
        <w:t>Nate glanced at the magnetometer. It had frozen, the numbers stuck at the highest possible value, the readout flickering with static.</w:t>
      </w:r>
    </w:p>
    <w:p>
      <w:r/>
    </w:p>
    <w:p>
      <w:r/>
      <w:r>
        <w:t>He looked at Abby. “We need to see what’s at the end of that tunnel.”</w:t>
      </w:r>
    </w:p>
    <w:p>
      <w:r/>
    </w:p>
    <w:p>
      <w:r/>
      <w:r>
        <w:t>She nodded, then turned, one hand steadying herself against the niche.</w:t>
      </w:r>
    </w:p>
    <w:p>
      <w:r/>
    </w:p>
    <w:p>
      <w:r/>
      <w:r>
        <w:t>As they prepared to enter, the spiral in the wall seemed to pulse, just once—a flicker of reflection, or maybe a shift in the rock itself. Abby felt her chest tighten, not with fear but with certainty.</w:t>
      </w:r>
    </w:p>
    <w:p>
      <w:r/>
    </w:p>
    <w:p>
      <w:r/>
      <w:r>
        <w:t>She looked back at the chamber, at the ring of stones and the still-living fire pit, and for a moment saw the whole thing not as ruins, but as something active, ongoing.</w:t>
      </w:r>
    </w:p>
    <w:p>
      <w:r/>
    </w:p>
    <w:p>
      <w:r/>
      <w:r>
        <w:t>She squeezed Nate’s hand, not trusting herself to speak.</w:t>
      </w:r>
    </w:p>
    <w:p>
      <w:r/>
    </w:p>
    <w:p>
      <w:r/>
      <w:r>
        <w:t>Together, they stepped into the tunnel, into the warmth, into whatever waited at the heart of the spiral.</w:t>
      </w:r>
    </w:p>
    <w:p>
      <w:r/>
    </w:p>
    <w:p>
      <w:r/>
    </w:p>
    <w:p>
      <w:r/>
      <w:r>
        <w:t># Scene 2</w:t>
      </w:r>
    </w:p>
    <w:p>
      <w:r/>
    </w:p>
    <w:p>
      <w:r/>
      <w:r>
        <w:t>At first, there was just the pressure—a thickening of the air, a sense of altitude even as they dropped deeper. Then came the undertone: a vibration, low but tuned to the marrow, rising in pitch as the passage narrowed.</w:t>
      </w:r>
    </w:p>
    <w:p>
      <w:r/>
    </w:p>
    <w:p>
      <w:r/>
      <w:r>
        <w:t>Abby led the way, boots scraping the glassy floor, every step amplifying the pulse in her ears. Her breath steamed out in ragged, syncopated bursts. Somewhere behind, Nate was talking—numbers, observations, something about the heat signature—but the words blurred, each syllable sucked into the expanding void of her own heartbeat.</w:t>
      </w:r>
    </w:p>
    <w:p>
      <w:r/>
    </w:p>
    <w:p>
      <w:r/>
      <w:r>
        <w:t>The tunnel kinked left, then right, and ended in a vault just large enough for two people to stand shoulder-to-shoulder. At its center, the fire pit waited, almost ceremonial in its isolation. The walls curved overhead, black with smoke but untouched by soot, as if the flames that had lived here burned clean, consuming only memory.</w:t>
      </w:r>
    </w:p>
    <w:p>
      <w:r/>
    </w:p>
    <w:p>
      <w:r/>
      <w:r>
        <w:t>She stepped forward, drawn by the impossible neatness of the ash, by the ring of obsidian that circled the pit. She knelt, reaching for the sample vial at her hip, and as she did, her vision shifted.</w:t>
      </w:r>
    </w:p>
    <w:p>
      <w:r/>
    </w:p>
    <w:p>
      <w:r/>
      <w:r>
        <w:t>There was a flicker—not of light, but of time. The chamber pulsed, shadows overlaying shadows. For a moment, she was seeing two realities at once: the present, hard and cold and layered with scientific protocol, and the past, burning with a clarity that made the present feel like a faded blueprint.</w:t>
      </w:r>
    </w:p>
    <w:p>
      <w:r/>
    </w:p>
    <w:p>
      <w:r/>
      <w:r>
        <w:t>In the overlay, the chamber wasn’t empty.</w:t>
      </w:r>
    </w:p>
    <w:p>
      <w:r/>
    </w:p>
    <w:p>
      <w:r/>
      <w:r>
        <w:t>They had gathered in a ring, seven of them, maybe more—elders, draped in woven bark and ochre paint, hair bound with red thread and feathers, faces slick with sweat and purpose. They sang without moving their lips, the sound more a vibration than an audible tone, as if the song were being sung by the room itself.</w:t>
      </w:r>
    </w:p>
    <w:p>
      <w:r/>
    </w:p>
    <w:p>
      <w:r/>
      <w:r>
        <w:t>The fire in the pit was wrong. It was blue at the base, and so hot the air shimmered above it, but the flames moved as if underwater—slow, deliberate, and unwilling to die.</w:t>
      </w:r>
    </w:p>
    <w:p>
      <w:r/>
    </w:p>
    <w:p>
      <w:r/>
      <w:r>
        <w:t>An obsidian disc, identical to the one in Abby’s own pack, lay at the foot of the fire, balanced on a tripod of bone. One of the elders reached out, cradled it in their palm, and then—without a hint of fear—pressed the disc into the coals.</w:t>
      </w:r>
    </w:p>
    <w:p>
      <w:r/>
    </w:p>
    <w:p>
      <w:r/>
      <w:r>
        <w:t>There was a moment of absolute stillness. Then the blue fire surged, not upward, but outward, wrapping the disc in tongues of flame that licked at the edge, traced the spiral, set every notch aglow with a light so intense it carved afterimages onto Abby’s retinas.</w:t>
      </w:r>
    </w:p>
    <w:p>
      <w:r/>
    </w:p>
    <w:p>
      <w:r/>
      <w:r>
        <w:t>The singing rose, layered with a second voice that was not human. The disc began to melt—not deform, but become fluid, like tar unspooling in zero gravity. The spiral widened, then split, birthing a double-helix of light that floated above the pit, twisting in time with the elders’ hands.</w:t>
      </w:r>
    </w:p>
    <w:p>
      <w:r/>
    </w:p>
    <w:p>
      <w:r/>
      <w:r>
        <w:t>The words came then, not as speech but as knowledge:</w:t>
      </w:r>
    </w:p>
    <w:p>
      <w:r/>
    </w:p>
    <w:p>
      <w:r/>
      <w:r>
        <w:t>— channel the earth’s blood —</w:t>
      </w:r>
    </w:p>
    <w:p>
      <w:r/>
    </w:p>
    <w:p>
      <w:r/>
      <w:r>
        <w:t>— open the doorway —</w:t>
      </w:r>
    </w:p>
    <w:p>
      <w:r/>
    </w:p>
    <w:p>
      <w:r/>
      <w:r>
        <w:t>— the vessel must be complete —</w:t>
      </w:r>
    </w:p>
    <w:p>
      <w:r/>
    </w:p>
    <w:p>
      <w:r/>
      <w:r>
        <w:t>She watched as one elder—her age, her height, maybe even her face under the ash—stepped forward. The woman pressed her own palm to the fire, and the flames did not burn her. Instead, the spiral of energy wound up her arm, tracing vein and bone, leaving lines of blue-white beneath her skin.</w:t>
      </w:r>
    </w:p>
    <w:p>
      <w:r/>
    </w:p>
    <w:p>
      <w:r/>
      <w:r>
        <w:t>Abby could feel it—could feel the heat, the pull, the marrow-deep certainty that this was a ritual not of creation, but of containment. The fire, the song, the disc: all intended to bind something, not to summon it.</w:t>
      </w:r>
    </w:p>
    <w:p>
      <w:r/>
    </w:p>
    <w:p>
      <w:r/>
      <w:r>
        <w:t>And then, as if she’d always known it was coming, she saw him: Caleb, standing outside the ring, his face pale and slick with terror. He tried to speak, but the elders ignored him. The fire surged again, and Abby saw the disc collapse into a line, a needle of glass so thin it vanished at the edge of vision.</w:t>
      </w:r>
    </w:p>
    <w:p>
      <w:r/>
    </w:p>
    <w:p>
      <w:r/>
      <w:r>
        <w:t>Caleb backed away, hands raised, but the fire leapt—silent and cold—and wrapped around him, the way water climbs a drowning man.</w:t>
      </w:r>
    </w:p>
    <w:p>
      <w:r/>
    </w:p>
    <w:p>
      <w:r/>
      <w:r>
        <w:t>The vision buckled, snapped, and Abby crashed back into her own body.</w:t>
      </w:r>
    </w:p>
    <w:p>
      <w:r/>
    </w:p>
    <w:p>
      <w:r/>
      <w:r>
        <w:t>Nate was shouting her name, his hands gripping her shoulders, trying to pull her upright. She gasped, lungs empty, every muscle rigid. The world returned in jagged segments: the harsh white of the headlamp, the sharp stink of sweat and stone, the bruising grip of Nate’s fingers digging into her coat.</w:t>
      </w:r>
    </w:p>
    <w:p>
      <w:r/>
    </w:p>
    <w:p>
      <w:r/>
      <w:r>
        <w:t>She coughed, then retched, then slumped sideways onto the floor, vision gone to static.</w:t>
      </w:r>
    </w:p>
    <w:p>
      <w:r/>
    </w:p>
    <w:p>
      <w:r/>
      <w:r>
        <w:t>“Abby! Hey—Abby, come on—” Nate’s voice, raw with panic, cut through the haze.</w:t>
      </w:r>
    </w:p>
    <w:p>
      <w:r/>
    </w:p>
    <w:p>
      <w:r/>
      <w:r>
        <w:t>She clawed her way to consciousness, blinking hard. Her hands were numb, but the spiral burned along her wrist, the pattern written in cold fire under the skin.</w:t>
      </w:r>
    </w:p>
    <w:p>
      <w:r/>
    </w:p>
    <w:p>
      <w:r/>
      <w:r>
        <w:t>She rolled to her knees, gasped in air, and finally looked at Nate. His face was wild with concern, but beneath it, a greed for answers—a need to know if what had just happened to her was real.</w:t>
      </w:r>
    </w:p>
    <w:p>
      <w:r/>
    </w:p>
    <w:p>
      <w:r/>
      <w:r>
        <w:t>She couldn’t speak yet, but she didn’t need to.</w:t>
      </w:r>
    </w:p>
    <w:p>
      <w:r/>
    </w:p>
    <w:p>
      <w:r/>
      <w:r>
        <w:t>The spiral was awake, and it had chosen her to remember.</w:t>
      </w:r>
    </w:p>
    <w:p>
      <w:r/>
    </w:p>
    <w:p>
      <w:r/>
    </w:p>
    <w:p>
      <w:r/>
      <w:r>
        <w:t># Scene 3</w:t>
      </w:r>
    </w:p>
    <w:p>
      <w:r/>
    </w:p>
    <w:p>
      <w:r/>
      <w:r>
        <w:t>Nate hauled Abby clear of the pit, dragging her by the forearms to a shelf of rock polished smooth by centuries of nothing. He stripped off his glove and pressed the backs of his fingers to her cheek, checking for a pulse like they taught in basic: carotid, then wrist, then a hand on the sternum just to feel the rise and fall.</w:t>
      </w:r>
    </w:p>
    <w:p>
      <w:r/>
    </w:p>
    <w:p>
      <w:r/>
      <w:r>
        <w:t>She was breathing. Fast, shallow, but regular.</w:t>
      </w:r>
    </w:p>
    <w:p>
      <w:r/>
    </w:p>
    <w:p>
      <w:r/>
      <w:r>
        <w:t>“Stay with me,” he said, voice low and firm. He ran his thumb along her jaw, then snapped his fingers twice in front of her eyes, not caring if the echo carried. “Abby, look at me.”</w:t>
      </w:r>
    </w:p>
    <w:p>
      <w:r/>
    </w:p>
    <w:p>
      <w:r/>
      <w:r>
        <w:t>She did, but the stare that met his was foreign, like she’d come back from a thousand miles away and wasn’t sure what continent she’d landed on.</w:t>
      </w:r>
    </w:p>
    <w:p>
      <w:r/>
    </w:p>
    <w:p>
      <w:r/>
      <w:r>
        <w:t>He helped her sit upright, bracing her shoulders. “You in there?”</w:t>
      </w:r>
    </w:p>
    <w:p>
      <w:r/>
    </w:p>
    <w:p>
      <w:r/>
      <w:r>
        <w:t>She nodded, but the movement was slow, deliberate, as if she had to negotiate with her own muscles. “I… think so,” she managed.</w:t>
      </w:r>
    </w:p>
    <w:p>
      <w:r/>
    </w:p>
    <w:p>
      <w:r/>
      <w:r>
        <w:t>He reached into his pack, fished out a battered Nalgene, and uncapped it with his teeth. “Drink. Small sips.”</w:t>
      </w:r>
    </w:p>
    <w:p>
      <w:r/>
    </w:p>
    <w:p>
      <w:r/>
      <w:r>
        <w:t>She obeyed, the water trembling down her throat. Some spilled, and it took both of his hands to steady hers.</w:t>
      </w:r>
    </w:p>
    <w:p>
      <w:r/>
    </w:p>
    <w:p>
      <w:r/>
      <w:r>
        <w:t>“You fainted,” he said, though it didn’t feel true. “Or something like it.”</w:t>
      </w:r>
    </w:p>
    <w:p>
      <w:r/>
    </w:p>
    <w:p>
      <w:r/>
      <w:r>
        <w:t>“No,” she said, voice just above a whisper. “I was there.”</w:t>
      </w:r>
    </w:p>
    <w:p>
      <w:r/>
    </w:p>
    <w:p>
      <w:r/>
      <w:r>
        <w:t>“Where?”</w:t>
      </w:r>
    </w:p>
    <w:p>
      <w:r/>
    </w:p>
    <w:p>
      <w:r/>
      <w:r>
        <w:t>She tried again, the words crumbling in her mouth. “There. When they burned the disc.”</w:t>
      </w:r>
    </w:p>
    <w:p>
      <w:r/>
    </w:p>
    <w:p>
      <w:r/>
      <w:r>
        <w:t>Nate blinked. He’d heard stories—soldiers seeing things on their last tour, guys in the hospital waking up with memories that didn’t fit their own timeline—but he’d never seen someone this lucid, this convinced. It made his skin crawl, in the way only a perfect liar or a perfect truth can.</w:t>
      </w:r>
    </w:p>
    <w:p>
      <w:r/>
    </w:p>
    <w:p>
      <w:r/>
      <w:r>
        <w:t>“Walk me through it,” he said, drawing closer. He kept a hand on her back, partly for comfort, mostly to remind her which reality was the one with gravity.</w:t>
      </w:r>
    </w:p>
    <w:p>
      <w:r/>
    </w:p>
    <w:p>
      <w:r/>
      <w:r>
        <w:t>She exhaled. “I saw them. The elders, the fire, everything. It was like a split-screen—one world overlaid on the other. I could feel the heat.” She rubbed her wrist, the place where the spiral had seared itself into her nerves. “They put the disc in the fire and it melted. It wasn’t a sacrifice. It was… containment. They were binding something.”</w:t>
      </w:r>
    </w:p>
    <w:p>
      <w:r/>
    </w:p>
    <w:p>
      <w:r/>
      <w:r>
        <w:t>Nate listened, jotting mental notes and fighting the urge to reach for a rational explanation. Instead, he focused on the facts: “How do you know?”</w:t>
      </w:r>
    </w:p>
    <w:p>
      <w:r/>
    </w:p>
    <w:p>
      <w:r/>
      <w:r>
        <w:t>She looked at him, eyes gone clear and hard as river glass. “Because I saw my brother. I saw him here. And he was afraid.”</w:t>
      </w:r>
    </w:p>
    <w:p>
      <w:r/>
    </w:p>
    <w:p>
      <w:r/>
      <w:r>
        <w:t>That landed. Nate set his jaw, then massaged the bridge of his nose, a tic he’d picked up after too many nights hunched over impossible data. “You think it’s memory? Or a transmission?”</w:t>
      </w:r>
    </w:p>
    <w:p>
      <w:r/>
    </w:p>
    <w:p>
      <w:r/>
      <w:r>
        <w:t>“Does it matter?” Abby said. “Either way, it’s using me as a conduit.”</w:t>
      </w:r>
    </w:p>
    <w:p>
      <w:r/>
    </w:p>
    <w:p>
      <w:r/>
      <w:r>
        <w:t>Nate ran a hand over his scalp, the gesture slow, searching. He glanced at the gear, then at the pit, then back at her. “I want to scan the chamber again. See if there’s an electrical component to whatever you just experienced.”</w:t>
      </w:r>
    </w:p>
    <w:p>
      <w:r/>
    </w:p>
    <w:p>
      <w:r/>
      <w:r>
        <w:t>Abby nodded, wiped her mouth, and braced herself on the rock. She watched as Nate unspooled the sensors, setting up a perimeter around the pit. He worked with the aggression of someone trying to wrestle the world back into order, but Abby could see his hands shaking, the way his breath shivered when he thought she wasn’t looking.</w:t>
      </w:r>
    </w:p>
    <w:p>
      <w:r/>
    </w:p>
    <w:p>
      <w:r/>
      <w:r>
        <w:t>He powered up the EMF reader. The unit blinked, then cycled through its range, spitting out numbers that belonged in a weapons lab, not a hole in the earth. Nate swore, then reset the device, only for it to spike again, this time louder, as if the pit was screaming for attention.</w:t>
      </w:r>
    </w:p>
    <w:p>
      <w:r/>
    </w:p>
    <w:p>
      <w:r/>
      <w:r>
        <w:t>“Off the scale,” he muttered.</w:t>
      </w:r>
    </w:p>
    <w:p>
      <w:r/>
    </w:p>
    <w:p>
      <w:r/>
      <w:r>
        <w:t>She wanted to comfort him, or at least anchor him, but all she could do was watch as he paced the rim, documenting, photographing, cataloging every anomaly. It was both beautiful and pathetic, the way he clung to protocol, as if enough data might blunt the edge of what he’d just seen.</w:t>
      </w:r>
    </w:p>
    <w:p>
      <w:r/>
    </w:p>
    <w:p>
      <w:r/>
      <w:r>
        <w:t>When the instrument finally died—flatlined, the battery too hot to touch—Nate sat beside her, hands limp between his knees. He took off his glasses, wiped the sweat from the bridge of his nose, then put them back on like armor.</w:t>
      </w:r>
    </w:p>
    <w:p>
      <w:r/>
    </w:p>
    <w:p>
      <w:r/>
      <w:r>
        <w:t>“You want to know what I think?” he said, not looking at her.</w:t>
      </w:r>
    </w:p>
    <w:p>
      <w:r/>
    </w:p>
    <w:p>
      <w:r/>
      <w:r>
        <w:t>She shrugged, or tried to. “Sure.”</w:t>
      </w:r>
    </w:p>
    <w:p>
      <w:r/>
    </w:p>
    <w:p>
      <w:r/>
      <w:r>
        <w:t>He pulled in a breath, held it, then let it out in a hiss. “I’ve spent my whole career calling out bullshit, finding the error in the pattern. But what’s happening here…” He trailed off, shaking his head. “I can’t explain it, Abby. Not without rewriting everything I thought I knew.”</w:t>
      </w:r>
    </w:p>
    <w:p>
      <w:r/>
    </w:p>
    <w:p>
      <w:r/>
      <w:r>
        <w:t>She smiled, the first honest one since they’d entered the cave. “Welcome to my world.”</w:t>
      </w:r>
    </w:p>
    <w:p>
      <w:r/>
    </w:p>
    <w:p>
      <w:r/>
      <w:r>
        <w:t>They sat in silence, the heat from the pit warming their backs, the spiral still burning cold on her wrist.</w:t>
      </w:r>
    </w:p>
    <w:p>
      <w:r/>
    </w:p>
    <w:p>
      <w:r/>
      <w:r>
        <w:t>When they were ready, they crawled to the pit, collecting samples with slow, deliberate hands. Abby filled vials with the ash, careful not to disturb the layered stratigraphy. Nate found a fresh shard of obsidian, still slick and warm, the spiral pattern etched deep into its skin.</w:t>
      </w:r>
    </w:p>
    <w:p>
      <w:r/>
    </w:p>
    <w:p>
      <w:r/>
      <w:r>
        <w:t>“Take this,” he said, passing it to her.</w:t>
      </w:r>
    </w:p>
    <w:p>
      <w:r/>
    </w:p>
    <w:p>
      <w:r/>
      <w:r>
        <w:t>She turned it over, watching the way the light crawled along the groove. It looked like a fingerprint, or a signature. She tucked it into her pack, next to the disc.</w:t>
      </w:r>
    </w:p>
    <w:p>
      <w:r/>
    </w:p>
    <w:p>
      <w:r/>
      <w:r>
        <w:t>As they prepared to leave, the temperature in the chamber dropped, so sudden and total it felt like a punishment. Their breath fogged, and the sweat on Abby’s back went to ice.</w:t>
      </w:r>
    </w:p>
    <w:p>
      <w:r/>
    </w:p>
    <w:p>
      <w:r/>
      <w:r>
        <w:t>The headlamps flickered, then went out.</w:t>
      </w:r>
    </w:p>
    <w:p>
      <w:r/>
    </w:p>
    <w:p>
      <w:r/>
      <w:r>
        <w:t>For a heartbeat, they were blind, the dark absolute.</w:t>
      </w:r>
    </w:p>
    <w:p>
      <w:r/>
    </w:p>
    <w:p>
      <w:r/>
      <w:r>
        <w:t>Then, as if summoned by the silence, the spiral on the wall lit up, a phosphorescent blue tracing the groove in a single, unbroken line. It pulsed, then faded, the afterimage burning in the backs of their eyes.</w:t>
      </w:r>
    </w:p>
    <w:p>
      <w:r/>
    </w:p>
    <w:p>
      <w:r/>
      <w:r>
        <w:t>“Did you get that?” she whispered.</w:t>
      </w:r>
    </w:p>
    <w:p>
      <w:r/>
    </w:p>
    <w:p>
      <w:r/>
      <w:r>
        <w:t>Nate laughed, wild and hollow. “I’ll never forget it.”</w:t>
      </w:r>
    </w:p>
    <w:p>
      <w:r/>
    </w:p>
    <w:p>
      <w:r/>
      <w:r>
        <w:t>They navigated the tunnel by feel, the blue memory guiding them up and out. Neither spoke, not for the rest of the crawl, not even when the dawn met them at the mouth of the cave.</w:t>
      </w:r>
    </w:p>
    <w:p>
      <w:r/>
    </w:p>
    <w:p>
      <w:r/>
      <w:r>
        <w:t>Outside, the world was colder, but the light was clean.</w:t>
      </w:r>
    </w:p>
    <w:p>
      <w:r/>
    </w:p>
    <w:p>
      <w:r/>
      <w:r>
        <w:t>Abby looked at Nate, her hand unconsciously covering her wrist.</w:t>
      </w:r>
    </w:p>
    <w:p>
      <w:r/>
    </w:p>
    <w:p>
      <w:r/>
      <w:r>
        <w:t>He touched her shoulder, gentle, and said, “We’re not done.”</w:t>
      </w:r>
    </w:p>
    <w:p>
      <w:r/>
    </w:p>
    <w:p>
      <w:r/>
      <w:r>
        <w:t>She nodded. “Not by a long shot.”</w:t>
      </w:r>
    </w:p>
    <w:p>
      <w:r/>
    </w:p>
    <w:p>
      <w:r/>
      <w:r>
        <w:t>They walked together to the Jeep, packs heavy with ash and obsidian, the spiral still turning under their skin.</w:t>
      </w:r>
    </w:p>
    <w:p>
      <w:r/>
    </w:p>
    <w:p>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