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Shadow Mine had been abandoned since Carter was in office, but the air above it still vibrated with the memory of industry. From a mile out, you could taste it—iron filings on your tongue, ozone behind your teeth, something else clinging to the soft tissue of your sinuses. Nate killed the Jeep’s headlights a hundred yards shy of the chain link fence, then coasted the rest of the way with only the steady glow of the dashboard to guide them.</w:t>
      </w:r>
    </w:p>
    <w:p>
      <w:r/>
    </w:p>
    <w:p>
      <w:r/>
      <w:r>
        <w:t>Abby sat shotgun, her canvas bag hugged close, as if every page and artifact inside might bolt for the tree line if she relaxed her grip. The tension was new, or maybe just a mutation of the anxiety that had followed them since Crater Lake, now stretched into something elastic and liable to snap.</w:t>
      </w:r>
    </w:p>
    <w:p>
      <w:r/>
    </w:p>
    <w:p>
      <w:r/>
      <w:r>
        <w:t>“They say the foreman hanged himself from the hoist,” Abby said, breaking the hush as Nate parked in the lee of a collapsed toolshed. “Three weeks before the mine went under.”</w:t>
      </w:r>
    </w:p>
    <w:p>
      <w:r/>
    </w:p>
    <w:p>
      <w:r/>
      <w:r>
        <w:t>Nate glanced at her, eyebrow arched, then shrugged. “Maybe he saw the P&amp;L statement.”</w:t>
      </w:r>
    </w:p>
    <w:p>
      <w:r/>
    </w:p>
    <w:p>
      <w:r/>
      <w:r>
        <w:t>Abby rolled her eyes, but the line did its work: her grip on the bag loosened, and her next breath came easier. She peered out through the window, noting the way the moonlight caught the ragged skyline of mine-head and tipple, the canted derricks and tumbledown sheds silhouetted like fossil vertebrae against the sky.</w:t>
      </w:r>
    </w:p>
    <w:p>
      <w:r/>
    </w:p>
    <w:p>
      <w:r/>
      <w:r>
        <w:t>They geared up in silence: headlamps, gloves, hard hats from the Army surplus in Medford, Nate’s battered magnetometer, Abby’s field books and a digital voice recorder with a cracked screen. The disc—obsidian, encoded, the kind of artifact that inspired government men to shoot first and redact the Q&amp;A—was wrapped tight in a nest of oilcloth and foam, riding high on Nate’s chest like a patron saint.</w:t>
      </w:r>
    </w:p>
    <w:p>
      <w:r/>
    </w:p>
    <w:p>
      <w:r/>
      <w:r>
        <w:t>The fence had two lines of concertina wire and a padlock that looked intimidating from fifty yards, but up close was just an illusion. Nate snapped it open with a pick, then coiled the chain quietly and let Abby slip through first, her boots landing on the gravel with a muffled crunch. She held the fence for him, eyes scanning the treeline, then let go as he followed. Beyond the perimeter, the world shifted: the air thickened, and the small hairs on Nate’s arms lifted as if at some sudden change in barometric pressure.</w:t>
      </w:r>
    </w:p>
    <w:p>
      <w:r/>
    </w:p>
    <w:p>
      <w:r/>
      <w:r>
        <w:t>They made their way through the ruins, picking a path around oil drums and rusted-out compressors, up the pitch to where the mouth of the Shadow Mine yawned, black and endless. The entrance was a corrugated metal portal held open by twin beams and the threat of imminent collapse. Someone—long dead or just sentimental—had spray-painted the lintel with a name: “SINK CITY.”</w:t>
      </w:r>
    </w:p>
    <w:p>
      <w:r/>
    </w:p>
    <w:p>
      <w:r/>
      <w:r>
        <w:t>Nate turned to Abby. “Ready?”</w:t>
      </w:r>
    </w:p>
    <w:p>
      <w:r/>
    </w:p>
    <w:p>
      <w:r/>
      <w:r>
        <w:t>She nodded, jaw set. “You first.”</w:t>
      </w:r>
    </w:p>
    <w:p>
      <w:r/>
    </w:p>
    <w:p>
      <w:r/>
      <w:r>
        <w:t>He flicked his headlamp to low, then ducked inside.</w:t>
      </w:r>
    </w:p>
    <w:p>
      <w:r/>
    </w:p>
    <w:p>
      <w:r/>
      <w:r>
        <w:t>The air was instantly colder, the kind of wet that doesn’t bead on your skin but soaks in through the pores. The mine’s access corridor was a straight shot, flanked on either side by stacked timbers, some splintered, some swollen with moisture, all whispering that the day’s load limit had been exceeded many decades ago. The only sound was the slow drip of water off the ceiling, and the crunch of boots on old ballast.</w:t>
      </w:r>
    </w:p>
    <w:p>
      <w:r/>
    </w:p>
    <w:p>
      <w:r/>
      <w:r>
        <w:t>They walked single-file, Nate in the lead, the magnetometer swinging from his wrist like a metronome. Every dozen steps he’d stop, scan the walls, then log a reading on a waterproof notepad. Abby kept her own pace, occasionally pausing to photograph a vein of quartz or the chalk lines left by some long-ago shift supervisor.</w:t>
      </w:r>
    </w:p>
    <w:p>
      <w:r/>
    </w:p>
    <w:p>
      <w:r/>
      <w:r>
        <w:t>“Field’s stronger here,” Nate said, after the first major turn. “We’re on the right line.”</w:t>
      </w:r>
    </w:p>
    <w:p>
      <w:r/>
    </w:p>
    <w:p>
      <w:r/>
      <w:r>
        <w:t>Abby stepped up beside him, peering at the readout. “You think it’s a node, or just bleed from the old rails?”</w:t>
      </w:r>
    </w:p>
    <w:p>
      <w:r/>
    </w:p>
    <w:p>
      <w:r/>
      <w:r>
        <w:t>He shook his head. “Pattern’s wrong for iron. It’s layered—three peaks per meter, then a dead zone, then three again.”</w:t>
      </w:r>
    </w:p>
    <w:p>
      <w:r/>
    </w:p>
    <w:p>
      <w:r/>
      <w:r>
        <w:t>Abby was quiet for a moment, then whispered, “Like the glyphs.”</w:t>
      </w:r>
    </w:p>
    <w:p>
      <w:r/>
    </w:p>
    <w:p>
      <w:r/>
      <w:r>
        <w:t>They pressed on, the passage narrowing, then splitting into two—left-hand path shored up with new timbers, right-hand caved in to a crawlspace. Nate took the left, and they moved down the tunnel, ducking past a ribcage of support beams so low that Abby had to stoop, and even then caught her hair on a spike of ancient rebar.</w:t>
      </w:r>
    </w:p>
    <w:p>
      <w:r/>
    </w:p>
    <w:p>
      <w:r/>
      <w:r>
        <w:t>They passed old machinery—conveyor belts frozen with rust, pneumatic drills slouched in puddles of calcified runoff. Here and there, the rock walls were scored with marks: not just from picks or augers, but spirals, triangles, and chevrons, etched deep and deliberate.</w:t>
      </w:r>
    </w:p>
    <w:p>
      <w:r/>
    </w:p>
    <w:p>
      <w:r/>
      <w:r>
        <w:t>Abby stopped to trace one, her glove gently brushing the edge of a shallow spiral, maybe three inches across. “They left these everywhere,” she murmured. “Either as a warning, or an invitation.”</w:t>
      </w:r>
    </w:p>
    <w:p>
      <w:r/>
    </w:p>
    <w:p>
      <w:r/>
      <w:r>
        <w:t>Nate grunted, half-listening. The magnetometer was trending up, the numbers spiking with every step. He clicked off his headlamp for a second, letting his eyes adjust to the dark. In the absence of light, the static on his skin seemed to double.</w:t>
      </w:r>
    </w:p>
    <w:p>
      <w:r/>
    </w:p>
    <w:p>
      <w:r/>
      <w:r>
        <w:t>Abby waited behind him, letting the silence fill the space.</w:t>
      </w:r>
    </w:p>
    <w:p>
      <w:r/>
    </w:p>
    <w:p>
      <w:r/>
      <w:r>
        <w:t>“You ever get the feeling,” Nate said, “that we’re not the first to walk this line?”</w:t>
      </w:r>
    </w:p>
    <w:p>
      <w:r/>
    </w:p>
    <w:p>
      <w:r/>
      <w:r>
        <w:t>Abby smiled in the dark. “There’s always someone before you. Question is, did they make it out?”</w:t>
      </w:r>
    </w:p>
    <w:p>
      <w:r/>
    </w:p>
    <w:p>
      <w:r/>
      <w:r>
        <w:t>They kept moving, the passage kinking right, then left, then opening into a small chamber where the ceiling rose to twelve feet. The center of the room was dominated by a slurry pit, filled now with water so black it absorbed the headlamps without reflection. To the left, a catwalk of corroded metal circled the chamber, leading to a door labeled “STORAGE C.”</w:t>
      </w:r>
    </w:p>
    <w:p>
      <w:r/>
    </w:p>
    <w:p>
      <w:r/>
      <w:r>
        <w:t>Nate paused, frowning. “This wasn’t on the survey.”</w:t>
      </w:r>
    </w:p>
    <w:p>
      <w:r/>
    </w:p>
    <w:p>
      <w:r/>
      <w:r>
        <w:t>Abby joined him, eyes wide. “Maybe it’s an add-on? Last-ditch expansion before the bust?”</w:t>
      </w:r>
    </w:p>
    <w:p>
      <w:r/>
    </w:p>
    <w:p>
      <w:r/>
      <w:r>
        <w:t>“Or something else,” Nate said.</w:t>
      </w:r>
    </w:p>
    <w:p>
      <w:r/>
    </w:p>
    <w:p>
      <w:r/>
      <w:r>
        <w:t>He skirted the edge of the pit, careful to keep his weight on the parts of the floor that still looked structurally sound. Abby did the same, though she paused to shoot photos of the far wall, which was covered in a dense palimpsest of spiral glyphs—some recent, others so faded they looked like natural mineral veins.</w:t>
      </w:r>
    </w:p>
    <w:p>
      <w:r/>
    </w:p>
    <w:p>
      <w:r/>
      <w:r>
        <w:t>“Check this out,” she called, voice echoing off the water.</w:t>
      </w:r>
    </w:p>
    <w:p>
      <w:r/>
    </w:p>
    <w:p>
      <w:r/>
      <w:r>
        <w:t>Nate stepped over, careful not to look down. Abby’s beam illuminated a pattern: three large spirals, each intersected by a wedge-shaped glyph. At the nexus, someone had chipped a small cavity, just big enough to admit the tip of a thumb.</w:t>
      </w:r>
    </w:p>
    <w:p>
      <w:r/>
    </w:p>
    <w:p>
      <w:r/>
      <w:r>
        <w:t>“Vortex and stop,” Nate said, reading the pattern as best he could. “Old mining symbol for ‘do not enter,’ if I remember right.”</w:t>
      </w:r>
    </w:p>
    <w:p>
      <w:r/>
    </w:p>
    <w:p>
      <w:r/>
      <w:r>
        <w:t>“Or ‘do not disturb,’” Abby countered.</w:t>
      </w:r>
    </w:p>
    <w:p>
      <w:r/>
    </w:p>
    <w:p>
      <w:r/>
      <w:r>
        <w:t>He gave her a look, the kind that said he wasn’t in the mood for folklore, then turned back to the catwalk. “We need to get to Storage C. If there’s a node, that’s where they’d have capped it.”</w:t>
      </w:r>
    </w:p>
    <w:p>
      <w:r/>
    </w:p>
    <w:p>
      <w:r/>
      <w:r>
        <w:t>They moved up the metal steps, each one squealing underfoot. At the top, the door was closed, the metal swollen with age and streaked with leavings from whatever birds or bats had made this mine their afterlife. Nate shouldered it, hard, and the hinges groaned before finally giving way.</w:t>
      </w:r>
    </w:p>
    <w:p>
      <w:r/>
    </w:p>
    <w:p>
      <w:r/>
      <w:r>
        <w:t>Inside, the space was tight, maybe six feet wide, lined with old wooden shelves half-collapsed under the weight of dust and neglect. In the center, a barrel stood upright, its top sealed with a thick plug of black tar.</w:t>
      </w:r>
    </w:p>
    <w:p>
      <w:r/>
    </w:p>
    <w:p>
      <w:r/>
      <w:r>
        <w:t>Nate circled it, checking for signs of recent disturbance. The floor around the barrel was oddly clean—a dust-free halo a foot or two wide, as if something had been removed, or installed, and then the evidence wiped away.</w:t>
      </w:r>
    </w:p>
    <w:p>
      <w:r/>
    </w:p>
    <w:p>
      <w:r/>
      <w:r>
        <w:t>He ran the magnetometer over the barrel. The readout spiked, then jittered, then froze.</w:t>
      </w:r>
    </w:p>
    <w:p>
      <w:r/>
    </w:p>
    <w:p>
      <w:r/>
      <w:r>
        <w:t>Abby crouched to eye level with the plug. “This looks new. Or at least, newer than the rest.”</w:t>
      </w:r>
    </w:p>
    <w:p>
      <w:r/>
    </w:p>
    <w:p>
      <w:r/>
      <w:r>
        <w:t>“Whoever was here last wanted it to stay closed,” Nate said, voice tight.</w:t>
      </w:r>
    </w:p>
    <w:p>
      <w:r/>
    </w:p>
    <w:p>
      <w:r/>
      <w:r>
        <w:t>Abby hesitated, then reached out and tapped the surface. Her glove came back tacky. She wiped it on her jeans, then knelt lower, shining the flashlight at the seam.</w:t>
      </w:r>
    </w:p>
    <w:p>
      <w:r/>
    </w:p>
    <w:p>
      <w:r/>
      <w:r>
        <w:t>“Look,” she said. “There’s writing.”</w:t>
      </w:r>
    </w:p>
    <w:p>
      <w:r/>
    </w:p>
    <w:p>
      <w:r/>
      <w:r>
        <w:t>Nate squatted beside her, squinting. Etched into the tar, in a shaky but deliberate hand, was a spiral, then a series of numbers:</w:t>
      </w:r>
    </w:p>
    <w:p>
      <w:r/>
    </w:p>
    <w:p>
      <w:r/>
      <w:r>
        <w:t>“13 – 21 – 34 – 55 – 89.”</w:t>
      </w:r>
    </w:p>
    <w:p>
      <w:r/>
    </w:p>
    <w:p>
      <w:r/>
      <w:r>
        <w:t>He frowned. “Fibonacci?”</w:t>
      </w:r>
    </w:p>
    <w:p>
      <w:r/>
    </w:p>
    <w:p>
      <w:r/>
      <w:r>
        <w:t>Abby nodded. “The sequence of growth, of expansion. In some cultures, it’s also the sign of a curse.”</w:t>
      </w:r>
    </w:p>
    <w:p>
      <w:r/>
    </w:p>
    <w:p>
      <w:r/>
      <w:r>
        <w:t>Nate grunted, not sure whether to take that seriously. He took out a folding knife and, after a moment’s debate, plunged the tip into the tar. It resisted, then gave, peeling back with a sticky pop. He pried at the edge, working it loose. Abby steadied the barrel as he levered out the plug.</w:t>
      </w:r>
    </w:p>
    <w:p>
      <w:r/>
    </w:p>
    <w:p>
      <w:r/>
      <w:r>
        <w:t>The smell hit them first—petroleum, rotten eggs, and something sharper, almost floral. Nate gagged, stepping back, but Abby held her ground, peering into the opening.</w:t>
      </w:r>
    </w:p>
    <w:p>
      <w:r/>
    </w:p>
    <w:p>
      <w:r/>
      <w:r>
        <w:t>There, in the dark, was a ball of black glass, maybe three inches across, floating in a slurry of viscous liquid. The surface was smooth, flawless, but below it the fluid seethed with tiny bubbles, each one catching the light and scattering it in a muted rainbow.</w:t>
      </w:r>
    </w:p>
    <w:p>
      <w:r/>
    </w:p>
    <w:p>
      <w:r/>
      <w:r>
        <w:t>Abby reached in, grabbing the orb with her gloved hand. The liquid rolled off like mercury, never quite wetting the surface. She held it up, inspecting it.</w:t>
      </w:r>
    </w:p>
    <w:p>
      <w:r/>
    </w:p>
    <w:p>
      <w:r/>
      <w:r>
        <w:t>“It’s obsidian,” she said, voice reverent. “But—look—the spiral is inside, not carved, but… grown.”</w:t>
      </w:r>
    </w:p>
    <w:p>
      <w:r/>
    </w:p>
    <w:p>
      <w:r/>
      <w:r>
        <w:t>Nate took it, turning it over in his hands. The magnetometer was useless; the field was off the chart. He placed the orb on a shelf, then motioned for Abby to follow as he scanned the rest of the room.</w:t>
      </w:r>
    </w:p>
    <w:p>
      <w:r/>
    </w:p>
    <w:p>
      <w:r/>
      <w:r>
        <w:t>“There’s more,” he said, pointing to the far end. Against the wall sat a battered ammo can, its lid bent and barely hanging on. Nate popped it open, then whistled.</w:t>
      </w:r>
    </w:p>
    <w:p>
      <w:r/>
    </w:p>
    <w:p>
      <w:r/>
      <w:r>
        <w:t>Inside, neatly wrapped in wax paper, were two more obsidian orbs. One was cracked, a spiderweb of fractures running through the spiral, the other pristine.</w:t>
      </w:r>
    </w:p>
    <w:p>
      <w:r/>
    </w:p>
    <w:p>
      <w:r/>
      <w:r>
        <w:t>He lined them up on the shelf, side by side. Abby shot photos, her hands shaking with a cocktail of fear and excitement.</w:t>
      </w:r>
    </w:p>
    <w:p>
      <w:r/>
    </w:p>
    <w:p>
      <w:r/>
      <w:r>
        <w:t>“You ever see anything like this?” Nate asked.</w:t>
      </w:r>
    </w:p>
    <w:p>
      <w:r/>
    </w:p>
    <w:p>
      <w:r/>
      <w:r>
        <w:t>Abby shook her head, speechless.</w:t>
      </w:r>
    </w:p>
    <w:p>
      <w:r/>
    </w:p>
    <w:p>
      <w:r/>
      <w:r>
        <w:t>He looked at her, reading the tremor behind her stillness. “You okay?”</w:t>
      </w:r>
    </w:p>
    <w:p>
      <w:r/>
    </w:p>
    <w:p>
      <w:r/>
      <w:r>
        <w:t>She nodded, but the lie was thin.</w:t>
      </w:r>
    </w:p>
    <w:p>
      <w:r/>
    </w:p>
    <w:p>
      <w:r/>
      <w:r>
        <w:t>They packed the orbs, wrapping them in the oilcloth. Nate took a last sweep of the chamber, then started toward the door.</w:t>
      </w:r>
    </w:p>
    <w:p>
      <w:r/>
    </w:p>
    <w:p>
      <w:r/>
      <w:r>
        <w:t>That’s when he heard it.</w:t>
      </w:r>
    </w:p>
    <w:p>
      <w:r/>
    </w:p>
    <w:p>
      <w:r/>
      <w:r>
        <w:t>The echo of voices, far down the main tunnel, rising over the drip of water and the hum of their own nerves.</w:t>
      </w:r>
    </w:p>
    <w:p>
      <w:r/>
    </w:p>
    <w:p>
      <w:r/>
      <w:r>
        <w:t>Abby froze, eyes wide.</w:t>
      </w:r>
    </w:p>
    <w:p>
      <w:r/>
    </w:p>
    <w:p>
      <w:r/>
      <w:r>
        <w:t>Nate motioned for silence, then killed his headlamp. He edged back toward the catwalk, listening.</w:t>
      </w:r>
    </w:p>
    <w:p>
      <w:r/>
    </w:p>
    <w:p>
      <w:r/>
      <w:r>
        <w:t>There it was: the crunch of boots on ballast, the metallic clang of something striking a rail, and, faint but unmistakable, the sweep of a flashlight beam arcing across the far wall.</w:t>
      </w:r>
    </w:p>
    <w:p>
      <w:r/>
    </w:p>
    <w:p>
      <w:r/>
      <w:r>
        <w:t>He turned to Abby, voice barely above breath.</w:t>
      </w:r>
    </w:p>
    <w:p>
      <w:r/>
    </w:p>
    <w:p>
      <w:r/>
      <w:r>
        <w:t>“We need to move. Now.”</w:t>
      </w:r>
    </w:p>
    <w:p>
      <w:r/>
    </w:p>
    <w:p>
      <w:r/>
    </w:p>
    <w:p>
      <w:r/>
      <w:r>
        <w:t># Scene 2</w:t>
      </w:r>
    </w:p>
    <w:p>
      <w:r/>
    </w:p>
    <w:p>
      <w:r/>
      <w:r>
        <w:t>The corridor beyond the catwalk was worse than memory—pinched by years of shifting strata, slicked with old, mineral-rich water that ran in slow, sullen rivulets along the floor. Nate pulled Abby with him, fast and silent, until the shouts behind them faded into the echo-chamber of the slurry pit.</w:t>
      </w:r>
    </w:p>
    <w:p>
      <w:r/>
    </w:p>
    <w:p>
      <w:r/>
      <w:r>
        <w:t>He ducked into a crawlspace barely wider than his shoulders, the rock so close it shaved the knuckles on his gloves. Abby followed, the canvas of her jacket snagging on every outcrop, the sounds from the main chamber—boots, metallic rattling, something like a dog barking—muted but unrelenting.</w:t>
      </w:r>
    </w:p>
    <w:p>
      <w:r/>
    </w:p>
    <w:p>
      <w:r/>
      <w:r>
        <w:t>She focused on Nate’s boots, the sharp tread, the way he flexed his feet for grip at every foothold. It helped, turning the next hour of their lives into a problem set: stay close, don’t breathe too loud, count every branching passage and every change in air temperature. The fear rode just behind her sternum, but the discipline of observation kept it on a leash.</w:t>
      </w:r>
    </w:p>
    <w:p>
      <w:r/>
    </w:p>
    <w:p>
      <w:r/>
      <w:r>
        <w:t>They reached a section where the floor had slumped, opening a pit just deep enough to break a leg or end a career. Nate stopped, scanned the edge, then backed up and leapt the gap with a soundless precision. Abby hesitated, her mind tracing the angles of the drop, the darkness beneath, and then went, arms out, landing hard but clean.</w:t>
      </w:r>
    </w:p>
    <w:p>
      <w:r/>
    </w:p>
    <w:p>
      <w:r/>
      <w:r>
        <w:t>Nate caught her hand, steadying her, and for a second their faces were inches apart in the dark. “You good?” he whispered.</w:t>
      </w:r>
    </w:p>
    <w:p>
      <w:r/>
    </w:p>
    <w:p>
      <w:r/>
      <w:r>
        <w:t>“Keep moving,” she said, and didn’t let go.</w:t>
      </w:r>
    </w:p>
    <w:p>
      <w:r/>
    </w:p>
    <w:p>
      <w:r/>
      <w:r>
        <w:t>They shimmied through another kink in the tunnel, this one tighter, a choke point where the only way forward was on elbows and belly. Abby went first, using her knees to push and her gloved palms to sweep ahead for glass or worse. The rock was cold, the floor like wet sandpaper. Her pulse pounded in her ears, drowning out everything except the rasp of her own breath and the scrape of her boots.</w:t>
      </w:r>
    </w:p>
    <w:p>
      <w:r/>
    </w:p>
    <w:p>
      <w:r/>
      <w:r>
        <w:t>Halfway through, something snagged at her hip. She twisted, nearly wedging herself in place, and felt a sharp pain as the rock caught skin through her jeans. She hissed, bit it down, and kept crawling.</w:t>
      </w:r>
    </w:p>
    <w:p>
      <w:r/>
    </w:p>
    <w:p>
      <w:r/>
      <w:r>
        <w:t>On the far side, Nate waited, one hand outstretched, the other holding the disc. Abby reached for the disc first, craving the reassurance of its weight, its improbable warmth even in the freezing air. Nate offered it, his eyes never leaving the tunnel behind them.</w:t>
      </w:r>
    </w:p>
    <w:p>
      <w:r/>
    </w:p>
    <w:p>
      <w:r/>
      <w:r>
        <w:t>“They’re close,” he said.</w:t>
      </w:r>
    </w:p>
    <w:p>
      <w:r/>
    </w:p>
    <w:p>
      <w:r/>
      <w:r>
        <w:t>Abby nodded, feeling the damp start to soak through her jacket. “How many?”</w:t>
      </w:r>
    </w:p>
    <w:p>
      <w:r/>
    </w:p>
    <w:p>
      <w:r/>
      <w:r>
        <w:t>Nate listened, then grinned, teeth white in the gloom. “Two. Maybe three. The rest are covering exits.”</w:t>
      </w:r>
    </w:p>
    <w:p>
      <w:r/>
    </w:p>
    <w:p>
      <w:r/>
      <w:r>
        <w:t>She looked at him, trying to gauge the truth. “You ever do this before?”</w:t>
      </w:r>
    </w:p>
    <w:p>
      <w:r/>
    </w:p>
    <w:p>
      <w:r/>
      <w:r>
        <w:t>He laughed, but the sound was quiet, almost gentle. “Not with rocks. But yeah.”</w:t>
      </w:r>
    </w:p>
    <w:p>
      <w:r/>
    </w:p>
    <w:p>
      <w:r/>
      <w:r>
        <w:t>They moved on, this time hugging the left-hand wall, following the faintest breeze—just a whisper of movement, but enough for Nate to say, “There’s a vent shaft. If we can make it, we’re out.”</w:t>
      </w:r>
    </w:p>
    <w:p>
      <w:r/>
    </w:p>
    <w:p>
      <w:r/>
      <w:r>
        <w:t>The mine was built for extraction, not escape, and every twenty feet there was an obstacle: an old skip bin rusted to the rails, a patch of ceiling so low they had to crab-walk, a debris fall of shattered concrete that Nate cleared with the toe of his boot, careful to make just enough noise to sound like an animal, not a person.</w:t>
      </w:r>
    </w:p>
    <w:p>
      <w:r/>
    </w:p>
    <w:p>
      <w:r/>
      <w:r>
        <w:t>They rounded a corner and nearly ran headlong into a steel ladder bolted to the wall, the rungs thick with black mold. Nate tested it, then nodded. “Up. Fast.”</w:t>
      </w:r>
    </w:p>
    <w:p>
      <w:r/>
    </w:p>
    <w:p>
      <w:r/>
      <w:r>
        <w:t>Abby went first, hands slipping at the first rung, then finding purchase as her adrenaline overrode the cold and the fatigue. She climbed, feet light, feeling the flex in the metal as Nate followed. At the top was a landing barely wide enough for two to crouch side by side.</w:t>
      </w:r>
    </w:p>
    <w:p>
      <w:r/>
    </w:p>
    <w:p>
      <w:r/>
      <w:r>
        <w:t>From here, the sound of their pursuers was louder—closer, maybe one level down. Nate motioned for silence, then pressed his ear to the rock.</w:t>
      </w:r>
    </w:p>
    <w:p>
      <w:r/>
    </w:p>
    <w:p>
      <w:r/>
      <w:r>
        <w:t>“They’re talking,” he mouthed.</w:t>
      </w:r>
    </w:p>
    <w:p>
      <w:r/>
    </w:p>
    <w:p>
      <w:r/>
      <w:r>
        <w:t>Abby listened, but at first caught only fragments: “...down the line...left at the fork...get the targets alive if possible...” Then a voice—sharp, command-voice—said, “Don’t break the cargo. Caldwell wants the researchers breathing.”</w:t>
      </w:r>
    </w:p>
    <w:p>
      <w:r/>
    </w:p>
    <w:p>
      <w:r/>
      <w:r>
        <w:t>Nate’s lips curled in a feral smile. He leaned into Abby, so close she could feel the pulse in his neck.</w:t>
      </w:r>
    </w:p>
    <w:p>
      <w:r/>
    </w:p>
    <w:p>
      <w:r/>
      <w:r>
        <w:t>“Listen,” he whispered, “there are three vent lines from here to the access road. If we take the top line, they’ll expect us to circle back to the Jeep. But if we follow the middle vent, it’ll dump us at the old rail spur—two miles up, but out of sight.”</w:t>
      </w:r>
    </w:p>
    <w:p>
      <w:r/>
    </w:p>
    <w:p>
      <w:r/>
      <w:r>
        <w:t>Abby nodded, memorizing the route. “What about the air?”</w:t>
      </w:r>
    </w:p>
    <w:p>
      <w:r/>
    </w:p>
    <w:p>
      <w:r/>
      <w:r>
        <w:t>Nate’s smile widened, but softer this time. He cupped her hand in his, then lifted it, palm up, to the nearest wall.</w:t>
      </w:r>
    </w:p>
    <w:p>
      <w:r/>
    </w:p>
    <w:p>
      <w:r/>
      <w:r>
        <w:t>“Feel that?” he said, voice low.</w:t>
      </w:r>
    </w:p>
    <w:p>
      <w:r/>
    </w:p>
    <w:p>
      <w:r/>
      <w:r>
        <w:t>Abby closed her eyes, focusing. There was a chill—not from the mine, but from the faintest slipstream of air moving up her palm. She nodded, eyes opening.</w:t>
      </w:r>
    </w:p>
    <w:p>
      <w:r/>
    </w:p>
    <w:p>
      <w:r/>
      <w:r>
        <w:t>“It’s the old trick,” Nate said. “Warm air rises. On a cold night, even a hand will pick it up. We follow that, and we’re out before sunrise.”</w:t>
      </w:r>
    </w:p>
    <w:p>
      <w:r/>
    </w:p>
    <w:p>
      <w:r/>
      <w:r>
        <w:t>She exhaled, tension bleeding from her shoulders. “You ever get tired of being right?”</w:t>
      </w:r>
    </w:p>
    <w:p>
      <w:r/>
    </w:p>
    <w:p>
      <w:r/>
      <w:r>
        <w:t>Nate shook his head, expression caught between pride and something else—relief, maybe. “Not in this line of work.”</w:t>
      </w:r>
    </w:p>
    <w:p>
      <w:r/>
    </w:p>
    <w:p>
      <w:r/>
      <w:r>
        <w:t>They moved, climbing into the vent shaft, knees and shins banging on every rung, Abby’s breath clouding in the close air. She looked up, watching the play of shadows as Nate’s light cast twisted shapes against the rock, and thought—for just a second—that maybe the spiral wasn’t a warning, but a promise.</w:t>
      </w:r>
    </w:p>
    <w:p>
      <w:r/>
    </w:p>
    <w:p>
      <w:r/>
      <w:r>
        <w:t>Above, the air freshened, touched with pine and the ghost of woodsmoke. Behind them, the voices grew sharper, the footfalls closer. They had minutes, maybe less.</w:t>
      </w:r>
    </w:p>
    <w:p>
      <w:r/>
    </w:p>
    <w:p>
      <w:r/>
      <w:r>
        <w:t>Nate climbed, then paused, turning to look down at her.</w:t>
      </w:r>
    </w:p>
    <w:p>
      <w:r/>
    </w:p>
    <w:p>
      <w:r/>
      <w:r>
        <w:t>“You ready for the sprint?” he asked.</w:t>
      </w:r>
    </w:p>
    <w:p>
      <w:r/>
    </w:p>
    <w:p>
      <w:r/>
      <w:r>
        <w:t>Abby grinned, wiped the sweat from her face, and nodded.</w:t>
      </w:r>
    </w:p>
    <w:p>
      <w:r/>
    </w:p>
    <w:p>
      <w:r/>
      <w:r>
        <w:t>“Then go,” he said, and they both went, the dark and the spiral and the sound of pursuit chasing them all the way to daylight.</w:t>
      </w:r>
    </w:p>
    <w:p>
      <w:r/>
    </w:p>
    <w:p>
      <w:r/>
    </w:p>
    <w:p>
      <w:r/>
      <w:r>
        <w:t># Scene 3</w:t>
      </w:r>
    </w:p>
    <w:p>
      <w:r/>
    </w:p>
    <w:p>
      <w:r/>
      <w:r>
        <w:t>The vent shaft was never meant for people, let alone two adults moving at a dead sprint, but adrenaline did what engineering refused. The metal rungs ran out after twenty feet, replaced by a ladder of rebar hammered into the wall at mad intervals, then by nothing at all—a scramble over loose shale and fractured stone, the kind of climb you made only if something truly bad was on your heels.</w:t>
      </w:r>
    </w:p>
    <w:p>
      <w:r/>
    </w:p>
    <w:p>
      <w:r/>
      <w:r>
        <w:t>Abby led, her lungs burning, sweat streaming into her eyes. The air here was sharp, stinging, not with cold but with the caustic tang of chemical dust. It bit at her throat and forced her breath into shallow, ragged gasps. Somewhere below, the voices of their pursuers echoed up the shaft, distorted by stone and the Doppler effect of a fight neither side wanted to lose.</w:t>
      </w:r>
    </w:p>
    <w:p>
      <w:r/>
    </w:p>
    <w:p>
      <w:r/>
      <w:r>
        <w:t>She glanced back once and saw Nate, his silhouette strange and animal in the flicker of the dying headlamp. He looked up at her, gave a small, tight nod, and mouthed, “Almost.”</w:t>
      </w:r>
    </w:p>
    <w:p>
      <w:r/>
    </w:p>
    <w:p>
      <w:r/>
      <w:r>
        <w:t>Above, a glow—pale, uncertain, but definitely not the black of the mine. Abby willed her arms to move faster, fingers numb and rubbery, and clawed up the last meter of rock. Her head broke the plane of the vent, and she emerged into an anteroom of sorts: a half-collapsed gallery, open at one end, the last remnants of daylight spilling in through a rusted gridwork of rebar and shattered glass.</w:t>
      </w:r>
    </w:p>
    <w:p>
      <w:r/>
    </w:p>
    <w:p>
      <w:r/>
      <w:r>
        <w:t>She exhaled, dizzy, then rolled sideways to make room for Nate. He came up hard, nearly bowling her over, then went deadweight, his chest heaving.</w:t>
      </w:r>
    </w:p>
    <w:p>
      <w:r/>
    </w:p>
    <w:p>
      <w:r/>
      <w:r>
        <w:t>“We did it,” Abby managed, coughing. “We’re clear.”</w:t>
      </w:r>
    </w:p>
    <w:p>
      <w:r/>
    </w:p>
    <w:p>
      <w:r/>
      <w:r>
        <w:t>Nate barked a laugh, then pulled himself upright. “Not yet,” he said, voice low. “We’re still inside.”</w:t>
      </w:r>
    </w:p>
    <w:p>
      <w:r/>
    </w:p>
    <w:p>
      <w:r/>
      <w:r>
        <w:t>He pointed to the far end of the gallery, where the only egress was a narrow catwalk bolted to the wall. The catwalk was a relic, half the handrail missing, boards gone moss-slick and rotten. Below, nothing—just black air and the distant sound of water rushing through a drainage pipe.</w:t>
      </w:r>
    </w:p>
    <w:p>
      <w:r/>
    </w:p>
    <w:p>
      <w:r/>
      <w:r>
        <w:t>They crawled to the edge. Abby hesitated, testing the first board with her foot. It flexed, then held, but the next two steps groaned so loud she expected the whole thing to collapse. She kept moving, hugging the wall, making herself as light as possible.</w:t>
      </w:r>
    </w:p>
    <w:p>
      <w:r/>
    </w:p>
    <w:p>
      <w:r/>
      <w:r>
        <w:t>Nate was right behind her, one hand on the disc, the other held out to steady her if she slipped.</w:t>
      </w:r>
    </w:p>
    <w:p>
      <w:r/>
    </w:p>
    <w:p>
      <w:r/>
      <w:r>
        <w:t>Halfway across, Abby’s left foot punched through a rotten plank. She pitched forward, the rest of her leg following, the sharp edge of the break slicing her shin. She gasped, grabbing for the rail, but it broke away in her hand.</w:t>
      </w:r>
    </w:p>
    <w:p>
      <w:r/>
    </w:p>
    <w:p>
      <w:r/>
      <w:r>
        <w:t>She would have fallen, but Nate’s arm snaked around her waist, catching her and hauling her back. He didn’t say anything, just grunted with the effort, pulling her up until she was flat against the wall, pressed between the cold of the stone and the heat of his chest.</w:t>
      </w:r>
    </w:p>
    <w:p>
      <w:r/>
    </w:p>
    <w:p>
      <w:r/>
      <w:r>
        <w:t>For a second, all she could do was breathe. Then Nate whispered, “Easy. I’ve got you.”</w:t>
      </w:r>
    </w:p>
    <w:p>
      <w:r/>
    </w:p>
    <w:p>
      <w:r/>
      <w:r>
        <w:t>Abby nodded, unable to speak. Her leg hurt, but the rest of her—her heart, her lungs, her skin—was raw with something she couldn’t name.</w:t>
      </w:r>
    </w:p>
    <w:p>
      <w:r/>
    </w:p>
    <w:p>
      <w:r/>
      <w:r>
        <w:t>They didn’t linger. The shouts from the shaft were louder now, and the rhythm of bootfalls—too many, too close—meant they had seconds at most.</w:t>
      </w:r>
    </w:p>
    <w:p>
      <w:r/>
    </w:p>
    <w:p>
      <w:r/>
      <w:r>
        <w:t>Abby limped the rest of the catwalk, one arm braced against the wall, the other holding tight to Nate’s sleeve. At the end was a steel door, warped by time and moisture but still latched. Nate slammed his shoulder into it, once, twice, then on the third hit it burst open, spilling them onto a narrow access corridor that smelled like dust and old machinery.</w:t>
      </w:r>
    </w:p>
    <w:p>
      <w:r/>
    </w:p>
    <w:p>
      <w:r/>
      <w:r>
        <w:t>They ran. No other word for it—Abby’s limp vanished, Nate’s fatigue burned away by the certainty that stopping meant death or worse. The corridor twisted, then pitched up a set of concrete stairs, each one more broken than the last. At the top, another door—this one unlocked, but rusted shut. Nate braced his feet, then put every ounce of weight behind it. The metal shrieked, then bent. He threw his body at it again, and this time it gave way, opening onto a strip of weed-choked ground and, beyond that, the trees.</w:t>
      </w:r>
    </w:p>
    <w:p>
      <w:r/>
    </w:p>
    <w:p>
      <w:r/>
      <w:r>
        <w:t>They spilled out, tumbling down the embankment, then rolled to a stop behind a slab of old railroad tie. Abby’s whole body shook; her face was smeared with dirt and sweat and blood from the cut on her leg.</w:t>
      </w:r>
    </w:p>
    <w:p>
      <w:r/>
    </w:p>
    <w:p>
      <w:r/>
      <w:r>
        <w:t>Nate crouched beside her, listening. The sounds from the mine—yelling, the bang of boots and maybe gunshots—were still inside, muffled by the thick of the walls.</w:t>
      </w:r>
    </w:p>
    <w:p>
      <w:r/>
    </w:p>
    <w:p>
      <w:r/>
      <w:r>
        <w:t>He checked her leg, hands quick and gentle. “You okay?” he asked, voice stripped of bravado.</w:t>
      </w:r>
    </w:p>
    <w:p>
      <w:r/>
    </w:p>
    <w:p>
      <w:r/>
      <w:r>
        <w:t>She looked at him, lips trembling, then nodded. “Yeah. Just stings.”</w:t>
      </w:r>
    </w:p>
    <w:p>
      <w:r/>
    </w:p>
    <w:p>
      <w:r/>
      <w:r>
        <w:t>He tore a strip from his shirt and tied it around her calf. The touch lingered—a palm on her knee, a thumb brushing away the blood from her skin.</w:t>
      </w:r>
    </w:p>
    <w:p>
      <w:r/>
    </w:p>
    <w:p>
      <w:r/>
      <w:r>
        <w:t>“I thought you were gone,” Abby whispered, the words hitching in her throat.</w:t>
      </w:r>
    </w:p>
    <w:p>
      <w:r/>
    </w:p>
    <w:p>
      <w:r/>
      <w:r>
        <w:t>Nate shook his head. “Not that easy to get rid of me.”</w:t>
      </w:r>
    </w:p>
    <w:p>
      <w:r/>
    </w:p>
    <w:p>
      <w:r/>
      <w:r>
        <w:t>She smiled, wet and shaky, but real.</w:t>
      </w:r>
    </w:p>
    <w:p>
      <w:r/>
    </w:p>
    <w:p>
      <w:r/>
      <w:r>
        <w:t>Then, from behind, a sound: the crack of something heavy giving way, then a thunderous rumble as a section of the mine collapsed. Dust belched from the vent shaft, filling the air with grit.</w:t>
      </w:r>
    </w:p>
    <w:p>
      <w:r/>
    </w:p>
    <w:p>
      <w:r/>
      <w:r>
        <w:t>Nate pulled Abby behind the tie, shielding her from the cloud. She leaned into him, her body shaking in the aftermath.</w:t>
      </w:r>
    </w:p>
    <w:p>
      <w:r/>
    </w:p>
    <w:p>
      <w:r/>
      <w:r>
        <w:t>After a minute, the dust settled. The sounds from the mine faded, replaced by the hush of evening and the distant, hopeful noise of frogs in the creek below.</w:t>
      </w:r>
    </w:p>
    <w:p>
      <w:r/>
    </w:p>
    <w:p>
      <w:r/>
      <w:r>
        <w:t>They sat there, pressed close, until their breathing slowed.</w:t>
      </w:r>
    </w:p>
    <w:p>
      <w:r/>
    </w:p>
    <w:p>
      <w:r/>
      <w:r>
        <w:t>Abby turned, her face inches from Nate’s. “Thank you,” she said, voice a whisper.</w:t>
      </w:r>
    </w:p>
    <w:p>
      <w:r/>
    </w:p>
    <w:p>
      <w:r/>
      <w:r>
        <w:t>He smiled, but his eyes were dark, haunted by everything they’d just run from—and everything ahead. “Don’t thank me yet,” he said. “We still have to finish this.”</w:t>
      </w:r>
    </w:p>
    <w:p>
      <w:r/>
    </w:p>
    <w:p>
      <w:r/>
      <w:r>
        <w:t>She nodded, then rested her head on his shoulder. For a long time, neither spoke.</w:t>
      </w:r>
    </w:p>
    <w:p>
      <w:r/>
    </w:p>
    <w:p>
      <w:r/>
      <w:r>
        <w:t>When the sun finally set, they stood, helping each other up. Abby limped, but not as badly. Nate kept a hand at her back, steady and constant.</w:t>
      </w:r>
    </w:p>
    <w:p>
      <w:r/>
    </w:p>
    <w:p>
      <w:r/>
      <w:r>
        <w:t>Together, they walked into the trees, the spiral safe in Abby’s pack, the promise of more to come burning in the space between them.</w:t>
      </w:r>
    </w:p>
    <w:p>
      <w:r/>
    </w:p>
    <w:p>
      <w:r/>
      <w:r>
        <w:t>Above, the stars blinked on, and the world—against all logic—kept turning.</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