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woods pressed in on them, thick and cold and alive with the sort of dark that smothered all thought of pursuit. Abby let Nate lead, his steps deliberate, boots slicing a clean path through the moss and sodden pine duff. She favored her left leg, the makeshift bandage already squelching wet where the gash on her shin seeped through. Every few strides, her muscles threatened to seize, but she would not let herself limp—not with Nate close enough to hear the effort in her breath.</w:t>
      </w:r>
    </w:p>
    <w:p>
      <w:r/>
    </w:p>
    <w:p>
      <w:r/>
      <w:r>
        <w:t>They moved fast, using every scrap of cover, not speaking until the wind outpaced the memory of voices from the mine. Nate’s forearms were raw from the scramble through stone, blood and sweat sheening the veins. Once they made the creek—spanned by an old logging bridge, its boards shivering under their weight—Abby risked a look back, half-expecting to see flashlight beams combing the underbrush. Nothing. Only the cold burn of stars and, beyond that, the hard edge of moon.</w:t>
      </w:r>
    </w:p>
    <w:p>
      <w:r/>
    </w:p>
    <w:p>
      <w:r/>
      <w:r>
        <w:t>Up the rise, past the split-rail fence and the skeletons of summer berry bushes, stood the cabin. It was nothing from the road—shingled and squat, its porch buckling where the snow always drifted deepest—but Abby felt the home in it before they even reached the stoop. She caught her breath, watched her exhale curl in the blue, and fished for the key taped to the bottom of the mailbox. Her hands shook more than she’d like.</w:t>
      </w:r>
    </w:p>
    <w:p>
      <w:r/>
    </w:p>
    <w:p>
      <w:r/>
      <w:r>
        <w:t>Inside, the air was cold but dry, clotted with the faint odor of old cedar, spent sage, and the sharper trace of firewood waiting to be burned. The main room was a single open space: battered wood stove to the left, a worn couch and two mismatched armchairs to the right, every surface crowded with the artifacts of Sarah’s lifetime—animal skulls, pressed flowers, black-and-white photographs in frames worn thin at the corners.</w:t>
      </w:r>
    </w:p>
    <w:p>
      <w:r/>
    </w:p>
    <w:p>
      <w:r/>
      <w:r>
        <w:t>Nate set his bag on the floor, then turned immediately to the hearth. “Sit,” he said, in the voice of someone who was used to ordering the wounded. He raked the ashes, then stacked split logs with the mechanical efficiency of a man trying not to think. Abby did as told, sinking into the couch and tucking her leg under, half-expecting to see blood already soaking through her jeans.</w:t>
      </w:r>
    </w:p>
    <w:p>
      <w:r/>
    </w:p>
    <w:p>
      <w:r/>
      <w:r>
        <w:t>She watched as he coaxed a flame from the kindling, hands sure even as the skin at his wrists flared with fresh abrasion. The first bite of heat curled into the room, and Abby shivered harder, not from the cold but from the sudden permission to let go.</w:t>
      </w:r>
    </w:p>
    <w:p>
      <w:r/>
    </w:p>
    <w:p>
      <w:r/>
      <w:r>
        <w:t>He straightened, dusted his hands, and crossed to her. “Let me see,” he said, nodding at her leg.</w:t>
      </w:r>
    </w:p>
    <w:p>
      <w:r/>
    </w:p>
    <w:p>
      <w:r/>
      <w:r>
        <w:t>“I’m fine,” she lied, then immediately regretted it. Her voice was thin, the edge of it gone since they’d left the adrenaline behind.</w:t>
      </w:r>
    </w:p>
    <w:p>
      <w:r/>
    </w:p>
    <w:p>
      <w:r/>
      <w:r>
        <w:t>Nate squatted in front of her, all military disregard for personal space, and started peeling back the ruined denim. The cut was long, shallow but dirty, the kind that would scar if you weren’t careful. Abby hissed as he dabbed the wound with water from his canteen.</w:t>
      </w:r>
    </w:p>
    <w:p>
      <w:r/>
    </w:p>
    <w:p>
      <w:r/>
      <w:r>
        <w:t>“Tell me if you’re going to pass out,” he said, not looking up.</w:t>
      </w:r>
    </w:p>
    <w:p>
      <w:r/>
    </w:p>
    <w:p>
      <w:r/>
      <w:r>
        <w:t>She bit back a laugh. “That your bedside manner?”</w:t>
      </w:r>
    </w:p>
    <w:p>
      <w:r/>
    </w:p>
    <w:p>
      <w:r/>
      <w:r>
        <w:t>“Only with difficult patients.”</w:t>
      </w:r>
    </w:p>
    <w:p>
      <w:r/>
    </w:p>
    <w:p>
      <w:r/>
      <w:r>
        <w:t>She let him work, staring at the wall behind him. A faded high-school track photo, her own face blurred with time; a dreamcatcher heavy with dust; a hand-stitched sampler that read, “BEWARE THE QUIET ONES.” She remembered the night Sarah had made it, whiskey in one hand and the needle shaking in the other.</w:t>
      </w:r>
    </w:p>
    <w:p>
      <w:r/>
    </w:p>
    <w:p>
      <w:r/>
      <w:r>
        <w:t>Nate taped down a fresh bandage, then wiped his hands on his pants. “That’ll hold for a bit. Elevate if you can.”</w:t>
      </w:r>
    </w:p>
    <w:p>
      <w:r/>
    </w:p>
    <w:p>
      <w:r/>
      <w:r>
        <w:t>She nodded, then pointed at his arms. “Your turn.”</w:t>
      </w:r>
    </w:p>
    <w:p>
      <w:r/>
    </w:p>
    <w:p>
      <w:r/>
      <w:r>
        <w:t>He was slower to comply, but when he did, she saw the depth of the gouges—one across his right forearm, already swelling at the edges, another set of parallel tracks up near his elbow. She went to the bathroom, found the first aid kit under the sink, and returned with a tube of antibiotic and a fistful of gauze.</w:t>
      </w:r>
    </w:p>
    <w:p>
      <w:r/>
    </w:p>
    <w:p>
      <w:r/>
      <w:r>
        <w:t>“You really should have stitches,” she said, hands gentle as she cleaned the wound.</w:t>
      </w:r>
    </w:p>
    <w:p>
      <w:r/>
    </w:p>
    <w:p>
      <w:r/>
      <w:r>
        <w:t>“Add it to the list.”</w:t>
      </w:r>
    </w:p>
    <w:p>
      <w:r/>
    </w:p>
    <w:p>
      <w:r/>
      <w:r>
        <w:t>She wanted to ask about the rest of the list, but instead kept her focus on the work—removing gravel, patting dry, wrapping the arm tight. Up close, Nate’s face looked older, the skin at the corners of his eyes creased with exhaustion. He didn’t flinch as she tied off the bandage, but she felt the way his breath stuttered when her fingers brushed the inside of his wrist.</w:t>
      </w:r>
    </w:p>
    <w:p>
      <w:r/>
    </w:p>
    <w:p>
      <w:r/>
      <w:r>
        <w:t>When they were both patched and as clean as they could get, Abby went to the kitchen and set water on to boil. The kettle was Sarah’s—a chipped enamel thing that had outlasted three stoves and every man in the family. She filled it, turned on the old propane burner, and rummaged through the canisters until she found the bag of tea her grandmother kept for “company.”</w:t>
      </w:r>
    </w:p>
    <w:p>
      <w:r/>
    </w:p>
    <w:p>
      <w:r/>
      <w:r>
        <w:t>Nate stoked the fire, then dropped onto the couch beside her. For a moment, neither spoke. The silence was thick, but not suffocating. Abby flexed her hand, watching the way the firelight caught the pale crescent of scar on the back of her thumb—a souvenir from the time she and Caleb had tried to whittle arrows out of river willow, each daring the other to cut closer, faster, until blood was the only possible outcome.</w:t>
      </w:r>
    </w:p>
    <w:p>
      <w:r/>
    </w:p>
    <w:p>
      <w:r/>
      <w:r>
        <w:t>The kettle whistled. Abby poured two mugs, set them on the battered coffee table, and curled her good leg under herself. Nate reached for his, then set it down again, cradling his bandaged arm like it was something new.</w:t>
      </w:r>
    </w:p>
    <w:p>
      <w:r/>
    </w:p>
    <w:p>
      <w:r/>
      <w:r>
        <w:t>After a minute, Abby asked, “What now?”</w:t>
      </w:r>
    </w:p>
    <w:p>
      <w:r/>
    </w:p>
    <w:p>
      <w:r/>
      <w:r>
        <w:t>Nate stared into the fire, the flames reflecting in his eyes like twin torches. “Now we figure out if any of it matters.”</w:t>
      </w:r>
    </w:p>
    <w:p>
      <w:r/>
    </w:p>
    <w:p>
      <w:r/>
      <w:r>
        <w:t>He didn’t say what “it” meant, but Abby understood: the spiral, the orbs, the men who had chased them through the mine, all the history packed into the disc and the madness that had driven her brother to the edge. She sipped her tea, letting the heat bloom in her chest, and tried to hold onto the moment of safety, knowing how temporary it was.</w:t>
      </w:r>
    </w:p>
    <w:p>
      <w:r/>
    </w:p>
    <w:p>
      <w:r/>
      <w:r>
        <w:t>A gust rattled the window. For the first time since childhood, Abby found herself half-hoping to hear Sarah’s voice from the next room, asking if they wanted more blankets, or if they’d remembered to lock up behind them. Instead, the only sound was the hiss of the stove and the steady ticking of the old Seth Thomas clock on the mantle.</w:t>
      </w:r>
    </w:p>
    <w:p>
      <w:r/>
    </w:p>
    <w:p>
      <w:r/>
      <w:r>
        <w:t>Nate’s gaze drifted to the photos above the hearth. “That him?” he asked, nodding at the picture of Caleb. He was maybe sixteen, hair still wild but smile careful, as if even then he’d known how little space he was allowed to take up in the world.</w:t>
      </w:r>
    </w:p>
    <w:p>
      <w:r/>
    </w:p>
    <w:p>
      <w:r/>
      <w:r>
        <w:t>Abby followed his eyes. “Yeah.”</w:t>
      </w:r>
    </w:p>
    <w:p>
      <w:r/>
    </w:p>
    <w:p>
      <w:r/>
      <w:r>
        <w:t>She was surprised at how hard the name caught in her throat. “He was always the smart one. The stubborn one.” She forced a smile. “You know how that usually ends.”</w:t>
      </w:r>
    </w:p>
    <w:p>
      <w:r/>
    </w:p>
    <w:p>
      <w:r/>
      <w:r>
        <w:t>Nate said nothing, just sipped his tea, letting her decide what story to tell.</w:t>
      </w:r>
    </w:p>
    <w:p>
      <w:r/>
    </w:p>
    <w:p>
      <w:r/>
      <w:r>
        <w:t>Abby watched the fire, remembering the last time she’d seen her brother’s face. The memory was sharp, an amber of words and pain, and she traced the edge of it with her finger on the rim of the mug. The scar on her hand tingled, as if the old wound had heard its own name.</w:t>
      </w:r>
    </w:p>
    <w:p>
      <w:r/>
    </w:p>
    <w:p>
      <w:r/>
      <w:r>
        <w:t>“I never told anyone what happened the last time I saw him,” she said. “Not even Sarah.”</w:t>
      </w:r>
    </w:p>
    <w:p>
      <w:r/>
    </w:p>
    <w:p>
      <w:r/>
      <w:r>
        <w:t>Nate looked at her, his face open but careful. She didn’t need his sympathy, just the fact of another living person who might witness the truth and not turn away.</w:t>
      </w:r>
    </w:p>
    <w:p>
      <w:r/>
    </w:p>
    <w:p>
      <w:r/>
      <w:r>
        <w:t>Abby pressed her thumb to the scar, then began.</w:t>
      </w:r>
    </w:p>
    <w:p>
      <w:r/>
    </w:p>
    <w:p>
      <w:r/>
    </w:p>
    <w:p>
      <w:r/>
      <w:r>
        <w:t># Scene 2</w:t>
      </w:r>
    </w:p>
    <w:p>
      <w:r/>
    </w:p>
    <w:p>
      <w:r/>
      <w:r>
        <w:t>“It was raining,” Abby said. She wasn’t sure why that was the first thing, but once it arrived she couldn’t let it go. “We’d just had the wettest September in a decade, and everything in my apartment smelled like old paper and mold. I’d left the window open to try and air the place out. I remember that, because he showed up at dawn, dripping wet, like he’d walked the whole way from his lab without stopping.”</w:t>
      </w:r>
    </w:p>
    <w:p>
      <w:r/>
    </w:p>
    <w:p>
      <w:r/>
      <w:r>
        <w:t>Nate didn’t move, just watched her face, the firelight throwing half his features into darkness.</w:t>
      </w:r>
    </w:p>
    <w:p>
      <w:r/>
    </w:p>
    <w:p>
      <w:r/>
      <w:r>
        <w:t>“He was… frantic,” Abby continued, her hands cupped around the mug like she was afraid she’d drop it. “I’d never seen him like that. Not even when Mom and Dad died. His hair was—” she made a vague, circling gesture, “—full mad scientist, and his glasses were gone, so he kept squinting at the corners, like the whole world was just out of reach.”</w:t>
      </w:r>
    </w:p>
    <w:p>
      <w:r/>
    </w:p>
    <w:p>
      <w:r/>
      <w:r>
        <w:t>She tried to keep her voice steady, but as the memory unfurled, her breath grew thin. “He had this… bundle of notes. Not even in a binder, just rubber-banded stacks of paper, some of them still wet from the rain. He dumped them on my kitchen table and started talking. I didn’t catch half of it. Something about energy nodes, and how there was a sequence, and how if he could just—”</w:t>
      </w:r>
    </w:p>
    <w:p>
      <w:r/>
    </w:p>
    <w:p>
      <w:r/>
      <w:r>
        <w:t>She stopped, staring into her mug as if the right words might steep out of the tea.</w:t>
      </w:r>
    </w:p>
    <w:p>
      <w:r/>
    </w:p>
    <w:p>
      <w:r/>
      <w:r>
        <w:t>“He said he was onto something big. Too big for the Historical Society, too big for the university. He said it was dangerous. He said—” she drew a breath, sharp and involuntary— “he said someone was watching him. That people had tried to break into his office. That he’d been followed.”</w:t>
      </w:r>
    </w:p>
    <w:p>
      <w:r/>
    </w:p>
    <w:p>
      <w:r/>
      <w:r>
        <w:t>Abby glanced at Nate, half-expecting him to roll his eyes, but his expression was unchanged: neutral, but listening.</w:t>
      </w:r>
    </w:p>
    <w:p>
      <w:r/>
    </w:p>
    <w:p>
      <w:r/>
      <w:r>
        <w:t>“I didn’t believe him,” she said, the admission slipping out faster now. “I told him he was paranoid. That he needed sleep, or a doctor, or maybe just a break from obsessing over the past. I told him—” her mouth twisted, a sour smile— “I told him to get his shit together or he’d end up like Uncle Vernon.”</w:t>
      </w:r>
    </w:p>
    <w:p>
      <w:r/>
    </w:p>
    <w:p>
      <w:r/>
      <w:r>
        <w:t>The words hung in the air, as real and sharp as the day she’d thrown them across the kitchen. She could feel the way they’d landed, the small flinch in Caleb’s face before he rebuilt his mask.</w:t>
      </w:r>
    </w:p>
    <w:p>
      <w:r/>
    </w:p>
    <w:p>
      <w:r/>
      <w:r>
        <w:t>“He just… stared at me,” she whispered. “Like I’d missed the point so completely he couldn’t even start to explain.”</w:t>
      </w:r>
    </w:p>
    <w:p>
      <w:r/>
    </w:p>
    <w:p>
      <w:r/>
      <w:r>
        <w:t>She remembered the silence then: the tick of water off his jacket onto the linoleum, the low hum of the refrigerator, the way the whole world seemed to shrink until it was just the two of them and the table between.</w:t>
      </w:r>
    </w:p>
    <w:p>
      <w:r/>
    </w:p>
    <w:p>
      <w:r/>
      <w:r>
        <w:t>“He begged me to help him. Just for a day, he said. To follow his maps, check his math, see if any of it made sense. He said I was the only one he trusted.”</w:t>
      </w:r>
    </w:p>
    <w:p>
      <w:r/>
    </w:p>
    <w:p>
      <w:r/>
      <w:r>
        <w:t>Abby let the confession settle. She could see the scene perfectly: her own arms crossed, the cup of coffee cooling untouched on the counter, the way she kept her distance like he might infect her with his crazy.</w:t>
      </w:r>
    </w:p>
    <w:p>
      <w:r/>
    </w:p>
    <w:p>
      <w:r/>
      <w:r>
        <w:t>“I told him no,” she said. “I told him he was losing it.”</w:t>
      </w:r>
    </w:p>
    <w:p>
      <w:r/>
    </w:p>
    <w:p>
      <w:r/>
      <w:r>
        <w:t>Her voice cracked, and she pressed her thumb harder to the scar. “He got up, took his notes, and said—‘You’ll regret it, Abs. If I’m right, you’ll wish you’d listened.’ And then he left.”</w:t>
      </w:r>
    </w:p>
    <w:p>
      <w:r/>
    </w:p>
    <w:p>
      <w:r/>
      <w:r>
        <w:t>She watched the fire, the logs collapsed and glowing, the heat now enough to make the skin on her face prickle.</w:t>
      </w:r>
    </w:p>
    <w:p>
      <w:r/>
    </w:p>
    <w:p>
      <w:r/>
      <w:r>
        <w:t>“I didn’t call,” Abby said, voice barely more than a breath. “I thought he’d sleep it off, or come to his senses. When he didn’t, I waited. Two days. Three. Then I got a call from the university. He’d missed his lab hours, his phone was off, and nobody had seen him.”</w:t>
      </w:r>
    </w:p>
    <w:p>
      <w:r/>
    </w:p>
    <w:p>
      <w:r/>
      <w:r>
        <w:t>She glanced at Nate, then away. “I looked for him. I really did. I called his friends, went by his place. But it was like he’d just… evaporated.”</w:t>
      </w:r>
    </w:p>
    <w:p>
      <w:r/>
    </w:p>
    <w:p>
      <w:r/>
      <w:r>
        <w:t>She fell silent, the words finally spent. The weight of them pressed down on her chest, pinning her to the couch.</w:t>
      </w:r>
    </w:p>
    <w:p>
      <w:r/>
    </w:p>
    <w:p>
      <w:r/>
      <w:r>
        <w:t>Nate was still there, sitting forward, elbows on his knees. When she finally risked a look at him, his eyes were steady, his face shadowed but open.</w:t>
      </w:r>
    </w:p>
    <w:p>
      <w:r/>
    </w:p>
    <w:p>
      <w:r/>
      <w:r>
        <w:t>After a long time, he reached across the table and set his hand over hers. It was warm and rough, the pressure gentle but certain.</w:t>
      </w:r>
    </w:p>
    <w:p>
      <w:r/>
    </w:p>
    <w:p>
      <w:r/>
      <w:r>
        <w:t>“I’ve thought,” Abby said, her voice barely holding, “for three years, I’ve thought if I’d just said yes—if I’d believed him for five minutes—maybe none of this would have happened.”</w:t>
      </w:r>
    </w:p>
    <w:p>
      <w:r/>
    </w:p>
    <w:p>
      <w:r/>
      <w:r>
        <w:t>Her hand trembled. “Maybe he’d still be alive.”</w:t>
      </w:r>
    </w:p>
    <w:p>
      <w:r/>
    </w:p>
    <w:p>
      <w:r/>
      <w:r>
        <w:t>Nate didn’t offer her a lie, or even a word. He just kept his hand there, anchoring her to the present. The silence was different now—softer, threaded through with something that almost felt like forgiveness.</w:t>
      </w:r>
    </w:p>
    <w:p>
      <w:r/>
    </w:p>
    <w:p>
      <w:r/>
      <w:r>
        <w:t>Abby exhaled, the breath shuddering out of her. She stared at the scar on her hand, the tiny ridge of white that had never quite faded. It looked like a spiral, she realized. A miniature version of every pattern her brother had ever tried to explain.</w:t>
      </w:r>
    </w:p>
    <w:p>
      <w:r/>
    </w:p>
    <w:p>
      <w:r/>
      <w:r>
        <w:t>“I killed him,” she said, finally voicing the thing she’d carried alone. “Not with a knife, or a gun, or even words. I just didn’t believe.”</w:t>
      </w:r>
    </w:p>
    <w:p>
      <w:r/>
    </w:p>
    <w:p>
      <w:r/>
      <w:r>
        <w:t>Nate’s fingers tightened over hers, and the touch was so unexpected, so human, that Abby almost pulled away. Instead, she let it hold her.</w:t>
      </w:r>
    </w:p>
    <w:p>
      <w:r/>
    </w:p>
    <w:p>
      <w:r/>
      <w:r>
        <w:t>They sat that way for a long time, the fire burning low, the past wound tight between them but finally, finally, shared.</w:t>
      </w:r>
    </w:p>
    <w:p>
      <w:r/>
    </w:p>
    <w:p>
      <w:r/>
    </w:p>
    <w:p>
      <w:r/>
      <w:r>
        <w:t># Scene 3</w:t>
      </w:r>
    </w:p>
    <w:p>
      <w:r/>
    </w:p>
    <w:p>
      <w:r/>
      <w:r>
        <w:t>After a while, the silence changed color. Abby realized, slowly, that her shoulders were no longer braced. That the ache in her leg had faded into a distant pulse, barely more urgent than the hum of the stove or the dull ticking from the mantle clock. She felt Nate’s hand, rough and solid, grounding her. It seemed impossible that he could sit so still, but when she risked a glance his eyes were not on the fire—they were on her.</w:t>
      </w:r>
    </w:p>
    <w:p>
      <w:r/>
    </w:p>
    <w:p>
      <w:r/>
      <w:r>
        <w:t>She almost laughed, or wept, or both. Instead, she said, “Thank you,” the words so quiet they were almost lost to the hiss of wet wood on the embers.</w:t>
      </w:r>
    </w:p>
    <w:p>
      <w:r/>
    </w:p>
    <w:p>
      <w:r/>
      <w:r>
        <w:t>Nate let his hand linger on hers a moment more, then, gently, released. He sat back, rolling his shoulders, looking down at the old throw rug as if it held the answer to everything. She could feel the effort it cost him not to fill the space with platitudes.</w:t>
      </w:r>
    </w:p>
    <w:p>
      <w:r/>
    </w:p>
    <w:p>
      <w:r/>
      <w:r>
        <w:t>“I have a story,” he said, finally. His voice was flat, a soldier’s monotone, but the truth of it curled in the space behind the words.</w:t>
      </w:r>
    </w:p>
    <w:p>
      <w:r/>
    </w:p>
    <w:p>
      <w:r/>
      <w:r>
        <w:t>Abby shifted, turning to face him, knees drawn up, good leg angled toward the heat.</w:t>
      </w:r>
    </w:p>
    <w:p>
      <w:r/>
    </w:p>
    <w:p>
      <w:r/>
      <w:r>
        <w:t>He didn’t look at her as he spoke. “When I was stationed at Fort Drum, there was a winter—had to be one of the worst on record. We got called up to search for a lost hiker. Park rangers had given up after three days, but the guy’s sister raised hell, so the unit made it a training op.”</w:t>
      </w:r>
    </w:p>
    <w:p>
      <w:r/>
    </w:p>
    <w:p>
      <w:r/>
      <w:r>
        <w:t>Nate flexed his hands, staring at the scars that ringed his knuckles. “We found footprints, some gear. Trail went over a ridge, through a choke point, right into the teeth of a coming blizzard. Most guys wanted to wait it out, but I said we should push. Thought the cold would buy us time. So we did.”</w:t>
      </w:r>
    </w:p>
    <w:p>
      <w:r/>
    </w:p>
    <w:p>
      <w:r/>
      <w:r>
        <w:t>He looked up at the ceiling, as if the story might land easier if he didn’t see her reaction. “We lost two. Not the hiker—two of ours. One to a cornice break, the other to exposure. Found them both the next day.” He scrubbed at his face with the back of his hand, his jaw tight.</w:t>
      </w:r>
    </w:p>
    <w:p>
      <w:r/>
    </w:p>
    <w:p>
      <w:r/>
      <w:r>
        <w:t>“The hiker made it. Never thanked anyone, just walked out on his own, three days after.” He gave a short, bitter laugh. “I made the right call, they said. But I keep thinking—I keep wondering—if we’d waited. If I’d listened to the others, maybe they’d still be here.”</w:t>
      </w:r>
    </w:p>
    <w:p>
      <w:r/>
    </w:p>
    <w:p>
      <w:r/>
      <w:r>
        <w:t>He lapsed into silence, and Abby felt the shape of the story settle around them, big as the woods outside, cold as a glacier.</w:t>
      </w:r>
    </w:p>
    <w:p>
      <w:r/>
    </w:p>
    <w:p>
      <w:r/>
      <w:r>
        <w:t>She reached out, without really thinking, and touched his arm. He flinched, but didn’t pull away. Instead, he looked at her—really looked—and she saw the echo of her own guilt, her own hunger to be forgiven, staring back from his eyes.</w:t>
      </w:r>
    </w:p>
    <w:p>
      <w:r/>
    </w:p>
    <w:p>
      <w:r/>
      <w:r>
        <w:t>“We all think we can save them,” she said, voice barely above a whisper. “Until we can’t.”</w:t>
      </w:r>
    </w:p>
    <w:p>
      <w:r/>
    </w:p>
    <w:p>
      <w:r/>
      <w:r>
        <w:t>He nodded. “Yeah. But maybe we still have to try.”</w:t>
      </w:r>
    </w:p>
    <w:p>
      <w:r/>
    </w:p>
    <w:p>
      <w:r/>
      <w:r>
        <w:t>They sat that way, side by side on the battered couch, the fire painting slow-moving shadows up the walls. The world outside was black, the storm’s anger spent. Abby leaned into Nate’s shoulder, and he allowed it, the contact awkward for a moment, then natural, the way gravity made two stones settle together in a riverbed.</w:t>
      </w:r>
    </w:p>
    <w:p>
      <w:r/>
    </w:p>
    <w:p>
      <w:r/>
      <w:r>
        <w:t>Neither spoke. They didn’t need to. The warmth in the room was real, not just the fire but the knowledge that, for now, they were not alone. Abby listened to the pattern of Nate’s breathing, steady and calm. She traced the line of her own scar, then let her hand rest atop his.</w:t>
      </w:r>
    </w:p>
    <w:p>
      <w:r/>
    </w:p>
    <w:p>
      <w:r/>
      <w:r>
        <w:t>Somewhere in the night, the wind dropped. The trees outside stood still, patient and watchful. On the wall, the photo of Caleb caught the last flicker of the fire, and for the first time in years, Abby could meet her brother’s gaze without flinching.</w:t>
      </w:r>
    </w:p>
    <w:p>
      <w:r/>
    </w:p>
    <w:p>
      <w:r/>
      <w:r>
        <w:t>Tomorrow, the world would ask everything of them again.</w:t>
      </w:r>
    </w:p>
    <w:p>
      <w:r/>
    </w:p>
    <w:p>
      <w:r/>
      <w:r>
        <w:t>But tonight, there was this: the hush of embers, the comfort of old wounds spoken, and a fragile, new possibility warming in the darkness between.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