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morning was the kind of blue-black that had to be earned—uncut by civilization, cold enough that the world’s first exhale was still suspended in the valley below, painting the timberline in streaks of gunmetal and nickel. Nate shouldered the pack with a grunt and left the cabin’s porch light on, partly out of habit, partly out of the ancient faith that a visible fire would bring them home again.</w:t>
      </w:r>
    </w:p>
    <w:p>
      <w:r/>
    </w:p>
    <w:p>
      <w:r/>
      <w:r>
        <w:t>Abby was already waiting at the trailhead, head down, arms folded in a museum guard’s posture. She wore a battered wool hat and a scarf that might have once been orange, but was now the color of dried blood. Her face was pinched with the chill, her hair braided tight and stuck with burrs from the sprint through the underbrush the night before.</w:t>
      </w:r>
    </w:p>
    <w:p>
      <w:r/>
    </w:p>
    <w:p>
      <w:r/>
      <w:r>
        <w:t>“You sure we need all this?” she asked, nodding at the unwieldy stack of sensor tubes and Pelican cases that made Nate’s silhouette three times wider than usual.</w:t>
      </w:r>
    </w:p>
    <w:p>
      <w:r/>
    </w:p>
    <w:p>
      <w:r/>
      <w:r>
        <w:t>He shrugged, fighting the zipper on his windbreaker. “If we get a hit, I want proof that’ll hold up in a court of physicists.” He double-checked the cinch on the tripod bag, then shouldered past her, boots crunching over the frozen rime.</w:t>
      </w:r>
    </w:p>
    <w:p>
      <w:r/>
    </w:p>
    <w:p>
      <w:r/>
      <w:r>
        <w:t>They moved single file up the old Forest Service road, not speaking. The trees here were second-growth but mean, their trunks knotted with moss and their roots locked deep in the frozen soil. Every hundred yards, the track cut a new angle, following the natural fracture of the ridge. The further they climbed, the less the world seemed to care about human intentions.</w:t>
      </w:r>
    </w:p>
    <w:p>
      <w:r/>
    </w:p>
    <w:p>
      <w:r/>
      <w:r>
        <w:t>Nate led with the easy arrogance of someone who’d spent most of his life mapping and then ignoring boundaries. He moved like a search dog: scenting the air, scanning the lay of rock, and sometimes stopping dead with one boot in the ditch, as if the only reliable compass was the one humming in his own chest. Abby kept up, but her gait was all tension—every stride an exercise in not tripping, not letting the wound on her shin dictate the pace, not revealing that the uphill hurt more than she wanted to admit.</w:t>
      </w:r>
    </w:p>
    <w:p>
      <w:r/>
    </w:p>
    <w:p>
      <w:r/>
      <w:r>
        <w:t>They crested the first ridge in less than twenty minutes, sweat already burning off under their layers. Nate stopped, scanned the horizon, then pulled a battered field notebook from his jacket. The edges were gone to mush, and the cover was tattooed with the half-moons of a thousand coffee rings. Abby watched as he thumbed to a dog-eared page, then pointed west, into the sawtooth shadow of the next hill.</w:t>
      </w:r>
    </w:p>
    <w:p>
      <w:r/>
    </w:p>
    <w:p>
      <w:r/>
      <w:r>
        <w:t>“Vernon called it ‘The Cathedral’,” Nate said. “He thought the vent there was one of the original node sites. If the energy lines converge anywhere, it’s at that outcrop.”</w:t>
      </w:r>
    </w:p>
    <w:p>
      <w:r/>
    </w:p>
    <w:p>
      <w:r/>
      <w:r>
        <w:t>Abby squinted into the gloom, then back at the notebook. “Is that his map, or yours?”</w:t>
      </w:r>
    </w:p>
    <w:p>
      <w:r/>
    </w:p>
    <w:p>
      <w:r/>
      <w:r>
        <w:t>“Bit of both,” Nate said. “He left me the grid, but I’ve had to update. Ridge shifted after the ’94 quake. The USGS topo’s not worth shit up here.”</w:t>
      </w:r>
    </w:p>
    <w:p>
      <w:r/>
    </w:p>
    <w:p>
      <w:r/>
      <w:r>
        <w:t>Abby smiled, just for a second, and the edge of it softened the morning. “He would’ve liked that.”</w:t>
      </w:r>
    </w:p>
    <w:p>
      <w:r/>
    </w:p>
    <w:p>
      <w:r/>
      <w:r>
        <w:t>They pressed on, the slope steeper now, the ground braided with old animal runs and the sort of erosion that only happens in places people rarely walk. The air was wetter on this side, every breath raw and redolent of last year’s burn pile. At one point, Abby stopped, yanked a frozen burr from her braid, and flicked it into the void.</w:t>
      </w:r>
    </w:p>
    <w:p>
      <w:r/>
    </w:p>
    <w:p>
      <w:r/>
      <w:r>
        <w:t>“Do you ever get the feeling the landscape’s just waiting to swallow us?” she asked, voice pitched low enough that only the trees could answer.</w:t>
      </w:r>
    </w:p>
    <w:p>
      <w:r/>
    </w:p>
    <w:p>
      <w:r/>
      <w:r>
        <w:t>Nate grunted, picking his way across a scree field. “I get the feeling it’s annoyed we’re still pretending to be in charge.”</w:t>
      </w:r>
    </w:p>
    <w:p>
      <w:r/>
    </w:p>
    <w:p>
      <w:r/>
      <w:r>
        <w:t>They reached the next rise as the first filaments of sunlight began to filter through the canopy, drawing pale stripes on the rime. Here, the old volcanic stone broke through the earth, a line of basalt columns rising out of the slope like the ribcage of something long dead and half-remembered. The wind off the lake keened through the breaks, making a sound that was either organ pipes or the world’s oldest alarm.</w:t>
      </w:r>
    </w:p>
    <w:p>
      <w:r/>
    </w:p>
    <w:p>
      <w:r/>
      <w:r>
        <w:t>“This is it,” Nate said, breath fogging the air in front of him. He set the pack down with a practiced motion, then knelt, eyes scanning the ground for the marker he’d planted last summer.</w:t>
      </w:r>
    </w:p>
    <w:p>
      <w:r/>
    </w:p>
    <w:p>
      <w:r/>
      <w:r>
        <w:t>Abby set her bag by his, then took a long moment to look around. She felt the way the ridge cradled the air, the cold stilled here in a way that made every sound—from the caw of a distant crow to the rattle of the tripods—seem louder and more consequential. She remembered her grandmother once saying that some places were made for ceremony, and she wondered if the old woman would’ve approved of this mix of altar and lab bench.</w:t>
      </w:r>
    </w:p>
    <w:p>
      <w:r/>
    </w:p>
    <w:p>
      <w:r/>
      <w:r>
        <w:t>Nate brushed away a dusting of frost, revealing a spray-painted orange X on the stone. “Here,” he said, then began unpacking the gear with the efficiency of a roadside bomb tech. The tripod went up first, its feet set wide and stamped into the half-frozen moss. Next, the magnetometer—a new model, borrowed from a friend at the university, its surface still slick with the smell of polyethylene outgassing. He checked the batteries, then set it to log mode.</w:t>
      </w:r>
    </w:p>
    <w:p>
      <w:r/>
    </w:p>
    <w:p>
      <w:r/>
      <w:r>
        <w:t>Abby busied herself with the data slate, unlocking the touchscreen and syncing the device to the sensor feed. She watched the numbers flicker, steady at first, then jittering as the probe adjusted to the local field.</w:t>
      </w:r>
    </w:p>
    <w:p>
      <w:r/>
    </w:p>
    <w:p>
      <w:r/>
      <w:r>
        <w:t>“Ambient’s a little high,” she said. “Could be interference from the vent.”</w:t>
      </w:r>
    </w:p>
    <w:p>
      <w:r/>
    </w:p>
    <w:p>
      <w:r/>
      <w:r>
        <w:t>“Or the basalt,” Nate countered. “It’s not just the iron—there’s a ton of residual charge from the last eruption. Even after a few million years, the rock’s still holding a grudge.”</w:t>
      </w:r>
    </w:p>
    <w:p>
      <w:r/>
    </w:p>
    <w:p>
      <w:r/>
      <w:r>
        <w:t>She snorted, then knelt beside him. For a moment, the only sound was the slow whine of the magnetometer, ticking up digits as it scanned the horizon.</w:t>
      </w:r>
    </w:p>
    <w:p>
      <w:r/>
    </w:p>
    <w:p>
      <w:r/>
      <w:r>
        <w:t>Nate checked the reference page in the notebook, then looked at Abby. “You want to do the honors?”</w:t>
      </w:r>
    </w:p>
    <w:p>
      <w:r/>
    </w:p>
    <w:p>
      <w:r/>
      <w:r>
        <w:t>She hesitated, then nodded. Her gloves were cheap poly-cotton, but they were clean. She dug into her bag and, with careful fingers, unwrapped the disc from its foam cradle.</w:t>
      </w:r>
    </w:p>
    <w:p>
      <w:r/>
    </w:p>
    <w:p>
      <w:r/>
      <w:r>
        <w:t>Even in the dull morning light, the obsidian seemed to drink the blue from the sky. It was heavier than it looked, every edge beveled to a surgical sharpness, the whole thing flawless except for the shallow groove that ran the diameter, dividing the surface into a perfect spiral and its mirror. She ran a thumb over the central glyph—the break in the line, the triangle of negative space—then offered it to Nate.</w:t>
      </w:r>
    </w:p>
    <w:p>
      <w:r/>
    </w:p>
    <w:p>
      <w:r/>
      <w:r>
        <w:t>He shook his head, gestured for her to keep it.</w:t>
      </w:r>
    </w:p>
    <w:p>
      <w:r/>
    </w:p>
    <w:p>
      <w:r/>
      <w:r>
        <w:t>“It should be you,” he said, not quite making eye contact.</w:t>
      </w:r>
    </w:p>
    <w:p>
      <w:r/>
    </w:p>
    <w:p>
      <w:r/>
      <w:r>
        <w:t>She balanced the disc in both palms, then tilted it toward the ridge, watching as the sun’s first real light caught the surface and split it into a thousand needle-thin beams.</w:t>
      </w:r>
    </w:p>
    <w:p>
      <w:r/>
    </w:p>
    <w:p>
      <w:r/>
      <w:r>
        <w:t>“It’s warm,” she said, surprised.</w:t>
      </w:r>
    </w:p>
    <w:p>
      <w:r/>
    </w:p>
    <w:p>
      <w:r/>
      <w:r>
        <w:t>Nate was already wiring the sensor pads to the basalt, but he glanced over. “Shouldn’t be. It was in the freezer all night.”</w:t>
      </w:r>
    </w:p>
    <w:p>
      <w:r/>
    </w:p>
    <w:p>
      <w:r/>
      <w:r>
        <w:t>Abby pressed her thumb to the groove again, feeling the way the glass seemed to hum under her skin.</w:t>
      </w:r>
    </w:p>
    <w:p>
      <w:r/>
    </w:p>
    <w:p>
      <w:r/>
      <w:r>
        <w:t>“You know,” she said, “there are stories that the old ones could make rock sing.”</w:t>
      </w:r>
    </w:p>
    <w:p>
      <w:r/>
    </w:p>
    <w:p>
      <w:r/>
      <w:r>
        <w:t>He looked up, grinned. “Well, let’s see if they were just talking shit.”</w:t>
      </w:r>
    </w:p>
    <w:p>
      <w:r/>
    </w:p>
    <w:p>
      <w:r/>
      <w:r>
        <w:t>She grinned back, then moved to the X. The disc sat flush against the surface, as if it had been made for this exact contour. She placed it with both hands, and the warmth grew stronger—no longer just a memory of her fingers, but something else, something directional, as if the stone was pulling heat from the ground itself.</w:t>
      </w:r>
    </w:p>
    <w:p>
      <w:r/>
    </w:p>
    <w:p>
      <w:r/>
      <w:r>
        <w:t>Nate flicked the magnetometer to active, and the device whined, then popped, the numbers surging and then flatlining at maximum.</w:t>
      </w:r>
    </w:p>
    <w:p>
      <w:r/>
    </w:p>
    <w:p>
      <w:r/>
      <w:r>
        <w:t>“Whoa,” he said, voice gone dead serious. He tapped the display, then reset. “That’s… not possible.”</w:t>
      </w:r>
    </w:p>
    <w:p>
      <w:r/>
    </w:p>
    <w:p>
      <w:r/>
      <w:r>
        <w:t>Abby knelt beside him, eyes on the disc. In the newborn sunlight, the groove in the glass seemed to fill with something liquid, a faint shimmer that ran the length of the spiral.</w:t>
      </w:r>
    </w:p>
    <w:p>
      <w:r/>
    </w:p>
    <w:p>
      <w:r/>
      <w:r>
        <w:t>She reached out, hovering her palm just over the surface. The air above the disc was warmer than the rest, a bubble of atmosphere that defied the chill.</w:t>
      </w:r>
    </w:p>
    <w:p>
      <w:r/>
    </w:p>
    <w:p>
      <w:r/>
      <w:r>
        <w:t>“Nate,” she said, “it’s actually—”</w:t>
      </w:r>
    </w:p>
    <w:p>
      <w:r/>
    </w:p>
    <w:p>
      <w:r/>
      <w:r>
        <w:t>Before she could finish, the ground beneath them trembled—not a quake, not a real one, just a single pulse, like the ridge had taken a deep, silent breath.</w:t>
      </w:r>
    </w:p>
    <w:p>
      <w:r/>
    </w:p>
    <w:p>
      <w:r/>
      <w:r>
        <w:t>The magnetometer shrieked, then cut out entirely.</w:t>
      </w:r>
    </w:p>
    <w:p>
      <w:r/>
    </w:p>
    <w:p>
      <w:r/>
      <w:r>
        <w:t>For a second, neither moved. The silence after was so profound that even the birds seemed to have vanished.</w:t>
      </w:r>
    </w:p>
    <w:p>
      <w:r/>
    </w:p>
    <w:p>
      <w:r/>
      <w:r>
        <w:t>“Did you—” Abby started, but Nate was already on his knees, fingers splayed over the disc, searching for a cause, a trigger, a trick.</w:t>
      </w:r>
    </w:p>
    <w:p>
      <w:r/>
    </w:p>
    <w:p>
      <w:r/>
      <w:r>
        <w:t>“It’s still warm,” she said, voice thin. “Maybe even hotter.”</w:t>
      </w:r>
    </w:p>
    <w:p>
      <w:r/>
    </w:p>
    <w:p>
      <w:r/>
      <w:r>
        <w:t>Nate looked at her, then at the ridge, then back at the field book. “This is…” He stopped, then tried again. “Vernon had a word for this. He called it ‘resonance events.’ Said they only happen when the spiral is aligned with the earth’s line of force. But he never got one to… activate.”</w:t>
      </w:r>
    </w:p>
    <w:p>
      <w:r/>
    </w:p>
    <w:p>
      <w:r/>
      <w:r>
        <w:t>Abby frowned. “Do you think it’s the right spot? The right day?”</w:t>
      </w:r>
    </w:p>
    <w:p>
      <w:r/>
    </w:p>
    <w:p>
      <w:r/>
      <w:r>
        <w:t>He shook his head. “The field’s still shifting. Whatever you did, it’s still happening.”</w:t>
      </w:r>
    </w:p>
    <w:p>
      <w:r/>
    </w:p>
    <w:p>
      <w:r/>
      <w:r>
        <w:t>She stood, arms wrapped around her ribs, watching as the thin mist that had clung to the ground began to rise, curling around the basalt columns in a way that looked deliberate, ceremonial.</w:t>
      </w:r>
    </w:p>
    <w:p>
      <w:r/>
    </w:p>
    <w:p>
      <w:r/>
      <w:r>
        <w:t>For a long minute, they just watched. The disc didn’t move, but the warmth above it grew, until the cold of the morning was a memory. The mist drifted upward, and for a moment, the spiral on the disc was echoed in the air itself—a ghost, a fingerprint.</w:t>
      </w:r>
    </w:p>
    <w:p>
      <w:r/>
    </w:p>
    <w:p>
      <w:r/>
      <w:r>
        <w:t>Finally, Nate said, “Let’s get a sample.”</w:t>
      </w:r>
    </w:p>
    <w:p>
      <w:r/>
    </w:p>
    <w:p>
      <w:r/>
      <w:r>
        <w:t>Abby nodded, then knelt, careful not to touch the disc again. She pulled a small glass vial from her kit, unstoppered it, and held it over the groove. For a moment, nothing happened. Then, as if cued by some invisible hand, a single drop of condensation formed at the deepest part of the spiral, collected, and fell into the vial.</w:t>
      </w:r>
    </w:p>
    <w:p>
      <w:r/>
    </w:p>
    <w:p>
      <w:r/>
      <w:r>
        <w:t>She capped it, labeled it, then looked at Nate.</w:t>
      </w:r>
    </w:p>
    <w:p>
      <w:r/>
    </w:p>
    <w:p>
      <w:r/>
      <w:r>
        <w:t>He looked… elated. And terrified.</w:t>
      </w:r>
    </w:p>
    <w:p>
      <w:r/>
    </w:p>
    <w:p>
      <w:r/>
      <w:r>
        <w:t>“You okay?” she asked.</w:t>
      </w:r>
    </w:p>
    <w:p>
      <w:r/>
    </w:p>
    <w:p>
      <w:r/>
      <w:r>
        <w:t>He nodded, but the motion was too fast, too practiced. “Yeah. It’s just—”</w:t>
      </w:r>
    </w:p>
    <w:p>
      <w:r/>
    </w:p>
    <w:p>
      <w:r/>
      <w:r>
        <w:t>He gestured at the disc, the rising mist, the still-buzzing sensors. “I think we just made the mountain breathe.”</w:t>
      </w:r>
    </w:p>
    <w:p>
      <w:r/>
    </w:p>
    <w:p>
      <w:r/>
      <w:r>
        <w:t>Abby smiled, then stepped back, watching as the warmth above the disc began to dissipate, the mist returning to the ground.</w:t>
      </w:r>
    </w:p>
    <w:p>
      <w:r/>
    </w:p>
    <w:p>
      <w:r/>
      <w:r>
        <w:t>She wrapped the artifact again, careful to let it cool in the open air before packing it away. The sun was higher now, the world back to its ordinary palette of green and gray and brown.</w:t>
      </w:r>
    </w:p>
    <w:p>
      <w:r/>
    </w:p>
    <w:p>
      <w:r/>
      <w:r>
        <w:t>Nate started collecting the data log, checking the numbers, then the backup, then the backup to the backup. He muttered under his breath, a running string of observations and curses and half-finished hypotheses.</w:t>
      </w:r>
    </w:p>
    <w:p>
      <w:r/>
    </w:p>
    <w:p>
      <w:r/>
      <w:r>
        <w:t>Abby knelt by the X again, touching the ridge where the disc had been. It was still warm, but fading, the heat slipping away as quickly as it had arrived.</w:t>
      </w:r>
    </w:p>
    <w:p>
      <w:r/>
    </w:p>
    <w:p>
      <w:r/>
      <w:r>
        <w:t>“Next node?” she asked, her voice steady now.</w:t>
      </w:r>
    </w:p>
    <w:p>
      <w:r/>
    </w:p>
    <w:p>
      <w:r/>
      <w:r>
        <w:t>Nate looked up, face split between disbelief and anticipation. “If Vernon’s right, the next one’s due north. Wizard Island.”</w:t>
      </w:r>
    </w:p>
    <w:p>
      <w:r/>
    </w:p>
    <w:p>
      <w:r/>
      <w:r>
        <w:t>Abby stood, stretched, and for a moment just watched the sun as it burned the last traces of mist from the valley below.</w:t>
      </w:r>
    </w:p>
    <w:p>
      <w:r/>
    </w:p>
    <w:p>
      <w:r/>
      <w:r>
        <w:t>They packed up, moving faster now, both eager and afraid to leave the spot. As they headed back down the ridge, Abby glanced over her shoulder, half-expecting to see the spirals still hovering in the air.</w:t>
      </w:r>
    </w:p>
    <w:p>
      <w:r/>
    </w:p>
    <w:p>
      <w:r/>
      <w:r>
        <w:t>But the world was quiet. The only evidence was the heat under her skin, the memory of the ground shifting, and the knowledge that somewhere, deep below, the mountain was still waiting for them.</w:t>
      </w:r>
    </w:p>
    <w:p>
      <w:r/>
    </w:p>
    <w:p>
      <w:r/>
    </w:p>
    <w:p>
      <w:r/>
      <w:r>
        <w:t># Scene 2</w:t>
      </w:r>
    </w:p>
    <w:p>
      <w:r/>
    </w:p>
    <w:p>
      <w:r/>
      <w:r>
        <w:t>They didn’t talk much on the way back—not out of silence, but because every tree, every angle of rock seemed to carry the afterimage of what they’d witnessed. The cabin was still warm from the morning fire. Abby crashed first, feet up, head back, letting the leftover adrenaline cook off in her veins. Nate set the disc on the kitchen counter, wrapped in a layer of tea towels, and started scrubbing data from the magnetometer’s microSD, fingers jittery with what might have been triumph or dread.</w:t>
      </w:r>
    </w:p>
    <w:p>
      <w:r/>
    </w:p>
    <w:p>
      <w:r/>
      <w:r>
        <w:t>He uploaded the log to his laptop, eyes flicking between columns of numbers. The spike was undeniable—two orders of magnitude above baseline, and at a frequency that didn’t belong to anything tectonic, atmospheric, or even manmade. He tried cross-referencing against solar activity, then against the catalog of prior anomalies from the area. Nothing. He checked again, this time hoping for an error. The numbers stubbornly refused to be a mistake.</w:t>
      </w:r>
    </w:p>
    <w:p>
      <w:r/>
    </w:p>
    <w:p>
      <w:r/>
      <w:r>
        <w:t>“You get anything useful?” Abby asked, voice muffled by the couch cushion.</w:t>
      </w:r>
    </w:p>
    <w:p>
      <w:r/>
    </w:p>
    <w:p>
      <w:r/>
      <w:r>
        <w:t>“Depends on your definition of useful,” Nate replied. He turned the laptop so she could see the trace. “We broke a machine. Or maybe the mountain broke it for us.”</w:t>
      </w:r>
    </w:p>
    <w:p>
      <w:r/>
    </w:p>
    <w:p>
      <w:r/>
      <w:r>
        <w:t>She rolled over, stretching, and looked at the graph. “You’re sure this isn’t just sensor error?”</w:t>
      </w:r>
    </w:p>
    <w:p>
      <w:r/>
    </w:p>
    <w:p>
      <w:r/>
      <w:r>
        <w:t>Nate grinned, but it wasn’t a happy expression. “I’ve built these from scratch. They don’t just invent data when they short out—they flatline, or go dead. This…” He pointed at the needle. “This is a signal. And I think it’s still happening.”</w:t>
      </w:r>
    </w:p>
    <w:p>
      <w:r/>
    </w:p>
    <w:p>
      <w:r/>
      <w:r>
        <w:t>She propped herself up on an elbow, interest sharpening. “Still? I thought it faded.”</w:t>
      </w:r>
    </w:p>
    <w:p>
      <w:r/>
    </w:p>
    <w:p>
      <w:r/>
      <w:r>
        <w:t>He shook his head. “The background shifted. The entire valley is reading hot. Whatever that was, it left a fingerprint.”</w:t>
      </w:r>
    </w:p>
    <w:p>
      <w:r/>
    </w:p>
    <w:p>
      <w:r/>
      <w:r>
        <w:t>Abby looked at the disc, which now sat, inert and black as ever, on the counter. “What if it’s not just a one-off?”</w:t>
      </w:r>
    </w:p>
    <w:p>
      <w:r/>
    </w:p>
    <w:p>
      <w:r/>
      <w:r>
        <w:t>Nate shrugged. “Then we’re going to need more sensors.”</w:t>
      </w:r>
    </w:p>
    <w:p>
      <w:r/>
    </w:p>
    <w:p>
      <w:r/>
      <w:r>
        <w:t>They ate lunch in a hurry—instant noodles for her, trail mix and jerky for him. The talk between bites was brisk, technical, neither of them risking a deep dive into speculation until the data had been wrung dry. When they finished, Abby took the disc to the front porch and set it on the wooden railing, watching the way it caught the pale light.</w:t>
      </w:r>
    </w:p>
    <w:p>
      <w:r/>
    </w:p>
    <w:p>
      <w:r/>
      <w:r>
        <w:t>“It’s cooler,” she called inside.</w:t>
      </w:r>
    </w:p>
    <w:p>
      <w:r/>
    </w:p>
    <w:p>
      <w:r/>
      <w:r>
        <w:t>Nate was already halfway through reassembling the next set of sensors, but he stuck his head out. “Try the infrared?”</w:t>
      </w:r>
    </w:p>
    <w:p>
      <w:r/>
    </w:p>
    <w:p>
      <w:r/>
      <w:r>
        <w:t>She snorted, but went back in and grabbed the FLIR gun from his kit. She pointed it at the disc; the readout held at ambient, maybe a touch above, but nothing like the radiance of the morning event.</w:t>
      </w:r>
    </w:p>
    <w:p>
      <w:r/>
    </w:p>
    <w:p>
      <w:r/>
      <w:r>
        <w:t>She knocked the porch rail with her knuckles, then looked at him. “You want to try again?”</w:t>
      </w:r>
    </w:p>
    <w:p>
      <w:r/>
    </w:p>
    <w:p>
      <w:r/>
      <w:r>
        <w:t>He nodded, zipped up his parka, and slung the tripod bag over his shoulder. “Let’s see if lightning strikes twice.”</w:t>
      </w:r>
    </w:p>
    <w:p>
      <w:r/>
    </w:p>
    <w:p>
      <w:r/>
      <w:r>
        <w:t>They made it to the ridge faster than before, both running on a kind of greedy anticipation. The sky was clearer now, the cold sharper, but the sense of ceremony was stronger too. Abby half-expected to find the X still warm, but the frost had reclaimed it, and only a faint circle in the moss marked where the disc had rested.</w:t>
      </w:r>
    </w:p>
    <w:p>
      <w:r/>
    </w:p>
    <w:p>
      <w:r/>
      <w:r>
        <w:t>Nate set up the new sensor array, this time spacing the tripods in a wide arc to capture any directional field. He explained the logic to Abby as he worked, hands steady, voice all brisk authority: “If the energy’s moving, we’ll know what direction it’s flowing. If it’s static, we might get an interference pattern.”</w:t>
      </w:r>
    </w:p>
    <w:p>
      <w:r/>
    </w:p>
    <w:p>
      <w:r/>
      <w:r>
        <w:t>She nodded, even if the language was only half familiar. She found herself glancing at the line of basalt columns, as if the old bones of the earth were eavesdropping on their plans.</w:t>
      </w:r>
    </w:p>
    <w:p>
      <w:r/>
    </w:p>
    <w:p>
      <w:r/>
      <w:r>
        <w:t>When everything was set, Nate checked the time—14:19—and made a note in the field book. “Ready?” he asked.</w:t>
      </w:r>
    </w:p>
    <w:p>
      <w:r/>
    </w:p>
    <w:p>
      <w:r/>
      <w:r>
        <w:t>Abby unwrapped the disc again. This time, she hesitated. “What if it’s not just heat? What if it’s… a release?”</w:t>
      </w:r>
    </w:p>
    <w:p>
      <w:r/>
    </w:p>
    <w:p>
      <w:r/>
      <w:r>
        <w:t>Nate grinned, genuine this time. “Then we’ll have front row seats.”</w:t>
      </w:r>
    </w:p>
    <w:p>
      <w:r/>
    </w:p>
    <w:p>
      <w:r/>
      <w:r>
        <w:t>She rolled her eyes, but in a way that said she trusted him, at least with the physics.</w:t>
      </w:r>
    </w:p>
    <w:p>
      <w:r/>
    </w:p>
    <w:p>
      <w:r/>
      <w:r>
        <w:t>She positioned the disc over the X, aligning the central groove with the axis of the ridge, just as Vernon’s notes described. She took a breath, then pressed it flat to the stone.</w:t>
      </w:r>
    </w:p>
    <w:p>
      <w:r/>
    </w:p>
    <w:p>
      <w:r/>
      <w:r>
        <w:t>This time, the reaction was immediate.</w:t>
      </w:r>
    </w:p>
    <w:p>
      <w:r/>
    </w:p>
    <w:p>
      <w:r/>
      <w:r>
        <w:t>The disc vibrated—a low, almost subsonic shiver that traveled up her arms and into her teeth. She jerked back, startled, but Nate’s hand shot out, steadying the disc.</w:t>
      </w:r>
    </w:p>
    <w:p>
      <w:r/>
    </w:p>
    <w:p>
      <w:r/>
      <w:r>
        <w:t>“Hold it,” he said, voice tight. “The sensors are spiking.”</w:t>
      </w:r>
    </w:p>
    <w:p>
      <w:r/>
    </w:p>
    <w:p>
      <w:r/>
      <w:r>
        <w:t>The vibration grew, resolving into a hum—not audible so much as physical, a pressure in the chest, the sinuses, the jaw. Nate leaned in, nose inches from the disc, and watched as the surface began to blur, a thin haze blooming just above the glass.</w:t>
      </w:r>
    </w:p>
    <w:p>
      <w:r/>
    </w:p>
    <w:p>
      <w:r/>
      <w:r>
        <w:t>The hum deepened, resonating with the ridge itself. The basalt columns began to buzz, not enough to shake loose any moss or gravel, but enough that the bones in Abby’s forearm ached in sympathy.</w:t>
      </w:r>
    </w:p>
    <w:p>
      <w:r/>
    </w:p>
    <w:p>
      <w:r/>
      <w:r>
        <w:t>On the sensors, the numbers went from absurd to impossible.</w:t>
      </w:r>
    </w:p>
    <w:p>
      <w:r/>
    </w:p>
    <w:p>
      <w:r/>
      <w:r>
        <w:t>“Twenty teslas,” Nate breathed. “No—thirty. Holy shit.”</w:t>
      </w:r>
    </w:p>
    <w:p>
      <w:r/>
    </w:p>
    <w:p>
      <w:r/>
      <w:r>
        <w:t>Abby watched the disc. The groove in the spiral seemed to widen, and in the center, a hairline fracture glowed with a faint, electric blue.</w:t>
      </w:r>
    </w:p>
    <w:p>
      <w:r/>
    </w:p>
    <w:p>
      <w:r/>
      <w:r>
        <w:t>She pulled her phone, shot a quick video, then leaned closer, fascination outweighing caution.</w:t>
      </w:r>
    </w:p>
    <w:p>
      <w:r/>
    </w:p>
    <w:p>
      <w:r/>
      <w:r>
        <w:t>“Do you see this?” she whispered.</w:t>
      </w:r>
    </w:p>
    <w:p>
      <w:r/>
    </w:p>
    <w:p>
      <w:r/>
      <w:r>
        <w:t>Nate nodded, too stunned to speak. He fumbled for the FLIR, but it was dead—screen black, battery fried.</w:t>
      </w:r>
    </w:p>
    <w:p>
      <w:r/>
    </w:p>
    <w:p>
      <w:r/>
      <w:r>
        <w:t>The hum peaked. For a moment, the whole world felt like it was caught between heartbeats.</w:t>
      </w:r>
    </w:p>
    <w:p>
      <w:r/>
    </w:p>
    <w:p>
      <w:r/>
      <w:r>
        <w:t>And then—just as suddenly as it had started—the resonance collapsed.</w:t>
      </w:r>
    </w:p>
    <w:p>
      <w:r/>
    </w:p>
    <w:p>
      <w:r/>
      <w:r>
        <w:t>The disc stopped vibrating. The sensors flatlined. The only sound was the echo of their own breathing, too loud in the aftermath.</w:t>
      </w:r>
    </w:p>
    <w:p>
      <w:r/>
    </w:p>
    <w:p>
      <w:r/>
      <w:r>
        <w:t>Nate took a step back, then sat down hard on the moss.</w:t>
      </w:r>
    </w:p>
    <w:p>
      <w:r/>
    </w:p>
    <w:p>
      <w:r/>
      <w:r>
        <w:t>Abby touched the disc, then yanked her hand away. It was ice cold, colder than the air.</w:t>
      </w:r>
    </w:p>
    <w:p>
      <w:r/>
    </w:p>
    <w:p>
      <w:r/>
      <w:r>
        <w:t>She looked at him. “What the fuck was that?”</w:t>
      </w:r>
    </w:p>
    <w:p>
      <w:r/>
    </w:p>
    <w:p>
      <w:r/>
      <w:r>
        <w:t>Nate let out a long, shaky breath. “Field collapse,” he said, voice hoarse. “Like a capacitor discharging. Only this… this was geological. Maybe planetary.”</w:t>
      </w:r>
    </w:p>
    <w:p>
      <w:r/>
    </w:p>
    <w:p>
      <w:r/>
      <w:r>
        <w:t>He crawled to the nearest sensor, checked the readout. It was dead, but the backup memory should have saved the trace. He yanked the SD card, slipped it into the field laptop, and waited as the data loaded.</w:t>
      </w:r>
    </w:p>
    <w:p>
      <w:r/>
    </w:p>
    <w:p>
      <w:r/>
      <w:r>
        <w:t>Abby watched the disc, still mesmerized. The blue glow in the groove had faded, but now, if she tilted it just so, she could see faint lines—glyphs—etched across the surface, invisible until the event, now ghosting under the glass.</w:t>
      </w:r>
    </w:p>
    <w:p>
      <w:r/>
    </w:p>
    <w:p>
      <w:r/>
      <w:r>
        <w:t>She ran a finger over them. The shapes were familiar, but not from any science. She tried to focus, mapping them to memory.</w:t>
      </w:r>
    </w:p>
    <w:p>
      <w:r/>
    </w:p>
    <w:p>
      <w:r/>
      <w:r>
        <w:t>“Here,” she said, handing the disc to Nate. “Look.”</w:t>
      </w:r>
    </w:p>
    <w:p>
      <w:r/>
    </w:p>
    <w:p>
      <w:r/>
      <w:r>
        <w:t>He squinted, then shook his head. “I don’t see anything.”</w:t>
      </w:r>
    </w:p>
    <w:p>
      <w:r/>
    </w:p>
    <w:p>
      <w:r/>
      <w:r>
        <w:t>She angled it in the light. “There. The lines.”</w:t>
      </w:r>
    </w:p>
    <w:p>
      <w:r/>
    </w:p>
    <w:p>
      <w:r/>
      <w:r>
        <w:t>He peered closer. “Maybe. Could be a flaw from the heat.”</w:t>
      </w:r>
    </w:p>
    <w:p>
      <w:r/>
    </w:p>
    <w:p>
      <w:r/>
      <w:r>
        <w:t>Abby snorted. “You said it was impossible for obsidian to heat that way.”</w:t>
      </w:r>
    </w:p>
    <w:p>
      <w:r/>
    </w:p>
    <w:p>
      <w:r/>
      <w:r>
        <w:t>He opened his mouth, then closed it.</w:t>
      </w:r>
    </w:p>
    <w:p>
      <w:r/>
    </w:p>
    <w:p>
      <w:r/>
      <w:r>
        <w:t>She held the disc a moment longer, then set it back on the stone, careful not to repeat the alignment that had triggered the resonance.</w:t>
      </w:r>
    </w:p>
    <w:p>
      <w:r/>
    </w:p>
    <w:p>
      <w:r/>
      <w:r>
        <w:t>Nate’s laptop beeped.</w:t>
      </w:r>
    </w:p>
    <w:p>
      <w:r/>
    </w:p>
    <w:p>
      <w:r/>
      <w:r>
        <w:t>He turned the screen toward her. The trace from the sensor array was jagged, almost crystalline—a perfect spike, then a sharp collapse, then a ripple of aftershocks that slowly faded to zero.</w:t>
      </w:r>
    </w:p>
    <w:p>
      <w:r/>
    </w:p>
    <w:p>
      <w:r/>
      <w:r>
        <w:t>He ran a spectral analysis, fingers flying over the keys. “This isn’t seismic,” he said. “It’s not magnetic, either. It’s like—” He stopped, searching for words. “It’s like a coded pulse. Information, not energy.”</w:t>
      </w:r>
    </w:p>
    <w:p>
      <w:r/>
    </w:p>
    <w:p>
      <w:r/>
      <w:r>
        <w:t>Abby frowned. “A message?”</w:t>
      </w:r>
    </w:p>
    <w:p>
      <w:r/>
    </w:p>
    <w:p>
      <w:r/>
      <w:r>
        <w:t>He hesitated, then nodded. “Or a handshake.”</w:t>
      </w:r>
    </w:p>
    <w:p>
      <w:r/>
    </w:p>
    <w:p>
      <w:r/>
      <w:r>
        <w:t>They sat in silence, letting the implication settle.</w:t>
      </w:r>
    </w:p>
    <w:p>
      <w:r/>
    </w:p>
    <w:p>
      <w:r/>
      <w:r>
        <w:t>Finally, Abby said, “You think anyone else felt it?”</w:t>
      </w:r>
    </w:p>
    <w:p>
      <w:r/>
    </w:p>
    <w:p>
      <w:r/>
      <w:r>
        <w:t>Nate ran his hands over his scalp, hair standing in wild directions. “If they had a sensor tuned just right, maybe. Otherwise, it’s just a tremor. Nothing to report.”</w:t>
      </w:r>
    </w:p>
    <w:p>
      <w:r/>
    </w:p>
    <w:p>
      <w:r/>
      <w:r>
        <w:t>He checked the time. “We need to move before it gets dark.”</w:t>
      </w:r>
    </w:p>
    <w:p>
      <w:r/>
    </w:p>
    <w:p>
      <w:r/>
      <w:r>
        <w:t>Abby packed the disc, but held it for a second, feeling the cold seep into her bones. She wrapped it in a scarf, then tucked it away.</w:t>
      </w:r>
    </w:p>
    <w:p>
      <w:r/>
    </w:p>
    <w:p>
      <w:r/>
      <w:r>
        <w:t>They broke down the gear in record time. Nate was jumpy, eyes darting to the horizon, as if expecting the mountain to answer the call with something more physical than a hum.</w:t>
      </w:r>
    </w:p>
    <w:p>
      <w:r/>
    </w:p>
    <w:p>
      <w:r/>
      <w:r>
        <w:t>Halfway down the ridge, Abby stopped, breathing hard. “What do we do now?”</w:t>
      </w:r>
    </w:p>
    <w:p>
      <w:r/>
    </w:p>
    <w:p>
      <w:r/>
      <w:r>
        <w:t>Nate shrugged, but the motion was all nerves. “Analyze, compare, run models. And then… we try the next node.”</w:t>
      </w:r>
    </w:p>
    <w:p>
      <w:r/>
    </w:p>
    <w:p>
      <w:r/>
      <w:r>
        <w:t>She stared at him, trying to read if he was serious. “After that?”</w:t>
      </w:r>
    </w:p>
    <w:p>
      <w:r/>
    </w:p>
    <w:p>
      <w:r/>
      <w:r>
        <w:t>He smiled, grim. “After that, we hope it doesn’t call back.”</w:t>
      </w:r>
    </w:p>
    <w:p>
      <w:r/>
    </w:p>
    <w:p>
      <w:r/>
      <w:r>
        <w:t>They reached the cabin as the last light faded from the sky. Nate dumped the data, ran backup after backup, checked the disc for changes, and documented every observation. Abby sat by the stove, hands wrapped around a mug, staring into the flames.</w:t>
      </w:r>
    </w:p>
    <w:p>
      <w:r/>
    </w:p>
    <w:p>
      <w:r/>
      <w:r>
        <w:t>After a while, she said, “You believe it now, don’t you?”</w:t>
      </w:r>
    </w:p>
    <w:p>
      <w:r/>
    </w:p>
    <w:p>
      <w:r/>
      <w:r>
        <w:t>Nate didn’t look up from the laptop. “I always believed. I just didn’t know what to believe in.”</w:t>
      </w:r>
    </w:p>
    <w:p>
      <w:r/>
    </w:p>
    <w:p>
      <w:r/>
      <w:r>
        <w:t>She nodded, satisfied. “Vernon would have liked that.”</w:t>
      </w:r>
    </w:p>
    <w:p>
      <w:r/>
    </w:p>
    <w:p>
      <w:r/>
      <w:r>
        <w:t>He looked up, caught her gaze, and held it.</w:t>
      </w:r>
    </w:p>
    <w:p>
      <w:r/>
    </w:p>
    <w:p>
      <w:r/>
      <w:r>
        <w:t>“We’re not done,” he said. “Not by a long shot.”</w:t>
      </w:r>
    </w:p>
    <w:p>
      <w:r/>
    </w:p>
    <w:p>
      <w:r/>
      <w:r>
        <w:t>She smiled, then reached into her bag, pulling out the disc. In the firelight, the glyphs shone faint blue, visible even to Nate.</w:t>
      </w:r>
    </w:p>
    <w:p>
      <w:r/>
    </w:p>
    <w:p>
      <w:r/>
      <w:r>
        <w:t>He stared, then laughed, the sound brittle and a little wild. “Now that’s impossible.”</w:t>
      </w:r>
    </w:p>
    <w:p>
      <w:r/>
    </w:p>
    <w:p>
      <w:r/>
      <w:r>
        <w:t>Abby just shrugged. “Get used to it.”</w:t>
      </w:r>
    </w:p>
    <w:p>
      <w:r/>
    </w:p>
    <w:p>
      <w:r/>
      <w:r>
        <w:t>They sat in the hush, the spiral under the skin of the world, the two of them already plotting the next breach in the pattern.</w:t>
      </w:r>
    </w:p>
    <w:p>
      <w:r/>
    </w:p>
    <w:p>
      <w:r/>
      <w:r>
        <w:t>Outside, the mountain was quiet. But in the bones of the ridge, the resonance still whispered, waiting for them to listen again.</w:t>
      </w:r>
    </w:p>
    <w:p>
      <w:r/>
    </w:p>
    <w:p>
      <w:r/>
    </w:p>
    <w:p>
      <w:r/>
      <w:r>
        <w:t># Scene 3</w:t>
      </w:r>
    </w:p>
    <w:p>
      <w:r/>
    </w:p>
    <w:p>
      <w:r/>
      <w:r>
        <w:t>By the third morning, the cabin felt more like a forward operations base than a place meant for comfort. Nate slept in the chair, shoes on, his hands wrapped around a battered mug long gone cold. Abby commandeered the kitchen table for a staging area: the disc, three legal pads, every sensor that still worked, and a roll of butcher paper where she’d started mapping the positions of every glyph she could coax into view.</w:t>
      </w:r>
    </w:p>
    <w:p>
      <w:r/>
    </w:p>
    <w:p>
      <w:r/>
      <w:r>
        <w:t>Neither of them had showered, and neither seemed to care. Outside, the woods lay motionless, the air brittle enough to cut a scream. In here, there was only the feverish drive to chase the spiral to its logical—or illogical—end.</w:t>
      </w:r>
    </w:p>
    <w:p>
      <w:r/>
    </w:p>
    <w:p>
      <w:r/>
      <w:r>
        <w:t>Nate was first to crack the silence. “What if it’s not the disc that changed,” he said, “but us?”</w:t>
      </w:r>
    </w:p>
    <w:p>
      <w:r/>
    </w:p>
    <w:p>
      <w:r/>
      <w:r>
        <w:t>Abby looked up from her sketch, eyes ringed with fatigue. “Then we have a very specific form of madness. One that registers on instruments and ruins perfectly good field equipment.”</w:t>
      </w:r>
    </w:p>
    <w:p>
      <w:r/>
    </w:p>
    <w:p>
      <w:r/>
      <w:r>
        <w:t>He smiled, something proud in it, and tapped the edge of her paper. “Which pattern’s that?”</w:t>
      </w:r>
    </w:p>
    <w:p>
      <w:r/>
    </w:p>
    <w:p>
      <w:r/>
      <w:r>
        <w:t>She flipped the sheet, showed him the matrix: circles, triangles, overlays. “When the disc hit resonance, these glyphs went hot—here, here, and here. But look: the sequence skips every fourth marker. It’s not random, it’s modular.”</w:t>
      </w:r>
    </w:p>
    <w:p>
      <w:r/>
    </w:p>
    <w:p>
      <w:r/>
      <w:r>
        <w:t>Nate knelt beside her, scrutinizing the drawing. “A digital code,” he said, slow with wonder. “It’s binary. On-off, on-off, mapped to the spiral.”</w:t>
      </w:r>
    </w:p>
    <w:p>
      <w:r/>
    </w:p>
    <w:p>
      <w:r/>
      <w:r>
        <w:t>Abby nodded. “That’s what I thought, but—” She hesitated, frustration leaking in. “We’re missing half the digits. I tried every alignment, every orientation. It won’t complete.”</w:t>
      </w:r>
    </w:p>
    <w:p>
      <w:r/>
    </w:p>
    <w:p>
      <w:r/>
      <w:r>
        <w:t>He looked at the disc, then at the tripod by the door, then back at the drawing. “Let’s try it again.”</w:t>
      </w:r>
    </w:p>
    <w:p>
      <w:r/>
    </w:p>
    <w:p>
      <w:r/>
      <w:r>
        <w:t>They bundled up, carried the gear out in two trips. The trail to the ridge was familiar now, a groove worn into their bones. The frost was heavier today, the world painted in shades of lead and zinc.</w:t>
      </w:r>
    </w:p>
    <w:p>
      <w:r/>
    </w:p>
    <w:p>
      <w:r/>
      <w:r>
        <w:t>At the X, they set up the tripod, the sensors, the secondary camera (Nate’s old phone, taped to a hiking pole for redundancy). Abby lined the disc over the groove, matching the best approximation of the first event.</w:t>
      </w:r>
    </w:p>
    <w:p>
      <w:r/>
    </w:p>
    <w:p>
      <w:r/>
      <w:r>
        <w:t>Nothing.</w:t>
      </w:r>
    </w:p>
    <w:p>
      <w:r/>
    </w:p>
    <w:p>
      <w:r/>
      <w:r>
        <w:t>They tried the alternate alignment, rotating the disc ten degrees east, then west, then flipping it so the triangle pointed to the lake.</w:t>
      </w:r>
    </w:p>
    <w:p>
      <w:r/>
    </w:p>
    <w:p>
      <w:r/>
      <w:r>
        <w:t>Still nothing.</w:t>
      </w:r>
    </w:p>
    <w:p>
      <w:r/>
    </w:p>
    <w:p>
      <w:r/>
      <w:r>
        <w:t>Nate logged every step, a muttered litany of variables and parameters. Abby watched the disc, alert for any shimmer, any hint of blue.</w:t>
      </w:r>
    </w:p>
    <w:p>
      <w:r/>
    </w:p>
    <w:p>
      <w:r/>
      <w:r>
        <w:t>After a dozen tries, they sat, breath smoking, frustration starting to melt the veneer of professionalism.</w:t>
      </w:r>
    </w:p>
    <w:p>
      <w:r/>
    </w:p>
    <w:p>
      <w:r/>
      <w:r>
        <w:t>Abby broke first. “You ever feel like it’s taunting us?”</w:t>
      </w:r>
    </w:p>
    <w:p>
      <w:r/>
    </w:p>
    <w:p>
      <w:r/>
      <w:r>
        <w:t>Nate wiped his nose on his sleeve. “It’s geology. It doesn’t taunt. It just—” He caught himself, then grinned. “Okay, sometimes it taunts.”</w:t>
      </w:r>
    </w:p>
    <w:p>
      <w:r/>
    </w:p>
    <w:p>
      <w:r/>
      <w:r>
        <w:t>She smiled, tired but real.</w:t>
      </w:r>
    </w:p>
    <w:p>
      <w:r/>
    </w:p>
    <w:p>
      <w:r/>
      <w:r>
        <w:t>He reached for the disc, cradling it in both hands, looking for new flaws, new messages. “You’re right, though. If this is a key, it’s only turning halfway.”</w:t>
      </w:r>
    </w:p>
    <w:p>
      <w:r/>
    </w:p>
    <w:p>
      <w:r/>
      <w:r>
        <w:t>She nodded, teeth chattering. “You think there’s another piece?”</w:t>
      </w:r>
    </w:p>
    <w:p>
      <w:r/>
    </w:p>
    <w:p>
      <w:r/>
      <w:r>
        <w:t>He didn’t answer at first, just spun the disc under his thumbs, feeling for weight, balance, any hidden compartment. “Vernon used to say that the old ones built redundancy into everything. Ceremonies, tools, even warnings. You never trust a single point of failure.”</w:t>
      </w:r>
    </w:p>
    <w:p>
      <w:r/>
    </w:p>
    <w:p>
      <w:r/>
      <w:r>
        <w:t>Abby considered this, then rummaged through her notebook for the passage she’d copied from her grandmother’s oral history. “They called it the Twins,” she said, finger tracing the script. “Two spirals, one for each direction. The legend was that if you tried to open the well with only one, it would just… echo, until you brought the other.”</w:t>
      </w:r>
    </w:p>
    <w:p>
      <w:r/>
    </w:p>
    <w:p>
      <w:r/>
      <w:r>
        <w:t>Nate’s eyes brightened. “If this is a paired artifact, that explains the half-activation. The circuit’s incomplete.”</w:t>
      </w:r>
    </w:p>
    <w:p>
      <w:r/>
    </w:p>
    <w:p>
      <w:r/>
      <w:r>
        <w:t>She nodded, then shivered, pulling her jacket tighter. “You think the other’s still out there?”</w:t>
      </w:r>
    </w:p>
    <w:p>
      <w:r/>
    </w:p>
    <w:p>
      <w:r/>
      <w:r>
        <w:t>He shrugged. “If it is, Caldwell’s probably got a line on it. Or they’re trying to use this one alone.”</w:t>
      </w:r>
    </w:p>
    <w:p>
      <w:r/>
    </w:p>
    <w:p>
      <w:r/>
      <w:r>
        <w:t>Abby’s face tightened, the old fear and anger waking up. “So what do we do?”</w:t>
      </w:r>
    </w:p>
    <w:p>
      <w:r/>
    </w:p>
    <w:p>
      <w:r/>
      <w:r>
        <w:t>Nate stood, energy returning. “We find the second node. If they’re right about the geography, it’s somewhere on the north shore. Maybe even under the lake itself.”</w:t>
      </w:r>
    </w:p>
    <w:p>
      <w:r/>
    </w:p>
    <w:p>
      <w:r/>
      <w:r>
        <w:t>Abby laughed, the sound sharp and a little wild. “We going diving now?”</w:t>
      </w:r>
    </w:p>
    <w:p>
      <w:r/>
    </w:p>
    <w:p>
      <w:r/>
      <w:r>
        <w:t>He grinned, shook his head. “There’s an abandoned line of summer cabins, up near the rim. I know a guy who can get us access. If the second disc was ever stored, it’s probably buried there.”</w:t>
      </w:r>
    </w:p>
    <w:p>
      <w:r/>
    </w:p>
    <w:p>
      <w:r/>
      <w:r>
        <w:t>They packed up, the failure stinging but the mission now clearer.</w:t>
      </w:r>
    </w:p>
    <w:p>
      <w:r/>
    </w:p>
    <w:p>
      <w:r/>
      <w:r>
        <w:t>As Nate zipped the gear, he glanced at the small, battered compass he kept clipped to his vest. The needle spun, wobbled, then fixed itself—not to north, but dead west, toward the X.</w:t>
      </w:r>
    </w:p>
    <w:p>
      <w:r/>
    </w:p>
    <w:p>
      <w:r/>
      <w:r>
        <w:t>He shook it, tapped the glass. The needle refused to budge.</w:t>
      </w:r>
    </w:p>
    <w:p>
      <w:r/>
    </w:p>
    <w:p>
      <w:r/>
      <w:r>
        <w:t>Abby noticed, reached for her own compass, and saw the same. “Is it broken?”</w:t>
      </w:r>
    </w:p>
    <w:p>
      <w:r/>
    </w:p>
    <w:p>
      <w:r/>
      <w:r>
        <w:t>Nate smiled, slow and uneasy. “No. It’s just found something better to point to.”</w:t>
      </w:r>
    </w:p>
    <w:p>
      <w:r/>
    </w:p>
    <w:p>
      <w:r/>
      <w:r>
        <w:t>They started back down the ridge, each step lighter now, the new question outweighing the old defeat.</w:t>
      </w:r>
    </w:p>
    <w:p>
      <w:r/>
    </w:p>
    <w:p>
      <w:r/>
      <w:r>
        <w:t>At the porch, Abby set the disc on the table, staring at it while she stripped off her gloves. “It’s strange,” she said. “It looks dead, but I can feel it. Like it’s waiting.”</w:t>
      </w:r>
    </w:p>
    <w:p>
      <w:r/>
    </w:p>
    <w:p>
      <w:r/>
      <w:r>
        <w:t>Nate joined her, shoulders brushing as he leaned in. “Next time, we bring both.”</w:t>
      </w:r>
    </w:p>
    <w:p>
      <w:r/>
    </w:p>
    <w:p>
      <w:r/>
      <w:r>
        <w:t>She nodded, satisfied. “And if we can’t find the other?”</w:t>
      </w:r>
    </w:p>
    <w:p>
      <w:r/>
    </w:p>
    <w:p>
      <w:r/>
      <w:r>
        <w:t>He shrugged, eyes on the woods beyond. “Then we improvise. Or we call for backup.”</w:t>
      </w:r>
    </w:p>
    <w:p>
      <w:r/>
    </w:p>
    <w:p>
      <w:r/>
      <w:r>
        <w:t>They stood together, watching the last rays of sun spark off the obsidian, the faintest blue still lingering in the groove. It was enough.</w:t>
      </w:r>
    </w:p>
    <w:p>
      <w:r/>
    </w:p>
    <w:p>
      <w:r/>
      <w:r>
        <w:t>Inside, the cabin ticked and creaked, the world settling back into its old, stubborn rhythms. Tomorrow, they’d drive north, follow the fake compass, see if the spiral wanted to finish what they’d started.</w:t>
      </w:r>
    </w:p>
    <w:p>
      <w:r/>
    </w:p>
    <w:p>
      <w:r/>
      <w:r>
        <w:t>For tonight, though, they were content to stand in the hush, the key in hand, and the door almost ready to turn.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