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hour between midnight and whatever came after had always been Abby’s. Not the slow, domestic insomnias of her mother or the marathon whiskey-fueled puzzles her grandmother solved at the kitchen table, but a narrow, bright filament where the rest of the world receded and her mind could finally close its jaws on a question.</w:t>
      </w:r>
    </w:p>
    <w:p>
      <w:r/>
    </w:p>
    <w:p>
      <w:r/>
      <w:r>
        <w:t>Tonight, the filament was a stolen hour in the aftershock of the failed experiment—Nate passed out in a chair, the disc inert and sullen on the porch, the rest of the cabin heavy with the perfume of scorched coffee and the carbonized tang of sweat. Abby holed up in what passed for an office: a foldout table, a lamp rescued from a Goodwill bin, and her aging ThinkPad straddling a midden of printouts, handbound field books, and the dog-eared heap of her own unfinished thesis.</w:t>
      </w:r>
    </w:p>
    <w:p>
      <w:r/>
    </w:p>
    <w:p>
      <w:r/>
      <w:r>
        <w:t>She’d expected the crash—the familiar leaden fatigue, the hands that wouldn’t hold a pen steady, the ache where her shin throbbed under the makeshift bandage—but not the rage that smoldered under it. The universe should have given her something for her trouble. A better pattern, a stronger resonance, a signal so clean even Nate couldn’t rationalize it away. Instead, she was left with the stubborn, silent, perfect circle of failure.</w:t>
      </w:r>
    </w:p>
    <w:p>
      <w:r/>
    </w:p>
    <w:p>
      <w:r/>
      <w:r>
        <w:t>She checked her phone: two bars, a single unread message (Nate, hours old: "brb, restocking granola"), and a battery indicator still stuck at 17%. She set it face-down, then glared at her laptop as if it might deliver her brother back from wherever the world had dumped him.</w:t>
      </w:r>
    </w:p>
    <w:p>
      <w:r/>
    </w:p>
    <w:p>
      <w:r/>
      <w:r>
        <w:t>The inbox blinked at her: 87 unread, four flagged, one with a subject line so strange she almost laughed.</w:t>
      </w:r>
    </w:p>
    <w:p>
      <w:r/>
    </w:p>
    <w:p>
      <w:r/>
      <w:r>
        <w:t>She squinted at the text. No sender, no preview, just the header:</w:t>
      </w:r>
    </w:p>
    <w:p>
      <w:r/>
    </w:p>
    <w:p>
      <w:r/>
      <w:r>
        <w:t>[[CALIBAN::QNGHZZRA::3/1/77]]</w:t>
      </w:r>
    </w:p>
    <w:p>
      <w:r/>
    </w:p>
    <w:p>
      <w:r/>
      <w:r>
        <w:t>Her hands hovered, then dropped to the keyboard. She knew better—god, she knew better—but the historian in her could no more resist the puzzle than a cat could resist a box.</w:t>
      </w:r>
    </w:p>
    <w:p>
      <w:r/>
    </w:p>
    <w:p>
      <w:r/>
      <w:r>
        <w:t>She opened it. The body was blank, but attached was a single file: .dat, exactly 1.0 megabyte. She dragged it to the desktop, ran it through a quick virus scan (old habits, not paranoia, she told herself), and then clicked to open.</w:t>
      </w:r>
    </w:p>
    <w:p>
      <w:r/>
    </w:p>
    <w:p>
      <w:r/>
      <w:r>
        <w:t>Nothing happened, at first. Then, with the kind of lazy violence only old computers can muster, her screen flickered, the window went black, and then filled, line by line, with a blocky, glitched mosaic of text and what looked like—no, what definitely were—fragments of scanned notebook pages.</w:t>
      </w:r>
    </w:p>
    <w:p>
      <w:r/>
    </w:p>
    <w:p>
      <w:r/>
      <w:r>
        <w:t>She stared, breath backing up behind her teeth.</w:t>
      </w:r>
    </w:p>
    <w:p>
      <w:r/>
    </w:p>
    <w:p>
      <w:r/>
      <w:r>
        <w:t>The first block was a hand-scrawled title, in a script she’d have recognized anywhere:</w:t>
      </w:r>
    </w:p>
    <w:p>
      <w:r/>
    </w:p>
    <w:p>
      <w:r/>
      <w:r>
        <w:t>“SUMMA: field resonance // N=2, collapse threshold, CALEB CALLOWAY (draft 5)”</w:t>
      </w:r>
    </w:p>
    <w:p>
      <w:r/>
    </w:p>
    <w:p>
      <w:r/>
      <w:r>
        <w:t>Her heart stopped, then picked up with a drumline's stutter.</w:t>
      </w:r>
    </w:p>
    <w:p>
      <w:r/>
    </w:p>
    <w:p>
      <w:r/>
      <w:r>
        <w:t>For a moment, she just watched the cursor blink at the end of the file, like a dare. Then she started to read.</w:t>
      </w:r>
    </w:p>
    <w:p>
      <w:r/>
    </w:p>
    <w:p>
      <w:r/>
      <w:r>
        <w:t>It was all there—Caleb’s signature blend of scientist and shaman, the obsessive cross-referencing, the handwriting that got sloppier as the margins closed in. The text was a maze of bullet points, arrows, and red-inked interjections (“NO, SEE BELOW”; “CHECK WITH SARAH RE: water rites”) that looped and swarmed like a living thing.</w:t>
      </w:r>
    </w:p>
    <w:p>
      <w:r/>
    </w:p>
    <w:p>
      <w:r/>
      <w:r>
        <w:t>The first paragraph was barely legible, but she could reconstruct the intent:</w:t>
      </w:r>
    </w:p>
    <w:p>
      <w:r/>
    </w:p>
    <w:p>
      <w:r/>
      <w:r>
        <w:t>“Three years, twenty-seven sites. All energy signatures spike at moon apogee, but only two (2) show collapse potential. Source: See attached.”</w:t>
      </w:r>
    </w:p>
    <w:p>
      <w:r/>
    </w:p>
    <w:p>
      <w:r/>
      <w:r>
        <w:t>She scrolled—more diagrams, now, and a color photo of a spiral glyph almost identical to the one she’d catalogued at the mine.</w:t>
      </w:r>
    </w:p>
    <w:p>
      <w:r/>
    </w:p>
    <w:p>
      <w:r/>
      <w:r>
        <w:t>Then, in all caps: “THEY ARE NOT STUDYING THE VORTICES, THEY ARE WEAPONIZING THEM.”</w:t>
      </w:r>
    </w:p>
    <w:p>
      <w:r/>
    </w:p>
    <w:p>
      <w:r/>
      <w:r>
        <w:t>Abby sucked in air through her teeth, forcing herself to keep reading.</w:t>
      </w:r>
    </w:p>
    <w:p>
      <w:r/>
    </w:p>
    <w:p>
      <w:r/>
      <w:r>
        <w:t>Beneath that: “Witnessed calibration tests at B site, 2/17/17. Anomaly: field destabilized, ambient EM doubled in 14 min. Target lost consciousness. No physical damage, but recall impaired. (ALSO, see rumors: Vernon?)”</w:t>
      </w:r>
    </w:p>
    <w:p>
      <w:r/>
    </w:p>
    <w:p>
      <w:r/>
      <w:r>
        <w:t>Her hands shook. She steadied them by flattening her palm against the desktop.</w:t>
      </w:r>
    </w:p>
    <w:p>
      <w:r/>
    </w:p>
    <w:p>
      <w:r/>
      <w:r>
        <w:t>There were more pages—several, at least, judging by the scrollbar—but some were corrupted, blocks of text overwritten with cipher or simple digital noise. She recognized one chunk as a classic substitution: her brother’s old favorite, the Vigenère, seeded with a date or a word they alone might guess.</w:t>
      </w:r>
    </w:p>
    <w:p>
      <w:r/>
    </w:p>
    <w:p>
      <w:r/>
      <w:r>
        <w:t>Abby closed her eyes, picturing Caleb at sixteen, squinting at the world through wire-framed glasses and an attitude he wore like a homemade bomb vest. Even back then, he’d been a genius with puzzles. They’d spent half a childhood inventing codebooks for the backyard wars that passed for play in their family; she still remembered the one phrase that had always unlocked the hardest messages.</w:t>
      </w:r>
    </w:p>
    <w:p>
      <w:r/>
    </w:p>
    <w:p>
      <w:r/>
      <w:r>
        <w:t>She typed it, lower-case, then upper, then all caps: “VERNONSLAW”.</w:t>
      </w:r>
    </w:p>
    <w:p>
      <w:r/>
    </w:p>
    <w:p>
      <w:r/>
      <w:r>
        <w:t>The lines decrypted instantly.</w:t>
      </w:r>
    </w:p>
    <w:p>
      <w:r/>
    </w:p>
    <w:p>
      <w:r/>
      <w:r>
        <w:t>She read, slow, letting the shock settle before she let herself believe it:</w:t>
      </w:r>
    </w:p>
    <w:p>
      <w:r/>
    </w:p>
    <w:p>
      <w:r/>
      <w:r>
        <w:t>“Met with Harrison Caldwell at Crater summit—he knows, or suspects, about secondary node. Warned me (obliquely) that project funding is not unlimited. Suggests we cooperate or be ‘reassigned.’ No illusions—this is a hunt, not a survey. Recommend hiding sensitive data (double-blind method). Will send coordinates if secure.”</w:t>
      </w:r>
    </w:p>
    <w:p>
      <w:r/>
    </w:p>
    <w:p>
      <w:r/>
      <w:r>
        <w:t>Below, a string of numbers, then a phrase: “convergence point alpha: 42.845°N, 122.150°W.”</w:t>
      </w:r>
    </w:p>
    <w:p>
      <w:r/>
    </w:p>
    <w:p>
      <w:r/>
      <w:r>
        <w:t>She copied them to a fresh note, her own hands moving now with the certainty of adrenaline.</w:t>
      </w:r>
    </w:p>
    <w:p>
      <w:r/>
    </w:p>
    <w:p>
      <w:r/>
      <w:r>
        <w:t>At the end of the file, a single, clean line, in red ink, his print suddenly steady:</w:t>
      </w:r>
    </w:p>
    <w:p>
      <w:r/>
    </w:p>
    <w:p>
      <w:r/>
      <w:r>
        <w:t>“Abs, if you find this, trust no one. Not even the ones who get the spiral. Especially them.”</w:t>
      </w:r>
    </w:p>
    <w:p>
      <w:r/>
    </w:p>
    <w:p>
      <w:r/>
      <w:r>
        <w:t>For a long time, Abby stared at the screen, eyes tracing the uneven strokes of the final word. The room felt colder, the walls closer. The only sound was the faint whir of the ThinkPad’s fan and, somewhere deeper in the bones of the house, the slow tick of the clock.</w:t>
      </w:r>
    </w:p>
    <w:p>
      <w:r/>
    </w:p>
    <w:p>
      <w:r/>
      <w:r>
        <w:t>She closed the laptop, pressed her forehead to the cool plastic, and tried not to weep.</w:t>
      </w:r>
    </w:p>
    <w:p>
      <w:r/>
    </w:p>
    <w:p>
      <w:r/>
      <w:r>
        <w:t>She was still like that when she heard the footsteps behind her—a single, deliberate tread, then another. Nate, awake, backlit in the kitchen doorway, coffee cup in one hand, the other wrapped around the black spiral she’d left on the porch.</w:t>
      </w:r>
    </w:p>
    <w:p>
      <w:r/>
    </w:p>
    <w:p>
      <w:r/>
      <w:r>
        <w:t>He paused, studied her. “You look like you just saw a ghost.”</w:t>
      </w:r>
    </w:p>
    <w:p>
      <w:r/>
    </w:p>
    <w:p>
      <w:r/>
      <w:r>
        <w:t>Abby looked up, wiped her eyes with the heel of her palm, and managed a laugh that was almost a sob.</w:t>
      </w:r>
    </w:p>
    <w:p>
      <w:r/>
    </w:p>
    <w:p>
      <w:r/>
      <w:r>
        <w:t>“Close,” she said. “I think my brother just wrote me from the grave.”</w:t>
      </w:r>
    </w:p>
    <w:p>
      <w:r/>
    </w:p>
    <w:p>
      <w:r/>
    </w:p>
    <w:p>
      <w:r/>
      <w:r>
        <w:t># Scene 2</w:t>
      </w:r>
    </w:p>
    <w:p>
      <w:r/>
    </w:p>
    <w:p>
      <w:r/>
      <w:r>
        <w:t>Abby wasn’t sure how long she sat there, the blue shine of the ThinkPad painting her face a cadaver’s shade. It could have been a minute or an hour, but the afterimage of her brother’s words seared themselves across the insides of her eyelids every time she blinked.</w:t>
      </w:r>
    </w:p>
    <w:p>
      <w:r/>
    </w:p>
    <w:p>
      <w:r/>
      <w:r>
        <w:t>They’re not just studying the vortices—they’re weaponizing them.</w:t>
      </w:r>
    </w:p>
    <w:p>
      <w:r/>
    </w:p>
    <w:p>
      <w:r/>
      <w:r>
        <w:t>She let the sentence loop, the way she used to repeat a word until it sloughed off meaning, became sound, and then built itself up again, stranger and sharper. Even in the privacy of her own head, she wanted it to be a metaphor, a scientist’s exaggeration, but the tremor in her hands said otherwise.</w:t>
      </w:r>
    </w:p>
    <w:p>
      <w:r/>
    </w:p>
    <w:p>
      <w:r/>
      <w:r>
        <w:t>Nate hovered in the doorway, mug in one hand, the other cupping the disc as if it might whisper secrets if he kept it close. His voice, when it came, was hoarse with sleep and something older.</w:t>
      </w:r>
    </w:p>
    <w:p>
      <w:r/>
    </w:p>
    <w:p>
      <w:r/>
      <w:r>
        <w:t>“Do you want to talk about it?”</w:t>
      </w:r>
    </w:p>
    <w:p>
      <w:r/>
    </w:p>
    <w:p>
      <w:r/>
      <w:r>
        <w:t>She didn’t, but she owed him more than silence. “Caleb mapped a secondary node,” she said, eyes fixed on the spreadsheet where her brother’s coordinates blinked like a taunt. “He left a message—encrypted. It says the organization is using the network for more than just research.”</w:t>
      </w:r>
    </w:p>
    <w:p>
      <w:r/>
    </w:p>
    <w:p>
      <w:r/>
      <w:r>
        <w:t>“Meaning…?”</w:t>
      </w:r>
    </w:p>
    <w:p>
      <w:r/>
    </w:p>
    <w:p>
      <w:r/>
      <w:r>
        <w:t>“Control. Or damage. I don’t know.” She reached up, pinched the bridge of her nose until her vision swam. “He mentioned Caldwell by name. Warned that they’d kill for this.”</w:t>
      </w:r>
    </w:p>
    <w:p>
      <w:r/>
    </w:p>
    <w:p>
      <w:r/>
      <w:r>
        <w:t>She didn’t say what else the message had implied, about double-blind protocols, about not trusting even fellow travelers. She didn’t have the energy to weigh whether that warning included the man standing three feet away.</w:t>
      </w:r>
    </w:p>
    <w:p>
      <w:r/>
    </w:p>
    <w:p>
      <w:r/>
      <w:r>
        <w:t>He nodded, absorbing it with the quiet of someone who’d heard worse. “We go after the node?”</w:t>
      </w:r>
    </w:p>
    <w:p>
      <w:r/>
    </w:p>
    <w:p>
      <w:r/>
      <w:r>
        <w:t>She barked a laugh, brittle as the ice on the cabin’s windows. “I’m not sure we have a choice.”</w:t>
      </w:r>
    </w:p>
    <w:p>
      <w:r/>
    </w:p>
    <w:p>
      <w:r/>
      <w:r>
        <w:t>He shrugged, then padded to the counter to pour the last of the coffee, the movement calm and deliberate. Abby watched him and thought about how many times she’d underestimated the ordinary. The hidden vectors in the simplest actions.</w:t>
      </w:r>
    </w:p>
    <w:p>
      <w:r/>
    </w:p>
    <w:p>
      <w:r/>
      <w:r>
        <w:t>When he turned back, his expression was neutral, but there was an intensity in the set of his jaw. “You trust this message?”</w:t>
      </w:r>
    </w:p>
    <w:p>
      <w:r/>
    </w:p>
    <w:p>
      <w:r/>
      <w:r>
        <w:t>She remembered the way Caleb’s hand had trembled the last time they’d spoken, how she’d dismissed it as nerves or one of his chemical benders. How easy it was, in retrospect, to see the terror as justified.</w:t>
      </w:r>
    </w:p>
    <w:p>
      <w:r/>
    </w:p>
    <w:p>
      <w:r/>
      <w:r>
        <w:t>“It’s his,” she said, finally. “No one else would have used that cipher. Or left it like that.”</w:t>
      </w:r>
    </w:p>
    <w:p>
      <w:r/>
    </w:p>
    <w:p>
      <w:r/>
      <w:r>
        <w:t>Nate considered, then set down the mug. “So what’s next?”</w:t>
      </w:r>
    </w:p>
    <w:p>
      <w:r/>
    </w:p>
    <w:p>
      <w:r/>
      <w:r>
        <w:t>Abby gestured at the chaos on the desk—maps, notes, the tangle of cables and the battered remains of her brother’s field kit. “We need to figure out where exactly the coordinates land. Then plan how to get in and out before anyone notices.”</w:t>
      </w:r>
    </w:p>
    <w:p>
      <w:r/>
    </w:p>
    <w:p>
      <w:r/>
      <w:r>
        <w:t>He grinned, a flash of teeth. “I’m good at not being noticed.”</w:t>
      </w:r>
    </w:p>
    <w:p>
      <w:r/>
    </w:p>
    <w:p>
      <w:r/>
      <w:r>
        <w:t>She let herself smile, a flicker, then went back to work.</w:t>
      </w:r>
    </w:p>
    <w:p>
      <w:r/>
    </w:p>
    <w:p>
      <w:r/>
      <w:r>
        <w:t>The rest of the night was a fugue: she layered topographic charts over old survey maps, cross-referenced tribal land markers against USGS notations, then flipped through scanned copies of her grandmother’s field journals for any mention of the new site.</w:t>
      </w:r>
    </w:p>
    <w:p>
      <w:r/>
    </w:p>
    <w:p>
      <w:r/>
      <w:r>
        <w:t>There was nothing, and that absence was almost as chilling as the warning in the message. Wizard Island was supposed to be a closed book—no ceremonial history, no mining, nothing except the legend of the crater’s birth. But the coordinates didn’t lie. They were right at the island’s base, a place the Forest Service marked as impassable and the tourist maps didn’t even bother to name.</w:t>
      </w:r>
    </w:p>
    <w:p>
      <w:r/>
    </w:p>
    <w:p>
      <w:r/>
      <w:r>
        <w:t>At some point, Nate fell asleep again, this time on the couch, the disc balanced on his chest, his face slack with exhaustion. Abby envied him the ability to sleep, the luxury of putting anything aside. She kept going until the sky in the east started to brighten, the edges of the world coming back into focus one tree at a time.</w:t>
      </w:r>
    </w:p>
    <w:p>
      <w:r/>
    </w:p>
    <w:p>
      <w:r/>
      <w:r>
        <w:t>That’s when she noticed the blank space on the bookshelf. Second row from the top, left side—where her grandmother’s original journals had always sat, the ones with the hand-stitched leather covers and the yellowed tags still poking from the edges. Gone.</w:t>
      </w:r>
    </w:p>
    <w:p>
      <w:r/>
    </w:p>
    <w:p>
      <w:r/>
      <w:r>
        <w:t>She stared at the gap for a full minute, refusing to believe it. She replayed the break-in, the staged vandalism and the mess left by the “random” burglars, but she hadn’t realized anything personal was missing.</w:t>
      </w:r>
    </w:p>
    <w:p>
      <w:r/>
    </w:p>
    <w:p>
      <w:r/>
      <w:r>
        <w:t>Her pulse went cold.</w:t>
      </w:r>
    </w:p>
    <w:p>
      <w:r/>
    </w:p>
    <w:p>
      <w:r/>
      <w:r>
        <w:t>She checked the rest of the shelves: the cookbooks, the Readers Digest collections, even the ancient Encyclopedia set that no one had touched since the Clinton years. Everything else was there.</w:t>
      </w:r>
    </w:p>
    <w:p>
      <w:r/>
    </w:p>
    <w:p>
      <w:r/>
      <w:r>
        <w:t>Just the journals, missing. The only copies.</w:t>
      </w:r>
    </w:p>
    <w:p>
      <w:r/>
    </w:p>
    <w:p>
      <w:r/>
      <w:r>
        <w:t>She tried to think—did she lend them out? Did she move them? Was it possible she was just losing her mind?</w:t>
      </w:r>
    </w:p>
    <w:p>
      <w:r/>
    </w:p>
    <w:p>
      <w:r/>
      <w:r>
        <w:t>The answer was immediate and definitive: no.</w:t>
      </w:r>
    </w:p>
    <w:p>
      <w:r/>
    </w:p>
    <w:p>
      <w:r/>
      <w:r>
        <w:t>Abby closed her eyes, let the certainty wash over her, then opened her phone and scanned back through her sent messages. The last time she’d referenced the journals was a year ago, when she’d told Caleb about the legends of the twins, the paired artifacts that supposedly kept the world from “echoing into oblivion.” She’d made a joke about it, about how even the universe required a backup, but now the punchline twisted in her gut like barbed wire.</w:t>
      </w:r>
    </w:p>
    <w:p>
      <w:r/>
    </w:p>
    <w:p>
      <w:r/>
      <w:r>
        <w:t>She set the phone down. It wasn’t just the mine. Someone was closing a loop, burning the past so no one could follow.</w:t>
      </w:r>
    </w:p>
    <w:p>
      <w:r/>
    </w:p>
    <w:p>
      <w:r/>
      <w:r>
        <w:t>She wanted to scream, to smash something, but that was exactly what they’d want: to burn her energy on outrage instead of logic.</w:t>
      </w:r>
    </w:p>
    <w:p>
      <w:r/>
    </w:p>
    <w:p>
      <w:r/>
      <w:r>
        <w:t>She opened the laptop, typed the coordinates into three separate navigation programs, then triple-checked the results. Each one confirmed the same point: a cave system at the northwest base of Wizard Island, accessible only by boat or by a twenty-mile hike overland.</w:t>
      </w:r>
    </w:p>
    <w:p>
      <w:r/>
    </w:p>
    <w:p>
      <w:r/>
      <w:r>
        <w:t>She double-checked the email—Caleb’s warning to trust no one, the implication that even allies might be compromised.</w:t>
      </w:r>
    </w:p>
    <w:p>
      <w:r/>
    </w:p>
    <w:p>
      <w:r/>
      <w:r>
        <w:t>She stared at Nate, then at her own reflection in the laptop’s black screen.</w:t>
      </w:r>
    </w:p>
    <w:p>
      <w:r/>
    </w:p>
    <w:p>
      <w:r/>
      <w:r>
        <w:t>If this was a trap, she was already in it.</w:t>
      </w:r>
    </w:p>
    <w:p>
      <w:r/>
    </w:p>
    <w:p>
      <w:r/>
      <w:r>
        <w:t>If it wasn’t, she owed it to Caleb to finish what he started.</w:t>
      </w:r>
    </w:p>
    <w:p>
      <w:r/>
    </w:p>
    <w:p>
      <w:r/>
      <w:r>
        <w:t>She copied the coordinates into her field notebook, then wrote in the margin:</w:t>
      </w:r>
    </w:p>
    <w:p>
      <w:r/>
    </w:p>
    <w:p>
      <w:r/>
      <w:r>
        <w:t>“Bring both discs. Trust only the data.”</w:t>
      </w:r>
    </w:p>
    <w:p>
      <w:r/>
    </w:p>
    <w:p>
      <w:r/>
      <w:r>
        <w:t>She closed the notebook, snapped the ThinkPad shut, and started gathering the equipment for the hike. By the time the sun broke through the trees, she’d already packed two days’ rations, spare batteries, both compasses, and every map she could lay her hands on.</w:t>
      </w:r>
    </w:p>
    <w:p>
      <w:r/>
    </w:p>
    <w:p>
      <w:r/>
      <w:r>
        <w:t>She left the disc on the table, daring herself to walk away from it.</w:t>
      </w:r>
    </w:p>
    <w:p>
      <w:r/>
    </w:p>
    <w:p>
      <w:r/>
      <w:r>
        <w:t>She couldn’t.</w:t>
      </w:r>
    </w:p>
    <w:p>
      <w:r/>
    </w:p>
    <w:p>
      <w:r/>
      <w:r>
        <w:t>She slid it into her bag, zipped the top, and went to wake Nate.</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