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mountain road curled through the dark like a looped garrote. Even this far from the interstate, the rain found Nate, flattening itself against the windshield in bursts that rendered the world in split-second negatives. The Tacoma’s wipers weren’t up to the task—he could see that now, three switchbacks up from the valley floor, the rubber flayed at the edges, leaving streaks that smeared the glare from his high beams into a cataract. There was a pull to the wheel, too, some old alignment issue that Vern had never gotten around to fixing. Or maybe he’d left it as a reminder: always let the road surprise you.</w:t>
      </w:r>
    </w:p>
    <w:p>
      <w:r/>
    </w:p>
    <w:p>
      <w:r/>
      <w:r>
        <w:t>He killed the lights at the mile marker and let the truck idle, coasting on memory and the faint glow of the dash. GPS was out, cell signal a rumor. Not that it mattered—he’d memorized the route from an email that deleted itself two hours after receipt. The subject line had been blank, the message a single paragraph in precise, unornamented prose: “If you’re reading this, you know the risks. Arrive before dawn. Do not bring company. Use the service road. Watch for the decoys.”</w:t>
      </w:r>
    </w:p>
    <w:p>
      <w:r/>
    </w:p>
    <w:p>
      <w:r/>
      <w:r>
        <w:t>He watched the rearview for a full minute before easing the Tacoma off the main drag, crunching over gravel so fine it sounded like he was driving on powdered glass. The trees leaned in, ancient and close, as if trying to witness the trespass. He saw the first camera before he passed it: camouflaged in a hollowed-out juniper knot, lens the size of a tick’s eye. Further on, a line of brush moved against the wind, the regularity of motion suggesting a string of microseismic sensors half-buried in the loam. Someone had gone to the trouble of painting the casings to match the local moss.</w:t>
      </w:r>
    </w:p>
    <w:p>
      <w:r/>
    </w:p>
    <w:p>
      <w:r/>
      <w:r>
        <w:t>By the time he pulled up to the clearing, the rain had slacked to a mist. The cabin stood alone at the end of a rutted drive, no lights, no sign of life. It looked new—at least, newer than the surrounding decay. Plywood sheathing painted the color of river mud, roof pitched so steep the snow couldn’t get a grip. No car in sight, but the tire tracks suggested a regular presence: always arriving, never departing.</w:t>
      </w:r>
    </w:p>
    <w:p>
      <w:r/>
    </w:p>
    <w:p>
      <w:r/>
      <w:r>
        <w:t>Nate killed the engine, let the quiet soak in. He stepped out, the cold immediate and close. He slung his pack, checked the contents one last time—journal, disc, backup drive, the burner phone, the flask with two inches of Old Grand-Dad left—and walked up the stone path.</w:t>
      </w:r>
    </w:p>
    <w:p>
      <w:r/>
    </w:p>
    <w:p>
      <w:r/>
      <w:r>
        <w:t>The bell was a button set flush in the jamb, no chime, just the faintest click when pressed. Nate waited. Nothing. He knocked, once, then twice.</w:t>
      </w:r>
    </w:p>
    <w:p>
      <w:r/>
    </w:p>
    <w:p>
      <w:r/>
      <w:r>
        <w:t>A slit opened at eye-level, a slider hidden in the grain of the door. Behind it, a pair of prescription lenses, thick enough to distort the face behind them into something aquatic.</w:t>
      </w:r>
    </w:p>
    <w:p>
      <w:r/>
    </w:p>
    <w:p>
      <w:r/>
      <w:r>
        <w:t>“Who sent you?” The voice was higher than expected, but dry. Controlled.</w:t>
      </w:r>
    </w:p>
    <w:p>
      <w:r/>
    </w:p>
    <w:p>
      <w:r/>
      <w:r>
        <w:t>“Vernon,” Nate said, risking it.</w:t>
      </w:r>
    </w:p>
    <w:p>
      <w:r/>
    </w:p>
    <w:p>
      <w:r/>
      <w:r>
        <w:t>A pause. The slider snapped shut.</w:t>
      </w:r>
    </w:p>
    <w:p>
      <w:r/>
    </w:p>
    <w:p>
      <w:r/>
      <w:r>
        <w:t>He waited. At least a minute passed. He tried the bell again. This time, the entire door vibrated, a series of mechanical whirs and a triple-clack like a deadbolt being reset three times over.</w:t>
      </w:r>
    </w:p>
    <w:p>
      <w:r/>
    </w:p>
    <w:p>
      <w:r/>
      <w:r>
        <w:t>“What’s your name?” The voice came through a mesh panel now, somewhere to the right of the door.</w:t>
      </w:r>
    </w:p>
    <w:p>
      <w:r/>
    </w:p>
    <w:p>
      <w:r/>
      <w:r>
        <w:t>“Chase.”</w:t>
      </w:r>
    </w:p>
    <w:p>
      <w:r/>
    </w:p>
    <w:p>
      <w:r/>
      <w:r>
        <w:t>“First?”</w:t>
      </w:r>
    </w:p>
    <w:p>
      <w:r/>
    </w:p>
    <w:p>
      <w:r/>
      <w:r>
        <w:t>“Nathaniel. But no one—”</w:t>
      </w:r>
    </w:p>
    <w:p>
      <w:r/>
    </w:p>
    <w:p>
      <w:r/>
      <w:r>
        <w:t>A grinding noise, then the door itself cracked just wide enough for a face to appear: thin, colorless, the hair above it prematurely gray and trimmed to a stubble. The man’s hands—small, quick, latex-gloved—kept to the edge of the opening, ready to slam it shut.</w:t>
      </w:r>
    </w:p>
    <w:p>
      <w:r/>
    </w:p>
    <w:p>
      <w:r/>
      <w:r>
        <w:t>“What do you want?” No greeting, no preamble.</w:t>
      </w:r>
    </w:p>
    <w:p>
      <w:r/>
    </w:p>
    <w:p>
      <w:r/>
      <w:r>
        <w:t>Nate smiled, easy, hands in the open. “I was told you’re the only one who’d talk.”</w:t>
      </w:r>
    </w:p>
    <w:p>
      <w:r/>
    </w:p>
    <w:p>
      <w:r/>
      <w:r>
        <w:t>The man (Dr. Chen, it had to be) squinted. “Vernon is dead.”</w:t>
      </w:r>
    </w:p>
    <w:p>
      <w:r/>
    </w:p>
    <w:p>
      <w:r/>
      <w:r>
        <w:t>“I know,” said Nate. “That’s why I’m here.”</w:t>
      </w:r>
    </w:p>
    <w:p>
      <w:r/>
    </w:p>
    <w:p>
      <w:r/>
      <w:r>
        <w:t>A second pause, longer this time. Chen’s eyes flicked past him, scanning the woods, the road, the sky.</w:t>
      </w:r>
    </w:p>
    <w:p>
      <w:r/>
    </w:p>
    <w:p>
      <w:r/>
      <w:r>
        <w:t>“Show me your wrists,” he said. It was not a request.</w:t>
      </w:r>
    </w:p>
    <w:p>
      <w:r/>
    </w:p>
    <w:p>
      <w:r/>
      <w:r>
        <w:t>Nate shrugged off his gloves, turned his arms over. The scar was visible, a ragged white slash up the right forearm from an old climbing accident.</w:t>
      </w:r>
    </w:p>
    <w:p>
      <w:r/>
    </w:p>
    <w:p>
      <w:r/>
      <w:r>
        <w:t>Chen stared, then nodded. “Inside. Quickly.”</w:t>
      </w:r>
    </w:p>
    <w:p>
      <w:r/>
    </w:p>
    <w:p>
      <w:r/>
      <w:r>
        <w:t>The entryway was a trench—shoes and boots on a grated rack, coats hung in a row by size. The air was colder than the outdoors, filtered through something that buzzed at a low, subsonic frequency. Nate caught the edge of it behind the jaw, a faint hum that suggested a running motor or a very powerful transformer.</w:t>
      </w:r>
    </w:p>
    <w:p>
      <w:r/>
    </w:p>
    <w:p>
      <w:r/>
      <w:r>
        <w:t>Chen closed the door behind them, locking it with a three-step sequence that required both hands and a numeric pad. He peeled the gloves, tossing them into a lined trash bin, then ushered Nate into the main room with a curt, “Sit.”</w:t>
      </w:r>
    </w:p>
    <w:p>
      <w:r/>
    </w:p>
    <w:p>
      <w:r/>
      <w:r>
        <w:t>The living area was an operational zone, not a place for comfort: maps stapled to the walls, red yarn tacked between points, stacks of notebooks and loose paper jammed into crates. A rolling whiteboard stood by the window, every inch of it covered in equations and flowcharts. A folding table in the middle held the real eye-catcher: a portable spectrometer, a stack of high-resolution satellite images, and a glass dome that shielded a chunk of black glass the size of a hockey puck.</w:t>
      </w:r>
    </w:p>
    <w:p>
      <w:r/>
    </w:p>
    <w:p>
      <w:r/>
      <w:r>
        <w:t>Chen didn’t sit. He circled the table, eyes never leaving Nate. “How did you find me?”</w:t>
      </w:r>
    </w:p>
    <w:p>
      <w:r/>
    </w:p>
    <w:p>
      <w:r/>
      <w:r>
        <w:t>“Vernon left notes,” said Nate. “I followed the paper.”</w:t>
      </w:r>
    </w:p>
    <w:p>
      <w:r/>
    </w:p>
    <w:p>
      <w:r/>
      <w:r>
        <w:t>“Paper can be forged.” Chen’s gaze was sharp, hawk-like, but the hands betrayed him: they fluttered at the edges of his lab coat, always in motion.</w:t>
      </w:r>
    </w:p>
    <w:p>
      <w:r/>
    </w:p>
    <w:p>
      <w:r/>
      <w:r>
        <w:t>“He mentioned the Bishop sequence,” Nate tried, remembering the word from the journal. “You sent him a proof last February. It came in a manila envelope, postmarked Medford. You used ‘PS’ to mean ‘phase shift,’ not ‘postscript.’ Vernon circled it and wrote, ‘Classic Marcus.’”</w:t>
      </w:r>
    </w:p>
    <w:p>
      <w:r/>
    </w:p>
    <w:p>
      <w:r/>
      <w:r>
        <w:t>That landed. Chen’s lips drew into a line, but the eyes softened a degree. “He always said I was careless.” He circled the table again, then stopped at the glass dome.</w:t>
      </w:r>
    </w:p>
    <w:p>
      <w:r/>
    </w:p>
    <w:p>
      <w:r/>
      <w:r>
        <w:t>Nate waited, letting the scientist set the terms.</w:t>
      </w:r>
    </w:p>
    <w:p>
      <w:r/>
    </w:p>
    <w:p>
      <w:r/>
      <w:r>
        <w:t>“What did he tell you?” Chen finally asked.</w:t>
      </w:r>
    </w:p>
    <w:p>
      <w:r/>
    </w:p>
    <w:p>
      <w:r/>
      <w:r>
        <w:t>“Not enough.” Nate kept it honest. “I know about the field lines. The nodes. The well.”</w:t>
      </w:r>
    </w:p>
    <w:p>
      <w:r/>
    </w:p>
    <w:p>
      <w:r/>
      <w:r>
        <w:t>Chen actually smiled at that, quick and nervous. “Everyone thinks they know about the well.”</w:t>
      </w:r>
    </w:p>
    <w:p>
      <w:r/>
    </w:p>
    <w:p>
      <w:r/>
      <w:r>
        <w:t>“Do they?” Nate countered.</w:t>
      </w:r>
    </w:p>
    <w:p>
      <w:r/>
    </w:p>
    <w:p>
      <w:r/>
      <w:r>
        <w:t>Chen’s expression darkened. “If they did, they’d never have gone looking.”</w:t>
      </w:r>
    </w:p>
    <w:p>
      <w:r/>
    </w:p>
    <w:p>
      <w:r/>
      <w:r>
        <w:t>He pulled a chair, finally, and sat across from Nate, the table between them a neat demilitarized zone. “You brought the disc?” he asked, nodding at the pack.</w:t>
      </w:r>
    </w:p>
    <w:p>
      <w:r/>
    </w:p>
    <w:p>
      <w:r/>
      <w:r>
        <w:t>Nate unzipped, pulled the foam-wrapped cylinder, set it on the table.</w:t>
      </w:r>
    </w:p>
    <w:p>
      <w:r/>
    </w:p>
    <w:p>
      <w:r/>
      <w:r>
        <w:t>Chen’s hands hovered above it, then darted in, precise and surgical. He rolled it between his palms, checking weight, the etching, the points where the spiral broke and resumed. His face was half-exultant, half-terrified.</w:t>
      </w:r>
    </w:p>
    <w:p>
      <w:r/>
    </w:p>
    <w:p>
      <w:r/>
      <w:r>
        <w:t>“I haven’t seen one intact in years,” he said, voice hushed.</w:t>
      </w:r>
    </w:p>
    <w:p>
      <w:r/>
    </w:p>
    <w:p>
      <w:r/>
      <w:r>
        <w:t>“There are others?”</w:t>
      </w:r>
    </w:p>
    <w:p>
      <w:r/>
    </w:p>
    <w:p>
      <w:r/>
      <w:r>
        <w:t>“In theory. They called them the twins.”</w:t>
      </w:r>
    </w:p>
    <w:p>
      <w:r/>
    </w:p>
    <w:p>
      <w:r/>
      <w:r>
        <w:t>Nate remembered Abby’s word for it, the legend. He watched as Chen lined up the disc beside the one under the glass dome. The two were similar—same diameter, same etched spiral—but Chen’s was fractured, a hairline split running through the groove.</w:t>
      </w:r>
    </w:p>
    <w:p>
      <w:r/>
    </w:p>
    <w:p>
      <w:r/>
      <w:r>
        <w:t>“You want the coffee?” Chen asked, without looking up. “It’s mostly chicory.”</w:t>
      </w:r>
    </w:p>
    <w:p>
      <w:r/>
    </w:p>
    <w:p>
      <w:r/>
      <w:r>
        <w:t>Nate nodded. Chen poured two cups from a battered thermos, handed one over, then set the other by his own elbow, untouched.</w:t>
      </w:r>
    </w:p>
    <w:p>
      <w:r/>
    </w:p>
    <w:p>
      <w:r/>
      <w:r>
        <w:t>For a few minutes, they just sat, the hum of the air filter the only sound.</w:t>
      </w:r>
    </w:p>
    <w:p>
      <w:r/>
    </w:p>
    <w:p>
      <w:r/>
      <w:r>
        <w:t>Finally, Nate said, “Vernon’s dead. Caleb Calloway is missing. I think you’re next, unless you tell me what the hell is happening.”</w:t>
      </w:r>
    </w:p>
    <w:p>
      <w:r/>
    </w:p>
    <w:p>
      <w:r/>
      <w:r>
        <w:t>That got a reaction. Chen’s eyes bugged behind the thick lenses, and he let out a sound that might have been a laugh or the start of a panic attack.</w:t>
      </w:r>
    </w:p>
    <w:p>
      <w:r/>
    </w:p>
    <w:p>
      <w:r/>
      <w:r>
        <w:t>“Typical,” he said. “Vernon always thought with his heart. Caleb… too clever for his own good. And now me.” He sipped the coffee, then set it down, hands pressed flat to the table.</w:t>
      </w:r>
    </w:p>
    <w:p>
      <w:r/>
    </w:p>
    <w:p>
      <w:r/>
      <w:r>
        <w:t>“They want the network,” Chen said, voice low.</w:t>
      </w:r>
    </w:p>
    <w:p>
      <w:r/>
    </w:p>
    <w:p>
      <w:r/>
      <w:r>
        <w:t>“Caldwell?” Nate guessed.</w:t>
      </w:r>
    </w:p>
    <w:p>
      <w:r/>
    </w:p>
    <w:p>
      <w:r/>
      <w:r>
        <w:t>Chen nodded, but kept his eyes on the discs. “They funded the research, but only so they could weaponize the result. I thought—at first, I thought it was benign. Mapping energy flows. Geological resonance. The rest was just fairy tales.” He tapped the disc, once, a sharp click. “Then Vernon found the classified docs. The real plan.”</w:t>
      </w:r>
    </w:p>
    <w:p>
      <w:r/>
    </w:p>
    <w:p>
      <w:r/>
      <w:r>
        <w:t>Nate leaned in. “Which was?”</w:t>
      </w:r>
    </w:p>
    <w:p>
      <w:r/>
    </w:p>
    <w:p>
      <w:r/>
      <w:r>
        <w:t>“To collapse the node,” Chen said, flat. “To see what would happen if you forced the spiral to close on itself.”</w:t>
      </w:r>
    </w:p>
    <w:p>
      <w:r/>
    </w:p>
    <w:p>
      <w:r/>
      <w:r>
        <w:t>Nate didn’t like the sound of that. “What happens?”</w:t>
      </w:r>
    </w:p>
    <w:p>
      <w:r/>
    </w:p>
    <w:p>
      <w:r/>
      <w:r>
        <w:t>Chen met his eyes, then looked away. “At a minimum? Localized devastation. Magnetic storm, maybe a permanent electromagnetic anomaly. But if you hit the right node—” He swallowed, hard. “Vernon thought it would destabilize the entire chain. A domino effect. Energy systems don’t like feedback loops.”</w:t>
      </w:r>
    </w:p>
    <w:p>
      <w:r/>
    </w:p>
    <w:p>
      <w:r/>
      <w:r>
        <w:t>“Why do it?” Nate asked, trying to keep the disbelief out of his tone.</w:t>
      </w:r>
    </w:p>
    <w:p>
      <w:r/>
    </w:p>
    <w:p>
      <w:r/>
      <w:r>
        <w:t>Chen laughed again, a sound like a blade hitting a tuning fork. “Because Caldwell wants proof of concept. Because if they can turn a mountain into a weapon, every other research team in the world will beg to catch up.”</w:t>
      </w:r>
    </w:p>
    <w:p>
      <w:r/>
    </w:p>
    <w:p>
      <w:r/>
      <w:r>
        <w:t>The two men sat in the hum for a while. Chen kept turning the disc, hands never still.</w:t>
      </w:r>
    </w:p>
    <w:p>
      <w:r/>
    </w:p>
    <w:p>
      <w:r/>
      <w:r>
        <w:t>“You know they’ll be coming,” he said finally, his voice suddenly soft. “For you, for me, for the artifact. Caldwell never lets a loose end walk.”</w:t>
      </w:r>
    </w:p>
    <w:p>
      <w:r/>
    </w:p>
    <w:p>
      <w:r/>
      <w:r>
        <w:t>Nate sipped his coffee, the taste burnt and sharp. “That’s why I brought a backup,” he said, reaching into his jacket for the flask.</w:t>
      </w:r>
    </w:p>
    <w:p>
      <w:r/>
    </w:p>
    <w:p>
      <w:r/>
      <w:r>
        <w:t>Chen smiled, tragic. “Not enough. But it helps.”</w:t>
      </w:r>
    </w:p>
    <w:p>
      <w:r/>
    </w:p>
    <w:p>
      <w:r/>
      <w:r>
        <w:t>The rain had picked up outside, tracing lines down the window. Nate watched the droplets for a while, then asked, “You got a plan?”</w:t>
      </w:r>
    </w:p>
    <w:p>
      <w:r/>
    </w:p>
    <w:p>
      <w:r/>
      <w:r>
        <w:t>Chen looked at him, then at the map-covered wall. “Plans are for people who expect to win. I’m just hoping to survive the week.”</w:t>
      </w:r>
    </w:p>
    <w:p>
      <w:r/>
    </w:p>
    <w:p>
      <w:r/>
      <w:r>
        <w:t>He handed Nate the broken disc, weighing it in his hand. “Show Abby. She’ll understand the risk. And if you get to the next node first, don’t try to activate it. Not without the pair.”</w:t>
      </w:r>
    </w:p>
    <w:p>
      <w:r/>
    </w:p>
    <w:p>
      <w:r/>
      <w:r>
        <w:t>Nate tucked the disc into his bag, nodded. “What about you?”</w:t>
      </w:r>
    </w:p>
    <w:p>
      <w:r/>
    </w:p>
    <w:p>
      <w:r/>
      <w:r>
        <w:t>“I’ll stay until the power goes out,” said Chen, with a kind of resigned pride. “Then I’ll run like hell.”</w:t>
      </w:r>
    </w:p>
    <w:p>
      <w:r/>
    </w:p>
    <w:p>
      <w:r/>
      <w:r>
        <w:t>Nate stood, hoisted his pack. At the door, Chen stopped him with a hand on the shoulder. The touch was feather-light, but it landed with more force than any threat.</w:t>
      </w:r>
    </w:p>
    <w:p>
      <w:r/>
    </w:p>
    <w:p>
      <w:r/>
      <w:r>
        <w:t>“Tell her I’m sorry,” Chen said. “For everything.”</w:t>
      </w:r>
    </w:p>
    <w:p>
      <w:r/>
    </w:p>
    <w:p>
      <w:r/>
      <w:r>
        <w:t>Nate nodded, then stepped into the rain, the mountain’s hush swallowing the closing of the door behind him.</w:t>
      </w:r>
    </w:p>
    <w:p>
      <w:r/>
    </w:p>
    <w:p>
      <w:r/>
      <w:r>
        <w:t>As he started the truck, he wondered if this would be the last time he saw a friendly face. He checked the mirrors, expecting headlights. There were none.</w:t>
      </w:r>
    </w:p>
    <w:p>
      <w:r/>
    </w:p>
    <w:p>
      <w:r/>
      <w:r>
        <w:t>But on the dashboard, tucked under the wipers, was a slip of paper, already soaked. It read, in a tight, frantic hand:</w:t>
      </w:r>
    </w:p>
    <w:p>
      <w:r/>
    </w:p>
    <w:p>
      <w:r/>
    </w:p>
    <w:p>
      <w:r/>
      <w:r>
        <w:t>He started the Tacoma and did exactly that.</w:t>
      </w:r>
    </w:p>
    <w:p>
      <w:r/>
    </w:p>
    <w:p>
      <w:r/>
    </w:p>
    <w:p>
      <w:r/>
      <w:r>
        <w:t># Scene 2</w:t>
      </w:r>
    </w:p>
    <w:p>
      <w:r/>
    </w:p>
    <w:p>
      <w:r/>
      <w:r>
        <w:t>Inside the cabin, the temperature hovered just above freezing, but the atmosphere was electrical—shot through with the static of too many sleepless years spent watching for the end of the world. Nate’s boots left a thin trail of melt as he stepped from the threshold into what could charitably be called a living room. The wall opposite the door was papered with maps, some geological, others military surplus, each held by a madman’s geometry of pushpins and color-coded string. Black-and-white newsprint cuttings were pinned with equal gravity next to copies of scientific diagrams, some marked up in pencil, others annotated in a sharp, irritable hand.</w:t>
      </w:r>
    </w:p>
    <w:p>
      <w:r/>
    </w:p>
    <w:p>
      <w:r/>
      <w:r>
        <w:t>To the left, under a tiny window, a battered desk served as the control center. On it, a laptop hummed beneath a metal mesh hood, the sort of jury-rigged Faraday cage you built if you didn’t just want to stop the government from listening in, but actively planned to outwit them. There were three cell phones, each from a different decade, none of them newer than 2005. A row of cheap weather sensors blinked from a shelf above, their digital faces outnumbering the actual people in the room.</w:t>
      </w:r>
    </w:p>
    <w:p>
      <w:r/>
    </w:p>
    <w:p>
      <w:r/>
      <w:r>
        <w:t>Dr. Chen moved in straight lines, never pivoting at the waist, always turning his whole body like a lizard. He wore a thin blue turtleneck and what looked like hospital scrub pants; his feet were bare, the nails clipped to a monk’s discipline. He checked the window for the third time in five minutes, then the battery readout on the laptop, then the old-school mechanical wall clock, then the window again. Between each step he measured Nate with quick, snatching glances, as if recalibrating a model for attack or retreat.</w:t>
      </w:r>
    </w:p>
    <w:p>
      <w:r/>
    </w:p>
    <w:p>
      <w:r/>
      <w:r>
        <w:t>“So. Vernon sent you,” Chen said, the words carefully devoid of any emotion.</w:t>
      </w:r>
    </w:p>
    <w:p>
      <w:r/>
    </w:p>
    <w:p>
      <w:r/>
      <w:r>
        <w:t>“Not exactly,” said Nate. “He’s gone. Left me the field book and instructions to find you. Said you’d know how to finish the job.”</w:t>
      </w:r>
    </w:p>
    <w:p>
      <w:r/>
    </w:p>
    <w:p>
      <w:r/>
      <w:r>
        <w:t>At this, Chen made a sharp sound—too soft for a laugh, too bitter for a cough. “Typical Vernon. Outsource the endgame and disappear into legend.” He hesitated, then gestured at the only other chair: a wire-and-vinyl contraption that looked like it had been rescued from the curb on bulk trash day.</w:t>
      </w:r>
    </w:p>
    <w:p>
      <w:r/>
    </w:p>
    <w:p>
      <w:r/>
      <w:r>
        <w:t>Nate sat, careful to leave his hands visible. He placed the field book and the obsidian disc on the table between them. Chen’s eyes caught on the disc immediately; his breath hitched, then steadied. He didn’t reach for it, not at first.</w:t>
      </w:r>
    </w:p>
    <w:p>
      <w:r/>
    </w:p>
    <w:p>
      <w:r/>
      <w:r>
        <w:t>“You should not have brought that,” Chen whispered, voice suddenly so low Nate had to lean in to hear. “Especially not here.”</w:t>
      </w:r>
    </w:p>
    <w:p>
      <w:r/>
    </w:p>
    <w:p>
      <w:r/>
      <w:r>
        <w:t>“I thought you needed it,” Nate countered.</w:t>
      </w:r>
    </w:p>
    <w:p>
      <w:r/>
    </w:p>
    <w:p>
      <w:r/>
      <w:r>
        <w:t>Chen shook his head, a sharp negative. “I need a ticket out, not a death sentence.”</w:t>
      </w:r>
    </w:p>
    <w:p>
      <w:r/>
    </w:p>
    <w:p>
      <w:r/>
      <w:r>
        <w:t>For a moment, Nate considered pushing, but he watched the way Chen’s gaze flicked to the field book, lingered on the elastic band that kept it shut. There was history there—a kind of intimacy between men who had shared a secret for so long it had warped their sense of right and wrong.</w:t>
      </w:r>
    </w:p>
    <w:p>
      <w:r/>
    </w:p>
    <w:p>
      <w:r/>
      <w:r>
        <w:t>“Vernon said you’d know what to do with the disc,” Nate tried. “And that the organization was moving faster than he could keep up.”</w:t>
      </w:r>
    </w:p>
    <w:p>
      <w:r/>
    </w:p>
    <w:p>
      <w:r/>
      <w:r>
        <w:t>Now Chen did reach for the journal. His hands shook as he undid the elastic and flipped the pages. He skimmed, not reading so much as verifying the existence of certain diagrams and marginalia. At page seventeen he stopped, tapped his finger at a doodle in the margin—a helix intersected by a triangle.</w:t>
      </w:r>
    </w:p>
    <w:p>
      <w:r/>
    </w:p>
    <w:p>
      <w:r/>
      <w:r>
        <w:t>“He drew this during the Caldera project,” Chen said, almost to himself. “We used to joke that the only thing more dangerous than a dormant volcano was a scientist with tenure.”</w:t>
      </w:r>
    </w:p>
    <w:p>
      <w:r/>
    </w:p>
    <w:p>
      <w:r/>
      <w:r>
        <w:t>Nate watched the emotion play across the other man’s face. It started as nostalgia, or maybe guilt, then turned quickly into something else—a kind of professional horror at the irreversibility of what they’d started.</w:t>
      </w:r>
    </w:p>
    <w:p>
      <w:r/>
    </w:p>
    <w:p>
      <w:r/>
      <w:r>
        <w:t>“Vernon told me about the well,” Nate said. “But not what happens if someone else gets control of the system.”</w:t>
      </w:r>
    </w:p>
    <w:p>
      <w:r/>
    </w:p>
    <w:p>
      <w:r/>
      <w:r>
        <w:t>Chen shut the journal, staring at the table for a long time. “I was an idealist,” he said, voice gone dry as chalk. “We all were. They hired us on the premise of pure research: resonance mapping, harmonics of the earth’s magnetic field, the possibility of sustainable energy from ancient geologic anomalies.”</w:t>
      </w:r>
    </w:p>
    <w:p>
      <w:r/>
    </w:p>
    <w:p>
      <w:r/>
      <w:r>
        <w:t>He smiled, but it was empty. “Caldwell has a genius for finding men like Vernon. Like me. He knows exactly what lies to tell, and how much budget to attach to each one.”</w:t>
      </w:r>
    </w:p>
    <w:p>
      <w:r/>
    </w:p>
    <w:p>
      <w:r/>
      <w:r>
        <w:t>“So it was never about research,” Nate said, not bothering to hide the disappointment.</w:t>
      </w:r>
    </w:p>
    <w:p>
      <w:r/>
    </w:p>
    <w:p>
      <w:r/>
      <w:r>
        <w:t>Chen snorted. “If you’d seen the size of the grants, you wouldn’t even have to ask. They want to weaponize the network, yes. But it’s not as simple as ‘build a bomb, detonate, profit.’ It’s more elegant than that. More... destructive, in a way even the Pentagon doesn’t have a word for yet.”</w:t>
      </w:r>
    </w:p>
    <w:p>
      <w:r/>
    </w:p>
    <w:p>
      <w:r/>
      <w:r>
        <w:t>He pushed the obsidian disc with one finger, the movement both possessive and fearful. “These are keys. They tune the resonance. You can use them to amplify the field, or—if you’re a monster—to trigger an avalanche of energy in the crust itself. Old myths called it an echo, but in physics it’s a positive feedback event. You could level a city, a state, maybe a continent.”</w:t>
      </w:r>
    </w:p>
    <w:p>
      <w:r/>
    </w:p>
    <w:p>
      <w:r/>
      <w:r>
        <w:t>Nate felt the shape of the implication, the way a headache comes on before you realize it’s there. “Vernon tried to stop it.”</w:t>
      </w:r>
    </w:p>
    <w:p>
      <w:r/>
    </w:p>
    <w:p>
      <w:r/>
      <w:r>
        <w:t>“Of course,” Chen said. “But Caldwell doesn’t need the original team anymore. He’s got his own people now—smart, ruthless, paid to keep secrets and ignore the body count.”</w:t>
      </w:r>
    </w:p>
    <w:p>
      <w:r/>
    </w:p>
    <w:p>
      <w:r/>
      <w:r>
        <w:t>For a while they sat in the hum of the cabin’s electronics. Chen kept drinking from a battered steel flask, refilling it from a bottle he produced from a cubby under the desk. He offered none to Nate, not from malice but from the assumption that Nate knew better than to dull his edge in this company.</w:t>
      </w:r>
    </w:p>
    <w:p>
      <w:r/>
    </w:p>
    <w:p>
      <w:r/>
      <w:r>
        <w:t>“You should go,” Chen said at last, his hands visibly shaking now. “Take the book, take the disc, burn them both. Leave the state. If you’re lucky, Caldwell will find some other project to amuse himself with, and you’ll live to see the next software update.”</w:t>
      </w:r>
    </w:p>
    <w:p>
      <w:r/>
    </w:p>
    <w:p>
      <w:r/>
      <w:r>
        <w:t>Nate did not move. “I can’t. Abby and I—she’s part of this too now. We’re already on their list.”</w:t>
      </w:r>
    </w:p>
    <w:p>
      <w:r/>
    </w:p>
    <w:p>
      <w:r/>
      <w:r>
        <w:t>Chen’s eyes closed, a long blink, then reopened. “Sarah’s granddaughter,” he said, as if remembering a half-forgotten obligation. “She was always the only one with the moral sense to run from this.”</w:t>
      </w:r>
    </w:p>
    <w:p>
      <w:r/>
    </w:p>
    <w:p>
      <w:r/>
      <w:r>
        <w:t>“Not anymore,” said Nate. “She’s in deeper than she knows.”</w:t>
      </w:r>
    </w:p>
    <w:p>
      <w:r/>
    </w:p>
    <w:p>
      <w:r/>
      <w:r>
        <w:t>“Then she’s already lost,” said Chen. “Or worse, she’ll become exactly the thing she’s fighting.”</w:t>
      </w:r>
    </w:p>
    <w:p>
      <w:r/>
    </w:p>
    <w:p>
      <w:r/>
      <w:r>
        <w:t>He stood, pacing the length of the room, checking his sensors again. He stopped at the window, peering through the glare.</w:t>
      </w:r>
    </w:p>
    <w:p>
      <w:r/>
    </w:p>
    <w:p>
      <w:r/>
      <w:r>
        <w:t>“They have assets everywhere. Not just the locals—private contractors, federal agents, maybe even the Russians. It’s an open secret in the right circles. If you’re not paranoid, you’re not paying attention.”</w:t>
      </w:r>
    </w:p>
    <w:p>
      <w:r/>
    </w:p>
    <w:p>
      <w:r/>
      <w:r>
        <w:t>He glanced at a blinking LED on the far wall—a motion detector, Nate realized, its angle set to cover the approach from the woods. “This place is compromised,” Chen said, quietly. “Has been since the day after Vernon died. If they want you, they’ll already know you’re here.”</w:t>
      </w:r>
    </w:p>
    <w:p>
      <w:r/>
    </w:p>
    <w:p>
      <w:r/>
      <w:r>
        <w:t>“So what do I do?” asked Nate, the question raw.</w:t>
      </w:r>
    </w:p>
    <w:p>
      <w:r/>
    </w:p>
    <w:p>
      <w:r/>
      <w:r>
        <w:t>Chen turned, finally meeting his gaze with a scientist’s resolve. “Finish the sequence. But don’t try to control the outcome. Destroy the keys if you have to, even if it means walking away from everything you love.”</w:t>
      </w:r>
    </w:p>
    <w:p>
      <w:r/>
    </w:p>
    <w:p>
      <w:r/>
      <w:r>
        <w:t>He handed the journal back to Nate, then wrapped the disc in a layer of foil from a battered roll, sealing it tight before slipping it into the smallest pocket of Nate’s bag.</w:t>
      </w:r>
    </w:p>
    <w:p>
      <w:r/>
    </w:p>
    <w:p>
      <w:r/>
      <w:r>
        <w:t>“Take the next node offline,” Chen said. “It’s the only way.”</w:t>
      </w:r>
    </w:p>
    <w:p>
      <w:r/>
    </w:p>
    <w:p>
      <w:r/>
      <w:r>
        <w:t>“Which node?” asked Nate.</w:t>
      </w:r>
    </w:p>
    <w:p>
      <w:r/>
    </w:p>
    <w:p>
      <w:r/>
      <w:r>
        <w:t>Chen tapped the map wall, finger landing on a latitude/longitude line drawn in blood-red sharpie. “Wizard Island,” he said. “That’s where Vernon’s last experiment ran. That’s where it ends, one way or another.”</w:t>
      </w:r>
    </w:p>
    <w:p>
      <w:r/>
    </w:p>
    <w:p>
      <w:r/>
      <w:r>
        <w:t>A sound from outside—the crack of a branch, sharp as a gunshot—made both men freeze. Chen’s hands shot to the laptop, pulling it under the Faraday hood.</w:t>
      </w:r>
    </w:p>
    <w:p>
      <w:r/>
    </w:p>
    <w:p>
      <w:r/>
      <w:r>
        <w:t>“Go,” he hissed. “Now. Out the back. Don’t stop, don’t look back.”</w:t>
      </w:r>
    </w:p>
    <w:p>
      <w:r/>
    </w:p>
    <w:p>
      <w:r/>
      <w:r>
        <w:t>Nate grabbed his gear, adrenaline burning away the cold in his blood. He paused, just long enough to lock eyes with Chen, who was already packing his own escape bag with a speed that spoke of much practice.</w:t>
      </w:r>
    </w:p>
    <w:p>
      <w:r/>
    </w:p>
    <w:p>
      <w:r/>
      <w:r>
        <w:t>“Good luck, Dr. Chen,” Nate said.</w:t>
      </w:r>
    </w:p>
    <w:p>
      <w:r/>
    </w:p>
    <w:p>
      <w:r/>
      <w:r>
        <w:t>Chen did not answer. He was already gone, a ghost of a man consumed by the logic of survival.</w:t>
      </w:r>
    </w:p>
    <w:p>
      <w:r/>
    </w:p>
    <w:p>
      <w:r/>
      <w:r>
        <w:t>Nate slipped out the back, boots silent in the mud, the wind and the storm and the history of two dead men closing behind him as he ran.</w:t>
      </w:r>
    </w:p>
    <w:p>
      <w:r/>
    </w:p>
    <w:p>
      <w:r/>
    </w:p>
    <w:p>
      <w:r/>
      <w:r>
        <w:t># Scene 3</w:t>
      </w:r>
    </w:p>
    <w:p>
      <w:r/>
    </w:p>
    <w:p>
      <w:r/>
      <w:r>
        <w:t>Chen waited for him on the other side, already two rooms deeper into the cabin, his hands shoved into his pockets as if anchoring himself to the earth. When Nate caught up, he found the scientist standing at the base of a flight of rickety stairs—plywood, braced against cinder block—leading down into darkness.</w:t>
      </w:r>
    </w:p>
    <w:p>
      <w:r/>
    </w:p>
    <w:p>
      <w:r/>
      <w:r>
        <w:t>The air changed as they descended. It wasn’t just the cold or the moldy tang that announced a true basement, but the sudden absence of all sound from the world above. Nate had the strange, childlike sensation of being submerged, like the mountain itself was closing in behind him.</w:t>
      </w:r>
    </w:p>
    <w:p>
      <w:r/>
    </w:p>
    <w:p>
      <w:r/>
      <w:r>
        <w:t>At the bottom of the stairs, Chen flipped a breaker, and a line of bare bulbs stuttered to life. The first thing Nate saw was the size of the place: not just a crawlspace, but a warren of concrete vaults, each with its own purpose. On the nearest bench, a spectrum analyzer blinked to itself, next to a half-disassembled laptop whose circuit boards bristled with wires like the quills of a distressed animal. Further along, a stack of car batteries, all linked in parallel by a rat’s nest of jumper cables, ran to a junction box hung with more digital sensors.</w:t>
      </w:r>
    </w:p>
    <w:p>
      <w:r/>
    </w:p>
    <w:p>
      <w:r/>
      <w:r>
        <w:t>Against the far wall, what looked at first like a chessboard turned out to be a grid of overlapping satellite maps, each printed in a different wavelength—thermal, infrared, magnetics. The patterns were unmistakable even to an amateur: every major city, every old volcano, every intersection of fault lines marked and cross-referenced. There were pins and tape flags, but also annotations scrawled directly onto the concrete in what might have been black Sharpie or, in the lower left quadrant, something that looked suspiciously like dried blood.</w:t>
      </w:r>
    </w:p>
    <w:p>
      <w:r/>
    </w:p>
    <w:p>
      <w:r/>
      <w:r>
        <w:t>Chen crossed to a battered file cabinet, opened the top drawer, and pulled a manila folder thick with photographs and photocopies. He handed it to Nate, who opened the top flap and found himself staring at an eight-by-ten close-up of a petroglyph—almost identical to the one carved into the disc, except this one was carved into the exposed face of a glacial erratic, the background a field of snow.</w:t>
      </w:r>
    </w:p>
    <w:p>
      <w:r/>
    </w:p>
    <w:p>
      <w:r/>
      <w:r>
        <w:t>“Kamchatka,” Chen said. “But you find the same pattern in Peru, in Zimbabwe, in half a dozen sites in the American west. All on the same line.”</w:t>
      </w:r>
    </w:p>
    <w:p>
      <w:r/>
    </w:p>
    <w:p>
      <w:r/>
      <w:r>
        <w:t>“Ley lines,” Nate said, not without irony.</w:t>
      </w:r>
    </w:p>
    <w:p>
      <w:r/>
    </w:p>
    <w:p>
      <w:r/>
      <w:r>
        <w:t>Chen smiled, but his eyes were bleak. “Call it what you want. The locals always had a better name for it: the blood of the world. All our work just put numbers to the legend.”</w:t>
      </w:r>
    </w:p>
    <w:p>
      <w:r/>
    </w:p>
    <w:p>
      <w:r/>
      <w:r>
        <w:t>He fanned the next few photos across the workbench: drone shots of Wizard Island, annotated with overlays in blue and red; a printout of ground-penetrating radar showing a cavity under the lake, spiral-shaped and far larger than any lava tube had a right to be.</w:t>
      </w:r>
    </w:p>
    <w:p>
      <w:r/>
    </w:p>
    <w:p>
      <w:r/>
      <w:r>
        <w:t>“Caldwell didn’t just fund us,” Chen said, pacing as he spoke. “He embedded a full NSA team in our field ops. They had access to satellites we’d never even heard of. The moment we hit a node with a measurable pulse, they would show up—take the readings, take the gear, sometimes take the researchers. We started calling them ‘cleaners’.”</w:t>
      </w:r>
    </w:p>
    <w:p>
      <w:r/>
    </w:p>
    <w:p>
      <w:r/>
      <w:r>
        <w:t>Nate processed this, flipping through the photos until he found a familiar face: Vernon, younger, hairline not yet surrendered, smiling at the camera as if everything in the world was still possible.</w:t>
      </w:r>
    </w:p>
    <w:p>
      <w:r/>
    </w:p>
    <w:p>
      <w:r/>
      <w:r>
        <w:t>“That was the last summer he looked happy,” Chen said, voice gone thin. “He found the military directive—an honest-to-god, top-secret printout left in a copier by one of the ‘cleaners.’ It described a weapons test at Crater Lake. Not just seismic, but targeted electromagnetic disruption. He confronted Caldwell. Three days later, his heart stopped.”</w:t>
      </w:r>
    </w:p>
    <w:p>
      <w:r/>
    </w:p>
    <w:p>
      <w:r/>
      <w:r>
        <w:t>Nate kept his eyes on the photo. “You think it was murder.”</w:t>
      </w:r>
    </w:p>
    <w:p>
      <w:r/>
    </w:p>
    <w:p>
      <w:r/>
      <w:r>
        <w:t>Chen looked at him, a cold surprise. “I know it was. Vernon had no heart problems. The autopsy was done by a Caldwell consultant. Every copy of the report redacted, including the one sent to his family.”</w:t>
      </w:r>
    </w:p>
    <w:p>
      <w:r/>
    </w:p>
    <w:p>
      <w:r/>
      <w:r>
        <w:t>“Abby doesn’t know,” Nate said. “She still thinks he just... died.”</w:t>
      </w:r>
    </w:p>
    <w:p>
      <w:r/>
    </w:p>
    <w:p>
      <w:r/>
      <w:r>
        <w:t>“She will soon enough,” said Chen, without comfort. “Unless you both get very far away, very fast.”</w:t>
      </w:r>
    </w:p>
    <w:p>
      <w:r/>
    </w:p>
    <w:p>
      <w:r/>
      <w:r>
        <w:t>The basement grew smaller the longer they stood in it. Chen’s pacing accelerated, his voice dropping to a whisper even though there was no one else for miles.</w:t>
      </w:r>
    </w:p>
    <w:p>
      <w:r/>
    </w:p>
    <w:p>
      <w:r/>
      <w:r>
        <w:t>“Caleb Calloway?” Nate prompted. “He went missing, too.”</w:t>
      </w:r>
    </w:p>
    <w:p>
      <w:r/>
    </w:p>
    <w:p>
      <w:r/>
      <w:r>
        <w:t>“Recruited,” Chen said, bitterness overflowing. “They used him to finish Vernon’s work. I have reason to believe he’s still alive. I also have reason to believe he’s not acting of his own free will.”</w:t>
      </w:r>
    </w:p>
    <w:p>
      <w:r/>
    </w:p>
    <w:p>
      <w:r/>
      <w:r>
        <w:t>Nate felt his jaw clench. “Where is he?”</w:t>
      </w:r>
    </w:p>
    <w:p>
      <w:r/>
    </w:p>
    <w:p>
      <w:r/>
      <w:r>
        <w:t>“Last confirmed sighting, Jackson County. But after the ‘cleaners’ caught up with him, every trace disappears. He’s probably underground, in every sense of the word.”</w:t>
      </w:r>
    </w:p>
    <w:p>
      <w:r/>
    </w:p>
    <w:p>
      <w:r/>
      <w:r>
        <w:t>Nate studied the room, the data, the wall of calculations that might, in saner hands, be enough to save the world. “So what’s the plan?” he said, echoing Chen’s earlier words.</w:t>
      </w:r>
    </w:p>
    <w:p>
      <w:r/>
    </w:p>
    <w:p>
      <w:r/>
      <w:r>
        <w:t>Chen laughed, a bright and hopeless sound. “I already told you: survive. But if you’re asking about the science, it’s simple. You have to bring the two keys together at the right node. Then destroy them. If you’re lucky, it will deaden the network for a century. Maybe two.”</w:t>
      </w:r>
    </w:p>
    <w:p>
      <w:r/>
    </w:p>
    <w:p>
      <w:r/>
      <w:r>
        <w:t>“And if we’re not lucky?”</w:t>
      </w:r>
    </w:p>
    <w:p>
      <w:r/>
    </w:p>
    <w:p>
      <w:r/>
      <w:r>
        <w:t>Chen shrugged. “Chain reaction. The resonance jumps the next node, and so on, until the earth’s crust is stitched with a live wire.”</w:t>
      </w:r>
    </w:p>
    <w:p>
      <w:r/>
    </w:p>
    <w:p>
      <w:r/>
      <w:r>
        <w:t>Nate let that settle, the way bad news always does. He realized then that he was gripping the folder so hard his knuckles ached.</w:t>
      </w:r>
    </w:p>
    <w:p>
      <w:r/>
    </w:p>
    <w:p>
      <w:r/>
      <w:r>
        <w:t>From the shelf above the bench, Chen produced a cheap USB flash drive, wrapped in a strip of tinfoil, and pressed it into Nate’s hand. “Every log, every frequency, every field reading we ever took. It won’t stop them, but it might help you stay ahead for a while.”</w:t>
      </w:r>
    </w:p>
    <w:p>
      <w:r/>
    </w:p>
    <w:p>
      <w:r/>
      <w:r>
        <w:t>Nate pocketed it, nodding his thanks.</w:t>
      </w:r>
    </w:p>
    <w:p>
      <w:r/>
    </w:p>
    <w:p>
      <w:r/>
      <w:r>
        <w:t>Upstairs, a thump. Not loud, but deliberate, like a footstep on hollow wood. Both men froze.</w:t>
      </w:r>
    </w:p>
    <w:p>
      <w:r/>
    </w:p>
    <w:p>
      <w:r/>
      <w:r>
        <w:t>“They’re early,” Chen said, a new tremor in his voice.</w:t>
      </w:r>
    </w:p>
    <w:p>
      <w:r/>
    </w:p>
    <w:p>
      <w:r/>
      <w:r>
        <w:t>Nate watched as the scientist darted to a breaker box and cut the lights, plunging them into instant, velvet black. Without words, Chen felt his way to a metal shelf, moved aside a false panel, and revealed a crawlspace lined with mylar insulation and foam.</w:t>
      </w:r>
    </w:p>
    <w:p>
      <w:r/>
    </w:p>
    <w:p>
      <w:r/>
      <w:r>
        <w:t>“In there,” he whispered. “Wait until they’re gone, then run east. Stick to the drainage ditches. Lose the phones as soon as you’re clear of the cabin.”</w:t>
      </w:r>
    </w:p>
    <w:p>
      <w:r/>
    </w:p>
    <w:p>
      <w:r/>
      <w:r>
        <w:t>Nate nodded, already crawling. He turned back just once, to see Chen staring at him, the ghost of a smile haunting his lips.</w:t>
      </w:r>
    </w:p>
    <w:p>
      <w:r/>
    </w:p>
    <w:p>
      <w:r/>
      <w:r>
        <w:t>“Don’t trust anyone,” Chen said. “Especially the ones who say they’re here to help.”</w:t>
      </w:r>
    </w:p>
    <w:p>
      <w:r/>
    </w:p>
    <w:p>
      <w:r/>
      <w:r>
        <w:t>Nate slid into the tight darkness, pulling the panel shut behind him. He heard the scientist retreat, footsteps careful and unhurried, as if daring the world to come and finish what it started.</w:t>
      </w:r>
    </w:p>
    <w:p>
      <w:r/>
    </w:p>
    <w:p>
      <w:r/>
      <w:r>
        <w:t>The minutes passed, slow as tectonic drift. Above, muffled voices, then a crash as the main door gave way. Heavy steps, a shout, something metallic breaking against the wall. For a moment, Nate thought he could hear Chen’s voice, calm and perfectly measured even as the invaders turned the lab inside out.</w:t>
      </w:r>
    </w:p>
    <w:p>
      <w:r/>
    </w:p>
    <w:p>
      <w:r/>
      <w:r>
        <w:t>Then nothing but the breathing of the mountain, and the beat of his own heart.</w:t>
      </w:r>
    </w:p>
    <w:p>
      <w:r/>
    </w:p>
    <w:p>
      <w:r/>
      <w:r>
        <w:t>He waited until long after the voices had faded, until the silence was complete again. Then, with care, he pushed out into the open, every muscle braced for disaster.</w:t>
      </w:r>
    </w:p>
    <w:p>
      <w:r/>
    </w:p>
    <w:p>
      <w:r/>
      <w:r>
        <w:t>The basement was a ruin. Sensors smashed, notebooks scattered, the walls scoured of anything incriminating. Of Chen, no sign—except a thin line of water on the floor, leading to a sump pump in the corner, the cover twisted open as if someone had just, barely, escaped through the crawlspace below.</w:t>
      </w:r>
    </w:p>
    <w:p>
      <w:r/>
    </w:p>
    <w:p>
      <w:r/>
      <w:r>
        <w:t>Nate gathered what he could—photographs, the flash drive, a single printed map of Crater Lake with three points circled in black ink. Then he climbed the stairs, eyes and ears tuned to the absolute edge of human capacity.</w:t>
      </w:r>
    </w:p>
    <w:p>
      <w:r/>
    </w:p>
    <w:p>
      <w:r/>
      <w:r>
        <w:t>Outside, the rain had started again, heavier than before. He kept to the shadows, ducked the motion sensors, and moved east, just like Chen had told him.</w:t>
      </w:r>
    </w:p>
    <w:p>
      <w:r/>
    </w:p>
    <w:p>
      <w:r/>
      <w:r>
        <w:t>He didn’t look back.</w:t>
      </w:r>
    </w:p>
    <w:p>
      <w:r/>
    </w:p>
    <w:p>
      <w:r/>
      <w:r>
        <w:t>Half a mile down the drainage, he found a scrap of blue plastic caught in a bush—the cap from Chen’s flask. Below it, the print of a bare foot, already filling with water. He let himself smile, briefly, before pushing on.</w:t>
      </w:r>
    </w:p>
    <w:p>
      <w:r/>
    </w:p>
    <w:p>
      <w:r/>
      <w:r>
        <w:t>The trees closed in behind him, the world contracting to a tunnel of wet, green silence. He ran until the muscles in his legs sang with lactic acid, then walked, then ran again.</w:t>
      </w:r>
    </w:p>
    <w:p>
      <w:r/>
    </w:p>
    <w:p>
      <w:r/>
      <w:r>
        <w:t>At dawn, the sky opened, and he was alone with the evidence, the warnings, and a list of names that all pointed to the same end.</w:t>
      </w:r>
    </w:p>
    <w:p>
      <w:r/>
    </w:p>
    <w:p>
      <w:r/>
      <w:r>
        <w:t>He paused, only once, to pull the disc from his bag and stare at the spiral. It looked so ordinary, so dead—just a black coil in a circle of glass.</w:t>
      </w:r>
    </w:p>
    <w:p>
      <w:r/>
    </w:p>
    <w:p>
      <w:r/>
      <w:r>
        <w:t>But he knew better now. He knew the world was made of cracks, and that sometimes, all it took to end everything was a gentle, patient hand pressing the right point.</w:t>
      </w:r>
    </w:p>
    <w:p>
      <w:r/>
    </w:p>
    <w:p>
      <w:r/>
      <w:r>
        <w:t>He wrapped the disc again, sealed it in the foil, and kept moving toward the one place left where the truth might make a difference.</w:t>
      </w:r>
    </w:p>
    <w:p>
      <w:r/>
    </w:p>
    <w:p>
      <w:r/>
      <w:r>
        <w:t>Above, thunder. Below, the memory of every promise ever broken.</w:t>
      </w:r>
    </w:p>
    <w:p>
      <w:r/>
    </w:p>
    <w:p>
      <w:r/>
      <w:r>
        <w:t>He didn’t stop until he reached the lake.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