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p>
    <w:p>
      <w:r/>
    </w:p>
    <w:p>
      <w:r/>
      <w:r>
        <w:t># Scene 1</w:t>
      </w:r>
    </w:p>
    <w:p>
      <w:r/>
    </w:p>
    <w:p>
      <w:r/>
      <w:r>
        <w:t>Abby parked in the shallow puddle at the curb, let the engine idle for a beat, and studied the house as if it might bite. Jacksonville after dark had a particular silence—wet, muffled, every porch light pale against the weight of the surrounding woods. Her place was a catalog cottage, old wood and peeling trim, the sort of structure that remembered more than it housed. She’d inherited it when her grandmother died, a transfer of debt and dust that she’d spent two years trying to make less haunted.</w:t>
      </w:r>
    </w:p>
    <w:p>
      <w:r/>
    </w:p>
    <w:p>
      <w:r/>
      <w:r>
        <w:t>She palmed the Nalgene bottle, the ridged plastic still cold from the morning, and swigged as if it could cauterize the hollow in her chest. There was a cigarette butt on the stoop—a menthol, mashed and sodden—where she’d swept just yesterday. Her throat went tight. Abby’s brother had been dead three years, and the only living person who still smoked menthol in this town was a janitor at the Historical Society who owed her twenty bucks. He wouldn’t dare come this close.</w:t>
      </w:r>
    </w:p>
    <w:p>
      <w:r/>
    </w:p>
    <w:p>
      <w:r/>
      <w:r>
        <w:t>She keyed the lock, expecting the usual two-stage resistance—first the sticky deadbolt, then the clunk of the vintage latch—but the door swung open before she could brace her shoulder. The jam had been forced; the paint around the hardware freshly splintered, the deadbolt twisted a quarter turn past tolerance. A low exhale, part curse, part prayer. She flattened her hand on the wall, found the switch, and the kitchen flickered to life.</w:t>
      </w:r>
    </w:p>
    <w:p>
      <w:r/>
    </w:p>
    <w:p>
      <w:r/>
      <w:r>
        <w:t>Something was wrong with the air. It had a memory to it, the recirculated funk of strangers or wild animals. The kitchen table was overturned, one leg canted off at an angle, and the mug she’d left by the sink was shattered on the linoleum, the spread of ceramic like a frozen explosion. All the chairs were swept into the corner, backs pointed out like a herd facing a predator. On the fridge, her magnet collection—national parks, pop culture, a petrified wood cross-section from Yellowstone—had been rearranged. All the non-magnetic items were gone. Only the obsidian-black stones, the ones she’d brought back from field work, remained, clustered in a small spiral. She nearly laughed. There was something obscene about the precision.</w:t>
      </w:r>
    </w:p>
    <w:p>
      <w:r/>
    </w:p>
    <w:p>
      <w:r/>
      <w:r>
        <w:t>She moved through the first floor, each room a tableau of methodical violence. The couch slashed open, stuffing heaped on the seat like fresh snowfall. The lamp by the window—her grandmother’s—pulled from its moorings, the cord still plugged into the wall and stretched taut. The hardwood was scored with muddy prints, too large and too many to be her own, none of them even trying for stealth.</w:t>
      </w:r>
    </w:p>
    <w:p>
      <w:r/>
    </w:p>
    <w:p>
      <w:r/>
      <w:r>
        <w:t>She followed the chaos into the study. Here, the damage was less random: books off the shelves, but stacked with care into two piles. All the recent acquisitions in one; the family volumes, the hand-bound, the ones with the pressed ferns and old-school library cards, stacked like headstones in the other. Her desk was stripped, the laptop gone, but the hard drives were still there—lined up in a row on the blotter, each one unspooled and gutted, the platters split and tossed like coins into the trash bin.</w:t>
      </w:r>
    </w:p>
    <w:p>
      <w:r/>
    </w:p>
    <w:p>
      <w:r/>
      <w:r>
        <w:t>But it was the wall that stopped her. Above the desk, someone had carved a glyph into the plaster, large enough to dominate the room. It was a spiral, doubled back on itself, intersected with a wedge of three parallel lines. The same pattern she’d traced at the cave, the same one her brother had scrawled in the margin of every notebook after his first research trip. But this one was off—the angle of the wedge exaggerated, the spiral’s break not a gentle open curve but a sharp, deliberate severance. The gouges were fresh, the powder still dusting the carpet below.</w:t>
      </w:r>
    </w:p>
    <w:p>
      <w:r/>
    </w:p>
    <w:p>
      <w:r/>
      <w:r>
        <w:t>She stepped closer, running her thumb along the edge of the cut. The groove was deep, enough to catch skin, and the oil of her fingertip stained the white plaster a sickly yellow. She pressed harder, as if some clue would squeeze out. The pattern repeated, smaller, on the door frame to her left. And again, behind the light switch. The same, and yet not. Each one angled just a degree more acute, as if pointing, as if escalating.</w:t>
      </w:r>
    </w:p>
    <w:p>
      <w:r/>
    </w:p>
    <w:p>
      <w:r/>
      <w:r>
        <w:t>Abby felt the old historian’s duality: the animal terror of intrusion, fighting with the cold thrill of a puzzle presented. She forced herself to stand still, to memorize the room the way her grandmother had taught her, in quadrants, then in details. Nothing else was missing. No valuables, not the ancient Nikon on the shelf, not the broken iPhone she used for field photos, not even the cash envelope in the drawer. This wasn’t a burglary, not the way people meant when they said the word.</w:t>
      </w:r>
    </w:p>
    <w:p>
      <w:r/>
    </w:p>
    <w:p>
      <w:r/>
      <w:r>
        <w:t>She knelt by the desk, ignoring the mess, and pulled open the lower left drawer. Her field notebook was there, battered and half full, but untouched. The pencil she’d left inside as a bookmark was still exactly where she’d set it. She opened to the last page, and found a single addition: a spiral, tiny, drawn in what looked like the blue ink from her own pen. Underneath, one word, in a hand she didn’t recognize but which echoed her brother’s slant:</w:t>
      </w:r>
    </w:p>
    <w:p>
      <w:r/>
    </w:p>
    <w:p>
      <w:r/>
      <w:r>
        <w:t>“Stop.”</w:t>
      </w:r>
    </w:p>
    <w:p>
      <w:r/>
    </w:p>
    <w:p>
      <w:r/>
      <w:r>
        <w:t>She stared at the page until her vision blurred. Her hands shook—not with fear, but with a fury so precise it could have cut glass. She flipped the notebook shut, scanned the room once more, and then exhaled, slow and through the teeth. It wasn’t a warning. It was a signature.</w:t>
      </w:r>
    </w:p>
    <w:p>
      <w:r/>
    </w:p>
    <w:p>
      <w:r/>
      <w:r>
        <w:t>She stood, turned, and surveyed the rest of the house. Nothing else was out of place. Upstairs, her bed was still made, the spare room untouched. In the bathroom, the mirror was clean, the towels exactly as she’d left them. The only other sign was on the back door, where the lock had been jimmied, the metal bent, but the door itself relocked from the inside.</w:t>
      </w:r>
    </w:p>
    <w:p>
      <w:r/>
    </w:p>
    <w:p>
      <w:r/>
      <w:r>
        <w:t>She ran a hand through her hair, braid now a mess of tangles and field dirt, and let herself sink to the floor, back against the ruined wall. Her legs trembled for a moment, then steadied. She pulled her phone from her jacket, dialed Nate, and let it ring. No answer.</w:t>
      </w:r>
    </w:p>
    <w:p>
      <w:r/>
    </w:p>
    <w:p>
      <w:r/>
      <w:r>
        <w:t>She thumbed open the camera, snapped a shot of the glyph, then another of the study as a whole. Then she found her nerve, rose, and went to the kitchen. In the drawer by the sink, she found the cheap chef’s knife she’d kept sharp for a decade. The blade felt awkward in her hand, but solid. She set it on the counter, then went back to the living room and righted the table with a grunt.</w:t>
      </w:r>
    </w:p>
    <w:p>
      <w:r/>
    </w:p>
    <w:p>
      <w:r/>
      <w:r>
        <w:t>It wasn’t the first time she’d been threatened for her work. But it was the first time the threat had worn her brother’s obsession like a mask.</w:t>
      </w:r>
    </w:p>
    <w:p>
      <w:r/>
    </w:p>
    <w:p>
      <w:r/>
      <w:r>
        <w:t>She looked at the glyph one more time, the spiral now burned into the inside of her skull, and let the chill of it settle. This was personal. It always had been.</w:t>
      </w:r>
    </w:p>
    <w:p>
      <w:r/>
    </w:p>
    <w:p>
      <w:r/>
      <w:r>
        <w:t>She pressed her palm to the wall, feeling the grit, and whispered, “Not today.”</w:t>
      </w:r>
    </w:p>
    <w:p>
      <w:r/>
    </w:p>
    <w:p>
      <w:r/>
      <w:r>
        <w:t>Then she turned, locked the door behind her, and started cataloging the damage with the precision of a woman who knew the value of evidence—and the danger of forgetting where the line was.</w:t>
      </w:r>
    </w:p>
    <w:p>
      <w:r/>
    </w:p>
    <w:p>
      <w:r/>
    </w:p>
    <w:p>
      <w:r/>
      <w:r>
        <w:t># Scene 2</w:t>
      </w:r>
    </w:p>
    <w:p>
      <w:r/>
    </w:p>
    <w:p>
      <w:r/>
      <w:r>
        <w:t>Abby moved through the aftermath like a crime scene tech, slow and deliberate, camera phone in hand, inventorying the violation not just for the police, but for the file she’d begun in her head the moment the spiral appeared on her wall.</w:t>
      </w:r>
    </w:p>
    <w:p>
      <w:r/>
    </w:p>
    <w:p>
      <w:r/>
      <w:r>
        <w:t>In the kitchen, nothing edible had been touched. The fridge was still humming, contents unmolested except for a jar of pickled beets knocked over and bleeding magenta across the bottom shelf. In the mudroom, her boots were rearranged in a perfect line, toes out, soles scrubbed dry against the mat as if the intruder didn’t want to track mud into their own desecration. The guest bedroom was untouched, the windows still fogged from yesterday’s rain, the afghan still draped with hospital-corner precision at the foot of the bed.</w:t>
      </w:r>
    </w:p>
    <w:p>
      <w:r/>
    </w:p>
    <w:p>
      <w:r/>
      <w:r>
        <w:t>The hallway, though, bore another glyph—this one carved into the door to her bedroom, smaller, so tight the spiral barely had room to unwind before it terminated in the blade-thin wedge. She paused, photographing it, then tried to reconstruct the motion: one quick draw, then a series of measured corrections, each pass deepening the cut until it broke through to the hollow soundboard of the door. The intention was clear: this was a message for her, not just a mark of passage.</w:t>
      </w:r>
    </w:p>
    <w:p>
      <w:r/>
    </w:p>
    <w:p>
      <w:r/>
      <w:r>
        <w:t>She continued to the study, where the real damage lay. The air was still, thick with the ghosts of a thousand uncatalogued footnotes. She scanned the shelves, noting the order of things, how the first row—her modern theory books, grant applications, and bound periodicals—were only lightly disturbed, while the second row, the family shelf, had been emptied entirely. The cloth that had always shrouded Sarah Calloway’s ceremonial journals—a remnant of a woven blanket, gray and soft—was crumpled on the floor, flecked with fresh plaster dust.</w:t>
      </w:r>
    </w:p>
    <w:p>
      <w:r/>
    </w:p>
    <w:p>
      <w:r/>
      <w:r>
        <w:t>She dropped to a knee, the old injury in her shin throbbing in protest, and picked up the cloth. It felt wrong, limp, as if stripped of its purpose. She ran her fingers over the shelf, found the shallow rut where the journals had pressed into the soft wood over decades. Gone. Every one. She pressed the fabric to her face, inhaling the scent of smoke and lavender, the last faint echo of her grandmother’s house in Klamath Falls.</w:t>
      </w:r>
    </w:p>
    <w:p>
      <w:r/>
    </w:p>
    <w:p>
      <w:r/>
      <w:r>
        <w:t>The rest of the research materials were strewn about the room, but not missing—just upended, paged through, then left in place. Whoever came had been searching for something very particular, and once found, they didn’t bother with the rest.</w:t>
      </w:r>
    </w:p>
    <w:p>
      <w:r/>
    </w:p>
    <w:p>
      <w:r/>
      <w:r>
        <w:t>She slid a battered three-ring binder from the pile and opened it to the last section: her own notes on the spiral phenomena, annotated with copies of her brother’s emails, each thread flagged and cross-referenced in color-coded tabs. She checked them, methodically, and saw that none were gone, but one was marked in a way she hadn’t done herself—a fine-point underline, in blue ink, beneath the phrase “ceremonial convergence.”</w:t>
      </w:r>
    </w:p>
    <w:p>
      <w:r/>
    </w:p>
    <w:p>
      <w:r/>
      <w:r>
        <w:t>She flipped to the next page, found more blue: a question mark in the margin next to a list of field locations her brother had mapped in his final weeks. The handwriting was not hers, nor his. It was smaller, more clinical, like the hand of a bored student copying answers during a test.</w:t>
      </w:r>
    </w:p>
    <w:p>
      <w:r/>
    </w:p>
    <w:p>
      <w:r/>
      <w:r>
        <w:t>Abby closed her eyes, willing herself to reconstruct the scene: They’d come in through the back, careful but not anxious, methodically working the study before spreading the message through the rest of the house. They took nothing of value, not in the usual sense. But the journals—Sarah’s voice, her mother’s, the long memory of the tribe—those were irreplaceable. Worse than the theft was the understanding that the thief would be able to read them, to weaponize the secrets inside, the rituals and warnings encoded for centuries.</w:t>
      </w:r>
    </w:p>
    <w:p>
      <w:r/>
    </w:p>
    <w:p>
      <w:r/>
      <w:r>
        <w:t>She pressed her hands to her face, palms braced against the sockets, and let the anger come, sharp and clean. She’d told herself it was just a legend. That the spiral was a metaphor, not a map. That her brother’s obsession was a kind of mania, a way of wrestling with his own ghosts. But now, the calculus was different. Now, she had to assume that every story, every cautionary tale, every buried protocol was a line in the enemy’s playbook.</w:t>
      </w:r>
    </w:p>
    <w:p>
      <w:r/>
    </w:p>
    <w:p>
      <w:r/>
      <w:r>
        <w:t>When the rage ebbed, she sat back on her heels and let herself mourn the lost volumes, the history that had passed out of her hands and into theirs. She imagined her grandmother’s journals in a stranger’s grip, the careful calligraphy decoded and digitized, stripped of context and made to serve whatever power had orchestrated this.</w:t>
      </w:r>
    </w:p>
    <w:p>
      <w:r/>
    </w:p>
    <w:p>
      <w:r/>
      <w:r>
        <w:t>The house was too quiet. The shadows seemed to pulse in the corners, as if even the absence of light was taking notes. Abby set her phone to record and, in a voice barely above a whisper, began a verbal log: date, time, summary of the break-in, description of the missing items. She moved room to room, annotating each glyph, each sign of presence, each deliberate hint left behind. By the time she reached the end of the hall, her voice was steadier.</w:t>
      </w:r>
    </w:p>
    <w:p>
      <w:r/>
    </w:p>
    <w:p>
      <w:r/>
      <w:r>
        <w:t>In the bedroom, the bedspread had been pulled back, the mattress slit once along the seam but otherwise untouched. Her dresser drawers were open, but the contents barely rifled; the real object of interest had always been the journals.</w:t>
      </w:r>
    </w:p>
    <w:p>
      <w:r/>
    </w:p>
    <w:p>
      <w:r/>
      <w:r>
        <w:t>She returned to the study, notebook in hand, and sat cross-legged on the rug, the spiral above her head like an accusation. She wrote: “They knew what to look for. They knew where to find it. If they could get in this easy, they can get to anyone.”</w:t>
      </w:r>
    </w:p>
    <w:p>
      <w:r/>
    </w:p>
    <w:p>
      <w:r/>
      <w:r>
        <w:t>She stared at the page until the words began to swim, then looked up at the bookshelf and, with a kind of despairing hope, checked the space behind the remaining books. No hidden stash. No miracle. Just dust, and the bare patch where the journals had anchored the entire shelf.</w:t>
      </w:r>
    </w:p>
    <w:p>
      <w:r/>
    </w:p>
    <w:p>
      <w:r/>
      <w:r>
        <w:t>She whispered her brother’s name. “Caleb.” The word felt unfinished, as if by speaking it she’d opened a wound rather than closed it.</w:t>
      </w:r>
    </w:p>
    <w:p>
      <w:r/>
    </w:p>
    <w:p>
      <w:r/>
      <w:r>
        <w:t>She pressed her thumb to the inside of her wrist, feeling the old burn, the echo of the spiral beneath her skin.</w:t>
      </w:r>
    </w:p>
    <w:p>
      <w:r/>
    </w:p>
    <w:p>
      <w:r/>
      <w:r>
        <w:t>She couldn’t protect the past. But she could use it.</w:t>
      </w:r>
    </w:p>
    <w:p>
      <w:r/>
    </w:p>
    <w:p>
      <w:r/>
      <w:r>
        <w:t>She stood, rolled her shoulders, and started thinking like a thief. If the journals were the key, she had to be the lock.</w:t>
      </w:r>
    </w:p>
    <w:p>
      <w:r/>
    </w:p>
    <w:p>
      <w:r/>
      <w:r>
        <w:t>She went to her phone, checked the photos of the glyphs again, then began compiling them into a folder. If these were warnings, she’d need to know what they meant before the next move.</w:t>
      </w:r>
    </w:p>
    <w:p>
      <w:r/>
    </w:p>
    <w:p>
      <w:r/>
      <w:r>
        <w:t>The world outside was unchanged, the darkness still huddled against the windows, but inside, the air felt different. Charged. Like a storm had just passed, or was about to break.</w:t>
      </w:r>
    </w:p>
    <w:p>
      <w:r/>
    </w:p>
    <w:p>
      <w:r/>
      <w:r>
        <w:t>She gathered what was left—her notes, her memories, the shreds of her grandmother’s blanket—and made a silent promise to get them back, or at the very least, to make sure whoever came next regretted ever learning her name.</w:t>
      </w:r>
    </w:p>
    <w:p>
      <w:r/>
    </w:p>
    <w:p>
      <w:r/>
    </w:p>
    <w:p>
      <w:r/>
      <w:r>
        <w:t># Scene 3</w:t>
      </w:r>
    </w:p>
    <w:p>
      <w:r/>
    </w:p>
    <w:p>
      <w:r/>
      <w:r>
        <w:t>The initial pulse of grief was gone; what remained was a field of purpose so sharp it cut the air.</w:t>
      </w:r>
    </w:p>
    <w:p>
      <w:r/>
    </w:p>
    <w:p>
      <w:r/>
      <w:r>
        <w:t>Abby laid the last of her notes in order, set her phone to “do not disturb,” and began her second pass through the house. This time she wasn’t inventorying loss; she was cataloging intent. Every spiral was photographed in close-up and context, each with a ruler and scale for comparison. She even used the angle-finder app to confirm what her instincts already told her: the modifications to the glyphs were not casual. Where the old symbols had been open, inviting, the new ones were cinched, the gaps closed, the spiral arms terminating in hooks or fangs. A threat, yes, but also an invitation—a dare to continue.</w:t>
      </w:r>
    </w:p>
    <w:p>
      <w:r/>
    </w:p>
    <w:p>
      <w:r/>
      <w:r>
        <w:t>She sent the photos to her laptop, labeling each with location, time, and vector. The historian in her could not help but draw connections: this was how ancient rivalries communicated across centuries, not with bombs but with language, a slow-motion arms race of meaning. She recognized some of the glyphs from the oral tradition, the subtle alterations that had marked out clan disputes in the old tribe. Others were new, or at least variations she hadn’t seen in the wild. The wedge motif—always three lines, always canted toward the spiral’s break—was a tribal symbol for a boundary crossed.</w:t>
      </w:r>
    </w:p>
    <w:p>
      <w:r/>
    </w:p>
    <w:p>
      <w:r/>
      <w:r>
        <w:t>She went to the pantry, opened the flour bin, and retrieved her emergency field notebook. It was a slim Moleskine, waterproofed, its pages filled with shorthand, polaroids, and diagrams. The invader had missed it. She allowed herself a thin smile. They weren’t infallible, then.</w:t>
      </w:r>
    </w:p>
    <w:p>
      <w:r/>
    </w:p>
    <w:p>
      <w:r/>
      <w:r>
        <w:t>Back at the desk, she laid out the notebook next to her phone and compared the new glyphs to those she’d recorded from the cave. The mutations were not random. Someone had taken the time to retool the language, to embed a second layer of meaning—one she was meant to see. She paged through her grandmother’s old letters, searching for any mention of these glyphs, but the closest parallel was a story about a “twinned serpent,” a cautionary tale about what happened when old taboos were broken.</w:t>
      </w:r>
    </w:p>
    <w:p>
      <w:r/>
    </w:p>
    <w:p>
      <w:r/>
      <w:r>
        <w:t>Her hands shook only once, as she copied the last glyph into her own notebook. She pressed her palm to the page, letting the oil from her skin mark it as proof of her continued presence. The message was clear: back off, or the next break-in would not be symbolic.</w:t>
      </w:r>
    </w:p>
    <w:p>
      <w:r/>
    </w:p>
    <w:p>
      <w:r/>
      <w:r>
        <w:t>Abby closed the notebook, thumbed her phone, and started a secure message to Nate. She used the old codes they’d set up after the first weirdness at the Society—numbers for urgency, words for location, and a single spiral emoji at the end to signal “possible tail.” She hit send, then set about prepping her own defense.</w:t>
      </w:r>
    </w:p>
    <w:p>
      <w:r/>
    </w:p>
    <w:p>
      <w:r/>
      <w:r>
        <w:t>She moved anything of value—backup drives, research samples, the obsidian fragment from the mine—into a go-bag. She double-checked her bug-out plan, the one her grandmother had insisted every Calloway memorize. There was a duffel in the attic with three days’ rations, a water filter, and enough cash to get her to Portland if she had to vanish.</w:t>
      </w:r>
    </w:p>
    <w:p>
      <w:r/>
    </w:p>
    <w:p>
      <w:r/>
      <w:r>
        <w:t>But she wasn’t running. Not yet. First, she would set the trap.</w:t>
      </w:r>
    </w:p>
    <w:p>
      <w:r/>
    </w:p>
    <w:p>
      <w:r/>
      <w:r>
        <w:t>She called the non-emergency police line, voice steady, and reported the break-in as a routine burglary. Nothing stolen, just vandalism. No need for immediate follow-up, but she wanted a case number. If anyone asked, she’d been out of town all day, just returned. She set her phone to record, in case the cops came knocking before she was ready.</w:t>
      </w:r>
    </w:p>
    <w:p>
      <w:r/>
    </w:p>
    <w:p>
      <w:r/>
      <w:r>
        <w:t>She texted the janitor at the Historical Society, told him to expect her in the morning, and not to talk to anyone about the break-in. She used the phrase “tricky business,” which was their code for “possible inside job.” He’d know what to do.</w:t>
      </w:r>
    </w:p>
    <w:p>
      <w:r/>
    </w:p>
    <w:p>
      <w:r/>
      <w:r>
        <w:t>Finally, she wiped down the kitchen and study, removing any prints that weren’t hers. She left the spiral on the wall untouched, a relic, a warning, and a challenge.</w:t>
      </w:r>
    </w:p>
    <w:p>
      <w:r/>
    </w:p>
    <w:p>
      <w:r/>
      <w:r>
        <w:t>Abby stood in the center of her ruined study, feeling the weight of the air pressing in on her. She straightened, squared her shoulders, and said aloud: “Not when I’m this close.”</w:t>
      </w:r>
    </w:p>
    <w:p>
      <w:r/>
    </w:p>
    <w:p>
      <w:r/>
      <w:r>
        <w:t>Then she grabbed her bag, locked the door, and stepped out into the darkness, determined to follow the spiral wherever it might lead.</w:t>
      </w:r>
    </w:p>
    <w:p>
      <w:r/>
    </w:p>
    <w:p>
      <w: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