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world arrived in fragments: a migraine pulse behind the eyes, the taste of pennies, the burn of ozone and dust. Nate surfaced through it by degrees, muscles tensing before his vision even congealed. He was upright. There was a chair under him—no, he was in the chair, wrists lashed behind the backrest, ankles dead-weighted against the splay of battered steel legs. His tongue found the taste of blood at his lower lip, then a molar that flexed when he tongued it. He spat pink, then took a measured breath.</w:t>
      </w:r>
    </w:p>
    <w:p>
      <w:r/>
    </w:p>
    <w:p>
      <w:r/>
      <w:r>
        <w:t>Dim light—artificial, yellowed—flickered through a cage of ribbed conduit above. The ceiling was high, concrete beams blotched with water rot and old paint. The floor ran cold under his bare heels, and the distant echo of something—machinery, maybe, or traffic—barely registered past the sledgehammer behind his eyes.</w:t>
      </w:r>
    </w:p>
    <w:p>
      <w:r/>
    </w:p>
    <w:p>
      <w:r/>
      <w:r>
        <w:t>He cataloged injuries: concussion symptoms, yes; left shoulder socket aching but not dislocated; ribs sore but not cracked; wrists zip-tied tight enough to pare circulation but not cut flesh, yet. His shirt was half torn at the collar, the rest of his clothes intact but dirtier than before. He flexed his hands behind the chair, found that whoever tied him hadn't bothered with finesse. They assumed he wouldn't get out. That was a mistake.</w:t>
      </w:r>
    </w:p>
    <w:p>
      <w:r/>
    </w:p>
    <w:p>
      <w:r/>
      <w:r>
        <w:t>A quick blink cleared his vision enough to survey the room. It was a warehouse—no, a storage bay, the smell of mildew and oil layered over by something sharper, chemical. He clocked two, maybe three exits, but only one visible door, braced in metal, painted institutional gray. No windows. On the far side of the space, a row of caged lockers, their mesh sides emptied except for cleaning supplies and an orange extension cord tangled into a hangman’s loop. Above, a single bulb glared, naked and unshaded, which meant he was meant to see, not to rest.</w:t>
      </w:r>
    </w:p>
    <w:p>
      <w:r/>
    </w:p>
    <w:p>
      <w:r/>
      <w:r>
        <w:t>Two men, standing guard: both suited for action, black poly-cotton fatigues and boots laced high, full tactical gear but no insignia, no unit patches. Faces clean-shaven, forgettable. The one on the left kept glancing at Nate, a little too often for comfort; the one on the right stood arms folded, at parade rest, eyes tracking the door.</w:t>
      </w:r>
    </w:p>
    <w:p>
      <w:r/>
    </w:p>
    <w:p>
      <w:r/>
      <w:r>
        <w:t>He did the math on escape, found the odds less than ideal. He rolled his shoulders to test range, then held still as the left-hand guard noticed.</w:t>
      </w:r>
    </w:p>
    <w:p>
      <w:r/>
    </w:p>
    <w:p>
      <w:r/>
      <w:r>
        <w:t>“You awake?” said the left guard, voice flat.</w:t>
      </w:r>
    </w:p>
    <w:p>
      <w:r/>
    </w:p>
    <w:p>
      <w:r/>
      <w:r>
        <w:t>Nate didn’t answer. He wasn’t in the mood for conversational openings.</w:t>
      </w:r>
    </w:p>
    <w:p>
      <w:r/>
    </w:p>
    <w:p>
      <w:r/>
      <w:r>
        <w:t>Instead, he scanned for weapons: left-hand guard had a visible sidearm, holstered low. Right-hand guard had a Taser clipped to his vest, but his hands were empty. He studied their posture, looking for tells—nervous energy, boredom, professionalism. Both stood in the sweet spot between, trained but not special forces. Rent-a-cops, or maybe private contract.</w:t>
      </w:r>
    </w:p>
    <w:p>
      <w:r/>
    </w:p>
    <w:p>
      <w:r/>
      <w:r>
        <w:t>He took another breath, tried to reset the pounding in his temples. The air was cold enough to make his skin pucker, but not enough to threaten hypothermia. He tasted the room, the silence, the threat.</w:t>
      </w:r>
    </w:p>
    <w:p>
      <w:r/>
    </w:p>
    <w:p>
      <w:r/>
      <w:r>
        <w:t>Then, the door creaked open.</w:t>
      </w:r>
    </w:p>
    <w:p>
      <w:r/>
    </w:p>
    <w:p>
      <w:r/>
      <w:r>
        <w:t>It didn’t slam, didn’t shudder, just swept wide on perfectly oiled hinges, letting in a sliver of blue daylight from beyond—a loading bay, maybe. The man who entered was older, tall, a silhouette cast in the harsh sodium of the bulb above. His suit was tailored, expensive, but not ostentatious; his shoes were oxfords, but the kind designed to look nonchalant. He walked with confidence and a barely-perceptible limp, which suggested old injury, not affectation.</w:t>
      </w:r>
    </w:p>
    <w:p>
      <w:r/>
    </w:p>
    <w:p>
      <w:r/>
      <w:r>
        <w:t>The man paused just inside, let the door close behind him, then looked at Nate as if inspecting a promising but ultimately disappointing specimen.</w:t>
      </w:r>
    </w:p>
    <w:p>
      <w:r/>
    </w:p>
    <w:p>
      <w:r/>
      <w:r>
        <w:t>“Mr. Chase,” he said. The voice was dry, mid-Atlantic, no regional inflection. “Or do you prefer Nathaniel?”</w:t>
      </w:r>
    </w:p>
    <w:p>
      <w:r/>
    </w:p>
    <w:p>
      <w:r/>
      <w:r>
        <w:t>Nate worked his jaw. “You can call me sir.”</w:t>
      </w:r>
    </w:p>
    <w:p>
      <w:r/>
    </w:p>
    <w:p>
      <w:r/>
      <w:r>
        <w:t>The man smiled, almost. “Charming. I expected as much.”</w:t>
      </w:r>
    </w:p>
    <w:p>
      <w:r/>
    </w:p>
    <w:p>
      <w:r/>
      <w:r>
        <w:t>He advanced, hands loose at his sides, but every step telegraphing that he was in charge of the space, the moment, and—presumably—Nate’s continued existence.</w:t>
      </w:r>
    </w:p>
    <w:p>
      <w:r/>
    </w:p>
    <w:p>
      <w:r/>
      <w:r>
        <w:t>“I apologize for the—” he gestured, vague, “—indignities. But you have proven resourceful in evading less direct invitations to converse.”</w:t>
      </w:r>
    </w:p>
    <w:p>
      <w:r/>
    </w:p>
    <w:p>
      <w:r/>
      <w:r>
        <w:t>He drew up just beyond Nate’s reach, which Nate clocked immediately as deliberate: close enough to show confidence, far enough that a desperate lunge would buy nothing but a broken nose and a fresh concussion.</w:t>
      </w:r>
    </w:p>
    <w:p>
      <w:r/>
    </w:p>
    <w:p>
      <w:r/>
      <w:r>
        <w:t>The man’s eyes were pale, icy blue, and they never blinked. He wore his hair short, steel-gray with the merest hint of a widow’s peak, and the face was lean, not gaunt but refined down to the essentials, like a man who’d been training for asceticism his entire life. There was a tremor in the right hand, so subtle most wouldn’t have noticed, but Nate had spent too many years around PTSD patients to miss the tell.</w:t>
      </w:r>
    </w:p>
    <w:p>
      <w:r/>
    </w:p>
    <w:p>
      <w:r/>
      <w:r>
        <w:t>“Who the hell are you?” Nate said.</w:t>
      </w:r>
    </w:p>
    <w:p>
      <w:r/>
    </w:p>
    <w:p>
      <w:r/>
      <w:r>
        <w:t>The man seemed almost pleased. “Harrison Caldwell,” he said. “I believe you met my proxies at the university. And again at the Jacksonville Historical Society.”</w:t>
      </w:r>
    </w:p>
    <w:p>
      <w:r/>
    </w:p>
    <w:p>
      <w:r/>
      <w:r>
        <w:t>Nate held still, let the name roll around. It fit.</w:t>
      </w:r>
    </w:p>
    <w:p>
      <w:r/>
    </w:p>
    <w:p>
      <w:r/>
      <w:r>
        <w:t>Caldwell took a seat at a folding chair someone had pulled up earlier. He sat with a discipline that was both military and not, spine straight but never stiff, hands folded in his lap like a judge waiting for a defense.</w:t>
      </w:r>
    </w:p>
    <w:p>
      <w:r/>
    </w:p>
    <w:p>
      <w:r/>
      <w:r>
        <w:t>“Your uncle was an extraordinary man,” Caldwell said, voice now slipping into the rhythms of a lecture. “His work on geomagnetic anomalies was, for a time, years ahead of anything I’d seen from the private sector. He was, unfortunately, also naïve—he never understood the political realities that attend genius.”</w:t>
      </w:r>
    </w:p>
    <w:p>
      <w:r/>
    </w:p>
    <w:p>
      <w:r/>
      <w:r>
        <w:t>“Is that why you killed him?” Nate asked, voice steady.</w:t>
      </w:r>
    </w:p>
    <w:p>
      <w:r/>
    </w:p>
    <w:p>
      <w:r/>
      <w:r>
        <w:t>The question landed harder than expected. Caldwell’s right eyebrow ticked up, a micro-expression of either surprise or grudging respect.</w:t>
      </w:r>
    </w:p>
    <w:p>
      <w:r/>
    </w:p>
    <w:p>
      <w:r/>
      <w:r>
        <w:t>“No,” Caldwell said, and the tremor in his hand momentarily stilled. “I had hoped to recruit him. But he refused to see reason. I trust you won’t make the same mistake.”</w:t>
      </w:r>
    </w:p>
    <w:p>
      <w:r/>
    </w:p>
    <w:p>
      <w:r/>
      <w:r>
        <w:t>Nate rolled his wrists, felt the zip ties bite. He flexed his shoulders, then looked Caldwell dead in the eye. “You’re going to have to do better than a history lesson.”</w:t>
      </w:r>
    </w:p>
    <w:p>
      <w:r/>
    </w:p>
    <w:p>
      <w:r/>
      <w:r>
        <w:t>Caldwell stood, slow. He circled the chair, each step measured, as if checking for weak points in a perimeter.</w:t>
      </w:r>
    </w:p>
    <w:p>
      <w:r/>
    </w:p>
    <w:p>
      <w:r/>
      <w:r>
        <w:t>“You’ve seen the artifact,” Caldwell said. “You’ve touched it. You’ve activated it, even if you don’t understand how.”</w:t>
      </w:r>
    </w:p>
    <w:p>
      <w:r/>
    </w:p>
    <w:p>
      <w:r/>
      <w:r>
        <w:t>Nate said nothing, but Caldwell continued.</w:t>
      </w:r>
    </w:p>
    <w:p>
      <w:r/>
    </w:p>
    <w:p>
      <w:r/>
      <w:r>
        <w:t>“Your uncle kept journals. Copious, exhaustive. He described a resonance effect, one that appeared only in your presence. He called it ‘the inheritor’s field.’ It was, in his estimation, not genetic, but epigenetic—a pattern of trauma and adaptation transmitted through generations.”</w:t>
      </w:r>
    </w:p>
    <w:p>
      <w:r/>
    </w:p>
    <w:p>
      <w:r/>
      <w:r>
        <w:t>Nate could feel his pulse, now, in his hands, his neck, his jaw.</w:t>
      </w:r>
    </w:p>
    <w:p>
      <w:r/>
    </w:p>
    <w:p>
      <w:r/>
      <w:r>
        <w:t>“So?” Nate said, though the question tasted like surrender.</w:t>
      </w:r>
    </w:p>
    <w:p>
      <w:r/>
    </w:p>
    <w:p>
      <w:r/>
      <w:r>
        <w:t>“So,” Caldwell said, “you are unique. And uniquely valuable.”</w:t>
      </w:r>
    </w:p>
    <w:p>
      <w:r/>
    </w:p>
    <w:p>
      <w:r/>
      <w:r>
        <w:t>He gestured to the left-hand guard, who produced a battered composition notebook from a bag at his feet. He handed it to Caldwell, who flipped to a marked page, then held it up so Nate could see. There, in his uncle’s handwriting, was a series of graphs—each showing a spike in field strength, each labeled with Nate’s initials, date-stamped, cross-referenced in red pen with words like ‘threshold’ and ‘collapse point.’</w:t>
      </w:r>
    </w:p>
    <w:p>
      <w:r/>
    </w:p>
    <w:p>
      <w:r/>
      <w:r>
        <w:t>Caldwell set the notebook on Nate’s lap, just outside the range of his bound hands. “You are going to help me complete your uncle’s work,” he said, “or you are going to watch as others less qualified attempt it, with less... consideration for collateral damage.”</w:t>
      </w:r>
    </w:p>
    <w:p>
      <w:r/>
    </w:p>
    <w:p>
      <w:r/>
      <w:r>
        <w:t>Nate stared at the page, then at Caldwell.</w:t>
      </w:r>
    </w:p>
    <w:p>
      <w:r/>
    </w:p>
    <w:p>
      <w:r/>
      <w:r>
        <w:t>“Why?” he said. “Why does it matter so much to you?”</w:t>
      </w:r>
    </w:p>
    <w:p>
      <w:r/>
    </w:p>
    <w:p>
      <w:r/>
      <w:r>
        <w:t>Caldwell’s smile was thin, cold. “Because the future of civilization does not belong to those who hesitate. And because, if we do not control the spiral, someone else will.”</w:t>
      </w:r>
    </w:p>
    <w:p>
      <w:r/>
    </w:p>
    <w:p>
      <w:r/>
      <w:r>
        <w:t>He paced once more, then stopped, hand braced on the back of Nate’s chair. The tremor was back, subtle but present.</w:t>
      </w:r>
    </w:p>
    <w:p>
      <w:r/>
    </w:p>
    <w:p>
      <w:r/>
      <w:r>
        <w:t>“I understand you,” Caldwell said, voice gone almost gentle. “You see the system. You know the only way out is through. So I’m offering you a bargain: work with me, and you might even survive.”</w:t>
      </w:r>
    </w:p>
    <w:p>
      <w:r/>
    </w:p>
    <w:p>
      <w:r/>
      <w:r>
        <w:t>Nate drew a breath, let it out slow, then said, “You’re going to have to cut me loose first.”</w:t>
      </w:r>
    </w:p>
    <w:p>
      <w:r/>
    </w:p>
    <w:p>
      <w:r/>
      <w:r>
        <w:t>Caldwell’s smile never changed. “In time,” he said. “For now, I’d like you to rest. We have a long night ahead.”</w:t>
      </w:r>
    </w:p>
    <w:p>
      <w:r/>
    </w:p>
    <w:p>
      <w:r/>
      <w:r>
        <w:t>He nodded to the guards, then turned and left, the door closing behind him with a whisper of perfect engineering.</w:t>
      </w:r>
    </w:p>
    <w:p>
      <w:r/>
    </w:p>
    <w:p>
      <w:r/>
      <w:r>
        <w:t>Nate sat in the glare, every muscle in his body coiled for flight. He let his head fall back, then stared at the ceiling, counting the seconds until something happened.</w:t>
      </w:r>
    </w:p>
    <w:p>
      <w:r/>
    </w:p>
    <w:p>
      <w:r/>
      <w:r>
        <w:t>The left-hand guard stepped forward, checked the zip ties, then said, “You should eat. It helps with the headache.”</w:t>
      </w:r>
    </w:p>
    <w:p>
      <w:r/>
    </w:p>
    <w:p>
      <w:r/>
      <w:r>
        <w:t>He set a paper cup of water and a foil-wrapped protein bar on the edge of the table, then stepped back.</w:t>
      </w:r>
    </w:p>
    <w:p>
      <w:r/>
    </w:p>
    <w:p>
      <w:r/>
      <w:r>
        <w:t>Nate stared at the offerings, then at the two men.</w:t>
      </w:r>
    </w:p>
    <w:p>
      <w:r/>
    </w:p>
    <w:p>
      <w:r/>
      <w:r>
        <w:t>The next move was theirs.</w:t>
      </w:r>
    </w:p>
    <w:p>
      <w:r/>
    </w:p>
    <w:p>
      <w:r/>
    </w:p>
    <w:p>
      <w:r/>
      <w:r>
        <w:t># Scene 2</w:t>
      </w:r>
    </w:p>
    <w:p>
      <w:r/>
    </w:p>
    <w:p>
      <w:r/>
      <w:r>
        <w:t>He made it thirty-six minutes before the door opened again.</w:t>
      </w:r>
    </w:p>
    <w:p>
      <w:r/>
    </w:p>
    <w:p>
      <w:r/>
      <w:r>
        <w:t>Long enough to cycle through the first five steps of survival triage—inventory, assessment, escape, endure, outwait—before Caldwell swept in. This time, he wore a different suit, darker charcoal, shirt crisp but collar open, no tie. The change was not lost on Nate: this was the informal visit, the attempt at camaraderie.</w:t>
      </w:r>
    </w:p>
    <w:p>
      <w:r/>
    </w:p>
    <w:p>
      <w:r/>
      <w:r>
        <w:t>Caldwell entered with a familiar glide, each step a metronome of control. He paused at the edge of the bulb's spill, considered Nate as if pondering a painting, then walked a slow, deliberate circle. Every so often he stopped and steadied himself against a battered metal table that had been dragged in since the last visit.</w:t>
      </w:r>
    </w:p>
    <w:p>
      <w:r/>
    </w:p>
    <w:p>
      <w:r/>
      <w:r>
        <w:t>"You always had patience, Mr. Chase," Caldwell said. He sounded neither bored nor hurried, but simply in the business of stating facts. "Your uncle used to marvel at your ability to sit with the uncomfortable. He called it 'endurance bordering on masochism.'"</w:t>
      </w:r>
    </w:p>
    <w:p>
      <w:r/>
    </w:p>
    <w:p>
      <w:r/>
      <w:r>
        <w:t>Nate said nothing.</w:t>
      </w:r>
    </w:p>
    <w:p>
      <w:r/>
    </w:p>
    <w:p>
      <w:r/>
      <w:r>
        <w:t>Caldwell produced a slip of paper from his breast pocket and laid it, with theatrical care, on the table. He didn't look at it, but at Nate.</w:t>
      </w:r>
    </w:p>
    <w:p>
      <w:r/>
    </w:p>
    <w:p>
      <w:r/>
      <w:r>
        <w:t>"It’s from your uncle’s journal," Caldwell said. "Dated June twenty-first, 2013. ‘Chase’s presence amplifies the baseline by a factor of ten. Have never seen this in a civilian subject. Must test for trauma induction, or possibly inherited adaptive response.’"</w:t>
      </w:r>
    </w:p>
    <w:p>
      <w:r/>
    </w:p>
    <w:p>
      <w:r/>
      <w:r>
        <w:t>Nate tried to hide the surprise that flickered through his chest. The test had been routine—Vernon had simply asked him to hold the artifact, log the sensation, let the instrument spin. He hadn’t realized he’d made an impression.</w:t>
      </w:r>
    </w:p>
    <w:p>
      <w:r/>
    </w:p>
    <w:p>
      <w:r/>
      <w:r>
        <w:t>Caldwell continued, hands folded behind his back now. "He saw something in you. Perhaps more than you saw in him. He thought you were destined for this work. Or that it would destroy you."</w:t>
      </w:r>
    </w:p>
    <w:p>
      <w:r/>
    </w:p>
    <w:p>
      <w:r/>
      <w:r>
        <w:t>Another circle, this time slower, closer to the perimeter of Nate’s chair. He moved with the air of a museum docent lecturing to an unresponsive tour group.</w:t>
      </w:r>
    </w:p>
    <w:p>
      <w:r/>
    </w:p>
    <w:p>
      <w:r/>
      <w:r>
        <w:t>"I realize you're disinclined to cooperate," Caldwell said, "but it would be a courtesy if you’d at least feign curiosity. You are, after all, the only person on this continent to have survived two full-cycle resonance events. The kind that left every other test subject in a coma. Or dead."</w:t>
      </w:r>
    </w:p>
    <w:p>
      <w:r/>
    </w:p>
    <w:p>
      <w:r/>
      <w:r>
        <w:t>Nate forced himself to relax the knot in his jaw. "Lucky me," he said.</w:t>
      </w:r>
    </w:p>
    <w:p>
      <w:r/>
    </w:p>
    <w:p>
      <w:r/>
      <w:r>
        <w:t>"Lucky, indeed," Caldwell echoed, and for a moment, the veneer slipped—something desperate, hungry, in the way he looked at Nate. Then it was gone.</w:t>
      </w:r>
    </w:p>
    <w:p>
      <w:r/>
    </w:p>
    <w:p>
      <w:r/>
      <w:r>
        <w:t>He reached into his pocket and withdrew a small pill case, the sort that came in sample packs from high-end pharmacies. He thumbed it open, popped a chalky tablet onto his tongue, and dry-swallowed.</w:t>
      </w:r>
    </w:p>
    <w:p>
      <w:r/>
    </w:p>
    <w:p>
      <w:r/>
      <w:r>
        <w:t>"You’re ill," Nate said, more as a test than a question.</w:t>
      </w:r>
    </w:p>
    <w:p>
      <w:r/>
    </w:p>
    <w:p>
      <w:r/>
      <w:r>
        <w:t>Caldwell didn’t dignify it with a response. Instead, he produced a tablet from the table and swiped it awake. The screen glared, bright even in the yellow-tinted light.</w:t>
      </w:r>
    </w:p>
    <w:p>
      <w:r/>
    </w:p>
    <w:p>
      <w:r/>
      <w:r>
        <w:t>"You and your uncle thought you were hiding," Caldwell said. "You left a digital trail a child could follow. Here—" He tapped the screen, and a slideshow began: photos of Nate at field sites, grainy stills from hotel security cams, GPS pings from burner phones, all annotated and time-stamped. "You and Abigail, both, were under observation the moment you breached the first threshold."</w:t>
      </w:r>
    </w:p>
    <w:p>
      <w:r/>
    </w:p>
    <w:p>
      <w:r/>
      <w:r>
        <w:t>He advanced the images with a swipe. Now the screen showed 3D renderings of the obsidian disc, then the spiral glyph, then overlays of the magnetic field lines arcing through the region. Nate stared. The models were more advanced than anything Vernon had managed, even in the old days with Chen.</w:t>
      </w:r>
    </w:p>
    <w:p>
      <w:r/>
    </w:p>
    <w:p>
      <w:r/>
      <w:r>
        <w:t>Caldwell watched Nate’s eyes, not the screen. "Do you understand what it means to hold the future in your hands?" he asked. "What it means to decide if a city burns or survives?"</w:t>
      </w:r>
    </w:p>
    <w:p>
      <w:r/>
    </w:p>
    <w:p>
      <w:r/>
      <w:r>
        <w:t>Nate said nothing.</w:t>
      </w:r>
    </w:p>
    <w:p>
      <w:r/>
    </w:p>
    <w:p>
      <w:r/>
      <w:r>
        <w:t>"It’s intoxicating," Caldwell continued. "And it is a burden. One your uncle tried to carry alone. But that was shortsighted. He was brilliant, but he feared the consequences of his own discovery. So he tried to hide it. To bury it. He failed, of course."</w:t>
      </w:r>
    </w:p>
    <w:p>
      <w:r/>
    </w:p>
    <w:p>
      <w:r/>
      <w:r>
        <w:t>Nate felt the old fury spike—at Vernon, at himself, at the entire system of secrets and betrayals—but he kept it tamped down. He focused on the details: the grain of Caldwell’s voice, the minute tremor in his right hand as he worked the tablet, the way he kept positioning himself between the guards and the chair, as if staking out the line of control.</w:t>
      </w:r>
    </w:p>
    <w:p>
      <w:r/>
    </w:p>
    <w:p>
      <w:r/>
      <w:r>
        <w:t>"He didn’t die by accident, did he," Nate said.</w:t>
      </w:r>
    </w:p>
    <w:p>
      <w:r/>
    </w:p>
    <w:p>
      <w:r/>
      <w:r>
        <w:t>Caldwell smiled, thin and dry. "You are quick, Nathaniel. But not quick enough."</w:t>
      </w:r>
    </w:p>
    <w:p>
      <w:r/>
    </w:p>
    <w:p>
      <w:r/>
      <w:r>
        <w:t>He produced another slip of paper, this one a scanned and reprinted page from a medical examiner's report. He laid it on the table, turned it so Nate could read.</w:t>
      </w:r>
    </w:p>
    <w:p>
      <w:r/>
    </w:p>
    <w:p>
      <w:r/>
      <w:r>
        <w:t>Acute myocardial infarction. Unremarkable heart tissue on postmortem. No prior history of cardiac event.</w:t>
      </w:r>
    </w:p>
    <w:p>
      <w:r/>
    </w:p>
    <w:p>
      <w:r/>
      <w:r>
        <w:t>"An arrhythmic agent," Caldwell said, as if describing the function of a particularly efficient detergent. "Administered by a researcher on our payroll. Vernon died in his sleep, as far as anyone could tell. Quick, painless, and clean. But not before he tried to warn you."</w:t>
      </w:r>
    </w:p>
    <w:p>
      <w:r/>
    </w:p>
    <w:p>
      <w:r/>
      <w:r>
        <w:t>The rage now was absolute, a red current behind the eyes, but Nate kept his breathing slow, his face neutral. He was not going to give Caldwell the satisfaction.</w:t>
      </w:r>
    </w:p>
    <w:p>
      <w:r/>
    </w:p>
    <w:p>
      <w:r/>
      <w:r>
        <w:t>"You could have done worse," Nate said.</w:t>
      </w:r>
    </w:p>
    <w:p>
      <w:r/>
    </w:p>
    <w:p>
      <w:r/>
      <w:r>
        <w:t>Caldwell’s smile widened, then faltered, and for a second, Nate thought he saw something like regret, or at least the ghost of it, pass behind those pale blue eyes.</w:t>
      </w:r>
    </w:p>
    <w:p>
      <w:r/>
    </w:p>
    <w:p>
      <w:r/>
      <w:r>
        <w:t>"Perhaps," Caldwell said. He closed the pill case, set it in a neat line with the other objects on the table. "But you should know: I am not the monster you believe me to be. I am simply ahead of the curve."</w:t>
      </w:r>
    </w:p>
    <w:p>
      <w:r/>
    </w:p>
    <w:p>
      <w:r/>
      <w:r>
        <w:t>He walked another slow circle, then leaned forward, hands on the back of Nate’s chair.</w:t>
      </w:r>
    </w:p>
    <w:p>
      <w:r/>
    </w:p>
    <w:p>
      <w:r/>
      <w:r>
        <w:t>"This work—the spiral, the artifact, the energy network—will be completed, with or without you. The only question is whether you want to shape the outcome, or be swept away by it."</w:t>
      </w:r>
    </w:p>
    <w:p>
      <w:r/>
    </w:p>
    <w:p>
      <w:r/>
      <w:r>
        <w:t>Nate stared at the table, at the images of his own past projected onto a screen for all to see. He tried to think of what Vernon would have said, what Abby would have wanted.</w:t>
      </w:r>
    </w:p>
    <w:p>
      <w:r/>
    </w:p>
    <w:p>
      <w:r/>
      <w:r>
        <w:t>"Why do you need me?" Nate said. He already knew the answer, but he wanted to hear it from the source.</w:t>
      </w:r>
    </w:p>
    <w:p>
      <w:r/>
    </w:p>
    <w:p>
      <w:r/>
      <w:r>
        <w:t>Caldwell reached down and lifted a glass ampule from a foam-lined case. He held it up, let it catch the light.</w:t>
      </w:r>
    </w:p>
    <w:p>
      <w:r/>
    </w:p>
    <w:p>
      <w:r/>
      <w:r>
        <w:t>"The field resonance is keyed to certain DNA signatures. Yours, and Abigail’s, match a pattern we have only seen in this family line. You are the inheritor, Mr. Chase. The system will not function without your cooperation."</w:t>
      </w:r>
    </w:p>
    <w:p>
      <w:r/>
    </w:p>
    <w:p>
      <w:r/>
      <w:r>
        <w:t>He set the ampule back in the case with infinite care.</w:t>
      </w:r>
    </w:p>
    <w:p>
      <w:r/>
    </w:p>
    <w:p>
      <w:r/>
      <w:r>
        <w:t>Nate considered the options. He weighed escape, compliance, sabotage, suicide. Each seemed equally likely to end in failure, but he let himself hope, just for a second, that the game was not yet lost.</w:t>
      </w:r>
    </w:p>
    <w:p>
      <w:r/>
    </w:p>
    <w:p>
      <w:r/>
      <w:r>
        <w:t>Caldwell watched him, reading the calculation. "You are thinking of sacrifice. Of finding a way to destroy the artifact, or yourself, before we can use it. I admire the dedication, but I must remind you: we have Abigail. She is less essential, but not without value."</w:t>
      </w:r>
    </w:p>
    <w:p>
      <w:r/>
    </w:p>
    <w:p>
      <w:r/>
      <w:r>
        <w:t>It was a bluff. Nate could see it in the way Caldwell’s jaw flexed, in the hesitation before the word "Abigail." But that didn’t mean she wasn’t in danger.</w:t>
      </w:r>
    </w:p>
    <w:p>
      <w:r/>
    </w:p>
    <w:p>
      <w:r/>
      <w:r>
        <w:t>Caldwell straightened, then took one last turn around the chair.</w:t>
      </w:r>
    </w:p>
    <w:p>
      <w:r/>
    </w:p>
    <w:p>
      <w:r/>
      <w:r>
        <w:t>"Your uncle made the same choice you are about to face," he said. "Unfortunately, he chose poorly."</w:t>
      </w:r>
    </w:p>
    <w:p>
      <w:r/>
    </w:p>
    <w:p>
      <w:r/>
      <w:r>
        <w:t>He signaled to the guards with a single, dismissive nod, then walked to the door, pausing just long enough to let the moment settle.</w:t>
      </w:r>
    </w:p>
    <w:p>
      <w:r/>
    </w:p>
    <w:p>
      <w:r/>
      <w:r>
        <w:t>"Sleep well, Mr. Chase," Caldwell said, "if you can."</w:t>
      </w:r>
    </w:p>
    <w:p>
      <w:r/>
    </w:p>
    <w:p>
      <w:r/>
      <w:r>
        <w:t>The guards approached, their movements now measured, almost gentle, as if handling a valuable artifact rather than a man.</w:t>
      </w:r>
    </w:p>
    <w:p>
      <w:r/>
    </w:p>
    <w:p>
      <w:r/>
      <w:r>
        <w:t>Nate let them untie him, then walk him to the cot in the far corner. He lay down, eyes wide, brain cycling through every word, every hint of weakness in Caldwell’s performance.</w:t>
      </w:r>
    </w:p>
    <w:p>
      <w:r/>
    </w:p>
    <w:p>
      <w:r/>
      <w:r>
        <w:t>He had a plan now. It was terrible, and it would probably kill him. But he was going to see it through.</w:t>
      </w:r>
    </w:p>
    <w:p>
      <w:r/>
    </w:p>
    <w:p>
      <w:r/>
      <w:r>
        <w:t>He closed his eyes and waited for morning.</w:t>
      </w:r>
    </w:p>
    <w:p>
      <w:r/>
    </w:p>
    <w:p>
      <w:r/>
    </w:p>
    <w:p>
      <w:r/>
      <w:r>
        <w:t># Scene 3</w:t>
      </w:r>
    </w:p>
    <w:p>
      <w:r/>
    </w:p>
    <w:p>
      <w:r/>
      <w:r>
        <w:t>They woke him at six, though the light in the warehouse never changed. Someone had shoved a dry protein bar into his hand while he slept, and it tasted of sawdust and vanilla when he finally forced it down. The guards now wore white nitrile gloves, and their movements had acquired the unhurried efficiency of paramedics or morgue workers. Nate noted the change, added it to the mental ledger, and waited.</w:t>
      </w:r>
    </w:p>
    <w:p>
      <w:r/>
    </w:p>
    <w:p>
      <w:r/>
      <w:r>
        <w:t>At seven sharp, Caldwell returned, this time in a lab coat over the suit, as if ready to perform his own autopsy. He gestured, and the guards escorted Nate to a new space: a partitioned room, cinderblock walls painted pale blue, one-way mirror on the long wall, and a long worktable in the center. The table was ringed with a padded chair and heavy restraints. Above, the same single bulb, but now accompanied by the sterile glow of an inspection lamp.</w:t>
      </w:r>
    </w:p>
    <w:p>
      <w:r/>
    </w:p>
    <w:p>
      <w:r/>
      <w:r>
        <w:t>Nate sat when they told him to. They left the zip ties off, but metal cuffs waited at either side of the chair, and he knew how quickly the gap between freedom and the illusion of it could close.</w:t>
      </w:r>
    </w:p>
    <w:p>
      <w:r/>
    </w:p>
    <w:p>
      <w:r/>
      <w:r>
        <w:t>Caldwell placed a tablet on the table, woke it with a press of his thumb, and began to pace.</w:t>
      </w:r>
    </w:p>
    <w:p>
      <w:r/>
    </w:p>
    <w:p>
      <w:r/>
      <w:r>
        <w:t>"I’m sure you want to know why we’re here," he said, without looking up. "Why all the theater. Why not just strap you to a gurney and extract what we need?"</w:t>
      </w:r>
    </w:p>
    <w:p>
      <w:r/>
    </w:p>
    <w:p>
      <w:r/>
      <w:r>
        <w:t>Nate shrugged. "You enjoy the sound of your own voice?"</w:t>
      </w:r>
    </w:p>
    <w:p>
      <w:r/>
    </w:p>
    <w:p>
      <w:r/>
      <w:r>
        <w:t>For a moment, Caldwell’s mouth twitched, as if the insult was familiar, even comforting.</w:t>
      </w:r>
    </w:p>
    <w:p>
      <w:r/>
    </w:p>
    <w:p>
      <w:r/>
      <w:r>
        <w:t>"We’ve tried," Caldwell said. He flicked through the tablet, bringing up a rotating model of the obsidian disc, superimposed over maps of Crater Lake and several coordinates in South America, Asia, Africa. "We’ve put the artifact in the hands of six dozen candidates. All washed out. All except you, and Abigail."</w:t>
      </w:r>
    </w:p>
    <w:p>
      <w:r/>
    </w:p>
    <w:p>
      <w:r/>
      <w:r>
        <w:t>"She’s not here," Nate said, bluffing.</w:t>
      </w:r>
    </w:p>
    <w:p>
      <w:r/>
    </w:p>
    <w:p>
      <w:r/>
      <w:r>
        <w:t>Caldwell smiled. "Not yet. But she’s close. Closer than you know."</w:t>
      </w:r>
    </w:p>
    <w:p>
      <w:r/>
    </w:p>
    <w:p>
      <w:r/>
      <w:r>
        <w:t>He tapped the screen again, and now it showed a series of biometric readouts—EEG spikes, ECG traces, even hormone profiles. Nate recognized his own name on more than half the logs. Some were dated from the last two days. Others went back years.</w:t>
      </w:r>
    </w:p>
    <w:p>
      <w:r/>
    </w:p>
    <w:p>
      <w:r/>
      <w:r>
        <w:t>"You were testing us," Nate said, piecing it together. "Even before Vernon died."</w:t>
      </w:r>
    </w:p>
    <w:p>
      <w:r/>
    </w:p>
    <w:p>
      <w:r/>
      <w:r>
        <w:t>"Of course," Caldwell said. "Your uncle was an idealist, but he believed in data. Every interaction, every variable, every anomaly—he recorded it all. He thought if he could bury the truth in enough signal, no one would see the pattern. But I did."</w:t>
      </w:r>
    </w:p>
    <w:p>
      <w:r/>
    </w:p>
    <w:p>
      <w:r/>
      <w:r>
        <w:t>He picked up a small black case from the table, opened it with a satisfying click. Inside: a row of syringes, capped and labeled, and a row of glass ampules. The labels were in code, but Nate recognized the format: experiment numbers, batch dates, target outcomes.</w:t>
      </w:r>
    </w:p>
    <w:p>
      <w:r/>
    </w:p>
    <w:p>
      <w:r/>
      <w:r>
        <w:t>"We’re going to do this the hard way, if we must," Caldwell said. "But I would prefer your consent. It produces more reliable data."</w:t>
      </w:r>
    </w:p>
    <w:p>
      <w:r/>
    </w:p>
    <w:p>
      <w:r/>
      <w:r>
        <w:t>Nate leaned back, as far as the chair allowed. "You’re not getting it."</w:t>
      </w:r>
    </w:p>
    <w:p>
      <w:r/>
    </w:p>
    <w:p>
      <w:r/>
      <w:r>
        <w:t>"You said that before," Caldwell replied, voice gone almost bored. "But there are ways to motivate even the most stubborn. Pain, of course. But also hope. Or, failing that, the promise of a lesser evil."</w:t>
      </w:r>
    </w:p>
    <w:p>
      <w:r/>
    </w:p>
    <w:p>
      <w:r/>
      <w:r>
        <w:t>He snapped the lid shut, then picked up the tablet and brought up a new screen: a live video feed. The image showed Abigail—Abby—walking through a wooded trail, a pack slung over one shoulder, head down, hair pulled back in a tight braid. The camera angle was high, likely a drone or security pole.</w:t>
      </w:r>
    </w:p>
    <w:p>
      <w:r/>
    </w:p>
    <w:p>
      <w:r/>
      <w:r>
        <w:t>"She’s looking for you," Caldwell said. "She’s very determined. But not as cautious as you. If you don’t cooperate, I’ll have her picked up and brought here. Or worse, we’ll simply let her follow the breadcrumbs to the next node, and watch what happens when someone unprepared activates a full-field resonance event."</w:t>
      </w:r>
    </w:p>
    <w:p>
      <w:r/>
    </w:p>
    <w:p>
      <w:r/>
      <w:r>
        <w:t>He let the implication hang.</w:t>
      </w:r>
    </w:p>
    <w:p>
      <w:r/>
    </w:p>
    <w:p>
      <w:r/>
      <w:r>
        <w:t>"You’re a real bastard," Nate said, but his voice was flat, devoid of emotion. He would not give Caldwell the performance he wanted.</w:t>
      </w:r>
    </w:p>
    <w:p>
      <w:r/>
    </w:p>
    <w:p>
      <w:r/>
      <w:r>
        <w:t>Caldwell’s eyes narrowed. "You know what I find most fascinating about your family, Nathaniel? It’s not the courage. It’s the predictability. Every generation, you play your part exactly as expected. The trauma is always a spiral—self-similar, recursive, doomed to repeat. But that also means it’s easy to break, with the right tools."</w:t>
      </w:r>
    </w:p>
    <w:p>
      <w:r/>
    </w:p>
    <w:p>
      <w:r/>
      <w:r>
        <w:t>He gestured to the guards. "Restrain him."</w:t>
      </w:r>
    </w:p>
    <w:p>
      <w:r/>
    </w:p>
    <w:p>
      <w:r/>
      <w:r>
        <w:t>They moved with sudden, exact violence: one on each arm, pinning him, ratcheting the cuffs closed on his wrists and ankles. Cold metal bit into skin. Nate didn’t fight; he waited.</w:t>
      </w:r>
    </w:p>
    <w:p>
      <w:r/>
    </w:p>
    <w:p>
      <w:r/>
      <w:r>
        <w:t>Caldwell brought out a new device: a compact headpiece, ringed with electrodes and a central prong. He slid it over Nate’s skull, adjusted the fit, and tapped the tablet to calibrate.</w:t>
      </w:r>
    </w:p>
    <w:p>
      <w:r/>
    </w:p>
    <w:p>
      <w:r/>
      <w:r>
        <w:t>"You will experience some discomfort," Caldwell said. "Try to focus. The data is best when the mind is sharp."</w:t>
      </w:r>
    </w:p>
    <w:p>
      <w:r/>
    </w:p>
    <w:p>
      <w:r/>
      <w:r>
        <w:t>The prong lit with a blue LED. There was a whir, then a sharp, cold shock at the crown of Nate’s head—like static, but with a metallic aftertaste. His vision whited out for a split second, then resolved into a new clarity. Everything in the room was more present, more real, as if his senses had been forcibly dialed up to eleven.</w:t>
      </w:r>
    </w:p>
    <w:p>
      <w:r/>
    </w:p>
    <w:p>
      <w:r/>
      <w:r>
        <w:t>Caldwell watched the readings on the tablet. "Excellent," he said. "You are a natural amplifier. If you choose to cooperate, you could guide the resonance without injury. If not—" He glanced at the ampules. "Well. It will be quick, if nothing else."</w:t>
      </w:r>
    </w:p>
    <w:p>
      <w:r/>
    </w:p>
    <w:p>
      <w:r/>
      <w:r>
        <w:t>Nate locked eyes with him. "Go to hell," he said, crisp and precise.</w:t>
      </w:r>
    </w:p>
    <w:p>
      <w:r/>
    </w:p>
    <w:p>
      <w:r/>
      <w:r>
        <w:t>Cald</w:t>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