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tunnels were not for the living. They made this plain in the way they exhaled—moist, earthy, the mineral stink of old wounds—but Abby had always considered herself more animal than archaeologist, so she inhaled and let the world above slide away. Her boots squelched, not echoing so much as absorbed, the mud in these shafts older than most of Jacksonville’s headstones. The backpack was heavy and tight against her spine, but she’d cinched the straps so the motion wouldn’t telegraph through the tunnels, so it felt less like a pack and more like armor.</w:t>
      </w:r>
    </w:p>
    <w:p>
      <w:r/>
    </w:p>
    <w:p>
      <w:r/>
      <w:r>
        <w:t xml:space="preserve">Three generations of Calloways had mapped these branches, crawling through the interstices and veins with flashlights and whiskey breath. Abby moved in their memory, but with a precision none of her ancestors could have managed. She’d memorized the surveyor’s diagrams, the red-ink notations from the Historical Society’s restricted stacks, and—more importantly—the marginalia: “Collapsed 1911. Unstable after rain.” “Spoke to Chas. L., claims old shaft goes straight to the O’Brien Vault.” “Smell of brimstone—avoid.” </w:t>
      </w:r>
    </w:p>
    <w:p>
      <w:r/>
    </w:p>
    <w:p>
      <w:r/>
      <w:r>
        <w:t>It was not the longest route, but it was the quietest. She kept her headlamp off, letting her eyes adjust, counting paces and lefts and rights, hands sometimes pressed to the wall when the floor threatened a twist. There were hazards—a shin-high crossbeam, a ragged step-off where the silt dropped away for a foot and a half—but she counted them off as old friends. Every bruise the tunnel tried to give, she either saw coming or absorbed on her own terms.</w:t>
      </w:r>
    </w:p>
    <w:p>
      <w:r/>
    </w:p>
    <w:p>
      <w:r/>
      <w:r>
        <w:t>Forty minutes in, her knees were caked with iron-rich clay and her face beaded with condensation. She paused at a junction where the air changed—less fungal, more electric—and took the moment to check her position. Above, the city was a memory, but Abby imagined the Civic Center’s lights a hundred feet off, and the side-eye glances of the janitors she’d bribed to look the other way. The flare gun was taped to the outside of her thigh, a red-plastic promise, and inside the pack were the discs, wrapped in wax paper, plus a hacksaw, two screwdrivers, a crowbar she called “my little brother,” and a single dry pair of gloves.</w:t>
      </w:r>
    </w:p>
    <w:p>
      <w:r/>
    </w:p>
    <w:p>
      <w:r/>
      <w:r>
        <w:t>She shook out her hands, letting the adrenaline settle into something more useful, and slid onward.</w:t>
      </w:r>
    </w:p>
    <w:p>
      <w:r/>
    </w:p>
    <w:p>
      <w:r/>
      <w:r>
        <w:t>The O’Brien Vault was not a vault, strictly speaking. It was a pocket of poured concrete, an artifact of the boom years when every merchant in Jacksonville thought the future was either gold or dynamite. The shaft sloped up into it, and here she took her time, ears open for the telltale vibration of above-ground machinery—HVAC, pumps, maybe even a sump or water table alarm. Instead, she heard only the slow drip of mineral water and her own breathing. She pressed on.</w:t>
      </w:r>
    </w:p>
    <w:p>
      <w:r/>
    </w:p>
    <w:p>
      <w:r/>
      <w:r>
        <w:t>At the end, she found the ladder exactly as expected: steel rebar, rungs rusted but not yet surrendering, capped with a disk of plywood painted a bruised, industrial blue. She rapped it once, felt the give, then braced her back and pushed.</w:t>
      </w:r>
    </w:p>
    <w:p>
      <w:r/>
    </w:p>
    <w:p>
      <w:r/>
      <w:r>
        <w:t>The cover budged, then slipped up a half-inch on the third try. She left it, climbed up, and used the crowbar to lever the rest. The shaft above was dry, concrete, with a chemical smell that reminded her of the U of O’s physics labs in summer: sealed floors, antiseptic, undertones of hot dust. She poked her head up, saw nothing but a black expanse, then moved the rest of her body through.</w:t>
      </w:r>
    </w:p>
    <w:p>
      <w:r/>
    </w:p>
    <w:p>
      <w:r/>
      <w:r>
        <w:t>She left the cover propped—no point pretending, not with the timeline she was on—and crept toward the sliver of yellow-orange light on the far side of the vault.</w:t>
      </w:r>
    </w:p>
    <w:p>
      <w:r/>
    </w:p>
    <w:p>
      <w:r/>
      <w:r>
        <w:t>There was a camera there, dome-style, wide-angle. She’d seen the make and model at a trade show two years prior: facial recognition-ready, but only if you looked up, and only if the IR sensor was clean. She fished a packet of black putty from her pocket, rolled it between gloved fingers, then lobbed it underhand at the lens. It landed with a smack, blacking out everything but the bottom-most pie slice of the frame. She counted to seven, waited for the telltale whirr of a reorienting pan, then pressed her back to the door and listened.</w:t>
      </w:r>
    </w:p>
    <w:p>
      <w:r/>
    </w:p>
    <w:p>
      <w:r/>
      <w:r>
        <w:t>The footsteps on the other side were patterned—two, then pause, then two again, then a longer drag. Security, but not motivated. She waited for the pattern to fade, then pried the latch with the flat end of the crowbar, slow so as not to set off a vibration alarm.</w:t>
      </w:r>
    </w:p>
    <w:p>
      <w:r/>
    </w:p>
    <w:p>
      <w:r/>
      <w:r>
        <w:t xml:space="preserve">It took three seconds, which was two longer than she liked, but the door finally snicked open. Abby crouched and slipped into the hall, shutting it behind her with a whisper of hydraulic action. The corridor was hospital-grade: white paint, low-nap flooring, the tang of some citrus-based cleaner overlying the sour breath of recirculated air. The only art was a framed schematic of the fire exits, which she scanned as she passed, noting which routes had been redacted or painted over since her last visit. </w:t>
      </w:r>
    </w:p>
    <w:p>
      <w:r/>
    </w:p>
    <w:p>
      <w:r/>
      <w:r>
        <w:t>She found a service stairwell, the steel steps worn shiny down the middle from decades of lazy shuffling. At the landing, she paused, pressed her ear to the fire door, and listened again. Nothing. She popped it open, just a crack, and peered out. The facility—Caldwell’s facility, though every sign and decal said “Jacksonville Water Reclamation”—was laid out in a brutalist rectangle. The walls were lined with lockers and the occasional fire hose, but otherwise, the only thing breaking up the white space was a row of convex mirrors, each one perfectly placed to kill the advantage of the corners.</w:t>
      </w:r>
    </w:p>
    <w:p>
      <w:r/>
    </w:p>
    <w:p>
      <w:r/>
      <w:r>
        <w:t>She watched the closest mirror, waited for the sweep of the next patrol, and when it didn’t come, she ghosted across the hall to a blank door marked “ELECTRICAL.” She forced the lock with a screwdriver, and was rewarded with a closet-sized room lined in conduit and breaker panels. She exhaled, quietly, and allowed herself thirty seconds to come up with a next step.</w:t>
      </w:r>
    </w:p>
    <w:p>
      <w:r/>
    </w:p>
    <w:p>
      <w:r/>
      <w:r>
        <w:t xml:space="preserve">Inside the closet, she pulled the flare gun, cracked it, checked the load. She stashed the crowbar behind the conduit in case she needed a retreat, then dug out the compact toolkit she’d lifted from the Historical Society’s maintenance shelf last week. </w:t>
      </w:r>
    </w:p>
    <w:p>
      <w:r/>
    </w:p>
    <w:p>
      <w:r/>
      <w:r>
        <w:t>There was a vent here, maybe a foot and a half square, with a screw-held grill. Abby pulled off her gloves, loosened the fasteners, then shimmied the grill aside. She set the disc bundle down first—less risk of shattering them if she had to reverse fast—then squeezed herself into the shaft, arms straight out, pack scraping against the top. The metal was cold but dry, and her breath left plumes in the still air.</w:t>
      </w:r>
    </w:p>
    <w:p>
      <w:r/>
    </w:p>
    <w:p>
      <w:r/>
      <w:r>
        <w:t>She wormed through, counting feet, until she reached the first junction. Below, a grill opening let her see into one of the facility’s main labs. There were two people inside, both in lab coats, one typing furiously, the other bent over what looked like a rack of high-end circuit boards. Neither noticed her, and their body language suggested they’d be there for a while.</w:t>
      </w:r>
    </w:p>
    <w:p>
      <w:r/>
    </w:p>
    <w:p>
      <w:r/>
      <w:r>
        <w:t>She took the left branch, then another left, and found herself above a storage room, racks of brown boxes and water cooler bottles stacked ceiling-high. She calculated the drop: six feet, maybe a bruised ankle. She unshouldered the pack, slid it through first, then dropped herself onto the boxes.</w:t>
      </w:r>
    </w:p>
    <w:p>
      <w:r/>
    </w:p>
    <w:p>
      <w:r/>
      <w:r>
        <w:t>The thump was louder than she wanted, but not catastrophic. She paused, then moved to the door and checked the hall through the narrow slit at the bottom.</w:t>
      </w:r>
    </w:p>
    <w:p>
      <w:r/>
    </w:p>
    <w:p>
      <w:r/>
      <w:r>
        <w:t>Clear.</w:t>
      </w:r>
    </w:p>
    <w:p>
      <w:r/>
    </w:p>
    <w:p>
      <w:r/>
      <w:r>
        <w:t>She moved fast now, heading west, where the old plans said the exterior wall should be closest. She found a supply room, ducked in, and took inventory: mop, bleach, a shelf of shrink-wrapped electronics, and a cart loaded with bundled Ethernet cable. She used the cart as a rolling shield, pushing it ahead of her as she walked the corridor in the open, head down, just another service worker on a long shift.</w:t>
      </w:r>
    </w:p>
    <w:p>
      <w:r/>
    </w:p>
    <w:p>
      <w:r/>
      <w:r>
        <w:t>At the next intersection, a guard stepped out, clipboard in hand. He was tall, but his belt said he spent more time in front of screens than in the gym. Abby kept rolling, eyes averted, and when he started to say something, she cut him off with, “Elevator’s out. IT’s rerouting the patch panel.”</w:t>
      </w:r>
    </w:p>
    <w:p>
      <w:r/>
    </w:p>
    <w:p>
      <w:r/>
      <w:r>
        <w:t>He grunted, already bored, and stepped back into his office. She didn’t breathe until she turned the next corner.</w:t>
      </w:r>
    </w:p>
    <w:p>
      <w:r/>
    </w:p>
    <w:p>
      <w:r/>
      <w:r>
        <w:t>There, at the end of the hall, was the target: a locked metal door with a magnetic swipe plate. The kind of lock that could be fooled, for about six seconds, by a certain brand of neodymium magnet. She fished one from her breast pocket, slapped it to the top of the plate, and was through before the alarm could fully spool up.</w:t>
      </w:r>
    </w:p>
    <w:p>
      <w:r/>
    </w:p>
    <w:p>
      <w:r/>
      <w:r>
        <w:t>Inside, the world changed again: all sound was muffled, the lights a gentle blue, the walls lined with racks of servers and climate control units. The temperature dropped by ten degrees. Abby let the door shut, then slid between two server racks, mindful of the motion sensors spaced at eye level.</w:t>
      </w:r>
    </w:p>
    <w:p>
      <w:r/>
    </w:p>
    <w:p>
      <w:r/>
      <w:r>
        <w:t>She moved by memory—Vernon’s notes, Caleb’s marginalia, her own late-night run-throughs of the city’s GIS data. The way to the central control room was a left, then a right, then a dead-end corridor where a false wall masked a maintenance crawlspace. She found the seam, pressed it, and slipped inside.</w:t>
      </w:r>
    </w:p>
    <w:p>
      <w:r/>
    </w:p>
    <w:p>
      <w:r/>
      <w:r>
        <w:t>Now, finally, she risked the headlamp. The light revealed a tight crawlway, copper pipes running shoulder-high, and a ladder leading up to a metal catwalk. She scaled it, moving with slow, deliberate care, and peeked over the lip.</w:t>
      </w:r>
    </w:p>
    <w:p>
      <w:r/>
    </w:p>
    <w:p>
      <w:r/>
      <w:r>
        <w:t>From this vantage, she could see the inner sanctum: a glassed-in cube, three men in lab coats, one of them definitely not a scientist—too upright, too calm, hands clasped behind his back like a king touring the peasants’ quarters.</w:t>
      </w:r>
    </w:p>
    <w:p>
      <w:r/>
    </w:p>
    <w:p>
      <w:r/>
      <w:r>
        <w:t>Caldwell.</w:t>
      </w:r>
    </w:p>
    <w:p>
      <w:r/>
    </w:p>
    <w:p>
      <w:r/>
      <w:r>
        <w:t>Abby let herself stare for three full heartbeats, memorizing the shape of the moment. Then she killed the lamp, tucked herself into a dark niche, and waited.</w:t>
      </w:r>
    </w:p>
    <w:p>
      <w:r/>
    </w:p>
    <w:p>
      <w:r/>
      <w:r>
        <w:t>She counted every second as the scene below played out. Caldwell listened to a report, nodded, then checked his phone. The men in coats left, leaving Caldwell alone. He paced, turned, and looked up—directly at the spot where Abby would have been, had she not moved two feet to the left. He stared a moment, then turned away, as if remembering some distant, better world.</w:t>
      </w:r>
    </w:p>
    <w:p>
      <w:r/>
    </w:p>
    <w:p>
      <w:r/>
      <w:r>
        <w:t>Abby waited until the room cleared, then started the clock: forty minutes until the next shift change. Plenty of time to find what she needed.</w:t>
      </w:r>
    </w:p>
    <w:p>
      <w:r/>
    </w:p>
    <w:p>
      <w:r/>
      <w:r>
        <w:t>She shimmied back down the ladder, retraced her path, and emerged in the hall. No guards. No techs. Just the hum of a building that believed itself secure.</w:t>
      </w:r>
    </w:p>
    <w:p>
      <w:r/>
    </w:p>
    <w:p>
      <w:r/>
      <w:r>
        <w:t>She smiled, feral, and headed for the archive.</w:t>
      </w:r>
    </w:p>
    <w:p>
      <w:r/>
    </w:p>
    <w:p>
      <w:r/>
    </w:p>
    <w:p>
      <w:r/>
      <w:r>
        <w:t># Scene 2</w:t>
      </w:r>
    </w:p>
    <w:p>
      <w:r/>
    </w:p>
    <w:p>
      <w:r/>
      <w:r>
        <w:t>Abby moved like she had something to lose. The compound was alive now—labs humming, stairwells creaking with the sound of a dozen night-shift bodies, each intent on their own private disaster. She stuck to the shadows, timing every corridor dash with the flicker of security lights and the distant bicker of staff voices. The server room’s cool blue hush faded behind her, replaced by the slap of rubber soles and the occasional intercom squawk, reminders that even the most airtight plans had to breathe.</w:t>
      </w:r>
    </w:p>
    <w:p>
      <w:r/>
    </w:p>
    <w:p>
      <w:r/>
      <w:r>
        <w:t>Two doors down, she palmed a vending machine and left it rocking, the plastic pouches inside shuddering against the glass. The next patrol would waste twenty seconds deciding if the commotion merited a report, thirty more on whether to fix it. That was all she needed.</w:t>
      </w:r>
    </w:p>
    <w:p>
      <w:r/>
    </w:p>
    <w:p>
      <w:r/>
      <w:r>
        <w:t>Abby ducked into a side corridor labeled “Maintenance – Restricted,” shouldered her way through the service door, and pulled up short in the small, crowded janitorial closet beyond. A motion-activated bulb winked to life overhead, painting the room in sickly fluorescence. Mops, chemical drums, a stack of unused “CAUTION” cones—she scanned the shelves for something better than a crowbar and landed on a battered canister of powdered fire suppressant. She tucked it under her arm, then pressed an ear to the inside wall, listening for movement on the other side.</w:t>
      </w:r>
    </w:p>
    <w:p>
      <w:r/>
    </w:p>
    <w:p>
      <w:r/>
      <w:r>
        <w:t xml:space="preserve">Through the wall’s drywall and insulation came the murmur of a security shift change, bored voices reading names from a checklist. Abby waited for the lull, then fished out her phone and cued up a lo-fi loop of elevator music—just loud enough to be picked up by a nearby mic. She set it to play on the cart in the hall, then retreated into the closet and braced for the inevitable. </w:t>
      </w:r>
    </w:p>
    <w:p>
      <w:r/>
    </w:p>
    <w:p>
      <w:r/>
      <w:r>
        <w:t>The effect was better than she hoped: the bored voices gave way to a tetchy “Is someone out there?” followed by a stuttering of footsteps, then the shush of a door opening. While the two guards bantered over who’d left their Spotify running, Abby slipped out and down the adjoining hallway, cutting right at the next junction. She caught a glimpse of her own reflection in a convex mirror, then ducked her head and moved on.</w:t>
      </w:r>
    </w:p>
    <w:p>
      <w:r/>
    </w:p>
    <w:p>
      <w:r/>
      <w:r>
        <w:t>Here, the architecture was newer: fireproof doors, reinforced glass, each checkpoint equipped with a wall-mounted panel and a mirrored dome camera. Abby moved at half speed, keeping her gait slow, so as not to trigger the motion sensors’ high-priority track. She reached the next threshold—a steel security door, no keypad, just a badge reader and an intercom box. She rapped twice on the casing, then used the neodymium magnet again. The door buzzed, hesitated, then unlocked.</w:t>
      </w:r>
    </w:p>
    <w:p>
      <w:r/>
    </w:p>
    <w:p>
      <w:r/>
      <w:r>
        <w:t>Inside: a short corridor terminating in a heavy glass door. Beyond the glass, she saw two men in tactical gear—guards this time, not staff, the gear streamlined and pro. They were not looking at her; their attention was fixed on the room beyond, where a third figure sat in a padded chair, wrists bound, head lolled forward.</w:t>
      </w:r>
    </w:p>
    <w:p>
      <w:r/>
    </w:p>
    <w:p>
      <w:r/>
      <w:r>
        <w:t>Nate.</w:t>
      </w:r>
    </w:p>
    <w:p>
      <w:r/>
    </w:p>
    <w:p>
      <w:r/>
      <w:r>
        <w:t>He looked bad. Not fatal, but worn—the lean, battered face splotched with an ugly bruise, a crust of dried blood at his temple, his wrists cuffed to the chair’s arms. Even slumped, he radiated coiled energy. One guard watched him with the wary stare of a dog trained to expect the unexpected.</w:t>
      </w:r>
    </w:p>
    <w:p>
      <w:r/>
    </w:p>
    <w:p>
      <w:r/>
      <w:r>
        <w:t>Abby inhaled through her nose, let the world shrink down to a single intent.</w:t>
      </w:r>
    </w:p>
    <w:p>
      <w:r/>
    </w:p>
    <w:p>
      <w:r/>
      <w:r>
        <w:t>She counted the guards: two. Weapons: sidearms, likely tasers, and one had a canister of spray on the belt. She watched as the second guard adjusted his gloves and, bored, reached for his phone. The third—the one with the wary stare—never wavered.</w:t>
      </w:r>
    </w:p>
    <w:p>
      <w:r/>
    </w:p>
    <w:p>
      <w:r/>
      <w:r>
        <w:t>She had to split them.</w:t>
      </w:r>
    </w:p>
    <w:p>
      <w:r/>
    </w:p>
    <w:p>
      <w:r/>
      <w:r>
        <w:t>The fire suppressant would work, but only if she could get the guards to open the glass door. She unscrewed the top, pressed the nozzle, and gave it a sharp test puff. The powder whooshed out, coating the closet air with a biting, metallic scent. Abby grinned, then cued the elevator music one more time and set the phone on the ground outside the security door, just within sight.</w:t>
      </w:r>
    </w:p>
    <w:p>
      <w:r/>
    </w:p>
    <w:p>
      <w:r/>
      <w:r>
        <w:t>Then she rapped three times, hard and sharp, on the glass.</w:t>
      </w:r>
    </w:p>
    <w:p>
      <w:r/>
    </w:p>
    <w:p>
      <w:r/>
      <w:r>
        <w:t>The bored guard looked up, squinted at the phone, then reached over and punched a code. The glass door buzzed, clicked, and he opened it, squinting down the hall at the abandoned phone. That was all Abby needed—she hit the fire canister, filling the air with a blinding cloud, then charged in low, using the confusion to close the distance.</w:t>
      </w:r>
    </w:p>
    <w:p>
      <w:r/>
    </w:p>
    <w:p>
      <w:r/>
      <w:r>
        <w:t>The first guard coughed, staggered, one hand going to his eyes. Abby grabbed his wrist, twisted, and he went down hard, off-balance and groping for his gun. She spun behind him, ducked a wild swing from the second guard, and jabbed the canister straight into his chest, then fired again. He coughed, doubled over, and she kicked his knee out from under him. Both men went down in a heap, more stunned than hurt.</w:t>
      </w:r>
    </w:p>
    <w:p>
      <w:r/>
    </w:p>
    <w:p>
      <w:r/>
      <w:r>
        <w:t>The wary guard finally reacted, unclipping his taser, but Abby was already moving. She used the downed guard as cover, swept his leg, and knocked the taser hand wide. The electrodes punched harmlessly into the wall, and the guard’s own recoil sent him staggering. Abby grabbed his shoulder, pinned him to the floor, and knocked him unconscious with a sharp edge of the canister to the base of his skull.</w:t>
      </w:r>
    </w:p>
    <w:p>
      <w:r/>
    </w:p>
    <w:p>
      <w:r/>
      <w:r>
        <w:t>She took a second to catch her breath, then scanned the hallway for reinforcements. Nothing yet. She checked the guards for alarms or panic buttons—none visible. She found the key for Nate’s cuffs on one of the belts, then hurried to the padded chair.</w:t>
      </w:r>
    </w:p>
    <w:p>
      <w:r/>
    </w:p>
    <w:p>
      <w:r/>
      <w:r>
        <w:t>He was dazed, but not gone. She knelt, pressed her hand to his cheek, then snapped her fingers in front of his face.</w:t>
      </w:r>
    </w:p>
    <w:p>
      <w:r/>
    </w:p>
    <w:p>
      <w:r/>
      <w:r>
        <w:t>“Nate,” she said, sharp. “Wake up.”</w:t>
      </w:r>
    </w:p>
    <w:p>
      <w:r/>
    </w:p>
    <w:p>
      <w:r/>
      <w:r>
        <w:t>He blinked, confusion giving way to recognition, then relief.</w:t>
      </w:r>
    </w:p>
    <w:p>
      <w:r/>
    </w:p>
    <w:p>
      <w:r/>
      <w:r>
        <w:t>“Abs?” His voice was a whisper, cracked.</w:t>
      </w:r>
    </w:p>
    <w:p>
      <w:r/>
    </w:p>
    <w:p>
      <w:r/>
      <w:r>
        <w:t>“Shh.” She worked the key into the lock, twisting until the cuff snapped loose, then did the other.</w:t>
      </w:r>
    </w:p>
    <w:p>
      <w:r/>
    </w:p>
    <w:p>
      <w:r/>
      <w:r>
        <w:t>He tried to stand and nearly fell, catching himself on her shoulder.</w:t>
      </w:r>
    </w:p>
    <w:p>
      <w:r/>
    </w:p>
    <w:p>
      <w:r/>
      <w:r>
        <w:t>“You—fuck—how did you—?”</w:t>
      </w:r>
    </w:p>
    <w:p>
      <w:r/>
    </w:p>
    <w:p>
      <w:r/>
      <w:r>
        <w:t>“I know these tunnels better than Caldwell knows his own facility,” she said, deadpan.</w:t>
      </w:r>
    </w:p>
    <w:p>
      <w:r/>
    </w:p>
    <w:p>
      <w:r/>
      <w:r>
        <w:t>He let out a short, wild laugh, then gripped her arm as he steadied. “I was just starting to think I’d have to gnaw my own arm off.”</w:t>
      </w:r>
    </w:p>
    <w:p>
      <w:r/>
    </w:p>
    <w:p>
      <w:r/>
      <w:r>
        <w:t>“You still might. Can you walk?”</w:t>
      </w:r>
    </w:p>
    <w:p>
      <w:r/>
    </w:p>
    <w:p>
      <w:r/>
      <w:r>
        <w:t>“Don’t have to,” he said. “Just need to run.”</w:t>
      </w:r>
    </w:p>
    <w:p>
      <w:r/>
    </w:p>
    <w:p>
      <w:r/>
      <w:r>
        <w:t>She checked the corridor. Still clear, but footsteps echoed in the distance now—somebody would come looking.</w:t>
      </w:r>
    </w:p>
    <w:p>
      <w:r/>
    </w:p>
    <w:p>
      <w:r/>
      <w:r>
        <w:t>“We’ve got two, maybe three minutes,” she said. “Can you manage stairs?”</w:t>
      </w:r>
    </w:p>
    <w:p>
      <w:r/>
    </w:p>
    <w:p>
      <w:r/>
      <w:r>
        <w:t>He nodded, the old military discipline overtaking the pain.</w:t>
      </w:r>
    </w:p>
    <w:p>
      <w:r/>
    </w:p>
    <w:p>
      <w:r/>
      <w:r>
        <w:t>“Lead the way,” he said, “I’ll be right behind.”</w:t>
      </w:r>
    </w:p>
    <w:p>
      <w:r/>
    </w:p>
    <w:p>
      <w:r/>
      <w:r>
        <w:t>They moved—fast, low, sticking to the wall. Abby paused at the corner, listening, then motioned Nate forward. They retraced her path through the access corridors, then ducked into the first side room they found, a darkened meeting area full of folding chairs and a single battered podium.</w:t>
      </w:r>
    </w:p>
    <w:p>
      <w:r/>
    </w:p>
    <w:p>
      <w:r/>
      <w:r>
        <w:t>Nate slumped into the nearest chair, massaging his wrists. Abby crouched in front of him, doing a quick visual: pupils equal and reactive, no obvious fractures, but the bruising on his jaw looked fresh.</w:t>
      </w:r>
    </w:p>
    <w:p>
      <w:r/>
    </w:p>
    <w:p>
      <w:r/>
      <w:r>
        <w:t>“You okay?” she whispered.</w:t>
      </w:r>
    </w:p>
    <w:p>
      <w:r/>
    </w:p>
    <w:p>
      <w:r/>
      <w:r>
        <w:t>“I’m fine,” he lied. “Where’s the disc?”</w:t>
      </w:r>
    </w:p>
    <w:p>
      <w:r/>
    </w:p>
    <w:p>
      <w:r/>
      <w:r>
        <w:t>“Safe. We’re not done yet.”</w:t>
      </w:r>
    </w:p>
    <w:p>
      <w:r/>
    </w:p>
    <w:p>
      <w:r/>
      <w:r>
        <w:t>He nodded, teeth gritted.</w:t>
      </w:r>
    </w:p>
    <w:p>
      <w:r/>
    </w:p>
    <w:p>
      <w:r/>
      <w:r>
        <w:t>“Caldwell?” he asked.</w:t>
      </w:r>
    </w:p>
    <w:p>
      <w:r/>
    </w:p>
    <w:p>
      <w:r/>
      <w:r>
        <w:t>“He’s here,” she said. “Two floors up. I saw him with the techs.”</w:t>
      </w:r>
    </w:p>
    <w:p>
      <w:r/>
    </w:p>
    <w:p>
      <w:r/>
      <w:r>
        <w:t>Nate’s face set hard. “Then we can’t just run.”</w:t>
      </w:r>
    </w:p>
    <w:p>
      <w:r/>
    </w:p>
    <w:p>
      <w:r/>
      <w:r>
        <w:t>“Plan?”</w:t>
      </w:r>
    </w:p>
    <w:p>
      <w:r/>
    </w:p>
    <w:p>
      <w:r/>
      <w:r>
        <w:t>He smiled, bloody but all business. “We improvise.”</w:t>
      </w:r>
    </w:p>
    <w:p>
      <w:r/>
    </w:p>
    <w:p>
      <w:r/>
      <w:r>
        <w:t>Abby glanced at her watch. Forty seconds. She pulled the crowbar from her pack, then handed Nate a length of steel pipe she’d grabbed from the janitor’s closet.</w:t>
      </w:r>
    </w:p>
    <w:p>
      <w:r/>
    </w:p>
    <w:p>
      <w:r/>
      <w:r>
        <w:t>“It’s not much,” she said, “but it’ll get the job done.”</w:t>
      </w:r>
    </w:p>
    <w:p>
      <w:r/>
    </w:p>
    <w:p>
      <w:r/>
      <w:r>
        <w:t>He took it, weighing it in his hand, then forced himself upright.</w:t>
      </w:r>
    </w:p>
    <w:p>
      <w:r/>
    </w:p>
    <w:p>
      <w:r/>
      <w:r>
        <w:t>“Let’s go,” he said. “If they catch us, we’ll do it loud.”</w:t>
      </w:r>
    </w:p>
    <w:p>
      <w:r/>
    </w:p>
    <w:p>
      <w:r/>
      <w:r>
        <w:t>They made it to the stairwell just as the alarm klaxons blared, sharp and sudden, red lights strobing down the corridor. Somewhere, a voice barked instructions—evacuate, isolate, secure the perimeter.</w:t>
      </w:r>
    </w:p>
    <w:p>
      <w:r/>
    </w:p>
    <w:p>
      <w:r/>
      <w:r>
        <w:t>Abby and Nate exchanged a look. “How do you want to play this?” she asked.</w:t>
      </w:r>
    </w:p>
    <w:p>
      <w:r/>
    </w:p>
    <w:p>
      <w:r/>
      <w:r>
        <w:t>“We can’t get out the way you came,” he said. “They’ll have it covered.”</w:t>
      </w:r>
    </w:p>
    <w:p>
      <w:r/>
    </w:p>
    <w:p>
      <w:r/>
      <w:r>
        <w:t>She nodded. “Side exit, west hall. Maintenance door.”</w:t>
      </w:r>
    </w:p>
    <w:p>
      <w:r/>
    </w:p>
    <w:p>
      <w:r/>
      <w:r>
        <w:t>“Perfect,” he said. “I owe you.”</w:t>
      </w:r>
    </w:p>
    <w:p>
      <w:r/>
    </w:p>
    <w:p>
      <w:r/>
      <w:r>
        <w:t>She punched him, gently, in the shoulder. “You do.”</w:t>
      </w:r>
    </w:p>
    <w:p>
      <w:r/>
    </w:p>
    <w:p>
      <w:r/>
      <w:r>
        <w:t>They moved, full speed now, using the chaos of the alarm to blend into the flow of scrambling staff and security. At the end of the corridor, a guard blocked their way, hand on his pistol.</w:t>
      </w:r>
    </w:p>
    <w:p>
      <w:r/>
    </w:p>
    <w:p>
      <w:r/>
      <w:r>
        <w:t>Nate didn’t break stride—he hit the man low, tackling him into the doorframe. Abby grabbed the keys off his belt, unlocked the maintenance door, and they tumbled into the crisp night air beyond.</w:t>
      </w:r>
    </w:p>
    <w:p>
      <w:r/>
    </w:p>
    <w:p>
      <w:r/>
      <w:r>
        <w:t>For a second, Abby tasted freedom—wet grass, starless sky, the world as it should be. Then footsteps thundered behind them, and she realized they were not clear yet.</w:t>
      </w:r>
    </w:p>
    <w:p>
      <w:r/>
    </w:p>
    <w:p>
      <w:r/>
      <w:r>
        <w:t>Nate lurched forward, but the fight was burning through his last reserves. She slung his arm over her shoulders, dragging him toward the tree line at the edge of the property.</w:t>
      </w:r>
    </w:p>
    <w:p>
      <w:r/>
    </w:p>
    <w:p>
      <w:r/>
      <w:r>
        <w:t>A bullet snapped the air above them. Abby ducked, dragging Nate behind a berm. The guards fanned out, searchlights slicing the night.</w:t>
      </w:r>
    </w:p>
    <w:p>
      <w:r/>
    </w:p>
    <w:p>
      <w:r/>
      <w:r>
        <w:t>Nate coughed, spat blood, then grinned. “This is more fun than last time.”</w:t>
      </w:r>
    </w:p>
    <w:p>
      <w:r/>
    </w:p>
    <w:p>
      <w:r/>
      <w:r>
        <w:t>“Shut up and run,” she snapped.</w:t>
      </w:r>
    </w:p>
    <w:p>
      <w:r/>
    </w:p>
    <w:p>
      <w:r/>
      <w:r>
        <w:t>They sprinted, weaving through the shadows, dodging flashlight beams and the hiss of walkie chatter. Abby led them in a looping arc, always doubling back, always looking for a way in, not just a way out.</w:t>
      </w:r>
    </w:p>
    <w:p>
      <w:r/>
    </w:p>
    <w:p>
      <w:r/>
      <w:r>
        <w:t>They dove into a culvert, muddy and tight, the cold water sluicing away the worst of the blood and the heat. Abby could hear the guards above, scanning, then moving on.</w:t>
      </w:r>
    </w:p>
    <w:p>
      <w:r/>
    </w:p>
    <w:p>
      <w:r/>
      <w:r>
        <w:t>She waited, counting down, then whispered: “Next move?”</w:t>
      </w:r>
    </w:p>
    <w:p>
      <w:r/>
    </w:p>
    <w:p>
      <w:r/>
      <w:r>
        <w:t>Nate grinned. “We’re still improvising, right?”</w:t>
      </w:r>
    </w:p>
    <w:p>
      <w:r/>
    </w:p>
    <w:p>
      <w:r/>
      <w:r>
        <w:t>“Always,” she said.</w:t>
      </w:r>
    </w:p>
    <w:p>
      <w:r/>
    </w:p>
    <w:p>
      <w:r/>
      <w:r>
        <w:t>They followed the culvert east, then cut back into the trees, using the tangled underbrush as cover. At the far edge, they found the old mining shaft she’d used for entry, the cover still pried half-off.</w:t>
      </w:r>
    </w:p>
    <w:p>
      <w:r/>
    </w:p>
    <w:p>
      <w:r/>
      <w:r>
        <w:t>Abby looked at Nate, who nodded, and together they dropped into the tunnel below, swallowed by the dark and the silence.</w:t>
      </w:r>
    </w:p>
    <w:p>
      <w:r/>
    </w:p>
    <w:p>
      <w:r/>
      <w:r>
        <w:t>Behind them, the alarms faded into memory.</w:t>
      </w:r>
    </w:p>
    <w:p>
      <w:r/>
    </w:p>
    <w:p>
      <w:r/>
      <w:r>
        <w:t>In front of them: the future, whatever shape it wanted to take.</w:t>
      </w:r>
    </w:p>
    <w:p>
      <w:r/>
    </w:p>
    <w:p>
      <w:r/>
    </w:p>
    <w:p>
      <w:r/>
      <w:r>
        <w:t># Scene 3</w:t>
      </w:r>
    </w:p>
    <w:p>
      <w:r/>
    </w:p>
    <w:p>
      <w:r/>
      <w:r>
        <w:t>The corridor behind them funneled down to a single choice: the archive room, half-buried at the compound’s edge, its interior lit by the flicker of emergency strobes and the jittery blue of failing LED strips. Abby knew it was a trap the way a fox knows the feel of a snare, but it was either that or go back and get cornered between two sets of armed men who’d lost the taste for subtlety.</w:t>
      </w:r>
    </w:p>
    <w:p>
      <w:r/>
    </w:p>
    <w:p>
      <w:r/>
      <w:r>
        <w:t>She dragged Nate inside, shouldering the steel door shut behind them. For a heartbeat, the world went still—just the drone of alarms, the wheeze of recycled air, and the sharp, coppery tang of blood from Nate’s split lip. He swayed, found a battered library cart, and used it to brace himself, his other hand clamped hard on the length of pipe she’d handed him.</w:t>
      </w:r>
    </w:p>
    <w:p>
      <w:r/>
    </w:p>
    <w:p>
      <w:r/>
      <w:r>
        <w:t>“Options?” he said, his voice the ghost of a whisper.</w:t>
      </w:r>
    </w:p>
    <w:p>
      <w:r/>
    </w:p>
    <w:p>
      <w:r/>
      <w:r>
        <w:t>Abby scanned the room. Rows of file cabinets, glass cases with locked drawers, and at the far end, a heavy oak table on which someone—likely for effect—had stacked the entirety of the Historical Society’s microfiche archive. It looked like a tombstone.</w:t>
      </w:r>
    </w:p>
    <w:p>
      <w:r/>
    </w:p>
    <w:p>
      <w:r/>
      <w:r>
        <w:t>“We stall,” she said. “Then we bargain.”</w:t>
      </w:r>
    </w:p>
    <w:p>
      <w:r/>
    </w:p>
    <w:p>
      <w:r/>
      <w:r>
        <w:t>She pulled the discs from her pack, checked the waxed wrap for cracks, and then dropped them in the deep cargo pocket of Nate’s pants. “If they take me, you keep running,” she said.</w:t>
      </w:r>
    </w:p>
    <w:p>
      <w:r/>
    </w:p>
    <w:p>
      <w:r/>
      <w:r>
        <w:t>He opened his mouth, but the footfalls in the hall cut off protest. The door bucked, then shuddered open. Two guards entered, rifles at the ready. Behind them, calm and almost bemused, came Caldwell. He was still in his tailored suit, but the limp was more pronounced. He leaned on a cane now, one with a silver wolf’s head on top, and regarded the two fugitives like he’d been expecting them all along.</w:t>
      </w:r>
    </w:p>
    <w:p>
      <w:r/>
    </w:p>
    <w:p>
      <w:r/>
      <w:r>
        <w:t>“Ms. Calloway,” Caldwell said, with the slow delight of a collector discovering a rare variant. “Mr. Chase. So nice of you to make this easy.”</w:t>
      </w:r>
    </w:p>
    <w:p>
      <w:r/>
    </w:p>
    <w:p>
      <w:r/>
      <w:r>
        <w:t>Abby stepped away from Nate, hands spread, body language calculated for maximum surrender. “You want the journals,” she said, “or you would have shot us in the hall.”</w:t>
      </w:r>
    </w:p>
    <w:p>
      <w:r/>
    </w:p>
    <w:p>
      <w:r/>
      <w:r>
        <w:t>Caldwell’s eyes flicked to the fireproof cabinet in the corner, then back to her. “We can do this with drama, or with efficiency. My men prefer the former, but I have a schedule.”</w:t>
      </w:r>
    </w:p>
    <w:p>
      <w:r/>
    </w:p>
    <w:p>
      <w:r/>
      <w:r>
        <w:t>She moved, quick, to the cabinet, and spun the combination. “If I give you what you want,” she said, “we walk.”</w:t>
      </w:r>
    </w:p>
    <w:p>
      <w:r/>
    </w:p>
    <w:p>
      <w:r/>
      <w:r>
        <w:t>Caldwell gave a tight smile. “You walk. Mr. Chase stays. He is essential to the operation. If you’d cared to read your brother’s notes, you’d know—”</w:t>
      </w:r>
    </w:p>
    <w:p>
      <w:r/>
    </w:p>
    <w:p>
      <w:r/>
      <w:r>
        <w:t>She turned, holding up the bundle: Vernon’s original journals, every page annotated, dog-eared, and stained with the ink of a thousand midnight cigarettes. She set them on the table, open to the signature page.</w:t>
      </w:r>
    </w:p>
    <w:p>
      <w:r/>
    </w:p>
    <w:p>
      <w:r/>
      <w:r>
        <w:t>“I’ll walk,” she said. “But not alone.”</w:t>
      </w:r>
    </w:p>
    <w:p>
      <w:r/>
    </w:p>
    <w:p>
      <w:r/>
      <w:r>
        <w:t>Caldwell advanced a step, his limp harsh now, eyes never leaving the journals. “You are in no position to negotiate.”</w:t>
      </w:r>
    </w:p>
    <w:p>
      <w:r/>
    </w:p>
    <w:p>
      <w:r/>
      <w:r>
        <w:t>“Neither are you,” she said. “Unless you want to explain to your board why a lab full of dead researchers isn’t producing results.”</w:t>
      </w:r>
    </w:p>
    <w:p>
      <w:r/>
    </w:p>
    <w:p>
      <w:r/>
      <w:r>
        <w:t>One of the guards shifted, the barrel of his rifle dipping just a hair. Abby watched Caldwell’s hand; it trembled, barely, against the wolf’s head cane.</w:t>
      </w:r>
    </w:p>
    <w:p>
      <w:r/>
    </w:p>
    <w:p>
      <w:r/>
      <w:r>
        <w:t>“I read every word,” she said, quiet now. “Your operation is a house of cards. The resonance field collapses if you lose both nodes. You need us both.”</w:t>
      </w:r>
    </w:p>
    <w:p>
      <w:r/>
    </w:p>
    <w:p>
      <w:r/>
      <w:r>
        <w:t>Caldwell blinked, then nodded once—a small, almost respectful gesture.</w:t>
      </w:r>
    </w:p>
    <w:p>
      <w:r/>
    </w:p>
    <w:p>
      <w:r/>
      <w:r>
        <w:t>“Leave the journals on the table. Step to the wall,” he said. “Mr. Chase, same.”</w:t>
      </w:r>
    </w:p>
    <w:p>
      <w:r/>
    </w:p>
    <w:p>
      <w:r/>
      <w:r>
        <w:t>Nate moved, slow and deliberate, to the wall beside her. The guard advanced, swept the table for traps, then picked up the journals and handed them to Caldwell. He cradled the books as if they were alive.</w:t>
      </w:r>
    </w:p>
    <w:p>
      <w:r/>
    </w:p>
    <w:p>
      <w:r/>
      <w:r>
        <w:t>He opened the first volume, thumbed the pages, then grinned.</w:t>
      </w:r>
    </w:p>
    <w:p>
      <w:r/>
    </w:p>
    <w:p>
      <w:r/>
      <w:r>
        <w:t>“Thank you,” he said. “You have no idea how much this will mean to science.”</w:t>
      </w:r>
    </w:p>
    <w:p>
      <w:r/>
    </w:p>
    <w:p>
      <w:r/>
      <w:r>
        <w:t>Abby snorted. “To you, maybe.”</w:t>
      </w:r>
    </w:p>
    <w:p>
      <w:r/>
    </w:p>
    <w:p>
      <w:r/>
      <w:r>
        <w:t>Caldwell’s smile faded. “You have thirty seconds before I reconsider the offer.”</w:t>
      </w:r>
    </w:p>
    <w:p>
      <w:r/>
    </w:p>
    <w:p>
      <w:r/>
      <w:r>
        <w:t>She backed to the door, Nate beside her, the guards tracking every step. “We’ll be out of the county by sunrise,” she said.</w:t>
      </w:r>
    </w:p>
    <w:p>
      <w:r/>
    </w:p>
    <w:p>
      <w:r/>
      <w:r>
        <w:t>Caldwell’s voice caught her as she opened the door: “If you run, we will find you.”</w:t>
      </w:r>
    </w:p>
    <w:p>
      <w:r/>
    </w:p>
    <w:p>
      <w:r/>
      <w:r>
        <w:t>She turned, met his eyes. “You always do.”</w:t>
      </w:r>
    </w:p>
    <w:p>
      <w:r/>
    </w:p>
    <w:p>
      <w:r/>
      <w:r>
        <w:t>Then she pulled Nate through the door and ran.</w:t>
      </w:r>
    </w:p>
    <w:p>
      <w:r/>
    </w:p>
    <w:p>
      <w:r/>
      <w:r>
        <w:t>They cut hard right at the next intersection, Nate half-limping but focused, following her as she doubled back through a loading bay and into a storage corridor. The alarms faded as they ducked behind a row of stacked boxes, then through a half-finished drywall patch that led to a maintenance shaft. Abby used her phone’s flashlight now, racing past the code red signs and the sagging insulation, her shoulder burning where the strap had chafed her raw.</w:t>
      </w:r>
    </w:p>
    <w:p>
      <w:r/>
    </w:p>
    <w:p>
      <w:r/>
      <w:r>
        <w:t>Nate managed to keep up, breathing ragged, the occasional groan of pain leaking through his teeth. “He’ll send a team,” he said, when they stopped to catch breath.</w:t>
      </w:r>
    </w:p>
    <w:p>
      <w:r/>
    </w:p>
    <w:p>
      <w:r/>
      <w:r>
        <w:t>“They won’t get far,” she said. “I mapped the escape on the way in. It’s one-way, and the door resets behind us.”</w:t>
      </w:r>
    </w:p>
    <w:p>
      <w:r/>
    </w:p>
    <w:p>
      <w:r/>
      <w:r>
        <w:t>He grinned, blood still in his teeth. “Remind me to never piss you off.”</w:t>
      </w:r>
    </w:p>
    <w:p>
      <w:r/>
    </w:p>
    <w:p>
      <w:r/>
      <w:r>
        <w:t>They reached the end of the shaft—a ladder leading down into the crawlspace below the parking garage. Here, it was just dark, no light but the thin, dirty glow from her phone. They dropped down, Nate first, then Abby, and for the first time in hours the only sound was their own breath and the faint drip of condensation on concrete.</w:t>
      </w:r>
    </w:p>
    <w:p>
      <w:r/>
    </w:p>
    <w:p>
      <w:r/>
      <w:r>
        <w:t>After a minute, Nate broke the silence. “Did we really just give him everything?”</w:t>
      </w:r>
    </w:p>
    <w:p>
      <w:r/>
    </w:p>
    <w:p>
      <w:r/>
      <w:r>
        <w:t>Abby let the question hang. She wiped her hands on her jeans, then checked the discs in his pocket. Safe.</w:t>
      </w:r>
    </w:p>
    <w:p>
      <w:r/>
    </w:p>
    <w:p>
      <w:r/>
      <w:r>
        <w:t>She turned the phone screen to him. “What do you see?”</w:t>
      </w:r>
    </w:p>
    <w:p>
      <w:r/>
    </w:p>
    <w:p>
      <w:r/>
      <w:r>
        <w:t>He looked: folder after folder, every page of the journals photographed, indexed, with her notes overlayed in digital red. He stared, then laughed, and then coughed, the pain doubling him over but not stopping the grin.</w:t>
      </w:r>
    </w:p>
    <w:p>
      <w:r/>
    </w:p>
    <w:p>
      <w:r/>
      <w:r>
        <w:t>“You sneaky bastard,” he said, voice full of awe.</w:t>
      </w:r>
    </w:p>
    <w:p>
      <w:r/>
    </w:p>
    <w:p>
      <w:r/>
      <w:r>
        <w:t>She shrugged. “I learned from the best.”</w:t>
      </w:r>
    </w:p>
    <w:p>
      <w:r/>
    </w:p>
    <w:p>
      <w:r/>
      <w:r>
        <w:t>He leaned against her, and for a minute they just existed in the dark, side by side, the weight of survival pressing them together.</w:t>
      </w:r>
    </w:p>
    <w:p>
      <w:r/>
    </w:p>
    <w:p>
      <w:r/>
      <w:r>
        <w:t>“We need to keep moving,” he said, when the moment passed.</w:t>
      </w:r>
    </w:p>
    <w:p>
      <w:r/>
    </w:p>
    <w:p>
      <w:r/>
      <w:r>
        <w:t>“We will,” she said, and led him into the black.</w:t>
      </w:r>
    </w:p>
    <w:p>
      <w:r/>
    </w:p>
    <w:p>
      <w:r/>
      <w:r>
        <w:t>Behind them, the compound roared with alarms and the sound of men chasing a future already lost.</w:t>
      </w:r>
    </w:p>
    <w:p>
      <w:r/>
    </w:p>
    <w:p>
      <w:r/>
      <w:r>
        <w:t>Ahead, the tunnels beckoned, each branch a history yet to be written.</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