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
    </w:p>
    <w:p>
      <w:r/>
    </w:p>
    <w:p>
      <w:r/>
      <w:r>
        <w:t># Scene 1</w:t>
      </w:r>
    </w:p>
    <w:p>
      <w:r/>
    </w:p>
    <w:p>
      <w:r/>
      <w:r>
        <w:t>Nate's hands never stopped moving. The cabin, barely more than a box with a roof and a view of the pines leaning over the crater rim, had become a shrine to every bad habit Vernon ever cultivated. The kitchen table was buried under a thatch of loose papers, ringed with the outlines of too many mugs of burnt coffee, and in the gaps between, he'd tacked up a crime scene of evidence: photographs of Vernon’s field notes, LIDAR printouts, Google Earth captures annotated with black Sharpie, even an old Geological Survey map he'd rescued from a library discard pile.</w:t>
      </w:r>
    </w:p>
    <w:p>
      <w:r/>
    </w:p>
    <w:p>
      <w:r/>
      <w:r>
        <w:t>The air was cold, not just from the draft under the door but from the way the old man’s ghost still haunted the margins. Nate sat hunched, the battered ThinkPad open but barely awake, its screen stuck on a rendering of magnetic anomaly readings that pulsed red and violet across a topographical mesh of Wizard Island and the frozen blue of Crater Lake. He’d tried to set up the corkboard so it would catch the best light in the morning, but the sun never quite reached inside this far, so the images floated in a permanent dusk.</w:t>
      </w:r>
    </w:p>
    <w:p>
      <w:r/>
    </w:p>
    <w:p>
      <w:r/>
      <w:r>
        <w:t>He was running out of hours. And patience. He’d slept maybe three times since they’d hit the tunnels, each stretch of rest broken by the same dream: Vernon, hunched over a book, scribbling code into the margins, then looking up to say, "It’s not the numbers, it’s the direction." Always the same words, always with the same odd urgency, as if the old man knew Nate was listening from the wrong side of the grave.</w:t>
      </w:r>
    </w:p>
    <w:p>
      <w:r/>
    </w:p>
    <w:p>
      <w:r/>
      <w:r>
        <w:t>He flexed his hands to clear the ache—scar tissue on the right wrist flaring from the cuffs at Caldwell’s facility, the left still pocked with half-healed burns from a field mishap years ago. The pain was good. It kept him anchored.</w:t>
      </w:r>
    </w:p>
    <w:p>
      <w:r/>
    </w:p>
    <w:p>
      <w:r/>
      <w:r>
        <w:t>In front of him, the evidence glowered. On the main sheet, he’d laid out the transparent overlays of Vernon’s cipher: concentric spirals with dots at irregular intervals, each annotated in a micrograph that could have doubled as an anti-counterfeiting pattern. He’d spent hours—days—trying to match them to the magnetic hotspots that the sensors had picked up on their first run around the caldera, but nothing held. Not perfectly. At every scale, the system collapsed into noise.</w:t>
      </w:r>
    </w:p>
    <w:p>
      <w:r/>
    </w:p>
    <w:p>
      <w:r/>
      <w:r>
        <w:t>He considered, briefly, the possibility that this was all a myth. Some grand in-joke the universe was playing on a man who refused to believe in luck. But the ache behind his eyes, the old itch that told him when a problem was about to yield, said otherwise.</w:t>
      </w:r>
    </w:p>
    <w:p>
      <w:r/>
    </w:p>
    <w:p>
      <w:r/>
      <w:r>
        <w:t>He fanned the overlays out, one after another, each etched on acetate in Vernon's faint, almost apologetic blue. There was a legend in the corner: "Overlay to topography only at EDDY/NET RESONANCE; else discard." The words meant nothing to a normal person, but to someone who had spent a decade reverse-engineering the old man’s mental labyrinth, they were a direct order.</w:t>
      </w:r>
    </w:p>
    <w:p>
      <w:r/>
    </w:p>
    <w:p>
      <w:r/>
      <w:r>
        <w:t>He laid the first overlay over the satellite map, then the second, then the third. Nothing. The points scattered like dead pixels.</w:t>
      </w:r>
    </w:p>
    <w:p>
      <w:r/>
    </w:p>
    <w:p>
      <w:r/>
      <w:r>
        <w:t>He tried again, this time aligning the overlays not to the map, but to the anomaly readings—a heatmap, dynamic, each new pulse shifting the underlying pattern. He aligned the central point to Wizard Island, as Vernon had always insisted, even though it didn’t fit any conventional logic. This time, the pattern resolved. For a moment, he couldn’t see it. Then, at the edge of his vision, it clicked.</w:t>
      </w:r>
    </w:p>
    <w:p>
      <w:r/>
    </w:p>
    <w:p>
      <w:r/>
      <w:r>
        <w:t>The dots formed a spiral, yes. But not a simple one—this was a logarithmic spiral, the kind that grew with each iteration, arms widening as they fled the center. More importantly, the points were not equally spaced, but instead followed the energy peaks from the anomaly readings, as if the landscape itself had been tuned to match a resonance.</w:t>
      </w:r>
    </w:p>
    <w:p>
      <w:r/>
    </w:p>
    <w:p>
      <w:r/>
      <w:r>
        <w:t>He felt the skin crawl at the base of his neck, the fine hairs lifting as the realization landed. This was the pattern Vernon had buried in the notes, the one he’d obsessed over even after the money ran out and the academic world turned on him. The one he’d said was "alive, but dreaming."</w:t>
      </w:r>
    </w:p>
    <w:p>
      <w:r/>
    </w:p>
    <w:p>
      <w:r/>
      <w:r>
        <w:t>Nate fumbled for a pen, started to trace the spiral over the anomaly map. At each intersection, he made a mark. When he finished, he overlaid the final sheet—one of Abby’s field sketches, copied from the petroglyphs at the cave site near the old mine. The match was perfect. Down to the minute, almost imperceptible breaks in the spiral’s arm, it was the same glyph. The same signature.</w:t>
      </w:r>
    </w:p>
    <w:p>
      <w:r/>
    </w:p>
    <w:p>
      <w:r/>
      <w:r>
        <w:t>He rocked back, chair creaking, and stared at the map as if it might blink first.</w:t>
      </w:r>
    </w:p>
    <w:p>
      <w:r/>
    </w:p>
    <w:p>
      <w:r/>
      <w:r>
        <w:t>For a while, he just sat, letting the knowledge soak in. His hands were ice-cold, but his heart pounded, each beat driving the implications deeper into his skull. This was not a natural formation. Or if it was, it had been shaped by something—or someone—with a will.</w:t>
      </w:r>
    </w:p>
    <w:p>
      <w:r/>
    </w:p>
    <w:p>
      <w:r/>
      <w:r>
        <w:t>He double-checked the overlays, half-expecting to find some sleight-of-hand, some mistake in the scaling. There was none. Even when he re-aligned the maps using the GPS data from the last run, the pattern persisted.</w:t>
      </w:r>
    </w:p>
    <w:p>
      <w:r/>
    </w:p>
    <w:p>
      <w:r/>
      <w:r>
        <w:t>He looked up, searching the ceiling for inspiration, and found instead the yellowed photograph of Vernon from the early nineties. The old man was standing at the rim of the crater, hair blown wild, eyes squinting against the snow glare, and behind him, the blue of the lake so bright it almost looked fake. There was a madness in that photo—an edge of belief so sharp it could cut through a decade of ridicule.</w:t>
      </w:r>
    </w:p>
    <w:p>
      <w:r/>
    </w:p>
    <w:p>
      <w:r/>
      <w:r>
        <w:t>Nate wondered if this was what the old man had seen, all those years ago. If he’d known, or just hoped.</w:t>
      </w:r>
    </w:p>
    <w:p>
      <w:r/>
    </w:p>
    <w:p>
      <w:r/>
      <w:r>
        <w:t>He grabbed his phone, thumb hovering over Abby’s contact, but stopped. Not yet. He needed to be sure.</w:t>
      </w:r>
    </w:p>
    <w:p>
      <w:r/>
    </w:p>
    <w:p>
      <w:r/>
      <w:r>
        <w:t>He went back to the maps, now layering the data with a precision that bordered on ritual. He logged each spiral arm, each intersection, then ran a simulation on the ThinkPad, using Vernon's ancient, barely-updated algorithm to predict the next cycle of anomalies. The program sputtered, then spat out a rendering that looked like a supernova eating its own tail: the spiral, but now pulsing, alive, its arms reaching toward every node Vernon had ever catalogued.</w:t>
      </w:r>
    </w:p>
    <w:p>
      <w:r/>
    </w:p>
    <w:p>
      <w:r/>
      <w:r>
        <w:t>The meaning was clear. The spiral wasn’t just a map. It was a timing mechanism.</w:t>
      </w:r>
    </w:p>
    <w:p>
      <w:r/>
    </w:p>
    <w:p>
      <w:r/>
      <w:r>
        <w:t>He sat very still, watching the screen. Even the drafts didn’t dare move.</w:t>
      </w:r>
    </w:p>
    <w:p>
      <w:r/>
    </w:p>
    <w:p>
      <w:r/>
      <w:r>
        <w:t>He remembered, then, a passage from the journal, written in the same blue ink as the overlays: "The spiral is the lock. The key is the event." At the time, he’d thought it was metaphor—Vernon’s tendency to wax poetic when the hard math failed him. But now, looking at the animation, Nate felt the thin membrane between logic and belief tear a little.</w:t>
      </w:r>
    </w:p>
    <w:p>
      <w:r/>
    </w:p>
    <w:p>
      <w:r/>
      <w:r>
        <w:t>He cross-referenced the time stamps on the anomaly data with the known lunar cycles. At each peak, the spiral seemed to tighten, then relax, as if breathing. On a hunch, he overlaid the cycles with the ancient solstice and equinox timings from the Klamath tribal records. Again, the pattern resolved: the major peaks aligned, not by accident, but with a precision that suggested intent.</w:t>
      </w:r>
    </w:p>
    <w:p>
      <w:r/>
    </w:p>
    <w:p>
      <w:r/>
      <w:r>
        <w:t>He felt his body go rigid with the force of it. Whatever was happening here, it was not just geology. It was design.</w:t>
      </w:r>
    </w:p>
    <w:p>
      <w:r/>
    </w:p>
    <w:p>
      <w:r/>
      <w:r>
        <w:t>He snapped a photo of the final overlay, then saved the animation to an encrypted drive. He didn’t trust the cloud, not with Caldwell still somewhere in the system, but he wanted to be able to share it instantly if anything happened.</w:t>
      </w:r>
    </w:p>
    <w:p>
      <w:r/>
    </w:p>
    <w:p>
      <w:r/>
      <w:r>
        <w:t>He risked a look out the window—nothing but the hush of falling snow, the pines heavy and uncomplaining. The world had not changed, and yet it had.</w:t>
      </w:r>
    </w:p>
    <w:p>
      <w:r/>
    </w:p>
    <w:p>
      <w:r/>
      <w:r>
        <w:t>He returned to the desk, pulled the coffee mug close, and let himself stare at the spiral. It felt like the eye of a storm, calm at the center, every other thought spiraling out and away from it.</w:t>
      </w:r>
    </w:p>
    <w:p>
      <w:r/>
    </w:p>
    <w:p>
      <w:r/>
      <w:r>
        <w:t>Vernon’s ghost was here, but not in the way Nate had thought. It was in the evidence, the architecture of the problem, the certainty that even in death, the old man had left a path to follow.</w:t>
      </w:r>
    </w:p>
    <w:p>
      <w:r/>
    </w:p>
    <w:p>
      <w:r/>
      <w:r>
        <w:t>He clicked open a new note, titled it "Convergence," and began to write.</w:t>
      </w:r>
    </w:p>
    <w:p>
      <w:r/>
    </w:p>
    <w:p>
      <w:r/>
      <w:r>
        <w:t>He wrote until the sun climbed the horizon, until his hands cramped, until the ache in his back became a warning. Even then, he kept at it, because if he stopped, the spiral might close, and the moment would be lost.</w:t>
      </w:r>
    </w:p>
    <w:p>
      <w:r/>
    </w:p>
    <w:p>
      <w:r/>
      <w:r>
        <w:t>The final sentence he wrote, just before the hunger and exhaustion overtook him, was simple:</w:t>
      </w:r>
    </w:p>
    <w:p>
      <w:r/>
    </w:p>
    <w:p>
      <w:r/>
      <w:r>
        <w:t>"It’s alive. And it’s about to wake up."</w:t>
      </w:r>
    </w:p>
    <w:p>
      <w:r/>
    </w:p>
    <w:p>
      <w:r/>
      <w:r>
        <w:t>He closed the notebook, sealed the overlays in the battered field bag, and let himself sleep at the table, the spiral imprinting itself behind his eyelids, a promise that there would be no going back.</w:t>
      </w:r>
    </w:p>
    <w:p>
      <w:r/>
    </w:p>
    <w:p>
      <w:r/>
    </w:p>
    <w:p>
      <w:r/>
      <w:r>
        <w:t># Scene 2</w:t>
      </w:r>
    </w:p>
    <w:p>
      <w:r/>
    </w:p>
    <w:p>
      <w:r/>
      <w:r>
        <w:t>Nate woke with the sense that he’d missed something, the kind of electric dread that shot through the chest and left the mouth dry. For a moment, he thought the spiral had doubled back on itself and eaten the work he’d done, but the overlays were still there, the simulation still whirring on the battered ThinkPad. His neck ached from the angle he’d collapsed into, and his mouth tasted like sleep and old pennies.</w:t>
      </w:r>
    </w:p>
    <w:p>
      <w:r/>
    </w:p>
    <w:p>
      <w:r/>
      <w:r>
        <w:t>He scanned the room, half-expecting to find it rearranged, or worse, infiltrated. But the world beyond the windows was blank with snow, the wind chewing at the eaves and nothing else. Still, the pressure in his chest didn’t fade. If anything, it grew.</w:t>
      </w:r>
    </w:p>
    <w:p>
      <w:r/>
    </w:p>
    <w:p>
      <w:r/>
      <w:r>
        <w:t>He cracked his knuckles and checked the timestamps on the anomaly files, re-reading the notes he’d left for himself at two in the morning. At the time, he’d felt the answer just beyond the reach of language—a sense that if he could tune his head to the right frequency, the rest would click into place. Now, in the brute grayness of morning, it seemed obvious.</w:t>
      </w:r>
    </w:p>
    <w:p>
      <w:r/>
    </w:p>
    <w:p>
      <w:r/>
      <w:r>
        <w:t>The spiral was not just a pattern. It was a cycle.</w:t>
      </w:r>
    </w:p>
    <w:p>
      <w:r/>
    </w:p>
    <w:p>
      <w:r/>
      <w:r>
        <w:t>He clicked through the saved simulations, each one a visualization of energy spikes across the caldera. At first, they seemed random, but then he layered the time series on top. The spikes didn’t just pulse at regular intervals; they crested and ebbed, in perfect sync with the lunar calendar. Every time the moon hit perigee—the closest approach—there was a measurable uptick in resonance. Vernon had hinted at it, but never managed to pin down the cause.</w:t>
      </w:r>
    </w:p>
    <w:p>
      <w:r/>
    </w:p>
    <w:p>
      <w:r/>
      <w:r>
        <w:t>Nate opened a new browser tab, brought up the USNO’s lunar ephemeris. He scrolled through the upcoming weeks, cross-referencing the high tides with the projected anomaly spikes. The next perigee was three days out, but what caught him was the coincidence: a near-supermoon, with the moon at its closest and fullest.</w:t>
      </w:r>
    </w:p>
    <w:p>
      <w:r/>
    </w:p>
    <w:p>
      <w:r/>
      <w:r>
        <w:t>He leaned in, breath fogging the screen, and double-checked the overlays. At every prior perigee, the spiral had shown minor activation—enough to trip the sensors, not enough to open the "lock" Vernon had described. But this time, with the supermoon, the energy peak was an order of magnitude higher.</w:t>
      </w:r>
    </w:p>
    <w:p>
      <w:r/>
    </w:p>
    <w:p>
      <w:r/>
      <w:r>
        <w:t>His heart hammered. All the failed attempts, all the dry runs, all the legends about "blood on the moon" and "the Well opening only for the worthy"—they were never about worthiness, or even about the key. It was always about the timing. The key was necessary, but useless if the cycle wasn’t at its peak.</w:t>
      </w:r>
    </w:p>
    <w:p>
      <w:r/>
    </w:p>
    <w:p>
      <w:r/>
      <w:r>
        <w:t>He reached for the mug, forgetting it was empty, then set it down with a clatter that tipped a stack of field notes onto the floor. He ignored the mess, fingers racing across the keyboard. If the alignment was real, and the simulations were even half-right, the resonance would be strong enough in three days to trigger whatever event the spiral had been designed to produce. If they missed it, the next window wouldn’t come for months—or, if the rumors about "year of the twins" were true, not for decades.</w:t>
      </w:r>
    </w:p>
    <w:p>
      <w:r/>
    </w:p>
    <w:p>
      <w:r/>
      <w:r>
        <w:t>He thought of Abby, her voice steady even as the world went sideways, and for a second the urge to call her was overpowering. But he needed more than a hunch before he dragged her into another disaster. He needed confirmation.</w:t>
      </w:r>
    </w:p>
    <w:p>
      <w:r/>
    </w:p>
    <w:p>
      <w:r/>
      <w:r>
        <w:t>He dug through Vernon’s old files, this time hunting for every offhand note or cryptic phrase about the Well, about the cycles. Most of it was old man ranting—references to tide charts, Klamath myth, even some half-legible poems about the lake’s "heartbeat"—but buried in the last field book, wedged between two receipts for coffee in Ashland, was a post-it:</w:t>
      </w:r>
    </w:p>
    <w:p>
      <w:r/>
    </w:p>
    <w:p>
      <w:r/>
      <w:r>
        <w:t>"Not the first night. Not the last. Only when the moon’s eye is unblinking. Only then."</w:t>
      </w:r>
    </w:p>
    <w:p>
      <w:r/>
    </w:p>
    <w:p>
      <w:r/>
      <w:r>
        <w:t>Nate stared at it, then at the ephemeris. Three days from now, the full moon would ride directly over the lake for nearly six hours, the longest duration in this part of the country for another nineteen years.</w:t>
      </w:r>
    </w:p>
    <w:p>
      <w:r/>
    </w:p>
    <w:p>
      <w:r/>
      <w:r>
        <w:t>He opened the calendar, circled the date in red, then started a checklist on the whiteboard: battery packs, drysuits, underwater mapping drone, backup disc. Even as he wrote, he thought of all the ways it could go wrong—Caldwell’s men, the weather, the simple fact that they might be wrong about everything.</w:t>
      </w:r>
    </w:p>
    <w:p>
      <w:r/>
    </w:p>
    <w:p>
      <w:r/>
      <w:r>
        <w:t>But the spiral didn’t care about doubts. It was a machine, ancient and perfect, waiting only for someone to turn the crank at the right moment.</w:t>
      </w:r>
    </w:p>
    <w:p>
      <w:r/>
    </w:p>
    <w:p>
      <w:r/>
      <w:r>
        <w:t>He made a second checklist, this one of things he would not leave to chance: who to call if he didn’t return; how to dump the data to a dead man’s switch; the safehouse coordinates, in case Abby needed to disappear again.</w:t>
      </w:r>
    </w:p>
    <w:p>
      <w:r/>
    </w:p>
    <w:p>
      <w:r/>
      <w:r>
        <w:t>He packed the field bag, this time with the overlays and the simulation drive. He changed into the drysuit, even though it made him feel like a clown, then tested the weight of the underwater drone. He charged every spare battery, then went outside to check the route to the lake, counting every possible choke point along the snowed-in trail.</w:t>
      </w:r>
    </w:p>
    <w:p>
      <w:r/>
    </w:p>
    <w:p>
      <w:r/>
      <w:r>
        <w:t>By the time he came back in, the sky was a pale wash, and the spiral on the table seemed to hum with intent.</w:t>
      </w:r>
    </w:p>
    <w:p>
      <w:r/>
    </w:p>
    <w:p>
      <w:r/>
      <w:r>
        <w:t>He called up Abby’s number, thumb hovering over the call button. He hesitated only a second, then typed instead:</w:t>
      </w:r>
    </w:p>
    <w:p>
      <w:r/>
    </w:p>
    <w:p>
      <w:r/>
      <w:r>
        <w:t>"Window is three days. Supermoon. It’s real. I’ll bring the rest. Meet at the old dock."</w:t>
      </w:r>
    </w:p>
    <w:p>
      <w:r/>
    </w:p>
    <w:p>
      <w:r/>
      <w:r>
        <w:t>He hit send, then sat for a long time, watching the timestamp on the message tick forward. For a second, the cabin was utterly silent.</w:t>
      </w:r>
    </w:p>
    <w:p>
      <w:r/>
    </w:p>
    <w:p>
      <w:r/>
      <w:r>
        <w:t>Then, as if the world were listening, a branch outside snapped, and the wind shifted direction, driving snow against the glass with a sound like a warning.</w:t>
      </w:r>
    </w:p>
    <w:p>
      <w:r/>
    </w:p>
    <w:p>
      <w:r/>
      <w:r>
        <w:t>Nate stared at the spiral, and for the first time since this all started, he felt not the thrill of the chase, but the weight of what was coming.</w:t>
      </w:r>
    </w:p>
    <w:p>
      <w:r/>
    </w:p>
    <w:p>
      <w:r/>
      <w:r>
        <w:t>He picked up the bag, shouldered the drone, and took one last look around. If the theory was right, this was the last quiet he’d ever know.</w:t>
      </w:r>
    </w:p>
    <w:p>
      <w:r/>
    </w:p>
    <w:p>
      <w:r/>
      <w:r>
        <w:t>He stepped into the white, headed for the lake, and did not look back.</w:t>
      </w:r>
    </w:p>
    <w:p>
      <w:r/>
    </w:p>
    <w:p>
      <w:r/>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