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truck creaked under its own inertia, headlights slicing two tunnels through the predawn gloom as it coasted to the rim. Abby squinted into the crystalline cold, the world outside a mosaic of silhouettes—pines in serried ranks, snow drifts blown into barrows, the lake itself a negative of the sky. Wizard Island hulked on the horizon, not quite visible, but its shape implied by the way the landscape bent to accommodate it.</w:t>
      </w:r>
    </w:p>
    <w:p>
      <w:r/>
    </w:p>
    <w:p>
      <w:r/>
      <w:r>
        <w:t>They parked just beyond the empty ranger station, the Tacoma’s brakes exhaling one last warning. Nate killed the engine and sat for a moment, hands braced on the wheel, thumb tattooing a nervous pattern. Abby pretended not to notice. She dug through the back seat, hands sinking into the duffel, pulling out rebreathers, wetsuits in military-issue black, a zip-tied pelican case marked with university barcodes. Their breath smoked inside the cab, and the only sound was the soft static of the lake wind working itself into the weather stripping.</w:t>
      </w:r>
    </w:p>
    <w:p>
      <w:r/>
    </w:p>
    <w:p>
      <w:r/>
      <w:r>
        <w:t>They worked by habit—old scars, new purpose. Nate double-checked the lock on the obsidian disc’s case, thumb grazing the spiral notch on its lid as if expecting it to pulse under his touch. Abby unfurled the waterproof topo, overlaying it on the truck’s hood, the ridges and valleys of the caldera outlined in a cartographer’s ghostly blue.</w:t>
      </w:r>
    </w:p>
    <w:p>
      <w:r/>
    </w:p>
    <w:p>
      <w:r/>
      <w:r>
        <w:t>Neither spoke, not at first. Instead, they took inventory, ticking off items like the last will and testament of an extinct species: lithium batteries, waterproof tablets, a custom-built magnetometer that looked like it had been soldered together by a coked-out Tesla coil hobbyist. Abby’s hands were quick and certain, slicing duct tape, lashing the gear with paracord, checking and rechecking every O-ring and seal.</w:t>
      </w:r>
    </w:p>
    <w:p>
      <w:r/>
    </w:p>
    <w:p>
      <w:r/>
      <w:r>
        <w:t>When the first band of light skated over the eastern rim, she finally broke the silence. “We do this clean, we do this fast. In and out before the wind turns the water.” She looked at him, eyes sharp. “If anything goes weird, we abort. Understood?”</w:t>
      </w:r>
    </w:p>
    <w:p>
      <w:r/>
    </w:p>
    <w:p>
      <w:r/>
      <w:r>
        <w:t>Nate’s smile was more shadow than warmth. “Define ‘weird.’” He zipped the disc into the inner pocket of his suit, patted it twice like a sacrament.</w:t>
      </w:r>
    </w:p>
    <w:p>
      <w:r/>
    </w:p>
    <w:p>
      <w:r/>
      <w:r>
        <w:t>Abby knelt by the tablet, scrolling through the simulation overlay. “I’m serious. Three peaks in the last twenty-four hours. The anomalies aren’t just spikes—they’re sustained. Something’s either amplifying the field or someone’s running the test already.”</w:t>
      </w:r>
    </w:p>
    <w:p>
      <w:r/>
    </w:p>
    <w:p>
      <w:r/>
      <w:r>
        <w:t>She watched the magnetic pulse rate jitter on the display, then looked back to the lake. Its surface was so clear it appeared fake—a sheet of glass laid atop a chasm, the water reflecting every nuance of the sky with pitiless accuracy. Nothing about the view suggested a threat. That, she knew, was the real warning.</w:t>
      </w:r>
    </w:p>
    <w:p>
      <w:r/>
    </w:p>
    <w:p>
      <w:r/>
      <w:r>
        <w:t>Nate shouldered his dry bag, adjusted the fit. “You bring the transponder?”</w:t>
      </w:r>
    </w:p>
    <w:p>
      <w:r/>
    </w:p>
    <w:p>
      <w:r/>
      <w:r>
        <w:t>Abby nodded, holding up the squat cylinder with a triumphant flourish. “Range of six kilometers. We can set a repeater if we need to signal from under the island. Unless you want to try the old ‘tinfoil in a bottle’ approach again.”</w:t>
      </w:r>
    </w:p>
    <w:p>
      <w:r/>
    </w:p>
    <w:p>
      <w:r/>
      <w:r>
        <w:t>He didn’t dignify that with a reply. Instead, he checked the harness on the submersible drone, then handed her a backup pair of gloves—thin, Kevlar-lined, the kind used by tactical divers when dealing with rough rock or sharp metal. Abby wriggled them on, flexed her fingers, then tested the flashlight beams with a click.</w:t>
      </w:r>
    </w:p>
    <w:p>
      <w:r/>
    </w:p>
    <w:p>
      <w:r/>
      <w:r>
        <w:t xml:space="preserve">The trail down to the shore was marked by switchbacks and cairns, the slope gentle at first, then punishingly steep where the basalt outcroppings had been undercut by centuries of ice. Nate led the way, boots crunching over frostbitten lichen and the dust of past avalanches. Abby followed, eyes always moving, cataloging each change in the wind, the slant of shadow, the way the snow compressed or resisted. Even at this hour, the cold was absolute, an insistent pressure on every joint. </w:t>
      </w:r>
    </w:p>
    <w:p>
      <w:r/>
    </w:p>
    <w:p>
      <w:r/>
      <w:r>
        <w:t>Halfway down, she paused, caught by a vertigo that had nothing to do with height. She set the gear down, pressed a palm to the cliff wall, and let the tremor pass through her body into the stone. She felt the mountain’s slow exhalation—a shudder that didn’t move the air, but which registered in the marrow.</w:t>
      </w:r>
    </w:p>
    <w:p>
      <w:r/>
    </w:p>
    <w:p>
      <w:r/>
      <w:r>
        <w:t>Nate looked back, concern flickering behind his mask of impatience. “You good?”</w:t>
      </w:r>
    </w:p>
    <w:p>
      <w:r/>
    </w:p>
    <w:p>
      <w:r/>
      <w:r>
        <w:t>“Just need a second,” she said. “The last time I did this, I was twelve and convinced the spirit of the lake would eat me alive.”</w:t>
      </w:r>
    </w:p>
    <w:p>
      <w:r/>
    </w:p>
    <w:p>
      <w:r/>
      <w:r>
        <w:t>He grinned. “That’s basically still the plan.”</w:t>
      </w:r>
    </w:p>
    <w:p>
      <w:r/>
    </w:p>
    <w:p>
      <w:r/>
      <w:r>
        <w:t>At the shore, they made final checks. Nate unpacked the pelican, withdrawing a coil of cable, a damp-proof envelope with a printed copy of Vernon’s last full journal entry, and two ceramic knives that felt more like artifacts than tools. Abby set the drone in the water, watched as it bobbed, righted itself, then hovered in place—a robotic minnow ready to scout the unknown.</w:t>
      </w:r>
    </w:p>
    <w:p>
      <w:r/>
    </w:p>
    <w:p>
      <w:r/>
      <w:r>
        <w:t>The wind, which had been steady, now shifted, pulling mist off the surface in ragged strips. Wizard Island’s shadow was a deeper blue against the lighter slate, and as the sun pushed up, its tip caught fire for a moment, then went back to brooding. The silence had a weight, as if the world was waiting for them to make the first move.</w:t>
      </w:r>
    </w:p>
    <w:p>
      <w:r/>
    </w:p>
    <w:p>
      <w:r/>
      <w:r>
        <w:t>They suited up, a ballet of awkward grace—neoprene zipped and cinched, seals double-checked, air tanks pressurized, the rebreather hoses looped and clipped to harness. Nate’s hands shook a little, but the motions were practiced, never unsure. Abby watched, looking for signs of weakness, then chided herself for expecting any. They both knew there was no margin for error.</w:t>
      </w:r>
    </w:p>
    <w:p>
      <w:r/>
    </w:p>
    <w:p>
      <w:r/>
      <w:r>
        <w:t>She keyed the tablet, overlaying the live data with their planned route. “We go here—” she pointed at a seam in the caldera wall, barely visible on the topo, but flagged by every spike in the magnetic data. “It’s narrow. Could be a vent, could be an old collapse. If the energy readings are right, it’ll be lit up like Vegas.”</w:t>
      </w:r>
    </w:p>
    <w:p>
      <w:r/>
    </w:p>
    <w:p>
      <w:r/>
      <w:r>
        <w:t>Nate grunted, eyes narrowing. “If it’s a vent, what are the odds it’s safe?”</w:t>
      </w:r>
    </w:p>
    <w:p>
      <w:r/>
    </w:p>
    <w:p>
      <w:r/>
      <w:r>
        <w:t>“Depends on your definition.” She looked up, not smiling. “I only need it to be open for an hour.”</w:t>
      </w:r>
    </w:p>
    <w:p>
      <w:r/>
    </w:p>
    <w:p>
      <w:r/>
      <w:r>
        <w:t>They stepped into the water, one after the other. The shock of cold was total—she could feel it through the suit, each molecule of lake water trying to rewrite the nerve endings in her feet. Nate went under first, kicking out with the slow, practiced motions of someone who’d logged a hundred dives but still expected to drown each time. Abby followed, the pressure clamping her head, the only sound the hiss of air through the regulator and the muffled pop of her own heartbeat.</w:t>
      </w:r>
    </w:p>
    <w:p>
      <w:r/>
    </w:p>
    <w:p>
      <w:r/>
      <w:r>
        <w:t>Below, the world was unrecognizable. Even a few meters from shore, the bottom fell away into absolute blue, the drop so sheer it felt like the edge of an abyss. Light from above fractured, casting shivers on the volcanic sand and the scattered boulders. The drone led, its headlamp a pinprick in the dark, mapping the descent in real time and sending data back to the wrist-mounted display on Abby’s arm.</w:t>
      </w:r>
    </w:p>
    <w:p>
      <w:r/>
    </w:p>
    <w:p>
      <w:r/>
      <w:r>
        <w:t>She checked the overlay, then signaled to Nate. He responded with a single, affirmative nod. They angled left, following the contour of the rock, toward the first waypoint. Here, the readings went haywire. The compass on her wrist spun, overshooting north by nearly forty degrees, then freezing. The drone’s sensors registered a local field an order of magnitude higher than baseline, the numbers flickering in warning red.</w:t>
      </w:r>
    </w:p>
    <w:p>
      <w:r/>
    </w:p>
    <w:p>
      <w:r/>
      <w:r>
        <w:t>Abby felt the pressure build, not just in her ears, but in the part of her that had always trusted geology more than ghosts. Something was down here, distorting reality, or at least the instruments that tried to measure it.</w:t>
      </w:r>
    </w:p>
    <w:p>
      <w:r/>
    </w:p>
    <w:p>
      <w:r/>
      <w:r>
        <w:t>She reached for the disc, half-tempted to pull it from her pocket and test it against the anomaly, but stopped herself. Not yet.</w:t>
      </w:r>
    </w:p>
    <w:p>
      <w:r/>
    </w:p>
    <w:p>
      <w:r/>
      <w:r>
        <w:t>They leveled off at twenty meters. The silt below was undisturbed, no sign of recent movement, but the drone’s video feed showed shadows in motion—plumes of darker water, eddies that didn’t match the visible current. Nate signaled: “Proceed?” Abby gave the go-ahead.</w:t>
      </w:r>
    </w:p>
    <w:p>
      <w:r/>
    </w:p>
    <w:p>
      <w:r/>
      <w:r>
        <w:t>At the entrance to the vent, they paused. The opening was smaller than predicted—barely a meter wide, rimmed with jagged obsidian and what looked like a faint deposit of some crystalline salt. Abby traced a gloved hand along the edge, then motioned for the cable. Nate handed it over, and she anchored it with a piton hammered into a seam in the rock. The drone squeezed through first, light swinging back and forth as it mapped the passage.</w:t>
      </w:r>
    </w:p>
    <w:p>
      <w:r/>
    </w:p>
    <w:p>
      <w:r/>
      <w:r>
        <w:t>They followed, one after the other, the world narrowing to a tube of darkness lit only by their own intent. Abby was acutely aware of every inch—her shoulders scraping, the cylinder of the tank threatening to catch. Ahead, the drone’s feed showed a sharp turn, then an opening into something wider.</w:t>
      </w:r>
    </w:p>
    <w:p>
      <w:r/>
    </w:p>
    <w:p>
      <w:r/>
      <w:r>
        <w:t>Nate’s foot caught on a protrusion. Abby stopped, twisted back, helped free him. The movement was intimate, desperate, but neither of them paused to savor it. Survival had no time for sentimentality.</w:t>
      </w:r>
    </w:p>
    <w:p>
      <w:r/>
    </w:p>
    <w:p>
      <w:r/>
      <w:r>
        <w:t>The farther in, the stronger the field. Abby could feel it now, a low hum that vibrated in her teeth. The compass was useless; she switched to dead reckoning, counting seconds, measuring distance by breath and hope. The tunnel widened, then opened abruptly into a dome-shaped cavern. Here, the light from the drone was swallowed, then refracted back a hundredfold off the walls, which glittered with what looked like veins of metallic ore.</w:t>
      </w:r>
    </w:p>
    <w:p>
      <w:r/>
    </w:p>
    <w:p>
      <w:r/>
      <w:r>
        <w:t>The readings on her display maxed out, then went blank, the software crashing under the overload. Nate drifted closer, eyes wide behind the mask, and together they hovered, two intruders at the center of a machine that was only pretending to be stone.</w:t>
      </w:r>
    </w:p>
    <w:p>
      <w:r/>
    </w:p>
    <w:p>
      <w:r/>
      <w:r>
        <w:t>Abby reached for the tablet, rebooted it, and tried to get a fix on their location. The map was gone, but the drone’s beacon still pinged, painting a slow spiral through the cave.</w:t>
      </w:r>
    </w:p>
    <w:p>
      <w:r/>
    </w:p>
    <w:p>
      <w:r/>
      <w:r>
        <w:t>She felt something then—a presence, not quite physical, but real enough to make her skin prickle under the suit. She looked at Nate, and he nodded, as if to say: You feel it, too.</w:t>
      </w:r>
    </w:p>
    <w:p>
      <w:r/>
    </w:p>
    <w:p>
      <w:r/>
      <w:r>
        <w:t>They drifted to the center, letting the current carry them. Abby reached into her pocket, withdrew the disc, and held it out. Even through the glove, she felt the pull. It was as if the stone itself wanted to align, to click into place with the spiral etched into the floor below.</w:t>
      </w:r>
    </w:p>
    <w:p>
      <w:r/>
    </w:p>
    <w:p>
      <w:r/>
      <w:r>
        <w:t>They hung there, suspended, until the compulsion to breathe broke the spell. Abby signaled: “Time to move.”</w:t>
      </w:r>
    </w:p>
    <w:p>
      <w:r/>
    </w:p>
    <w:p>
      <w:r/>
      <w:r>
        <w:t>They backed out, following the cable, the drone mapping their retreat. The world outside the vent felt different—colder, emptier, but also more honest. They kicked toward the surface, the urge to escape now stronger than any curiosity.</w:t>
      </w:r>
    </w:p>
    <w:p>
      <w:r/>
    </w:p>
    <w:p>
      <w:r/>
      <w:r>
        <w:t>Above, the morning had turned the sky a bruised purple. The rim of the caldera shone with a hard, clean light, and Wizard Island looked smaller, less a threat than a reminder.</w:t>
      </w:r>
    </w:p>
    <w:p>
      <w:r/>
    </w:p>
    <w:p>
      <w:r/>
      <w:r>
        <w:t>They broke the surface together, gasping. Nate laughed, the sound half-crazed. Abby spit the regulator and grinned, teeth chattering. “We found it,” she said.</w:t>
      </w:r>
    </w:p>
    <w:p>
      <w:r/>
    </w:p>
    <w:p>
      <w:r/>
      <w:r>
        <w:t>Nate nodded, clutching the disc to his chest as if afraid it would swim away. “And it found us.”</w:t>
      </w:r>
    </w:p>
    <w:p>
      <w:r/>
    </w:p>
    <w:p>
      <w:r/>
      <w:r>
        <w:t>They hauled out, collapsing onto the snow. For a minute, they just lay there, letting the shivers and the adrenaline work themselves out.</w:t>
      </w:r>
    </w:p>
    <w:p>
      <w:r/>
    </w:p>
    <w:p>
      <w:r/>
      <w:r>
        <w:t>When she could speak, Abby looked at him, voice steadier than she felt. “We have to go back.”</w:t>
      </w:r>
    </w:p>
    <w:p>
      <w:r/>
    </w:p>
    <w:p>
      <w:r/>
      <w:r>
        <w:t>He stared at the sky, then nodded, the spiral still reflected in his eyes. “Yeah. We do.”</w:t>
      </w:r>
    </w:p>
    <w:p>
      <w:r/>
    </w:p>
    <w:p>
      <w:r/>
      <w:r>
        <w:t>Together, they packed up, every muscle alive with the knowledge that the world had just shifted underfoot, and that the next dive would be the one that mattered.</w:t>
      </w:r>
    </w:p>
    <w:p>
      <w:r/>
    </w:p>
    <w:p>
      <w:r/>
      <w:r>
        <w:t>Behind them, the lake lay still, but Abby could feel the pulse of it in her bones. The clock was ticking, and the spiral was not yet done with them.</w:t>
      </w:r>
    </w:p>
    <w:p>
      <w:r/>
    </w:p>
    <w:p>
      <w:r/>
    </w:p>
    <w:p>
      <w:r/>
      <w:r>
        <w:t># Scene 2</w:t>
      </w:r>
    </w:p>
    <w:p>
      <w:r/>
    </w:p>
    <w:p>
      <w:r/>
      <w:r>
        <w:t>They didn’t speak, not at first. They lay side by side on the icy scree, lake water beading and evaporating off their suits, and let the adrenaline burn itself out in shaking hands and staccato breathing. Abby could feel the pulse behind her eyes, an echo of the cave’s hum, but above her, the sky was so blank and bright it seemed to deny the existence of everything below the surface. There was a kind of peace to that, a lie she was willing to believe for just a minute.</w:t>
      </w:r>
    </w:p>
    <w:p>
      <w:r/>
    </w:p>
    <w:p>
      <w:r/>
      <w:r>
        <w:t xml:space="preserve">Nate was up first, the old restlessness settling in as he compulsively inventoried every piece of equipment, every valve, every seal. She watched him, thinking how his urgency always ramped up just before a bad idea became the only option. </w:t>
      </w:r>
    </w:p>
    <w:p>
      <w:r/>
    </w:p>
    <w:p>
      <w:r/>
      <w:r>
        <w:t xml:space="preserve">“Did you get a good look?” he said, not looking up from the housing as he checked the O-ring for cracks. </w:t>
      </w:r>
    </w:p>
    <w:p>
      <w:r/>
    </w:p>
    <w:p>
      <w:r/>
      <w:r>
        <w:t xml:space="preserve">She nodded. “The readings maxed out before the second bend. The drone lost signal twice.” She braced herself on an elbow, watched the replay on the wrist display. “We only mapped the first dome. If there’s a second chamber, it’s past the sensor blackout.” </w:t>
      </w:r>
    </w:p>
    <w:p>
      <w:r/>
    </w:p>
    <w:p>
      <w:r/>
      <w:r>
        <w:t xml:space="preserve">He exhaled, sharp, then shoved the O-ring back into place with more force than necessary. “It’s designed that way,” he said. “A natural Faraday cage. Or an engineered one.” </w:t>
      </w:r>
    </w:p>
    <w:p>
      <w:r/>
    </w:p>
    <w:p>
      <w:r/>
      <w:r>
        <w:t>Abby grunted agreement. Her mind was already running contingency: if the electronics failed again, they’d have to dead reckon all the way in and back. The cable might as well be a thread in a maze—one wrong move, and they’d be the latest missing persons on a lake with a lot of those.</w:t>
      </w:r>
    </w:p>
    <w:p>
      <w:r/>
    </w:p>
    <w:p>
      <w:r/>
      <w:r>
        <w:t>She sat up, started wringing out her gloves, but stopped when she felt the tremor. Not in her body, but in the ground. It was like a shiver in the bones of the mountain, a reminder that even stone moved if you waited long enough.</w:t>
      </w:r>
    </w:p>
    <w:p>
      <w:r/>
    </w:p>
    <w:p>
      <w:r/>
      <w:r>
        <w:t>Nate noticed, too. “Feel that?”</w:t>
      </w:r>
    </w:p>
    <w:p>
      <w:r/>
    </w:p>
    <w:p>
      <w:r/>
      <w:r>
        <w:t xml:space="preserve">“Yeah,” she said. “Seismic, or…?” </w:t>
      </w:r>
    </w:p>
    <w:p>
      <w:r/>
    </w:p>
    <w:p>
      <w:r/>
      <w:r>
        <w:t>He shook his head. “Different. Localized. Like something switching on and off.”</w:t>
      </w:r>
    </w:p>
    <w:p>
      <w:r/>
    </w:p>
    <w:p>
      <w:r/>
      <w:r>
        <w:t>She let that settle, then forced herself to move. “We go again,” she said. “This time, we bring the backup analogs.”</w:t>
      </w:r>
    </w:p>
    <w:p>
      <w:r/>
    </w:p>
    <w:p>
      <w:r/>
      <w:r>
        <w:t>He smiled at that, almost relieved. He’d never really believed in the idea of retreat. “Give me fifteen,” he said.</w:t>
      </w:r>
    </w:p>
    <w:p>
      <w:r/>
    </w:p>
    <w:p>
      <w:r/>
      <w:r>
        <w:t xml:space="preserve">They used the time well: swapped batteries, recalibrated the sensors, stashed a rescue tank on the shelf above the vent. Abby repacked the journal and disc in a waterproof drybag, taping it directly to her torso under the harness. The air above the water had turned to a needle-fine sleet, stinging the exposed strip of her face as she strapped in the new tank. </w:t>
      </w:r>
    </w:p>
    <w:p>
      <w:r/>
    </w:p>
    <w:p>
      <w:r/>
      <w:r>
        <w:t xml:space="preserve">When she looked up, Nate was waiting, the mask already pressed to his forehead, his mouth set in that rigid line that meant he’d locked out every possibility but forward. </w:t>
      </w:r>
    </w:p>
    <w:p>
      <w:r/>
    </w:p>
    <w:p>
      <w:r/>
      <w:r>
        <w:t>“You ready?” she said.</w:t>
      </w:r>
    </w:p>
    <w:p>
      <w:r/>
    </w:p>
    <w:p>
      <w:r/>
      <w:r>
        <w:t>He gave a thumbs-up, then pointed at the lake. She took the lead.</w:t>
      </w:r>
    </w:p>
    <w:p>
      <w:r/>
    </w:p>
    <w:p>
      <w:r/>
      <w:r>
        <w:t>The cold, this time, was worse, or maybe it just felt that way because she was aware of every inch of her body and what could go wrong with it. As they kicked away from shore, she focused on the drone’s beacon, letting the flicker of its light become the center of the world. The rest—the threat of hypothermia, the pressure building in her ears, the ache of overused muscles—receded into the background.</w:t>
      </w:r>
    </w:p>
    <w:p>
      <w:r/>
    </w:p>
    <w:p>
      <w:r/>
      <w:r>
        <w:t>They hit the vent in under a minute. Abby ran her hand along the cable, feeling for slack, then squeezed in, shoulders turned to avoid the sharpest teeth of obsidian. The memory of the tunnel was still fresh, but somehow it felt even tighter now, the walls flexing inward with each pulse of energy from the hidden chamber.</w:t>
      </w:r>
    </w:p>
    <w:p>
      <w:r/>
    </w:p>
    <w:p>
      <w:r/>
      <w:r>
        <w:t>Nate followed close, his headlamp a jittery shadow just behind hers. She felt the occasional brush of his gloved hand on her ankle, a silent signal: I’m here. I’m good. Keep moving.</w:t>
      </w:r>
    </w:p>
    <w:p>
      <w:r/>
    </w:p>
    <w:p>
      <w:r/>
      <w:r>
        <w:t xml:space="preserve">At the first bend, the compass spun out again, but this time she ignored it. The drone feed was holding—barely—but the numbers on the display climbed higher with every meter. At the second squeeze, she hit the first challenge. </w:t>
      </w:r>
    </w:p>
    <w:p>
      <w:r/>
    </w:p>
    <w:p>
      <w:r/>
      <w:r>
        <w:t>The passage narrowed to the width of a crawlspace. Abby turned sideways, pushed her arm through, and felt her tank catch on a sharp projection. She stopped, cursed, then reversed a few inches.</w:t>
      </w:r>
    </w:p>
    <w:p>
      <w:r/>
    </w:p>
    <w:p>
      <w:r/>
      <w:r>
        <w:t>Nate tapped her foot, then squeezed forward until their masks were almost touching. He reached around, unlatched her tank harness, and with a practiced twist, slid it through the gap ahead of her. Abby followed, wriggling through the opening, lungs burning for a moment until she got the mouthpiece settled again. She reattached the tank, gave a thumbs-up, then looked back. Nate’s eyes were wide, but steady. He had the nerves for this, or he faked them well.</w:t>
      </w:r>
    </w:p>
    <w:p>
      <w:r/>
    </w:p>
    <w:p>
      <w:r/>
      <w:r>
        <w:t>The tunnel dog-legged left, then opened into a pocket of silt. The water was still, but one wrong kick sent a cloud billowing out, instantly erasing all vision. Abby closed her eyes, trusting her gloves more than her instruments now, and pulled herself forward along the guide line. It felt like moving through smoke—every sense dulled except the need to breathe, and the pressure of time counting down with each beat of her heart.</w:t>
      </w:r>
    </w:p>
    <w:p>
      <w:r/>
    </w:p>
    <w:p>
      <w:r/>
      <w:r>
        <w:t>She heard, more than felt, the next challenge: a low-frequency hum that vibrated through the water, shaking the dust out of the cracks in the tunnel. It was like being inside a speaker, every bone in her body resonating to a tune she didn’t recognize. Nate was just behind, his hand clamped on the line, the other flicking the light in a desperate Morse code. The water, in the beam, looked oily, the edges of every object vibrating in place.</w:t>
      </w:r>
    </w:p>
    <w:p>
      <w:r/>
    </w:p>
    <w:p>
      <w:r/>
      <w:r>
        <w:t xml:space="preserve">At last, the silt pocket ended. They emerged into a wider shaft, the walls lined with bands of mineral that caught the light and threw it back in nervous, shifting patterns. Ahead, the drone’s signal had dropped off—Abby saw the icon flicker and vanish on her wrist. </w:t>
      </w:r>
    </w:p>
    <w:p>
      <w:r/>
    </w:p>
    <w:p>
      <w:r/>
      <w:r>
        <w:t>She stopped, gave Nate the hand signal for HOLD. He drew alongside, his face tense. She pointed at her eyes, then at the patch of wall ahead: there, a faint current of bubbles rose from a crack in the rock, the first sign of some internal breathing in the cave itself.</w:t>
      </w:r>
    </w:p>
    <w:p>
      <w:r/>
    </w:p>
    <w:p>
      <w:r/>
      <w:r>
        <w:t>They inched forward, careful now. Each kick was a negotiation with the water, a promise not to stir up more silt or bring the whole damn ceiling down. The tunnel sloped up, then dipped, then finally straightened into a corridor that felt, unmistakably, like an engineered passage. The walls were smoother, the arc of the ceiling more regular. Abby’s brain wanted to assign logic to it—a natural lava tube, reshaped by water and time—but the feeling in her gut said otherwise.</w:t>
      </w:r>
    </w:p>
    <w:p>
      <w:r/>
    </w:p>
    <w:p>
      <w:r/>
      <w:r>
        <w:t>They kept going until they hit the next blockage: a partial collapse, the rubble jammed in so tight it looked impassable. Abby was about to signal retreat when she saw the gap, a narrow wedge just big enough for a diver to squeeze through if they went in head first and exhaled all the way down. It was insane, but it was possible.</w:t>
      </w:r>
    </w:p>
    <w:p>
      <w:r/>
    </w:p>
    <w:p>
      <w:r/>
      <w:r>
        <w:t xml:space="preserve">She looked at Nate. His eyes flashed anger, then resignation. She went first, arms tight against her body, chin tucked. The moment she entered the gap, the world became pure sensation: the crush of the rock on her suit, the panic of the lungs craving a breath, the blind certainty that if she stopped, she’d die here. </w:t>
      </w:r>
    </w:p>
    <w:p>
      <w:r/>
    </w:p>
    <w:p>
      <w:r/>
      <w:r>
        <w:t>She didn’t stop. She pulled herself through, using fingers and toes and the last of her nerve. The instant she broke free, the chamber on the other side swallowed her, the pressure lifting, the water opening up around her like a bomb going off in reverse.</w:t>
      </w:r>
    </w:p>
    <w:p>
      <w:r/>
    </w:p>
    <w:p>
      <w:r/>
      <w:r>
        <w:t>Nate came through next, slower, more careful. Abby waited, then helped guide his feet as he emerged. They clung to each other for a second, the way you do after a disaster narrowly averted, then kicked upward.</w:t>
      </w:r>
    </w:p>
    <w:p>
      <w:r/>
    </w:p>
    <w:p>
      <w:r/>
      <w:r>
        <w:t>Above, there was air—real air, a pocket under the rock, the surface slick with an iridescent sheen. They broke through together, spit out their mouthpieces, and gasped.</w:t>
      </w:r>
    </w:p>
    <w:p>
      <w:r/>
    </w:p>
    <w:p>
      <w:r/>
      <w:r>
        <w:t xml:space="preserve">The chamber was vast, wider than anything they’d mapped. The ceiling arched overhead, glittering with the same metallic veins, but now, in the open, Abby could see the lines weren’t random. They were arranged in spirals—concentric, overlapping, each one echoing the glyph on the disc. </w:t>
      </w:r>
    </w:p>
    <w:p>
      <w:r/>
    </w:p>
    <w:p>
      <w:r/>
      <w:r>
        <w:t>She let herself drift, staring in disbelief. This was no accident. The cave was a construct, a monument, or a machine.</w:t>
      </w:r>
    </w:p>
    <w:p>
      <w:r/>
    </w:p>
    <w:p>
      <w:r/>
      <w:r>
        <w:t>Nate was the first to recover. He pulled out the journal, flipping to the entry with the spiral sketch, and held it up against the wall. The match was perfect.</w:t>
      </w:r>
    </w:p>
    <w:p>
      <w:r/>
    </w:p>
    <w:p>
      <w:r/>
      <w:r>
        <w:t>He turned to her, voice hoarse. “Vernon was right.”</w:t>
      </w:r>
    </w:p>
    <w:p>
      <w:r/>
    </w:p>
    <w:p>
      <w:r/>
      <w:r>
        <w:t>Abby nodded, too awestruck to speak.</w:t>
      </w:r>
    </w:p>
    <w:p>
      <w:r/>
    </w:p>
    <w:p>
      <w:r/>
      <w:r>
        <w:t>For a minute, they just floated there, two bodies suspended in a space older than memory. Abby felt the pressure in her skull recede, replaced by a sense of awe that was almost religious.</w:t>
      </w:r>
    </w:p>
    <w:p>
      <w:r/>
    </w:p>
    <w:p>
      <w:r/>
      <w:r>
        <w:t>Then, from somewhere in the dark, a new vibration started—a pulse, regular, measured. It was like a heartbeat, but deeper. Abby felt it in the water, in her chest, in the stone itself.</w:t>
      </w:r>
    </w:p>
    <w:p>
      <w:r/>
    </w:p>
    <w:p>
      <w:r/>
      <w:r>
        <w:t>She looked at Nate, and saw the terror in his eyes. The resonance was building.</w:t>
      </w:r>
    </w:p>
    <w:p>
      <w:r/>
    </w:p>
    <w:p>
      <w:r/>
      <w:r>
        <w:t>Whatever this place was, it was waking up.</w:t>
      </w:r>
    </w:p>
    <w:p>
      <w:r/>
    </w:p>
    <w:p>
      <w:r/>
      <w:r>
        <w:t>They moved to the edge of the chamber, bracing themselves against the wall. Abby checked the drybag—the disc was still there, still cold and inert. For now.</w:t>
      </w:r>
    </w:p>
    <w:p>
      <w:r/>
    </w:p>
    <w:p>
      <w:r/>
      <w:r>
        <w:t>Nate pointed at the ceiling: a fissure ran the length of the chamber, leaking a faint, otherworldly light. It looked like the world’s biggest fault line, or a scar.</w:t>
      </w:r>
    </w:p>
    <w:p>
      <w:r/>
    </w:p>
    <w:p>
      <w:r/>
      <w:r>
        <w:t>She understood, suddenly, that the chamber was designed to focus the energy—to direct it, or to trap it, or to let it loose when the time was right.</w:t>
      </w:r>
    </w:p>
    <w:p>
      <w:r/>
    </w:p>
    <w:p>
      <w:r/>
      <w:r>
        <w:t>She took a breath, tasted the cold, mineral tang of the air. “We’re inside the event horizon,” she said, voice small.</w:t>
      </w:r>
    </w:p>
    <w:p>
      <w:r/>
    </w:p>
    <w:p>
      <w:r/>
      <w:r>
        <w:t>Nate looked at her, eyes wild but alive. “No turning back?”</w:t>
      </w:r>
    </w:p>
    <w:p>
      <w:r/>
    </w:p>
    <w:p>
      <w:r/>
      <w:r>
        <w:t>She shook her head. “We’re here to witness. And to stop it, if we can.”</w:t>
      </w:r>
    </w:p>
    <w:p>
      <w:r/>
    </w:p>
    <w:p>
      <w:r/>
      <w:r>
        <w:t>They pressed on, deeper into the heart of the chamber, the pulse growing louder, the light brighter, and every second bringing them closer to whatever waited at the center of the spiral.</w:t>
      </w:r>
    </w:p>
    <w:p>
      <w:r/>
    </w:p>
    <w:p>
      <w:r/>
      <w:r>
        <w:t>Behind them, the water whispered its secrets. Ahead, the future waited to be born.</w:t>
      </w:r>
    </w:p>
    <w:p>
      <w:r/>
    </w:p>
    <w:p>
      <w:r/>
    </w:p>
    <w:p>
      <w:r/>
      <w:r>
        <w:t># Scene 3</w:t>
      </w:r>
    </w:p>
    <w:p>
      <w:r/>
    </w:p>
    <w:p>
      <w:r/>
      <w:r>
        <w:t>The sound was a constant now—a bassline beneath every other sense, more seismic than audible, vibrating through bone and blood. The farther in they swam, the less the chamber resembled a cave and the more it felt like a cathedral, or the inside of an instrument designed to play only one impossible note. Their headlamps arced over the walls, and wherever the beams landed, the glyphs glimmered in relief: spirals inside spirals, triangles nested like teeth, and the ever-present line of three—a wedge slicing through every pattern as if to say, “This is not random. This is a message.”</w:t>
      </w:r>
    </w:p>
    <w:p>
      <w:r/>
    </w:p>
    <w:p>
      <w:r/>
      <w:r>
        <w:t>Abby slowed, feeling for the first time the exhaustion in her limbs, the way the cold now seemed to sap not just heat but intention. She reached out, steadied herself on a ledge, and caught her breath. Nate hovered just behind, monitoring the readings on his wrist, though it was clear from his posture that the data was now purely academic.</w:t>
      </w:r>
    </w:p>
    <w:p>
      <w:r/>
    </w:p>
    <w:p>
      <w:r/>
      <w:r>
        <w:t>He clicked on the display, then shook his head. “Numbers don’t go that high,” he said, voice muffled by the rebreather. “It’s off the scale.”</w:t>
      </w:r>
    </w:p>
    <w:p>
      <w:r/>
    </w:p>
    <w:p>
      <w:r/>
      <w:r>
        <w:t>She didn’t answer. Instead, she pointed at the nearest wall, at a sequence of carvings that felt wrong by their perfection—too crisp, too recent. She unhooked her backup light, traced the path of the spiral until it ended at a hollow in the rock. There, in the soft sediment, was the imprint of a human hand—small, but unmistakable.</w:t>
      </w:r>
    </w:p>
    <w:p>
      <w:r/>
    </w:p>
    <w:p>
      <w:r/>
      <w:r>
        <w:t>“Someone’s been here,” she said, her voice low and awed.</w:t>
      </w:r>
    </w:p>
    <w:p>
      <w:r/>
    </w:p>
    <w:p>
      <w:r/>
      <w:r>
        <w:t>Nate drifted closer, peering over her shoulder. “Caleb?” he asked.</w:t>
      </w:r>
    </w:p>
    <w:p>
      <w:r/>
    </w:p>
    <w:p>
      <w:r/>
      <w:r>
        <w:t>She shrugged, but her hands trembled as she brushed away the silt. Something glittered in the hollow—a shard of plastic, bright blue, embedded in the mud. She fished it out, wiped it on her sleeve, and turned it over in the light.</w:t>
      </w:r>
    </w:p>
    <w:p>
      <w:r/>
    </w:p>
    <w:p>
      <w:r/>
      <w:r>
        <w:t>It was the end cap of a dive torch, the make and model one she recognized from a field course two summers ago. Scratched into the plastic, barely visible, were the letters C.C., over and over, as if someone had spent hours engraving the initials with a dull knife.</w:t>
      </w:r>
    </w:p>
    <w:p>
      <w:r/>
    </w:p>
    <w:p>
      <w:r/>
      <w:r>
        <w:t>She passed it to Nate, then shone her light deeper into the alcove. The mud here was disturbed, scattered in a way that suggested panic or desperation. Abby imagined Caleb, trapped in this pocket, running out of air and time, leaving his mark in the only way left to him.</w:t>
      </w:r>
    </w:p>
    <w:p>
      <w:r/>
    </w:p>
    <w:p>
      <w:r/>
      <w:r>
        <w:t>She pushed aside the melancholy, focused instead on the wall. The glyphs here were different—more hurried, less symmetrical, but somehow more urgent. She recognized the wedge, the three-line motif, from her grandmother’s stories about ceremonial boundaries. It wasn’t a warning. It was a boundary, a threshold.</w:t>
      </w:r>
    </w:p>
    <w:p>
      <w:r/>
    </w:p>
    <w:p>
      <w:r/>
      <w:r>
        <w:t>Nate, meanwhile, had spotted a fracture in the rock—just wide enough to admit a hand. He reached in, slow, and after a moment’s groping, withdrew a waterlogged notebook, bound in duct tape and plastic sheeting. The paper inside was mostly destroyed, but the first few pages were intact.</w:t>
      </w:r>
    </w:p>
    <w:p>
      <w:r/>
    </w:p>
    <w:p>
      <w:r/>
      <w:r>
        <w:t>He thumbed them open, careful not to tear the soaked fibers. The handwriting was cramped, urgent, and mostly familiar: Caleb’s. The entries were dated, but the times were inconsistent—some crossed out and rewritten, others just numbers with no context.</w:t>
      </w:r>
    </w:p>
    <w:p>
      <w:r/>
    </w:p>
    <w:p>
      <w:r/>
      <w:r>
        <w:t>He read aloud, the words thick with static. “—reached the heart, spiral is active, can feel it in my teeth—” He flipped a page. “—Chamber is alive, pulse matches lunar—no, matches my own—” Another page, now almost falling apart in his hands. “If you find this, bring both keys. Only way to close the loop.”</w:t>
      </w:r>
    </w:p>
    <w:p>
      <w:r/>
    </w:p>
    <w:p>
      <w:r/>
      <w:r>
        <w:t>He looked at Abby, eyes wide. “He did it. He brought the other disc.”</w:t>
      </w:r>
    </w:p>
    <w:p>
      <w:r/>
    </w:p>
    <w:p>
      <w:r/>
      <w:r>
        <w:t>She nodded, numb. “So where is it?”</w:t>
      </w:r>
    </w:p>
    <w:p>
      <w:r/>
    </w:p>
    <w:p>
      <w:r/>
      <w:r>
        <w:t>They searched, methodical even in the grip of fear. Abby swept the alcove, feeling for any cavity or pocket that might hide a relic. Nate scoured the nearby shelves, shining his light into every shadow. It was Abby who found it—a flat stone, darker than the rest, jammed into a crack at the base of the glyph wall. She worked it free, hands numb with cold, and held it up.</w:t>
      </w:r>
    </w:p>
    <w:p>
      <w:r/>
    </w:p>
    <w:p>
      <w:r/>
      <w:r>
        <w:t>It was smaller than the first disc, but otherwise identical—the same spiral groove, the same trio of notches at the edge. It was so black it absorbed the light, casting no shadow.</w:t>
      </w:r>
    </w:p>
    <w:p>
      <w:r/>
    </w:p>
    <w:p>
      <w:r/>
      <w:r>
        <w:t>She turned it over, found a smear of dried blood on the underside. For a moment, she couldn’t breathe.</w:t>
      </w:r>
    </w:p>
    <w:p>
      <w:r/>
    </w:p>
    <w:p>
      <w:r/>
      <w:r>
        <w:t>Nate took it, weighed it in his hand, then pulled out the original disc from his vest pocket. He lined them up, edge to edge, and watched as the two notches aligned, the spirals intersecting perfectly.</w:t>
      </w:r>
    </w:p>
    <w:p>
      <w:r/>
    </w:p>
    <w:p>
      <w:r/>
      <w:r>
        <w:t>The hum in the chamber intensified, as if the stone itself recognized what had just happened. Abby felt her hair rise under the suit, her skin tingling with static. The glyphs on the wall seemed to pulse, the lines of the spiral vibrating in sync with her own heartbeat.</w:t>
      </w:r>
    </w:p>
    <w:p>
      <w:r/>
    </w:p>
    <w:p>
      <w:r/>
      <w:r>
        <w:t>Nate grinned, wild now. “We have both keys,” he said.</w:t>
      </w:r>
    </w:p>
    <w:p>
      <w:r/>
    </w:p>
    <w:p>
      <w:r/>
      <w:r>
        <w:t>Abby was about to respond when the first wave hit—a low-frequency oscillation that knocked her off balance, sending her crashing into the wall. She braced herself, feeling the stone vibrate against her back, and realized the resonance was coming from below, through the very roots of the island.</w:t>
      </w:r>
    </w:p>
    <w:p>
      <w:r/>
    </w:p>
    <w:p>
      <w:r/>
      <w:r>
        <w:t>The chamber lights flickered, then dimmed. In the brief darkness, she heard Nate’s breathing, fast and shallow, and the distant, mechanical whine of the drone struggling to maintain position.</w:t>
      </w:r>
    </w:p>
    <w:p>
      <w:r/>
    </w:p>
    <w:p>
      <w:r/>
      <w:r>
        <w:t>When the lights returned, the glyphs had changed: the lines now extended, reaching across the chamber, converging at the fissure in the ceiling. The glow was brighter, almost painful. Abby shielded her eyes, but she couldn’t look away.</w:t>
      </w:r>
    </w:p>
    <w:p>
      <w:r/>
    </w:p>
    <w:p>
      <w:r/>
      <w:r>
        <w:t>Nate, meanwhile, had dropped the discs. They lay at his feet, spinning in place, the force of the resonance holding them upright like gyroscopes. He reached down, tried to grab them, but the moment his fingers touched the stone, he recoiled, as if shocked.</w:t>
      </w:r>
    </w:p>
    <w:p>
      <w:r/>
    </w:p>
    <w:p>
      <w:r/>
      <w:r>
        <w:t>Abby reached for her own disc, and felt the same jolt—a surge of energy, almost electric, but colder, more alien. She yanked her hand back, staring at her palm as if it might show burn marks.</w:t>
      </w:r>
    </w:p>
    <w:p>
      <w:r/>
    </w:p>
    <w:p>
      <w:r/>
      <w:r>
        <w:t>The hum grew to a roar. The water in the chamber began to churn, bubbles spiraling upward to the fissure above. The pressure in the air pocket dropped, and for a moment, Abby feared the whole thing would implode. She clung to the ledge, watching as the discs spun faster, the vibration now audible as a keening wail.</w:t>
      </w:r>
    </w:p>
    <w:p>
      <w:r/>
    </w:p>
    <w:p>
      <w:r/>
      <w:r>
        <w:t>Nate crawled to her side, eyes wild. “We have to finish the sequence,” he said. “That’s what Vernon wrote. If we don’t, it just keeps going.”</w:t>
      </w:r>
    </w:p>
    <w:p>
      <w:r/>
    </w:p>
    <w:p>
      <w:r/>
      <w:r>
        <w:t>Abby nodded, not trusting her voice. She grabbed the notebook, flipping to the last legible page. In Caleb’s hand, a single line: “The spiral must close. Bring both. Align at the well.”</w:t>
      </w:r>
    </w:p>
    <w:p>
      <w:r/>
    </w:p>
    <w:p>
      <w:r/>
      <w:r>
        <w:t>She looked at the discs, then at the center of the chamber. There, at the very base of the spiral, was a depression in the floor—round, shallow, the exact size of the combined discs. It was so obvious she hated herself for missing it.</w:t>
      </w:r>
    </w:p>
    <w:p>
      <w:r/>
    </w:p>
    <w:p>
      <w:r/>
      <w:r>
        <w:t>They crawled, dragging themselves along the ledge, the air now thin and crackling with static. Nate grabbed one disc, Abby the other. Together, they pressed them into the depression, aligning the notches as shown in Vernon’s notes.</w:t>
      </w:r>
    </w:p>
    <w:p>
      <w:r/>
    </w:p>
    <w:p>
      <w:r/>
      <w:r>
        <w:t>The instant the stones clicked into place, the resonance peaked. The world became light and sound, a pressure so immense it squeezed the air from Abby’s lungs and the thought from her mind. For a second, she saw the chamber as it must have looked centuries ago—filled with people, with voices, with a purpose so immense it dwarfed her.</w:t>
      </w:r>
    </w:p>
    <w:p>
      <w:r/>
    </w:p>
    <w:p>
      <w:r/>
      <w:r>
        <w:t>Then the light faded. The noise dropped to nothing.</w:t>
      </w:r>
    </w:p>
    <w:p>
      <w:r/>
    </w:p>
    <w:p>
      <w:r/>
      <w:r>
        <w:t>She opened her eyes. The chamber was still. The water clear, the glyphs inert. The discs lay fused at the base of the well, dark and silent.</w:t>
      </w:r>
    </w:p>
    <w:p>
      <w:r/>
    </w:p>
    <w:p>
      <w:r/>
      <w:r>
        <w:t>Nate was beside her, his eyes closed, a faint smile on his lips. He opened them, blinked twice, then grinned. “Did we just save the world?”</w:t>
      </w:r>
    </w:p>
    <w:p>
      <w:r/>
    </w:p>
    <w:p>
      <w:r/>
      <w:r>
        <w:t>Abby laughed, though it came out more as a sob. “Maybe just this part of it.”</w:t>
      </w:r>
    </w:p>
    <w:p>
      <w:r/>
    </w:p>
    <w:p>
      <w:r/>
      <w:r>
        <w:t>They sat for a minute, breathing, letting the silence fill them. Then Nate looked at her, his expression serious. “You know they’ll never believe us.”</w:t>
      </w:r>
    </w:p>
    <w:p>
      <w:r/>
    </w:p>
    <w:p>
      <w:r/>
      <w:r>
        <w:t>She shrugged. “They never do.”</w:t>
      </w:r>
    </w:p>
    <w:p>
      <w:r/>
    </w:p>
    <w:p>
      <w:r/>
      <w:r>
        <w:t>Together, they gathered the remaining evidence—the notebook, the torch, the drone. Abby took one last look at the wall, memorizing the shape of the spiral, the way the lines converged at the center.</w:t>
      </w:r>
    </w:p>
    <w:p>
      <w:r/>
    </w:p>
    <w:p>
      <w:r/>
      <w:r>
        <w:t>Then they kicked off, swimming back through the tunnel, following the cable, the world now quieter, more honest. The hum was gone, replaced by the slow rhythm of their own breath, the steady beat of survival.</w:t>
      </w:r>
    </w:p>
    <w:p>
      <w:r/>
    </w:p>
    <w:p>
      <w:r/>
      <w:r>
        <w:t>They surfaced as the sun rose over Wizard Island, the sky ablaze with orange and gold. For a moment, the world was perfect, balanced on the edge of something new.</w:t>
      </w:r>
    </w:p>
    <w:p>
      <w:r/>
    </w:p>
    <w:p>
      <w:r/>
      <w:r>
        <w:t>Nate turned to her, water streaming from his hair, and said, “You realize we just rewrote history.”</w:t>
      </w:r>
    </w:p>
    <w:p>
      <w:r/>
    </w:p>
    <w:p>
      <w:r/>
      <w:r>
        <w:t>Abby smiled, teeth white in the dawn. “History will survive. We did.”</w:t>
      </w:r>
    </w:p>
    <w:p>
      <w:r/>
    </w:p>
    <w:p>
      <w:r/>
      <w:r>
        <w:t>They stood, side by side, looking out over the caldera, the spiral now hidden, but not forgotten.</w:t>
      </w:r>
    </w:p>
    <w:p>
      <w:r/>
    </w:p>
    <w:p>
      <w:r/>
      <w:r>
        <w:t>Somewhere, far below, the resonance waited for the next inheritor.</w:t>
      </w:r>
    </w:p>
    <w:p>
      <w:r/>
    </w:p>
    <w:p>
      <w:r/>
      <w:r>
        <w:t>But for now, the world was quiet.</w:t>
      </w:r>
    </w:p>
    <w:p>
      <w:r/>
    </w:p>
    <w:p>
      <w:r/>
      <w:r>
        <w:t>And that was enough.</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