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p>
    <w:p>
      <w:r/>
    </w:p>
    <w:p>
      <w:r/>
      <w:r>
        <w:t># Scene 1</w:t>
      </w:r>
    </w:p>
    <w:p>
      <w:r/>
    </w:p>
    <w:p>
      <w:r/>
      <w:r>
        <w:t>The deck had long since iced over. Every step was a wager against gravity, especially with both hands clutching the trove of notes, but Abby moved as if the world owed her a dry path. She set her materials in the protected lee of the bow ladder—just enough shadow to block the wind’s worst, just enough slope to keep the stack of books from blowing into the lake.</w:t>
      </w:r>
    </w:p>
    <w:p>
      <w:r/>
    </w:p>
    <w:p>
      <w:r/>
      <w:r>
        <w:t>The boat—a battered, rental pontoon with the last four feet of the name “Charter” still visible on the hull—chugged toward Wizard Island, its outboard coughing periodically, as if unimpressed with the night’s assignment. Around her, the water was a field of black glass, disturbed only by the wakes of the little vessel and the slow, inevitable rise of the moon from behind the caldera’s lip. The rest was silence, and cold, and the rhythm of her own need.</w:t>
      </w:r>
    </w:p>
    <w:p>
      <w:r/>
    </w:p>
    <w:p>
      <w:r/>
      <w:r>
        <w:t>Abby built her research nest with a precision that mocked the chaos inside her skull. Moleskine on the left, open to the recent shorthand. Her grandmother’s journal—a blue-inked, softbound relic, its spine held together with white tape—weighted the right. In between, she lined up: a laser-printed sheaf of lunar ephemeris tables, annotated in green highlighter; a spiral-bound notebook of glyph tracings, copied by her own hand from the cave walls below Jacksonville; three flash drives labeled “CALLOWAY ORIG,” “VERNON REDUX,” and “UNKNOWN”; a battered, waterproof phone, its screen webbed with hairline cracks; and a small tin of pens, two already run dry. On the perimeter, field gear: her LED headlamp, a thermos of hospital-grade coffee, and a plastic baggie with the last of the gas-station pastries. She needed sugar, caffeine, and a working hypothesis, preferably in that order.</w:t>
      </w:r>
    </w:p>
    <w:p>
      <w:r/>
    </w:p>
    <w:p>
      <w:r/>
      <w:r>
        <w:t>She started with the polaroids, laying them edge to edge. The first row: the original Klamath petroglyphs, shot under late-afternoon sun, the red ochre still vibrant despite the years. Next, close-ups of the Jacksonville well—glyphs hammered into granite, the spiral motif so faint it took digital contrast to make it visible. Last, the new discoveries from the tunnel, photographed by starlight and the flash of her own impatience. In every set, the same wedge, the same triskelion, the same implication: someone—or something—had seeded the language up and down the entire Pacific slope, and it was all converging here, now.</w:t>
      </w:r>
    </w:p>
    <w:p>
      <w:r/>
    </w:p>
    <w:p>
      <w:r/>
      <w:r>
        <w:t>She compared the images, fingers drumming a staccato on the page. The world fell away, replaced by a hum she only noticed when her heart remembered to beat. She double-checked the lunar charts, cross-referencing the full-moon windows for the next two months. Tonight’s cycle wasn’t just optimal—it was the last match for the entire decade. She could almost hear her grandmother’s voice: “It only comes around when it’s needed, honey. The sky will tell you when.”</w:t>
      </w:r>
    </w:p>
    <w:p>
      <w:r/>
    </w:p>
    <w:p>
      <w:r/>
      <w:r>
        <w:t>She shifted to the journal, the handwriting instantly alive. The page she wanted was dog-eared, the left margin smudged by decades of skin oil. Her grandmother Sarah had written in an exact, looping hand, the kind that suggested a ruler was never far from the pen. Abby traced a fingertip over the passage, the scar on her right knuckle catching on the ridges of dried ink.</w:t>
      </w:r>
    </w:p>
    <w:p>
      <w:r/>
    </w:p>
    <w:p>
      <w:r/>
      <w:r>
        <w:t>I saw it once in 1954. The water was so cold my lungs refused it. The well was quiet that year, but even then, you could feel the bone-deep pull at the center. It’s not a place, Abigail. It’s a hunger.</w:t>
      </w:r>
    </w:p>
    <w:p>
      <w:r/>
    </w:p>
    <w:p>
      <w:r/>
      <w:r>
        <w:t>Abby pressed her palm flat, bracing for the old memory. She’d been six, maybe seven, sitting on Sarah’s lap in the attic while the rain made the whole house shudder. She remembered the warmth of her grandmother’s arms, the way the woman’s chin tucked perfectly onto the crown of Abby’s head, like a bird covering a nest. She’d thought, at the time, that the stories were just stories, and that bravery was measured by how long you could listen without flinching.</w:t>
      </w:r>
    </w:p>
    <w:p>
      <w:r/>
    </w:p>
    <w:p>
      <w:r/>
      <w:r>
        <w:t>Now, she ran her own experiments in the dark, hoping only that the hunger was something she could reason with.</w:t>
      </w:r>
    </w:p>
    <w:p>
      <w:r/>
    </w:p>
    <w:p>
      <w:r/>
      <w:r>
        <w:t>She took up the glyph notebook, comparing each traced symbol to the ones in the polaroids, mapping the points of divergence. When the lines didn’t match, she went to the ephemeris, trying to model the “phase difference” as Nate had put it—his words echoing in her mind, sharper than she’d allow him to know.</w:t>
      </w:r>
    </w:p>
    <w:p>
      <w:r/>
    </w:p>
    <w:p>
      <w:r/>
      <w:r>
        <w:t>She marked the discrepancies with blue pen, the color burning even under the jaundiced glare of the headlamp. The wind pressed a shiver through her every few seconds, but she ignored it, tuning the world down to the narrowband of problem and solution.</w:t>
      </w:r>
    </w:p>
    <w:p>
      <w:r/>
    </w:p>
    <w:p>
      <w:r/>
      <w:r>
        <w:t>She heard the door of the cabin open, a metallic scrape and thunk, and then the deliberate tread of boots. Nate approached with the caution of a bomb disposal tech, carrying a second thermos and the folded bulk of his own notes in a drybag.</w:t>
      </w:r>
    </w:p>
    <w:p>
      <w:r/>
    </w:p>
    <w:p>
      <w:r/>
      <w:r>
        <w:t>“You’re going to freeze out here,” he said, voice pitched low to avoid carrying over the water.</w:t>
      </w:r>
    </w:p>
    <w:p>
      <w:r/>
    </w:p>
    <w:p>
      <w:r/>
      <w:r>
        <w:t>She didn’t look up. “The cold is good for the nerves. Keeps them from wandering.”</w:t>
      </w:r>
    </w:p>
    <w:p>
      <w:r/>
    </w:p>
    <w:p>
      <w:r/>
      <w:r>
        <w:t>He set the thermos beside her, careful not to disrupt her perimeter. “You know, the boat has an inside.”</w:t>
      </w:r>
    </w:p>
    <w:p>
      <w:r/>
    </w:p>
    <w:p>
      <w:r/>
      <w:r>
        <w:t>She allowed herself a single syllable of amusement. “The inside has people. Or at least, it has you. I need to hear myself think.”</w:t>
      </w:r>
    </w:p>
    <w:p>
      <w:r/>
    </w:p>
    <w:p>
      <w:r/>
      <w:r>
        <w:t>He crouched, studying the polaroids. “Are you making progress, or just stalling for time?”</w:t>
      </w:r>
    </w:p>
    <w:p>
      <w:r/>
    </w:p>
    <w:p>
      <w:r/>
      <w:r>
        <w:t>She flicked her eyes at him, then back to the table. “Did you know the glyph at the Jacksonville well was shifted twenty-seven degrees counter to the others? No one mentioned that in the reports.”</w:t>
      </w:r>
    </w:p>
    <w:p>
      <w:r/>
    </w:p>
    <w:p>
      <w:r/>
      <w:r>
        <w:t>“Coincidence?”</w:t>
      </w:r>
    </w:p>
    <w:p>
      <w:r/>
    </w:p>
    <w:p>
      <w:r/>
      <w:r>
        <w:t>“Nothing in this is coincidence. Every line, every spiral, it’s all about resonance—matching, or refusing to match. Your uncle was right about one thing: the spiral is the lock. But the key is out here.” She tapped the lunar tables. “Not in there.”</w:t>
      </w:r>
    </w:p>
    <w:p>
      <w:r/>
    </w:p>
    <w:p>
      <w:r/>
      <w:r>
        <w:t>He said nothing, just watched her for a beat too long. She recognized the look: the mixture of respect, worry, and unspoken apology that had become their shared language.</w:t>
      </w:r>
    </w:p>
    <w:p>
      <w:r/>
    </w:p>
    <w:p>
      <w:r/>
      <w:r>
        <w:t>He rose, dusting off the knees of his wind pants. “When you want company, or backup, I’ll be inside.”</w:t>
      </w:r>
    </w:p>
    <w:p>
      <w:r/>
    </w:p>
    <w:p>
      <w:r/>
      <w:r>
        <w:t>She grunted, the closest she’d come to thanks. He left the coffee. She drank it without tasting, the heat running down her chest in a straight line to her core.</w:t>
      </w:r>
    </w:p>
    <w:p>
      <w:r/>
    </w:p>
    <w:p>
      <w:r/>
      <w:r>
        <w:t>She returned to the materials, the world shrinking again to the field of symbols and the relentless, silent moon now climbing above the crater rim. She caught her reflection in the laptop screen—a half-frozen woman hunched over a chaos of paper, eyes rimmed red, hair windblown into a mathematician’s halo. She imagined what her grandmother would say: You look like a ghost in that light, honey. You should eat something.</w:t>
      </w:r>
    </w:p>
    <w:p>
      <w:r/>
    </w:p>
    <w:p>
      <w:r/>
      <w:r>
        <w:t>She smiled at the thought, then frowned at the page. A detail in the glyph sketches—the triskelion was always paired, except in the Well’s deepest chamber. There, the wedge split the spiral in two, leaving a gap. She highlighted the difference, fingers trembling only a little from the cold.</w:t>
      </w:r>
    </w:p>
    <w:p>
      <w:r/>
    </w:p>
    <w:p>
      <w:r/>
      <w:r>
        <w:t>She checked the moon’s position against the tables, cross-referenced it with the time-stamped polaroids. The numbers didn’t add up unless—unless the ceremonial phase was offset, not by the actual moon, but by its “unblinking eye,” as the old myth said. The full face, the moment of totality, was the only time the spiral should close.</w:t>
      </w:r>
    </w:p>
    <w:p>
      <w:r/>
    </w:p>
    <w:p>
      <w:r/>
      <w:r>
        <w:t>She checked her watch. Seventeen hours until the phase aligned perfectly. She scribbled the calculation, then circled it three times, just as her grandmother would have.</w:t>
      </w:r>
    </w:p>
    <w:p>
      <w:r/>
    </w:p>
    <w:p>
      <w:r/>
      <w:r>
        <w:t>The wind died, leaving only the sound of the motor and the whisper of water curling past the hull. The moonlight fell across her notes, bleaching them into negative, the blue ink of her corrections burning even brighter.</w:t>
      </w:r>
    </w:p>
    <w:p>
      <w:r/>
    </w:p>
    <w:p>
      <w:r/>
      <w:r>
        <w:t>She closed her eyes, memorizing the pattern, then began to copy the final arrangement into her own field book. The scar on her right hand flared as she wrote, but she didn’t stop. This time, she wanted the pain to linger.</w:t>
      </w:r>
    </w:p>
    <w:p>
      <w:r/>
    </w:p>
    <w:p>
      <w:r/>
      <w:r>
        <w:t>She worked until her fingers stopped obeying her, and even then, she kept at it. Wizard Island drew closer, its black mass looming in the moonlight, and Abby let herself believe, just for a moment, that she was close to an answer, and that when the time came, she would not flinch.</w:t>
      </w:r>
    </w:p>
    <w:p>
      <w:r/>
    </w:p>
    <w:p>
      <w:r/>
      <w:r>
        <w:t>She would call, and maybe—just maybe—the Well would answer.</w:t>
      </w:r>
    </w:p>
    <w:p>
      <w:r/>
    </w:p>
    <w:p>
      <w:r/>
    </w:p>
    <w:p>
      <w:r/>
      <w:r>
        <w:t># Scene 2</w:t>
      </w:r>
    </w:p>
    <w:p>
      <w:r/>
    </w:p>
    <w:p>
      <w:r/>
      <w:r>
        <w:t>The first breakthrough came when she least deserved it.</w:t>
      </w:r>
    </w:p>
    <w:p>
      <w:r/>
    </w:p>
    <w:p>
      <w:r/>
      <w:r>
        <w:t>Abby was shivering, coffee gone tepid, her hands blue at the knuckles, but she couldn’t stop tracing the sequence. The blue ink of her notations had bled into the pages, leaving a ghost of each correction, every failed theory branded onto the fibrous pulp. She worked the numbers, then the geometry, then the raw, desperate guesswork that lived in the gaps between what was observed and what was true.</w:t>
      </w:r>
    </w:p>
    <w:p>
      <w:r/>
    </w:p>
    <w:p>
      <w:r/>
      <w:r>
        <w:t>It started with the crescent. Not the classic, greeting-card curve of the sickle moon, but a sliver, rendered again and again in the glyphs, always in the periphery of the spiral, always tipped at the same angle. She checked it against her own charts. The first twenty times, the match was close but not exact; the twenty-first time, she rotated the sketch a quarter turn and the symbol locked perfectly onto the calendar’s next phase.</w:t>
      </w:r>
    </w:p>
    <w:p>
      <w:r/>
    </w:p>
    <w:p>
      <w:r/>
      <w:r>
        <w:t>She froze, pen hovering in midair, the realization like a knife through fog. “No way,” she said, voice flat and matter-of-fact, as if daring the cosmos to argue.</w:t>
      </w:r>
    </w:p>
    <w:p>
      <w:r/>
    </w:p>
    <w:p>
      <w:r/>
      <w:r>
        <w:t>She set the notebook down and reached for the historical file—an overstuffed accordion folder, half of it crumbling to foxed dust. At the bottom was the Jacksonville Historical Society’s reprint of the 1887 mining logs: thin carbon copies of men’s careful, untrusting hands, each page a ritual of signatures and witnessed events. She thumbed through, past entries about payroll and dynamite deliveries, looking for the strange, the non sequitur, the evidence of someone glimpsing the edge and having to write it down, if only to make it less real.</w:t>
      </w:r>
    </w:p>
    <w:p>
      <w:r/>
    </w:p>
    <w:p>
      <w:r/>
      <w:r>
        <w:t>She found the entry on the second try. It was a note from the night foreman, made in a neat, cramped script:</w:t>
      </w:r>
    </w:p>
    <w:p>
      <w:r/>
    </w:p>
    <w:p>
      <w:r/>
      <w:r>
        <w:t xml:space="preserve">March 18: Full moon. Shaft 7 glowed for four minutes post-midnight. Air tasted of copper. “O’Brien’s men said they saw it too, even the sober ones.” </w:t>
      </w:r>
    </w:p>
    <w:p>
      <w:r/>
    </w:p>
    <w:p>
      <w:r/>
      <w:r>
        <w:t>She cross-checked the date with the phase chart—full moon, dead center. She went back to the glyphs, finding the matching symbol in the cave’s northernmost tunnel: three spirals, but with the crescent tucked just inside the arm, as if it were a message or an instruction. She scanned the rest of the sheet, feeling her heart begin to race ahead of her breath.</w:t>
      </w:r>
    </w:p>
    <w:p>
      <w:r/>
    </w:p>
    <w:p>
      <w:r/>
      <w:r>
        <w:t>The pattern repeated. Every major shift in the spiral’s geometry corresponded to a lunar phase. Not just the full and new, but the subtle, in-between moments—the waxing gibbous, the waning sliver. Whoever inscribed the code had mapped it to the pulse of the sky, the rhythm of the body. Her body. She felt a thrill that had nothing to do with caffeine, or even triumph.</w:t>
      </w:r>
    </w:p>
    <w:p>
      <w:r/>
    </w:p>
    <w:p>
      <w:r/>
      <w:r>
        <w:t>She swept the other pages into a pile, reaching for the microfiche copy of the 1911 field survey—the one the Society had flagged as “unreliable” because of the quantity of unexplained entries. She scanned the lines, eyes searching for a pattern, and it leapt out at her: Every time the spiral motif repeated, there was a mention of light, of vibration, of people acting out of character.</w:t>
      </w:r>
    </w:p>
    <w:p>
      <w:r/>
    </w:p>
    <w:p>
      <w:r/>
      <w:r>
        <w:t>She grinned, unable to help herself. “You clever, sneaky bastard,” she said, and for a second, she could hear her brother’s voice at her shoulder, the way he’d always cheered her on in her weirdest hypotheses.</w:t>
      </w:r>
    </w:p>
    <w:p>
      <w:r/>
    </w:p>
    <w:p>
      <w:r/>
      <w:r>
        <w:t>She rolled out a blank page and began plotting: each spiral mapped to a date, each crescent to a phase. She drew the timeline down the center of the sheet, then circled the points of maximum convergence in blue, then red, then with a furious, stabbing pencil when the ink refused to keep up. She muttered the numbers under her breath, calculating intervals, counting down, cross-checking each result against the ephemeris, the mining logs, the journal entries, and her own fragmentary memories of family lore.</w:t>
      </w:r>
    </w:p>
    <w:p>
      <w:r/>
    </w:p>
    <w:p>
      <w:r/>
      <w:r>
        <w:t>Her watch beeped, a harsh, digital reminder that an hour had passed. She ignored it, even as her teeth chattered and the wind set her notes shivering in their place.</w:t>
      </w:r>
    </w:p>
    <w:p>
      <w:r/>
    </w:p>
    <w:p>
      <w:r/>
      <w:r>
        <w:t>The next realization was more troubling: The phases didn’t just mark events. They marked *failures*. Every time the convergence didn’t align, something went wrong: a collapse, a fire, a person lost in the tunnels. The history of the Well was a history of near-misses, of someone always coming close, but never quite aligning the spiral to the unblinking eye.</w:t>
      </w:r>
    </w:p>
    <w:p>
      <w:r/>
    </w:p>
    <w:p>
      <w:r/>
      <w:r>
        <w:t>She felt a chill, then checked her work again, this time against the present lunar cycle. The moment of perfect alignment was not days or weeks away. It was hours. Less, if she trusted the numbers.</w:t>
      </w:r>
    </w:p>
    <w:p>
      <w:r/>
    </w:p>
    <w:p>
      <w:r/>
      <w:r>
        <w:t>She wiped her hand across her mouth, leaving a smear of blue on her skin. She double-checked the boat’s clock—still an hour out from Wizard Island. Time enough, if she didn’t fuck it up.</w:t>
      </w:r>
    </w:p>
    <w:p>
      <w:r/>
    </w:p>
    <w:p>
      <w:r/>
      <w:r>
        <w:t>She worked faster, charting the entire sequence onto a single, battered sheet of notebook paper. She drew the Well at the center, then the three arms of the spiral, then the crescents as they came and went. She connected the dots, seeing now what the ancestors had tried to say: The Well was not just a pit. It was a clock. And it had been winding down for over a hundred years, waiting for this very night.</w:t>
      </w:r>
    </w:p>
    <w:p>
      <w:r/>
    </w:p>
    <w:p>
      <w:r/>
      <w:r>
        <w:t>She laughed, a thin, high sound that startled a pair of gulls off the aft rail. She slapped her palm on the table, then pressed both hands to her face, forcing herself to breathe.</w:t>
      </w:r>
    </w:p>
    <w:p>
      <w:r/>
    </w:p>
    <w:p>
      <w:r/>
      <w:r>
        <w:t>She ran the simulation again, this time plugging the numbers into her phone. The result was the same. There was only one shot, and it was tonight.</w:t>
      </w:r>
    </w:p>
    <w:p>
      <w:r/>
    </w:p>
    <w:p>
      <w:r/>
      <w:r>
        <w:t>She let the reality of it seep into her bones, then wrote it down in block capitals across the top of the timeline: “THE WELL WILL OPEN AT 03:17, IF THE CRESCENT IS TRUE.”</w:t>
      </w:r>
    </w:p>
    <w:p>
      <w:r/>
    </w:p>
    <w:p>
      <w:r/>
      <w:r>
        <w:t>She circled the prediction, once, twice, three times, until the paper nearly tore.</w:t>
      </w:r>
    </w:p>
    <w:p>
      <w:r/>
    </w:p>
    <w:p>
      <w:r/>
      <w:r>
        <w:t>The engine coughed, then shifted pitch as the boat throttled back, beginning the careful approach to the dock. The island rose in the darkness, larger and more final than anything she remembered from the maps. She barely noticed.</w:t>
      </w:r>
    </w:p>
    <w:p>
      <w:r/>
    </w:p>
    <w:p>
      <w:r/>
      <w:r>
        <w:t>She packed her papers, shoving them into the drybag with shaking hands, her mind already leaping ahead to the next challenge, the next move, the next possibility of screwing it all up.</w:t>
      </w:r>
    </w:p>
    <w:p>
      <w:r/>
    </w:p>
    <w:p>
      <w:r/>
      <w:r>
        <w:t>She zipped the bag, then clutched it to her chest, staring out at the black, glassy surface of the lake. For the first time in years, she let herself be afraid—not of failure, but of what would happen if she was right.</w:t>
      </w:r>
    </w:p>
    <w:p>
      <w:r/>
    </w:p>
    <w:p>
      <w:r/>
      <w:r>
        <w:t>The moon crested the caldera, flooding the world in its hard, blue light.</w:t>
      </w:r>
    </w:p>
    <w:p>
      <w:r/>
    </w:p>
    <w:p>
      <w:r/>
      <w:r>
        <w:t>Abby turned her face to it, and smiled like someone who had just seen the end of the story.</w:t>
      </w:r>
    </w:p>
    <w:p>
      <w:r/>
    </w:p>
    <w:p>
      <w:r/>
    </w:p>
    <w:p>
      <w:r/>
      <w:r>
        <w:t># Scene 3</w:t>
      </w:r>
    </w:p>
    <w:p>
      <w:r/>
    </w:p>
    <w:p>
      <w:r/>
      <w:r>
        <w:t>It wasn’t the alignment that made her blood run cold. It was the memory, flicking on like a hazard light, refusing to be ignored.</w:t>
      </w:r>
    </w:p>
    <w:p>
      <w:r/>
    </w:p>
    <w:p>
      <w:r/>
      <w:r>
        <w:t>She’d been seven, maybe eight, sitting on her grandmother’s lap while the old woman traced a finger along the spine of the Klamath legends, reciting in her measured, almost priestly cadence. “You never look at the moon’s unblinking eye, Abigail. Not when the sky is clear and the shadow is gone. That’s when the Well is hungry, and what you feed it will not return the same.”</w:t>
      </w:r>
    </w:p>
    <w:p>
      <w:r/>
    </w:p>
    <w:p>
      <w:r/>
      <w:r>
        <w:t>At the time, she’d thought it was just another bedtime scare, a tale to keep kids from sneaking out to the reservoir at night. Now, alone on the frozen deck, with the clockwork of the Well ticking toward some unknown zero, she felt the warning as a physical presence: a weight in her chest, a chill in her teeth, an itch at the base of her skull.</w:t>
      </w:r>
    </w:p>
    <w:p>
      <w:r/>
    </w:p>
    <w:p>
      <w:r/>
      <w:r>
        <w:t>She tried to steady her hands, but they betrayed her, fingers skipping over the keyboard as she triple-checked the prediction. The numbers lined up. The window was razor thin. The Well would open, and it would do so with or without her say-so.</w:t>
      </w:r>
    </w:p>
    <w:p>
      <w:r/>
    </w:p>
    <w:p>
      <w:r/>
      <w:r>
        <w:t>Her heart was racing, too fast and shallow, each beat reminding her of the bloodline that had delivered her here, as if fate were a hereditary condition. She pressed her palm to the little scar on her right hand, feeling the familiar bump of collagen—proof, if she needed it, that even old wounds didn’t heal the way you wanted them to.</w:t>
      </w:r>
    </w:p>
    <w:p>
      <w:r/>
    </w:p>
    <w:p>
      <w:r/>
      <w:r>
        <w:t>She inhaled, held it, then stood. The force of it scattered half her papers onto the deck, the dry bag spinning out and nearly slipping over the rail. She caught it, cursing, then knelt to gather the rest. Her hands worked with a frenetic precision, stuffing notebooks and binders, not even checking the order. It didn’t matter anymore; she had the answer and the only thing left was to use it.</w:t>
      </w:r>
    </w:p>
    <w:p>
      <w:r/>
    </w:p>
    <w:p>
      <w:r/>
      <w:r>
        <w:t>She checked the clock again: two hours and some change. The moon was already past the midpoint, climbing toward the very top of the sky. She should have felt victorious, or at least validated. Instead, she felt the sick certainty that she was being watched, not by Nate or the boat captain or any of the living, but by the sum total of everyone who’d ever tried and failed before her.</w:t>
      </w:r>
    </w:p>
    <w:p>
      <w:r/>
    </w:p>
    <w:p>
      <w:r/>
      <w:r>
        <w:t>She clamped the bag shut, cinched it to her shoulder, then made her way aft, boots ringing on the aluminum planks. She knew where Nate would be: inside, hunched over a different set of nightmares, pacing the cabin like a caged animal, waiting for someone to bring him bad news or a better plan.</w:t>
      </w:r>
    </w:p>
    <w:p>
      <w:r/>
    </w:p>
    <w:p>
      <w:r/>
      <w:r>
        <w:t>She paused at the door, hesitating. This was the line, the moment her role flipped from observer to participant, the difference between theory and practice, between Calloway and whatever she would be after tonight.</w:t>
      </w:r>
    </w:p>
    <w:p>
      <w:r/>
    </w:p>
    <w:p>
      <w:r/>
      <w:r>
        <w:t>She flexed her fingers, the joints swollen from cold and overuse, then forced them into a fist. She knocked twice, hard, the sound echoing across the hull and off the still water.</w:t>
      </w:r>
    </w:p>
    <w:p>
      <w:r/>
    </w:p>
    <w:p>
      <w:r/>
      <w:r>
        <w:t>Inside, Nate looked up, eyes wide, adrenaline already at full burn. She met his gaze and saw her own fear reflected there, not mirrored exactly, but split and refracted into something manageable. He said her name, low and almost gentle.</w:t>
      </w:r>
    </w:p>
    <w:p>
      <w:r/>
    </w:p>
    <w:p>
      <w:r/>
      <w:r>
        <w:t>She stepped over the threshold, letting the warmth of the cabin wrap her for a second, just enough to steady her voice. “I have it,” she said, and held up the timeline, the notations bleeding through in blue and black and red.</w:t>
      </w:r>
    </w:p>
    <w:p>
      <w:r/>
    </w:p>
    <w:p>
      <w:r/>
      <w:r>
        <w:t>He stared, then took it, scanning the lines, his own hands trembling in time with hers.</w:t>
      </w:r>
    </w:p>
    <w:p>
      <w:r/>
    </w:p>
    <w:p>
      <w:r/>
      <w:r>
        <w:t>“We have less than two hours,” she said. “The window is precise. If we miss it—”</w:t>
      </w:r>
    </w:p>
    <w:p>
      <w:r/>
    </w:p>
    <w:p>
      <w:r/>
      <w:r>
        <w:t>He shook his head. “We won’t miss it.”</w:t>
      </w:r>
    </w:p>
    <w:p>
      <w:r/>
    </w:p>
    <w:p>
      <w:r/>
      <w:r>
        <w:t>She nodded, swallowing. “There’s another thing.” She hesitated, then let it out in a rush: “It’s not just the alignment. The Well needs a pair—a mirror. Someone to call, and someone to answer. Otherwise it just… eats.”</w:t>
      </w:r>
    </w:p>
    <w:p>
      <w:r/>
    </w:p>
    <w:p>
      <w:r/>
      <w:r>
        <w:t>He studied her, as if weighing the logic against the risk. “We go together,” he said. Not a question, but a promise.</w:t>
      </w:r>
    </w:p>
    <w:p>
      <w:r/>
    </w:p>
    <w:p>
      <w:r/>
      <w:r>
        <w:t>She exhaled, all her tension condensing into a single line of resolve. “We go together.”</w:t>
      </w:r>
    </w:p>
    <w:p>
      <w:r/>
    </w:p>
    <w:p>
      <w:r/>
      <w:r>
        <w:t>She watched as he packed his own bag, every movement deliberate and final, then followed him to the hatch. Together, they stepped out into the night, the cold and the moonlight making them kin to the ancestors, the crazy and the lost and the ones who’d tried before.</w:t>
      </w:r>
    </w:p>
    <w:p>
      <w:r/>
    </w:p>
    <w:p>
      <w:r/>
      <w:r>
        <w:t>Abby glanced at the sky. The moon stared back, unblinking, the only witness that mattered.</w:t>
      </w:r>
    </w:p>
    <w:p>
      <w:r/>
    </w:p>
    <w:p>
      <w:r/>
      <w:r>
        <w:t>They started down the gangway, two bodies in sync, moving not toward destiny, but toward the only ending that would ever make sense.</w:t>
      </w:r>
    </w:p>
    <w:p>
      <w:r/>
    </w:p>
    <w:p>
      <w: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