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
    </w:p>
    <w:p>
      <w:r/>
    </w:p>
    <w:p>
      <w:r/>
      <w:r>
        <w:t># Scene 1</w:t>
      </w:r>
    </w:p>
    <w:p>
      <w:r/>
    </w:p>
    <w:p>
      <w:r/>
      <w:r>
        <w:t>Nate Chase had always assumed that in the hour before a cataclysm, the universe would vibrate with premonition. He'd never expected it to be so staggeringly dull. The world beyond the battered tent was all static and starlight; the wind had dropped, leaving the trees to contemplate their own exhaustion, and somewhere beyond the dark slab of lake, Wizard Island squatted on the horizon, as fixed and patient as a tumor on a radiograph.</w:t>
      </w:r>
    </w:p>
    <w:p>
      <w:r/>
    </w:p>
    <w:p>
      <w:r/>
      <w:r>
        <w:t>He was alone. Abby had retreated to her own corner of the camp, insulated by her headphones and the tight sphere of private research she drew around herself when the equations stopped adding up. Nate took the opportunity to lay everything bare, transforming the folding table into an autopsy slab for the mission so far.</w:t>
      </w:r>
    </w:p>
    <w:p>
      <w:r/>
    </w:p>
    <w:p>
      <w:r/>
      <w:r>
        <w:t>He started with the hard evidence: Vernon’s journal, unspooled and fanned across the waterproof canvas like a dead man’s long-shed skin. The entries oscillated between lab-grade clarity and the fevered margins of obsession—here a series of hand-drawn overlays, spiral upon spiral in blue pen, there a diatribe against institutional inertia, the ink bleeding into the page where the old man had stabbed the ballpoint in frustration. Nate read these last lines with a certain fondness; if you had to lose your mind, there were worse fates than doing it in the grip of pure, uncut hypothesis.</w:t>
      </w:r>
    </w:p>
    <w:p>
      <w:r/>
    </w:p>
    <w:p>
      <w:r/>
      <w:r>
        <w:t>Next came the maps. He had three: a Geological Survey sheet with the whole caldera system rendered in the topographic equivalent of Braille; a satellite capture Abby had printed and annotated with every known site of petroglyphs, field journals, and unexplained animal deaths in the last century; and a scribbled, back-of-envelope diagram from the night before, a tangle of arrows and question marks he and Abby had assembled over a bottle of gas station Scotch. At the intersection of every spiral, always, was the Well. Always, a vector pointed to something not on any map.</w:t>
      </w:r>
    </w:p>
    <w:p>
      <w:r/>
    </w:p>
    <w:p>
      <w:r/>
      <w:r>
        <w:t>He thumbed through the photos, the evidence wall of this operation: close-ups of the cave etchings, the spiral glyph in all its permutations, the “blood triangle” that Vernon had insisted was a cipher, not a threat. Each image was taped to the foam-core in the sequence they’d been discovered, with Nate’s own block capitals labeling each: “JACKSONVILLE—SITE 1,” “KLAMATH—SITE 2,” “CRATER LAKE—ISLAND.” It was a linear narrative, but the story it told was pure recursion: every lead circled back on itself, every answer was a new lock.</w:t>
      </w:r>
    </w:p>
    <w:p>
      <w:r/>
    </w:p>
    <w:p>
      <w:r/>
      <w:r>
        <w:t>He laid the obsidian disc on the table last, keeping it cradled in the Kevlar wrap, as if the thing might bite if left exposed too long. Even inert, it seemed to draw every photon in the tent toward itself, a singularity masquerading as a curio. Nate prodded the edge, once, feeling the coldness through the glove.</w:t>
      </w:r>
    </w:p>
    <w:p>
      <w:r/>
    </w:p>
    <w:p>
      <w:r/>
      <w:r>
        <w:t>Inventory complete, he sat back and scanned for gaps. There were always gaps.</w:t>
      </w:r>
    </w:p>
    <w:p>
      <w:r/>
    </w:p>
    <w:p>
      <w:r/>
      <w:r>
        <w:t>His eyes lingered on the overlay he’d built from Vernon’s instructions. It looked almost pretty, in the way that certain cancers could be described as “aggressive” with a kind of perverse awe. Nate retraced the path of their journey, letting each line anchor him to the memory of what it had cost.</w:t>
      </w:r>
    </w:p>
    <w:p>
      <w:r/>
    </w:p>
    <w:p>
      <w:r/>
      <w:r>
        <w:t>The cave-in outside Jacksonville came first, a warning shot from the physics of entropy. The entrance had looked sturdy enough—reinforced by a century of engineering and the mutual apathy of the BLM and local meth-heads. But forty meters in, after two hours of meticulous mapping, the ceiling chose that moment to shed a metric ton of sediment and doom. The world went flat and black. He remembered the grinding impact as the shockwave hit, the sound of Abby somewhere behind him, the instant, involuntary assessment: air pocket, mobility, blood loss, next move.</w:t>
      </w:r>
    </w:p>
    <w:p>
      <w:r/>
    </w:p>
    <w:p>
      <w:r/>
      <w:r>
        <w:t>He’d worked his way out by the numbers—military training was good for something, even if all it did was break the paralysis into a sequence of “do, then check.” What saved them, though, was not tactics but Abby’s single-minded refusal to die in the same dirt as a bunch of failed prospectors. She’d located the acoustic anomaly, tracked the echo pattern, and reverse-engineered the flow of the collapsing tunnel, all while keeping up a string of profanity that Nate had, later, tried to recall word-for-word for his own amusement. In the moment, though, all that mattered was that her theory held, and they’d crawled out battered but unbroken, with the glyph rubbings and the disc still wrapped in a makeshift sling.</w:t>
      </w:r>
    </w:p>
    <w:p>
      <w:r/>
    </w:p>
    <w:p>
      <w:r/>
      <w:r>
        <w:t>The underwater passage at the foot of Wizard Island was a different animal. There, it was not entropy but simple physics that tried to kill him. Nate had been the stronger swimmer, but that didn’t matter when your tank regulator decided to pack it in at the halfway point. For a second, the world was only the cold, and the sound of his own heart trying to kick its way out through his chest. He remembered the clarity of it: the single, diamond-cut moment when instinct gave way to calculation. He’d made for the silt shelf, purged the mouthpiece, and remembered—just in time—that the drysuit could be used as a crude rebreather if you didn’t mind burning every alveolus on the way. Abby had reached him at the end, already halfway into the backup tank, eyes wide with the kind of fury that meant she’d kill him if he ever tried that stunt again.</w:t>
      </w:r>
    </w:p>
    <w:p>
      <w:r/>
    </w:p>
    <w:p>
      <w:r/>
      <w:r>
        <w:t>He flexed his left hand now, rolling the wrist where the tendons still ached from that day. The skin was almost healed, but the memory was perfect.</w:t>
      </w:r>
    </w:p>
    <w:p>
      <w:r/>
    </w:p>
    <w:p>
      <w:r/>
      <w:r>
        <w:t>The confrontation with Caldwell’s men had been, in some ways, the easiest trial of the lot. People, even armed and motivated people, were more predictable than stone or water. The trick was to get them talking, to let the certainty of their mission loosen their lips. Nate had run point, flashing the credentials he’d liberated from the mine’s dead-letter office, playing dumb about the research until the squad leader got bored enough to drop the name “Caldwell” out loud. After that, the rest was choreography: get the men to split their attention, get Abby past the checkpoint, then pull the trigger on the distraction and haul ass while the rest of the world caught up. There were bruises, a fractured rib (Abby’s, but she never let on), and an ongoing debate about whether the chase would buy them time or just guarantee a worse reception at the end. Still, it worked. They had the disc, the notes, and a lead on the island’s inner chamber.</w:t>
      </w:r>
    </w:p>
    <w:p>
      <w:r/>
    </w:p>
    <w:p>
      <w:r/>
      <w:r>
        <w:t>Now, in the silence, he let the tension drain out of his jaw, replaying each memory like a diagnostic loop. He was alive. The mission was still on.</w:t>
      </w:r>
    </w:p>
    <w:p>
      <w:r/>
    </w:p>
    <w:p>
      <w:r/>
      <w:r>
        <w:t>He looked down at his boots. The mud was layered, two-tone: the ochre grit of Jacksonville caked over by the blue-black silt of the caldera. He could trace the entire operation by the sediment, if he wanted to. The cut on his left forearm was scabbed over, but the flesh around it was still puckered, an angry seam that wouldn’t close until the work was done.</w:t>
      </w:r>
    </w:p>
    <w:p>
      <w:r/>
    </w:p>
    <w:p>
      <w:r/>
      <w:r>
        <w:t>He allowed himself one minute of nothing. Just sitting, just letting the world settle on him like a weighted blanket, thick with exhaustion and the certainty of something very old pressing up from below the lake.</w:t>
      </w:r>
    </w:p>
    <w:p>
      <w:r/>
    </w:p>
    <w:p>
      <w:r/>
      <w:r>
        <w:t>He didn’t believe in fate, or prophecy, or any of the other nonsense Vernon had trafficked in. But he did believe in patterns, and the spiral on the table was a pattern so relentless it might as well be destiny.</w:t>
      </w:r>
    </w:p>
    <w:p>
      <w:r/>
    </w:p>
    <w:p>
      <w:r/>
      <w:r>
        <w:t>He stood, shaking off the cold, and re-packed the kit with the care of a man who knew what was coming would probably break every last thing he owned. The disc went in last, snug and shrouded, and he cinched the straps tight until the tension felt like enough.</w:t>
      </w:r>
    </w:p>
    <w:p>
      <w:r/>
    </w:p>
    <w:p>
      <w:r/>
      <w:r>
        <w:t>He turned to the lake, its surface still and opaque, and considered the fact that there were probably a dozen ways to die tomorrow. He hoped, with a suddenness that embarrassed him, that Abby would find a way to cheat all of them.</w:t>
      </w:r>
    </w:p>
    <w:p>
      <w:r/>
    </w:p>
    <w:p>
      <w:r/>
      <w:r>
        <w:t>He went to the tent, zipped it against the cold, and laid down on top of the bag, fully clothed, boots and all. He didn’t expect to sleep. But for the first time since this had all started, he let himself hope he’d get to see what happened on the other side.</w:t>
      </w:r>
    </w:p>
    <w:p>
      <w:r/>
    </w:p>
    <w:p>
      <w:r/>
      <w:r>
        <w:t>In the silence, the spiral burned blue against his eyelids, turning, always turning, toward whatever waited at the center.</w:t>
      </w:r>
    </w:p>
    <w:p>
      <w:r/>
    </w:p>
    <w:p>
      <w:r/>
    </w:p>
    <w:p>
      <w:r/>
      <w:r>
        <w:t># Scene 2</w:t>
      </w:r>
    </w:p>
    <w:p>
      <w:r/>
    </w:p>
    <w:p>
      <w:r/>
      <w:r>
        <w:t>Nate woke to the sound of nothing.</w:t>
      </w:r>
    </w:p>
    <w:p>
      <w:r/>
    </w:p>
    <w:p>
      <w:r/>
      <w:r>
        <w:t>It was always the lack that got you—the absence of engine whine, the missing rasp of wind in the tent fly, the way the lake’s endless appetite could steal the world clean of noise. For a moment, he lay flat, eyes unblinking, waiting for his brain to reboot from the spiral-drenched dream that had wrapped around him like a python. He didn’t remember the details, only the feeling: descent, the slow spiral, a gravity not measured in newtons but in the certainty of being drawn somewhere that didn’t care if you screamed.</w:t>
      </w:r>
    </w:p>
    <w:p>
      <w:r/>
    </w:p>
    <w:p>
      <w:r/>
      <w:r>
        <w:t>He sat up, knees popping, and checked the watch. 0312. Still hours to go before the planned event, but sleep had defected for good. He pulled on the jacket, not caring if the zipper woke Abby, and stepped out into the freezing clarity of a pre-dawn March.</w:t>
      </w:r>
    </w:p>
    <w:p>
      <w:r/>
    </w:p>
    <w:p>
      <w:r/>
      <w:r>
        <w:t>Crater Lake was the sort of place that made mockery of scale. By moonlight, the water looked paper-thin, a single layer between the present and the unthinkable depth below. Wizard Island, which in photos always seemed like a child’s toy on a saucer, now loomed with the mass of a real volcano, every switchback of its cinder cone etched in blue shadow and the ghost of vapor from the fissures. Somewhere beneath it, the Well waited, a coordinate on no map, a point of convergence for everything that had driven him out here.</w:t>
      </w:r>
    </w:p>
    <w:p>
      <w:r/>
    </w:p>
    <w:p>
      <w:r/>
      <w:r>
        <w:t>He walked the perimeter of their camp, boots sinking a millimeter into the permafrost, and let himself remember how he’d arrived at this particular madness.</w:t>
      </w:r>
    </w:p>
    <w:p>
      <w:r/>
    </w:p>
    <w:p>
      <w:r/>
      <w:r>
        <w:t>Vernon had been a legend and a joke in equal measure: half of Nate’s grad cohort swore the old man had once been tenured at MIT, the other half insisted he was a runaway crank who only got published because his conspiratorial tirades brought in the grant money. What no one denied was that he could see patterns where others saw only noise. Nate’s own training—USAR, then field work, then the PhD factory—had taught him to trust only those things that could be measured or broken, but Vernon’s first law had been “Respect the outlier.” If something didn’t fit, you either needed a new model or a new planet.</w:t>
      </w:r>
    </w:p>
    <w:p>
      <w:r/>
    </w:p>
    <w:p>
      <w:r/>
      <w:r>
        <w:t>The first time Nate had read the man’s research, he’d dismissed the “tribal legends” as window-dressing, the old ethnographer’s trick of slapping a myth over bad data to keep the reviewers guessing. Magnetic anomalies, yes, those happened in caldera systems. Fluctuations in the LIDAR? Could be equipment error, or gas venting, or a hundred other natural quirks. But the idea that the Klamath, or the miners, or whoever had lived here first, had mapped the anomalies with glyphs and oral histories—that was fantasy. At best, a cool hypothesis for a TED talk; at worst, pure crankery.</w:t>
      </w:r>
    </w:p>
    <w:p>
      <w:r/>
    </w:p>
    <w:p>
      <w:r/>
      <w:r>
        <w:t>That had been before the field work. Before the artifacts. Before he’d seen the way the disc hummed in his hand when you got within spitting distance of the Jacksonville shaft, or the way the underwater passages lined up, not just with the map, but with the algorithm Vernon had scribbled in a back-of-envelope note ten years before anyone thought to dig there. At first, Nate had clung to the idea of “statistical anomaly.” It had a ring to it, a dignity that let you go to sleep at night.</w:t>
      </w:r>
    </w:p>
    <w:p>
      <w:r/>
    </w:p>
    <w:p>
      <w:r/>
      <w:r>
        <w:t>But there were too many anomalies. Too many failed explanations.</w:t>
      </w:r>
    </w:p>
    <w:p>
      <w:r/>
    </w:p>
    <w:p>
      <w:r/>
      <w:r>
        <w:t>He remembered the day the disc had locked onto the magnetic spiral in the Klamath cave—how his own wristwatch froze, how Abby’s digital camera died outright, how even the air had seemed to vibrate with a pressure that didn’t register on any instrument they owned. Abby had looked at him, just once, with the kind of “are you seeing this?” that didn’t need words. He had lied, then, told her that natural systems sometimes threw curveballs, that the human brain was hardwired for pareidolia, for seeing faces in clouds and meaning in chaos.</w:t>
      </w:r>
    </w:p>
    <w:p>
      <w:r/>
    </w:p>
    <w:p>
      <w:r/>
      <w:r>
        <w:t>He’d believed it. Almost.</w:t>
      </w:r>
    </w:p>
    <w:p>
      <w:r/>
    </w:p>
    <w:p>
      <w:r/>
      <w:r>
        <w:t>Now, with the lake in full sub-zero glare and the disc burning a hole in the tent behind him, Nate let the last of his defenses go. If this was all a trick—a centuries-old game of telephone that happened to fit the data for once—then at least he’d have a good story to laugh about on the lecture circuit. But every cell in his body said that what was happening here was not a joke, not a simple physics experiment gone weird. Something, maybe the Well itself, had been waiting for this alignment, this sequence of events, and maybe, if he was honest, for someone dumb enough to try and meet it halfway.</w:t>
      </w:r>
    </w:p>
    <w:p>
      <w:r/>
    </w:p>
    <w:p>
      <w:r/>
      <w:r>
        <w:t>He found himself at the water’s edge, boots a centimeter from the glassy surface, and stared down. The moon reflected back, bisected by the perfect line of the opposite caldera rim. In the water, you could see the whole sky, a world in reverse, every star doubled and then swallowed by the Well at the center.</w:t>
      </w:r>
    </w:p>
    <w:p>
      <w:r/>
    </w:p>
    <w:p>
      <w:r/>
      <w:r>
        <w:t>He laughed, a soft huff that stuttered into a cough. Above, the night was silent; below, the abyss.</w:t>
      </w:r>
    </w:p>
    <w:p>
      <w:r/>
    </w:p>
    <w:p>
      <w:r/>
      <w:r>
        <w:t>He remembered Vernon’s last message, emailed from a dying laptop in the weeks before the man had vanished: “The line between science and faith is just a question of when you start to believe your own eyes.”</w:t>
      </w:r>
    </w:p>
    <w:p>
      <w:r/>
    </w:p>
    <w:p>
      <w:r/>
      <w:r>
        <w:t>Nate wondered if the man had ever really drawn that line, or if he’d just spent his whole life waiting for someone else to cross it.</w:t>
      </w:r>
    </w:p>
    <w:p>
      <w:r/>
    </w:p>
    <w:p>
      <w:r/>
      <w:r>
        <w:t>He turned from the water, scanning the horizon for signs of life. Nothing. The camp was a blip on the landscape, the tent a mere crease against the immensity of rock and time. It was humbling, in the way that nothing human ever truly was.</w:t>
      </w:r>
    </w:p>
    <w:p>
      <w:r/>
    </w:p>
    <w:p>
      <w:r/>
      <w:r>
        <w:t>He lingered, letting the cold do its work. In the silence, he heard the Well, not as a sound but as a promise: come, see, understand.</w:t>
      </w:r>
    </w:p>
    <w:p>
      <w:r/>
    </w:p>
    <w:p>
      <w:r/>
      <w:r>
        <w:t>For once, Nate didn’t argue.</w:t>
      </w:r>
    </w:p>
    <w:p>
      <w:r/>
    </w:p>
    <w:p>
      <w:r/>
      <w:r>
        <w:t>He trudged back toward camp, feeling the spiral in his chest now, an ache of anticipation. Tomorrow, the world would either crack open, or he’d spend the rest of his days trying to find a theory big enough to contain the lie he’d just chosen to live by.</w:t>
      </w:r>
    </w:p>
    <w:p>
      <w:r/>
    </w:p>
    <w:p>
      <w:r/>
      <w:r>
        <w:t>Either way, he was ready to see what happened next.</w:t>
      </w:r>
    </w:p>
    <w:p>
      <w:r/>
    </w:p>
    <w:p>
      <w:r/>
    </w:p>
    <w:p>
      <w:r/>
      <w:r>
        <w:t># Scene 3</w:t>
      </w:r>
    </w:p>
    <w:p>
      <w:r/>
    </w:p>
    <w:p>
      <w:r/>
      <w:r>
        <w:t>He heard her coming before she spoke: the soft crunch of boots over frost, the telltale clink of battered tin mugs, and a faint, involuntary hum—Abby’s version of whistling in the dark. Nate watched her silhouette resolve against the tent glow, a figure half-swaddled in a surplus parka, hands juggling two cups and a thermos with the dexterity of someone who’d never quite learned the word “enough.”</w:t>
      </w:r>
    </w:p>
    <w:p>
      <w:r/>
    </w:p>
    <w:p>
      <w:r/>
      <w:r>
        <w:t>She offered a mug before sitting, her gloved fingers brushing his with a static snap. “Careful,” she said. “It’s actual coffee, not the usual mud. I caved and used the emergency rations.”</w:t>
      </w:r>
    </w:p>
    <w:p>
      <w:r/>
    </w:p>
    <w:p>
      <w:r/>
      <w:r>
        <w:t>He cradled the cup, the heat leaking greedily into his palms. “That’s against protocol. If the world ends, we’ll have to switch to tea.”</w:t>
      </w:r>
    </w:p>
    <w:p>
      <w:r/>
    </w:p>
    <w:p>
      <w:r/>
      <w:r>
        <w:t>Abby smirked, settling beside him on the camp bench. “If the world ends, I’m drinking the last of the whiskey. We can call it even.”</w:t>
      </w:r>
    </w:p>
    <w:p>
      <w:r/>
    </w:p>
    <w:p>
      <w:r/>
      <w:r>
        <w:t>For a while, they said nothing. The lake, always loud in its silence, filled the gaps with the distant pop of shifting ice and the nervous, arrhythmic tapping of a wind-blown line against the hull. The moon hung above Wizard Island, bloated and cold, watching them with the detachment of a bored god.</w:t>
      </w:r>
    </w:p>
    <w:p>
      <w:r/>
    </w:p>
    <w:p>
      <w:r/>
      <w:r>
        <w:t>Nate took a cautious sip, then another. He tried to focus on the checklist in his head—charge the drone, confirm the waypoint, rehearse the sequence at the Well—but the words dissolved into the scent of coffee, the bite of air, the memory of near-misses they’d both survived. He glanced at Abby, meaning to ask if she’d slept at all, but her expression said she hadn’t. The shadows under her eyes looked painted on, and her hands, though steady, never stopped moving.</w:t>
      </w:r>
    </w:p>
    <w:p>
      <w:r/>
    </w:p>
    <w:p>
      <w:r/>
      <w:r>
        <w:t>She caught him staring and lifted an eyebrow. “If you’re going to critique my brewing, you could at least do it out loud.”</w:t>
      </w:r>
    </w:p>
    <w:p>
      <w:r/>
    </w:p>
    <w:p>
      <w:r/>
      <w:r>
        <w:t>He shook his head. “No critique. Just wondering how you’re doing.”</w:t>
      </w:r>
    </w:p>
    <w:p>
      <w:r/>
    </w:p>
    <w:p>
      <w:r/>
      <w:r>
        <w:t>Abby shrugged, a gesture that was half defense, half invitation. “I’m fine. Or as close as I get, which, as you’ve probably noticed, is not very.”</w:t>
      </w:r>
    </w:p>
    <w:p>
      <w:r/>
    </w:p>
    <w:p>
      <w:r/>
      <w:r>
        <w:t>Nate set the mug on the bench, rubbing the scar on his wrist. “You ever get tired of it? The stakes, I mean. Knowing every next move might be the one that—” He didn’t finish.</w:t>
      </w:r>
    </w:p>
    <w:p>
      <w:r/>
    </w:p>
    <w:p>
      <w:r/>
      <w:r>
        <w:t>Abby stared at the lake, jaw working the question. “I used to think that was the point. Outrun the odds, solve the thing no one else could, die with your boots on. But now?” She looked at him, a wry twist to her mouth. “Now I think the real test is what you’re willing to drag back with you. Who you save. Who you let in.”</w:t>
      </w:r>
    </w:p>
    <w:p>
      <w:r/>
    </w:p>
    <w:p>
      <w:r/>
      <w:r>
        <w:t>Nate smiled, unsure whether the warmth in his chest was the coffee or something more hazardous. “You sound like Vernon.”</w:t>
      </w:r>
    </w:p>
    <w:p>
      <w:r/>
    </w:p>
    <w:p>
      <w:r/>
      <w:r>
        <w:t>She snorted. “Don’t insult me.” Then, softer: “I do miss him, though. The way he’d argue a point for hours, then change his mind if you gave him a better answer. He never made you feel stupid for not knowing. Just… unfinished.”</w:t>
      </w:r>
    </w:p>
    <w:p>
      <w:r/>
    </w:p>
    <w:p>
      <w:r/>
      <w:r>
        <w:t>He nodded. “He had that effect.”</w:t>
      </w:r>
    </w:p>
    <w:p>
      <w:r/>
    </w:p>
    <w:p>
      <w:r/>
      <w:r>
        <w:t>Abby reached into her coat, produced a thin notebook, and handed it over. “I found this in the bottom of his bag. It’s not science. Not really. Just thoughts. Sketches, some stories. Maybe read it when we’re on the boat tomorrow.”</w:t>
      </w:r>
    </w:p>
    <w:p>
      <w:r/>
    </w:p>
    <w:p>
      <w:r/>
      <w:r>
        <w:t>Nate took the book, fingers lingering on the worn cover. He wanted to say thank you, but the words felt small.</w:t>
      </w:r>
    </w:p>
    <w:p>
      <w:r/>
    </w:p>
    <w:p>
      <w:r/>
      <w:r>
        <w:t>Instead, he offered, “I owe you for Jacksonville. And for the time with Caldwell’s goons. I don’t think I ever—”</w:t>
      </w:r>
    </w:p>
    <w:p>
      <w:r/>
    </w:p>
    <w:p>
      <w:r/>
      <w:r>
        <w:t>Abby waved him off. “Don’t go soft on me now, Chase. The only reason you made it out of that mine was because you’re too stubborn to die before me.”</w:t>
      </w:r>
    </w:p>
    <w:p>
      <w:r/>
    </w:p>
    <w:p>
      <w:r/>
      <w:r>
        <w:t>He laughed, and for a second, it felt like the end of something, not the middle.</w:t>
      </w:r>
    </w:p>
    <w:p>
      <w:r/>
    </w:p>
    <w:p>
      <w:r/>
      <w:r>
        <w:t>They watched the lake together, the conversation drifting in and out of practical territory.</w:t>
      </w:r>
    </w:p>
    <w:p>
      <w:r/>
    </w:p>
    <w:p>
      <w:r/>
      <w:r>
        <w:t>“I checked the overlays,” she said after a minute. “If the weather holds, we can make the dive at first light. The current will be stable, no risk of crossflow. I can run the transponder from the surface while you map the chamber.”</w:t>
      </w:r>
    </w:p>
    <w:p>
      <w:r/>
    </w:p>
    <w:p>
      <w:r/>
      <w:r>
        <w:t>He shook his head. “No. We do it together. If the spiral only activates with a pair, we’re not splitting up at the finish line.”</w:t>
      </w:r>
    </w:p>
    <w:p>
      <w:r/>
    </w:p>
    <w:p>
      <w:r/>
      <w:r>
        <w:t>She looked at him, the blue in her eyes reflecting the moonlight and the barest glimmer of fear. “You really think that’s how it works?”</w:t>
      </w:r>
    </w:p>
    <w:p>
      <w:r/>
    </w:p>
    <w:p>
      <w:r/>
      <w:r>
        <w:t>He shrugged. “I think the Well is a machine that only runs when both halves want it to. You said it yourself. Every failed attempt in the record was a solo act. When there were two—siblings, twins, lovers—it lasted longer. The resonance held.”</w:t>
      </w:r>
    </w:p>
    <w:p>
      <w:r/>
    </w:p>
    <w:p>
      <w:r/>
      <w:r>
        <w:t>Abby nodded, chewing on the idea. “So we go in as a pair. Technically, that’s a controlled experiment.”</w:t>
      </w:r>
    </w:p>
    <w:p>
      <w:r/>
    </w:p>
    <w:p>
      <w:r/>
      <w:r>
        <w:t>They lapsed into silence again, but this time it was companionable, the kind of quiet that let two people listen to the same wind without having to explain themselves.</w:t>
      </w:r>
    </w:p>
    <w:p>
      <w:r/>
    </w:p>
    <w:p>
      <w:r/>
      <w:r>
        <w:t>Nate found his attention wandering: the way the breeze pressed a stray hair across Abby’s cheek, the way her hands, bare now, palmed the mug with an efficiency that made everything look easier than it was. He remembered the Jacksonville mine, the press of her body against his as she’d hauled him up the last meter of shaft, the unspoken pact to not talk about it after. He wondered if she remembered, too, or if her mind was already three steps ahead, plotting the next move.</w:t>
      </w:r>
    </w:p>
    <w:p>
      <w:r/>
    </w:p>
    <w:p>
      <w:r/>
      <w:r>
        <w:t>He wanted to ask, but instead he said, “If we make it back, you owe me a beer. One that isn’t brewed in a bathtub.”</w:t>
      </w:r>
    </w:p>
    <w:p>
      <w:r/>
    </w:p>
    <w:p>
      <w:r/>
      <w:r>
        <w:t>She smiled, something in her face softening. “I’ll buy you a case. Hell, I’ll learn to brew it myself.”</w:t>
      </w:r>
    </w:p>
    <w:p>
      <w:r/>
    </w:p>
    <w:p>
      <w:r/>
      <w:r>
        <w:t>Nate opened his mouth, then closed it. He’d spent his whole life learning to read signals, to anticipate the next hit, the next pivot. This was different—a sense of inevitability that felt less like doom and more like gravity. He let himself drift in it, for a moment.</w:t>
      </w:r>
    </w:p>
    <w:p>
      <w:r/>
    </w:p>
    <w:p>
      <w:r/>
      <w:r>
        <w:t>He reached for her hand, half expecting her to pull away. She didn’t. Her fingers twined with his, warm and real.</w:t>
      </w:r>
    </w:p>
    <w:p>
      <w:r/>
    </w:p>
    <w:p>
      <w:r/>
      <w:r>
        <w:t>The world didn’t stop, but it shifted. The lake, the island, the spiral in the tent—all of it receded until the only thing left was the two of them, hanging in the balance, waiting for the moment when the Well would decide what they became.</w:t>
      </w:r>
    </w:p>
    <w:p>
      <w:r/>
    </w:p>
    <w:p>
      <w:r/>
      <w:r>
        <w:t>Abby squeezed his hand, just once, and in that squeeze was the promise: whatever happened tomorrow, they would face it together.</w:t>
      </w:r>
    </w:p>
    <w:p>
      <w:r/>
    </w:p>
    <w:p>
      <w:r/>
      <w:r>
        <w:t>Nate found himself grinning like an idiot.</w:t>
      </w:r>
    </w:p>
    <w:p>
      <w:r/>
    </w:p>
    <w:p>
      <w:r/>
      <w:r>
        <w:t>They sat that way, not speaking, until the coffee went cold and the moon slipped behind a cloud, and the spiral inside him settled into something that, for the first time, felt like peace.</w:t>
      </w:r>
    </w:p>
    <w:p>
      <w:r/>
    </w:p>
    <w:p>
      <w:r/>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