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The hour before dawn was a myth. Only the desperate or the damned kept track of time by moonlight, but on the volcanic shelf above the silent bowl of Wizard Island, Nate believed in what the world refused to show him: the hush that came before a decision, the stillness that made men accountable for their own survival.</w:t>
      </w:r>
    </w:p>
    <w:p>
      <w:r/>
    </w:p>
    <w:p>
      <w:r/>
      <w:r>
        <w:t>He’d assembled their entire campaign on a weatherproof tarp, converting the battered dock outbuilding into a war room for two. If Abby was the scholar, then he was the quartermaster, the architect of each supply cache, the sifter of evidence from bullshit. Now, with her asleep for the first time in thirty-six hours, he took a private inventory—one last sweep before the world finished changing.</w:t>
      </w:r>
    </w:p>
    <w:p>
      <w:r/>
    </w:p>
    <w:p>
      <w:r/>
      <w:r>
        <w:t>Everything was arranged in order of consequence.</w:t>
      </w:r>
    </w:p>
    <w:p>
      <w:r/>
    </w:p>
    <w:p>
      <w:r/>
      <w:r>
        <w:t>Nearest the door, the obsidian disc: double-wrapped in a layer of fire-resistant cloth and bubble-packed inside a stormproof ammo can, its surface slick as blood under the headlamp. He’d checked it twice for fractures. Even now, the spiral etching along its face caught the cold LED and warped it, casting a shadow that spun as he moved his hand. He resisted the urge to touch it again. The thing was a loaded gun with no manual, and until the hour of need, he’d keep it locked and inert.</w:t>
      </w:r>
    </w:p>
    <w:p>
      <w:r/>
    </w:p>
    <w:p>
      <w:r/>
      <w:r>
        <w:t>Beside the can, a tight stack of color-printed photos. Each was labeled and dated in neat block capitals—CAVE GLYPH (MAZAMA NORTH), WELL SHAFT (JACKSONVILLE), PETROGLYPH (KLAMATH WEST)—and taped to foam board in the sequence he and Abby had argued about for days. The spirals were always present, but the devil was in the divergence: every spiral encoded a break, a wedge or a “knife” at a specific angle. He lined the boards up edge to edge and traced the fracture points, recalling the way Abby had mocked his “string and thumbtack routine” and then, secretly, copied it to her own laptop.</w:t>
      </w:r>
    </w:p>
    <w:p>
      <w:r/>
    </w:p>
    <w:p>
      <w:r/>
      <w:r>
        <w:t>Vernon’s journal was open to the penultimate entry, the one with the smudged diagram and the single, cryptic sentence: The eye at center is not an end but an aperture—alignment is everything. He ran a thumb along the margin, feeling the drag of old graphite. The paper still stank of lakewater and mildew, but Nate could almost hear his uncle’s voice in the notation, the abrupt corrections, the marginalia that doubled as a running argument with himself.</w:t>
      </w:r>
    </w:p>
    <w:p>
      <w:r/>
    </w:p>
    <w:p>
      <w:r/>
      <w:r>
        <w:t>He kept the rest of the evidence in a single crate: spare batteries, three waterproof pens, a pair of noise-canceling comms, and a last-resort rescue line with a load rating high enough to haul out both Abby and her ego. The habit of redundancy was old; it had been drilled into him in years of search-and-rescue, in the expectation that something vital would always, always go missing just when you needed it. He ran down the checklist, eyes lingering on the items that could double as weapons—crowbar, hatchet, the old Beretta that was more talisman than armament. Caldwell’s team had been quiet since their last run-in, but the certainty of pursuit was a comfort, a law of nature more reliable than sunrise.</w:t>
      </w:r>
    </w:p>
    <w:p>
      <w:r/>
    </w:p>
    <w:p>
      <w:r/>
      <w:r>
        <w:t>He reached for the thermos—half coffee, half adrenaline by now—and caught himself staring at the scar bisecting his left wrist. The skin was new and puckered, pale against the deep brown of his arm, and it itched in the chill. He remembered the mine collapse in Jacksonville: the tunnel’s mouth caving behind them, the drag of panic as the world went horizontal, Abby’s hands blunt and fast against the tourniquet. She’d saved him, sure, but not by any textbook. She’d just cut through the screaming with “Don’t be an idiot,” then hauled him to daylight with pure stubbornness and a running string of insults. It was only later, as the blood receded and the cold took over, that he realized her hands had trembled the whole way. He’d never told her that.</w:t>
      </w:r>
    </w:p>
    <w:p>
      <w:r/>
    </w:p>
    <w:p>
      <w:r/>
      <w:r>
        <w:t>Nate returned to the evidence wall, scanning for the piece that would make the next step obvious. He thumbed through the stack of hand-drawn overlays, pausing at the latest: a to-scale rendering of the cave system below Wizard Island, overlaid with Abby’s blue-ink notation and his own red corrections. The path they would take tonight was marked in a double line, annotated with risk factors and possible choke points. Every time he tried to optimize the route, Abby would add a caveat—“If we survive the first gate,” “Assumes the drone doesn’t fry itself,” “Contingent on the field holding.” Her notes were half provocation, half dare, and he’d started to look forward to them.</w:t>
      </w:r>
    </w:p>
    <w:p>
      <w:r/>
    </w:p>
    <w:p>
      <w:r/>
      <w:r>
        <w:t>He set the sheet down and looked to the far side of the makeshift lab, where Abby’s half of the work was arranged in a chaos of colored pens, open journals, and a single framed photo of her grandmother. Sarah Calloway’s eyes seemed to follow him, unreadable and ancient, as if she were the only one who understood the joke they were living out.</w:t>
      </w:r>
    </w:p>
    <w:p>
      <w:r/>
    </w:p>
    <w:p>
      <w:r/>
      <w:r>
        <w:t>Nate hesitated, then picked up the most recent of Abby’s field books. The handwriting was less academic, more breathless: “March 18: Full moon. Shaft 7 glowed for four minutes post-midnight. Air tasted of copper.” Below, in Abby’s own hand: “Repeated at three other sites. Not random. Clockwork?” He scanned ahead, reading her running theories, each more outrageous than the last, but all converging on the same point: the spiral wasn’t just a symbol, but a sequence—a directive to be obeyed if you wanted to survive the event.</w:t>
      </w:r>
    </w:p>
    <w:p>
      <w:r/>
    </w:p>
    <w:p>
      <w:r/>
      <w:r>
        <w:t>He traced the curve of the spiral with his finger, then found himself copying the gesture on the inside of his wrist, over the line where the scar had knitted back together. The pattern was soothing, almost hypnotic, and for a moment he let the logic of the spiral lull him into a state just shy of fear.</w:t>
      </w:r>
    </w:p>
    <w:p>
      <w:r/>
    </w:p>
    <w:p>
      <w:r/>
      <w:r>
        <w:t>It was Abby’s voice, memory-sharp, that broke the trance: “You’re never going to get it by thinking like a soldier, Nate. The spiral is a puzzle, not a siege. It wants you to dance with it.” He smiled at that, then set the notebook down with care, realigning the cover so her blue-ink margin notes formed a tidy column.</w:t>
      </w:r>
    </w:p>
    <w:p>
      <w:r/>
    </w:p>
    <w:p>
      <w:r/>
      <w:r>
        <w:t>He glanced at the clock: forty minutes until she’d wake. Time enough to recheck the gear, time enough to sit with the growing certainty that this would be the last quiet moment they’d have before the Well opened, for good or for worse.</w:t>
      </w:r>
    </w:p>
    <w:p>
      <w:r/>
    </w:p>
    <w:p>
      <w:r/>
      <w:r>
        <w:t>Nate stood, stretching the ache from his shoulders, then moved to the ammo can and unlatched it with the slow respect of someone disarming a mine. He peeled back the fireproof wrap and lifted the disc, holding it at eye level. The spiral caught the dawn, the first light threading through the cloud cover and making the black glass shine with an inner blue. He could almost imagine the thing as alive—a device waiting for its user, a hunger waiting to be fed.</w:t>
      </w:r>
    </w:p>
    <w:p>
      <w:r/>
    </w:p>
    <w:p>
      <w:r/>
      <w:r>
        <w:t>He replaced the disc, snapped the can shut, then walked the perimeter of the dock, boots leaving no imprint on the frost. The world was silent, the water perfectly still, the sky edged with the faintest promise of day.</w:t>
      </w:r>
    </w:p>
    <w:p>
      <w:r/>
    </w:p>
    <w:p>
      <w:r/>
      <w:r>
        <w:t>He looked toward the island, a black pyramid against the paling night, and thought of what would be required when the time came. Not just precision, or strength, but trust—something harder to build than any tool, harder to aim than any weapon. He knew the feeling would stick with him, no matter the outcome: the ache of risk, the anticipation of the unknown, and the memory of Abby’s hands hauling him from the dark.</w:t>
      </w:r>
    </w:p>
    <w:p>
      <w:r/>
    </w:p>
    <w:p>
      <w:r/>
      <w:r>
        <w:t xml:space="preserve">He breathed in, cold stinging his throat, and waited for the blue hour to finish telling its secrets. Then he went inside, and started the next list. </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