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Wizard Island was less a destination than a dare. Even from the battered rental boat’s approach, the place looked like a mistake left behind by volcanic anger and the world’s collective amnesia. Every contour of the cinder cone was angular, predatory—scarred pumice and twisted pine clawing at the air, the beaches a smear of black glass and bone-white driftwood. The caldera wind never stopped, not even for the ghosts.</w:t>
      </w:r>
    </w:p>
    <w:p>
      <w:r/>
    </w:p>
    <w:p>
      <w:r/>
      <w:r>
        <w:t>Nate killed the engine a hundred yards from shore, letting the last shreds of wake slide them in. Above, the sky was jaundiced orange, bleeding to indigo at the western rim. The sun squatted just at the edge of view, lazy and mean, while the moon—already grossly oversized—waited its turn to take over. The dock, such as it was, barely survived the winter’s ice: a splintered pier, half submerged, its support posts bent from a decade of freeze-thaw and neglect.</w:t>
      </w:r>
    </w:p>
    <w:p>
      <w:r/>
    </w:p>
    <w:p>
      <w:r/>
      <w:r>
        <w:t>He glanced at Abby. She looked like hell, in the way only a woman who’d slept three hours out of the last seventy-two could. The scar on her right hand was angry and raw, a straight line of violence where the glove had torn in the last dive. Her hair, streaked with lake minerals and sweat, was lashed back in a knot that would probably never untangle. But her eyes—the color of bottled storms—were awake, doing geometry on the island before they’d even tied off.</w:t>
      </w:r>
    </w:p>
    <w:p>
      <w:r/>
    </w:p>
    <w:p>
      <w:r/>
      <w:r>
        <w:t>He popped the pelican case and handed her the disc. She took it with the delicacy of an explosives handler, cradling the black obsidian in both palms as if waiting for it to announce a change of heart. In the other hand, she balanced Vernon’s journal, its pages so waterlogged and annotated it had achieved the density of a neutron star. Nate slung the field bag, adjusted the webbing on his shoulder, and made sure the crowbar was easily accessible. He caught the Beretta’s outline under the parka and considered, for the thousandth time, if this was the trip where escalation went from theoretical to terminal.</w:t>
      </w:r>
    </w:p>
    <w:p>
      <w:r/>
    </w:p>
    <w:p>
      <w:r/>
      <w:r>
        <w:t>They moved up the beach with intent. Every step was a negotiation with the volcanic rubble, the loose scoria and hidden trip hazards. Abby moved like she was made of hinges and memory, not muscle, picking her line from one stable patch of moss to another. Nate let her lead—she was better at it, and the truth was, he wanted her between him and whatever came next. There was a security in watching someone who refused to be prey.</w:t>
      </w:r>
    </w:p>
    <w:p>
      <w:r/>
    </w:p>
    <w:p>
      <w:r/>
      <w:r>
        <w:t>Above them, steam curled from a handful of hot vents, painting the sky with ribbons of ghost breath. The old ranger trail was gone, obliterated by slides and time, but the approach to the caldera’s interior remained, marked by a chain of petroglyphs—some original, some added by bored tourists with nothing but bad ideas and a multitool. Abby paused at each, cataloguing the spiral marks, the crescents, the three-line wedge that had become the world’s best and worst joke. She photographed them, not for evidence, but for the symmetry. For the continuity with everything that had come before.</w:t>
      </w:r>
    </w:p>
    <w:p>
      <w:r/>
    </w:p>
    <w:p>
      <w:r/>
      <w:r>
        <w:t>The ceremonial site was less a destination than a convergence—a flat bowl at the island’s summit, ringed by basalt teeth. At the center, a weathered depression, ringed with stones that had long ago surrendered to frost and gravity. This was where Vernon’s last diagram pointed, and where every spiral in the local record led. Nate double-checked the GPS, but it was academic: the spot had that look of inevitability, the kind that said anyone with two brain cells and an atavistic fear of the dark would know exactly where to stop.</w:t>
      </w:r>
    </w:p>
    <w:p>
      <w:r/>
    </w:p>
    <w:p>
      <w:r/>
      <w:r>
        <w:t>He set the bag down. Abby knelt, opening the journal to the page she’d already marked with three different colors of waterproof sticky. The wind here was sharper, and even though the sun still painted the sky with the sick gold of a late March evening, the temperature kept dropping. Their breath smoked in front of them, ghosting the air with the urgency of the countdown.</w:t>
      </w:r>
    </w:p>
    <w:p>
      <w:r/>
    </w:p>
    <w:p>
      <w:r/>
      <w:r>
        <w:t>She read, voice low. “Stones must be set in spiral progression, starting at north. Disc at the terminus. Three rotations, each ring smaller. Symbols on each, oriented toward the Well.” She set the book down, hands already reaching for the rocks.</w:t>
      </w:r>
    </w:p>
    <w:p>
      <w:r/>
    </w:p>
    <w:p>
      <w:r/>
      <w:r>
        <w:t>Nate helped. There was a rhythm to it: find a stone, assess weight and balance, set it in place. He watched her work, how the mathematical part of her brain battled the part that wanted the pattern to be pretty. She drew the spiral true, winding it in until the center was a perfect bowl, ready for the disc. He anchored the first two rings, then stepped back as she set the final stones, hands trembling slightly with the cold or the consequence or both.</w:t>
      </w:r>
    </w:p>
    <w:p>
      <w:r/>
    </w:p>
    <w:p>
      <w:r/>
      <w:r>
        <w:t>Abby wiped her forehead with the back of her wrist, leaving a streak of dirt and blood. “You see the way the shadow falls?” she asked.</w:t>
      </w:r>
    </w:p>
    <w:p>
      <w:r/>
    </w:p>
    <w:p>
      <w:r/>
      <w:r>
        <w:t>He did. As the sun dipped lower, the shadows of the spiral marks stretched across the bowl, converging on the center point like a crosshair. He checked the journal, then the sky. “We’ve got maybe thirty minutes before the moon’s up.”</w:t>
      </w:r>
    </w:p>
    <w:p>
      <w:r/>
    </w:p>
    <w:p>
      <w:r/>
      <w:r>
        <w:t>She nodded, and set the disc in the center. For a moment, nothing happened. Then the black surface caught the dying light, and the spiral etched onto its face seemed to eat the sun, the groove glowing a sickly blue as it drank every photon offered.</w:t>
      </w:r>
    </w:p>
    <w:p>
      <w:r/>
    </w:p>
    <w:p>
      <w:r/>
      <w:r>
        <w:t>Nate felt the tension in the air. It was a pressure behind the ears, an ache in the jaw. He’d felt it once before, in the seconds before the Jacksonville cave-in, when the world chose to warn you with sensation rather than with sense. He scanned the perimeter, checking for movement, but saw only the slow undulation of steam from the vents, and the battered line of their own footprints snaking down to the shore.</w:t>
      </w:r>
    </w:p>
    <w:p>
      <w:r/>
    </w:p>
    <w:p>
      <w:r/>
      <w:r>
        <w:t>“Let’s go,” Abby said, rising. “Next step’s the activation.”</w:t>
      </w:r>
    </w:p>
    <w:p>
      <w:r/>
    </w:p>
    <w:p>
      <w:r/>
      <w:r>
        <w:t>They set up the rest in silence. Abby opened the drone case, checking the battery and signal. Nate unwrapped the backup journal, spreading the overlays across the rock so they wouldn’t blow away. The world shrank to the three-meter circle of the ceremonial site, the black of the disc, and the blue-lit spiral inscribed in memory.</w:t>
      </w:r>
    </w:p>
    <w:p>
      <w:r/>
    </w:p>
    <w:p>
      <w:r/>
      <w:r>
        <w:t>That’s when the noise hit.</w:t>
      </w:r>
    </w:p>
    <w:p>
      <w:r/>
    </w:p>
    <w:p>
      <w:r/>
      <w:r>
        <w:t>At first, it was a thump, a distant concussion that didn’t fit the logic of the island. Then a rapid series, like the bass beat of some off-planet dance club. Nate recognized it before his brain even had time to ask: rotor wash, low and fast, a helicopter approaching at a speed that said it was no joyride.</w:t>
      </w:r>
    </w:p>
    <w:p>
      <w:r/>
    </w:p>
    <w:p>
      <w:r/>
      <w:r>
        <w:t>He lunged, slapping the disc back into its case and grabbing Abby by the arm. She didn’t argue, just gathered the notebooks and jammed them into her drybag. They ducked behind the nearest boulder, adrenaline erasing the cold and sharpening every edge of sensation. The world shrank further, down to the field of vision between two rocks and the sound of the approaching chopper—closer now, so close you could feel it in the bones of the teeth clamped at the island’s crown.</w:t>
      </w:r>
    </w:p>
    <w:p>
      <w:r/>
    </w:p>
    <w:p>
      <w:r/>
      <w:r>
        <w:t>The chopper dropped into view, black and slick, with the kind of hardware that only came with government contracts or the kind of private money that didn’t file flight plans. It hovered, aggressive, for a full ten seconds, rotor wash flattening the scrub and kicking a storm of grit down the slope. Then it peeled off, landing at the one clear patch near the southern rim.</w:t>
      </w:r>
    </w:p>
    <w:p>
      <w:r/>
    </w:p>
    <w:p>
      <w:r/>
      <w:r>
        <w:t>Nate counted four men as they disembarked: all in tactical black, moving with the economy of people who didn’t believe in wasted steps. Two carried rifles, one a case heavy enough to suggest more than mere documentation, and the last—tall, silver-haired, posture perfect even in the uneven rock—carried nothing but a wolf’s head cane and the kind of contempt that said he didn’t need a weapon to get what he wanted.</w:t>
      </w:r>
    </w:p>
    <w:p>
      <w:r/>
    </w:p>
    <w:p>
      <w:r/>
      <w:r>
        <w:t>Caldwell.</w:t>
      </w:r>
    </w:p>
    <w:p>
      <w:r/>
    </w:p>
    <w:p>
      <w:r/>
      <w:r>
        <w:t>He’d shaved the beard, but the rest was as Abby had described: suit that probably cost more than Nate’s student loans, boots polished to a glass shine, every movement calibrated to display the maximum amount of threat per square inch. He didn’t shout, didn’t brandish, just started up the slope at a measured, unhurried pace, flanked by his private SWAT and their thousand-yard stares.</w:t>
      </w:r>
    </w:p>
    <w:p>
      <w:r/>
    </w:p>
    <w:p>
      <w:r/>
      <w:r>
        <w:t>Abby hissed, low. “How the fuck did he—”</w:t>
      </w:r>
    </w:p>
    <w:p>
      <w:r/>
    </w:p>
    <w:p>
      <w:r/>
      <w:r>
        <w:t>Nate shook his head, already calculating vectors. “Doesn’t matter. We have maybe two minutes before they reach the site.” He pulled the Beretta, not because he thought it would help, but because his hand needed something to do.</w:t>
      </w:r>
    </w:p>
    <w:p>
      <w:r/>
    </w:p>
    <w:p>
      <w:r/>
      <w:r>
        <w:t>They watched as Caldwell closed the gap. His men fanned out with military precision, covering every approach. He didn’t speak until he was within easy shot of the boulder where Nate and Abby crouched.</w:t>
      </w:r>
    </w:p>
    <w:p>
      <w:r/>
    </w:p>
    <w:p>
      <w:r/>
      <w:r>
        <w:t>“Good evening,” Caldwell said, his voice perfectly pitched for the wind. “Would you both please stand? I’d prefer to talk as professionals.”</w:t>
      </w:r>
    </w:p>
    <w:p>
      <w:r/>
    </w:p>
    <w:p>
      <w:r/>
      <w:r>
        <w:t>Nate did, holstering the Beretta but keeping the disc’s case in plain view. Abby rose with him, her body angled slightly to put herself between Nate and Caldwell, and her hand curled around the drybag’s strap as if it were a grenade pin.</w:t>
      </w:r>
    </w:p>
    <w:p>
      <w:r/>
    </w:p>
    <w:p>
      <w:r/>
      <w:r>
        <w:t>Caldwell looked at the spiral they’d built, then at the disc in Nate’s hand. He smiled, showing teeth.</w:t>
      </w:r>
    </w:p>
    <w:p>
      <w:r/>
    </w:p>
    <w:p>
      <w:r/>
      <w:r>
        <w:t>“Vernon would be proud,” he said. “I assume you brought his notes?”</w:t>
      </w:r>
    </w:p>
    <w:p>
      <w:r/>
    </w:p>
    <w:p>
      <w:r/>
      <w:r>
        <w:t>Abby’s jaw clenched. “What do you want, Caldwell?”</w:t>
      </w:r>
    </w:p>
    <w:p>
      <w:r/>
    </w:p>
    <w:p>
      <w:r/>
      <w:r>
        <w:t>He shrugged, as if the answer were beneath both their intelligence. “I want to complete the cycle. The Well’s activation sequence can’t be run without the original disc. And the correct alignment. I must say, I’m impressed by how quickly you figured out the geometry.”</w:t>
      </w:r>
    </w:p>
    <w:p>
      <w:r/>
    </w:p>
    <w:p>
      <w:r/>
      <w:r>
        <w:t>Nate braced himself. “You could’ve done this yourself. Why follow us?”</w:t>
      </w:r>
    </w:p>
    <w:p>
      <w:r/>
    </w:p>
    <w:p>
      <w:r/>
      <w:r>
        <w:t>Caldwell smiled wider. “Because, Mr. Chase, I prefer not to get my hands dirty unless I must. And because I knew that with sufficient motivation, you would find the correct placement far faster than my own team.” He glanced at the spiral, then at Abby. “And you have a sense of poetry my researchers sadly lack.”</w:t>
      </w:r>
    </w:p>
    <w:p>
      <w:r/>
    </w:p>
    <w:p>
      <w:r/>
      <w:r>
        <w:t>The air was thick with static, the wind playing games with the corners of the journal still splayed across the boulder. Caldwell’s men had fanned to enfilade, weapons pointed at the ground but not at rest.</w:t>
      </w:r>
    </w:p>
    <w:p>
      <w:r/>
    </w:p>
    <w:p>
      <w:r/>
      <w:r>
        <w:t>Caldwell took a step closer, the cane never touching the ground. “Now. Please. Give me the disc.”</w:t>
      </w:r>
    </w:p>
    <w:p>
      <w:r/>
    </w:p>
    <w:p>
      <w:r/>
      <w:r>
        <w:t>Abby drew herself up to her full height, which was still half a head below Caldwell’s. “It doesn’t work without us. The resonance requires a paired set.”</w:t>
      </w:r>
    </w:p>
    <w:p>
      <w:r/>
    </w:p>
    <w:p>
      <w:r/>
      <w:r>
        <w:t>He looked her up and down, assessing. “You’re right. But it doesn’t require both of you.” He gestured to his men. “Search them.”</w:t>
      </w:r>
    </w:p>
    <w:p>
      <w:r/>
    </w:p>
    <w:p>
      <w:r/>
      <w:r>
        <w:t>Two men advanced, efficient and silent. Abby held her ground as they frisked her, finding only the journal and the bag, which they handed to Caldwell. Nate resisted, but a rifle muzzle pressed into his ribs and he surrendered the disc, which the man cradled with something approaching reverence.</w:t>
      </w:r>
    </w:p>
    <w:p>
      <w:r/>
    </w:p>
    <w:p>
      <w:r/>
      <w:r>
        <w:t>Caldwell inspected the disc, turning it in the low light. “Remarkable. No edge wear. The spiral intact.” He ran a thumb over the etching, then set it gently in the center of Abby’s spiral. He snapped his fingers and one of the men handed him a field tablet, already loaded with the schematic overlay.</w:t>
      </w:r>
    </w:p>
    <w:p>
      <w:r/>
    </w:p>
    <w:p>
      <w:r/>
      <w:r>
        <w:t>He looked at Abby, then at Nate. “You may observe. But if you interfere, my men will end this quickly.”</w:t>
      </w:r>
    </w:p>
    <w:p>
      <w:r/>
    </w:p>
    <w:p>
      <w:r/>
      <w:r>
        <w:t>Nate glanced at Abby. She was rigid, eyes locked on the disc, her jaw flexing with each shallow breath.</w:t>
      </w:r>
    </w:p>
    <w:p>
      <w:r/>
    </w:p>
    <w:p>
      <w:r/>
      <w:r>
        <w:t>Caldwell knelt at the edge of the bowl, placing the tablet beside the disc. “I’ve been tracking you for weeks, Ms. Calloway,” he said, not looking up. “Did you really think I wouldn’t notice when you activated the tracking beacon in Vernon’s old equipment?”</w:t>
      </w:r>
    </w:p>
    <w:p>
      <w:r/>
    </w:p>
    <w:p>
      <w:r/>
      <w:r>
        <w:t>Abby swallowed, hard, but said nothing.</w:t>
      </w:r>
    </w:p>
    <w:p>
      <w:r/>
    </w:p>
    <w:p>
      <w:r/>
      <w:r>
        <w:t>Caldwell began to adjust the stones, shifting two by mere centimeters, then resetting the disc in a new orientation. He moved with the assurance of someone who’d run this scenario hundreds of times, but Nate saw the sweat starting to bead at his temple.</w:t>
      </w:r>
    </w:p>
    <w:p>
      <w:r/>
    </w:p>
    <w:p>
      <w:r/>
      <w:r>
        <w:t>“We’re out of time,” Nate muttered, just for Abby.</w:t>
      </w:r>
    </w:p>
    <w:p>
      <w:r/>
    </w:p>
    <w:p>
      <w:r/>
      <w:r>
        <w:t>She nodded, barely, and let her hand drift to the backup journal in the bag at her feet. Her eyes met Nate’s, and in that split second he understood: whatever they were going to do, it had to be now.</w:t>
      </w:r>
    </w:p>
    <w:p>
      <w:r/>
    </w:p>
    <w:p>
      <w:r/>
      <w:r>
        <w:t>The scene was locked—Caldwell’s men at the perimeter, guns in hand, the disc and spiral at the center, the moon clawing its way above the caldera’s rim. Every move from here was sudden death or salvation.</w:t>
      </w:r>
    </w:p>
    <w:p>
      <w:r/>
    </w:p>
    <w:p>
      <w:r/>
      <w:r>
        <w:t>And in the Well’s shadow, time began to run out.</w:t>
      </w:r>
    </w:p>
    <w:p>
      <w:r/>
    </w:p>
    <w:p>
      <w:r/>
    </w:p>
    <w:p>
      <w:r/>
      <w:r>
        <w:t># Scene 2</w:t>
      </w:r>
    </w:p>
    <w:p>
      <w:r/>
    </w:p>
    <w:p>
      <w:r/>
      <w:r>
        <w:t>Caldwell didn’t hurry. He let the first seconds of standoff stretch, reading the air as if each molecule contained a potential outcome. His men, clearly trained for just such occasions, spread out to triangulate the perimeter, their night-vision optics flicking green at the margins of Nate’s sightline. Abby felt the net tightening, every escape vector snapped shut before she could calculate the next move.</w:t>
      </w:r>
    </w:p>
    <w:p>
      <w:r/>
    </w:p>
    <w:p>
      <w:r/>
      <w:r>
        <w:t>The wind skated over the volcanic rock, carrying the faint scent of fuel and the sharper tang of ozone. Caldwell ignored the weather, or perhaps he used it—his face as serene as if this were a boardroom and not the exposed lip of a cinder cone.</w:t>
      </w:r>
    </w:p>
    <w:p>
      <w:r/>
    </w:p>
    <w:p>
      <w:r/>
      <w:r>
        <w:t>He stooped to the spiral, examining the work with a level of scrutiny that might have been comical if not for the four rifles holding death at the ready. He nudged the innermost ring of stones with the toe of a bespoke boot, shifting them with surgical precision, his motions as confident as any surgeon adjusting a bone before a cut.</w:t>
      </w:r>
    </w:p>
    <w:p>
      <w:r/>
    </w:p>
    <w:p>
      <w:r/>
      <w:r>
        <w:t>“You know,” he said, voice carrying easily over the wind, “there’s an elegance in how you interpreted the old man’s math. Spiral progression, Fibonacci sequence, solar-lunar crosspoint. Very nearly perfect.”</w:t>
      </w:r>
    </w:p>
    <w:p>
      <w:r/>
    </w:p>
    <w:p>
      <w:r/>
      <w:r>
        <w:t>Abby, watching, realized that his admiration was genuine, which made it all the more repulsive.</w:t>
      </w:r>
    </w:p>
    <w:p>
      <w:r/>
    </w:p>
    <w:p>
      <w:r/>
      <w:r>
        <w:t>He straightened, hands behind his back, and surveyed the disc, then the placement of the supporting glyphs. “If you’d had more time, you’d have discovered the error in the secondary alignment,” he said, and kicked one of the stones half an inch to the right. “The resonance is phase-sensitive. Millimeter tolerance, or you don’t get the right harmonic. Vernon missed that, too. Drove him mad.”</w:t>
      </w:r>
    </w:p>
    <w:p>
      <w:r/>
    </w:p>
    <w:p>
      <w:r/>
      <w:r>
        <w:t>Nate felt the flush of humiliation on Abby’s behalf, but she absorbed it, standing rigid, every muscle a taut cable. Her lips drew into a flat line, the skin gone bloodless.</w:t>
      </w:r>
    </w:p>
    <w:p>
      <w:r/>
    </w:p>
    <w:p>
      <w:r/>
      <w:r>
        <w:t>Caldwell turned, face illuminated by the eerie blue bleed from the disc. “May I call you Abby? Or do you prefer Abigail?”</w:t>
      </w:r>
    </w:p>
    <w:p>
      <w:r/>
    </w:p>
    <w:p>
      <w:r/>
      <w:r>
        <w:t>Abby found her voice, low and steady. “You can call me Dr. Calloway, since you seem to care about titles.”</w:t>
      </w:r>
    </w:p>
    <w:p>
      <w:r/>
    </w:p>
    <w:p>
      <w:r/>
      <w:r>
        <w:t>He smiled, shark-wide. “Very well, Doctor. I assume you know why I’m here.”</w:t>
      </w:r>
    </w:p>
    <w:p>
      <w:r/>
    </w:p>
    <w:p>
      <w:r/>
      <w:r>
        <w:t>She shot back, “To steal credit for a discovery you couldn’t make yourself.”</w:t>
      </w:r>
    </w:p>
    <w:p>
      <w:r/>
    </w:p>
    <w:p>
      <w:r/>
      <w:r>
        <w:t>Caldwell laughed, not cruelly, but with the certainty of a man whose ego had never been bruised by consequence. “No. Credit is for posterity. I want the Well. Or, more accurately, I want what the Well can do.”</w:t>
      </w:r>
    </w:p>
    <w:p>
      <w:r/>
    </w:p>
    <w:p>
      <w:r/>
      <w:r>
        <w:t>He took a step closer. His men didn’t flinch, not even when the wind caught their jackets and made the rifle barrels sway. “You see, I’ve been mapping these phenomena for years. Your uncle’s work? Only the tip. There are seven other sites worldwide—each one tuned to a different frequency, each one locked until the proper sequence is run. My company controls three. Soon, four.”</w:t>
      </w:r>
    </w:p>
    <w:p>
      <w:r/>
    </w:p>
    <w:p>
      <w:r/>
      <w:r>
        <w:t>Nate interrupted. “And then what? You control the world’s biggest battery?”</w:t>
      </w:r>
    </w:p>
    <w:p>
      <w:r/>
    </w:p>
    <w:p>
      <w:r/>
      <w:r>
        <w:t>Caldwell’s eyes flicked to him, dismissive. “Batteries are for children. This is about information. Entropy. The rewriting of the boundary conditions. With a properly tuned Well, I can induce a local event—change the magnetic vector of the entire region. Collapse it, or let it bloom. Power is the least of it. Do you know what a new axis of reality is worth?”</w:t>
      </w:r>
    </w:p>
    <w:p>
      <w:r/>
    </w:p>
    <w:p>
      <w:r/>
      <w:r>
        <w:t>Abby was silent, jaw twitching as she tried to process the scale of it. Caldwell saw her reaction and pressed the advantage.</w:t>
      </w:r>
    </w:p>
    <w:p>
      <w:r/>
    </w:p>
    <w:p>
      <w:r/>
      <w:r>
        <w:t>“Caleb understood. He saw it, before the end.” The name dropped like a grenade.</w:t>
      </w:r>
    </w:p>
    <w:p>
      <w:r/>
    </w:p>
    <w:p>
      <w:r/>
      <w:r>
        <w:t>Abby’s composure fractured, just a hairline crack, but enough for the cold to get in. Her hands trembled, only visible if you watched for it, but her voice was iron. “You never met my brother.”</w:t>
      </w:r>
    </w:p>
    <w:p>
      <w:r/>
    </w:p>
    <w:p>
      <w:r/>
      <w:r>
        <w:t>Caldwell regarded her, his gaze flat. “On the contrary. I bankrolled him for three years. Paid for every core sample, every after-hours drone survey, every hush trip to the Klamath caves. He was brilliant—truly—but he lacked the stomach for what followed.”</w:t>
      </w:r>
    </w:p>
    <w:p>
      <w:r/>
    </w:p>
    <w:p>
      <w:r/>
      <w:r>
        <w:t>He knelt by the disc again, as if Caleb’s ghost had materialized beside him. “He discovered the potential, and then he tried to bury it. Your grandmother’s stories—he clung to them, as if myth could shield him from math.” Caldwell looked up at Abby. “You know what fear looks like in a genius? It’s almost beautiful. He knew what the Well could do. He knew what would happen if the spiral opened for real.”</w:t>
      </w:r>
    </w:p>
    <w:p>
      <w:r/>
    </w:p>
    <w:p>
      <w:r/>
      <w:r>
        <w:t>Nate watched the words land on Abby like body blows. He wanted to step between them, to absorb some of the impact, but she was locked in. Instead, he scanned the men: the tallest, probably ex-military, eyes scanning the horizon; the shortest, watching Abby’s hands, trigger discipline perfect; the other two in textbook formation, covering both sides of the approach. He clocked the time to draw, the angles, and came up with a survival probability that barely reached double digits.</w:t>
      </w:r>
    </w:p>
    <w:p>
      <w:r/>
    </w:p>
    <w:p>
      <w:r/>
      <w:r>
        <w:t>Caldwell stood, brushing imaginary dust from his knees. “You have the rest of the notes? The corrected overlays?”</w:t>
      </w:r>
    </w:p>
    <w:p>
      <w:r/>
    </w:p>
    <w:p>
      <w:r/>
      <w:r>
        <w:t>Abby didn’t move. “Why did you kill him?” she said, voice ragged.</w:t>
      </w:r>
    </w:p>
    <w:p>
      <w:r/>
    </w:p>
    <w:p>
      <w:r/>
      <w:r>
        <w:t>The smile vanished. “Because he tried to sabotage my work. He knew the sequence could be run, but only once. After that, the axis collapses, and the system resets. He planned to trigger a false event and then destroy the core.”</w:t>
      </w:r>
    </w:p>
    <w:p>
      <w:r/>
    </w:p>
    <w:p>
      <w:r/>
      <w:r>
        <w:t>Caldwell looked almost sad, a priest mourning a heretic. “He told me you’d be the one to finish it. You have his nerve, his loyalty, his sense of responsibility. But you lack his vision. He wanted to save you, Doctor. From me. From the Well. From what it means to win.”</w:t>
      </w:r>
    </w:p>
    <w:p>
      <w:r/>
    </w:p>
    <w:p>
      <w:r/>
      <w:r>
        <w:t>Abby’s hands balled into fists, nails biting through the glove. She looked at Nate, and he saw in her eyes a desperation mixed with something new—a resolve that was dangerous in a way he hadn’t seen before.</w:t>
      </w:r>
    </w:p>
    <w:p>
      <w:r/>
    </w:p>
    <w:p>
      <w:r/>
      <w:r>
        <w:t>Caldwell motioned, and one of the men produced a zip tie. “Let’s not make this messy,” Caldwell said, voice smooth as ice. “You’ll watch. You’ll learn. And then you’ll help me finish what your brother began.”</w:t>
      </w:r>
    </w:p>
    <w:p>
      <w:r/>
    </w:p>
    <w:p>
      <w:r/>
      <w:r>
        <w:t>The world had contracted, every option foreclosed but one. The Well was awake, the disc already humming with a life that felt more like malice than machine. The moon, huge and hungry, hung just above the caldera’s edge.</w:t>
      </w:r>
    </w:p>
    <w:p>
      <w:r/>
    </w:p>
    <w:p>
      <w:r/>
      <w:r>
        <w:t>Abby spat at Caldwell’s feet. “If you think you can run the sequence without us, you’re more arrogant than I thought.”</w:t>
      </w:r>
    </w:p>
    <w:p>
      <w:r/>
    </w:p>
    <w:p>
      <w:r/>
      <w:r>
        <w:t>He leaned in, the breath between them visible in the cold. “I already have everything I need, Doctor. The only variable is who gets to see it first.”</w:t>
      </w:r>
    </w:p>
    <w:p>
      <w:r/>
    </w:p>
    <w:p>
      <w:r/>
      <w:r>
        <w:t>He nodded to his men. “Secure them.”</w:t>
      </w:r>
    </w:p>
    <w:p>
      <w:r/>
    </w:p>
    <w:p>
      <w:r/>
      <w:r>
        <w:t>In the instant before they moved, Abby shot Nate a look—a signal, old as war and blood. They’d rehearsed a dozen escape scenarios, but this would be pure improvisation.</w:t>
      </w:r>
    </w:p>
    <w:p>
      <w:r/>
    </w:p>
    <w:p>
      <w:r/>
      <w:r>
        <w:t>The standoff became kinetic. The next second would decide everything.</w:t>
      </w:r>
    </w:p>
    <w:p>
      <w:r/>
    </w:p>
    <w:p>
      <w:r/>
    </w:p>
    <w:p>
      <w:r/>
      <w:r>
        <w:t># Scene 3</w:t>
      </w:r>
    </w:p>
    <w:p>
      <w:r/>
    </w:p>
    <w:p>
      <w:r/>
      <w:r>
        <w:t>The first guard to reach Abby underestimated her. He moved in textbook—close, direct, left hand up in a calming gesture, the right already slipping the flex-cuffs from his belt. He was fast, but Abby’s shoulder snap was faster, driving her elbow into his solar plexus and catching his wrist before the zip tie could close. The guard grunted, doubling over, but the second was on her before she could follow through.</w:t>
      </w:r>
    </w:p>
    <w:p>
      <w:r/>
    </w:p>
    <w:p>
      <w:r/>
      <w:r>
        <w:t>Nate, on the opposite vector, feinted surrender, letting the taller man clamp a hand on his shoulder before twisting hard, driving the heel of his boot into the inside of the guard’s knee. The joint gave just enough to drop the man half a step, but not enough to cripple. It was the edge they needed, and for a second it looked like they’d break the circle and make for the rocks.</w:t>
      </w:r>
    </w:p>
    <w:p>
      <w:r/>
    </w:p>
    <w:p>
      <w:r/>
      <w:r>
        <w:t>But Caldwell was not unprepared. “Now,” he barked, and the two remaining guards converged, both on Abby. She went down in a controlled sprawl, pivoting to protect the drybag and the journal. The guards didn’t go for her hands—instead, they pinned her legs, one leveraging a forearm across her calves while the other slipped the zip tie over her wrists and pulled tight. The pain was immediate, hot, but not disabling. She twisted, trying to get to her feet, but the guard had her immobilized, and the more she struggled, the deeper the plastic bit.</w:t>
      </w:r>
    </w:p>
    <w:p>
      <w:r/>
    </w:p>
    <w:p>
      <w:r/>
      <w:r>
        <w:t>Nate’s situation went from bad to worse. The guard he’d kneed came up swinging, landing a punch to Nate’s jaw that fuzzed the world for a split second. Nate tried to roll with it, but the second man looped an arm around his neck, dragging him to the ground and pinning him with a knee to the spine. Hands lashed behind his back, Nate was slammed face-first into the loose scree. Blood filled his mouth; the taste was iron and lake salt.</w:t>
      </w:r>
    </w:p>
    <w:p>
      <w:r/>
    </w:p>
    <w:p>
      <w:r/>
      <w:r>
        <w:t>It was over in ten seconds. The guards backed away, leaving Abby and Nate kneeling in the spiral, wrists cinched, breath ragged. The only sound was the wind, the low hum of the disc, and the ugly click of Caldwell’s cane as he returned to the ceremonial bowl.</w:t>
      </w:r>
    </w:p>
    <w:p>
      <w:r/>
    </w:p>
    <w:p>
      <w:r/>
      <w:r>
        <w:t>He circled them, slow and theatrical, as if savoring the tableau. “You know,” he said, “your brother made the same mistake. He thought if he destroyed the key, he could stop the process. What he failed to realize—what you’ve all failed to realize—is that the process is not about the hardware. It’s about the sequence. The story.”</w:t>
      </w:r>
    </w:p>
    <w:p>
      <w:r/>
    </w:p>
    <w:p>
      <w:r/>
      <w:r>
        <w:t>Abby spat, flecks of blood and saliva dotting the toe of Caldwell’s boot. “You killed him because he had a conscience.”</w:t>
      </w:r>
    </w:p>
    <w:p>
      <w:r/>
    </w:p>
    <w:p>
      <w:r/>
      <w:r>
        <w:t>Caldwell’s smile was tight. “No, Doctor. I killed him because he became a variable. The Well demands discipline. Purpose. If you’d been less sentimental, you might have understood that.”</w:t>
      </w:r>
    </w:p>
    <w:p>
      <w:r/>
    </w:p>
    <w:p>
      <w:r/>
      <w:r>
        <w:t>He knelt, close enough that Abby could see the trembling in his left hand—the one he always kept hidden, the one she’d assumed was just the affectation of a man with too many secrets. “He might still be alive,” Caldwell said, the words precise, “if you hadn’t given him the final pieces. The old stories, the ceremonial cues. You taught him what to look for. You sent him to me.”</w:t>
      </w:r>
    </w:p>
    <w:p>
      <w:r/>
    </w:p>
    <w:p>
      <w:r/>
      <w:r>
        <w:t>The guilt hit with a force that outstripped pain. Abby tried to look away, but Caldwell’s gaze was gravity itself. “I—” she started, but the words caught in her throat, viscous and heavy. For a moment, she was seven again, her grandmother’s arms a shelter against the storm, the world outside incomprehensible.</w:t>
      </w:r>
    </w:p>
    <w:p>
      <w:r/>
    </w:p>
    <w:p>
      <w:r/>
      <w:r>
        <w:t>The guard wrenched the disc from her lap, handing it to Caldwell. He turned it in his hands, thumbs tracing the spiral, as if to reassure himself that this time, the plan would work.</w:t>
      </w:r>
    </w:p>
    <w:p>
      <w:r/>
    </w:p>
    <w:p>
      <w:r/>
      <w:r>
        <w:t>Nate found his breath, voice thick. “If you trigger the Well without a mirror, it’s a coin toss. You don’t have a pair. No resonance, no amplification.”</w:t>
      </w:r>
    </w:p>
    <w:p>
      <w:r/>
    </w:p>
    <w:p>
      <w:r/>
      <w:r>
        <w:t>Caldwell didn’t even turn. “Incorrect. You’re both alive, are you not? The Well only needs intent. Witnesses. The rest is noise.”</w:t>
      </w:r>
    </w:p>
    <w:p>
      <w:r/>
    </w:p>
    <w:p>
      <w:r/>
      <w:r>
        <w:t>He placed the disc in the bowl, resetting the stones for the third time. Each motion was deliberate, almost reverent, as if the performance mattered as much as the outcome. He checked the lunar ephemeris on his tablet, lips pursed. “Five minutes. Less. I’d have preferred to let you watch from a distance, but it’s more poetic this way.”</w:t>
      </w:r>
    </w:p>
    <w:p>
      <w:r/>
    </w:p>
    <w:p>
      <w:r/>
      <w:r>
        <w:t>Abby fought the zip tie, wrists raw, and caught Nate’s eye. There was no time for dialogue, but a dozen memories ricocheted in her mind: the way her grandmother had shown her to set the stones with the scarred hand, the cadence of her brother’s laugh, the last thing Nate had said before the dive—We do it together. If there was one thing the Well wanted, it was a story with a point of view.</w:t>
      </w:r>
    </w:p>
    <w:p>
      <w:r/>
    </w:p>
    <w:p>
      <w:r/>
      <w:r>
        <w:t>Caldwell hovered over the disc, waiting for the moment to peak. “The real tragedy,” he mused, “is that the world will never know what it owes you. I suppose that’s the burden of those who see farther than the horizon.”</w:t>
      </w:r>
    </w:p>
    <w:p>
      <w:r/>
    </w:p>
    <w:p>
      <w:r/>
      <w:r>
        <w:t>The disc began to glow, faint at first, then with the same blue that had filled the cave and haunted Abby’s dreams for weeks. The hum was back, this time less a sound than an invasion—a resonance that found every cavity in the bone and rang it like a bell.</w:t>
      </w:r>
    </w:p>
    <w:p>
      <w:r/>
    </w:p>
    <w:p>
      <w:r/>
      <w:r>
        <w:t>Abby leaned into Nate, pressing her shoulder to his, and whispered, “We can still mess up the sequence. It needs two signatures, not one.”</w:t>
      </w:r>
    </w:p>
    <w:p>
      <w:r/>
    </w:p>
    <w:p>
      <w:r/>
      <w:r>
        <w:t>He nodded, teeth clenched. “It’s in the story. We have to mean it.”</w:t>
      </w:r>
    </w:p>
    <w:p>
      <w:r/>
    </w:p>
    <w:p>
      <w:r/>
      <w:r>
        <w:t>She reached for him, awkward with her wrists bound, but found his hand and squeezed.</w:t>
      </w:r>
    </w:p>
    <w:p>
      <w:r/>
    </w:p>
    <w:p>
      <w:r/>
      <w:r>
        <w:t>Caldwell saw, and sneered. “You think you can override a quantum event with emotion?”</w:t>
      </w:r>
    </w:p>
    <w:p>
      <w:r/>
    </w:p>
    <w:p>
      <w:r/>
      <w:r>
        <w:t>Abby didn’t answer. Instead, she stared at the disc, at the spiral filling with blue, and remembered the words her grandmother had always used: “The Well is a hunger, not a tool. If you feed it with love, it answers in kind. If you feed it with fear, it takes everything.”</w:t>
      </w:r>
    </w:p>
    <w:p>
      <w:r/>
    </w:p>
    <w:p>
      <w:r/>
      <w:r>
        <w:t>She focused on the feeling, not the logic. On the memory of Caleb, the ache in her hands, the certainty that they’d come too far to let it end with Caldwell’s story.</w:t>
      </w:r>
    </w:p>
    <w:p>
      <w:r/>
    </w:p>
    <w:p>
      <w:r/>
      <w:r>
        <w:t>The moon crested the rim, full and unblinking. The disc snapped from blue to white, a shaft of light punching straight into the sky. The shockwave knocked everyone to the ground—Caldwell’s men scattered, one losing his grip on the rifle, another clutching his ears as the resonance tripled. Caldwell fell to his knees, stunned but not out.</w:t>
      </w:r>
    </w:p>
    <w:p>
      <w:r/>
    </w:p>
    <w:p>
      <w:r/>
      <w:r>
        <w:t>The ground shivered, and the spiral of stones vibrated, then snapped into a perfect helix. The Well was open.</w:t>
      </w:r>
    </w:p>
    <w:p>
      <w:r/>
    </w:p>
    <w:p>
      <w:r/>
      <w:r>
        <w:t>Abby screamed Nate’s name, hoping the Well would hear it, that somewhere inside the machinery of the world, there was still room for a story not written by Caldwell.</w:t>
      </w:r>
    </w:p>
    <w:p>
      <w:r/>
    </w:p>
    <w:p>
      <w:r/>
      <w:r>
        <w:t>He squeezed her hand back, and in the white of the light, she saw the memory of every good thing they’d done together, every time they’d pulled each other from the dark.</w:t>
      </w:r>
    </w:p>
    <w:p>
      <w:r/>
    </w:p>
    <w:p>
      <w:r/>
      <w:r>
        <w:t>Caldwell clawed his way to the disc, hand closing around it, but his left hand trembled so violently the artifact slid free, rolling toward Abby and Nate. She pivoted, catching it between her wrists, and pressed it to the center of the spiral, just as the ritual demanded.</w:t>
      </w:r>
    </w:p>
    <w:p>
      <w:r/>
    </w:p>
    <w:p>
      <w:r/>
      <w:r>
        <w:t>There was a second pulse, this one not pain, but relief—a washing-out, the kind of peace that made the violence before it seem absurd.</w:t>
      </w:r>
    </w:p>
    <w:p>
      <w:r/>
    </w:p>
    <w:p>
      <w:r/>
      <w:r>
        <w:t>The light receded. The hum faded. The disc, now inert, rested in the center of the bowl.</w:t>
      </w:r>
    </w:p>
    <w:p>
      <w:r/>
    </w:p>
    <w:p>
      <w:r/>
      <w:r>
        <w:t>Caldwell was on his back, eyes wide, mouth moving but silent. His men had scattered, weapons forgotten, two of them crawling away from the site as if distance could save them.</w:t>
      </w:r>
    </w:p>
    <w:p>
      <w:r/>
    </w:p>
    <w:p>
      <w:r/>
      <w:r>
        <w:t>Abby slumped, exhausted, hands raw and bleeding but free from the ache in her chest. Nate leaned against her, not quite conscious, but alive.</w:t>
      </w:r>
    </w:p>
    <w:p>
      <w:r/>
    </w:p>
    <w:p>
      <w:r/>
      <w:r>
        <w:t>They didn’t speak. They didn’t need to.</w:t>
      </w:r>
    </w:p>
    <w:p>
      <w:r/>
    </w:p>
    <w:p>
      <w:r/>
      <w:r>
        <w:t>Above, the moon glared down, as if satisfied that, for once, the story had ended the way it was supposed to.</w:t>
      </w:r>
    </w:p>
    <w:p>
      <w:r/>
    </w:p>
    <w:p>
      <w:r/>
      <w:r>
        <w:t>Caldwell stumbled upright, hatred burning in his eyes. “You destroyed it,” he said, but it was only a whisper, lost in the wind.</w:t>
      </w:r>
    </w:p>
    <w:p>
      <w:r/>
    </w:p>
    <w:p>
      <w:r/>
      <w:r>
        <w:t>Abby stared back, empty and full at the same time. “We finished it,” she said.</w:t>
      </w:r>
    </w:p>
    <w:p>
      <w:r/>
    </w:p>
    <w:p>
      <w:r/>
      <w:r>
        <w:t>Nate smiled, eyes shut, and breathed in the silence.</w:t>
      </w:r>
    </w:p>
    <w:p>
      <w:r/>
    </w:p>
    <w:p>
      <w:r/>
      <w:r>
        <w:t>The game wasn’t over, but the rules had changed.</w:t>
      </w:r>
    </w:p>
    <w:p>
      <w:r/>
    </w:p>
    <w:p>
      <w:r/>
      <w:r>
        <w:t>They waited, together, for the world to catch up.</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