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Wizard Island welcomed trespassers with a geography of violence. The wind had no direction—it shredded every attempt at warmth, bouncing from cinder cone to rime-coated pine and back again, a ricochet that left eardrums hollow and teeth aching. Even the landing was an act of will: Nate had to time the jump to the dock’s last surviving slat, then yank Abby up behind him with a grip that left his gloves stinking of polyethylene and her palm cut where the old scar split anew.</w:t>
      </w:r>
    </w:p>
    <w:p>
      <w:r/>
    </w:p>
    <w:p>
      <w:r/>
      <w:r>
        <w:t>She didn’t comment. Abby just blinked lake spray from her eyes and took inventory—cylinders, field drone, the bundled drybag containing the disc, and the blue-mottled notebook that had survived two submersions and a mine collapse. The boat, a pontoon rental, idled then pulled away, taking with it the last suggestion that the outside world might care what happened here. Nate let it go. At this hour, the odds of a rescue were worse than the odds of coming back under his own power.</w:t>
      </w:r>
    </w:p>
    <w:p>
      <w:r/>
    </w:p>
    <w:p>
      <w:r/>
      <w:r>
        <w:t>They didn’t talk much. Their language was in the pace of their boots—how she led the first ten meters up the washed-out trail, then let him set the angle when they reached the first switchback. Each carried a load just shy of failure; every step was a gamble between momentum and control.</w:t>
      </w:r>
    </w:p>
    <w:p>
      <w:r/>
    </w:p>
    <w:p>
      <w:r/>
      <w:r>
        <w:t>Halfway to the caldera’s rim, Abby paused, dead center in the trail, head cocked. Nate stilled, silent, the old USAR habits returning. He scanned upslope: nothing but mist and the distant hiss of fumarole vents. She crouched, drew a thumb across a volcanic pebble. It was warm.</w:t>
      </w:r>
    </w:p>
    <w:p>
      <w:r/>
    </w:p>
    <w:p>
      <w:r/>
      <w:r>
        <w:t>He checked the air. No sulfur, just the faint ozone tinge that always announced a storm. He waited for the rest: a gunmetal glint, the sharp edge of a manmade shoeprint, or the less-obvious shuffle of gravel that never belonged to wind. But it was only the hiss of their own breath, and after a beat Abby pushed on, as if nothing had happened.</w:t>
      </w:r>
    </w:p>
    <w:p>
      <w:r/>
    </w:p>
    <w:p>
      <w:r/>
      <w:r>
        <w:t>They reached the first of the old research platforms—an aluminum relic, half-buried in pumice—and set about prepping the payload. Nate opened the pelican, checked the disc for cracks, then looped the webbing around his chest so it would ride close to his center of mass. Abby prepped the drone, checking the antennas and swapping out the lithiums for fresh. She worked in silence, only breaking it to mutter numbers—frequencies, time stamps, the pulse window for the full moon’s emergence.</w:t>
      </w:r>
    </w:p>
    <w:p>
      <w:r/>
    </w:p>
    <w:p>
      <w:r/>
      <w:r>
        <w:t>Nate took a knee beside her. “You sure it’ll fly in this wind?”</w:t>
      </w:r>
    </w:p>
    <w:p>
      <w:r/>
    </w:p>
    <w:p>
      <w:r/>
      <w:r>
        <w:t>She didn’t look up. “It’s not for mapping. It’s to jam their sensors. If they’re here.”</w:t>
      </w:r>
    </w:p>
    <w:p>
      <w:r/>
    </w:p>
    <w:p>
      <w:r/>
      <w:r>
        <w:t>He let the implications sit. “Then we keep moving.”</w:t>
      </w:r>
    </w:p>
    <w:p>
      <w:r/>
    </w:p>
    <w:p>
      <w:r/>
      <w:r>
        <w:t>She nodded, packed the last of the gear, and together they moved up the old service road, footprints erased in seconds by the spindrift. Above, the crater wall loomed—a half-ring of black stone, punctuated by the twisted silhouettes of dead trees and, somewhere near the top, the ceremonial site. Every map said it was a relic of old volcanic survey, but Vernon’s notes had a different name: the aperture.</w:t>
      </w:r>
    </w:p>
    <w:p>
      <w:r/>
    </w:p>
    <w:p>
      <w:r/>
      <w:r>
        <w:t>It was there, on the next switchback, that the world lost its pretense. The first signal was visual—a glimmer, not much, just the micro-reflection from a lens or a wristwatch. But Nate’s gut picked up the human before his eyes did: a figure, maybe two, hugging the windbreak where the trail veered right. No movement, just a standing silhouette with the posture of someone who’d waited hours and didn’t mind waiting hours more.</w:t>
      </w:r>
    </w:p>
    <w:p>
      <w:r/>
    </w:p>
    <w:p>
      <w:r/>
      <w:r>
        <w:t>He raised a hand, palm flat. Abby stopped instantly.</w:t>
      </w:r>
    </w:p>
    <w:p>
      <w:r/>
    </w:p>
    <w:p>
      <w:r/>
      <w:r>
        <w:t>He scanned the line: from the figure’s position, the trail was the only approach. The slope to the left was a fifty-meter drop to the lake; to the right, a sheer climb broken only by a few stunted pines. Nate risked a second glance. The silhouette was joined by another, this one crouched, and then a third, moving upslope to gain elevation. Caldwell’s men. No insignia, but the shape of the gear was right—compact packs, military-cut jackets, probably suppressed arms.</w:t>
      </w:r>
    </w:p>
    <w:p>
      <w:r/>
    </w:p>
    <w:p>
      <w:r/>
      <w:r>
        <w:t>He dropped to a whisper. “At least three. Maybe five. They’re leapfrogging the ridge.”</w:t>
      </w:r>
    </w:p>
    <w:p>
      <w:r/>
    </w:p>
    <w:p>
      <w:r/>
      <w:r>
        <w:t>Abby’s jaw set, but she didn’t argue. “You want to go around?”</w:t>
      </w:r>
    </w:p>
    <w:p>
      <w:r/>
    </w:p>
    <w:p>
      <w:r/>
      <w:r>
        <w:t>“No time.” He did the mental math. The window for the ritual was shrinking—Abby’s best calculations said they had less than an hour before the alignment was off, maybe a minute or two of peak energy to run the sequence. “You take the artifact. Up the right side, across the pines. I’ll draw them.”</w:t>
      </w:r>
    </w:p>
    <w:p>
      <w:r/>
    </w:p>
    <w:p>
      <w:r/>
      <w:r>
        <w:t>Abby opened her mouth, ready to debate, but the look on his face said there would be no debate. She cinched the drybag tight, adjusted the straps on her shoulder, and looked him dead in the eye.</w:t>
      </w:r>
    </w:p>
    <w:p>
      <w:r/>
    </w:p>
    <w:p>
      <w:r/>
      <w:r>
        <w:t>“You don’t have to play the hero,” she said.</w:t>
      </w:r>
    </w:p>
    <w:p>
      <w:r/>
    </w:p>
    <w:p>
      <w:r/>
      <w:r>
        <w:t>He almost smiled. “It’s not heroics. Just tactics.”</w:t>
      </w:r>
    </w:p>
    <w:p>
      <w:r/>
    </w:p>
    <w:p>
      <w:r/>
      <w:r>
        <w:t>She squeezed his hand, the pressure brief but absolute, then slipped off the trail, using the bare roots of the pines for leverage as she began her climb.</w:t>
      </w:r>
    </w:p>
    <w:p>
      <w:r/>
    </w:p>
    <w:p>
      <w:r/>
      <w:r>
        <w:t>Nate counted to three, then stood tall, letting himself silhouette against the ridge line as he walked up the trail with an easy, unhurried stride. He wanted to be seen—needed to be seen—so he let his hand rest casually on the strap of the pelican case, like a man too dumb to know he was outgunned.</w:t>
      </w:r>
    </w:p>
    <w:p>
      <w:r/>
    </w:p>
    <w:p>
      <w:r/>
      <w:r>
        <w:t>The reaction was immediate: the crouched figure stood, raised a hand, and Nate heard the faintest click of a comms mic in the dead air. Two shapes split, one advancing up the trail, the other swinging out to flank. These weren’t amateurs. He picked up his pace, making sure to put twenty meters between himself and Abby’s point of divergence before he pretended to notice the man in front of him.</w:t>
      </w:r>
    </w:p>
    <w:p>
      <w:r/>
    </w:p>
    <w:p>
      <w:r/>
      <w:r>
        <w:t>He stopped, feigned surprise. The guard had an automatic, low and ready, face shrouded in a balaclava and goggles. The voice, when it came, was flat and American.</w:t>
      </w:r>
    </w:p>
    <w:p>
      <w:r/>
    </w:p>
    <w:p>
      <w:r/>
      <w:r>
        <w:t>“Stop. Hands up.”</w:t>
      </w:r>
    </w:p>
    <w:p>
      <w:r/>
    </w:p>
    <w:p>
      <w:r/>
      <w:r>
        <w:t>Nate complied, letting the gloved hands drift just high enough to keep the Beretta hidden at his lower back. “Easy,” he said. “You guys locals?”</w:t>
      </w:r>
    </w:p>
    <w:p>
      <w:r/>
    </w:p>
    <w:p>
      <w:r/>
      <w:r>
        <w:t>The guard closed, professional, eyes flicking to Nate’s loadout. “Step off the path. On your knees.”</w:t>
      </w:r>
    </w:p>
    <w:p>
      <w:r/>
    </w:p>
    <w:p>
      <w:r/>
      <w:r>
        <w:t>Nate grinned, a thin slice of performance. “Sure thing.”</w:t>
      </w:r>
    </w:p>
    <w:p>
      <w:r/>
    </w:p>
    <w:p>
      <w:r/>
      <w:r>
        <w:t>He moved off the trail, knees crunching through the crust of frozen gravel. The guard advanced, boot steps perfectly balanced, gun never wavering. Thirty seconds, maybe less, before the other two closed in.</w:t>
      </w:r>
    </w:p>
    <w:p>
      <w:r/>
    </w:p>
    <w:p>
      <w:r/>
      <w:r>
        <w:t>Nate glanced up, making brief eye contact. “You know, I heard they only hire ex-mil for this stuff. You buy your own gear or does Caldwell give you the friends-and-family discount?”</w:t>
      </w:r>
    </w:p>
    <w:p>
      <w:r/>
    </w:p>
    <w:p>
      <w:r/>
      <w:r>
        <w:t>The guard didn’t respond, but the knuckles on the gun tightened.</w:t>
      </w:r>
    </w:p>
    <w:p>
      <w:r/>
    </w:p>
    <w:p>
      <w:r/>
      <w:r>
        <w:t>Nate dropped his right hand, fast, and pulled the Beretta. The guard was faster—training showed—but he fired from the hip, a warning burst, meant to cow. Nate rolled, the rounds tearing the sleeve of his jacket as he lunged for the guard’s leg. He aimed low, shot once, catching the man in the calf. The guard screamed, toppled, but stayed conscious enough to return fire, rounds pinging off the volcanic rock.</w:t>
      </w:r>
    </w:p>
    <w:p>
      <w:r/>
    </w:p>
    <w:p>
      <w:r/>
      <w:r>
        <w:t>Nate stayed low, scrambled behind a boulder, and listened. The comms chatter was quick and clipped: “Contact. South trail. Possible second bogey off grid.” Nate keyed into the cadence—it was how USAR teams talked when the situation was unstable but not yet FUBAR. He waited for the telltale footfalls of the flanking guard, then counted silently as the boots approached. At three, he spun, pistol raised.</w:t>
      </w:r>
    </w:p>
    <w:p>
      <w:r/>
    </w:p>
    <w:p>
      <w:r/>
      <w:r>
        <w:t>The flanker was already in position, AR leveled, but he’d underestimated Nate’s angle. Nate aimed for the weapon, fired, and the rifle went spinning. The guard lunged, fist raised, and they went to ground together, wrestling in the pumice, hands scrabbling for advantage. The man was bigger, stronger, but Nate fought dirty—thumb to the eye, then a knee to the ribs, and the guard’s air left him in a hiss. Nate followed with a rock to the temple, and the man went limp.</w:t>
      </w:r>
    </w:p>
    <w:p>
      <w:r/>
    </w:p>
    <w:p>
      <w:r/>
      <w:r>
        <w:t>He paused, breath ragged, and checked the trail. The first guard was crawling for his weapon, blood leaving a dark ribbon behind. The second was down but breathing. Nate picked up both rifles, checked the mags, then sprinted up the trail.</w:t>
      </w:r>
    </w:p>
    <w:p>
      <w:r/>
    </w:p>
    <w:p>
      <w:r/>
      <w:r>
        <w:t>The third guard was gone, probably chasing Abby. Nate did the calculus: if she kept the line, she’d reach the ceremonial site in under twenty minutes. The only way to slow pursuit was to give them something more immediate to chase.</w:t>
      </w:r>
    </w:p>
    <w:p>
      <w:r/>
    </w:p>
    <w:p>
      <w:r/>
      <w:r>
        <w:t>He left the trail, doubled back through the pines, and used the high ground to put eyes on the ridge. The third man was climbing, not fast but methodical, scanning for movement with a night-vision monocle. Nate lined up a shot, hesitated, then aimed for the pack, not the body. The round caught the backpack and spun the man sideways; he tumbled, cursing, but the fall wasn’t enough to finish the job.</w:t>
      </w:r>
    </w:p>
    <w:p>
      <w:r/>
    </w:p>
    <w:p>
      <w:r/>
      <w:r>
        <w:t>Nate kept moving, flanking up and over, using every advantage the terrain offered—blind corners, unstable scree, the hot-vent steam that could mask a silhouette. At every turn, he listened for Abby’s progress: the drone’s whine, the distant crunch of her boots, the faintest echo of her voice when she radioed a progress update.</w:t>
      </w:r>
    </w:p>
    <w:p>
      <w:r/>
    </w:p>
    <w:p>
      <w:r/>
      <w:r>
        <w:t>When he was sure she was out of immediate danger, he triggered the drone’s decoy program. It launched with a sudden scream, LED lights strobing, and buzzed the ridge line in a pattern meant to suggest multiple operators. He heard the guards curse, then watched as the distraction peeled two of them off the main line.</w:t>
      </w:r>
    </w:p>
    <w:p>
      <w:r/>
    </w:p>
    <w:p>
      <w:r/>
      <w:r>
        <w:t>He made a break for the next switchback, using the cover of the drone’s flight to close the gap. He ran, lungs burning, legs threatening collapse. He heard gunfire behind him, but it was wild, unaimed—Caldwell’s men were shooting at shadows and noise now.</w:t>
      </w:r>
    </w:p>
    <w:p>
      <w:r/>
    </w:p>
    <w:p>
      <w:r/>
      <w:r>
        <w:t>He reached the rim. The sun had just begun to edge the sky, turning the lake’s surface to a slab of blue steel. For a moment, Nate saw everything: the ceremonial site, the thin ribbon of trail where Abby would appear, and, just beyond, the glint of the obsidian disc as she broke from cover and sprinted the last thirty meters.</w:t>
      </w:r>
    </w:p>
    <w:p>
      <w:r/>
    </w:p>
    <w:p>
      <w:r/>
      <w:r>
        <w:t>Nate ducked low, set the rifles in a defensive line, and waited for the next move. He watched Abby reach the site, her figure small against the immensity of the caldera, and felt a raw, unfiltered pride.</w:t>
      </w:r>
    </w:p>
    <w:p>
      <w:r/>
    </w:p>
    <w:p>
      <w:r/>
      <w:r>
        <w:t>Then he heard the sound he’d been waiting for: the angry, echoing thump of a real pursuit, boots closing fast, voices yelling for position.</w:t>
      </w:r>
    </w:p>
    <w:p>
      <w:r/>
    </w:p>
    <w:p>
      <w:r/>
      <w:r>
        <w:t>He smiled, wiped the blood from his jaw, and readied himself for the next round. This was the job. He was alive, and for the next few minutes, that would be enough.</w:t>
      </w:r>
    </w:p>
    <w:p>
      <w:r/>
    </w:p>
    <w:p>
      <w:r/>
      <w:r>
        <w:t xml:space="preserve">Behind him, Abby set the disc on the altar of stone and braced for her own fight. Above, the wind shifted, carrying the future with it. </w:t>
      </w:r>
    </w:p>
    <w:p>
      <w:r/>
    </w:p>
    <w:p>
      <w:r/>
    </w:p>
    <w:p>
      <w:r/>
      <w:r>
        <w:t># Scene 2</w:t>
      </w:r>
    </w:p>
    <w:p>
      <w:r/>
    </w:p>
    <w:p>
      <w:r/>
      <w:r>
        <w:t>The island’s caldera edge was a natural fortress, but like all fortresses it punished those who relied on it too long. Nate crouched low, one eye on the approach vector and the other on the obsidian-sharp ridgeline to his right. His breath steamed against the back of his glove as he chambered a round in the captured AR, counting out the seconds between the distant pops of gunfire as the drone drew fire from the rear.</w:t>
      </w:r>
    </w:p>
    <w:p>
      <w:r/>
    </w:p>
    <w:p>
      <w:r/>
      <w:r>
        <w:t>The first mercenary made a textbook sweep up the path—low and fast, but not fast enough to blur his outline against the morning light. Nate watched him cross behind a clutch of dead pines, then put a three-count between each step, letting the man’s cadence become as predictable as tide. As the mercenary cleared the pines, Nate rose, sighted, and snapped off two shots—one to the pack, one to the trailing foot.</w:t>
      </w:r>
    </w:p>
    <w:p>
      <w:r/>
    </w:p>
    <w:p>
      <w:r/>
      <w:r>
        <w:t>The first shot ripped the nylon and staggered the mercenary. The second caught ankle bone and dropped him to all fours, rifle clattering on the scree. The man didn’t scream; he just rolled and returned fire, a short, controlled burst that chewed apart a rock just to Nate’s left. Nate dropped, rolled to the next cover point, and drew the Beretta, using the AR as a decoy above the boulder.</w:t>
      </w:r>
    </w:p>
    <w:p>
      <w:r/>
    </w:p>
    <w:p>
      <w:r/>
      <w:r>
        <w:t>The mercenary flanked. Nate could hear the crunch of boots, the wet slap of blood against pumice as the man compensated for his ruined foot. Nate peeked over the rock, saw the mercenary’s muzzle sweep, and then threw the AR hard left. The mercenary took the bait, tracking the motion, and Nate used the half-second gap to pop up, sight, and double-tap the man in the side.</w:t>
      </w:r>
    </w:p>
    <w:p>
      <w:r/>
    </w:p>
    <w:p>
      <w:r/>
      <w:r>
        <w:t>It didn’t kill him. Not right away. The mercenary went to ground, hands clutching his ribs, eyes wide with pain and surprise. Nate hustled forward, kicked the rifle away, and knelt. The man fumbled for his sidearm, but Nate pinned the arm, then slammed the butt of his own pistol into the mercenary’s helmet, once, twice, until the fight left his eyes.</w:t>
      </w:r>
    </w:p>
    <w:p>
      <w:r/>
    </w:p>
    <w:p>
      <w:r/>
      <w:r>
        <w:t>Nate searched the body fast. Tac radio, two spare mags, and a field trauma kit that he pocketed with gratitude. He took the radio, flicked it on, and caught the tail end of a conversation—“…down, I say again, Tango is down, closing from east.”</w:t>
      </w:r>
    </w:p>
    <w:p>
      <w:r/>
    </w:p>
    <w:p>
      <w:r/>
      <w:r>
        <w:t>The second mercenary would be more cautious.</w:t>
      </w:r>
    </w:p>
    <w:p>
      <w:r/>
    </w:p>
    <w:p>
      <w:r/>
      <w:r>
        <w:t>Nate sprinted up the next switchback, using the old surveyor’s shortcut—a hand-and-foot scramble up thirty vertical feet of loose volcanic scree. He ignored the muscle burn, the ache in his lungs, and instead focused on the sound of the approaching enemy: methodical, controlled, but no longer confident.</w:t>
      </w:r>
    </w:p>
    <w:p>
      <w:r/>
    </w:p>
    <w:p>
      <w:r/>
      <w:r>
        <w:t>He reached the crest and flattened against the leeward face of a basalt slab. The cold radiated through his shirt, but the adrenaline blurred the discomfort. He waited, silent, as the enemy climbed below, boots sending miniature avalanches down the slope. This man was careful. Every few seconds, he’d pause and scan, breaking the rhythm just enough to make Nate work harder for the timing.</w:t>
      </w:r>
    </w:p>
    <w:p>
      <w:r/>
    </w:p>
    <w:p>
      <w:r/>
      <w:r>
        <w:t>When the mercenary drew even with Nate’s perch, there was a second—a single heartbeat—where they were both still, both aware. The man looked up, eyes black behind the goggles, and Nate saw the flicker of recognition: target acquired. Nate let go, dropping his own body weight onto the man below, leading with the heel of his boot and the full momentum of the fall.</w:t>
      </w:r>
    </w:p>
    <w:p>
      <w:r/>
    </w:p>
    <w:p>
      <w:r/>
      <w:r>
        <w:t>The impact drove them both downslope, a tumble of limbs and dust. The mercenary twisted in the air, landing hard on his back but using the force to roll and try for a draw. Nate was faster. He brought the Beretta up, but the man kicked his wrist, sending the pistol clattering into the rocks. For a split second, they grappled—Nate’s left hand locked in the mercenary’s jacket, the mercenary’s right hand clawing for a combat knife at his belt.</w:t>
      </w:r>
    </w:p>
    <w:p>
      <w:r/>
    </w:p>
    <w:p>
      <w:r/>
      <w:r>
        <w:t>Nate headbutted the man, feeling the wet crunch of cartilage. The mercenary swore, slashed wild, and caught Nate across the upper arm. The pain was bright, but Nate ignored it, grabbing the knife hand with both of his, using leverage and a twist to break the man’s thumb. The mercenary howled, let go, and Nate reversed grip, driving the blade up and into the man’s side, aiming for the space between vest and rib.</w:t>
      </w:r>
    </w:p>
    <w:p>
      <w:r/>
    </w:p>
    <w:p>
      <w:r/>
      <w:r>
        <w:t>The mercenary jerked, tried to roll away, but the wound was bad. Nate used the moment to recover his pistol, then covered the man from a crouch.</w:t>
      </w:r>
    </w:p>
    <w:p>
      <w:r/>
    </w:p>
    <w:p>
      <w:r/>
      <w:r>
        <w:t>“Who else is here?” Nate hissed, voice flat.</w:t>
      </w:r>
    </w:p>
    <w:p>
      <w:r/>
    </w:p>
    <w:p>
      <w:r/>
      <w:r>
        <w:t>The mercenary coughed, spat blood, and smiled. “More than you think. Caldwell says hi.”</w:t>
      </w:r>
    </w:p>
    <w:p>
      <w:r/>
    </w:p>
    <w:p>
      <w:r/>
      <w:r>
        <w:t>Nate almost laughed. The professional pride, even at the end. He searched the pockets, took another spare mag, and left the man breathing but immobilized.</w:t>
      </w:r>
    </w:p>
    <w:p>
      <w:r/>
    </w:p>
    <w:p>
      <w:r/>
      <w:r>
        <w:t>He scanned the trail. The radio was already squawking—"Echo Two, report, Echo Two!”—and he pressed the button, faking the voice. “Moving. Tango engaged but moving. Blue Line in sight.”</w:t>
      </w:r>
    </w:p>
    <w:p>
      <w:r/>
    </w:p>
    <w:p>
      <w:r/>
      <w:r>
        <w:t>He ditched the radio, then started up the next ridge, switching to the old animal trail that skirted the caldera’s rim. It was harder, riskier, but it would let him approach the ceremonial site from above and keep Abby’s line clean.</w:t>
      </w:r>
    </w:p>
    <w:p>
      <w:r/>
    </w:p>
    <w:p>
      <w:r/>
      <w:r>
        <w:t>He moved fast, using the cover of the wind and the shifting cloud to mask his silhouette. Below, the lake mirrored the slow light of dawn, turning the water to a surface more reflective than mercury. Above, he could see the top of Wizard Island and the last hundred meters to the ceremonial ring.</w:t>
      </w:r>
    </w:p>
    <w:p>
      <w:r/>
    </w:p>
    <w:p>
      <w:r/>
      <w:r>
        <w:t>Two more mercenaries waited on the path, leapfrogging up the trail in a formation that would make any drill instructor proud. They kept low, rifles at the ready, and alternated movement—one covering, one advancing. Nate noted the discipline, the lack of chatter, and the efficiency of their arcs.</w:t>
      </w:r>
    </w:p>
    <w:p>
      <w:r/>
    </w:p>
    <w:p>
      <w:r/>
      <w:r>
        <w:t>He used the terrain—volcanic bombs, wind-thrown logs, and the omnipresent steam vents—to creep within fifty meters. He reached into the trauma kit, pulled out a flare, and loaded it into the AR’s underbarrel launcher. It wasn’t what the designers had intended, but in the hands of someone with more time in the field than the lab, it would do.</w:t>
      </w:r>
    </w:p>
    <w:p>
      <w:r/>
    </w:p>
    <w:p>
      <w:r/>
      <w:r>
        <w:t>Nate angled the shot, judged the wind, and fired. The flare screamed overhead, bursting five meters behind the advancing pair and lighting up the whole patch of trail. Both men dropped, and Nate used the chaos to circle wide, coming at them from the blind side.</w:t>
      </w:r>
    </w:p>
    <w:p>
      <w:r/>
    </w:p>
    <w:p>
      <w:r/>
      <w:r>
        <w:t>He closed, saw the first man rise, and dropped him with a controlled burst to the torso. The second man returned fire, but the flare’s afterimage blinded him just enough that his shots went wide. Nate dove, rolled, and came up behind a fallen log. The second mercenary fired again, this time catching Nate in the leg—a glancing hit, more shock than damage, but enough to make him curse and flatten out.</w:t>
      </w:r>
    </w:p>
    <w:p>
      <w:r/>
    </w:p>
    <w:p>
      <w:r/>
      <w:r>
        <w:t>Nate waited for the reload. When the magazine dropped, he closed, coming up from behind and using the butt of the AR to club the man on the back of the head. The mercenary sagged, then went limp. Nate checked for life—unconscious, but breathing.</w:t>
      </w:r>
    </w:p>
    <w:p>
      <w:r/>
    </w:p>
    <w:p>
      <w:r/>
      <w:r>
        <w:t>He took the radio, keyed it. “Blue Team clear. Approaching objective. Over.”</w:t>
      </w:r>
    </w:p>
    <w:p>
      <w:r/>
    </w:p>
    <w:p>
      <w:r/>
      <w:r>
        <w:t>He listened for the response, but the line was silent. Maybe they didn’t buy it; maybe they were moving to a contingency. Either way, the path to the ceremonial site was open—for now.</w:t>
      </w:r>
    </w:p>
    <w:p>
      <w:r/>
    </w:p>
    <w:p>
      <w:r/>
      <w:r>
        <w:t>Nate limped the last fifty meters, his left leg already swelling. He counted rounds, swapped mags, and checked the horizon. The wind picked up, carrying with it the faintest trace of smoke—not cordite, not wood, but something ancient and sulfurous. It made the hair on his arms rise, the kind of primal warning no amount of rationality could erase.</w:t>
      </w:r>
    </w:p>
    <w:p>
      <w:r/>
    </w:p>
    <w:p>
      <w:r/>
      <w:r>
        <w:t>He reached the rim. Below, the ceremonial site was a chaos of blue shadows and jagged stone. He could see Abby, a solitary figure at the center, hunched over the disc. She worked fast, laying out the spiral with the urgency of someone who knew the world was watching.</w:t>
      </w:r>
    </w:p>
    <w:p>
      <w:r/>
    </w:p>
    <w:p>
      <w:r/>
      <w:r>
        <w:t>Nate scanned for movement. Nothing—no shadows on the approach, no silhouettes on the rise. He started down the slope, keeping to the lee side, using every depression and drift of snow to cover his movement.</w:t>
      </w:r>
    </w:p>
    <w:p>
      <w:r/>
    </w:p>
    <w:p>
      <w:r/>
      <w:r>
        <w:t>He was halfway down when a voice called out, loud and clear: “Stop right there.”</w:t>
      </w:r>
    </w:p>
    <w:p>
      <w:r/>
    </w:p>
    <w:p>
      <w:r/>
      <w:r>
        <w:t>Nate did. On the rise above the ceremonial site stood a final mercenary, this one bulkier, face exposed. The man cradled a rifle, but the angle was wrong; he wasn’t shooting at Abby, not yet. He was waiting for Nate.</w:t>
      </w:r>
    </w:p>
    <w:p>
      <w:r/>
    </w:p>
    <w:p>
      <w:r/>
      <w:r>
        <w:t>“Easy,” Nate called, hands out.</w:t>
      </w:r>
    </w:p>
    <w:p>
      <w:r/>
    </w:p>
    <w:p>
      <w:r/>
      <w:r>
        <w:t>The mercenary sneered. “You’re better than the file said. But it ends here.”</w:t>
      </w:r>
    </w:p>
    <w:p>
      <w:r/>
    </w:p>
    <w:p>
      <w:r/>
      <w:r>
        <w:t>Nate shrugged, trying to calculate the odds of making it to Abby before a shot rang out. Not good. He needed a distraction.</w:t>
      </w:r>
    </w:p>
    <w:p>
      <w:r/>
    </w:p>
    <w:p>
      <w:r/>
      <w:r>
        <w:t>He looked at the man, then at the disc in Abby’s hands. “You know what happens if you fire? She triggers the sequence. Your boss doesn’t get what he wants.”</w:t>
      </w:r>
    </w:p>
    <w:p>
      <w:r/>
    </w:p>
    <w:p>
      <w:r/>
      <w:r>
        <w:t>The mercenary hesitated, just a fraction, but it was enough. Abby, hearing the exchange, looked up, eyes meeting Nate’s. There was a question in them, and he answered with a subtle shake of his head: Not yet.</w:t>
      </w:r>
    </w:p>
    <w:p>
      <w:r/>
    </w:p>
    <w:p>
      <w:r/>
      <w:r>
        <w:t>The mercenary smiled, teeth flecked with blood. “We don’t need her alive.”</w:t>
      </w:r>
    </w:p>
    <w:p>
      <w:r/>
    </w:p>
    <w:p>
      <w:r/>
      <w:r>
        <w:t>That was the opening. Nate dove left, using the last of his leg’s power to clear the path. The mercenary fired, missed, and Abby took her cue—she ducked behind the altar stone, shielding the disc with her body.</w:t>
      </w:r>
    </w:p>
    <w:p>
      <w:r/>
    </w:p>
    <w:p>
      <w:r/>
      <w:r>
        <w:t>Nate crawled, rolled, and used the AR’s last round to send a rock skittering down toward the mercenary. The man ducked, and Nate took the chance to close the gap. He came up fast, weapon ready, but the mercenary was waiting, dropping his own rifle and going for a sidearm.</w:t>
      </w:r>
    </w:p>
    <w:p>
      <w:r/>
    </w:p>
    <w:p>
      <w:r/>
      <w:r>
        <w:t>They met in a tangle of limbs, fists, and cold metal. The fight was short, ugly, and animal. Nate’s training gave him the edge, but the man was strong and mean, and the pain in Nate’s leg slowed him just enough that the world went gray for a second.</w:t>
      </w:r>
    </w:p>
    <w:p>
      <w:r/>
    </w:p>
    <w:p>
      <w:r/>
      <w:r>
        <w:t>When it cleared, Nate was on top, one hand clamped on the man’s throat, the other using the butt of the pistol to drive home the point. The mercenary went limp, eyes rolling.</w:t>
      </w:r>
    </w:p>
    <w:p>
      <w:r/>
    </w:p>
    <w:p>
      <w:r/>
      <w:r>
        <w:t>Nate staggered upright, breath heaving. He checked the field—clear, for now. Above, the sun was rising, the world tipping from blue to gold.</w:t>
      </w:r>
    </w:p>
    <w:p>
      <w:r/>
    </w:p>
    <w:p>
      <w:r/>
      <w:r>
        <w:t>He limped to Abby, who had already set the disc and was working the spiral. She looked up, face streaked with sweat and dust, and grinned.</w:t>
      </w:r>
    </w:p>
    <w:p>
      <w:r/>
    </w:p>
    <w:p>
      <w:r/>
      <w:r>
        <w:t>“You made it,” she said.</w:t>
      </w:r>
    </w:p>
    <w:p>
      <w:r/>
    </w:p>
    <w:p>
      <w:r/>
      <w:r>
        <w:t>He nodded, collapsed beside her, and smiled through the pain. “Had to see how the story ends.”</w:t>
      </w:r>
    </w:p>
    <w:p>
      <w:r/>
    </w:p>
    <w:p>
      <w:r/>
      <w:r>
        <w:t>The silence returned, thicker now, full of possibility and the promise of one last round.</w:t>
      </w:r>
    </w:p>
    <w:p>
      <w:r/>
    </w:p>
    <w:p>
      <w:r/>
    </w:p>
    <w:p>
      <w:r/>
      <w:r>
        <w:t># Scene 3</w:t>
      </w:r>
    </w:p>
    <w:p>
      <w:r/>
    </w:p>
    <w:p>
      <w:r/>
      <w:r>
        <w:t>For a minute, maybe two, there was nothing but the tick of the wind and the slow, measured pulse of Nate’s own blood leaking from the wound in his leg. He pressed a bandage to the entry point, using the elastic from the trauma kit to hold it firm. The pain wasn’t sharp—it was an animal ache, heavy and damp, every heartbeat a small betrayal.</w:t>
      </w:r>
    </w:p>
    <w:p>
      <w:r/>
    </w:p>
    <w:p>
      <w:r/>
      <w:r>
        <w:t>Abby didn’t look up from the disc. She’d cleared a space on the altar, lining up the stones in a spiral that caught the rising sun at just the right angle. The blue glass glimmered, reflecting the light, and even from a few meters off Nate could feel the hum of potential, the weird electricity that had always made the artifact seem less like an object and more like a living thing.</w:t>
      </w:r>
    </w:p>
    <w:p>
      <w:r/>
    </w:p>
    <w:p>
      <w:r/>
      <w:r>
        <w:t>He scanned the horizon. The enemy was regrouping.</w:t>
      </w:r>
    </w:p>
    <w:p>
      <w:r/>
    </w:p>
    <w:p>
      <w:r/>
      <w:r>
        <w:t>He heard the comms first—a distant, clipped exchange as Caldwell’s remaining men triangulated. It was classic playbook: one team pinned him with suppressive fire while the other circled to cut off escape.</w:t>
      </w:r>
    </w:p>
    <w:p>
      <w:r/>
    </w:p>
    <w:p>
      <w:r/>
      <w:r>
        <w:t>Nate’s mind ran the numbers. Two, maybe three left. The one he’d left breathing might be moving again, and if so, they’d come together, angry and cautious and willing to trade a life for a win.</w:t>
      </w:r>
    </w:p>
    <w:p>
      <w:r/>
    </w:p>
    <w:p>
      <w:r/>
      <w:r>
        <w:t>He moved, fast and low, using the cover of the fumarole steam and the uneven ridgeline. His leg burned, but adrenaline kept the pain at arm’s length. He picked his way upslope, drawing the enemy fire away from Abby and toward his own silhouette.</w:t>
      </w:r>
    </w:p>
    <w:p>
      <w:r/>
    </w:p>
    <w:p>
      <w:r/>
      <w:r>
        <w:t>That was the plan, and it worked, but only just.</w:t>
      </w:r>
    </w:p>
    <w:p>
      <w:r/>
    </w:p>
    <w:p>
      <w:r/>
      <w:r>
        <w:t>He reached a sharp bend in the rim and hugged the black rock, chest heaving. Below, the lake glowed a flat, unearthly blue. Above, the first mercenary came into view—a shape in dark, tactical gear, face hidden behind a mask, rifle already raised.</w:t>
      </w:r>
    </w:p>
    <w:p>
      <w:r/>
    </w:p>
    <w:p>
      <w:r/>
      <w:r>
        <w:t>Nate ducked, but not fast enough. A round caught him in the side, low on the ribs, tearing through jacket and skin with a wet, burning heat. He dropped, rolled, and felt the blood go hot and sticky under his shirt.</w:t>
      </w:r>
    </w:p>
    <w:p>
      <w:r/>
    </w:p>
    <w:p>
      <w:r/>
      <w:r>
        <w:t>He cursed, used the momentum to get behind a chunk of basalt, and waited. The mercenary advanced, slow, gun up and eyes scanning the shadows. Nate watched the feet—how the left foot dragged a little, how the boots scuffed at every fourth step—and timed his next move.</w:t>
      </w:r>
    </w:p>
    <w:p>
      <w:r/>
    </w:p>
    <w:p>
      <w:r/>
      <w:r>
        <w:t>When the enemy cleared the rock, Nate was ready. He pivoted up, firing a three-round burst that caught the man in the shoulder and drove him backward. The mercenary tried to return fire, but Nate was already moving, zigzagging between cover points, ignoring the flare of pain in his side.</w:t>
      </w:r>
    </w:p>
    <w:p>
      <w:r/>
    </w:p>
    <w:p>
      <w:r/>
      <w:r>
        <w:t>A shout—then the echo of another gunshot, this one from farther down the rim. Nate risked a glance and saw a second mercenary, using the bodies of the dead as stepping stones, closing from the opposite angle.</w:t>
      </w:r>
    </w:p>
    <w:p>
      <w:r/>
    </w:p>
    <w:p>
      <w:r/>
      <w:r>
        <w:t>He was pinned.</w:t>
      </w:r>
    </w:p>
    <w:p>
      <w:r/>
    </w:p>
    <w:p>
      <w:r/>
      <w:r>
        <w:t>He checked his ammo—two rounds in the mag, three in the pistol. It would have to be enough.</w:t>
      </w:r>
    </w:p>
    <w:p>
      <w:r/>
    </w:p>
    <w:p>
      <w:r/>
      <w:r>
        <w:t>The first mercenary circled above, the second below, trying to drive Nate into a kill box. He waited, letting them close, watching how each man used the terrain. The upper was cautious, sticking to cover; the lower was aggressive, bounding from rock to rock with little regard for safety.</w:t>
      </w:r>
    </w:p>
    <w:p>
      <w:r/>
    </w:p>
    <w:p>
      <w:r/>
      <w:r>
        <w:t>That was his edge.</w:t>
      </w:r>
    </w:p>
    <w:p>
      <w:r/>
    </w:p>
    <w:p>
      <w:r/>
      <w:r>
        <w:t>Nate moved left, keeping himself visible to the lower attacker. The man followed, gun up, but Nate led him toward a chute of loose scree—a twenty-meter run-out of sand and volcanic rubble that dropped straight into the lake. The upper mercenary fired, sending a volley that forced Nate flat against the ground.</w:t>
      </w:r>
    </w:p>
    <w:p>
      <w:r/>
    </w:p>
    <w:p>
      <w:r/>
      <w:r>
        <w:t>The lower attacker committed, charging at Nate’s cover. Nate waited until the last possible second, then kicked out, sending a cascade of loose stone down the slope. The mercenary slipped, lost his balance, and skidded hard. Nate used the distraction to pop up, fire his last two rounds, and hit the man center mass.</w:t>
      </w:r>
    </w:p>
    <w:p>
      <w:r/>
    </w:p>
    <w:p>
      <w:r/>
      <w:r>
        <w:t>The body tumbled, arms pinwheeling, until it slammed into a boulder at the bottom of the chute. Nate exhaled, empty, then ducked as the upper mercenary fired again. A bullet cracked the basalt near Nate’s head, spraying his face with grit and blood from a fresh graze.</w:t>
      </w:r>
    </w:p>
    <w:p>
      <w:r/>
    </w:p>
    <w:p>
      <w:r/>
      <w:r>
        <w:t>Nate retreated, crawling hand-over-hand, keeping his profile low. His side was soaked now, the blood hot against the cold air. The pain grew teeth, and with every breath the world grew narrower.</w:t>
      </w:r>
    </w:p>
    <w:p>
      <w:r/>
    </w:p>
    <w:p>
      <w:r/>
      <w:r>
        <w:t>He reached a pocket of shelter, pressed his palm to the wound, and counted: ten seconds to slow the bleeding, another ten to get his breath under control. He knew the cost of delay—every second was a second closer to blackout, a second closer to Abby being alone—but if he charged now, he’d bleed out before he reached her.</w:t>
      </w:r>
    </w:p>
    <w:p>
      <w:r/>
    </w:p>
    <w:p>
      <w:r/>
      <w:r>
        <w:t>He tore a strip from his shirt, packed the wound, and used the elastic again, double-wrapping it. The pressure made him dizzy, but the bloodflow slowed, and he used the gap to check the ceremonial site.</w:t>
      </w:r>
    </w:p>
    <w:p>
      <w:r/>
    </w:p>
    <w:p>
      <w:r/>
      <w:r>
        <w:t>Abby was still there, hunched over the disc, her hair a tangle of shadow against the blue-glass spiral. But she was no longer alone.</w:t>
      </w:r>
    </w:p>
    <w:p>
      <w:r/>
    </w:p>
    <w:p>
      <w:r/>
      <w:r>
        <w:t>A new figure moved in from the opposite side—a silhouette in black, rifle up, advancing on the site with methodical, almost casual precision. Nate’s heart stuttered. He tried to call out, but his voice was wrecked, a rasp that barely carried.</w:t>
      </w:r>
    </w:p>
    <w:p>
      <w:r/>
    </w:p>
    <w:p>
      <w:r/>
      <w:r>
        <w:t>He pushed off the ground, using hands and knees to crawl toward the site. Each movement was a test of will, every shift a negotiation between the pain and the need to keep moving. He kept low, using the curvature of the crater and the sparse, wind-battered pines as concealment.</w:t>
      </w:r>
    </w:p>
    <w:p>
      <w:r/>
    </w:p>
    <w:p>
      <w:r/>
      <w:r>
        <w:t>He made it to the final rise, maybe thirty meters from the ceremonial ring. The upper mercenary had repositioned, taking a post behind a boulder overlooking the site. The new threat—a fourth, not accounted for—was now only ten meters from Abby, creeping forward, rifle aimed at her back.</w:t>
      </w:r>
    </w:p>
    <w:p>
      <w:r/>
    </w:p>
    <w:p>
      <w:r/>
      <w:r>
        <w:t>Nate felt his hands shake, whether from blood loss or fear he didn’t know. He gripped the pistol, checked the chamber, and steadied his breathing.</w:t>
      </w:r>
    </w:p>
    <w:p>
      <w:r/>
    </w:p>
    <w:p>
      <w:r/>
      <w:r>
        <w:t>He couldn’t shoot from here without hitting Abby. The only way was forward.</w:t>
      </w:r>
    </w:p>
    <w:p>
      <w:r/>
    </w:p>
    <w:p>
      <w:r/>
      <w:r>
        <w:t>He moved, slow and silent, hugging the edge of the crater, using every scrap of cover. The fourth mercenary advanced, deliberate, one step at a time, always watching Abby, never the flanks.</w:t>
      </w:r>
    </w:p>
    <w:p>
      <w:r/>
    </w:p>
    <w:p>
      <w:r/>
      <w:r>
        <w:t>Nate used the last of his energy to sprint the final ten meters. He launched himself at the assailant, catching the man’s weapon arm and twisting it hard. The rifle discharged, sending a round into the sky, and the mercenary fought back, elbowing Nate in the jaw. The world exploded in black dots and pain, but Nate didn’t let go. He wrestled for the gun, driving his shoulder into the man’s chest, then twisted the arm until he heard the snap of bone.</w:t>
      </w:r>
    </w:p>
    <w:p>
      <w:r/>
    </w:p>
    <w:p>
      <w:r/>
      <w:r>
        <w:t>The mercenary screamed, but Nate used the moment to wrench the rifle free. He brought it up, reversed grip, and drove the butt into the man’s face, breaking goggles and nose and ending the fight.</w:t>
      </w:r>
    </w:p>
    <w:p>
      <w:r/>
    </w:p>
    <w:p>
      <w:r/>
      <w:r>
        <w:t>He staggered upright, breathless. His side burned, blood running hot down his hip, but he was still moving.</w:t>
      </w:r>
    </w:p>
    <w:p>
      <w:r/>
    </w:p>
    <w:p>
      <w:r/>
      <w:r>
        <w:t>He looked for Abby. She was there, hands braced on the altar, hair blowing wild in the wind. She turned, saw him, and in her eyes was the fear—not of the enemy, but of what the fight had cost.</w:t>
      </w:r>
    </w:p>
    <w:p>
      <w:r/>
    </w:p>
    <w:p>
      <w:r/>
      <w:r>
        <w:t>He tried to smile, but it was all teeth and pain. “You good?”</w:t>
      </w:r>
    </w:p>
    <w:p>
      <w:r/>
    </w:p>
    <w:p>
      <w:r/>
      <w:r>
        <w:t>She nodded, words lost in the wind.</w:t>
      </w:r>
    </w:p>
    <w:p>
      <w:r/>
    </w:p>
    <w:p>
      <w:r/>
      <w:r>
        <w:t>Behind them, the last mercenary opened up, firing from the boulder. Nate dropped, pulling Abby down with him, and felt the rounds chew the stone above their heads.</w:t>
      </w:r>
    </w:p>
    <w:p>
      <w:r/>
    </w:p>
    <w:p>
      <w:r/>
      <w:r>
        <w:t>The two of them huddled behind the altar, a moment’s peace in the storm. Nate felt the blood soaking his shirt, every pulse weaker than the last, but he forced himself to reload the rifle and watch the line.</w:t>
      </w:r>
    </w:p>
    <w:p>
      <w:r/>
    </w:p>
    <w:p>
      <w:r/>
      <w:r>
        <w:t>The enemy was out there, waiting, patient as time.</w:t>
      </w:r>
    </w:p>
    <w:p>
      <w:r/>
    </w:p>
    <w:p>
      <w:r/>
      <w:r>
        <w:t>And somewhere, behind the pain and the pressure, was the knowledge that Abby’s only chance was to finish the ritual before either of them ran out of breath.</w:t>
      </w:r>
    </w:p>
    <w:p>
      <w:r/>
    </w:p>
    <w:p>
      <w:r/>
      <w:r>
        <w:t>Nate gripped her hand, squeezed, and locked eyes.</w:t>
      </w:r>
    </w:p>
    <w:p>
      <w:r/>
    </w:p>
    <w:p>
      <w:r/>
      <w:r>
        <w:t>“Do it,” he said, and meant it.</w:t>
      </w:r>
    </w:p>
    <w:p>
      <w:r/>
    </w:p>
    <w:p>
      <w:r/>
      <w:r>
        <w:t>The silence that followed was the sound of a world holding its breath.</w:t>
      </w:r>
    </w:p>
    <w:p>
      <w:r/>
    </w:p>
    <w:p>
      <w:r/>
    </w:p>
    <w:p>
      <w:r/>
      <w:r>
        <w:t># Scene 4</w:t>
      </w:r>
    </w:p>
    <w:p>
      <w:r/>
    </w:p>
    <w:p>
      <w:r/>
      <w:r>
        <w:t>Nate counted the seconds between shots. The mercenary above was patient, disciplined—he fired, waited for a response, then shifted position before firing again. It was a sniper’s logic: starve the target of options, then kill him when he moved.</w:t>
      </w:r>
    </w:p>
    <w:p>
      <w:r/>
    </w:p>
    <w:p>
      <w:r/>
      <w:r>
        <w:t>He waited for a lull, then rolled out from behind the altar, dragging his ruined leg with one hand and the captured rifle with the other. Abby was still there, knees planted, her focus locked on the disc. She’d blocked out the gunfire, the screaming wind, even the red haze of blood that now painted Nate’s shirt.</w:t>
      </w:r>
    </w:p>
    <w:p>
      <w:r/>
    </w:p>
    <w:p>
      <w:r/>
      <w:r>
        <w:t>He scanned the rim. The sniper had repositioned, moving up to a higher vantage, probably hoping for a clear shot if Nate broke cover.</w:t>
      </w:r>
    </w:p>
    <w:p>
      <w:r/>
    </w:p>
    <w:p>
      <w:r/>
      <w:r>
        <w:t>Nate had one advantage: he knew the trail, the hidden cracks in the rim where a man could move unseen. He used it now, crawling flat along a shelf of black glass and obsidian, every inch a negotiation with pain and the limits of his own endurance.</w:t>
      </w:r>
    </w:p>
    <w:p>
      <w:r/>
    </w:p>
    <w:p>
      <w:r/>
      <w:r>
        <w:t>He reached the lip of the caldera, close enough to see the sniper’s boots above, and waited. The rifle was empty now, but the Beretta had three rounds left. It would have to do.</w:t>
      </w:r>
    </w:p>
    <w:p>
      <w:r/>
    </w:p>
    <w:p>
      <w:r/>
      <w:r>
        <w:t>The sniper moved again, careful, boots planting with the deliberate caution of someone who’d trained for this moment a thousand times. Nate waited, counting the steps, then rolled up and fired once, twice, three times—spreading the shots. The first two missed, but the third caught the man in the thigh.</w:t>
      </w:r>
    </w:p>
    <w:p>
      <w:r/>
    </w:p>
    <w:p>
      <w:r/>
      <w:r>
        <w:t>The sniper jerked, fell, and landed hard on the stone. The rifle clattered away, out of reach. Nate crawled after, vision tunneling. He reached the sniper just as the man tried to regain his feet.</w:t>
      </w:r>
    </w:p>
    <w:p>
      <w:r/>
    </w:p>
    <w:p>
      <w:r/>
      <w:r>
        <w:t>There was no conversation, no pause for negotiation. The fight was all teeth and elbows and animal hatred. The sniper went for a combat knife; Nate caught the wrist, but the pain in his side flared white-hot and he almost let go. The man drove a knee into Nate’s ribs, and something inside Nate gave way—a crack, a tearing that turned the world black at the edges.</w:t>
      </w:r>
    </w:p>
    <w:p>
      <w:r/>
    </w:p>
    <w:p>
      <w:r/>
      <w:r>
        <w:t>He refused to let go.</w:t>
      </w:r>
    </w:p>
    <w:p>
      <w:r/>
    </w:p>
    <w:p>
      <w:r/>
      <w:r>
        <w:t>They tumbled together, rolling toward the drop, fingers locked around the knife, each man trying to wrench control. At the brink, Nate summoned everything left—every scrap of training, anger, and the hardwired will to finish—and slammed the sniper’s head against the basalt. Once, twice. The man went slack.</w:t>
      </w:r>
    </w:p>
    <w:p>
      <w:r/>
    </w:p>
    <w:p>
      <w:r/>
      <w:r>
        <w:t>They tumbled. The world became a blur of blue and black and cold, the impact of bone on stone repeated again and again, until finally the motion stopped and Nate found himself half-buried in a drift of volcanic gravel, the sniper sprawled motionless below.</w:t>
      </w:r>
    </w:p>
    <w:p>
      <w:r/>
    </w:p>
    <w:p>
      <w:r/>
      <w:r>
        <w:t>He gasped, every breath a stab. His side was on fire, ribs splintered, and his leg wouldn’t answer. But he was alive.</w:t>
      </w:r>
    </w:p>
    <w:p>
      <w:r/>
    </w:p>
    <w:p>
      <w:r/>
      <w:r>
        <w:t>He checked the sniper. The man was unconscious, bleeding from temple and leg, not a threat anymore.</w:t>
      </w:r>
    </w:p>
    <w:p>
      <w:r/>
    </w:p>
    <w:p>
      <w:r/>
      <w:r>
        <w:t>Nate forced himself upright, the world spinning, and looked back up the slope. He saw the altar—saw Abby, still there, her arms raised over the disc, the spiral now glowing with a light that defied the logic of sun and shadow.</w:t>
      </w:r>
    </w:p>
    <w:p>
      <w:r/>
    </w:p>
    <w:p>
      <w:r/>
      <w:r>
        <w:t>He wanted to laugh, but instead he coughed, the sound wet and dangerous.</w:t>
      </w:r>
    </w:p>
    <w:p>
      <w:r/>
    </w:p>
    <w:p>
      <w:r/>
      <w:r>
        <w:t>He’d done it. Bought the time.</w:t>
      </w:r>
    </w:p>
    <w:p>
      <w:r/>
    </w:p>
    <w:p>
      <w:r/>
      <w:r>
        <w:t>He dragged himself up, hands clawing at the scree, and began the slow, impossible climb back toward the only thing in the world that still mattered.</w:t>
      </w:r>
    </w:p>
    <w:p>
      <w:r/>
    </w:p>
    <w:p>
      <w:r/>
    </w:p>
    <w:p>
      <w:r/>
      <w:r>
        <w:t># Scene 5</w:t>
      </w:r>
    </w:p>
    <w:p>
      <w:r/>
    </w:p>
    <w:p>
      <w:r/>
      <w:r>
        <w:t>The body was a machine, and like all machines, it broke in predictable ways. Nate knew this in theory, but knowing didn’t make the crawl up the slope any less savage. His left hand was numb, fingers barely able to grip the stones; his right leg was deadweight. The wound at his side pulsed with every breath, and the blood loss sent the world into moments of gray-out where time skipped, then resumed in a different position.</w:t>
      </w:r>
    </w:p>
    <w:p>
      <w:r/>
    </w:p>
    <w:p>
      <w:r/>
      <w:r>
        <w:t>He forced himself to stop, rolled to his back, and pressed trembling hands to the wound. The shirt was already soaked through, so he tore it away, teeth clamped against the scream that wanted out. He packed the hole with the last of the elastic bandages, then tightened a makeshift tourniquet above the leg wound. When he moved again, the pain was bright enough to clear his vision, if only for a few seconds.</w:t>
      </w:r>
    </w:p>
    <w:p>
      <w:r/>
    </w:p>
    <w:p>
      <w:r/>
      <w:r>
        <w:t>He used them to check the ceremonial site.</w:t>
      </w:r>
    </w:p>
    <w:p>
      <w:r/>
    </w:p>
    <w:p>
      <w:r/>
      <w:r>
        <w:t>Abby was still there, a blue shadow in the new sun, her arms moving with the precision of a surgeon. The disc on the altar was no longer just a reflective surface—it was alive, lit from within, the spiral radiating a light that flickered in time with something deeper than pulse. The air above the altar shimmered, bending the shapes of the stones and trees behind it.</w:t>
      </w:r>
    </w:p>
    <w:p>
      <w:r/>
    </w:p>
    <w:p>
      <w:r/>
      <w:r>
        <w:t>Between them and the rim, the world was chaos. Caldwell’s last two men were closing from opposite flanks, moving careful but fast. Caldwell himself hung back, watching, a silhouette against the caldera’s edge.</w:t>
      </w:r>
    </w:p>
    <w:p>
      <w:r/>
    </w:p>
    <w:p>
      <w:r/>
      <w:r>
        <w:t>Nate sucked in a breath, tasted copper, and began to crawl again. He ignored the pain, the fatigue, even the buzzing at the edge of his hearing that said he was minutes from blackout. He moved with the logic of pure necessity—elbows and knees, each shift calculated to minimize time exposed to the sky.</w:t>
      </w:r>
    </w:p>
    <w:p>
      <w:r/>
    </w:p>
    <w:p>
      <w:r/>
      <w:r>
        <w:t>He reached the first boulder, pressed his body flat, and waited for the world to stop spinning.</w:t>
      </w:r>
    </w:p>
    <w:p>
      <w:r/>
    </w:p>
    <w:p>
      <w:r/>
      <w:r>
        <w:t>He heard them before he saw them. Caldwell’s men moved with the discipline of operators, talking only in clicks and hand signals. The first passed within three meters of Nate’s cover, and Nate tensed, ready to use his own blood as bait if it bought Abby another second.</w:t>
      </w:r>
    </w:p>
    <w:p>
      <w:r/>
    </w:p>
    <w:p>
      <w:r/>
      <w:r>
        <w:t>But the man didn’t see him. He moved past, silent, rifle up, eyes on the ceremonial site.</w:t>
      </w:r>
    </w:p>
    <w:p>
      <w:r/>
    </w:p>
    <w:p>
      <w:r/>
      <w:r>
        <w:t>Nate exhaled, a thin sound. The cold was seeping in now, not just at the wound but at the joints and the edges of thought.</w:t>
      </w:r>
    </w:p>
    <w:p>
      <w:r/>
    </w:p>
    <w:p>
      <w:r/>
      <w:r>
        <w:t>He waited, counting the seconds. When the second man passed, Nate shifted, rolling out and using the last of his strength to grab the man’s boot. The mercenary kicked back, but Nate held on, pulling himself up and around, using gravity and the slope to drag the man off-balance.</w:t>
      </w:r>
    </w:p>
    <w:p>
      <w:r/>
    </w:p>
    <w:p>
      <w:r/>
      <w:r>
        <w:t>The fight was over in a heartbeat. The mercenary twisted, tried to bring the rifle down, but Nate slammed the heel of his hand into the trigger guard, locking it. He used the edge of a rock to lever the man’s head back, then grabbed the rifle and used it like a club, the stock breaking clean across the man’s face.</w:t>
      </w:r>
    </w:p>
    <w:p>
      <w:r/>
    </w:p>
    <w:p>
      <w:r/>
      <w:r>
        <w:t>The world tilted. Nate blinked, found himself on top, the mercenary’s body limp beneath him. He didn’t wait to check for life—he just crawled forward, inch by inch, toward the only thing that mattered.</w:t>
      </w:r>
    </w:p>
    <w:p>
      <w:r/>
    </w:p>
    <w:p>
      <w:r/>
      <w:r>
        <w:t>Above, the light was changing. The blue of the disc was no longer just a color; it was a feeling, a pressure that made the bones in his skull vibrate. The air was colder, the wind sharper, and every breath felt like a slice of glass.</w:t>
      </w:r>
    </w:p>
    <w:p>
      <w:r/>
    </w:p>
    <w:p>
      <w:r/>
      <w:r>
        <w:t>He reached a break in the boulders and looked up.</w:t>
      </w:r>
    </w:p>
    <w:p>
      <w:r/>
    </w:p>
    <w:p>
      <w:r/>
      <w:r>
        <w:t>Caldwell was there, standing on the rim, hands folded behind his back. He watched Abby, eyes blank and clinical, as if observing a lab rat in an experiment.</w:t>
      </w:r>
    </w:p>
    <w:p>
      <w:r/>
    </w:p>
    <w:p>
      <w:r/>
      <w:r>
        <w:t>Nate tried to speak, but his mouth was full of blood and the taste of rust. He forced himself to keep moving, each crawl a negotiation with the end.</w:t>
      </w:r>
    </w:p>
    <w:p>
      <w:r/>
    </w:p>
    <w:p>
      <w:r/>
      <w:r>
        <w:t>The memory came unbidden: the mine in Jacksonville, Abby’s hands on his wrist, the voice that cut through the pain—Don’t be an idiot, just move. He remembered the way her eyes never left his, even as the world caved in. That was the tether, the thing that kept him from letting go.</w:t>
      </w:r>
    </w:p>
    <w:p>
      <w:r/>
    </w:p>
    <w:p>
      <w:r/>
      <w:r>
        <w:t>He hauled himself up the last ridge, scraping skin and bone across the jagged rock, and finally—finally—pulled himself to the edge of the ceremonial site.</w:t>
      </w:r>
    </w:p>
    <w:p>
      <w:r/>
    </w:p>
    <w:p>
      <w:r/>
      <w:r>
        <w:t>He saw Abby, hands on the disc, face lit with an unearthly glow. The blue was in her hair, on her skin, even in the whites of her eyes. She was chanting, or maybe just breathing, but the sound was too deep to be human.</w:t>
      </w:r>
    </w:p>
    <w:p>
      <w:r/>
    </w:p>
    <w:p>
      <w:r/>
      <w:r>
        <w:t>He saw Caldwell’s last man, advancing on her, rifle up.</w:t>
      </w:r>
    </w:p>
    <w:p>
      <w:r/>
    </w:p>
    <w:p>
      <w:r/>
      <w:r>
        <w:t>Nate didn’t think. He used the last bullet, aimed not at the man but at the ground near his feet. The round hit, sending up a plume of dust and glass. The mercenary turned, furious, but the hesitation was enough.</w:t>
      </w:r>
    </w:p>
    <w:p>
      <w:r/>
    </w:p>
    <w:p>
      <w:r/>
      <w:r>
        <w:t>Abby looked up, saw the danger, and twisted the disc.</w:t>
      </w:r>
    </w:p>
    <w:p>
      <w:r/>
    </w:p>
    <w:p>
      <w:r/>
      <w:r>
        <w:t>The world exploded.</w:t>
      </w:r>
    </w:p>
    <w:p>
      <w:r/>
    </w:p>
    <w:p>
      <w:r/>
      <w:r>
        <w:t>Not with light or heat, but with force—a pressure wave that knocked every sound and every thought out of the air. Nate was thrown back, hitting the ground so hard his vision went white.</w:t>
      </w:r>
    </w:p>
    <w:p>
      <w:r/>
    </w:p>
    <w:p>
      <w:r/>
      <w:r>
        <w:t>When the world returned, it was changed.</w:t>
      </w:r>
    </w:p>
    <w:p>
      <w:r/>
    </w:p>
    <w:p>
      <w:r/>
      <w:r>
        <w:t>The spiral was gone, the altar split in two. The light was gone, but in its place was a silence so complete it felt like being underwater. Abby was there, on her knees, hands pressed to the cold stone. The mercenary was gone—nothing but a dark stain on the pumice.</w:t>
      </w:r>
    </w:p>
    <w:p>
      <w:r/>
    </w:p>
    <w:p>
      <w:r/>
      <w:r>
        <w:t>Caldwell stood on the rim, face unreadable.</w:t>
      </w:r>
    </w:p>
    <w:p>
      <w:r/>
    </w:p>
    <w:p>
      <w:r/>
      <w:r>
        <w:t>Nate tried to rise, but his body was finished. He used the last of his energy to crawl toward Abby, dragging himself the final meters until he could touch her hand.</w:t>
      </w:r>
    </w:p>
    <w:p>
      <w:r/>
    </w:p>
    <w:p>
      <w:r/>
      <w:r>
        <w:t>She looked at him, eyes wide and wet with something like joy.</w:t>
      </w:r>
    </w:p>
    <w:p>
      <w:r/>
    </w:p>
    <w:p>
      <w:r/>
      <w:r>
        <w:t>“We did it,” she whispered.</w:t>
      </w:r>
    </w:p>
    <w:p>
      <w:r/>
    </w:p>
    <w:p>
      <w:r/>
      <w:r>
        <w:t>He smiled, or tried to. “You did.”</w:t>
      </w:r>
    </w:p>
    <w:p>
      <w:r/>
    </w:p>
    <w:p>
      <w:r/>
      <w:r>
        <w:t>She leaned down, pressed her forehead to his, and for a moment the pain went away.</w:t>
      </w:r>
    </w:p>
    <w:p>
      <w:r/>
    </w:p>
    <w:p>
      <w:r/>
      <w:r>
        <w:t>Above, the sky was blue, perfect and empty.</w:t>
      </w:r>
    </w:p>
    <w:p>
      <w:r/>
    </w:p>
    <w:p>
      <w:r/>
      <w:r>
        <w:t>Nate let himself rest, knowing the world was still turning, and that for the first time in his life, he’d left something better behind.</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