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Nate was dying. It was the first fact Abby let into her head when the blue-white light bled out and the world reset to something approximating silence.</w:t>
      </w:r>
    </w:p>
    <w:p>
      <w:r/>
    </w:p>
    <w:p>
      <w:r/>
      <w:r>
        <w:t>She knelt beside him on the threshold of the chamber—her knees pressed to ancient stone, the knees themselves numb, but the rest of her body alive with the dull, animal tremor of panic. The makeshift bandages (two elastic tourniquets, one shredded thermal, and a fistful of volcanic sand to staunch the side wound) were already saturated, leaking pink at the edges. His breath, when it came, was short and harsh, the kind of mechanical gasp that made her think of lab rats at the end of the protocol. The pulse was worse: shallow, thready, sometimes skipping a beat and making her brain stutter in sympathetic terror.</w:t>
      </w:r>
    </w:p>
    <w:p>
      <w:r/>
    </w:p>
    <w:p>
      <w:r/>
      <w:r>
        <w:t>She pressed down harder on the side wound, not because it would help, but because it gave her hands something to do while she ran the math—oxygenation, loss rate, time before collapse. The numbers were cruel. She tried anyway.</w:t>
      </w:r>
    </w:p>
    <w:p>
      <w:r/>
    </w:p>
    <w:p>
      <w:r/>
      <w:r>
        <w:t>The chamber around them was a geometry of violence and design. The stone walls angled in, forming a hexagon punctuated with embedded crystal veins that caught what little moonlight filtered down the volcanic shaft. Each facet was overlaid with glyphs, some chipped into the basalt, others inlaid with something reflective, catching the blue radiance of the disc as it cooled from its recent outburst. The spiral was everywhere—etched into the floor, scored into the stone arch above the entry, echoing in the veins of old blood on the altar.</w:t>
      </w:r>
    </w:p>
    <w:p>
      <w:r/>
    </w:p>
    <w:p>
      <w:r/>
      <w:r>
        <w:t>The air still hummed with energy, but now it was a tired hum, the buzz of spent capacitors in the seconds after blackout. Somewhere deeper in the tunnels, a clatter echoed—Caldwell’s last man, maybe, or just a slab shifting as the Well chewed through another microsecond of time. She catalogued the threat, then dismissed it. If they’d survived the ritual, they’d be dead from collapse or shock in ten minutes. No one was coming for them.</w:t>
      </w:r>
    </w:p>
    <w:p>
      <w:r/>
    </w:p>
    <w:p>
      <w:r/>
      <w:r>
        <w:t>Abby reached for the obsidian disc, which sat half in her lap, its surface already losing the heat of the activation. Even inert, it seemed to watch her, its spiral catching the angle of every photon that touched it. The artifact’s edge still gleamed, and for a second she saw her own face reflected: blood streaked down one cheek, hair matted to her skull, eyes gone hollow but wild with the knowledge of what she’d just done.</w:t>
      </w:r>
    </w:p>
    <w:p>
      <w:r/>
    </w:p>
    <w:p>
      <w:r/>
      <w:r>
        <w:t>She braced herself and, with her cleanest hand, checked Nate’s pupils. They responded, but slow. His face was gray-green, sweat beading on his brow and pooling under his chin. He mumbled something—a syllable, a name maybe—but the effort cost him, and he shuddered. She wiped his lips, then bent in close, letting her forehead touch his, the way her grandmother used to when the world was too much.</w:t>
      </w:r>
    </w:p>
    <w:p>
      <w:r/>
    </w:p>
    <w:p>
      <w:r/>
      <w:r>
        <w:t>She let the moment linger, if only to prove that she could, then tore herself away.</w:t>
      </w:r>
    </w:p>
    <w:p>
      <w:r/>
    </w:p>
    <w:p>
      <w:r/>
      <w:r>
        <w:t>The chamber was counting down to its next event, and she had minutes, if that.</w:t>
      </w:r>
    </w:p>
    <w:p>
      <w:r/>
    </w:p>
    <w:p>
      <w:r/>
      <w:r>
        <w:t>She pressed the disc to her own chest, feeling the dull warmth radiate through the filthy polypro and into her sternum. With her other hand, she felt along the floor for the groove—Vernon’s “terminus point”—where the spiral widened into a shallow depression lined with pitted glass. This was the socket. This was where the world pivoted.</w:t>
      </w:r>
    </w:p>
    <w:p>
      <w:r/>
    </w:p>
    <w:p>
      <w:r/>
      <w:r>
        <w:t>She remembered her grandmother’s hands: huge, gnarled, but precise as a surgeon’s. She remembered the stories, the ones about the “Well’s hunger” and the blue fire that never quite left the water of Crater Lake, even on cloudless days. She remembered Caleb, slouched in the back seat of the Subaru, reading aloud from a dog-eared field guide and insisting on finding the “geophysical anomaly” before sundown. She remembered every failure, every wasted trip, every dead end in the caves that made her doubt the pattern—until, finally, there was no other pattern left.</w:t>
      </w:r>
    </w:p>
    <w:p>
      <w:r/>
    </w:p>
    <w:p>
      <w:r/>
      <w:r>
        <w:t>She traced the spiral with her finger, feeling the tremor in her bones grow sharper as the moonlight slid down the shaft in measured increments. She heard the Well’s voice, not as a sound but as a pressure behind her eyes. It wanted an answer, and it wanted it now.</w:t>
      </w:r>
    </w:p>
    <w:p>
      <w:r/>
    </w:p>
    <w:p>
      <w:r/>
      <w:r>
        <w:t>She looked at Nate again—so still, his face the only anchor she had left to the surface world. “Hold on,” she whispered, the words raw. “Don’t you dare leave.”</w:t>
      </w:r>
    </w:p>
    <w:p>
      <w:r/>
    </w:p>
    <w:p>
      <w:r/>
      <w:r>
        <w:t>The disc caught the next band of light and flickered, just once, like an old cathode blinking to life. Abby steadied herself and lined the artifact’s spiral with the chamber’s etched channel, checking the angle against her watch. She remembered the numbers: lunar apex at 03:17, the phase window less than three minutes. The resonance had to be perfect, or the Well would eat its own tail and leave them with nothing but a cold, pretty corpse of a phenomenon.</w:t>
      </w:r>
    </w:p>
    <w:p>
      <w:r/>
    </w:p>
    <w:p>
      <w:r/>
      <w:r>
        <w:t>The discipline of her field training took over. She swept the site, recalibrated the disc’s placement, and checked her own work twice before committing. When the time came, she positioned the artifact, her hand trembling, and pressed it into the groove. It fit perfectly. The world stilled.</w:t>
      </w:r>
    </w:p>
    <w:p>
      <w:r/>
    </w:p>
    <w:p>
      <w:r/>
      <w:r>
        <w:t>For a heartbeat, nothing happened.</w:t>
      </w:r>
    </w:p>
    <w:p>
      <w:r/>
    </w:p>
    <w:p>
      <w:r/>
      <w:r>
        <w:t>Then the glyphs along the walls began to pulse, faint at first, then with the thudding rhythm of her own heart. The floor trembled, just enough to raise dust, and the depression at the center of the spiral started to glow—first a dirty blue, then white, then a color she had no name for but that filled every nerve with a sense of arrival.</w:t>
      </w:r>
    </w:p>
    <w:p>
      <w:r/>
    </w:p>
    <w:p>
      <w:r/>
      <w:r>
        <w:t>She crouched beside Nate, one hand pressed to his chest, the other bracing herself on the altar. She wanted to believe, for a second, that she was doing this for him, or for Caleb, or even for her own pride. But the truth was, she was doing it for the Well. For the question. For the chance to see what happened when you solved a puzzle so old that the universe itself had forgotten it was a puzzle.</w:t>
      </w:r>
    </w:p>
    <w:p>
      <w:r/>
    </w:p>
    <w:p>
      <w:r/>
      <w:r>
        <w:t>Above them, the moon cut through the final veil of the shaft, and the light exploded across the chamber, ricocheting off every mirrored glyph and crystal vein. The obsidian disc shuddered in its socket, the spiral turning on its own, a slow, elegant torque that made her breath catch.</w:t>
      </w:r>
    </w:p>
    <w:p>
      <w:r/>
    </w:p>
    <w:p>
      <w:r/>
      <w:r>
        <w:t>She reached out, not to touch, but to witness. The light climbed the wall, mapped the spiral, and for a moment the room was full of ghosts—faces, hands, lives caught in the echo of the mechanism. She saw Sarah, saw Caleb, saw even Vernon, their outlines stitched from blue fire and memory.</w:t>
      </w:r>
    </w:p>
    <w:p>
      <w:r/>
    </w:p>
    <w:p>
      <w:r/>
      <w:r>
        <w:t>She let herself grieve, just for a moment. Then she let the grief go.</w:t>
      </w:r>
    </w:p>
    <w:p>
      <w:r/>
    </w:p>
    <w:p>
      <w:r/>
      <w:r>
        <w:t>Abby leaned in, pressed her lips to Nate’s ear, and said, “It’s almost done. We’re almost home.”</w:t>
      </w:r>
    </w:p>
    <w:p>
      <w:r/>
    </w:p>
    <w:p>
      <w:r/>
      <w:r>
        <w:t>She placed her hands, as her grandmother had taught her, just inside the outer rim of the spiral, palms flat, fingers splayed. The stone was cold, the light hot. She let the difference burn through her, and she felt the world realign.</w:t>
      </w:r>
    </w:p>
    <w:p>
      <w:r/>
    </w:p>
    <w:p>
      <w:r/>
      <w:r>
        <w:t>The disc vibrated. The Well spoke.</w:t>
      </w:r>
    </w:p>
    <w:p>
      <w:r/>
    </w:p>
    <w:p>
      <w:r/>
      <w:r>
        <w:t>She was ready.</w:t>
      </w:r>
    </w:p>
    <w:p>
      <w:r/>
    </w:p>
    <w:p>
      <w:r/>
    </w:p>
    <w:p>
      <w:r/>
      <w:r>
        <w:t># Scene 2</w:t>
      </w:r>
    </w:p>
    <w:p>
      <w:r/>
    </w:p>
    <w:p>
      <w:r/>
      <w:r>
        <w:t>She had spent half her life denying the power of ritual, but in this moment Abby let herself become it. Her hands moved over the stone, not as a scientist, not as a skeptical inheritor, but as a technician servicing a device so old that its language had to be spoken in touch and intuition.</w:t>
      </w:r>
    </w:p>
    <w:p>
      <w:r/>
    </w:p>
    <w:p>
      <w:r/>
      <w:r>
        <w:t>The first step was calibration.</w:t>
      </w:r>
    </w:p>
    <w:p>
      <w:r/>
    </w:p>
    <w:p>
      <w:r/>
      <w:r>
        <w:t>She swept the spiral’s groove for debris, flicking out loose pebbles and old blood with the edge of her thumb. The depression at the center was warm to the touch, radiating a slow pulse that she matched, almost unconsciously, with the tempo of her own heartbeat. She set the disc gently, aligning its spiral with the underlying etching—a marriage of artifact and infrastructure, as if two fossilized creatures had recognized each other after a million years apart.</w:t>
      </w:r>
    </w:p>
    <w:p>
      <w:r/>
    </w:p>
    <w:p>
      <w:r/>
      <w:r>
        <w:t>The artifact shivered, a near-microscopic tremor that set the hairs along her wrist dancing. She felt the feedback, the way a live wire hums under insulation, and adjusted the orientation in fractions of a degree. Her fingers, despite the tremor in her muscles, performed with surgical certainty.</w:t>
      </w:r>
    </w:p>
    <w:p>
      <w:r/>
    </w:p>
    <w:p>
      <w:r/>
      <w:r>
        <w:t>When the fit was perfect, the Well rewarded her with a resonance—a subtle but pervasive hum that seemed to come from the air itself.</w:t>
      </w:r>
    </w:p>
    <w:p>
      <w:r/>
    </w:p>
    <w:p>
      <w:r/>
      <w:r>
        <w:t>Abby closed her eyes and let the next wave hit her.</w:t>
      </w:r>
    </w:p>
    <w:p>
      <w:r/>
    </w:p>
    <w:p>
      <w:r/>
      <w:r>
        <w:t>Caleb, of course, was first. He arrived uninvited, a flicker in the dark, his face illuminated by the memory of sodium arc lights in a laboratory none of their peers had ever seen. He was so young in this memory, so thin and kinetic, his hands stained with ink and graphite and whatever else he could steal from the storerooms for his experiments. He was talking about the vortex, again, the way the field lines curved in impossible trajectories around the Well’s core, his voice a mix of awe and apology.</w:t>
      </w:r>
    </w:p>
    <w:p>
      <w:r/>
    </w:p>
    <w:p>
      <w:r/>
      <w:r>
        <w:t>She saw his fingers, how they twitched with every thought, how the scars on his knuckles matched the ones on hers—family tradition. She remembered the way he’d looked at her the night before he vanished, eyes wild with the certainty of the pattern but ringed with the dread of knowing he’d have to chase it alone. She remembered every word of his warning: Don’t trust the math alone. It’s not enough. There’s something underneath.</w:t>
      </w:r>
    </w:p>
    <w:p>
      <w:r/>
    </w:p>
    <w:p>
      <w:r/>
      <w:r>
        <w:t>The disc grew hot under her hand, demanding her attention. Abby snapped back to the present and adjusted again, this time aligning the artifact’s beveled edge to the second set of chamber marks. The walls responded, their glyphs blooming with faint light as the resonance increased.</w:t>
      </w:r>
    </w:p>
    <w:p>
      <w:r/>
    </w:p>
    <w:p>
      <w:r/>
      <w:r>
        <w:t>Second step: synchronization.</w:t>
      </w:r>
    </w:p>
    <w:p>
      <w:r/>
    </w:p>
    <w:p>
      <w:r/>
      <w:r>
        <w:t>She braced herself with the other hand, pressing palm to the altar’s surface, letting the cold stone drain the excess adrenaline from her blood. The air in the chamber thickened, oxygen vanishing as if the Well had decided to draw every living molecule into itself. She felt her chest tighten, her breath shortening, and in the hypoxic haze the next memory came.</w:t>
      </w:r>
    </w:p>
    <w:p>
      <w:r/>
    </w:p>
    <w:p>
      <w:r/>
      <w:r>
        <w:t>Her grandmother, Sarah, was a presence more than a person. Even when alive, the woman had haunted every room she entered, her voice never rising above a stage whisper but carrying the force of command in every syllable. Abby remembered the way Sarah’s hands, ruined by arthritis and time, would still perform the ceremonial gestures with military precision. She remembered the warmth of those hands when they rested on her own—guiding, correcting, always gentle even when the words were not.</w:t>
      </w:r>
    </w:p>
    <w:p>
      <w:r/>
    </w:p>
    <w:p>
      <w:r/>
      <w:r>
        <w:t>She heard Sarah’s voice now, a perfect recall: The Well is a hunger. You cannot fill it, only teach it to remember. You have to want it to remember you.</w:t>
      </w:r>
    </w:p>
    <w:p>
      <w:r/>
    </w:p>
    <w:p>
      <w:r/>
      <w:r>
        <w:t>She wanted it, more than anything.</w:t>
      </w:r>
    </w:p>
    <w:p>
      <w:r/>
    </w:p>
    <w:p>
      <w:r/>
      <w:r>
        <w:t>The disc began to vibrate, not just at the surface but in the space around it. The altar picked up the hum and transmitted it through the stone, into Abby’s forearms, her shoulders, her teeth. She became a tuning fork for the mechanism, a receiver for a signal older than language.</w:t>
      </w:r>
    </w:p>
    <w:p>
      <w:r/>
    </w:p>
    <w:p>
      <w:r/>
      <w:r>
        <w:t>She glanced at Nate, half-expecting him to wake and bear witness. He did not. His body was still, the shallow rise and fall of his chest the only evidence he had not yet joined the Well’s collection of stories.</w:t>
      </w:r>
    </w:p>
    <w:p>
      <w:r/>
    </w:p>
    <w:p>
      <w:r/>
      <w:r>
        <w:t>Abby turned back to the work, letting the rising light of the glyphs paint the underside of her arms in ghostly blue. The pulse was now unmistakably hers—every beat of her heart matched by a flare on the chamber walls, the effect recursive, accelerating. The world narrowed to the disc, the groove, and the points of contact where her flesh met stone.</w:t>
      </w:r>
    </w:p>
    <w:p>
      <w:r/>
    </w:p>
    <w:p>
      <w:r/>
      <w:r>
        <w:t>She checked the time. Lunar apex in seconds. No margin left for error.</w:t>
      </w:r>
    </w:p>
    <w:p>
      <w:r/>
    </w:p>
    <w:p>
      <w:r/>
      <w:r>
        <w:t>Third step: intent.</w:t>
      </w:r>
    </w:p>
    <w:p>
      <w:r/>
    </w:p>
    <w:p>
      <w:r/>
      <w:r>
        <w:t>She reached for the final alignment node—a knuckle-sized chunk of fused glass, excavated from a mine collapse thirty years before. It was a relic, passed down, meant to lock the disc in place for the closing of the cycle. She held it in her left hand, the same hand that still bore the scar from when she and Caleb had fought over a field journal in the attic, and set it at the rim of the spiral, exactly where Sarah had told her.</w:t>
      </w:r>
    </w:p>
    <w:p>
      <w:r/>
    </w:p>
    <w:p>
      <w:r/>
      <w:r>
        <w:t>She paused, the Well’s voice now a chorus in her head. For a second, she was seven again, sitting in her grandmother’s lap as the rain battered the roof, hearing stories about the time before time. She was eighteen, fighting with Caleb in the back seat, the scar on her hand still bleeding. She was thirty-three, kneeling in a stone room under a dead volcano, the only thing between Nate and oblivion.</w:t>
      </w:r>
    </w:p>
    <w:p>
      <w:r/>
    </w:p>
    <w:p>
      <w:r/>
      <w:r>
        <w:t>She placed the node. The disc snapped into alignment, the spiral locking with a sound like a deep exhale. The light from the glyphs went from pulse to steady burn, and the resonance became a single, pure note that filled the chamber, her skull, the world.</w:t>
      </w:r>
    </w:p>
    <w:p>
      <w:r/>
    </w:p>
    <w:p>
      <w:r/>
      <w:r>
        <w:t>Abby pressed her palm to the disc, leaned in, and whispered, “This is for you, Caleb.”</w:t>
      </w:r>
    </w:p>
    <w:p>
      <w:r/>
    </w:p>
    <w:p>
      <w:r/>
      <w:r>
        <w:t>She looked at Nate, and the words that followed were silent, but as true as anything she’d ever said.</w:t>
      </w:r>
    </w:p>
    <w:p>
      <w:r/>
    </w:p>
    <w:p>
      <w:r/>
      <w:r>
        <w:t>And for us.</w:t>
      </w:r>
    </w:p>
    <w:p>
      <w:r/>
    </w:p>
    <w:p>
      <w:r/>
      <w:r>
        <w:t>She closed her eyes and waited for the Well to answer.</w:t>
      </w:r>
    </w:p>
    <w:p>
      <w:r/>
    </w:p>
    <w:p>
      <w:r/>
    </w:p>
    <w:p>
      <w:r/>
      <w:r>
        <w:t># Scene 3</w:t>
      </w:r>
    </w:p>
    <w:p>
      <w:r/>
    </w:p>
    <w:p>
      <w:r/>
      <w:r>
        <w:t>At lunar apex, the Well woke.</w:t>
      </w:r>
    </w:p>
    <w:p>
      <w:r/>
    </w:p>
    <w:p>
      <w:r/>
      <w:r>
        <w:t>The obsidian disc vibrated in its groove, the spiral tracing itself faster than the eye could follow. Abby braced both hands on the altar, feeling the force build under her palms, up her arms, through her spine and into her jaw. The air inside the chamber thickened until it was no longer air but a compressive field, pressing her lungs flat with every breath.</w:t>
      </w:r>
    </w:p>
    <w:p>
      <w:r/>
    </w:p>
    <w:p>
      <w:r/>
      <w:r>
        <w:t>The blue-white glow at the center of the disc intensified, bleeding outward, pulsing in rhythm with a heartbeat that could not possibly be hers. She gritted her teeth and held her ground, sweat mixing with blood, the chill of the room replaced by a radiance that bordered on the molecular. She tasted electricity on her tongue.</w:t>
      </w:r>
    </w:p>
    <w:p>
      <w:r/>
    </w:p>
    <w:p>
      <w:r/>
      <w:r>
        <w:t>Wind surged from nowhere, swirling around the chamber in a tightening spiral. Dust and grit lifted, then began to orbit the altar, forming a halo that snapped and flickered with static. Abby’s hair tore free from its binding, lashing her face, her vision reduced to flashes of blue and the insistent, hypnotic curve of the spiral.</w:t>
      </w:r>
    </w:p>
    <w:p>
      <w:r/>
    </w:p>
    <w:p>
      <w:r/>
      <w:r>
        <w:t>Above her, the moonlight reached the axis of the shaft and for an instant every glyph in the room ignited, an unbroken chain of symbols burning through stone and memory. The light ran circuits along the walls, connecting ancient equations with fresh blood, then arced to the altar, the disc, and—she realized in a moment of perfect, terrified clarity—her own outstretched hands.</w:t>
      </w:r>
    </w:p>
    <w:p>
      <w:r/>
    </w:p>
    <w:p>
      <w:r/>
      <w:r>
        <w:t>The hum became a roar, then a silence so profound it bent the shape of the world. In that silence, Abby’s mind fractured into a thousand pieces: She was seven, clutching her grandmother’s hand in a basement full of floodwater, listening to the thunder shake the beams overhead. She was eighteen, arms wrapped around Caleb’s shaking shoulders the night he called from the university, voice gone to static with fear. She was here, now, alone in the dark, the last living witness to the ritual her family had chased for generations.</w:t>
      </w:r>
    </w:p>
    <w:p>
      <w:r/>
    </w:p>
    <w:p>
      <w:r/>
      <w:r>
        <w:t>The disc hovered, levitating a full inch above the altar. Abby’s hands hovered with it, not touching, but connected by the lacework of ionized air and the history written into her bones.</w:t>
      </w:r>
    </w:p>
    <w:p>
      <w:r/>
    </w:p>
    <w:p>
      <w:r/>
      <w:r>
        <w:t>She felt the pressure build to a breaking point. Her muscles screamed, her skin ablaze with contact currents, but she refused to let go. She stared into the light until her retinas burned, until the edges of the world receded and there was nothing left but the voice of the Well, and her own.</w:t>
      </w:r>
    </w:p>
    <w:p>
      <w:r/>
    </w:p>
    <w:p>
      <w:r/>
      <w:r>
        <w:t>She spoke, though she could not hear herself over the impossible sound.</w:t>
      </w:r>
    </w:p>
    <w:p>
      <w:r/>
    </w:p>
    <w:p>
      <w:r/>
      <w:r>
        <w:t>“Remember us,” she said.</w:t>
      </w:r>
    </w:p>
    <w:p>
      <w:r/>
    </w:p>
    <w:p>
      <w:r/>
      <w:r>
        <w:t>The Well answered, not in words, but in a pulse: a single, perfect note that rang through every cell, every wall, every survivor on the island. The blue-white light contracted, imploded into the spiral, then burst outward in a shockwave so physical it knocked Abby back, hard, sending her sprawling across the chamber floor. The wind died. The glow faded.</w:t>
      </w:r>
    </w:p>
    <w:p>
      <w:r/>
    </w:p>
    <w:p>
      <w:r/>
      <w:r>
        <w:t>In the sudden dark, she heard bodies hit the ground—the last of Caldwell’s men, finally slack, their weapons clattering uselessly to the stone. The only other sound was her own ragged breath, and the slow tick of blood dripping from her palm to the floor.</w:t>
      </w:r>
    </w:p>
    <w:p>
      <w:r/>
    </w:p>
    <w:p>
      <w:r/>
      <w:r>
        <w:t>She blinked, letting her vision recalibrate. The disc still hovered, spinning in lazy defiance of gravity, the blue fire now a gentle aura instead of a weapon. The glyphs on the wall cycled down from burn to pulse, then faded to a cold, dignified afterglow.</w:t>
      </w:r>
    </w:p>
    <w:p>
      <w:r/>
    </w:p>
    <w:p>
      <w:r/>
      <w:r>
        <w:t>Abby rolled to her hands and knees, coughing the dust from her throat. Her body ached—her joints, her back, the root of every tooth. She dragged herself forward, ignoring the tremor in her arms, and reached for the disc. It settled back into the socket as if nothing had ever happened, the spiral at rest.</w:t>
      </w:r>
    </w:p>
    <w:p>
      <w:r/>
    </w:p>
    <w:p>
      <w:r/>
      <w:r>
        <w:t>She pivoted, crawling to Nate. His body was where she left it, but now the color was gone from his face, replaced by the flat gray that only meant one thing. She choked on the knowledge, refusing to accept it.</w:t>
      </w:r>
    </w:p>
    <w:p>
      <w:r/>
    </w:p>
    <w:p>
      <w:r/>
      <w:r>
        <w:t>She tore away the blood-soaked bandage from his side, pressed her hand to the wound, then to his chest. His heart was still, or so faint she couldn’t find it. She pressed harder, pinched his nose and forced a breath into his mouth, then another, the taste of blood and ozone overwhelming her senses.</w:t>
      </w:r>
    </w:p>
    <w:p>
      <w:r/>
    </w:p>
    <w:p>
      <w:r/>
      <w:r>
        <w:t>“Nate!” she screamed, the word ricocheting off the stone and vanishing into the dead air.</w:t>
      </w:r>
    </w:p>
    <w:p>
      <w:r/>
    </w:p>
    <w:p>
      <w:r/>
      <w:r>
        <w:t>She slapped his chest, once, twice, the way she’d been taught. She willed him to come back.</w:t>
      </w:r>
    </w:p>
    <w:p>
      <w:r/>
    </w:p>
    <w:p>
      <w:r/>
      <w:r>
        <w:t>Nothing.</w:t>
      </w:r>
    </w:p>
    <w:p>
      <w:r/>
    </w:p>
    <w:p>
      <w:r/>
      <w:r>
        <w:t>She collapsed beside him, face pressed to his, her tears stinging the cut on her cheek. She pounded the floor in fury, in grief, in pure refusal to let the story end this way.</w:t>
      </w:r>
    </w:p>
    <w:p>
      <w:r/>
    </w:p>
    <w:p>
      <w:r/>
      <w:r>
        <w:t>For a long time, nothing happened.</w:t>
      </w:r>
    </w:p>
    <w:p>
      <w:r/>
    </w:p>
    <w:p>
      <w:r/>
      <w:r>
        <w:t>Then, in the blue afterglow, Nate’s chest twitched. Once. Then again.</w:t>
      </w:r>
    </w:p>
    <w:p>
      <w:r/>
    </w:p>
    <w:p>
      <w:r/>
      <w:r>
        <w:t>She sat up, eyes wide, and watched as the rhythm returned—irregular, weak, but real. His lips parted, and a long, slow breath rattled from his lungs.</w:t>
      </w:r>
    </w:p>
    <w:p>
      <w:r/>
    </w:p>
    <w:p>
      <w:r/>
      <w:r>
        <w:t>She cupped his face in both hands, not trusting her voice, and watched as the color crept back into his skin. His eyes fluttered, rolled, then fixed on her with the confused, defiant focus she remembered from the Jacksonville cave-in.</w:t>
      </w:r>
    </w:p>
    <w:p>
      <w:r/>
    </w:p>
    <w:p>
      <w:r/>
      <w:r>
        <w:t>He tried to speak, failed, then managed a single syllable: “Cold.”</w:t>
      </w:r>
    </w:p>
    <w:p>
      <w:r/>
    </w:p>
    <w:p>
      <w:r/>
      <w:r>
        <w:t>She laughed, the sound broken and unrecognizable, and dragged him upright, clutching him to her with all the strength she had left.</w:t>
      </w:r>
    </w:p>
    <w:p>
      <w:r/>
    </w:p>
    <w:p>
      <w:r/>
      <w:r>
        <w:t>The obsidian disc sat at the center of the altar, spiral still, the Well at peace for the first time in a hundred years.</w:t>
      </w:r>
    </w:p>
    <w:p>
      <w:r/>
    </w:p>
    <w:p>
      <w:r/>
      <w:r>
        <w:t>Abby buried her face in Nate’s hair, breathed in the scent of blood and sweat and ozone, and let herself believe, just for a moment, that the world had let her win.</w:t>
      </w:r>
    </w:p>
    <w:p>
      <w:r/>
    </w:p>
    <w:p>
      <w:r/>
      <w:r>
        <w:t>Outside, the moon set behind the rim of the caldera. In the chamber below, two survivors held each other, alive and unbroken, and waited for the new day to begin.</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