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It started with the pain.</w:t>
      </w:r>
    </w:p>
    <w:p>
      <w:r/>
    </w:p>
    <w:p>
      <w:r/>
      <w:r>
        <w:t>Not the kind that shrieked in all-caps, but a feral, tooth-on-wire kind of agony—a message without language, muscle memory and marrow code. Nate lay splayed across the volcanic glass, one leg bent at a mathematically incorrect angle, the other stretched and twitching with the electrical misfires of dying tissue. He felt the fracture in his ribs not as a set of points, but as a lattice of spiderwebs, sticky with blood that seeped from beneath the makeshift bandage and painted the ancient basalt in finger-wide rivers. He could taste iron on the back of his tongue, could taste the old cave dust, could taste the cordite ghosts of Caldwell’s men and his own slow, deliberate disassembly.</w:t>
      </w:r>
    </w:p>
    <w:p>
      <w:r/>
    </w:p>
    <w:p>
      <w:r/>
      <w:r>
        <w:t>For a minute—two?—he just catalogued sensation. The cold was not really cold; the blue-white light from the disc ate every other temperature, every familiar gradient. His hands, twitching like drunk spiders, kept moving of their own accord, pawing at the ground, reaching for something that was always a few centimeters out of reach. He registered that as funny, or maybe as humiliating. In the end, it was all the same.</w:t>
      </w:r>
    </w:p>
    <w:p>
      <w:r/>
    </w:p>
    <w:p>
      <w:r/>
      <w:r>
        <w:t>He could hear Abby, her voice a tight-wire thing that vibrated along the walls and into his ear canal. She was somewhere near the altar, arms windmilling in that stubborn, stubborn way of hers, bent over the disc and reciting the old math like it was catechism. He wanted to call out, wanted to warn her that they were running out of time, but the best he managed was a blood-choked grunt that tasted like pennies and regret.</w:t>
      </w:r>
    </w:p>
    <w:p>
      <w:r/>
    </w:p>
    <w:p>
      <w:r/>
      <w:r>
        <w:t>He pressed a palm to the floor, tried to lever himself upright, and made it maybe half a centimeter before his arm buckled and his face smacked the rock. The impact blurred his vision for a full thirty seconds. When it cleared, he saw the world not as a world but as a looping GIF: the blue light, the haze of dust, Abby’s silhouette shuddering with every syllable, the spiral on the altar twitching like the iris of a live thing.</w:t>
      </w:r>
    </w:p>
    <w:p>
      <w:r/>
    </w:p>
    <w:p>
      <w:r/>
      <w:r>
        <w:t>He blinked, slow. His eyelids stuck together, then peeled apart with the tactile sensation of tape on old skin. He wondered, in a very detached way, if he was already dead, and if so, whether death was supposed to be this embarrassing.</w:t>
      </w:r>
    </w:p>
    <w:p>
      <w:r/>
    </w:p>
    <w:p>
      <w:r/>
      <w:r>
        <w:t>Above him, the ceiling of the chamber went wild. Glyphs etched into the basalt lit up in sequence, each one burning an afterimage onto his retinas before fading to ghost. The spiral motif repeated everywhere—in the dust, in the blood, in the way the rock fractured under centuries of pressure. The room was a cylinder, maybe ten meters across at its widest, every surface mapped and weaponized for resonance. He imagined the sound the Well must have made in the old days, before the water and the silence, before anyone thought to drown a god.</w:t>
      </w:r>
    </w:p>
    <w:p>
      <w:r/>
    </w:p>
    <w:p>
      <w:r/>
      <w:r>
        <w:t>He tried to remember how they’d gotten here. The fight on the rim had been short, ugly, and nothing like the heroics of the movies. He’d killed a man with a chunk of obsidian. The man’s head had come apart in slow motion, and in the space between the hit and the collapse, Nate had time to realize that the man was just a contractor—someone who would have hated being called a mercenary, someone who probably had a cat or a kid or a favorite brand of instant ramen. Then the pain. Then the run. Then the cave, and the crawl, and Abby dragging him down the shaft with a grip so tight he could feel her bones through the gloves.</w:t>
      </w:r>
    </w:p>
    <w:p>
      <w:r/>
    </w:p>
    <w:p>
      <w:r/>
      <w:r>
        <w:t>He looked for her now, found her across the chamber, a hunched figure painted in the radioactive blue of the Well. She moved with the same precision as Vernon, but with a violence that was all her own. He watched her slap the disc into the socket, then wrench it back out, then slam it again, as if force alone would make the geometry behave.</w:t>
      </w:r>
    </w:p>
    <w:p>
      <w:r/>
    </w:p>
    <w:p>
      <w:r/>
      <w:r>
        <w:t>He loved her for that.</w:t>
      </w:r>
    </w:p>
    <w:p>
      <w:r/>
    </w:p>
    <w:p>
      <w:r/>
      <w:r>
        <w:t>He tried to say so, but the words got lost somewhere in his chest, tangled in blood and the urge to black out. Instead, he listened to the Well, to the way the spiral on the altar seemed to amplify every noise, every breath and heartbeat and whispered curse. The hum of the vortex was no longer a hum—it was a pressure, a direction, a gravity that pulled not just on mass but on intent. He felt himself drifting toward it, the way you drift toward sleep when the fight is over.</w:t>
      </w:r>
    </w:p>
    <w:p>
      <w:r/>
    </w:p>
    <w:p>
      <w:r/>
      <w:r>
        <w:t>He forced his eyes to stay open, forced himself to watch. There was a story here, a sequence of events, and if he couldn’t finish it, he wanted at least to witness the ending.</w:t>
      </w:r>
    </w:p>
    <w:p>
      <w:r/>
    </w:p>
    <w:p>
      <w:r/>
      <w:r>
        <w:t>The Well flared, blue on blue, and the glyphs on the wall snapped into a new pattern. For a second, he saw faces in the light—Caleb, maybe, or Vernon, or just the ghosts of everyone who’d ever tried to unlock the thing and failed. He saw Abby’s hands, palms bleeding where the sharp edge of the disc had cut her, her hair plastered to her forehead by sweat and the mist that now condensed around the altar. He watched her mouth the numbers, her lips moving in a rhythm that didn’t match the spiral, didn’t match any metric he’d ever learned, but felt right, anyway.</w:t>
      </w:r>
    </w:p>
    <w:p>
      <w:r/>
    </w:p>
    <w:p>
      <w:r/>
      <w:r>
        <w:t>He laughed, or maybe just coughed. Blood trickled down his chin, pooling at the base of his throat.</w:t>
      </w:r>
    </w:p>
    <w:p>
      <w:r/>
    </w:p>
    <w:p>
      <w:r/>
      <w:r>
        <w:t>The magnetic field in the chamber spiked, a spike so hard and sharp that it locked every muscle in his body for a fraction of a second. He heard his teeth crack, felt his jaw pop. His hands curled into claws, nails gouging lines in the basalt. He thought of the first time he’d ever felt a field like this: a high school physics lab, the teacher showing them how to pick up steel shavings with a cheap ceramic magnet, the way the shavings trembled and jumped, the way the magnet itself groaned if you listened close enough.</w:t>
      </w:r>
    </w:p>
    <w:p>
      <w:r/>
    </w:p>
    <w:p>
      <w:r/>
      <w:r>
        <w:t>He wondered if that was what he was now—a filing, a thing waiting to be collected.</w:t>
      </w:r>
    </w:p>
    <w:p>
      <w:r/>
    </w:p>
    <w:p>
      <w:r/>
      <w:r>
        <w:t>The blue light shifted, went white, then black, then returned as a color he had no name for. He watched the world strobe, on-off-on, and realized that Abby was close, now, close enough to finish the sequence. He willed her to hurry, willed her to save herself even if he couldn’t follow.</w:t>
      </w:r>
    </w:p>
    <w:p>
      <w:r/>
    </w:p>
    <w:p>
      <w:r/>
      <w:r>
        <w:t>He closed his eyes for a moment, just a moment, and the memories came:</w:t>
      </w:r>
    </w:p>
    <w:p>
      <w:r/>
    </w:p>
    <w:p>
      <w:r/>
      <w:r>
        <w:t>Jacksonville, the air hot and sweet with rot and old diesel, the tunnels caving in as Abby pulled him out by the wrist. The Klamath caves, the taste of lakewater and the certainty that they would both die cold and wet and alone. The summer at Vernon’s, the taste of peach ice cream and the smell of ozone as they built the first little model of the Well from twisted wire and a slice of chert.</w:t>
      </w:r>
    </w:p>
    <w:p>
      <w:r/>
    </w:p>
    <w:p>
      <w:r/>
      <w:r>
        <w:t>He opened his eyes again, fought through the blur. Abby was at the altar, her hands flat on the disc, her whole body trembling with the effort of it. The Well was waking, and he wanted to see what happened next.</w:t>
      </w:r>
    </w:p>
    <w:p>
      <w:r/>
    </w:p>
    <w:p>
      <w:r/>
      <w:r>
        <w:t>He found the strength to prop himself up on one elbow, ignoring the way his shoulder made noises like breaking twigs. The pain was still there, but it had been downgraded from existential to merely catastrophic. He focused on the spiral, watched the way the blue glow pulsed in time with Abby’s breathing.</w:t>
      </w:r>
    </w:p>
    <w:p>
      <w:r/>
    </w:p>
    <w:p>
      <w:r/>
      <w:r>
        <w:t>He tried to speak her name, but his tongue was a rock, his throat a canyon. He settled for the look, the one that said, I am here. I am with you. Do it.</w:t>
      </w:r>
    </w:p>
    <w:p>
      <w:r/>
    </w:p>
    <w:p>
      <w:r/>
      <w:r>
        <w:t>The Well responded. The spiral on the altar lifted, levitating a full inch above the rock, blue fire spinning off its edges. The glyphs on the wall went nova, burning so bright they cut through the blur and etched themselves into his mind. He felt the resonance in his teeth, in the bones of his skull, in the wound at his side. Every part of him vibrated with the possibility of something new.</w:t>
      </w:r>
    </w:p>
    <w:p>
      <w:r/>
    </w:p>
    <w:p>
      <w:r/>
      <w:r>
        <w:t>He heard Abby scream—a single, perfect note of defiance and arrival. She slammed the disc into place, locked it, and for a heartbeat, the chamber was silent.</w:t>
      </w:r>
    </w:p>
    <w:p>
      <w:r/>
    </w:p>
    <w:p>
      <w:r/>
      <w:r>
        <w:t>Then the world shattered.</w:t>
      </w:r>
    </w:p>
    <w:p>
      <w:r/>
    </w:p>
    <w:p>
      <w:r/>
      <w:r>
        <w:t>The blue light became a shockwave, punching through the rock and the air and whatever thin barrier there was between him and the next thing. Nate felt himself lifted off the ground, the pain erased by a wave of nothing, a perfect zero. He thought, for one perfect moment, that he could see everything: the pattern in the spiral, the logic in the glyphs, the shape of the story as it finally snapped into place.</w:t>
      </w:r>
    </w:p>
    <w:p>
      <w:r/>
    </w:p>
    <w:p>
      <w:r/>
      <w:r>
        <w:t>He thought of Abby, her face lit by the impossible blue. He thought of Vernon, proud and angry and right. He thought of the Well, not as a thing to be solved, but as a hunger, a question that needed only to be witnessed.</w:t>
      </w:r>
    </w:p>
    <w:p>
      <w:r/>
    </w:p>
    <w:p>
      <w:r/>
      <w:r>
        <w:t>He let himself go.</w:t>
      </w:r>
    </w:p>
    <w:p>
      <w:r/>
    </w:p>
    <w:p>
      <w:r/>
      <w:r>
        <w:t>The world went white, then black, then blue again, and in the space between heartbeats, Nate found the answer he’d always wanted:</w:t>
      </w:r>
    </w:p>
    <w:p>
      <w:r/>
    </w:p>
    <w:p>
      <w:r/>
      <w:r>
        <w:t>It was enough to have been there. It was enough to see her win.</w:t>
      </w:r>
    </w:p>
    <w:p>
      <w:r/>
    </w:p>
    <w:p>
      <w:r/>
      <w:r>
        <w:t>He let himself fall, knowing that for the first time in his life, the story wasn’t his alone.</w:t>
      </w:r>
    </w:p>
    <w:p>
      <w:r/>
    </w:p>
    <w:p>
      <w:r/>
    </w:p>
    <w:p>
      <w:r/>
      <w:r>
        <w:t># Scene 2</w:t>
      </w:r>
    </w:p>
    <w:p>
      <w:r/>
    </w:p>
    <w:p>
      <w:r/>
      <w:r>
        <w:t>She had never felt more flayed, more completely peeled from the inside out.</w:t>
      </w:r>
    </w:p>
    <w:p>
      <w:r/>
    </w:p>
    <w:p>
      <w:r/>
      <w:r>
        <w:t>Abby gripped the altar with both hands, knuckles white where the blood had yet to pool beneath the nails. The obsidian disc trembled between her palms, radiating a wrongness that somehow resolved into an invitation, a demand to be wielded. Each breath burned her throat with ozone and the metallic taste of ionized air. She focused on the floor, not daring to look at the carnage around the chamber’s perimeter, not even allowing herself to glance at Nate’s body where it had crumpled against the wall, an equation solved to its only possible end.</w:t>
      </w:r>
    </w:p>
    <w:p>
      <w:r/>
    </w:p>
    <w:p>
      <w:r/>
      <w:r>
        <w:t>She remembered the exact sequence: place the disc, rotate until the spiral is in phase with the cardinal glyphs, apply pressure at the terminus, then—if the old bastard’s notes were right—wait for the answer.</w:t>
      </w:r>
    </w:p>
    <w:p>
      <w:r/>
    </w:p>
    <w:p>
      <w:r/>
      <w:r>
        <w:t>Her left hand slipped as the disc bucked, trying to wrench itself from her grip. The spiral inlaid on its surface glowed blue, as if it was being backlit by the moon itself, but the shadows cast on the floor flickered and ran in all directions, multiplying with every second. The glyphs carved into the basalt shimmered, then began to pulse, one after the other, a ripple of cold fire circling the room.</w:t>
      </w:r>
    </w:p>
    <w:p>
      <w:r/>
    </w:p>
    <w:p>
      <w:r/>
      <w:r>
        <w:t>Abby steeled herself against the vertigo. She was the center of a centrifuge, the room spinning around her while she alone remained fixed, the only thing standing between the Well’s hunger and whatever came next.</w:t>
      </w:r>
    </w:p>
    <w:p>
      <w:r/>
    </w:p>
    <w:p>
      <w:r/>
      <w:r>
        <w:t>The field built around her, palpable, so strong her hair floated in a static halo, lifting in time with the rising hum from the altar. Sweat stung her eyes, ran down her spine in cold rivers, soaked the elastic waistband of her pants. Every loose metal object in her pockets—pen, coil of wire, even the zipper pulls—rattled and danced, trying to launch into orbit. The drone she’d abandoned near the entryway did a slow pirouette across the stone, one propeller twitching to life with every spike in the EM.</w:t>
      </w:r>
    </w:p>
    <w:p>
      <w:r/>
    </w:p>
    <w:p>
      <w:r/>
      <w:r>
        <w:t>She shut her eyes for a second, just one. The flicker of afterimages painted the world in blue and black, the spiral burned behind her eyelids like an eclipse. She heard her grandmother’s voice again—The Well is a hunger, not a tool—and she wanted to laugh, but all that came out was a shudder.</w:t>
      </w:r>
    </w:p>
    <w:p>
      <w:r/>
    </w:p>
    <w:p>
      <w:r/>
      <w:r>
        <w:t>She thought of Vernon, the way he’d hover over her shoulder during every attempt, never correcting, only observing, letting her make her own errors. She thought of Caleb, his last message a garble of half-jokes and dire warnings, the shape of his absence never quite fitting with the shape of her memory. She thought of Nate—dying, maybe dead, but still in the room, still present in the way only the dying could be. She wanted to say his name, to make sure he heard, but the Well was not interested in words. It wanted action, and it wanted completion.</w:t>
      </w:r>
    </w:p>
    <w:p>
      <w:r/>
    </w:p>
    <w:p>
      <w:r/>
      <w:r>
        <w:t>She opened her eyes.</w:t>
      </w:r>
    </w:p>
    <w:p>
      <w:r/>
    </w:p>
    <w:p>
      <w:r/>
      <w:r>
        <w:t>The chamber had become a column of blue lightning, the spiral on the altar rotating faster than human hands could track, yet she felt herself moving it, her muscles vibrating to keep pace. The basalt under her feet began to levitate, pebbles first, then entire slabs, defying gravity for an instant before slamming back into place with seismic force. The noise was immense, but inside it was a perfect silence, a pressure in her head that blocked every sound except the one she needed to hear.</w:t>
      </w:r>
    </w:p>
    <w:p>
      <w:r/>
    </w:p>
    <w:p>
      <w:r/>
      <w:r>
        <w:t>She rotated the disc once, twice, aligning it to the pattern etched on the floor—the same pattern she’d seen in every Klamath legend, every survey map, every failed experiment with Vernon. But this time she had the context, the history, the blood. The Well liked blood.</w:t>
      </w:r>
    </w:p>
    <w:p>
      <w:r/>
    </w:p>
    <w:p>
      <w:r/>
      <w:r>
        <w:t>The altar’s surface flexed, just a millimeter, just enough to register as not-stone, as living bone. The disc locked into place, and every glyph in the chamber went from pulse to a sustained, blinding burn. The hum reached a crescendo, then snapped off. The air froze in her lungs. For a heartbeat, the world stood still.</w:t>
      </w:r>
    </w:p>
    <w:p>
      <w:r/>
    </w:p>
    <w:p>
      <w:r/>
      <w:r>
        <w:t>Then the spiral started to unwind, the blue light pouring out in a perfect, laminar stream, curving through the air and stitching itself into a slow, methodical helix that hovered above the altar. It was beautiful, the way a tornado is beautiful, the way extinction is beautiful if you know it’s coming and there’s nothing you can do.</w:t>
      </w:r>
    </w:p>
    <w:p>
      <w:r/>
    </w:p>
    <w:p>
      <w:r/>
      <w:r>
        <w:t>Abby felt her arms uncouple from her shoulders, the pain so complete it became a kind of pleasure. She let go of the disc, watched it hover, spinning in the air, orbiting a center that was now everywhere. The room vibrated with success, the glyphs locking into a final configuration, the old math finally satisfied.</w:t>
      </w:r>
    </w:p>
    <w:p>
      <w:r/>
    </w:p>
    <w:p>
      <w:r/>
      <w:r>
        <w:t>She staggered back, legs wobbly, hands numb and shaking. She looked up at the spiral, saw her own reflection inside the blue light, and realized, for the first time, that she was no longer alone in the chamber. Every wall, every facet of basalt, was crowded with faces—her grandmother, Caleb, Vernon, even Nate, all watching her with a mix of pride and terror, as if they too could feel the air shivering with the birth of a new world.</w:t>
      </w:r>
    </w:p>
    <w:p>
      <w:r/>
    </w:p>
    <w:p>
      <w:r/>
      <w:r>
        <w:t>She did not collapse. She would not. Instead, she let the blue light bathe her, let it fill every pore, every scar, every wound she’d ever earned in pursuit of this moment.</w:t>
      </w:r>
    </w:p>
    <w:p>
      <w:r/>
    </w:p>
    <w:p>
      <w:r/>
      <w:r>
        <w:t>And as the chamber’s energy resolved itself into a cold, sweet calm, as the faces receded and the blue light settled into the altar like the end of a long, hard winter, Abby realized that she had done it.</w:t>
      </w:r>
    </w:p>
    <w:p>
      <w:r/>
    </w:p>
    <w:p>
      <w:r/>
      <w:r>
        <w:t>The Well was fed. The pattern was complete.</w:t>
      </w:r>
    </w:p>
    <w:p>
      <w:r/>
    </w:p>
    <w:p>
      <w:r/>
      <w:r>
        <w:t>She smiled, a real smile, then turned to the spot where Nate lay sprawled, and felt the world shiver, not with fear, but with the possibility that, just maybe, she had not come this far only to lose him.</w:t>
      </w:r>
    </w:p>
    <w:p>
      <w:r/>
    </w:p>
    <w:p>
      <w:r/>
    </w:p>
    <w:p>
      <w:r/>
      <w:r>
        <w:t># Scene 3</w:t>
      </w:r>
    </w:p>
    <w:p>
      <w:r/>
    </w:p>
    <w:p>
      <w:r/>
      <w:r>
        <w:t>He came back to himself in stages, like a diver surfacing through too many atmospheres.</w:t>
      </w:r>
    </w:p>
    <w:p>
      <w:r/>
    </w:p>
    <w:p>
      <w:r/>
      <w:r>
        <w:t>First, the cold. It was sharp enough to be real, so he used it as a handhold, dragging the rest of his battered self into the blue-lit present. Then the pain—still there, but receding, distant, as if someone else owned the body and he was just auditing the experience. He opened his eyes, slow and careful, and let the world reassemble around him.</w:t>
      </w:r>
    </w:p>
    <w:p>
      <w:r/>
    </w:p>
    <w:p>
      <w:r/>
      <w:r>
        <w:t>The chamber was changed.</w:t>
      </w:r>
    </w:p>
    <w:p>
      <w:r/>
    </w:p>
    <w:p>
      <w:r/>
      <w:r>
        <w:t>The air felt light, almost sterile, cleansed of the sick humidity and old blood that had filled it before. The walls pulsed with a soft, steady glow, each glyph now a sober blue rather than a strobe of violence. The pressure in his skull had faded, leaving only the pleasant buzz of a hangover and the scent of ozone and something sweet, like lakewater after a hard rain.</w:t>
      </w:r>
    </w:p>
    <w:p>
      <w:r/>
    </w:p>
    <w:p>
      <w:r/>
      <w:r>
        <w:t>He lifted his head, braced for vertigo, but the world stayed put. He blinked twice, wiped blood from his lips, and tried to make sense of what he was seeing.</w:t>
      </w:r>
    </w:p>
    <w:p>
      <w:r/>
    </w:p>
    <w:p>
      <w:r/>
      <w:r>
        <w:t>Abby stood at the center of the altar, bathed in the glow, her back straight and her face calm in a way he’d never seen—not even after a win, not even in the rare moments when she let herself relax. Her hands rested on the obsidian disc, which hovered a few centimeters above the stone, rotating with a mathematician’s patience, not the desperate speed from before. Her eyes were wide, not in shock or fear, but in absolute, consuming attention.</w:t>
      </w:r>
    </w:p>
    <w:p>
      <w:r/>
    </w:p>
    <w:p>
      <w:r/>
      <w:r>
        <w:t>He watched her for a while. There was no need to rush. She moved with intent, every muscle in her body communicating that the job was not just done, but finished, signed, and filed in triplicate. He could have watched her forever, but the chamber seemed to agree, slowing the passage of time until each second stretched and crystallized, blue and perfect.</w:t>
      </w:r>
    </w:p>
    <w:p>
      <w:r/>
    </w:p>
    <w:p>
      <w:r/>
      <w:r>
        <w:t>He tried to stand, but his body vetoed the motion with a full-body veto. Instead, he rolled onto his back and stared up at the spiral etched in the ceiling, the same spiral they’d followed all the way down. It was perfect, now. Complete. For the first time since he’d set foot in the mine shaft, he couldn’t spot a single flaw.</w:t>
      </w:r>
    </w:p>
    <w:p>
      <w:r/>
    </w:p>
    <w:p>
      <w:r/>
      <w:r>
        <w:t>He thought of Vernon. The old man would have had something to say—probably three or four things, one of which would be a joke about spirals and sinkholes, and at least one an obscure reference to Schrödinger’s cat. He thought of Caleb, too, and the weight of all the people who had broken themselves on the Well before Abby and him.</w:t>
      </w:r>
    </w:p>
    <w:p>
      <w:r/>
    </w:p>
    <w:p>
      <w:r/>
      <w:r>
        <w:t>But mostly, he thought about Abby: the way she’d never given up, never slowed down, even when the rest of the world insisted it was time to quit. He realized, then, that their partnership wasn’t just chance or stubbornness. It was necessity. The Well had always demanded a pair, a mirror—someone to call, someone to answer. Vernon had written that a thousand times, but Nate had never understood until this moment.</w:t>
      </w:r>
    </w:p>
    <w:p>
      <w:r/>
    </w:p>
    <w:p>
      <w:r/>
      <w:r>
        <w:t>He grinned, surprised by the ease of it, the way his face could still make that shape after everything. “You did it,” he called, voice hoarse and low.</w:t>
      </w:r>
    </w:p>
    <w:p>
      <w:r/>
    </w:p>
    <w:p>
      <w:r/>
      <w:r>
        <w:t>She turned, the movement slow and deliberate. The blue glow hit her from behind, outlining her in a corona that made her look both ancient and brand new. Her eyes met his, and in that instant, every joke, every fight, every argument they’d ever had collapsed into a single, silent acknowledgment. They had finished the thing together. That was the only story the Well had ever cared about.</w:t>
      </w:r>
    </w:p>
    <w:p>
      <w:r/>
    </w:p>
    <w:p>
      <w:r/>
      <w:r>
        <w:t>She moved to him, picking her way across the rubble with the grace of someone who had finally forgiven the world for being what it was. She knelt by his side, checked his pulse—not out of habit, but as a ritual, a confirmation that the story hadn’t ended on a technicality.</w:t>
      </w:r>
    </w:p>
    <w:p>
      <w:r/>
    </w:p>
    <w:p>
      <w:r/>
      <w:r>
        <w:t>He caught her wrist, gentle, and felt the tremor there. It matched the pulse in his own arm, a resonance of living things and the satisfaction of a solved equation.</w:t>
      </w:r>
    </w:p>
    <w:p>
      <w:r/>
    </w:p>
    <w:p>
      <w:r/>
      <w:r>
        <w:t>“Next time,” he said, “you’re carrying the disc.”</w:t>
      </w:r>
    </w:p>
    <w:p>
      <w:r/>
    </w:p>
    <w:p>
      <w:r/>
      <w:r>
        <w:t>She snorted, the laugh short and bright. “If there’s a next time, we’re doing this above sea level.”</w:t>
      </w:r>
    </w:p>
    <w:p>
      <w:r/>
    </w:p>
    <w:p>
      <w:r/>
      <w:r>
        <w:t>They sat like that for a long time, the blue light settling around them like the world’s slowest snowfall. Neither spoke. Neither needed to. There was a peace in the aftermath, a sense of having paid every debt and still found something worth saving at the bottom.</w:t>
      </w:r>
    </w:p>
    <w:p>
      <w:r/>
    </w:p>
    <w:p>
      <w:r/>
      <w:r>
        <w:t>He looked at her, really looked, and saw not the scholar, not the survivor, but the only person who could have ever completed the circuit with him. He let the silence fill with possibility, with all the things they could do next, now that the spiral had been tamed.</w:t>
      </w:r>
    </w:p>
    <w:p>
      <w:r/>
    </w:p>
    <w:p>
      <w:r/>
      <w:r>
        <w:t>She brushed a hand across his cheek, wiping away the blood and the last of the old world. “You’re an idiot, Nate Chase,” she said, voice soft but unbreakable.</w:t>
      </w:r>
    </w:p>
    <w:p>
      <w:r/>
    </w:p>
    <w:p>
      <w:r/>
      <w:r>
        <w:t>He smiled, closing his eyes as the blue light faded into something like dawn.</w:t>
      </w:r>
    </w:p>
    <w:p>
      <w:r/>
    </w:p>
    <w:p>
      <w:r/>
      <w:r>
        <w:t>For the first time, he didn’t mind being called a fool. Not if it meant being here, at the end, with her.</w:t>
      </w:r>
    </w:p>
    <w:p>
      <w:r/>
    </w:p>
    <w:p>
      <w:r/>
      <w:r>
        <w:t>Above them, the Well spun down, its hunger replaced by a kind of benediction—a promise that, this once, the story had ended the way it should.</w:t>
      </w:r>
    </w:p>
    <w:p>
      <w:r/>
    </w:p>
    <w:p>
      <w:r/>
      <w:r>
        <w:t>They waited for the world to restart, together.</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