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 Well had a different hum now.</w:t>
      </w:r>
    </w:p>
    <w:p>
      <w:r/>
    </w:p>
    <w:p>
      <w:r/>
      <w:r>
        <w:t>It started as a deep, sonic root—less a vibration and more a held note that threaded through bone and soft tissue alike. The prior hour’s chaos had scorched the air clean; the blue-white howl that almost broke the world had collapsed to a dense, patient pulse, one that colored the stone chamber in an atmosphere of aftermath. All the echoes had been erased, leaving only the measured heartbeat of the stabilized vortex and the slow, mechanical breathing of Abby Calloway in the near-dark.</w:t>
      </w:r>
    </w:p>
    <w:p>
      <w:r/>
    </w:p>
    <w:p>
      <w:r/>
      <w:r>
        <w:t>She was alone at the chamber’s center, her boots braced wide for balance, arms dangling limp, knuckles almost scraping the ancient basalt. Sweat and blood had dried along the cut at her cheek, leaving a line of brownish crust that stung more now than it had at the moment of impact. Her shirt clung to her, a second skin gone damp and cold, every bruise and micro-tear in her body protesting the fact of continued survival. Her hands had not stopped shaking since the shockwave.</w:t>
      </w:r>
    </w:p>
    <w:p>
      <w:r/>
    </w:p>
    <w:p>
      <w:r/>
      <w:r>
        <w:t>She let them shake.</w:t>
      </w:r>
    </w:p>
    <w:p>
      <w:r/>
    </w:p>
    <w:p>
      <w:r/>
      <w:r>
        <w:t>Abby’s gaze lingered on the disc where it hovered, a few centimeters above the altar—stabilized, self-contained, no longer a feral thing but a node of impossible energy wrapped in a spiral of black glass. She waited for the next attack, the next aftershock, but the room defied her expectations. No walls caved. No glyphs detonated. The only movement was the slow, stuttering orbit of the artifact, its blue glow quietly feeding the symbols etched into the ceiling, then the walls, then the floor under her feet.</w:t>
      </w:r>
    </w:p>
    <w:p>
      <w:r/>
    </w:p>
    <w:p>
      <w:r/>
      <w:r>
        <w:t>It took her a full minute to realize she had stopped breathing, then another before she trusted her knees to hold her weight. She tried to swallow, but her throat was closed up, a dry knot of grief and adrenaline.</w:t>
      </w:r>
    </w:p>
    <w:p>
      <w:r/>
    </w:p>
    <w:p>
      <w:r/>
      <w:r>
        <w:t>This was it. No more running, no more mystery, just the aftermath and the things she’d never said.</w:t>
      </w:r>
    </w:p>
    <w:p>
      <w:r/>
    </w:p>
    <w:p>
      <w:r/>
      <w:r>
        <w:t>She felt it, then—the wall of memory waiting behind her eyes, the pressure that had built over years of holding the words in. The Well’s pulse was almost kind, now, coaxing her forward.</w:t>
      </w:r>
    </w:p>
    <w:p>
      <w:r/>
    </w:p>
    <w:p>
      <w:r/>
      <w:r>
        <w:t>Abby looked at the disc, but saw her brother’s face instead: thinner than she remembered, eyes bright with that feral clarity that always made people nervous. Caleb. She had sworn not to speak his name here, in the final approach, as if not naming him could keep the ghosts at bay. But in the end, the Well wanted honesty more than anything, and it would have it.</w:t>
      </w:r>
    </w:p>
    <w:p>
      <w:r/>
    </w:p>
    <w:p>
      <w:r/>
      <w:r>
        <w:t>She wet her lips, found her voice trapped behind a barricade of tears, then forced it out anyway. “I’m sorry,” she whispered. The sound vanished into the vast, mineral silence.</w:t>
      </w:r>
    </w:p>
    <w:p>
      <w:r/>
    </w:p>
    <w:p>
      <w:r/>
      <w:r>
        <w:t>She tried again. “I’m sorry I didn’t believe you, Caleb. I’m sorry I thought you were crazy.”</w:t>
      </w:r>
    </w:p>
    <w:p>
      <w:r/>
    </w:p>
    <w:p>
      <w:r/>
      <w:r>
        <w:t>The admission hit her like a gut punch. The tension that had held her upright vanished, and she dropped to her knees, both hands splayed on the basalt to keep from falling further. The stone was cold, but the warmth that radiated from the Well’s heart crept up through her palms, a ghostly animal heat that almost felt like comfort.</w:t>
      </w:r>
    </w:p>
    <w:p>
      <w:r/>
    </w:p>
    <w:p>
      <w:r/>
      <w:r>
        <w:t>Her breath went ragged.</w:t>
      </w:r>
    </w:p>
    <w:p>
      <w:r/>
    </w:p>
    <w:p>
      <w:r/>
      <w:r>
        <w:t>“I blamed you for so long,” she said, louder this time, voice shaking so hard it was barely words. “I thought you left me here. I thought you left us all.” She pressed her forehead to the backs of her hands, the old scar on her knuckle burning like a brand. “But I was the one who left. I was the one who couldn’t face it. I let you go, and then I made myself forget, because that was easier than believing—” Her voice gave out, the rest dissolved by a sob.</w:t>
      </w:r>
    </w:p>
    <w:p>
      <w:r/>
    </w:p>
    <w:p>
      <w:r/>
      <w:r>
        <w:t>The vortex listened. Its blue core pulsed brighter, casting long, trembling shadows along the chamber wall. The spiral motif that covered the floor began to glow in sympathy, not the wild corona of activation, but the soft, even wash of a system at rest. Even the glyphs, so recently weapons, now seemed to nod along, their lines lighting up in sequence as if reciting a litany.</w:t>
      </w:r>
    </w:p>
    <w:p>
      <w:r/>
    </w:p>
    <w:p>
      <w:r/>
      <w:r>
        <w:t>She looked up at the ceiling, blinking the wet from her lashes. “I know you’re gone,” she said, not knowing whether she was talking to her brother or to the void. “I know I can’t fix it. But if you can hear me—if you’re still in here, somewhere—” Her hands balled into fists on the stone. “I’m sorry I didn’t trust you. I’m sorry I didn’t follow.”</w:t>
      </w:r>
    </w:p>
    <w:p>
      <w:r/>
    </w:p>
    <w:p>
      <w:r/>
      <w:r>
        <w:t>There was a response, not in words, but in the way the air around her seemed to thicken, a rising warmth that pressed into her skin. The disc’s orbit wobbled, then corrected, settling into a true and perfect center. The symbols in the wall flared, then faded, as if in acknowledgment.</w:t>
      </w:r>
    </w:p>
    <w:p>
      <w:r/>
    </w:p>
    <w:p>
      <w:r/>
      <w:r>
        <w:t>She laughed then, a bitter, broken sound that rolled around the chamber and back into her own ears. “You were always right, you asshole,” she said, voice trembling with something too raw to be relief. “You were always right and I was always the one who had to see it twice.”</w:t>
      </w:r>
    </w:p>
    <w:p>
      <w:r/>
    </w:p>
    <w:p>
      <w:r/>
      <w:r>
        <w:t>The next sob that tore out of her was not pretty. Her shoulders shook, her whole frame hitching with the effort of letting go. She bent over, forehead on the stone, and let the years of anger and disappointment drain out in a shudder that left her arms numb and her mouth open in a silent scream. Tears streamed hot and sudden down her cheeks, leaving salty tracks that stung her lips.</w:t>
      </w:r>
    </w:p>
    <w:p>
      <w:r/>
    </w:p>
    <w:p>
      <w:r/>
      <w:r>
        <w:t>She lost track of time. Maybe a minute, maybe an hour, maybe a whole night passed as she emptied herself into the ancient dark. The Well kept its silence, its hum growing fainter but more honest, a low animal sound that held her in place until the worst of it was gone.</w:t>
      </w:r>
    </w:p>
    <w:p>
      <w:r/>
    </w:p>
    <w:p>
      <w:r/>
      <w:r>
        <w:t>When she finally looked up, the altar was as she’d left it: disc suspended, spiral complete, the room’s geometry unchanged except for the faintest shimmer of warmth in the air. The basalt under her palms was wet with tears, but the stone felt lighter now, as if some fraction of the chamber’s weight had finally agreed to shift.</w:t>
      </w:r>
    </w:p>
    <w:p>
      <w:r/>
    </w:p>
    <w:p>
      <w:r/>
      <w:r>
        <w:t>She let herself collapse backward, sitting hard on the uneven floor. Her breathing slowed, and she felt the edges of her mind begin to reassemble—not quite whole, but less jagged. The blue light from the Well flickered, then steadied, a calm, biological rhythm she could match her own to if she tried.</w:t>
      </w:r>
    </w:p>
    <w:p>
      <w:r/>
    </w:p>
    <w:p>
      <w:r/>
      <w:r>
        <w:t>Abby wiped her face with the back of one raw hand. “Thank you,” she said, to the air, to her brother, to the ghosts that lingered in the spiral. “Thank you for staying until I caught up.”</w:t>
      </w:r>
    </w:p>
    <w:p>
      <w:r/>
    </w:p>
    <w:p>
      <w:r/>
      <w:r>
        <w:t>She let herself rest there, alone in the aftermath, the last residue of guilt and love still swirling in the center of her chest. The Well’s pulse was gentle, now. It would be gentle for a while. The ancient symbols along the wall dimmed, then held steady, each one a promise that the job was not yet done.</w:t>
      </w:r>
    </w:p>
    <w:p>
      <w:r/>
    </w:p>
    <w:p>
      <w:r/>
      <w:r>
        <w:t>But for the first time since she’d found the old scar in her palm, Abby felt something like forgiveness, or at least the possibility of it.</w:t>
      </w:r>
    </w:p>
    <w:p>
      <w:r/>
    </w:p>
    <w:p>
      <w:r/>
      <w:r>
        <w:t>She let the feeling carry her, all the way to the edge of sleep.</w:t>
      </w:r>
    </w:p>
    <w:p>
      <w:r/>
    </w:p>
    <w:p>
      <w:r/>
    </w:p>
    <w:p>
      <w:r/>
      <w:r>
        <w:t># Scene 2</w:t>
      </w:r>
    </w:p>
    <w:p>
      <w:r/>
    </w:p>
    <w:p>
      <w:r/>
      <w:r>
        <w:t>The Well’s silence did not last long.</w:t>
      </w:r>
    </w:p>
    <w:p>
      <w:r/>
    </w:p>
    <w:p>
      <w:r/>
      <w:r>
        <w:t>It had a patient memory, the kind that outlasted even the most stubborn of the living. When Abby finally floated back to the edges of her body, she found the blue pulse brighter, more insistent—a shepherd’s crook, hauling her up from the pit of her own grief and into the waking world. The air was cold again, the warmth of the Well retreating just enough to remind her that, outside the spiral, mortality still held sway.</w:t>
      </w:r>
    </w:p>
    <w:p>
      <w:r/>
    </w:p>
    <w:p>
      <w:r/>
      <w:r>
        <w:t>She wiped her face with the sleeve of her shirt. The motion left a chalky blue smear across her cheek, and she let it stay, a badge of the moment. She dragged herself upright, the cartilage in her knees popping, and for the first time since the chaos, she let her eyes trace the perimeter of the chamber, searching for what—who—remained.</w:t>
      </w:r>
    </w:p>
    <w:p>
      <w:r/>
    </w:p>
    <w:p>
      <w:r/>
      <w:r>
        <w:t>Nate was there, exactly where she remembered, slouched against the far wall with one leg outstretched and the other bent, boot propped awkwardly on a wedge of fallen basalt. The left side of his shirt was torn open, fabric black with blood that, at a distance, looked too dark to be real. His face was colorless, eyes closed, but the uneven rise and fall of his chest said he was not yet a ghost.</w:t>
      </w:r>
    </w:p>
    <w:p>
      <w:r/>
    </w:p>
    <w:p>
      <w:r/>
      <w:r>
        <w:t>Abby crossed the chamber in five uneven strides, her boots striking the floor with a rhythm that echoed her heartbeat. She knelt beside him, knees protesting, and let her hands hover for a second before they remembered their purpose.</w:t>
      </w:r>
    </w:p>
    <w:p>
      <w:r/>
    </w:p>
    <w:p>
      <w:r/>
      <w:r>
        <w:t>He opened his eyes the moment she touched his arm. The lids came up slow, as if they’d been weighted, but his stare was clear. “You look like hell,” he managed, voice hoarse.</w:t>
      </w:r>
    </w:p>
    <w:p>
      <w:r/>
    </w:p>
    <w:p>
      <w:r/>
      <w:r>
        <w:t>She snorted, an unladylike sound that felt better than any prayer. “Takes one to know,” she said, and began peeling back the ruined shirt, fingers working gentle and precise as forceps.</w:t>
      </w:r>
    </w:p>
    <w:p>
      <w:r/>
    </w:p>
    <w:p>
      <w:r/>
      <w:r>
        <w:t>He didn’t wince, but his jaw clenched. “How bad?” he asked.</w:t>
      </w:r>
    </w:p>
    <w:p>
      <w:r/>
    </w:p>
    <w:p>
      <w:r/>
      <w:r>
        <w:t>She examined the wound: a mess of torn flesh and purpled tissue, the entry ragged and the exit a blooming stain on the other side. But the bleeding had slowed, and the bandage she’d applied in the dark was still holding, more or less. “You’ll live,” she said, softer than before. “Might even heal up handsome.”</w:t>
      </w:r>
    </w:p>
    <w:p>
      <w:r/>
    </w:p>
    <w:p>
      <w:r/>
      <w:r>
        <w:t>He rolled his eyes, then caught her wrist with surprising strength. “Did it work?”</w:t>
      </w:r>
    </w:p>
    <w:p>
      <w:r/>
    </w:p>
    <w:p>
      <w:r/>
      <w:r>
        <w:t>Abby nodded, not trusting herself to speak. She held his hand until the shake in hers calmed, then tucked it gently against his ribs. “The Well’s stable. Caldwell’s gone. The disc—” She stopped, feeling the familiar heaviness in her chest. “The disc is what it always was. Beautiful. Terrifying.”</w:t>
      </w:r>
    </w:p>
    <w:p>
      <w:r/>
    </w:p>
    <w:p>
      <w:r/>
      <w:r>
        <w:t>He let out a breath, almost a laugh, but it collapsed halfway, becoming a cough that painted new lines of pain across his face. “Good,” he said, after, his voice the barest thread. “Always thought I’d die in a cave, but I never thought it’d be a nice one.”</w:t>
      </w:r>
    </w:p>
    <w:p>
      <w:r/>
    </w:p>
    <w:p>
      <w:r/>
      <w:r>
        <w:t>Abby tore a strip from the cleanest edge of her sleeve, rolled it, and pressed it against the wound. “You’re not dying,” she said, forcing the words to stick. “Not today.”</w:t>
      </w:r>
    </w:p>
    <w:p>
      <w:r/>
    </w:p>
    <w:p>
      <w:r/>
      <w:r>
        <w:t>He shrugged, then winced at the movement. “Wouldn’t want to make you look bad. You got me out of Jacksonville. You got me here. Pretty sure that makes you my least favorite miracle worker.”</w:t>
      </w:r>
    </w:p>
    <w:p>
      <w:r/>
    </w:p>
    <w:p>
      <w:r/>
      <w:r>
        <w:t>She barked a laugh, surprising herself. “Shut up and let me check your pulse, hero.”</w:t>
      </w:r>
    </w:p>
    <w:p>
      <w:r/>
    </w:p>
    <w:p>
      <w:r/>
      <w:r>
        <w:t>She did, counting the beats in her head, relieved to find them strong, if irregular. She set to work rewrapping the wound, her hands moving in the old, automatic patterns learned from her grandmother—the right tension, the right knot, the way to pull skin together without causing more damage. The process calmed her, focused her, let her mind drift back to the hundreds of times she’d played nursemaid to Caleb, to her mother, even to herself after a bar fight or a failed experiment.</w:t>
      </w:r>
    </w:p>
    <w:p>
      <w:r/>
    </w:p>
    <w:p>
      <w:r/>
      <w:r>
        <w:t>She glanced up, found Nate watching her, his eyes not soft but unguarded. “You’re better at this than you let on,” he said.</w:t>
      </w:r>
    </w:p>
    <w:p>
      <w:r/>
    </w:p>
    <w:p>
      <w:r/>
      <w:r>
        <w:t>She shook her head, eyes burning again. “Practice.”</w:t>
      </w:r>
    </w:p>
    <w:p>
      <w:r/>
    </w:p>
    <w:p>
      <w:r/>
      <w:r>
        <w:t>He smiled, or tried to. “Glad you stuck with it.”</w:t>
      </w:r>
    </w:p>
    <w:p>
      <w:r/>
    </w:p>
    <w:p>
      <w:r/>
      <w:r>
        <w:t>They sat in silence for a while, the blue pulse of the Well the only clock in the world. When the bandage was secure, she leaned back on her heels and let her own exhaustion bleed out into the floor.</w:t>
      </w:r>
    </w:p>
    <w:p>
      <w:r/>
    </w:p>
    <w:p>
      <w:r/>
      <w:r>
        <w:t>He shifted, struggling to sit upright. She moved to help, sliding an arm under his shoulder and bracing him with her own weight. “Easy,” she said. “You’ll rip the stitches.”</w:t>
      </w:r>
    </w:p>
    <w:p>
      <w:r/>
    </w:p>
    <w:p>
      <w:r/>
      <w:r>
        <w:t>He grimaced, but let her help. “You always this bossy?”</w:t>
      </w:r>
    </w:p>
    <w:p>
      <w:r/>
    </w:p>
    <w:p>
      <w:r/>
      <w:r>
        <w:t>She rolled her eyes, but there was no heat in it. “Only when my patients are stubborn.”</w:t>
      </w:r>
    </w:p>
    <w:p>
      <w:r/>
    </w:p>
    <w:p>
      <w:r/>
      <w:r>
        <w:t>He let the moment linger, then looked past her, toward the Well’s heart. “So, what now? We just—guard this thing? Become the new cranky caretakers?”</w:t>
      </w:r>
    </w:p>
    <w:p>
      <w:r/>
    </w:p>
    <w:p>
      <w:r/>
      <w:r>
        <w:t>She followed his gaze, the two of them framed by the corona of the disc, the spiral spinning slow and perfect, casting overlapping shadows on the chamber floor. “I think,” she said, choosing the words with care, “we make sure no one ever tries to use it again. Or worse—turn it into a weapon.”</w:t>
      </w:r>
    </w:p>
    <w:p>
      <w:r/>
    </w:p>
    <w:p>
      <w:r/>
      <w:r>
        <w:t>He nodded, his chin brushing her shoulder. “Agreed. But maybe we learn from it, too.”</w:t>
      </w:r>
    </w:p>
    <w:p>
      <w:r/>
    </w:p>
    <w:p>
      <w:r/>
      <w:r>
        <w:t>She hesitated, the old conflict rising. “You always did love the puzzle more than the solution.”</w:t>
      </w:r>
    </w:p>
    <w:p>
      <w:r/>
    </w:p>
    <w:p>
      <w:r/>
      <w:r>
        <w:t>He smirked, then sobered. “You always loved the people more than the puzzle.” He turned to her, the vulnerability naked on his face. “I don’t think I ever told you, Abby. You’re the only reason I didn’t give up, back in the mine.”</w:t>
      </w:r>
    </w:p>
    <w:p>
      <w:r/>
    </w:p>
    <w:p>
      <w:r/>
      <w:r>
        <w:t>She looked away, swallowing the tightness in her throat. “If you did, I didn’t hear it.”</w:t>
      </w:r>
    </w:p>
    <w:p>
      <w:r/>
    </w:p>
    <w:p>
      <w:r/>
      <w:r>
        <w:t>He reached for her hand, his grip loose but insistent. “I’m saying it now. Thank you. For bringing me back.”</w:t>
      </w:r>
    </w:p>
    <w:p>
      <w:r/>
    </w:p>
    <w:p>
      <w:r/>
      <w:r>
        <w:t>She squeezed his hand, then let it go. “Don’t make a habit of needing rescue. I’m not great at it.”</w:t>
      </w:r>
    </w:p>
    <w:p>
      <w:r/>
    </w:p>
    <w:p>
      <w:r/>
      <w:r>
        <w:t>He grinned, but the smile faded as he considered her. “You okay?”</w:t>
      </w:r>
    </w:p>
    <w:p>
      <w:r/>
    </w:p>
    <w:p>
      <w:r/>
      <w:r>
        <w:t>She wanted to say yes, wanted to put the lie out into the world and let it float. But she’d just spent a lifetime’s worth of honesty on the Well, and the habit was hard to break. “Not really,” she said. “But better.”</w:t>
      </w:r>
    </w:p>
    <w:p>
      <w:r/>
    </w:p>
    <w:p>
      <w:r/>
      <w:r>
        <w:t>He let the answer stand.</w:t>
      </w:r>
    </w:p>
    <w:p>
      <w:r/>
    </w:p>
    <w:p>
      <w:r/>
      <w:r>
        <w:t>Together, they rose—slow and unsteady, but upright. Nate slung an arm over her shoulders, and she braced his weight with both hands at his waist, careful to avoid the worst of his wounds. They shuffled toward the altar, the light from the disc casting their conjoined shadow long across the spiral on the floor.</w:t>
      </w:r>
    </w:p>
    <w:p>
      <w:r/>
    </w:p>
    <w:p>
      <w:r/>
      <w:r>
        <w:t>At the center, they paused.</w:t>
      </w:r>
    </w:p>
    <w:p>
      <w:r/>
    </w:p>
    <w:p>
      <w:r/>
      <w:r>
        <w:t>Nate regarded the artifact, his expression equal parts awe and irritation. “Can’t believe it was this simple, in the end. Just a spiral, a story, and someone willing to finish it.”</w:t>
      </w:r>
    </w:p>
    <w:p>
      <w:r/>
    </w:p>
    <w:p>
      <w:r/>
      <w:r>
        <w:t>Abby touched the altar, feeling the pulse in her fingertips. “It was never simple,” she said, “but I think that’s the point.” She traced the spiral, watching the glow follow her finger. “Maybe it just wanted us to see it through.”</w:t>
      </w:r>
    </w:p>
    <w:p>
      <w:r/>
    </w:p>
    <w:p>
      <w:r/>
      <w:r>
        <w:t>He considered this, then nodded. “Makes sense. The world’s always better when you finish the story.”</w:t>
      </w:r>
    </w:p>
    <w:p>
      <w:r/>
    </w:p>
    <w:p>
      <w:r/>
      <w:r>
        <w:t>She smiled, not the bright, brittle smile of before, but something warmer, more resigned. “Then let’s do that.”</w:t>
      </w:r>
    </w:p>
    <w:p>
      <w:r/>
    </w:p>
    <w:p>
      <w:r/>
      <w:r>
        <w:t>They stood side by side, battered and bloodied, the Well’s new guardians—neither chosen nor destined, but simply the last ones standing. The blue light faded to a steady, patient burn, the spiral at rest.</w:t>
      </w:r>
    </w:p>
    <w:p>
      <w:r/>
    </w:p>
    <w:p>
      <w:r/>
      <w:r>
        <w:t>Above them, the ancient chamber held its peace.</w:t>
      </w:r>
    </w:p>
    <w:p>
      <w:r/>
    </w:p>
    <w:p>
      <w:r/>
      <w:r>
        <w:t>Abby closed her eyes, Nate’s weight warm against her side, and let herself believe—for the first time—that she was exactly where she belonged.</w:t>
      </w:r>
    </w:p>
    <w:p>
      <w:r/>
    </w:p>
    <w:p>
      <w:r/>
      <w:r>
        <w:t>They waited, together, for the world to start again.</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