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Nate’s new world was an 8-by-12 foot rectangle, aluminum folding table at the epicenter, every square inch of battered linoleum carpeted in evidence of the past seventy-two hours. The room, a former USFS bunkhouse at the ass end of the Crater Lake ranger compound, now served as both triage and operations center for a two-person conspiracy. The blackout shades were taped shut, the desk lamp’s bulb swapped for a red LED, and the air stank of iodine, microwave chili, and wet neoprene. In the corner, a twenty-liter water jug dripped at intervals, like a faulty IV, each drop marking the time until their next move.</w:t>
      </w:r>
    </w:p>
    <w:p>
      <w:r/>
    </w:p>
    <w:p>
      <w:r/>
      <w:r>
        <w:t>Nate Chase sat hunched over a grid of maps, topography sheets and site photos scattered across the battered Formica. His left shoulder was a mess—swaddled in sterile gauze and athletic tape, the skin beneath bruised into a palette of sickly greens and surgical blues. He moved it only when he had to, which meant he moved it almost constantly, forcing the arm to sort, annotate, and, every so often, sweep the pain aside with a hissed curse and a two-fingered slug of lukewarm Gatorade. The other hand—the good one—held a mechanical pencil that had already been chewed down to the eraser.</w:t>
      </w:r>
    </w:p>
    <w:p>
      <w:r/>
    </w:p>
    <w:p>
      <w:r/>
      <w:r>
        <w:t>Every page on the table was a threat, a liability, or a weapon, depending on how the world chose to look at them.</w:t>
      </w:r>
    </w:p>
    <w:p>
      <w:r/>
    </w:p>
    <w:p>
      <w:r/>
      <w:r>
        <w:t>Across from him, Abby Calloway held court over a rival kingdom of yellow legal pads, dog-eared field journals, and a battered tablet whose battery life was inversely proportional to the depth of her research obsession. She wore her hair in a tangle, the roots dark with three days’ growth, the ends gone wild with static and dehydration. The scar on her right knuckle—still raised and angry from the spiral’s razor edge—gave her hands an unearned air of violence as she tapped through spreadsheets and old emails, cross-referencing each with a manic efficiency that made even Nate’s military-damaged attention look lazy.</w:t>
      </w:r>
    </w:p>
    <w:p>
      <w:r/>
    </w:p>
    <w:p>
      <w:r/>
      <w:r>
        <w:t>They worked mostly in silence, a mutual agreement born not of comfort but necessity. The room was a Faraday cage of secrets. Neither of them was sure who might be listening, or how soon the next knock at the door would come. The only safe way to talk was not to.</w:t>
      </w:r>
    </w:p>
    <w:p>
      <w:r/>
    </w:p>
    <w:p>
      <w:r/>
      <w:r>
        <w:t>But the questions built up, anyway, and after an hour, Nate broke the rule.</w:t>
      </w:r>
    </w:p>
    <w:p>
      <w:r/>
    </w:p>
    <w:p>
      <w:r/>
      <w:r>
        <w:t>“You got anything on the activation sequence?” He asked without looking up, tracing the angle of a contour line with his pencil tip, erasing, redrawing, erasing again.</w:t>
      </w:r>
    </w:p>
    <w:p>
      <w:r/>
    </w:p>
    <w:p>
      <w:r/>
      <w:r>
        <w:t>Abby grunted, scrolling through her brother’s notes on the tablet. “Caleb had it ninety percent. I’m just—” She stabbed at the screen, then scribbled a correction in the margin of her legal pad. “I’m patching what he left out with Vernon's journal. But there’s a gap between the lunar model and what we saw in the chamber. Like… a deliberate gap. A fail-safe.”</w:t>
      </w:r>
    </w:p>
    <w:p>
      <w:r/>
    </w:p>
    <w:p>
      <w:r/>
      <w:r>
        <w:t>Nate turned the map, examining the overlay he’d built from Abby’s sketch and his own memory. “Makes sense. You don’t want a random dumbass brute-forcing the Well open.”</w:t>
      </w:r>
    </w:p>
    <w:p>
      <w:r/>
    </w:p>
    <w:p>
      <w:r/>
      <w:r>
        <w:t>She looked up, eyes rimmed red but sharp. “Or a random genius. You saw what happened. It’s not about knowing the math. It’s about wanting the answer bad enough to kill for it.”</w:t>
      </w:r>
    </w:p>
    <w:p>
      <w:r/>
    </w:p>
    <w:p>
      <w:r/>
      <w:r>
        <w:t>He nodded. The memory of Caldwell’s corpse, still warm at the foot of the caldera, was not a thing you erased with time or bourbon. “So we build a filter. Something only the right kind of crazy can solve.”</w:t>
      </w:r>
    </w:p>
    <w:p>
      <w:r/>
    </w:p>
    <w:p>
      <w:r/>
      <w:r>
        <w:t>Abby smiled, a twitch of the mouth that was gone as quickly as it came. “You mean us.”</w:t>
      </w:r>
    </w:p>
    <w:p>
      <w:r/>
    </w:p>
    <w:p>
      <w:r/>
      <w:r>
        <w:t>He shrugged, and winced as the bandages caught. “Worked so far.”</w:t>
      </w:r>
    </w:p>
    <w:p>
      <w:r/>
    </w:p>
    <w:p>
      <w:r/>
      <w:r>
        <w:t>They spent the next hour in mutual isolation. Abby muttered to herself, sometimes out loud, as she triple-checked her citations against the paper copies, flagging any phrase or number that could be traced to the true coordinates. Nate, meanwhile, reverse-engineered the chamber from memory: the shape and orientation of the glyphs, the depth of the spiral, the exact position of the disc when the resonance started. He rebuilt the entire room on a sheet of tracing paper, then spent fifteen minutes destroying it, one anomaly at a time, until only the essentials remained.</w:t>
      </w:r>
    </w:p>
    <w:p>
      <w:r/>
    </w:p>
    <w:p>
      <w:r/>
      <w:r>
        <w:t>When his hand cramped, he set the pencil down and rotated his left shoulder, gritting his teeth through the micro-tears and the ghost pain in his biceps. He let the pain ride, refusing to baby the joint. Pain was information. Pain kept you honest.</w:t>
      </w:r>
    </w:p>
    <w:p>
      <w:r/>
    </w:p>
    <w:p>
      <w:r/>
      <w:r>
        <w:t>Across the table, Abby was on a phone call, the cell jammed between shoulder and chin, her voice low but urgent. “No, we haven’t left the park. No, we’re not ready to file yet. Tell the Historical Society the site’s closed for restoration. Yes, I know what the contract says.” She paused, listening to the static on the line. “It’s fine. Just keep them away from the north shore. If they show up, call me.”</w:t>
      </w:r>
    </w:p>
    <w:p>
      <w:r/>
    </w:p>
    <w:p>
      <w:r/>
      <w:r>
        <w:t>She hung up, then slumped back in her chair and massaged the bridge of her nose. “That was the last supervisor who still owes me a favor. We get maybe another two days before they start poking around.”</w:t>
      </w:r>
    </w:p>
    <w:p>
      <w:r/>
    </w:p>
    <w:p>
      <w:r/>
      <w:r>
        <w:t>“More than enough,” Nate said, scanning the spread of maps. “I’ve got three solid fakes, and two more I can throw together if we need to stall.”</w:t>
      </w:r>
    </w:p>
    <w:p>
      <w:r/>
    </w:p>
    <w:p>
      <w:r/>
      <w:r>
        <w:t>Abby nodded. “We need to bury the real one under at least five layers. Anyone who gets close has to burn years of their life piecing it together.”</w:t>
      </w:r>
    </w:p>
    <w:p>
      <w:r/>
    </w:p>
    <w:p>
      <w:r/>
      <w:r>
        <w:t>He snorted. “That’s exactly how Vernon did it. There’s a reason half his papers are still classified as ‘lost’ and the other half are in code.”</w:t>
      </w:r>
    </w:p>
    <w:p>
      <w:r/>
    </w:p>
    <w:p>
      <w:r/>
      <w:r>
        <w:t>Abby reached across the table, snagged the tracing paper, and held it up to the light. “You left out the north wall.”</w:t>
      </w:r>
    </w:p>
    <w:p>
      <w:r/>
    </w:p>
    <w:p>
      <w:r/>
      <w:r>
        <w:t>“On purpose,” he said. “That’s where the trigger is. If they don’t know to check for the magnetic anomaly, they can’t complete the sequence.”</w:t>
      </w:r>
    </w:p>
    <w:p>
      <w:r/>
    </w:p>
    <w:p>
      <w:r/>
      <w:r>
        <w:t>She smiled, wider this time, and it changed her whole face. “Good. Because according to Caleb’s notes, the anomaly only happens during an inversion. Otherwise, you get a false resonance, and the disc stays dormant.”</w:t>
      </w:r>
    </w:p>
    <w:p>
      <w:r/>
    </w:p>
    <w:p>
      <w:r/>
      <w:r>
        <w:t>Nate sat back, letting the logic play out in his head. “So even if someone gets to the site, even if they have the disc—”</w:t>
      </w:r>
    </w:p>
    <w:p>
      <w:r/>
    </w:p>
    <w:p>
      <w:r/>
      <w:r>
        <w:t>“They’ll trigger the dummy. The backup spiral. It’ll look real, but it’s just a sink. Like a lightning rod.” She tapped the paper, fingers landing exactly on the line he’d omitted. “Only the Well knows what it wants, and it only wants it every few decades. If someone gets greedy in the wrong cycle, it eats their signal and leaves them empty-handed.”</w:t>
      </w:r>
    </w:p>
    <w:p>
      <w:r/>
    </w:p>
    <w:p>
      <w:r/>
      <w:r>
        <w:t>Nate felt the old thrill—halfway between pride and dread—that always came with a working defense plan. “Vernon would have loved this.”</w:t>
      </w:r>
    </w:p>
    <w:p>
      <w:r/>
    </w:p>
    <w:p>
      <w:r/>
      <w:r>
        <w:t>Abby looked away, the smile gone. “He would have hated that we had to use it.”</w:t>
      </w:r>
    </w:p>
    <w:p>
      <w:r/>
    </w:p>
    <w:p>
      <w:r/>
      <w:r>
        <w:t>He let the silence hang, then cleared his throat. “There’s still the matter of access. I left a bug in the south cave, but if Caldwell’s people come back—”</w:t>
      </w:r>
    </w:p>
    <w:p>
      <w:r/>
    </w:p>
    <w:p>
      <w:r/>
      <w:r>
        <w:t>“They won’t,” she said, too fast. Then, softer: “They’re not coming back. Not after what happened to the retrieval team.”</w:t>
      </w:r>
    </w:p>
    <w:p>
      <w:r/>
    </w:p>
    <w:p>
      <w:r/>
      <w:r>
        <w:t>He didn’t press. They both knew what had happened, and why there were still body parts at the bottom of the shaft.</w:t>
      </w:r>
    </w:p>
    <w:p>
      <w:r/>
    </w:p>
    <w:p>
      <w:r/>
      <w:r>
        <w:t>Instead, he returned to the problem at hand. “We’ll plant two more fakes. The first at the old survey station—Vernon’s blueprints are still there, I think. The second, we feed to the Society’s archivist. Give them just enough to spin their wheels for a decade.”</w:t>
      </w:r>
    </w:p>
    <w:p>
      <w:r/>
    </w:p>
    <w:p>
      <w:r/>
      <w:r>
        <w:t>Abby reached for her coffee, found it empty, and went for the water jug instead. She poured two cups, handed one to Nate, and raised hers in a silent salute.</w:t>
      </w:r>
    </w:p>
    <w:p>
      <w:r/>
    </w:p>
    <w:p>
      <w:r/>
      <w:r>
        <w:t>“To the next generation of idiots,” she said.</w:t>
      </w:r>
    </w:p>
    <w:p>
      <w:r/>
    </w:p>
    <w:p>
      <w:r/>
      <w:r>
        <w:t>He touched his cup to hers, then downed half in one go. “May they be more careful than we were.”</w:t>
      </w:r>
    </w:p>
    <w:p>
      <w:r/>
    </w:p>
    <w:p>
      <w:r/>
      <w:r>
        <w:t>They sipped in silence. The room felt lighter, now, the weight of expectation finally shifting to the practical.</w:t>
      </w:r>
    </w:p>
    <w:p>
      <w:r/>
    </w:p>
    <w:p>
      <w:r/>
      <w:r>
        <w:t>After a moment, Abby set her cup down and pulled a folded envelope from the bottom of her bag. She slid it across the table, pushing aside a sheet of equations. “Caleb’s last letter. I couldn’t open it until we finished.”</w:t>
      </w:r>
    </w:p>
    <w:p>
      <w:r/>
    </w:p>
    <w:p>
      <w:r/>
      <w:r>
        <w:t>Nate took it, turning the envelope over in his hands. The paper was worn soft, the ink faded in places, but the seal was intact—a spiral, pressed into wax. He broke it and unfolded the letter, reading in silence.</w:t>
      </w:r>
    </w:p>
    <w:p>
      <w:r/>
    </w:p>
    <w:p>
      <w:r/>
      <w:r>
        <w:t>When he finished, he looked up, eyes wet but clear. “He knew we’d do it.”</w:t>
      </w:r>
    </w:p>
    <w:p>
      <w:r/>
    </w:p>
    <w:p>
      <w:r/>
      <w:r>
        <w:t>Abby nodded. “He always did.”</w:t>
      </w:r>
    </w:p>
    <w:p>
      <w:r/>
    </w:p>
    <w:p>
      <w:r/>
      <w:r>
        <w:t>Nate folded the letter, slid it into his jacket, and reached for the stack of completed maps. He picked the best fake, the one that looked most like the real thing, and slid it to the center of the table.</w:t>
      </w:r>
    </w:p>
    <w:p>
      <w:r/>
    </w:p>
    <w:p>
      <w:r/>
      <w:r>
        <w:t>“We’ll plant this one tomorrow. I’ll handle the drop, you handle the archive.”</w:t>
      </w:r>
    </w:p>
    <w:p>
      <w:r/>
    </w:p>
    <w:p>
      <w:r/>
      <w:r>
        <w:t>Abby gave a mock salute, her smile real now. “Aye, Captain.”</w:t>
      </w:r>
    </w:p>
    <w:p>
      <w:r/>
    </w:p>
    <w:p>
      <w:r/>
      <w:r>
        <w:t>He grinned, then stood, stretching the bad shoulder with a hiss. “Let’s crash for a few hours. We’ll need it.”</w:t>
      </w:r>
    </w:p>
    <w:p>
      <w:r/>
    </w:p>
    <w:p>
      <w:r/>
      <w:r>
        <w:t>She hesitated, then stood too, gathering the maps and notes into a loose bundle. “Hey, Nate?”</w:t>
      </w:r>
    </w:p>
    <w:p>
      <w:r/>
    </w:p>
    <w:p>
      <w:r/>
      <w:r>
        <w:t>He turned, hand on the doorknob.</w:t>
      </w:r>
    </w:p>
    <w:p>
      <w:r/>
    </w:p>
    <w:p>
      <w:r/>
      <w:r>
        <w:t>She hesitated, then found the words. “You could have left, back in the chamber. You could have left me behind.”</w:t>
      </w:r>
    </w:p>
    <w:p>
      <w:r/>
    </w:p>
    <w:p>
      <w:r/>
      <w:r>
        <w:t>He shrugged, the gesture slow and careful. “Didn’t even occur to me.”</w:t>
      </w:r>
    </w:p>
    <w:p>
      <w:r/>
    </w:p>
    <w:p>
      <w:r/>
      <w:r>
        <w:t>She let it hang, then nodded. “Good. Because from here on out, we’re both on the hook.”</w:t>
      </w:r>
    </w:p>
    <w:p>
      <w:r/>
    </w:p>
    <w:p>
      <w:r/>
      <w:r>
        <w:t>He smiled, tired but honest, and killed the desk lamp. “Wouldn’t have it any other way.”</w:t>
      </w:r>
    </w:p>
    <w:p>
      <w:r/>
    </w:p>
    <w:p>
      <w:r/>
      <w:r>
        <w:t>In the red-lit gloom, the spiral on the letter glowed faintly, and for a moment it looked like it might start spinning all over again.</w:t>
      </w:r>
    </w:p>
    <w:p>
      <w:r/>
    </w:p>
    <w:p>
      <w:r/>
      <w:r>
        <w:t>But it didn’t.</w:t>
      </w:r>
    </w:p>
    <w:p>
      <w:r/>
    </w:p>
    <w:p>
      <w:r/>
      <w:r>
        <w:t>It just waited, patient and silent, for the next chapter.</w:t>
      </w:r>
    </w:p>
    <w:p>
      <w:r/>
    </w:p>
    <w:p>
      <w:r/>
    </w:p>
    <w:p>
      <w:r/>
      <w:r>
        <w:t># Scene 2</w:t>
      </w:r>
    </w:p>
    <w:p>
      <w:r/>
    </w:p>
    <w:p>
      <w:r/>
      <w:r>
        <w:t>At sunrise the next day, the forest gave up its secrets one step at a time. Nate and Abby, trailed by vapor plumes of their own breath, hauled a duffel of electronics and a battered pelican case up the rim path to the southern quadrant of the crater. The slope was a patchwork of frost and obsidian chips, the tree line thin enough that you could see every lurch and hesitation in Nate’s gait. He’d insisted on carrying his share of the gear, but by the third switchback, the grim set of his mouth and the tightness in his posture had convinced Abby to quietly redistribute the weight.</w:t>
      </w:r>
    </w:p>
    <w:p>
      <w:r/>
    </w:p>
    <w:p>
      <w:r/>
      <w:r>
        <w:t>He didn’t protest. Some truths were easier to accept when no one said them out loud.</w:t>
      </w:r>
    </w:p>
    <w:p>
      <w:r/>
    </w:p>
    <w:p>
      <w:r/>
      <w:r>
        <w:t>The hike was a study in comparative suffering: Nate’s pain was visible and raw, his breathing harsh and uneven; Abby’s was a lower-frequency thing, a bone-tiredness that made every step a negotiation with gravity. She led the way, flagging occasional GPS waypoints on her phone, stopping only when the incline forced them to consult the hand-drawn map she’d cribbed from Caleb’s archive.</w:t>
      </w:r>
    </w:p>
    <w:p>
      <w:r/>
    </w:p>
    <w:p>
      <w:r/>
      <w:r>
        <w:t>“This is the first node,” she said, checking the sun angle against the line of the ridge. “Should have a direct sightline to the approach from the parking lot.”</w:t>
      </w:r>
    </w:p>
    <w:p>
      <w:r/>
    </w:p>
    <w:p>
      <w:r/>
      <w:r>
        <w:t>Nate unzipped the duffel, pulled out a sandwich bag full of motion sensors, and set to work with the patience of a man who’d once spent six hours hiding a tripwire in an abandoned apartment building. His hands shook, but the motions were precise, almost meditative.</w:t>
      </w:r>
    </w:p>
    <w:p>
      <w:r/>
    </w:p>
    <w:p>
      <w:r/>
      <w:r>
        <w:t>Abby watched him for a moment, then knelt beside him, freeing the transmitter from its foam cradle. “You sure you want the threshold this high?” she asked, scanning the device. “If a squirrel farts, it’ll ping your phone.”</w:t>
      </w:r>
    </w:p>
    <w:p>
      <w:r/>
    </w:p>
    <w:p>
      <w:r/>
      <w:r>
        <w:t>He grinned, grimacing through the residual ache. “That’s the point. The system needs to flag everything. You can always filter noise on the back end, but you can’t add a signal that’s not there.”</w:t>
      </w:r>
    </w:p>
    <w:p>
      <w:r/>
    </w:p>
    <w:p>
      <w:r/>
      <w:r>
        <w:t>She arched an eyebrow. “That’s a pretty optimistic view of data science.”</w:t>
      </w:r>
    </w:p>
    <w:p>
      <w:r/>
    </w:p>
    <w:p>
      <w:r/>
      <w:r>
        <w:t>He set the sensor, then checked the feed on his phone. “It’s a deeply pessimistic view of human nature.”</w:t>
      </w:r>
    </w:p>
    <w:p>
      <w:r/>
    </w:p>
    <w:p>
      <w:r/>
      <w:r>
        <w:t>The device lit, blinked three times, then went dark. Satisfied, Nate packed up and slung the duffel over his good shoulder. “Next?”</w:t>
      </w:r>
    </w:p>
    <w:p>
      <w:r/>
    </w:p>
    <w:p>
      <w:r/>
      <w:r>
        <w:t>Abby consulted the map, tracing the spiral route they’d drawn the night before. “Quarter mile east. Should hit the old logging road and cut north.”</w:t>
      </w:r>
    </w:p>
    <w:p>
      <w:r/>
    </w:p>
    <w:p>
      <w:r/>
      <w:r>
        <w:t>They walked in silence, the hush of the forest punctuated only by the crunch of their boots and the hiss of wind through the pines. Abby’s mind wandered, as it always did in the woods. She found herself cataloguing the site’s natural defenses: the loose scree that would betray the weight of an intruder, the thermal vents that could mask a body’s IR signature, the patterns of shadow and light that would make even the best night-vision unreliable.</w:t>
      </w:r>
    </w:p>
    <w:p>
      <w:r/>
    </w:p>
    <w:p>
      <w:r/>
      <w:r>
        <w:t>She thought of her grandmother, who used to say the land remembered everything. It remembered footprints and bloodstains, remembered the difference between a deer and a desperate person on the run. Abby wondered if the land would remember her, or if she’d just become another fossil in the stratigraphy of failed custodians.</w:t>
      </w:r>
    </w:p>
    <w:p>
      <w:r/>
    </w:p>
    <w:p>
      <w:r/>
      <w:r>
        <w:t>The second node was a deadfall, a mess of branches and blackened logs where lightning had once found its mark. Nate knelt, unzipped the pelican case, and started wiring a geophone to the base of the largest trunk. Abby watched him work, then turned her gaze to the slope below, searching for the line where the forest gave way to open ground.</w:t>
      </w:r>
    </w:p>
    <w:p>
      <w:r/>
    </w:p>
    <w:p>
      <w:r/>
      <w:r>
        <w:t>“You ever think about how the original caretakers did this?” she asked, not turning from the view.</w:t>
      </w:r>
    </w:p>
    <w:p>
      <w:r/>
    </w:p>
    <w:p>
      <w:r/>
      <w:r>
        <w:t>Nate twisted the last wire into place, then answered. “With less plastic, probably. More sharp rocks.”</w:t>
      </w:r>
    </w:p>
    <w:p>
      <w:r/>
    </w:p>
    <w:p>
      <w:r/>
      <w:r>
        <w:t>She smiled, appreciating the deadpan. “No, I mean—Klamath, Modoc, everyone who kept the stories alive before any of us. They didn’t use technology. They used landmarks. Scent. Memory.”</w:t>
      </w:r>
    </w:p>
    <w:p>
      <w:r/>
    </w:p>
    <w:p>
      <w:r/>
      <w:r>
        <w:t>He shrugged. “We use what we have.”</w:t>
      </w:r>
    </w:p>
    <w:p>
      <w:r/>
    </w:p>
    <w:p>
      <w:r/>
      <w:r>
        <w:t>Abby’s voice was distant, almost reverent. “There’s a myth in Klamath oral history. They say the spirit of the mountain chooses who gets to see the secret places. If you’re not meant to, you get turned around, or you get lost, or you just… forget you were ever looking.”</w:t>
      </w:r>
    </w:p>
    <w:p>
      <w:r/>
    </w:p>
    <w:p>
      <w:r/>
      <w:r>
        <w:t>Nate dusted off his hands, sat back on his heels. “That would be a hell of a feature for our security system.”</w:t>
      </w:r>
    </w:p>
    <w:p>
      <w:r/>
    </w:p>
    <w:p>
      <w:r/>
      <w:r>
        <w:t>She laughed, sharp and real. “We could call it the Oblivion Protocol.”</w:t>
      </w:r>
    </w:p>
    <w:p>
      <w:r/>
    </w:p>
    <w:p>
      <w:r/>
      <w:r>
        <w:t>He checked the node, then thumbed through the geophone’s diagnostic menu. “What happens if someone’s meant to find it, but they’re not the right kind of person?”</w:t>
      </w:r>
    </w:p>
    <w:p>
      <w:r/>
    </w:p>
    <w:p>
      <w:r/>
      <w:r>
        <w:t>Abby was quiet for a long time. “Then I guess the mountain finds another way to bury them.”</w:t>
      </w:r>
    </w:p>
    <w:p>
      <w:r/>
    </w:p>
    <w:p>
      <w:r/>
      <w:r>
        <w:t>He looked at her, the question unspoken. She met his eyes and held them.</w:t>
      </w:r>
    </w:p>
    <w:p>
      <w:r/>
    </w:p>
    <w:p>
      <w:r/>
      <w:r>
        <w:t>“You think that’s what happened to us?” he said.</w:t>
      </w:r>
    </w:p>
    <w:p>
      <w:r/>
    </w:p>
    <w:p>
      <w:r/>
      <w:r>
        <w:t>She shook her head, the motion small but absolute. “No. We’re still here. The story doesn’t end with the Well. It ends with what we do after.”</w:t>
      </w:r>
    </w:p>
    <w:p>
      <w:r/>
    </w:p>
    <w:p>
      <w:r/>
      <w:r>
        <w:t>He let the words settle, then hoisted himself upright. “Ready?”</w:t>
      </w:r>
    </w:p>
    <w:p>
      <w:r/>
    </w:p>
    <w:p>
      <w:r/>
      <w:r>
        <w:t>They trudged on. The third node was a fissure in the rock, half-collapsed and hidden behind a stand of manzanita. It took two tries to fit the vibration sensor deep enough into the crevice, and Abby had to wedge herself shoulder-deep into the crack to align it properly. She came out smeared with dirt and grinning, the success lighting her up from the inside.</w:t>
      </w:r>
    </w:p>
    <w:p>
      <w:r/>
    </w:p>
    <w:p>
      <w:r/>
      <w:r>
        <w:t>“That’s three,” she said, stripping off her gloves and shoving them into a pocket. “Two more, then we’ve got the full perimeter.”</w:t>
      </w:r>
    </w:p>
    <w:p>
      <w:r/>
    </w:p>
    <w:p>
      <w:r/>
      <w:r>
        <w:t>They moved faster now, the rhythm of the job smoothing the roughness between them. Nate’s limp eased as the muscle warmed, and Abby stopped looking back to check if he was keeping pace. By the time they reached the fourth node—an overhang of basalt that overlooked the lake—they were working as a single organism, the words unnecessary, every gesture anticipatory.</w:t>
      </w:r>
    </w:p>
    <w:p>
      <w:r/>
    </w:p>
    <w:p>
      <w:r/>
      <w:r>
        <w:t>Abby set the last sensor at the edge of the drop, then straightened, flexing her back. She looked out over the water, the sun creeping higher, painting the caldera’s rim in gold and white.</w:t>
      </w:r>
    </w:p>
    <w:p>
      <w:r/>
    </w:p>
    <w:p>
      <w:r/>
      <w:r>
        <w:t>“It’s beautiful,” she said, almost to herself.</w:t>
      </w:r>
    </w:p>
    <w:p>
      <w:r/>
    </w:p>
    <w:p>
      <w:r/>
      <w:r>
        <w:t>Nate joined her, setting the duffel down and resting against the rock. “You ever get tired of it?”</w:t>
      </w:r>
    </w:p>
    <w:p>
      <w:r/>
    </w:p>
    <w:p>
      <w:r/>
      <w:r>
        <w:t>She shook her head. “Never.”</w:t>
      </w:r>
    </w:p>
    <w:p>
      <w:r/>
    </w:p>
    <w:p>
      <w:r/>
      <w:r>
        <w:t>He watched her profile, the way the early light caught in the curve of her jaw, the bruises already fading. He wanted to tell her something, but the words didn’t come. Instead, he dug in the bag, found the thermos, and poured two cups of coffee, handing one to her.</w:t>
      </w:r>
    </w:p>
    <w:p>
      <w:r/>
    </w:p>
    <w:p>
      <w:r/>
      <w:r>
        <w:t>They drank, watching the wind chase waves across the surface of the lake. For a few minutes, there was nothing but the silence and the memory of what they’d done.</w:t>
      </w:r>
    </w:p>
    <w:p>
      <w:r/>
    </w:p>
    <w:p>
      <w:r/>
      <w:r>
        <w:t>Abby was the first to speak. “When I was a kid, I used to think about what it would be like to find a secret. Not just any secret, but the kind that mattered. The kind that changed the shape of everything.”</w:t>
      </w:r>
    </w:p>
    <w:p>
      <w:r/>
    </w:p>
    <w:p>
      <w:r/>
      <w:r>
        <w:t>Nate sipped his coffee, waited.</w:t>
      </w:r>
    </w:p>
    <w:p>
      <w:r/>
    </w:p>
    <w:p>
      <w:r/>
      <w:r>
        <w:t>“I thought if I ever found one, I’d feel… important, I guess. Like I finally belonged in the story.”</w:t>
      </w:r>
    </w:p>
    <w:p>
      <w:r/>
    </w:p>
    <w:p>
      <w:r/>
      <w:r>
        <w:t>She looked at him, and her eyes were old and tired but very clear. “But it’s not like that. You find the secret, and all you want to do is put it back. Hide it again, before someone worse comes along.”</w:t>
      </w:r>
    </w:p>
    <w:p>
      <w:r/>
    </w:p>
    <w:p>
      <w:r/>
      <w:r>
        <w:t>He nodded, understanding. “You think you can do it? Walk away?”</w:t>
      </w:r>
    </w:p>
    <w:p>
      <w:r/>
    </w:p>
    <w:p>
      <w:r/>
      <w:r>
        <w:t>She shrugged. “We’re not walking away. We’re just… choosing the story we want to leave behind.”</w:t>
      </w:r>
    </w:p>
    <w:p>
      <w:r/>
    </w:p>
    <w:p>
      <w:r/>
      <w:r>
        <w:t>They finished the coffee in silence, then packed up the last of the gear and started the long climb back.</w:t>
      </w:r>
    </w:p>
    <w:p>
      <w:r/>
    </w:p>
    <w:p>
      <w:r/>
      <w:r>
        <w:t>The fifth node was at the trailhead, camouflaged in the root system of a fallen pine. Abby set it with a practiced hand, then stood, brushing the dirt from her pants.</w:t>
      </w:r>
    </w:p>
    <w:p>
      <w:r/>
    </w:p>
    <w:p>
      <w:r/>
      <w:r>
        <w:t>Nate checked his phone, watching as each sensor lit green on the interface. “We’re live.”</w:t>
      </w:r>
    </w:p>
    <w:p>
      <w:r/>
    </w:p>
    <w:p>
      <w:r/>
      <w:r>
        <w:t>Abby smiled, small but genuine. “So are we.”</w:t>
      </w:r>
    </w:p>
    <w:p>
      <w:r/>
    </w:p>
    <w:p>
      <w:r/>
      <w:r>
        <w:t>They started down the trail, side by side. The sun was up now, the forest brighter and less menacing, the sense of surveillance replaced by something like stewardship.</w:t>
      </w:r>
    </w:p>
    <w:p>
      <w:r/>
    </w:p>
    <w:p>
      <w:r/>
      <w:r>
        <w:t>At the base of the slope, Nate stopped, catching his breath. “You know,” he said, “I never thought I’d end up a park ranger.”</w:t>
      </w:r>
    </w:p>
    <w:p>
      <w:r/>
    </w:p>
    <w:p>
      <w:r/>
      <w:r>
        <w:t>Abby laughed, the sound free of bitterness for the first time in days. “I always knew you’d make a terrible professor.”</w:t>
      </w:r>
    </w:p>
    <w:p>
      <w:r/>
    </w:p>
    <w:p>
      <w:r/>
      <w:r>
        <w:t>He grinned, and for a moment, they were just two people in the woods, the weight of the Well a little lighter on their shoulders.</w:t>
      </w:r>
    </w:p>
    <w:p>
      <w:r/>
    </w:p>
    <w:p>
      <w:r/>
      <w:r>
        <w:t>Ahead, the lake gleamed, impossibly blue.</w:t>
      </w:r>
    </w:p>
    <w:p>
      <w:r/>
    </w:p>
    <w:p>
      <w:r/>
      <w:r>
        <w:t>Behind them, the sensors watched, silent and patient, waiting for the world to try again.</w:t>
      </w:r>
    </w:p>
    <w:p>
      <w:r/>
    </w:p>
    <w:p>
      <w:r/>
    </w:p>
    <w:p>
      <w:r/>
      <w:r>
        <w:t># Scene 3</w:t>
      </w:r>
    </w:p>
    <w:p>
      <w:r/>
    </w:p>
    <w:p>
      <w:r/>
      <w:r>
        <w:t>Sunset at Crater Lake was designed to trick the mind into thinking it was all right for things to end. The water took the color and gave it back in indigo and copper, a perfect mirror that erased the boundary between above and below. At the southern cove, Nate and Abby squatted at the water’s edge, their drysuits half-donned, prepping the last of the gear with the urgency of people who knew they would never get a second chance at this.</w:t>
      </w:r>
    </w:p>
    <w:p>
      <w:r/>
    </w:p>
    <w:p>
      <w:r/>
      <w:r>
        <w:t>Nate loaded the ceramic shield plates into the transport rig, testing the locking mechanism with his good arm and flexing the other to see how much it would protest. The answer was “a lot,” but pain was the only currency left, and he had plenty. Abby sorted the packets of sealing compound, laying them out in the order they’d be used. The blue glow of her waterproof headlamp made the globs look radioactive, like something you’d need tongs to handle.</w:t>
      </w:r>
    </w:p>
    <w:p>
      <w:r/>
    </w:p>
    <w:p>
      <w:r/>
      <w:r>
        <w:t>They worked in near silence, a last-minute ballet of checks and cross-checks, only breaking rhythm for a necessary curse or a snatch of dark humor.</w:t>
      </w:r>
    </w:p>
    <w:p>
      <w:r/>
    </w:p>
    <w:p>
      <w:r/>
      <w:r>
        <w:t>“Just think,” Nate said, tightening the last strap on his rebreather, “if this works, we could be responsible for the world’s most expensive placebo.”</w:t>
      </w:r>
    </w:p>
    <w:p>
      <w:r/>
    </w:p>
    <w:p>
      <w:r/>
      <w:r>
        <w:t>Abby grunted, wrangling the disc into its padded case. “If it doesn’t work, we’re on the hook for the actual apocalypse. I know which bet I’d take.”</w:t>
      </w:r>
    </w:p>
    <w:p>
      <w:r/>
    </w:p>
    <w:p>
      <w:r/>
      <w:r>
        <w:t>He tested the mouthpiece, cycled his air, and looked at her over the edge of his mask. “You ready to become folklore?”</w:t>
      </w:r>
    </w:p>
    <w:p>
      <w:r/>
    </w:p>
    <w:p>
      <w:r/>
      <w:r>
        <w:t>She took a long time to answer. When she did, her voice was calm but threaded with static. “You know Caleb once told me that the world is run by the stories we’re scared to tell. That’s what the Well is, really—a place for storing the stories that can’t be allowed to run free.”</w:t>
      </w:r>
    </w:p>
    <w:p>
      <w:r/>
    </w:p>
    <w:p>
      <w:r/>
      <w:r>
        <w:t>Nate looked at the lake, its perfect reflection broken only by the thinnest wind. “You think we’re doing the right thing?”</w:t>
      </w:r>
    </w:p>
    <w:p>
      <w:r/>
    </w:p>
    <w:p>
      <w:r/>
      <w:r>
        <w:t>She shrugged, but her hands were steady as she sealed the last of the bags. “We’re doing the only thing. After tonight, no one gets to use the Well. Not the suits, not the Society, not the cults. Not even us.”</w:t>
      </w:r>
    </w:p>
    <w:p>
      <w:r/>
    </w:p>
    <w:p>
      <w:r/>
      <w:r>
        <w:t>They paused to review the final safeguard: the coded map, a Frankenstein’s monster of spiral math, historical references, and lunar-phase triggers. The printout was unremarkable, just a few lines of formula, a hand-drawn diagram, and a strip of photographic negatives that, to the uninformed, looked like an accident of the scanner.</w:t>
      </w:r>
    </w:p>
    <w:p>
      <w:r/>
    </w:p>
    <w:p>
      <w:r/>
      <w:r>
        <w:t>But in the right hands—hands that had both Abby’s command of the legend and Nate’s mathematical masochism—it was a perfect cipher.</w:t>
      </w:r>
    </w:p>
    <w:p>
      <w:r/>
    </w:p>
    <w:p>
      <w:r/>
      <w:r>
        <w:t>Nate ran his finger down the key. “You realize, even if someone breaks the code, they’d need to be at the site in a sixty-second window every thirty years.”</w:t>
      </w:r>
    </w:p>
    <w:p>
      <w:r/>
    </w:p>
    <w:p>
      <w:r/>
      <w:r>
        <w:t>She smiled, eyes on the horizon. “That’s assuming they don’t drown in the process.”</w:t>
      </w:r>
    </w:p>
    <w:p>
      <w:r/>
    </w:p>
    <w:p>
      <w:r/>
      <w:r>
        <w:t>He set the paper down, took a slow breath, and reached for the twin set of dive lights.</w:t>
      </w:r>
    </w:p>
    <w:p>
      <w:r/>
    </w:p>
    <w:p>
      <w:r/>
      <w:r>
        <w:t>Abby watched him, the bruises on his face now more yellow than purple, his arm trembling as he gripped the equipment. For a moment, she saw not the field tech or the iron-willed operator, but the kid who used to spend whole days building Rube Goldberg machines just to see if they’d fail in new and interesting ways.</w:t>
      </w:r>
    </w:p>
    <w:p>
      <w:r/>
    </w:p>
    <w:p>
      <w:r/>
      <w:r>
        <w:t>She found herself wanting to say something, but instead she checked the harnesses on her own tank, making sure the redundancy lines were tight enough to withstand another collapse.</w:t>
      </w:r>
    </w:p>
    <w:p>
      <w:r/>
    </w:p>
    <w:p>
      <w:r/>
      <w:r>
        <w:t>She didn’t realize he was watching until he cleared his throat.</w:t>
      </w:r>
    </w:p>
    <w:p>
      <w:r/>
    </w:p>
    <w:p>
      <w:r/>
      <w:r>
        <w:t>“I get why you’re nervous,” he said. “But we’ve done worse with less.”</w:t>
      </w:r>
    </w:p>
    <w:p>
      <w:r/>
    </w:p>
    <w:p>
      <w:r/>
      <w:r>
        <w:t>She grinned, then lost it as quickly as it came. “You ever think about what happens after this? Not the world-ending part. The part where we’re just… done?”</w:t>
      </w:r>
    </w:p>
    <w:p>
      <w:r/>
    </w:p>
    <w:p>
      <w:r/>
      <w:r>
        <w:t>He squinted at her, the sun making a halo out of the steam off his mask. “No,” he said. “But I could get used to it.”</w:t>
      </w:r>
    </w:p>
    <w:p>
      <w:r/>
    </w:p>
    <w:p>
      <w:r/>
      <w:r>
        <w:t>She looked away, hiding the sudden heat in her cheeks by fussing with the chest strap.</w:t>
      </w:r>
    </w:p>
    <w:p>
      <w:r/>
    </w:p>
    <w:p>
      <w:r/>
      <w:r>
        <w:t>The moment passed. Nate flicked the safety on the pressure gauge, then checked her rig for leaks.</w:t>
      </w:r>
    </w:p>
    <w:p>
      <w:r/>
    </w:p>
    <w:p>
      <w:r/>
      <w:r>
        <w:t>“All right,” he said, tone brisk. “We do this fast, no heroics. In and out.”</w:t>
      </w:r>
    </w:p>
    <w:p>
      <w:r/>
    </w:p>
    <w:p>
      <w:r/>
      <w:r>
        <w:t>She nodded, then pulled the mask down over her face. “You’re the boss, Chase.”</w:t>
      </w:r>
    </w:p>
    <w:p>
      <w:r/>
    </w:p>
    <w:p>
      <w:r/>
      <w:r>
        <w:t>They stepped into the water, the cold hitting them like a wall. Abby’s teeth chattered, but the familiar ache steadied her. Nate gave her a thumbs-up, then ducked under the surface, his silhouette already fading in the deepening twilight.</w:t>
      </w:r>
    </w:p>
    <w:p>
      <w:r/>
    </w:p>
    <w:p>
      <w:r/>
      <w:r>
        <w:t>The first ten meters were agony—the suit compressed her chest, the pressure on her ears made her eyes throb, and the weight of the gear threatened to pitch her backward at every kick. But she kept her focus on Nate’s fins, counting each flutter as they descended through the blue.</w:t>
      </w:r>
    </w:p>
    <w:p>
      <w:r/>
    </w:p>
    <w:p>
      <w:r/>
      <w:r>
        <w:t>The entrance to the Well’s tunnel was where it had always been: hidden in the shadow of a basalt overhang, thirty meters down, invisible from any angle except the one they’d mapped out the week before. Nate reached the opening first, then held up a hand for her to wait. He scanned the perimeter, checked for any movement, then signaled her forward.</w:t>
      </w:r>
    </w:p>
    <w:p>
      <w:r/>
    </w:p>
    <w:p>
      <w:r/>
      <w:r>
        <w:t>They slid into the tunnel, the world shrinking to a tube of darkness and the twin beams of their lights. The passage was tight, barely wide enough for the rigs, and the cold was so absolute it felt like time itself had stopped. Abby kept her breathing slow and even, the way Sarah had taught her, the way generations of Calloways had learned in water deep enough to hide a secret.</w:t>
      </w:r>
    </w:p>
    <w:p>
      <w:r/>
    </w:p>
    <w:p>
      <w:r/>
      <w:r>
        <w:t>They made the chamber in two minutes flat, the familiar spiral of the altar waiting at the far end. The residual blue glow was gone, replaced by an uncanny darkness, as if the Well itself had shut down for the season.</w:t>
      </w:r>
    </w:p>
    <w:p>
      <w:r/>
    </w:p>
    <w:p>
      <w:r/>
      <w:r>
        <w:t>Nate set the rig down, then pulled the shield plates from the transport. Abby prepped the sealing compound, her hands numb but obedient. They worked in tandem, each motion a callback to the rehearsals they’d run in the makeshift pool behind the ranger station.</w:t>
      </w:r>
    </w:p>
    <w:p>
      <w:r/>
    </w:p>
    <w:p>
      <w:r/>
      <w:r>
        <w:t>The final seal was a two-person job. Nate wedged the ceramic into the aperture, and Abby layered the compound around the edge, careful not to touch the spiral itself. The material hardened on contact, fusing with the basalt. Abby counted off the seconds as it set, her heart hammering with the certainty that this was it: the end of the spiral, the last page of the story.</w:t>
      </w:r>
    </w:p>
    <w:p>
      <w:r/>
    </w:p>
    <w:p>
      <w:r/>
      <w:r>
        <w:t>Nate gave her a look, the only communication possible through the fogged glass of his mask.</w:t>
      </w:r>
    </w:p>
    <w:p>
      <w:r/>
    </w:p>
    <w:p>
      <w:r/>
      <w:r>
        <w:t>You good?</w:t>
      </w:r>
    </w:p>
    <w:p>
      <w:r/>
    </w:p>
    <w:p>
      <w:r/>
      <w:r>
        <w:t>She nodded, the motion tiny but all she could manage.</w:t>
      </w:r>
    </w:p>
    <w:p>
      <w:r/>
    </w:p>
    <w:p>
      <w:r/>
      <w:r>
        <w:t>They hovered there for a minute, watching as the last of the light faded from the Well’s heart. It felt like a funeral, but also like the first clean breath after a long illness.</w:t>
      </w:r>
    </w:p>
    <w:p>
      <w:r/>
    </w:p>
    <w:p>
      <w:r/>
      <w:r>
        <w:t>Nate gave the signal, and they kicked back down the tunnel, retracing their path to the surface.</w:t>
      </w:r>
    </w:p>
    <w:p>
      <w:r/>
    </w:p>
    <w:p>
      <w:r/>
      <w:r>
        <w:t>The ascent was slow, the need to avoid the bends an ironic luxury given the week they’d had. Abby could feel the cold in her bones, but it was a clean pain, an honest one. They broke the surface together, gasping for air, their bodies too numb to shiver but too stubborn to give in.</w:t>
      </w:r>
    </w:p>
    <w:p>
      <w:r/>
    </w:p>
    <w:p>
      <w:r/>
      <w:r>
        <w:t>On shore, they stripped off the suits and collapsed onto the sand, staring up at the sky as the last color bled from the clouds.</w:t>
      </w:r>
    </w:p>
    <w:p>
      <w:r/>
    </w:p>
    <w:p>
      <w:r/>
      <w:r>
        <w:t>Neither spoke for a long time.</w:t>
      </w:r>
    </w:p>
    <w:p>
      <w:r/>
    </w:p>
    <w:p>
      <w:r/>
      <w:r>
        <w:t>Finally, Abby rolled onto her side, propped herself up on one elbow, and looked at Nate.</w:t>
      </w:r>
    </w:p>
    <w:p>
      <w:r/>
    </w:p>
    <w:p>
      <w:r/>
      <w:r>
        <w:t>“Still think we made the right call?” she asked.</w:t>
      </w:r>
    </w:p>
    <w:p>
      <w:r/>
    </w:p>
    <w:p>
      <w:r/>
      <w:r>
        <w:t>He turned to face her, his smile slow but unshakable. “I think we made the only call that mattered.”</w:t>
      </w:r>
    </w:p>
    <w:p>
      <w:r/>
    </w:p>
    <w:p>
      <w:r/>
      <w:r>
        <w:t>She watched the line of the lake, the way it held the sunset like a secret.</w:t>
      </w:r>
    </w:p>
    <w:p>
      <w:r/>
    </w:p>
    <w:p>
      <w:r/>
      <w:r>
        <w:t>“You know,” she said, voice soft, “this doesn’t end just because we sealed it. The world doesn’t work that way.”</w:t>
      </w:r>
    </w:p>
    <w:p>
      <w:r/>
    </w:p>
    <w:p>
      <w:r/>
      <w:r>
        <w:t>He nodded, understanding. “We’ll watch it. As long as it takes.”</w:t>
      </w:r>
    </w:p>
    <w:p>
      <w:r/>
    </w:p>
    <w:p>
      <w:r/>
      <w:r>
        <w:t>She closed her eyes, the exhaustion finally overtaking her. “You ever get tired of being the last line of defense?”</w:t>
      </w:r>
    </w:p>
    <w:p>
      <w:r/>
    </w:p>
    <w:p>
      <w:r/>
      <w:r>
        <w:t>He thought about it, then smiled. “Ask me again in thirty years.”</w:t>
      </w:r>
    </w:p>
    <w:p>
      <w:r/>
    </w:p>
    <w:p>
      <w:r/>
      <w:r>
        <w:t>She laughed, and the sound was as close to peace as she’d ever known.</w:t>
      </w:r>
    </w:p>
    <w:p>
      <w:r/>
    </w:p>
    <w:p>
      <w:r/>
      <w:r>
        <w:t>They lay side by side, the sand cold but the air above them warm, the lake settling into its old silence. Above, the first stars came out, patient as always.</w:t>
      </w:r>
    </w:p>
    <w:p>
      <w:r/>
    </w:p>
    <w:p>
      <w:r/>
      <w:r>
        <w:t>It was not a victory, not really. But it was enough.</w:t>
      </w:r>
    </w:p>
    <w:p>
      <w:r/>
    </w:p>
    <w:p>
      <w:r/>
      <w:r>
        <w:t>They rested, the only two people in the world who understood what they’d done, and what it would mean. The future was uncertain, but for now, the Well was safe.</w:t>
      </w:r>
    </w:p>
    <w:p>
      <w:r/>
    </w:p>
    <w:p>
      <w:r/>
      <w:r>
        <w:t>And so were they.</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