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p>
    <w:p>
      <w:r/>
    </w:p>
    <w:p>
      <w:r/>
      <w:r>
        <w:t># Scene 1</w:t>
      </w:r>
    </w:p>
    <w:p>
      <w:r/>
    </w:p>
    <w:p>
      <w:r/>
      <w:r>
        <w:t>There were days when Nate Chase suspected he had finally gone the way of his uncle: feral, raw-nerved, a body not so much inhabited as hijacked by the compulsion to see every angle at once. He lived for these days, and despised them in equal measure.</w:t>
      </w:r>
    </w:p>
    <w:p>
      <w:r/>
    </w:p>
    <w:p>
      <w:r/>
      <w:r>
        <w:t>This morning—if one could call it morning, given the blackout tarps and the wild temporal drift of his internal clock—he hunched in front of three monitors, all hissing with heat and cheap plastic, his hands locked in a fugue state of typing, pausing, highlighting, and flipping through a fourth, paper-wrapped notebook. His left thumb was blistered from compulsively rubbing the edge of a brass protractor, his right hand a claw of old stress injuries and new caffeine tremors. The workstation—really just the back corner of a converted Forest Service utility room—looked like a crime scene staged by someone with a vendetta against neatness: stacked journals, gel pens with the tips bitten through, empty instant ramen cups perched atop a geophysical field scanner, and a scattering of little red pills that were either expired Sudafed or the best option from a local truck stop.</w:t>
      </w:r>
    </w:p>
    <w:p>
      <w:r/>
    </w:p>
    <w:p>
      <w:r/>
      <w:r>
        <w:t>The walls were close, windowless, the air briny with old sweat and the ozone tang of stressed electronics. On the central screen, a pulsing heatmap of Crater Lake’s caldera shifted in time with the anomaly readings, the data streaming in live from the sensor array Abby had optimized overnight. Each spike or lull painted a fresh, angry bloom on the map—violent oranges and electric blues that Nate found perversely comforting. It was a living thing, this pulse. He was supposed to be afraid of it, but in truth, he admired its audacity.</w:t>
      </w:r>
    </w:p>
    <w:p>
      <w:r/>
    </w:p>
    <w:p>
      <w:r/>
      <w:r>
        <w:t>He moved in tight orbits: compare the latest waveform to last night’s; check against the backup logs; reference the spike frequency to Vernon’s old hypothesis about temporal convergence (written in the margins of a half-burned copy of The Golden Bough, which sat, now, sandwiched between two volumes of IEEE Transactions). Every minute or so, he would slide back from the desk and scrawl a number or a short phrase on the whiteboard, most of which only he could parse:</w:t>
      </w:r>
    </w:p>
    <w:p>
      <w:r/>
    </w:p>
    <w:p>
      <w:r/>
      <w:r>
        <w:t>LEY PATHWAY 60%</w:t>
      </w:r>
    </w:p>
    <w:p>
      <w:r/>
    </w:p>
    <w:p>
      <w:r/>
      <w:r>
        <w:t>COLD PULSE = INVERSE RESPONSE?</w:t>
      </w:r>
    </w:p>
    <w:p>
      <w:r/>
    </w:p>
    <w:p>
      <w:r/>
      <w:r>
        <w:t>Δt SHRINKING, FUCK YES</w:t>
      </w:r>
    </w:p>
    <w:p>
      <w:r/>
    </w:p>
    <w:p>
      <w:r/>
      <w:r>
        <w:t>SEE PAGE 43, VERNON</w:t>
      </w:r>
    </w:p>
    <w:p>
      <w:r/>
    </w:p>
    <w:p>
      <w:r/>
      <w:r>
        <w:t>Occasionally, he would mutter the words aloud, just to hear if they sounded right. “Cold pulse is inverse, but there’s no attenuation... What’s your game?” He flicked his eyes up to a photograph taped above the monitor: a much younger Vernon Chase, standing at the lip of the crater in what looked like 1978, arms spread as if to gather all the world’s unanswered questions into a single, smirking embrace.</w:t>
      </w:r>
    </w:p>
    <w:p>
      <w:r/>
    </w:p>
    <w:p>
      <w:r/>
      <w:r>
        <w:t>You’re missing something, Nate thought. It was always the same missing thing.</w:t>
      </w:r>
    </w:p>
    <w:p>
      <w:r/>
    </w:p>
    <w:p>
      <w:r/>
      <w:r>
        <w:t>He toggled the monitor to a four-up split, each quadrant showing a different facet of the data: raw magnetic field strength, seismic feedback, spectral density, and an overlay of all known anomaly sites worldwide. The global overlay was Nate’s own creation—a Frankenstein of classified satellite imagery, hand-stitched waypoints from declassified military reports, and the obsessive catalog of weird geology Vernon had assembled over decades of polite scientific exile. If you stared at it long enough, as Nate did, it became an abstract painting, the kind that rewarded pattern-seeking brains with the faintest illusion of order.</w:t>
      </w:r>
    </w:p>
    <w:p>
      <w:r/>
    </w:p>
    <w:p>
      <w:r/>
      <w:r>
        <w:t xml:space="preserve">But today, for the first time, the illusion bit back. The pulses from the new anomaly—what he and Abby had begun calling the Other Well, just for sanity’s sake—were not random. They ran in sequences, intervals, recursive patterns that, when mapped to the Earth’s geometry, traced faint but stubborn arcs between specific points on the surface. Not just between anomalies, but along lines that matched Vernon’s most unpublishable theory: global ley lines. </w:t>
      </w:r>
    </w:p>
    <w:p>
      <w:r/>
    </w:p>
    <w:p>
      <w:r/>
      <w:r>
        <w:t>Nate grabbed the nearest pen, blue this time, and began drawing on the laminated world map that occupied a third of the desk. Each data point—a spike from the new anomaly—became a circle, then a cluster, then a line. He cross-referenced latitude and longitude against the overlays, then reached for a battered, spiral-bound log of Vernon’s private field notes, thumbing to the dog-eared sections on “geodetic harmonic convergence.”</w:t>
      </w:r>
    </w:p>
    <w:p>
      <w:r/>
    </w:p>
    <w:p>
      <w:r/>
      <w:r>
        <w:t xml:space="preserve">The handwriting was a disaster—Vernon, even at his most lucid, wrote like a doctor on amphetamines—but the key was in the diagrams. Nate ran his finger along a page where Vernon had traced faint, ghostly curves from one sacred site to another: Stonehenge, Giza, Easter Island, back to Crater Lake, then onward to points that Vernon had only circled in red, with no commentary. </w:t>
      </w:r>
    </w:p>
    <w:p>
      <w:r/>
    </w:p>
    <w:p>
      <w:r/>
      <w:r>
        <w:t>Those points now matched the pulses on Nate’s monitor. He triple-checked the alignment, then checked it again, feeling a cold sweat prick along his spine. He wiped a palm on his cargoes and opened a new spreadsheet, this one cross-referencing all known ancient “vortex sites” from Vernon’s index. With each new pulse, the match grew stronger.</w:t>
      </w:r>
    </w:p>
    <w:p>
      <w:r/>
    </w:p>
    <w:p>
      <w:r/>
      <w:r>
        <w:t>“Uncle, you absolute bastard,” Nate whispered, grinning in a way that felt equal parts triumph and terror. “You were right, and you never even told me the punchline.”</w:t>
      </w:r>
    </w:p>
    <w:p>
      <w:r/>
    </w:p>
    <w:p>
      <w:r/>
      <w:r>
        <w:t>He leaned forward, knuckles braced on the edge of the table, and for a moment the rest of the world faded away. All he could see was the beautiful, impossible logic of the pattern: a gridwork, a network, a communication system writ across the crust of the planet. If the pulses were messages, then the messages were passing between sites in a language that only the rocks could hear.</w:t>
      </w:r>
    </w:p>
    <w:p>
      <w:r/>
    </w:p>
    <w:p>
      <w:r/>
      <w:r>
        <w:t>Nate ran the math, keyed in the fresh data from the last pulse, and let the simulation render in real time. The pathlines snapped into focus, like arteries lit by dye under a fluoroscope. One line in particular curved across the Pacific, bending from Crater Lake all the way down to the Andes. The endpoint was a volcanic caldera in southern Peru—an ancient site, older than Machu Picchu, one that Vernon had only marked in the index as “VISIT. HIGH PROB.”</w:t>
      </w:r>
    </w:p>
    <w:p>
      <w:r/>
    </w:p>
    <w:p>
      <w:r/>
      <w:r>
        <w:t>He scribbled the coordinates on a sticky note, then checked his watch. He’d lost track of hours again, but adrenaline was a good enough fuel for at least another round. He hesitated, then opened the bottom drawer of the desk, pulling out the heavy, leather-bound world atlas Vernon had left to him in the will. The cover was torn, the pages stained, but it was still the best tool for “big picture” work. Nate thumbed to South America, found the right lat-long, and circled it in thick, red ink. The pen bled, smudging the next page, but he didn’t care.</w:t>
      </w:r>
    </w:p>
    <w:p>
      <w:r/>
    </w:p>
    <w:p>
      <w:r/>
      <w:r>
        <w:t>The reality of it settled in: the lines converged. They all converged, every last one, on a patch of Peruvian high desert. That was the message. That was the missing piece.</w:t>
      </w:r>
    </w:p>
    <w:p>
      <w:r/>
    </w:p>
    <w:p>
      <w:r/>
      <w:r>
        <w:t>Nate sat back, letting the map rest flat against the clutter, breathing in the sick-sweet air of spent genius and cheap electronics. For a moment, he thought about calling Abby, but then realized she was probably still asleep, or at least pretending to be. He reached for his battered phone anyway, the impulse to share the news outweighing his sense of etiquette.</w:t>
      </w:r>
    </w:p>
    <w:p>
      <w:r/>
    </w:p>
    <w:p>
      <w:r/>
      <w:r>
        <w:t>As he hovered over her contact, the laptop pinged with a new email alert: "EYES ONLY — MACHU PICCHU ANOMALY."</w:t>
      </w:r>
    </w:p>
    <w:p>
      <w:r/>
    </w:p>
    <w:p>
      <w:r/>
      <w:r>
        <w:t>He paused, every muscle tensed, then opened the message.</w:t>
      </w:r>
    </w:p>
    <w:p>
      <w:r/>
    </w:p>
    <w:p>
      <w:r/>
      <w:r>
        <w:t>The data packet was huge, encrypted, and marked with the digital fingerprints of Captain Reyes—Nate’s last remaining contact in the black-budget corners of the military’s paranormal desk. Attached was a zipped directory of satellite images, thermal overlays, and a short, cryptic note:</w:t>
      </w:r>
    </w:p>
    <w:p>
      <w:r/>
    </w:p>
    <w:p>
      <w:r/>
      <w:r>
        <w:t>"Chase: We are seeing the same pulses from the site you flagged last year. Pattern intensifying. Per your earlier requests, I am including full spectrum and classified geo, and you are clear to escalate as you see fit. Advise on next steps. —R."</w:t>
      </w:r>
    </w:p>
    <w:p>
      <w:r/>
    </w:p>
    <w:p>
      <w:r/>
      <w:r>
        <w:t>Nate’s mouth went dry. He downloaded the images, letting the room fill with the blue-white glow of the monitor, then began overlaying the files with his own data. The matches were perfect—down to the interval, the frequency, the angle of propagation.</w:t>
      </w:r>
    </w:p>
    <w:p>
      <w:r/>
    </w:p>
    <w:p>
      <w:r/>
      <w:r>
        <w:t>He exhaled, a long, slow deflation that left him hollowed and cold.</w:t>
      </w:r>
    </w:p>
    <w:p>
      <w:r/>
    </w:p>
    <w:p>
      <w:r/>
      <w:r>
        <w:t>It wasn’t just Crater Lake. It wasn’t just Abby, or Vernon, or the centuries of unlucky bastards who’d tripped the Well and never made it back. The whole planet was talking, and someone had just cranked the volume.</w:t>
      </w:r>
    </w:p>
    <w:p>
      <w:r/>
    </w:p>
    <w:p>
      <w:r/>
      <w:r>
        <w:t>He reached for the red pen again, this time circling the Peruvian site with a force that tore the page.</w:t>
      </w:r>
    </w:p>
    <w:p>
      <w:r/>
    </w:p>
    <w:p>
      <w:r/>
      <w:r>
        <w:t>“It’s not just one Well,” he said, voice a rasp. “It’s a goddamn network.”</w:t>
      </w:r>
    </w:p>
    <w:p>
      <w:r/>
    </w:p>
    <w:p>
      <w:r/>
      <w:r>
        <w:t>He stared at the lines, at the circles, at the names and numbers and half-erased speculations that suddenly, in this sleepless, beautiful moment, all made a terrible sense.</w:t>
      </w:r>
    </w:p>
    <w:p>
      <w:r/>
    </w:p>
    <w:p>
      <w:r/>
      <w:r>
        <w:t>There would be time, later, to mourn the loss of normal. For now, he had a job to do.</w:t>
      </w:r>
    </w:p>
    <w:p>
      <w:r/>
    </w:p>
    <w:p>
      <w:r/>
      <w:r>
        <w:t>And for the first time in years, Nate Chase was exactly where he wanted to be.</w:t>
      </w:r>
    </w:p>
    <w:p>
      <w:r/>
    </w:p>
    <w:p>
      <w:r/>
    </w:p>
    <w:p>
      <w:r/>
      <w:r>
        <w:t># Scene 2</w:t>
      </w:r>
    </w:p>
    <w:p>
      <w:r/>
    </w:p>
    <w:p>
      <w:r/>
      <w:r>
        <w:t xml:space="preserve">By noon, the caffeine and adrenaline had welded Nate’s mind to a kind of metaphysical autoclave—ideas compressed, visions sharpened, nerves etched down to the barest filaments of use. He raided the office for more display space, dragging in two cracked whiteboards, the battered wall globe that served as Abby’s stress ball, and an old sheet of acrylic that could double as a projection surface. </w:t>
      </w:r>
    </w:p>
    <w:p>
      <w:r/>
    </w:p>
    <w:p>
      <w:r/>
      <w:r>
        <w:t>His movements were orchestrated chaos: post-its blossomed along the tops of monitors, annotated printouts covered the floor in a hazardous fan, and every surface that could support a pen or marker was tattooed in a looping script of coordinates and time signatures. When he ran out of tape, he used coffee to stain the corners of critical maps. By the time he was ready to run the global overlay, the desk looked like it had weathered a month-long siege.</w:t>
      </w:r>
    </w:p>
    <w:p>
      <w:r/>
    </w:p>
    <w:p>
      <w:r/>
      <w:r>
        <w:t>He started with the crude: a hand-drawn world map, taped over with plastic and gridded for lat-long in half-degree increments. Onto this, he transcribed the major pulses from the anomaly: one set radiating from Crater Lake, the other from the Peruvian highland, each timed to within a few seconds’ precision. With a ruler and a box cutter, he etched straight lines between every known “active” site and the two new nodes. In less than ten minutes, the map was a web—hundreds of lines crosshatched in near-parallel, then twisting in fractal, recursive sweeps at the poles and equator.</w:t>
      </w:r>
    </w:p>
    <w:p>
      <w:r/>
    </w:p>
    <w:p>
      <w:r/>
      <w:r>
        <w:t>Next, he booted the old projection rig and piped in the spectral data from the satellite overlays. The screen flickered, then bathed the room in a ghostly latticework: a three-dimensional render of the Earth, etched in lines of blue, green, and angry, pulsing red. With each new pulse from the anomaly, a strand would thicken, a node would flare, or the entire web would shudder, as if bracing for impact.</w:t>
      </w:r>
    </w:p>
    <w:p>
      <w:r/>
    </w:p>
    <w:p>
      <w:r/>
      <w:r>
        <w:t>He layered on Vernon's ley lines, digitized from the hand-inked diagrams, and watched as they mapped with eerie accuracy onto the live data. The points of intersection weren't random: they clustered around ancient ruins, volcanic calderas, or places where, as Vernon liked to say, "the rock remembers something the rest of us have forgotten."</w:t>
      </w:r>
    </w:p>
    <w:p>
      <w:r/>
    </w:p>
    <w:p>
      <w:r/>
      <w:r>
        <w:t>He muttered as he worked, half to himself, half to the phantom of Vernon that hovered just outside the ring of light. “See, you clever bastard? You wrote this off as a hunch, but it’s all right here.” He jabbed a finger at the intersection over the Giza plateau, then another at the magnetic null point near Easter Island. “You said they’d never let you publish, but this is the only thing that ever made sense.”</w:t>
      </w:r>
    </w:p>
    <w:p>
      <w:r/>
    </w:p>
    <w:p>
      <w:r/>
      <w:r>
        <w:t>The lines converged in places he could have predicted—Machu Picchu, the Tunguska site, the hellmouth at Lake Baikal—but the density at the Peruvian node was something else. The closer he zoomed, the more the lines doubled, tripled, then knotted into a singularity just east of Cusco. Nate called up a geological overlay, and the spectral signature there was off every known scale: a heat map of violence, not just energy, but intent.</w:t>
      </w:r>
    </w:p>
    <w:p>
      <w:r/>
    </w:p>
    <w:p>
      <w:r/>
      <w:r>
        <w:t>He could feel the itch in his teeth, the dry flutter in his chest that always meant he was on the edge of a breakthrough. He stabbed at the keyboard, running a sweep of the last sixty pulses, and watched as the simulation predicted the next big spike: exactly midnight, local time, in the shadow of an ancient fortress no one had visited in a decade.</w:t>
      </w:r>
    </w:p>
    <w:p>
      <w:r/>
    </w:p>
    <w:p>
      <w:r/>
      <w:r>
        <w:t>It wasn’t just the anomalies talking—it was the whole grid, a living network, pulsing in time with something older than language.</w:t>
      </w:r>
    </w:p>
    <w:p>
      <w:r/>
    </w:p>
    <w:p>
      <w:r/>
      <w:r>
        <w:t>Nate pinched the bridge of his nose and let the sensation roll over him. He could see Vernon in his mind’s eye, leaning back in a creaking desk chair, grinning with the knowledge that the world was about to crack open in a way that no one would ever believe.</w:t>
      </w:r>
    </w:p>
    <w:p>
      <w:r/>
    </w:p>
    <w:p>
      <w:r/>
      <w:r>
        <w:t>“Fine,” Nate said, voice hoarse from lack of use. “You win. The game is bigger than I thought.”</w:t>
      </w:r>
    </w:p>
    <w:p>
      <w:r/>
    </w:p>
    <w:p>
      <w:r/>
      <w:r>
        <w:t>He started drafting an email to Abby, his fingers stumbling over the keys as he tried to compress the weight of it all into a single, actionable report. He wanted to tell her everything—how the grid was alive, how the Peruvian site was the new epicenter, how the lines weren’t just lines but arteries, pumping information and power in ways they hadn’t even begun to understand.</w:t>
      </w:r>
    </w:p>
    <w:p>
      <w:r/>
    </w:p>
    <w:p>
      <w:r/>
      <w:r>
        <w:t>He was halfway through the subject line when the laptop chimed: a secure message from the Army’s old ghost network, flagged with the code used only for “mission critical” intelligence. The sender was Captain Reyes, his least favorite human but most reliable source for black-budget weirdness.</w:t>
      </w:r>
    </w:p>
    <w:p>
      <w:r/>
    </w:p>
    <w:p>
      <w:r/>
      <w:r>
        <w:t>Nate’s breath hitched. He recognized the signature, remembered the dozens of hours spent debriefing Reyes on paranormal containment, every session ending with the same grim handshake and the promise that, “if you ever see this again, you better call me first.”</w:t>
      </w:r>
    </w:p>
    <w:p>
      <w:r/>
    </w:p>
    <w:p>
      <w:r/>
      <w:r>
        <w:t>He clicked the message, hands sweating.</w:t>
      </w:r>
    </w:p>
    <w:p>
      <w:r/>
    </w:p>
    <w:p>
      <w:r/>
      <w:r>
        <w:t>The subject line read: "EYES ONLY — MACHU PICCHU ANOMALY."</w:t>
      </w:r>
    </w:p>
    <w:p>
      <w:r/>
    </w:p>
    <w:p>
      <w:r/>
      <w:r>
        <w:t>The body was brief:</w:t>
      </w:r>
    </w:p>
    <w:p>
      <w:r/>
    </w:p>
    <w:p>
      <w:r/>
      <w:r>
        <w:t>"Chase. Data incoming. Satellite confirms: synchronized event at Sacsayhuamán. Team deployed, but we’ve lost comms with forward element. Patterns match your previous report. Escalate to code black if you can replicate signal states. Full package follows. —R."</w:t>
      </w:r>
    </w:p>
    <w:p>
      <w:r/>
    </w:p>
    <w:p>
      <w:r/>
      <w:r>
        <w:t>The attachments were heavy: a set of satellite passes, three thermal videos, and a zipped archive of field reports from the last six hours. Nate opened the first image, and his vision went white at the edges.</w:t>
      </w:r>
    </w:p>
    <w:p>
      <w:r/>
    </w:p>
    <w:p>
      <w:r/>
      <w:r>
        <w:t>A magnetic storm, visible from orbit, centered on the ancient fortress.</w:t>
      </w:r>
    </w:p>
    <w:p>
      <w:r/>
    </w:p>
    <w:p>
      <w:r/>
      <w:r>
        <w:t>The time stamp was just an hour old.</w:t>
      </w:r>
    </w:p>
    <w:p>
      <w:r/>
    </w:p>
    <w:p>
      <w:r/>
      <w:r>
        <w:t>He closed his eyes, let the panic have a moment, then opened the next file. It was a video—black-and-white, grainy, but unmistakable. The old stones of Sacsayhuamán, shuddering in the night, the ground around them flaring with the telltale corona of an active Well.</w:t>
      </w:r>
    </w:p>
    <w:p>
      <w:r/>
    </w:p>
    <w:p>
      <w:r/>
      <w:r>
        <w:t>He pressed his fists to his eyes, then opened the world map again, zooming the overlay down to the Peruvian highland. Every line, every pulse, every nightmare that Vernon had ever traced was now flickering, live, on the screen.</w:t>
      </w:r>
    </w:p>
    <w:p>
      <w:r/>
    </w:p>
    <w:p>
      <w:r/>
      <w:r>
        <w:t>He reached for the phone, intent on calling Abby, but paused with his finger on the button. The grid was accelerating; the next event would be bigger. Much bigger.</w:t>
      </w:r>
    </w:p>
    <w:p>
      <w:r/>
    </w:p>
    <w:p>
      <w:r/>
      <w:r>
        <w:t>He scrawled a note on the world map—bold, all caps, bleeding red:</w:t>
      </w:r>
    </w:p>
    <w:p>
      <w:r/>
    </w:p>
    <w:p>
      <w:r/>
      <w:r>
        <w:t>ALL PATHS LEAD TO CUSCO.</w:t>
      </w:r>
    </w:p>
    <w:p>
      <w:r/>
    </w:p>
    <w:p>
      <w:r/>
      <w:r>
        <w:t>He snapped a photo, attached it to the email, and sent it to Abby with the subject line: "CODE BLACK—WE HAVE A SITUATION."</w:t>
      </w:r>
    </w:p>
    <w:p>
      <w:r/>
    </w:p>
    <w:p>
      <w:r/>
      <w:r>
        <w:t>He sat back, hands shaking, heart pounding in a way that felt like being caught in the undertow of the world’s oldest story.</w:t>
      </w:r>
    </w:p>
    <w:p>
      <w:r/>
    </w:p>
    <w:p>
      <w:r/>
      <w:r>
        <w:t>Somewhere, across the far side of the planet, the next Well was waking up. He could almost hear it—distant, hungry, and very nearly free.</w:t>
      </w:r>
    </w:p>
    <w:p>
      <w:r/>
    </w:p>
    <w:p>
      <w:r/>
      <w:r>
        <w:t>Nate waited for Abby to reply, knowing that the next move would mean everything.</w:t>
      </w:r>
    </w:p>
    <w:p>
      <w:r/>
    </w:p>
    <w:p>
      <w:r/>
    </w:p>
    <w:p>
      <w:r/>
      <w:r>
        <w:t># Scene 3</w:t>
      </w:r>
    </w:p>
    <w:p>
      <w:r/>
    </w:p>
    <w:p>
      <w:r/>
      <w:r>
        <w:t>The files were encrypted with a paranoia that made Nate’s old SIGINT protocols look quaint. He cracked them anyway, his fingers moving on automatic, the same instinct that once let him reassemble a broken drone in the field by touch alone. He ignored the ache in his spine, the splintering in his temples; he only had minutes before the next pulse, and he needed to know how deep the rabbit hole went.</w:t>
      </w:r>
    </w:p>
    <w:p>
      <w:r/>
    </w:p>
    <w:p>
      <w:r/>
      <w:r>
        <w:t>First up were the satellite images: high-res, time-lapse, with overlays of every spectrum from infrared to UV. Sacsayhuamán was a fortress even from orbit—massive, precise, every stone fitted tighter than his own jaw. In the thermal scans, the entire site was alive: veins of heat pulsed through the walls, pooled in geometric patterns in the central court, then shuddered outwards in a ripple that matched the anomaly intervals to the millisecond.</w:t>
      </w:r>
    </w:p>
    <w:p>
      <w:r/>
    </w:p>
    <w:p>
      <w:r/>
      <w:r>
        <w:t>Nate toggled the spectral data, his thumb twitching as the lines appeared. Each pulse was clean, identical to the Crater Lake readings, but the amplitude was higher by a factor of three. He dropped the raw files into his analysis stack and ran a quick Fourier transform; the result nearly made him laugh, if only because he couldn’t think of anything else to do.</w:t>
      </w:r>
    </w:p>
    <w:p>
      <w:r/>
    </w:p>
    <w:p>
      <w:r/>
      <w:r>
        <w:t>The signatures were twins. What had taken a team of operatives and a near-death event to activate at Crater Lake was happening in Peru as if it were the natural state of the world.</w:t>
      </w:r>
    </w:p>
    <w:p>
      <w:r/>
    </w:p>
    <w:p>
      <w:r/>
      <w:r>
        <w:t>He kept scrolling. The video files were next: handheld footage, jumpy and dark, someone shouting in Spanish over the roar of wind. The camera panned across the ancient stones, and for a split second, Nate saw it: a band of blue-white light coiling around a standing stone, then snapping downwards, as if drawn by hunger, into a gap at the earth’s core.</w:t>
      </w:r>
    </w:p>
    <w:p>
      <w:r/>
    </w:p>
    <w:p>
      <w:r/>
      <w:r>
        <w:t>His stomach turned, but his hands stayed steady.</w:t>
      </w:r>
    </w:p>
    <w:p>
      <w:r/>
    </w:p>
    <w:p>
      <w:r/>
      <w:r>
        <w:t>The field reports told the rest of the story. Reyes had dispatched a "forward element," four men with sensors and ground-penetrating radar. At 0200 hours, all comms went dark. The last recorded data: a spike in the anomaly, then a flatline.</w:t>
      </w:r>
    </w:p>
    <w:p>
      <w:r/>
    </w:p>
    <w:p>
      <w:r/>
      <w:r>
        <w:t>Nate tried to imagine what had happened to the team, but his mind shied away from the image. He went back to the overlays, toggling between the Peruvian site and Crater Lake, watching as the pulses synchronized and the ley lines thickened, connecting the two points with a clarity that was almost obscene.</w:t>
      </w:r>
    </w:p>
    <w:p>
      <w:r/>
    </w:p>
    <w:p>
      <w:r/>
      <w:r>
        <w:t>He opened Vernon’s last journal entries, hoping for a clue, and there it was: a hand-sketched spiral, almost a twin to the one at Wizard Island, but decorated with glyphs he’d never seen before. He compared them to the close-up photos from the Peruvian site. The match was perfect—down to the asymmetry at the third turn, the deliberate break in the curve, like a visual stutter meant to be read as a warning.</w:t>
      </w:r>
    </w:p>
    <w:p>
      <w:r/>
    </w:p>
    <w:p>
      <w:r/>
      <w:r>
        <w:t>He laughed, then coughed, then pressed his fist to his mouth to keep from screaming. This wasn’t just communication—it was a countdown. A sequence.</w:t>
      </w:r>
    </w:p>
    <w:p>
      <w:r/>
    </w:p>
    <w:p>
      <w:r/>
      <w:r>
        <w:t>He composed a terse reply to Reyes, attaching the overlays and the glyph analysis, then shot off a second message to Abby: “Grid confirmed. Sacsayhuamán is active. Pattern accelerating. Meeting in Ops, 10 minutes.”</w:t>
      </w:r>
    </w:p>
    <w:p>
      <w:r/>
    </w:p>
    <w:p>
      <w:r/>
      <w:r>
        <w:t>He marked the new site on the world map with a red pushpin, then ran a thread of tape between the Crater Lake marker and the Peruvian one. The line was straight, clean, and utterly inevitable.</w:t>
      </w:r>
    </w:p>
    <w:p>
      <w:r/>
    </w:p>
    <w:p>
      <w:r/>
      <w:r>
        <w:t>He leaned back, letting the blue light from the monitors wash over him, and whispered, “It’s not just one Well. It’s the whole damn planet.”</w:t>
      </w:r>
    </w:p>
    <w:p>
      <w:r/>
    </w:p>
    <w:p>
      <w:r/>
      <w:r>
        <w:t>For a moment, the map seemed to vibrate—every line on it quivering with anticipation, or fear, or the promise of something about to be born.</w:t>
      </w:r>
    </w:p>
    <w:p>
      <w:r/>
    </w:p>
    <w:p>
      <w:r/>
      <w:r>
        <w:t>Nate sat in the silence, his mind spinning with the weight of it all, and waited for the next pulse to arrive.</w:t>
      </w:r>
    </w:p>
    <w:p>
      <w:r/>
    </w:p>
    <w:p>
      <w: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