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 xml:space="preserve">Crater Lake’s winter mornings had the quality of an isolation tank: the world outside the ranger station receded into cold silence, while inside, the air was thick with an artificial calm that belonged only to machines and the people who built their lives around them. Abby stood at the epicenter of this engineered stillness, her hands planted on either side of the monitoring array like she was bracing for an earthquake. </w:t>
      </w:r>
    </w:p>
    <w:p>
      <w:r/>
    </w:p>
    <w:p>
      <w:r/>
      <w:r>
        <w:t>The ranger station had been gutted and rebuilt twice since the containment. The old bunk beds were long gone, replaced by a four-bay server rack, a thicket of weatherproofed cabling, and a modular workbench that smelled permanently of solder and denatured alcohol. On the walls, whiteboards fought for real estate with pinned-up field charts and snapshots of the lake at different times of day, annotated with magnetometer data and, in one case, a profanity scrawled in permanent marker: NO MORE SURPRISES.</w:t>
      </w:r>
    </w:p>
    <w:p>
      <w:r/>
    </w:p>
    <w:p>
      <w:r/>
      <w:r>
        <w:t xml:space="preserve">Abby’s hair was up, but already escaping in uneven tendrils that stuck to the sweat-slicked nape of her neck. She wore a borrowed Forest Service windbreaker over her own threadbare thermal, the cuffs rolled twice to keep them out of the interface panels. The cut on her hand had healed, but left a faint white thread along the knuckle, which she now used as an improvised ruler, aligning sensor logs with the precision of a forensics tech in a murder trial. </w:t>
      </w:r>
    </w:p>
    <w:p>
      <w:r/>
    </w:p>
    <w:p>
      <w:r/>
      <w:r>
        <w:t>She worked alone, which was how she preferred it. Nate was out on the north rim, checking the solar repeater array, and she’d chased off the grad student volunteer who’d shown up two hours early by telling her that “if you can’t read a geophone then you sure as hell can’t calibrate one.” In truth, Abby needed the solitude the way most people needed oxygen—she needed the absence of voices, the chance to hear her own thinking out loud.</w:t>
      </w:r>
    </w:p>
    <w:p>
      <w:r/>
    </w:p>
    <w:p>
      <w:r/>
      <w:r>
        <w:t xml:space="preserve">The hum of the server rack was an old friend. Every so often, a fan spun up to full, rattling the beaker of half-drunk coffee on her workstation. Every ten seconds, a different system chirped its status, each tone distinct enough that she’d learned to pick them out without looking. She let herself breathe, slow and regular, one eye on the rolling log of sensor events and the other scanning the perimeter cameras. </w:t>
      </w:r>
    </w:p>
    <w:p>
      <w:r/>
    </w:p>
    <w:p>
      <w:r/>
      <w:r>
        <w:t>The perimeter was her work of art. Five bands of sensors, each running its own protocol, encircled the stabilized Well. First were the vibration triggers: homebrewed accelerometers with enough sensitivity to pick up a snowshoe hare at fifty meters. Then came the IR grid—overkill, but Nate insisted—and a layer of seismic microphones at the old trailhead. Two more bands were invisible: one a spectrum analyzer tuned for “nonsense,” as Abby had described it to the Park Service in her proposal; the other, a set of geophones repurposed from a defunct hydro project that now served as her early warning for anything the lake wanted to throw at them.</w:t>
      </w:r>
    </w:p>
    <w:p>
      <w:r/>
    </w:p>
    <w:p>
      <w:r/>
      <w:r>
        <w:t xml:space="preserve">She rotated through the feeds, fingers flying over the keyboard, eyes flickering with the uncanny focus that had gotten her through grad school and three years of fieldwork with a team of NSF lunatics. Every once in a while, she would pause to jot a number on the whiteboard, or flag a log entry for later analysis. </w:t>
      </w:r>
    </w:p>
    <w:p>
      <w:r/>
    </w:p>
    <w:p>
      <w:r/>
      <w:r>
        <w:t>It was during one of these routine passes that the anomaly appeared.</w:t>
      </w:r>
    </w:p>
    <w:p>
      <w:r/>
    </w:p>
    <w:p>
      <w:r/>
      <w:r>
        <w:t>It started as a blip—just a single, anomalous spike on the spectrum analyzer, so brief that the software flagged it as a probable bug. The display refreshed, and the spike came again, then again, each time stronger, each time more out of phase with the Well’s now-stable heartbeat.</w:t>
      </w:r>
    </w:p>
    <w:p>
      <w:r/>
    </w:p>
    <w:p>
      <w:r/>
      <w:r>
        <w:t>Abby’s posture stiffened. She leaned in, nose nearly grazing the monitor, as she rolled the event window back five minutes and ran a full diagnostic. Her mind bifurcated: the part that ran on nerves and muscle memory went to work, isolating the event and cross-checking every other live feed for confirmation; the part that lived in her chest registered something else, a low, creeping dread that set her heart ticking at twice its usual rate.</w:t>
      </w:r>
    </w:p>
    <w:p>
      <w:r/>
    </w:p>
    <w:p>
      <w:r/>
      <w:r>
        <w:t>She brought up the raw waveform and watched as the spike repeated at regular intervals, a pulse that was neither random nor native to the chamber. “No,” she said, barely a whisper, “that’s not right.”</w:t>
      </w:r>
    </w:p>
    <w:p>
      <w:r/>
    </w:p>
    <w:p>
      <w:r/>
      <w:r>
        <w:t>She switched over to the seismic logs, filtering out everything that matched the resonance signature of the vortex. The new spike—she refused to call it a signal, not yet—persisted, running beneath the Well’s baseline like a second, smaller heartbeat. It was subtle, but the math was undeniable. It had a rhythm, and rhythm meant intent.</w:t>
      </w:r>
    </w:p>
    <w:p>
      <w:r/>
    </w:p>
    <w:p>
      <w:r/>
      <w:r>
        <w:t>Abby’s hands shook as she pulled the last hour of magnetometer data, overlaying it atop the seismic. The pattern was clearer now: the two signals were harmonizing, the new pulse wrapping itself around the Well’s frequency like a remora on a shark. It wasn’t strong enough to be a threat, but it was insistent—like a knock at a door, over and over, never quite loud enough to demand entry but refusing to leave.</w:t>
      </w:r>
    </w:p>
    <w:p>
      <w:r/>
    </w:p>
    <w:p>
      <w:r/>
      <w:r>
        <w:t>She swore, just once, and ran a complete diagnostic on the array. No failures, no line faults, not even a hiccup in the upstream bandwidth. She even checked the manual override—a relic of Nate’s paranoia—just to make sure no one was screwing with her from the other side of the compound.</w:t>
      </w:r>
    </w:p>
    <w:p>
      <w:r/>
    </w:p>
    <w:p>
      <w:r/>
      <w:r>
        <w:t>The anomaly continued, patient and regular, its period just a hair off from the Well’s own cycle. The effect was almost musical, a slow, teasing syncopation that Abby found herself counting under her breath, as if it might help her anticipate the next spike. She replayed the last ten minutes at triple speed, and the pattern emerged in full: not just a pulse, but a call-and-response. The Well would surge, the anomaly would answer, and then both would settle back into their respective hums until the next cycle.</w:t>
      </w:r>
    </w:p>
    <w:p>
      <w:r/>
    </w:p>
    <w:p>
      <w:r/>
      <w:r>
        <w:t>She exhaled, her hands braced on the edge of the desk. For a moment, the fear tried to rise—an old, familiar friend, the kind that had haunted her since the first cave-in with Nate and again at every milestone of the Well’s awakening. But she forced it down, replaced it with the cold certainty that had always served her best: If you could measure it, you could understand it. If you could understand it, you could control it.</w:t>
      </w:r>
    </w:p>
    <w:p>
      <w:r/>
    </w:p>
    <w:p>
      <w:r/>
      <w:r>
        <w:t>“Okay, asshole,” she said to the empty room. “Let’s see what you want.”</w:t>
      </w:r>
    </w:p>
    <w:p>
      <w:r/>
    </w:p>
    <w:p>
      <w:r/>
      <w:r>
        <w:t>She typed a series of commands, isolating the anomaly and setting the system to log every microsecond of its activity. As she waited for the next spike, she scanned the other feeds—camera, IR, even the atmospheric pressure sensors—for any hint that this was just a fluke, an artifact of some outside force.</w:t>
      </w:r>
    </w:p>
    <w:p>
      <w:r/>
    </w:p>
    <w:p>
      <w:r/>
      <w:r>
        <w:t>There was nothing.</w:t>
      </w:r>
    </w:p>
    <w:p>
      <w:r/>
    </w:p>
    <w:p>
      <w:r/>
      <w:r>
        <w:t>The room, the lake, the world outside remained perfectly still, as if the only thing left alive was the Well and whatever was trying to reach it.</w:t>
      </w:r>
    </w:p>
    <w:p>
      <w:r/>
    </w:p>
    <w:p>
      <w:r/>
      <w:r>
        <w:t>Abby stood, flexed her aching hands, and tried to remember if she’d eaten anything since yesterday. She poured herself a finger of coffee, drank it cold and bitter, and stared at the waveform until her vision blurred.</w:t>
      </w:r>
    </w:p>
    <w:p>
      <w:r/>
    </w:p>
    <w:p>
      <w:r/>
      <w:r>
        <w:t>The next pulse hit, right on schedule. She smiled, thin and mean. “You’re persistent, I’ll give you that.”</w:t>
      </w:r>
    </w:p>
    <w:p>
      <w:r/>
    </w:p>
    <w:p>
      <w:r/>
      <w:r>
        <w:t>She set the system to alert Nate on his next check-in, then wrote a single line on the whiteboard, in all caps:</w:t>
      </w:r>
    </w:p>
    <w:p>
      <w:r/>
    </w:p>
    <w:p>
      <w:r/>
      <w:r>
        <w:t>NOT ALONE.</w:t>
      </w:r>
    </w:p>
    <w:p>
      <w:r/>
    </w:p>
    <w:p>
      <w:r/>
      <w:r>
        <w:t>She circled it, hard, then sat back down and watched the anomaly pulse its challenge into the dark.</w:t>
      </w:r>
    </w:p>
    <w:p>
      <w:r/>
    </w:p>
    <w:p>
      <w:r/>
    </w:p>
    <w:p>
      <w:r/>
      <w:r>
        <w:t># Scene 2</w:t>
      </w:r>
    </w:p>
    <w:p>
      <w:r/>
    </w:p>
    <w:p>
      <w:r/>
      <w:r>
        <w:t>Abby let the anomaly’s pulse run another four cycles before she moved. It was not procrastination—she simply wanted to watch, to listen, to be absolutely certain she was not hallucinating the thing she’d always feared, or hoped, or both. But by the fifth spike she’d made her decision: this was not a fluke, and it deserved every tool she could bring to bear.</w:t>
      </w:r>
    </w:p>
    <w:p>
      <w:r/>
    </w:p>
    <w:p>
      <w:r/>
      <w:r>
        <w:t>She stood, circled the desk, and crossed the narrow hall to the supply closet. She’d commandeered the entire lower shelf for personal hardware, the kind of specialized field gear that neither the Forest Service nor the Society knew about, nor would have recognized if they’d stumbled on it. But what she wanted now was not in the crates of new plastic, or the bundles of bubble-wrapped modules. It was in the battered aluminum case at the back, the one with the faded university sticker and the latch that had to be jimmied just so.</w:t>
      </w:r>
    </w:p>
    <w:p>
      <w:r/>
    </w:p>
    <w:p>
      <w:r/>
      <w:r>
        <w:t>Caleb’s case. She’d carried it through three airports and a midnight Greyhound transfer, then buried it in the bottom of the rental van when she and Nate first arrived at Crater Lake, as if hiding it would somehow keep the ghosts at bay. She hadn’t opened it since the day of the funeral.</w:t>
      </w:r>
    </w:p>
    <w:p>
      <w:r/>
    </w:p>
    <w:p>
      <w:r/>
      <w:r>
        <w:t>Now, her hands worked the latch with muscle memory, not thought. The click was loud in the closet’s echo. She opened the lid, and the first thing she saw was her brother’s handwriting: a label in blue Sharpie, “CALIBRATED 2015/05/18,” underlined twice.</w:t>
      </w:r>
    </w:p>
    <w:p>
      <w:r/>
    </w:p>
    <w:p>
      <w:r/>
      <w:r>
        <w:t>The inside smelled of graphite and ozone and the faintest suggestion of cinnamon gum. She laughed at that, the sound surprised out of her, then blinked hard and set to work. The geophysical receiver was a relic, its casing anodized orange and scuffed to hell, but the internals were still surgical. She lifted it out, feeling the old weight settle into her palms. The magnetometer and its coil followed, still wound in Caleb’s careful wrap of black paracord.</w:t>
      </w:r>
    </w:p>
    <w:p>
      <w:r/>
    </w:p>
    <w:p>
      <w:r/>
      <w:r>
        <w:t>She carried the kit to the workbench and set it down, reverent, as if it might shatter under too much pressure. For a moment, she let her hand hover over the interface, the way some people hover over a lover’s back in the moment before skin meets skin. She remembered every time Caleb had shown her the thing—how he’d called it “the most sensitive asshole in the field,” how he’d snorted at the Society’s standard-issue crap and insisted his own Frankenstein was “the only thing worth a damn at low amplitude.” She felt the old ache, the absence that never closed, but she let it in and moved on.</w:t>
      </w:r>
    </w:p>
    <w:p>
      <w:r/>
    </w:p>
    <w:p>
      <w:r/>
      <w:r>
        <w:t>She plugged the receiver into a 12V line, careful to bridge the polarity. The startup whine was higher-pitched than she remembered, and she found herself smiling again, unbidden, as the display scrolled through its boot sequence:</w:t>
      </w:r>
    </w:p>
    <w:p>
      <w:r/>
    </w:p>
    <w:p>
      <w:r/>
      <w:r>
        <w:t>HELIOS GSR MK2 — INIT</w:t>
      </w:r>
    </w:p>
    <w:p>
      <w:r/>
    </w:p>
    <w:p>
      <w:r/>
      <w:r>
        <w:t>SERIAL: 2E4-CA</w:t>
      </w:r>
    </w:p>
    <w:p>
      <w:r/>
    </w:p>
    <w:p>
      <w:r/>
      <w:r>
        <w:t>PRIMARY FILTER: G.CAL.</w:t>
      </w:r>
    </w:p>
    <w:p>
      <w:r/>
    </w:p>
    <w:p>
      <w:r/>
      <w:r>
        <w:t>CALIBRATING...</w:t>
      </w:r>
    </w:p>
    <w:p>
      <w:r/>
    </w:p>
    <w:p>
      <w:r/>
      <w:r>
        <w:t>She checked the coil for stress fractures, finding none, then fitted the sensor head to the housing. The brass coupler gleamed, half-polished by years of use. She cradled the coil in her lap, then booted her own laptop and slaved the receiver to the serial port. For the next minute, she worked in silence: typing, configuring, watching as the handshake protocols synced and the interface lit up with a familiar, retro glow.</w:t>
      </w:r>
    </w:p>
    <w:p>
      <w:r/>
    </w:p>
    <w:p>
      <w:r/>
      <w:r>
        <w:t>The room shrank to a zone of pure process. Abby moved through the calibration with the patience of a clockmaker, watching the ambient readings stabilize and then running the baseline sweep twice, three times, just to be sure. She took the anomaly’s last twenty pulses and piped them through the receiver’s native bandpass, then through a custom Fourier transform, stripping out anything that might be echo or artifact from the stabilized Well.</w:t>
      </w:r>
    </w:p>
    <w:p>
      <w:r/>
    </w:p>
    <w:p>
      <w:r/>
      <w:r>
        <w:t>The result was clean. The result was terrifying.</w:t>
      </w:r>
    </w:p>
    <w:p>
      <w:r/>
    </w:p>
    <w:p>
      <w:r/>
      <w:r>
        <w:t>On her laptop, the anomaly rendered as a pulse train—each event identical, each one followed by a damping curve that was too regular, too perfect, to be a geological accident. She set the receiver to live mode, then cross-patched the Well’s own data feed as an overlay. The two signals did not match, but they orbited each other, locked in a kind of gravitational dance. The new pulse was too weak to interfere, but it was tracking the Well’s output, adjusting by microseconds, as if learning.</w:t>
      </w:r>
    </w:p>
    <w:p>
      <w:r/>
    </w:p>
    <w:p>
      <w:r/>
      <w:r>
        <w:t>Abby zoomed out, letting the raw feed accumulate. She watched the bands of color stack up, then ran a correlation against the entire week’s worth of logs. The anomaly had started less than an hour ago, but in that time it had already closed the gap between its own cycle and the Well’s, matching its resonance to a fraction of a percent.</w:t>
      </w:r>
    </w:p>
    <w:p>
      <w:r/>
    </w:p>
    <w:p>
      <w:r/>
      <w:r>
        <w:t>She exhaled, slow, and reached for the magnetometer. The coil was heavy in her hand, but she could feel the hum, the way it vibrated like a tuning fork as she brought it online. She ran a local sweep, cross-checked it with the perimeter sensors, and found nothing—no moving mass, no vehicle, not even a hint of movement on the thermal cams.</w:t>
      </w:r>
    </w:p>
    <w:p>
      <w:r/>
    </w:p>
    <w:p>
      <w:r/>
      <w:r>
        <w:t>This was not a local event.</w:t>
      </w:r>
    </w:p>
    <w:p>
      <w:r/>
    </w:p>
    <w:p>
      <w:r/>
      <w:r>
        <w:t>She shunted the anomaly through the array’s global node, ran the coordinates, and watched as the signal traced a line—not down to the Well, but laterally, skimming along the ring of the caldera before arcing due east. She blinked, unsure, then reran the check with a finer window.</w:t>
      </w:r>
    </w:p>
    <w:p>
      <w:r/>
    </w:p>
    <w:p>
      <w:r/>
      <w:r>
        <w:t>The signal was not being generated at the Well. It was being generated somewhere else—hundreds, maybe thousands of kilometers away—and using the Well as a relay.</w:t>
      </w:r>
    </w:p>
    <w:p>
      <w:r/>
    </w:p>
    <w:p>
      <w:r/>
      <w:r>
        <w:t>She felt her pulse in her teeth, her fingers, her whole damn body. For a second, the world narrowed to a pinpoint, every muscle locked as if by magnetic induction. She checked the overlays again, certain she’d missed something. But the result was the same: the pulse was a handshake, and the Well was not just receiving, but answering.</w:t>
      </w:r>
    </w:p>
    <w:p>
      <w:r/>
    </w:p>
    <w:p>
      <w:r/>
      <w:r>
        <w:t>The realization hit her with the weight of a gunshot: This was a conversation, not a breach. Someone, somewhere, had reached out, and the Well—her Well—was talking back.</w:t>
      </w:r>
    </w:p>
    <w:p>
      <w:r/>
    </w:p>
    <w:p>
      <w:r/>
      <w:r>
        <w:t xml:space="preserve">She went cold, then hot, then cold again. </w:t>
      </w:r>
    </w:p>
    <w:p>
      <w:r/>
    </w:p>
    <w:p>
      <w:r/>
      <w:r>
        <w:t>Her phone was in her hand before she knew it, her thumb already hovering over Nate’s number.</w:t>
      </w:r>
    </w:p>
    <w:p>
      <w:r/>
    </w:p>
    <w:p>
      <w:r/>
      <w:r>
        <w:t>She hesitated, just long enough to see her own hand trembling against the black glass of the screen. Then she dialed, and waited for the only person who might believe her.</w:t>
      </w:r>
    </w:p>
    <w:p>
      <w:r/>
    </w:p>
    <w:p>
      <w:r/>
    </w:p>
    <w:p>
      <w:r/>
      <w:r>
        <w:t># Scene 3</w:t>
      </w:r>
    </w:p>
    <w:p>
      <w:r/>
    </w:p>
    <w:p>
      <w:r/>
      <w:r>
        <w:t>Nate arrived at the ranger station in a half-run, half-limp that left muddy slush streaks all the way from the staff parking to the comms room door. He had no hat, and the wind had carved lines into his face that made him look ten years older than he was, but the set of his jaw said he’d let hypothermia eat a toe before he’d waste a second on anything but this.</w:t>
      </w:r>
    </w:p>
    <w:p>
      <w:r/>
    </w:p>
    <w:p>
      <w:r/>
      <w:r>
        <w:t>He pushed into the room, eyes scanning for the threat he couldn’t name, and found Abby hunched over the workbench, her elbows planted so deep in the wood it looked like she was bracing for an artillery barrage. The light was low, monitors arrayed in a wide V before her, the aluminum case open to one side, its orange and brass contents humming like a pair of high-strung animals. The hum was the only noise in the room, but it seemed to vibrate at a pitch that drilled straight into Nate’s skull.</w:t>
      </w:r>
    </w:p>
    <w:p>
      <w:r/>
    </w:p>
    <w:p>
      <w:r/>
      <w:r>
        <w:t>He caught his breath and waited, letting Abby finish whatever calculation or spell she was weaving. He’d learned by now that interrupting her in these moments was pointless—better to stand at the perimeter and watch as the world reassembled itself in her mind.</w:t>
      </w:r>
    </w:p>
    <w:p>
      <w:r/>
    </w:p>
    <w:p>
      <w:r/>
      <w:r>
        <w:t>She turned, face a mask of concentration and, beneath it, something rawer: fear or excitement, maybe both. “I need you to see this,” she said, voice stripped of all pretense.</w:t>
      </w:r>
    </w:p>
    <w:p>
      <w:r/>
    </w:p>
    <w:p>
      <w:r/>
      <w:r>
        <w:t>He stepped in, wiping a streak of mud from his sleeve, and stood behind her at the console. She tapped the keyboard twice and brought up a set of live graphs, each one pulsing in a rhythm he recognized from every early-warning system he’d ever monitored. But there was a second set, smaller but insistent, layered underneath.</w:t>
      </w:r>
    </w:p>
    <w:p>
      <w:r/>
    </w:p>
    <w:p>
      <w:r/>
      <w:r>
        <w:t>“Baseline’s here,” Abby said, pointing to the thick blue line. “That’s the Well—stable, as of this morning. But these spikes?” She highlighted the anomaly. “They’re new. Started an hour ago.”</w:t>
      </w:r>
    </w:p>
    <w:p>
      <w:r/>
    </w:p>
    <w:p>
      <w:r/>
      <w:r>
        <w:t>Nate leaned in, examining the overlay. “You checked for local interference?”</w:t>
      </w:r>
    </w:p>
    <w:p>
      <w:r/>
    </w:p>
    <w:p>
      <w:r/>
      <w:r>
        <w:t>She flicked a hand at the perimeter logs. “Nothing. All sensors clean. This isn’t from inside the crater.” She paused, hesitated, then met his eyes for the first time. “It’s coming from somewhere else.”</w:t>
      </w:r>
    </w:p>
    <w:p>
      <w:r/>
    </w:p>
    <w:p>
      <w:r/>
      <w:r>
        <w:t>He said nothing for a moment, processing. Then: “You ran a bearing?”</w:t>
      </w:r>
    </w:p>
    <w:p>
      <w:r/>
    </w:p>
    <w:p>
      <w:r/>
      <w:r>
        <w:t>“Three times.” She spun the monitor to show a map, the signal’s path triangulated across a narrow corridor that ran not to the lake but away from it, along the line of the Cascades and out past the eastern horizon. “It’s not random. And it’s not a local event.”</w:t>
      </w:r>
    </w:p>
    <w:p>
      <w:r/>
    </w:p>
    <w:p>
      <w:r/>
      <w:r>
        <w:t>He nodded, then reached across her to grab a dry-erase marker from the tray. He drew a fast, looping arc, connecting the points of origin. “Could be a repeater. Or a reflection off a subsurface structure.”</w:t>
      </w:r>
    </w:p>
    <w:p>
      <w:r/>
    </w:p>
    <w:p>
      <w:r/>
      <w:r>
        <w:t>Abby grunted. “That’s what I thought. So I ran the pulse through Caleb’s receiver, and then through the global node.” She tapped a window. “It’s not reflecting. It’s locking. This thing is syncing its frequency to the Well’s output, tighter every cycle.”</w:t>
      </w:r>
    </w:p>
    <w:p>
      <w:r/>
    </w:p>
    <w:p>
      <w:r/>
      <w:r>
        <w:t>Nate went quiet, the way only someone with too many years of fieldwork could go: every muscle relaxing into a mode that looked casual, but was anything but. He bent at the waist, face inches from the display, and watched the two signals run together, then apart, then together again.</w:t>
      </w:r>
    </w:p>
    <w:p>
      <w:r/>
    </w:p>
    <w:p>
      <w:r/>
      <w:r>
        <w:t>“It’s a handshake,” he said, almost to himself.</w:t>
      </w:r>
    </w:p>
    <w:p>
      <w:r/>
    </w:p>
    <w:p>
      <w:r/>
      <w:r>
        <w:t>She looked up, the tension in her jaw visible now. “That’s exactly what I thought.”</w:t>
      </w:r>
    </w:p>
    <w:p>
      <w:r/>
    </w:p>
    <w:p>
      <w:r/>
      <w:r>
        <w:t>He let out a breath, the kind you only make when the worst possibility has been confirmed. “Who the hell is calling us?”</w:t>
      </w:r>
    </w:p>
    <w:p>
      <w:r/>
    </w:p>
    <w:p>
      <w:r/>
      <w:r>
        <w:t>Abby shook her head. “Not us. The Well. We’re just eavesdropping.”</w:t>
      </w:r>
    </w:p>
    <w:p>
      <w:r/>
    </w:p>
    <w:p>
      <w:r/>
      <w:r>
        <w:t>For a moment, neither spoke. The hum of the machines, the whirr of the fans, the pulsing blue of the anomaly—everything conspired to create a moment of suspended animation, a world holding its breath.</w:t>
      </w:r>
    </w:p>
    <w:p>
      <w:r/>
    </w:p>
    <w:p>
      <w:r/>
      <w:r>
        <w:t>Nate straightened. “If it’s a handshake, then there’s a protocol. Maybe even a sequence.”</w:t>
      </w:r>
    </w:p>
    <w:p>
      <w:r/>
    </w:p>
    <w:p>
      <w:r/>
      <w:r>
        <w:t>She nodded. “Already running it through pattern recognition. But it’s not digital, or not just digital—it’s resonance, field manipulation. Like someone’s knocking with a tuning fork.”</w:t>
      </w:r>
    </w:p>
    <w:p>
      <w:r/>
    </w:p>
    <w:p>
      <w:r/>
      <w:r>
        <w:t>He reached across her to the array keyboard, hands moving fast despite the bandaged knuckles. “Let’s phase it. See what happens if we invert the response.”</w:t>
      </w:r>
    </w:p>
    <w:p>
      <w:r/>
    </w:p>
    <w:p>
      <w:r/>
      <w:r>
        <w:t>She smiled, crooked and a little mean, and for a second the old dynamic snapped back: his blunt improvisation, her careful calibration, the way they always closed the gap between mistake and miracle.</w:t>
      </w:r>
    </w:p>
    <w:p>
      <w:r/>
    </w:p>
    <w:p>
      <w:r/>
      <w:r>
        <w:t>They worked side by side, voices low and overlapping, Abby refining the frequency bands while Nate set up a simulated echo chamber to see how the Well would react to different stimuli. They layered the anomaly’s signal over the baseline and watched as the Well adjusted, almost politely, shifting its own cycle to accommodate the new arrival. It was a conversation, not a battle.</w:t>
      </w:r>
    </w:p>
    <w:p>
      <w:r/>
    </w:p>
    <w:p>
      <w:r/>
      <w:r>
        <w:t>Nate watched the monitor as the two signals synced, then flickered, then settled into a new, combined rhythm. “That’s not just passive,” he said. “It’s negotiation.”</w:t>
      </w:r>
    </w:p>
    <w:p>
      <w:r/>
    </w:p>
    <w:p>
      <w:r/>
      <w:r>
        <w:t>Abby was already five steps ahead, her hands flying over the keyboard as she stripped the data down to its rawest form. “Look at this.” She pulled up a spectrogram, highlighting a narrow band that shifted in perfect lockstep with the anomaly. “Every time the Well pulses, the signal answers back. Not always the same way, but always in phase.”</w:t>
      </w:r>
    </w:p>
    <w:p>
      <w:r/>
    </w:p>
    <w:p>
      <w:r/>
      <w:r>
        <w:t>He grunted, a sound of appreciation. “That’s communication. Could be data, could be testing the link. Whatever it is, it’s getting smarter.”</w:t>
      </w:r>
    </w:p>
    <w:p>
      <w:r/>
    </w:p>
    <w:p>
      <w:r/>
      <w:r>
        <w:t>Abby sat back, rubbing the bridge of her nose. “I thought once we stabilized the site, it would be over. That we could just… monitor. Like a dam, or a power line. But this—” She waved a hand at the screen. “This is active. Someone, somewhere, is trying to connect.”</w:t>
      </w:r>
    </w:p>
    <w:p>
      <w:r/>
    </w:p>
    <w:p>
      <w:r/>
      <w:r>
        <w:t>Nate looked at her, the lines in his face deepening. “Do you want to block it?”</w:t>
      </w:r>
    </w:p>
    <w:p>
      <w:r/>
    </w:p>
    <w:p>
      <w:r/>
      <w:r>
        <w:t>She thought for a long second. “No. I want to see who’s on the other end.”</w:t>
      </w:r>
    </w:p>
    <w:p>
      <w:r/>
    </w:p>
    <w:p>
      <w:r/>
      <w:r>
        <w:t>He grinned, and there was something feral in it. “That’s the Abby I remember.”</w:t>
      </w:r>
    </w:p>
    <w:p>
      <w:r/>
    </w:p>
    <w:p>
      <w:r/>
      <w:r>
        <w:t>For the next hour, they bent themselves around the problem. Nate suggested oddball filter stacks, trying to isolate any embedded information in the handshake. Abby retooled her own scripts, setting up a rolling correlation that could catch even the subtlest modulation. They overlayed global geomagnetic data, historical records, even seismic noise, looking for anything that matched the anomaly’s signature.</w:t>
      </w:r>
    </w:p>
    <w:p>
      <w:r/>
    </w:p>
    <w:p>
      <w:r/>
      <w:r>
        <w:t>It was, for a while, the purest kind of work—two people alone against the unknown, each loss an immediate lesson, each win a thin, electric jolt that cut through everything else.</w:t>
      </w:r>
    </w:p>
    <w:p>
      <w:r/>
    </w:p>
    <w:p>
      <w:r/>
      <w:r>
        <w:t>Then, as the sun climbed above the rim and threw its first light through the station’s north window, Abby’s phone chimed.</w:t>
      </w:r>
    </w:p>
    <w:p>
      <w:r/>
    </w:p>
    <w:p>
      <w:r/>
      <w:r>
        <w:t>She ignored it at first, assuming another system alert, but the sound repeated: three tones, the sequence Nate had set for “urgent, external, not us.” She reached for the phone and saw the notification: a single email, no sender, no subject, just a timestamp and a cryptic, ten-digit code.</w:t>
      </w:r>
    </w:p>
    <w:p>
      <w:r/>
    </w:p>
    <w:p>
      <w:r/>
      <w:r>
        <w:t>She opened it, and the message contained only a file—no text, no greeting, just an attachment labeled “.raw” and a set of coordinates.</w:t>
      </w:r>
    </w:p>
    <w:p>
      <w:r/>
    </w:p>
    <w:p>
      <w:r/>
      <w:r>
        <w:t>Nate leaned over her shoulder. “What the hell is that?”</w:t>
      </w:r>
    </w:p>
    <w:p>
      <w:r/>
    </w:p>
    <w:p>
      <w:r/>
      <w:r>
        <w:t>She clicked the attachment, then froze. The file was a data dump, formatted exactly like the anomaly, but more complex. She scanned the metadata, then the header, then the coordinates.</w:t>
      </w:r>
    </w:p>
    <w:p>
      <w:r/>
    </w:p>
    <w:p>
      <w:r/>
      <w:r>
        <w:t>Her breath hitched. “That’s… not possible.”</w:t>
      </w:r>
    </w:p>
    <w:p>
      <w:r/>
    </w:p>
    <w:p>
      <w:r/>
      <w:r>
        <w:t>Nate took the phone, read the numbers, and frowned. “It’s on the far side of the planet.”</w:t>
      </w:r>
    </w:p>
    <w:p>
      <w:r/>
    </w:p>
    <w:p>
      <w:r/>
      <w:r>
        <w:t>Abby nodded, her mind already running the math. “Not just the planet. The signal matches the Well’s resonance, but the location—” She typed the coordinates into her mapping software and watched as the dot landed in the middle of a desert, thousands of miles from the nearest volcano. “It’s a different site. A different Well.”</w:t>
      </w:r>
    </w:p>
    <w:p>
      <w:r/>
    </w:p>
    <w:p>
      <w:r/>
      <w:r>
        <w:t>Nate’s eyes were wide now, the fatigue burned away. “A network.”</w:t>
      </w:r>
    </w:p>
    <w:p>
      <w:r/>
    </w:p>
    <w:p>
      <w:r/>
      <w:r>
        <w:t>She nodded again, the realization settling in her bones. “A global one. And we just got our first ping.”</w:t>
      </w:r>
    </w:p>
    <w:p>
      <w:r/>
    </w:p>
    <w:p>
      <w:r/>
      <w:r>
        <w:t>For a minute, they just looked at each other, the rest of the room receding to a blur of blue screens and late-morning sun.</w:t>
      </w:r>
    </w:p>
    <w:p>
      <w:r/>
    </w:p>
    <w:p>
      <w:r/>
      <w:r>
        <w:t>Then Nate smiled, slow and certain. “Guess we’re not done after all.”</w:t>
      </w:r>
    </w:p>
    <w:p>
      <w:r/>
    </w:p>
    <w:p>
      <w:r/>
      <w:r>
        <w:t>Abby smiled back, the fear still there but outnumbered now by something else. “No,” she said, reaching for her brother’s old receiver, “we’re just getting started.”</w:t>
      </w:r>
    </w:p>
    <w:p>
      <w:r/>
    </w:p>
    <w:p>
      <w:r/>
      <w:r>
        <w:t>Together, they turned to the monitors, and waited for the next message to arrive.</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