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The new perimeter was all muscle and paranoia.</w:t>
      </w:r>
    </w:p>
    <w:p>
      <w:r/>
    </w:p>
    <w:p>
      <w:r/>
      <w:r>
        <w:t>Abby spent the morning tracing the cold geometry of Wizard Island’s summit, boots scuffing lichen and volcanic glass as she planted the latest sensor—one of Nate’s creations, disguised as a chunk of windblown obsidian but with a heart that pulsed red on her network overlay. The air was mountain-scrubbed and merciless, each breath raw as a mouthful of ice. At the lake’s edge, the fog was just lifting, parting in hesitant fingers that revealed the near-perfect circle of water. If you stared at the lake long enough, you could almost believe nothing had changed since the last time the world tried to end.</w:t>
      </w:r>
    </w:p>
    <w:p>
      <w:r/>
    </w:p>
    <w:p>
      <w:r/>
      <w:r>
        <w:t>Nate stood thirty meters downslope, squinting into the display of a field scanner. He wore his battered Army parka, the left sleeve still sewn with a chunk of yellow paracord where the original had burned away. The shoulder beneath was only weeks out from its last trauma, so Abby tried not to dwell on the way he kept flexing it, as if pain was something he could out-stubborn.</w:t>
      </w:r>
    </w:p>
    <w:p>
      <w:r/>
    </w:p>
    <w:p>
      <w:r/>
      <w:r>
        <w:t>She scanned the sightlines: three more nodes hidden under driftwood, a pair of micro-cams drilled into the stumps of ancient pines, a laser gate mapped to the only reasonable approach from the southern shore. Every vector had been considered, mapped, and then re-mapped for what Nate called “the human element”—the assumption that, whatever cleverness you built into a system, someone with enough time and resentment would eventually brute-force their way past.</w:t>
      </w:r>
    </w:p>
    <w:p>
      <w:r/>
    </w:p>
    <w:p>
      <w:r/>
      <w:r>
        <w:t>They worked the whole loop of the caldera in practiced, grim silence. By 0800, the sun had vaporized the last of the fog, and the color of the lake was something almost unworldly—a blue so pure it hurt to look at. Nate walked up to her at the summit, boots crunching in the frost, and handed her a battered thermos.</w:t>
      </w:r>
    </w:p>
    <w:p>
      <w:r/>
    </w:p>
    <w:p>
      <w:r/>
      <w:r>
        <w:t>“Try not to think about what’s actually in this,” he said.</w:t>
      </w:r>
    </w:p>
    <w:p>
      <w:r/>
    </w:p>
    <w:p>
      <w:r/>
      <w:r>
        <w:t>She sipped the coffee—sweet, slightly chemical, the taste of rationed creamer and too many hours awake. “You ever wonder if the sensors are overkill?” Abby asked. “Nobody’s found this place without a map in a hundred years.”</w:t>
      </w:r>
    </w:p>
    <w:p>
      <w:r/>
    </w:p>
    <w:p>
      <w:r/>
      <w:r>
        <w:t>He shrugged. “You only need to be wrong once.”</w:t>
      </w:r>
    </w:p>
    <w:p>
      <w:r/>
    </w:p>
    <w:p>
      <w:r/>
      <w:r>
        <w:t>She didn’t argue. The past month had taught her the difference between unlikely and inevitable, and she’d lost the habit of betting against entropy. She poured a second cup and set it on the rock for him, then crouched to check the solar charge on the central node.</w:t>
      </w:r>
    </w:p>
    <w:p>
      <w:r/>
    </w:p>
    <w:p>
      <w:r/>
      <w:r>
        <w:t>Nate watched her, lips twitching in what she recognized as his approximation of a smile. “What time are they coming?”</w:t>
      </w:r>
    </w:p>
    <w:p>
      <w:r/>
    </w:p>
    <w:p>
      <w:r/>
      <w:r>
        <w:t>“Should be here already. Boat launch is at the ranger dock—if the motors are working this early.”</w:t>
      </w:r>
    </w:p>
    <w:p>
      <w:r/>
    </w:p>
    <w:p>
      <w:r/>
      <w:r>
        <w:t>He nodded, then let his gaze drift to the north shore, where the rim of the caldera rose in a perfect, jagged halo. “You think Joseph will bring the whole council?”</w:t>
      </w:r>
    </w:p>
    <w:p>
      <w:r/>
    </w:p>
    <w:p>
      <w:r/>
      <w:r>
        <w:t>“Three elders,” Abby said. “No less, no more. That’s the rule.”</w:t>
      </w:r>
    </w:p>
    <w:p>
      <w:r/>
    </w:p>
    <w:p>
      <w:r/>
      <w:r>
        <w:t>“Gonna be a hell of a handshake,” he said.</w:t>
      </w:r>
    </w:p>
    <w:p>
      <w:r/>
    </w:p>
    <w:p>
      <w:r/>
      <w:r>
        <w:t>She pocketed the thought, then went back to work. They spent the next ten minutes in silence, running diagnostics and trading notes on the signal overlay. The blue fire in the Well’s core was quiescent, but both of them knew it was an illusion; the readings below the island showed a steady, rising microseism, the kind of background hum that always preceded an anomaly.</w:t>
      </w:r>
    </w:p>
    <w:p>
      <w:r/>
    </w:p>
    <w:p>
      <w:r/>
      <w:r>
        <w:t>At 0900, the sound of an outboard echoed across the water—so faint it might have been a trick of the wind, except that both Abby and Nate turned toward it at the same time. Abby palmed the thermos, then knelt on the summit’s edge to watch the approach.</w:t>
      </w:r>
    </w:p>
    <w:p>
      <w:r/>
    </w:p>
    <w:p>
      <w:r/>
      <w:r>
        <w:t>Three men, in the old style: layered wool, rubber boots, faces set against the cold with the deliberate stillness of people who had spent their lives not being noticed. The boat was a twelve-foot aluminum rental, but the way they rowed it—synchronized, wordless, no wasted motion—made the thing glide like a shadow. Abby recognized the man in the stern immediately: Joseph Running Bear, chair of the council, his gray hair in a single plait down his back and his expression set to zero.</w:t>
      </w:r>
    </w:p>
    <w:p>
      <w:r/>
    </w:p>
    <w:p>
      <w:r/>
      <w:r>
        <w:t>Nate whistled, low. “That him?”</w:t>
      </w:r>
    </w:p>
    <w:p>
      <w:r/>
    </w:p>
    <w:p>
      <w:r/>
      <w:r>
        <w:t>“Don’t stare,” she said. “He’ll notice.”</w:t>
      </w:r>
    </w:p>
    <w:p>
      <w:r/>
    </w:p>
    <w:p>
      <w:r/>
      <w:r>
        <w:t>Nate grunted, then busied himself with his field scanner.</w:t>
      </w:r>
    </w:p>
    <w:p>
      <w:r/>
    </w:p>
    <w:p>
      <w:r/>
      <w:r>
        <w:t>The boat beached itself on the black sand. The three men stepped onto shore, gathering nothing but a small canvas bag and a bundle wrapped in cloth. For a minute, they stood facing the water, as if waiting for it to recognize them; then, at some unseen signal, they started up the slope. Joseph led, the other two a step behind and a step apart, forming a shape that was not quite a line, not quite a triangle.</w:t>
      </w:r>
    </w:p>
    <w:p>
      <w:r/>
    </w:p>
    <w:p>
      <w:r/>
      <w:r>
        <w:t>Abby brushed grit from her hands and stood, squaring her shoulders. When Joseph was within ten meters, she called out: “You made good time.”</w:t>
      </w:r>
    </w:p>
    <w:p>
      <w:r/>
    </w:p>
    <w:p>
      <w:r/>
      <w:r>
        <w:t>He inclined his head, face unreadable. “The lake was kind,” he said. His voice was even, low, a perfect match to the geography.</w:t>
      </w:r>
    </w:p>
    <w:p>
      <w:r/>
    </w:p>
    <w:p>
      <w:r/>
      <w:r>
        <w:t>She waited. He waited longer.</w:t>
      </w:r>
    </w:p>
    <w:p>
      <w:r/>
    </w:p>
    <w:p>
      <w:r/>
      <w:r>
        <w:t>“I want to thank you,” she said, “for agreeing to meet here, on the island.”</w:t>
      </w:r>
    </w:p>
    <w:p>
      <w:r/>
    </w:p>
    <w:p>
      <w:r/>
      <w:r>
        <w:t>He smiled, or maybe it was just the way his mouth shifted. “There were objections. But I told them, if the Calloway woman can find a way to keep this place from killing us all, we owe her the chance to speak.”</w:t>
      </w:r>
    </w:p>
    <w:p>
      <w:r/>
    </w:p>
    <w:p>
      <w:r/>
      <w:r>
        <w:t>The wind shifted, carrying the last of the cold up from the water. Abby wished she’d brought gloves, but knew it would be rude to put her hands in her pockets. “I don’t want to control the site,” she said. “I just want to make sure nobody else does.”</w:t>
      </w:r>
    </w:p>
    <w:p>
      <w:r/>
    </w:p>
    <w:p>
      <w:r/>
      <w:r>
        <w:t>Joseph turned, surveyed the summit, eyes flicking to each of Nate’s disguised sensors in turn. He nodded, as if approving the thoroughness. “It’s a good design. But technology fails.”</w:t>
      </w:r>
    </w:p>
    <w:p>
      <w:r/>
    </w:p>
    <w:p>
      <w:r/>
      <w:r>
        <w:t>“We’ll have spotters at the rim. Twenty-four-hour watch,” she said. “If anything happens, we—”</w:t>
      </w:r>
    </w:p>
    <w:p>
      <w:r/>
    </w:p>
    <w:p>
      <w:r/>
      <w:r>
        <w:t>“Technology fails,” he said again, more gently. “But it is a good design.” He reached into the canvas bag and produced a small, battered radio—one of the same models Abby had provided to the tribal rangers last month. He thumbed the power, checked the channel, then set it on the ground between them. “We can help watch. But you know there are some things that only tradition can see.”</w:t>
      </w:r>
    </w:p>
    <w:p>
      <w:r/>
    </w:p>
    <w:p>
      <w:r/>
      <w:r>
        <w:t>Abby nodded. “I was hoping you’d say that.” She glanced at Nate, who met her eyes and gave the barest nod of confirmation.</w:t>
      </w:r>
    </w:p>
    <w:p>
      <w:r/>
    </w:p>
    <w:p>
      <w:r/>
      <w:r>
        <w:t>Joseph’s companions moved around the summit, quiet as deer. One knelt to inspect the spiral pattern in the basalt where the Well’s true entrance had been sealed. The other paused beside Nate, murmured a greeting, and then walked a slow perimeter, pausing every so often to look—not at the tech, but at the view.</w:t>
      </w:r>
    </w:p>
    <w:p>
      <w:r/>
    </w:p>
    <w:p>
      <w:r/>
      <w:r>
        <w:t>Joseph regarded Abby for a long time, his eyes patient and full of old, collected humor. “Your brother was like this, too,” he said. “Always searching for a thing he couldn’t quite name. But you—” He tilted his head. “You know what you’re looking for.”</w:t>
      </w:r>
    </w:p>
    <w:p>
      <w:r/>
    </w:p>
    <w:p>
      <w:r/>
      <w:r>
        <w:t>She was startled by how much this stung, but she made herself answer. “I’m just trying to keep the story from ending badly.”</w:t>
      </w:r>
    </w:p>
    <w:p>
      <w:r/>
    </w:p>
    <w:p>
      <w:r/>
      <w:r>
        <w:t>Joseph laughed—a real laugh, rolling out in a single gust. “Then we should begin,” he said.</w:t>
      </w:r>
    </w:p>
    <w:p>
      <w:r/>
    </w:p>
    <w:p>
      <w:r/>
      <w:r>
        <w:t>The three elders assembled at the spiral, standing at the cardinal points. Joseph drew the cloth-wrapped bundle from his bag, unrolling it to reveal a battered feather fan and a bowl made from a single piece of black stone. He filled the bowl with water from a canteen, then dipped the fan, shaking droplets onto the basalt.</w:t>
      </w:r>
    </w:p>
    <w:p>
      <w:r/>
    </w:p>
    <w:p>
      <w:r/>
      <w:r>
        <w:t>They spoke in Klamath, voices low and rhythmic. Abby couldn’t catch all of it, but she recognized the invocation of place, of time, of memory. The water on the stone shimmered as the chant grew in volume, and the spiral itself seemed to darken, as if drawing in the words.</w:t>
      </w:r>
    </w:p>
    <w:p>
      <w:r/>
    </w:p>
    <w:p>
      <w:r/>
      <w:r>
        <w:t>She looked at Nate. He was watching with the same ferocious attention he gave to any problem he didn’t yet understand.</w:t>
      </w:r>
    </w:p>
    <w:p>
      <w:r/>
    </w:p>
    <w:p>
      <w:r/>
      <w:r>
        <w:t>The ritual lasted only a minute. When it ended, Joseph set the bowl on the center of the spiral, where it reflected the sky. “Now the island knows us,” he said. “It will remember what we are trying to do.”</w:t>
      </w:r>
    </w:p>
    <w:p>
      <w:r/>
    </w:p>
    <w:p>
      <w:r/>
      <w:r>
        <w:t>Abby felt the knot in her stomach relax a fraction. “Thank you.”</w:t>
      </w:r>
    </w:p>
    <w:p>
      <w:r/>
    </w:p>
    <w:p>
      <w:r/>
      <w:r>
        <w:t>He shook his head. “Don’t thank me. Just remember—one day, the story might ask for more from you.”</w:t>
      </w:r>
    </w:p>
    <w:p>
      <w:r/>
    </w:p>
    <w:p>
      <w:r/>
      <w:r>
        <w:t>She held his gaze. “If it does, I’ll answer.”</w:t>
      </w:r>
    </w:p>
    <w:p>
      <w:r/>
    </w:p>
    <w:p>
      <w:r/>
      <w:r>
        <w:t>They stood there, the four of them, in a moment of fragile equilibrium: tradition and technology, old wounds and the hope of something new. Below, the Well hummed its steady, warning note. Above, the sky was a hard, uncompromising blue.</w:t>
      </w:r>
    </w:p>
    <w:p>
      <w:r/>
    </w:p>
    <w:p>
      <w:r/>
      <w:r>
        <w:t>Abby listened to the wind and the sensors and the memory of her brother’s laughter, and, for the first time in weeks, believed that it might actually be enough.</w:t>
      </w:r>
    </w:p>
    <w:p>
      <w:r/>
    </w:p>
    <w:p>
      <w:r/>
    </w:p>
    <w:p>
      <w:r/>
      <w:r>
        <w:t># Scene 2</w:t>
      </w:r>
    </w:p>
    <w:p>
      <w:r/>
    </w:p>
    <w:p>
      <w:r/>
      <w:r>
        <w:t>The command center was an offense to both fire code and taste.</w:t>
      </w:r>
    </w:p>
    <w:p>
      <w:r/>
    </w:p>
    <w:p>
      <w:r/>
      <w:r>
        <w:t>They’d started with one room in the Crater Lake ranger station—the old rec area with a view of the lake and just enough wiring to power their machines—but by week’s end, they’d annexed the adjacent storeroom, the end of the hall, and the break room freezer (currently full of magnetometer loggers and a half-eaten layer cake left over from the superintendent’s retirement). The place looked like the aftermath of a science-fair mutiny: maps and satellite photos skinned every inch of the walls, cords tangled across every available surface, laptops in various stages of disassembly stacked beside cartons of instant coffee and a shriveling pineapple.</w:t>
      </w:r>
    </w:p>
    <w:p>
      <w:r/>
    </w:p>
    <w:p>
      <w:r/>
      <w:r>
        <w:t>Abby sat at the center table, sleeves rolled, hair in a stubby, defiant tail. The bruise on her cheek was healing into a mottled smear, and she’d stopped trying to cover it with makeup. Her hands moved with the mechanical patience of someone who could fillet a data set or a trout with equal efficiency. She was building the paperwork firewall: permit applications, environmental impact statements, mock-ups of University letterhead and Park Service memos, each more convincing than the last. If you squinted, the folders looked official enough to stop a government audit—or at least to reroute it through three other departments before it circled back.</w:t>
      </w:r>
    </w:p>
    <w:p>
      <w:r/>
    </w:p>
    <w:p>
      <w:r/>
      <w:r>
        <w:t>Nate sprawled in the corner, left arm propped in a soft brace, right hand idly typing on his battered MacBook. His face still carried the sallow undertones of someone recovering from hard things, but the set of his jaw and the pinprick gleam in his eyes said he was operating on the good stuff: adrenaline, duty, and just a trace of pure spite.</w:t>
      </w:r>
    </w:p>
    <w:p>
      <w:r/>
    </w:p>
    <w:p>
      <w:r/>
      <w:r>
        <w:t>He was the one who broke the silence, as always. “You know, if you keep forging official correspondence, you’re going to be made president of the Historical Society by next week.”</w:t>
      </w:r>
    </w:p>
    <w:p>
      <w:r/>
    </w:p>
    <w:p>
      <w:r/>
      <w:r>
        <w:t>Abby snorted, didn’t look up. “They’d have to kill the current president first. I’m pretty sure he’s been dead since the Reagan era.”</w:t>
      </w:r>
    </w:p>
    <w:p>
      <w:r/>
    </w:p>
    <w:p>
      <w:r/>
      <w:r>
        <w:t>“I heard he was mummified,” Nate said. “Perfect for a cover story.”</w:t>
      </w:r>
    </w:p>
    <w:p>
      <w:r/>
    </w:p>
    <w:p>
      <w:r/>
      <w:r>
        <w:t>She smiled, faint and unintentional, then paused to sign the bottom of a letter with her best approximation of the Superintendent’s loopy script. “Do you think this’ll hold? The artifact preservation line?”</w:t>
      </w:r>
    </w:p>
    <w:p>
      <w:r/>
    </w:p>
    <w:p>
      <w:r/>
      <w:r>
        <w:t>Nate rolled over on the creaky sofa, one hand curled behind his head. “If anyone pushes, they’ll trip the security overlay before they ever reach the real thing. Besides, people love a good ‘fragile indigenous artifact’ story. Nobody wants to be the villain in a land dispute, not even the Feds.”</w:t>
      </w:r>
    </w:p>
    <w:p>
      <w:r/>
    </w:p>
    <w:p>
      <w:r/>
      <w:r>
        <w:t>Abby riffled through a stack of signed forms, then paperclipped them with a sense of finality. “Sometimes I think bureaucracy is the only true magic left.”</w:t>
      </w:r>
    </w:p>
    <w:p>
      <w:r/>
    </w:p>
    <w:p>
      <w:r/>
      <w:r>
        <w:t>He looked at her for a long beat, then said, “Vernon would be proud of how you’re running this op.”</w:t>
      </w:r>
    </w:p>
    <w:p>
      <w:r/>
    </w:p>
    <w:p>
      <w:r/>
      <w:r>
        <w:t>The air in the room changed. Not by much, just a notch, but enough to register. Abby set down her pen and looked at the wall, where a faded photo of Vernon Chase—arms crossed, eyebrows in mutinous rebellion—glared from beneath a layer of thumbtacks.</w:t>
      </w:r>
    </w:p>
    <w:p>
      <w:r/>
    </w:p>
    <w:p>
      <w:r/>
      <w:r>
        <w:t>“Vernon would say we should burn it all down and start over,” she said. “He thought the only way to beat the system was to become a ghost.”</w:t>
      </w:r>
    </w:p>
    <w:p>
      <w:r/>
    </w:p>
    <w:p>
      <w:r/>
      <w:r>
        <w:t>Nate’s voice went soft. “You’re better than that.”</w:t>
      </w:r>
    </w:p>
    <w:p>
      <w:r/>
    </w:p>
    <w:p>
      <w:r/>
      <w:r>
        <w:t>She shook her head. “I don’t know if I am.” But she reached for her coffee, took a long, bitter mouthful, and forced a smile. “Let’s just hope the National Parks IT guy never reads his email.”</w:t>
      </w:r>
    </w:p>
    <w:p>
      <w:r/>
    </w:p>
    <w:p>
      <w:r/>
      <w:r>
        <w:t>The printer kicked to life, spitting out a fresh ream of letters, each with its own forged seal and chain of command. Abby scanned the cover page, then slid it across to Nate. “Here’s the plan: we announce a restoration project on Wizard Island, lock down the north shore as a research zone, and cite ‘fragile Klamath petroglyphs’ as the reason for limited access.”</w:t>
      </w:r>
    </w:p>
    <w:p>
      <w:r/>
    </w:p>
    <w:p>
      <w:r/>
      <w:r>
        <w:t>He tapped the paper, approving. “You even used the right buzzwords. ‘Sacred context’ and ‘multi-year ethnographic study.’ That’ll buy us a decade.”</w:t>
      </w:r>
    </w:p>
    <w:p>
      <w:r/>
    </w:p>
    <w:p>
      <w:r/>
      <w:r>
        <w:t>Abby nodded, then let her gaze drift to the bank of monitors at the far end of the room. One showed the Well’s live-feed: a tranquil sweep of color, nothing alarming, just the slow, natural gradient of the stabilized anomaly. The next showed the island perimeter—four camera feeds in crisp night vision, every shadow accounted for. The third screen was a satellite window, tracking new signals from South America.</w:t>
      </w:r>
    </w:p>
    <w:p>
      <w:r/>
    </w:p>
    <w:p>
      <w:r/>
      <w:r>
        <w:t>Nate must have seen where she was looking. He closed the laptop and limped over to her side, bracing himself on the edge of the table. “You want to talk about the Peru spike?”</w:t>
      </w:r>
    </w:p>
    <w:p>
      <w:r/>
    </w:p>
    <w:p>
      <w:r/>
      <w:r>
        <w:t>She hesitated. “It’s not our job,” she said.</w:t>
      </w:r>
    </w:p>
    <w:p>
      <w:r/>
    </w:p>
    <w:p>
      <w:r/>
      <w:r>
        <w:t>He arched an eyebrow. “Since when?”</w:t>
      </w:r>
    </w:p>
    <w:p>
      <w:r/>
    </w:p>
    <w:p>
      <w:r/>
      <w:r>
        <w:t>Abby tried to say nothing, but the room was too full of ghosts for that to work. “I’m tired of chasing problems we didn’t make. I want to keep the site safe, that’s all.”</w:t>
      </w:r>
    </w:p>
    <w:p>
      <w:r/>
    </w:p>
    <w:p>
      <w:r/>
      <w:r>
        <w:t>Nate nodded, as if accepting the answer, but didn’t leave. “What if it’s connected?”</w:t>
      </w:r>
    </w:p>
    <w:p>
      <w:r/>
    </w:p>
    <w:p>
      <w:r/>
      <w:r>
        <w:t>“It is connected,” she said. “But every time we dig, the hole gets deeper.”</w:t>
      </w:r>
    </w:p>
    <w:p>
      <w:r/>
    </w:p>
    <w:p>
      <w:r/>
      <w:r>
        <w:t>He considered that, then shifted his weight, wincing. “You know, if we’re honest, we’re just putting out fires until the next one flares up. Sooner or later, someone’s going to notice.”</w:t>
      </w:r>
    </w:p>
    <w:p>
      <w:r/>
    </w:p>
    <w:p>
      <w:r/>
      <w:r>
        <w:t>Abby thumbed the corner of the letter. “Then we need to make sure they can’t light the match.”</w:t>
      </w:r>
    </w:p>
    <w:p>
      <w:r/>
    </w:p>
    <w:p>
      <w:r/>
      <w:r>
        <w:t>They sat in the standoff, the room vibrating with the silent hum of electronics and the distant, perpetual wind from the lake. Nate was first to break, as always.</w:t>
      </w:r>
    </w:p>
    <w:p>
      <w:r/>
    </w:p>
    <w:p>
      <w:r/>
      <w:r>
        <w:t>He slid a memory stick across the table. “Satellite just dropped fresh data from Machu Picchu. You want to see this.”</w:t>
      </w:r>
    </w:p>
    <w:p>
      <w:r/>
    </w:p>
    <w:p>
      <w:r/>
      <w:r>
        <w:t>She took it, loading the file onto her laptop with practiced suspicion. The images were high-altitude, low-res, but the readings were impossible to miss: a magnetic bloom, almost identical to the one at Wizard Island, flaring in a predictable interval near the ruins. She scrolled through the logs, watched the pulses stack up with eerie precision.</w:t>
      </w:r>
    </w:p>
    <w:p>
      <w:r/>
    </w:p>
    <w:p>
      <w:r/>
      <w:r>
        <w:t>“It’s alive,” she said. “Whatever’s under there, it’s not dormant anymore.”</w:t>
      </w:r>
    </w:p>
    <w:p>
      <w:r/>
    </w:p>
    <w:p>
      <w:r/>
      <w:r>
        <w:t>Nate nodded. “And if we can see it, so can anyone with a halfway decent satellite contract.”</w:t>
      </w:r>
    </w:p>
    <w:p>
      <w:r/>
    </w:p>
    <w:p>
      <w:r/>
      <w:r>
        <w:t>Abby’s mind raced. She was already cataloguing the implications, the lines of approach, the names in her files who would want a piece of this. “We need to be careful who we bring into this,” she said. “Caldwell’s gone, but he wasn’t the only one with an agenda.”</w:t>
      </w:r>
    </w:p>
    <w:p>
      <w:r/>
    </w:p>
    <w:p>
      <w:r/>
      <w:r>
        <w:t>Nate ran a hand through his hair, then let it flop back down. “There’s no winning, is there?”</w:t>
      </w:r>
    </w:p>
    <w:p>
      <w:r/>
    </w:p>
    <w:p>
      <w:r/>
      <w:r>
        <w:t>She shut the laptop, eyes heavy. “There’s surviving. And there’s making sure the next generation has a fighting chance.”</w:t>
      </w:r>
    </w:p>
    <w:p>
      <w:r/>
    </w:p>
    <w:p>
      <w:r/>
      <w:r>
        <w:t>He smiled, and this time it was the old, crooked thing she remembered from the mine collapse in Jacksonville—half-mocking, half-true. “You’re better at this than you think, Abby Calloway.”</w:t>
      </w:r>
    </w:p>
    <w:p>
      <w:r/>
    </w:p>
    <w:p>
      <w:r/>
      <w:r>
        <w:t>She shook her head, but let the words stand.</w:t>
      </w:r>
    </w:p>
    <w:p>
      <w:r/>
    </w:p>
    <w:p>
      <w:r/>
      <w:r>
        <w:t>The printer spat out another batch of paperwork, hot and chemical. Abby picked it up, shuffled it into the growing stack of lies and half-truths</w:t>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