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Nate’s cabin was less a refuge than a bunker designed for the siege of obsession. In the pre-dawn, the place looked almost alive: LED strip-lights clinging to rafters like exposed nerves, the slap of glowing monitors reflected in dozens of beaker-sized puddles on the warped plywood floor. One wall was an exoskeleton of whiteboards, every square inch graffitied with layer upon layer of ley-line diagrams, vector fields, and equations that had already overflowed into the margins of the windows and the battered fridge door. The other was a digital jungle, half-assembled circuit boards and soldered monstrosities growing out of the workbench in haphazard terraria. The cabin’s only heat came from the rolling hum of servers, and the stale tang of instant noodles was so thick it had become a flavor note in the oxygen.</w:t>
      </w:r>
    </w:p>
    <w:p>
      <w:r/>
    </w:p>
    <w:p>
      <w:r/>
      <w:r>
        <w:t>Nate sat at the nucleus: a battered camp chair at a folding table, both knees jittering, face blue-lit and gaunt. He looked like he was surviving on ATP and anxiety, his left arm still sleeved in a tensor bandage, his right hand dancing between a trackpad and a tangle of sticky notes. The air buzzed with the slow, relentless hunger of machines at work.</w:t>
      </w:r>
    </w:p>
    <w:p>
      <w:r/>
    </w:p>
    <w:p>
      <w:r/>
      <w:r>
        <w:t>He toggled through a queue of incoming data: first, the latest magnetometer logs from Wizard Island—stubbornly flat, but with a sharpness at the leading edge that told him the “quiet” was a lie; then, an encrypted email from an unlisted Lima University address, flagged urgent and triple-keyed for recipients with his specific cocktail of paranoia and credentials. It had dropped into his inbox at 03:11 local, subject line a single word: AYAR.</w:t>
      </w:r>
    </w:p>
    <w:p>
      <w:r/>
    </w:p>
    <w:p>
      <w:r/>
      <w:r>
        <w:t>He thumbed the message open, expecting the usual: another batch of grainy site photos, maybe a crackpot translation from the archives, or, at best, a scan of some new petroglyph that Abby would be able to parse in ten seconds flat. Instead, the attachment was a series of high-resolution photos, each meticulously bracketed for scale and lighting. The first made him bark a sharp, involuntary laugh, then exhale, long and unsteady.</w:t>
      </w:r>
    </w:p>
    <w:p>
      <w:r/>
    </w:p>
    <w:p>
      <w:r/>
      <w:r>
        <w:t>It was a disc.</w:t>
      </w:r>
    </w:p>
    <w:p>
      <w:r/>
    </w:p>
    <w:p>
      <w:r/>
      <w:r>
        <w:t>The object rested in a foam-lined crate, black glass veined with white occlusions, and it might as well have been plucked from the Jacksonville Society’s own vault. Eight inches across, quarter inch thick, edges beveled to a polish that reflected the camera in a warped, insectile eye. But it was the pattern that drew all the air from Nate’s lungs: a spiral, etched into the disc’s face with the same impossible microlineation as the Oregon artifact, the same shifting geometry that seemed to pulse and buckle as you zoomed in. Even in a .jpg, it wanted to move.</w:t>
      </w:r>
    </w:p>
    <w:p>
      <w:r/>
    </w:p>
    <w:p>
      <w:r/>
      <w:r>
        <w:t>He swiped to the next photo, then the next: reverse angles, edge details, a measurement tape drawn taut for context. The disc was flawless—no scoring, no chips, just a patch of calcified silt along the backside that spoke to centuries underwater. Next, a composite x-ray of the artifact; the scan revealed nothing but glass, denser than obsidian had any right to be, the spiral floating in negative space. Then a spectrogram—Nate whistled, impressed—the signature was identical to the Wizard Island sample, with a low-frequency resonance that spiked exactly at the harmonic his own prototype had measured two weeks prior.</w:t>
      </w:r>
    </w:p>
    <w:p>
      <w:r/>
    </w:p>
    <w:p>
      <w:r/>
      <w:r>
        <w:t>He leaned back, let the camp chair groan, and set the phone on the table. For a minute, he just watched the spinning icon on the screen, letting the magnitude of it settle. He reached for a notebook—Vernon’s, this time—flipped it open, and traced a finger down the margin to a cryptic line: “Obsidian is memory. Glass is truth.” Typical Vernon, but now it felt less like a riddle and more like a proof.</w:t>
      </w:r>
    </w:p>
    <w:p>
      <w:r/>
    </w:p>
    <w:p>
      <w:r/>
      <w:r>
        <w:t>Nate’s right hand, still patterned with the pink cross-hatch of healing burns, hovered over the next file. He flexed the wrist, winced, then clicked: a video, labeled “FIELD TEST #1.” The footage was hand-held, jostling over a pit dug in sunbaked dirt. A woman’s voice, accented but crisp, narrated in a low staccato.</w:t>
      </w:r>
    </w:p>
    <w:p>
      <w:r/>
    </w:p>
    <w:p>
      <w:r/>
      <w:r>
        <w:t>“We are at the Ayar Manco site, first chamber. Depth 13.6 meters. Disc found embedded in tuff, alongside three human teeth and a copper spike.” The camera zoomed to the pit’s floor, where a gloved hand lifted the disc from its resting place. The same shimmer along the edge, the same greedy way the spiral devoured all light.</w:t>
      </w:r>
    </w:p>
    <w:p>
      <w:r/>
    </w:p>
    <w:p>
      <w:r/>
      <w:r>
        <w:t>She set the disc on a Mylar sheet, then powered on a magnetometer. The needle didn’t just wobble; it pirouetted, then locked at due north as the disc rotated. The videographer giggled, delighted and afraid.</w:t>
      </w:r>
    </w:p>
    <w:p>
      <w:r/>
    </w:p>
    <w:p>
      <w:r/>
      <w:r>
        <w:t>“Impossible,” the woman muttered, in English this time.</w:t>
      </w:r>
    </w:p>
    <w:p>
      <w:r/>
    </w:p>
    <w:p>
      <w:r/>
      <w:r>
        <w:t>The last frames of the video showed the disc vibrating—no, pulsing—in time with the background chatter of crickets, as if even now the thing was trying to talk.</w:t>
      </w:r>
    </w:p>
    <w:p>
      <w:r/>
    </w:p>
    <w:p>
      <w:r/>
      <w:r>
        <w:t>Nate set the phone down, breathing through the pulse in his temples. For a long moment, he did nothing, just sat in the blue glow, the hum of the servers louder now than his own thoughts.</w:t>
      </w:r>
    </w:p>
    <w:p>
      <w:r/>
    </w:p>
    <w:p>
      <w:r/>
      <w:r>
        <w:t>A ping: incoming message, Abby.</w:t>
      </w:r>
    </w:p>
    <w:p>
      <w:r/>
    </w:p>
    <w:p>
      <w:r/>
      <w:r>
        <w:t>Did you see it? Same readings as ours.</w:t>
      </w:r>
    </w:p>
    <w:p>
      <w:r/>
    </w:p>
    <w:p>
      <w:r/>
      <w:r>
        <w:t>He thumbed the reply, but paused. Instead, he stared at the disc’s photo, then reached for his own artifact, which sat in a custom Faraday cage at the far corner of the room. He opened the case, lifted the Wizard Island disc, and laid it flat on the table. The thing was cold, almost oily in its chill, and even with gloves, it prickled at the skin.</w:t>
      </w:r>
    </w:p>
    <w:p>
      <w:r/>
    </w:p>
    <w:p>
      <w:r/>
      <w:r>
        <w:t>Nate positioned his phone beside it, then opened the x-ray comparison, side by side. At first glance, the spirals were identical—but as he ramped up the magnification, subtle differences resolved: a branching at the third loop, a hairline fracture near the disc’s axis, tiny nicks that could not be accident. Not twins, but kin. He remembered what Abby had said: “No two spirals are ever the same, not in nature, not in the stories.”</w:t>
      </w:r>
    </w:p>
    <w:p>
      <w:r/>
    </w:p>
    <w:p>
      <w:r/>
      <w:r>
        <w:t>He lined up the discs, one virtual, one physical, and began mapping the glyphs with the tip of a graphite pencil. The left wrist spasmed with each movement, a phantom echo of the last time he’d tried to power up the disc and nearly bled out for his trouble. But pain was information, and he ground through it, sketching the differences with obsessive clarity. Each change felt less like a flaw and more like a cipher—designed, intentional, meant to be read only when you could see both at once.</w:t>
      </w:r>
    </w:p>
    <w:p>
      <w:r/>
    </w:p>
    <w:p>
      <w:r/>
      <w:r>
        <w:t>He reached for the map of the global grid, already cluttered with pins and tape and colored string. He thumbtacked a fresh point at the Ayar Manco coordinates, then drew a red arc from Crater Lake to the Peruvian highland. The line bisected half a dozen minor sites—mostly dormant, a couple long lost. He checked the overlay, ran the numbers, and watched as the simulation populated with a slow, crawling heat.</w:t>
      </w:r>
    </w:p>
    <w:p>
      <w:r/>
    </w:p>
    <w:p>
      <w:r/>
      <w:r>
        <w:t>The two discs, the two Wells, were talking. Not just with each other, but with everything in between.</w:t>
      </w:r>
    </w:p>
    <w:p>
      <w:r/>
    </w:p>
    <w:p>
      <w:r/>
      <w:r>
        <w:t>He typed a message to Abby:</w:t>
      </w:r>
    </w:p>
    <w:p>
      <w:r/>
    </w:p>
    <w:p>
      <w:r/>
      <w:r>
        <w:t>It’s not a copy. It’s a pair.</w:t>
      </w:r>
    </w:p>
    <w:p>
      <w:r/>
    </w:p>
    <w:p>
      <w:r/>
      <w:r>
        <w:t>The phone vibrated instantly—her reply, a photo of the ley-line overlay, the new disc’s position already slotted into their evolving world model.</w:t>
      </w:r>
    </w:p>
    <w:p>
      <w:r/>
    </w:p>
    <w:p>
      <w:r/>
      <w:r>
        <w:t>Told you it was a circuit, she wrote. The next line was softer, almost a whisper in text form: You okay?</w:t>
      </w:r>
    </w:p>
    <w:p>
      <w:r/>
    </w:p>
    <w:p>
      <w:r/>
      <w:r>
        <w:t>Nate glanced at his hands, then at the dark window that showed only his own reflection. “Never better,” he said, aloud, and began arranging the notes for his response.</w:t>
      </w:r>
    </w:p>
    <w:p>
      <w:r/>
    </w:p>
    <w:p>
      <w:r/>
      <w:r>
        <w:t>He spent the next hour in a trance state, running scan after scan, each pass stripping another layer from the mystery. The Peru disc’s resonance was higher, but less stable; the Oregon disc, lower but with a consistency that was almost maternal. He matched the harmonics, ran the overlays, and let the software do what it did best: expose the pattern, the underlying necessity, the brute fact of interconnectedness. The program drew the paths in red, blue, and white, lines arcing across the globe in a web that was as old as myth and as new as the next signal.</w:t>
      </w:r>
    </w:p>
    <w:p>
      <w:r/>
    </w:p>
    <w:p>
      <w:r/>
      <w:r>
        <w:t>The effect was both beautiful and horrifying. Where the lines met, the energy spikes dwarfed anything he’d seen at Crater Lake. The pattern wasn’t random—it was a deliberate network, every site built to relay, amplify, and, if the math was to be believed, eventually synchronize. Like a pair of hearts on either side of a dying planet, trying to beat in time.</w:t>
      </w:r>
    </w:p>
    <w:p>
      <w:r/>
    </w:p>
    <w:p>
      <w:r/>
      <w:r>
        <w:t>His left hand began to cramp, but he refused to stop, even when the tremor started. He needed to see it through, to watch the spiral complete itself. Only when the simulation reached equilibrium—both discs locked into mutual phase, the Well’s pulse a perfect echo of its twin thousands of miles away—did he let himself collapse back in the chair.</w:t>
      </w:r>
    </w:p>
    <w:p>
      <w:r/>
    </w:p>
    <w:p>
      <w:r/>
      <w:r>
        <w:t>The light from the screens painted his face in bands of white and blue, the color of pure voltage. He stared at the final overlay, the inevitable convergence, and felt the old terror again, but also the old thrill: this was Vernon’s legacy, the story that was never about the past but about what came next.</w:t>
      </w:r>
    </w:p>
    <w:p>
      <w:r/>
    </w:p>
    <w:p>
      <w:r/>
      <w:r>
        <w:t>The phone pinged, one last time, from Abby.</w:t>
      </w:r>
    </w:p>
    <w:p>
      <w:r/>
    </w:p>
    <w:p>
      <w:r/>
      <w:r>
        <w:t>They’re already there. We’re behind schedule.</w:t>
      </w:r>
    </w:p>
    <w:p>
      <w:r/>
    </w:p>
    <w:p>
      <w:r/>
      <w:r>
        <w:t>Nate grinned, wiped the sweat from his brow with the edge of his sleeve, and started packing the kit for travel. The game wasn’t over. It had just gone global.</w:t>
      </w:r>
    </w:p>
    <w:p>
      <w:r/>
    </w:p>
    <w:p>
      <w:r/>
    </w:p>
    <w:p>
      <w:r/>
      <w:r>
        <w:t># Scene 2</w:t>
      </w:r>
    </w:p>
    <w:p>
      <w:r/>
    </w:p>
    <w:p>
      <w:r/>
      <w:r>
        <w:t>The new security protocol at the Jacksonville Historical Society was equal parts fortress and farce. Abby had spent a week and a half transforming her corner office into the administrative equivalent of a pillbox, with a steel-reinforced deadbolt on the inside door and a tangle of motion sensors strung beneath the windowsill. A silent alarm, hacked from an aftermarket GPS tracker, pulsed under her desk, and every email she sent now rode piggyback on a three-layered VPN, the passwords so arcane she had to keep them written—encrypted, of course—on the back of a vintage matchbook. The climate control was down to fifty-five, not because the archives demanded it but because she’d gotten used to working in the cold. It helped her think.</w:t>
      </w:r>
    </w:p>
    <w:p>
      <w:r/>
    </w:p>
    <w:p>
      <w:r/>
      <w:r>
        <w:t>On the wall, the Society’s mission statement glared down in hand-carved walnut. Abby had covered it with a printout of the Wizard Island spiral, annotated in green Sharpie. Underneath, a coffee-stained notepad overflowed with diagrams of petroglyphs, modern fiber-optic node layouts, and, in the lower right, a running count of “Potential Adversaries, Known and Unknown.” The number was up to five, which meant she was probably missing at least another five.</w:t>
      </w:r>
    </w:p>
    <w:p>
      <w:r/>
    </w:p>
    <w:p>
      <w:r/>
      <w:r>
        <w:t>She was nursing a mug of black tea (coffee had started triggering heart palpitations again) when her laptop chimed: incoming call, Lima University, Professor Elena Vasquez. Abby set the cup down, tucked a stray hair behind her ear, and hit accept.</w:t>
      </w:r>
    </w:p>
    <w:p>
      <w:r/>
    </w:p>
    <w:p>
      <w:r/>
      <w:r>
        <w:t>Elena’s face filled the screen: tan, fierce, a silver streak cutting through her black hair like a suture. She wore a yellow turtleneck and round tortoiseshell glasses, the kind of academic camouflage that didn’t fool anyone who’d ever seen her dismantle a drunk at a conference Q&amp;A. Her office looked worse than Abby’s, the walls papered with Inca iconography and printouts from a dozen different expeditions, the desk a disaster of mugs, field notebooks, and a single, solitary cactus.</w:t>
      </w:r>
    </w:p>
    <w:p>
      <w:r/>
    </w:p>
    <w:p>
      <w:r/>
      <w:r>
        <w:t>“Dr. Calloway!” Elena’s voice was the same mix of velvet and razor Abby remembered from grad school. “I hope you’re well. Is the Oregon air treating you any better?”</w:t>
      </w:r>
    </w:p>
    <w:p>
      <w:r/>
    </w:p>
    <w:p>
      <w:r/>
      <w:r>
        <w:t>Abby smiled, careful not to let it soften the lines around her mouth. “I’m surviving, Professor. Though I see you haven’t taken to minimalism in your old age.”</w:t>
      </w:r>
    </w:p>
    <w:p>
      <w:r/>
    </w:p>
    <w:p>
      <w:r/>
      <w:r>
        <w:t>Elena laughed, a sound like good whiskey on a bad night. “Minimalism is for the dead. Speaking of which—” She leaned forward, eyes sharp. “You received the files?”</w:t>
      </w:r>
    </w:p>
    <w:p>
      <w:r/>
    </w:p>
    <w:p>
      <w:r/>
      <w:r>
        <w:t>“Three hours ago,” Abby said. “I ran the resonance against our own sample. You were right. The Ayar disc matches down to the submillimeter.” She kept her face neutral, but her fingers danced over the notebook, jotting the key phrase in shorthand: AYAR MATCHES WIZARD. “Any luck with context?”</w:t>
      </w:r>
    </w:p>
    <w:p>
      <w:r/>
    </w:p>
    <w:p>
      <w:r/>
      <w:r>
        <w:t>Elena’s gaze flickered, just for a second, and Abby saw the caution bloom. “We’re still negotiating access with the site manager, but there are complications. The Peruvian government is… let’s say, interested in keeping the artifact in-country.”</w:t>
      </w:r>
    </w:p>
    <w:p>
      <w:r/>
    </w:p>
    <w:p>
      <w:r/>
      <w:r>
        <w:t>Abby nodded, understanding the code. “Private sponsors?”</w:t>
      </w:r>
    </w:p>
    <w:p>
      <w:r/>
    </w:p>
    <w:p>
      <w:r/>
      <w:r>
        <w:t>“Not so private,” Elena said. “A Foundation team showed up two days after the disc was exhumed. Offered to ‘assist’ with further excavation.”</w:t>
      </w:r>
    </w:p>
    <w:p>
      <w:r/>
    </w:p>
    <w:p>
      <w:r/>
      <w:r>
        <w:t>Abby frowned. “Did they send a name?”</w:t>
      </w:r>
    </w:p>
    <w:p>
      <w:r/>
    </w:p>
    <w:p>
      <w:r/>
      <w:r>
        <w:t>Elena’s lips tightened. “Not directly. But they all wore the same patch on their jackets. A white spiral. Sound familiar?”</w:t>
      </w:r>
    </w:p>
    <w:p>
      <w:r/>
    </w:p>
    <w:p>
      <w:r/>
      <w:r>
        <w:t>A drop of sweat prickled at the base of Abby’s neck. “We saw that patch in Oregon. It was on the suits that tried to intercept us at the site.” She kept her voice flat, but her mind was already running permutations. If Caldwell’s people were operating openly in Peru, it meant they’d lost their need for subtlety.</w:t>
      </w:r>
    </w:p>
    <w:p>
      <w:r/>
    </w:p>
    <w:p>
      <w:r/>
      <w:r>
        <w:t>Elena brought up a new window, sharing her screen. The video was jittery, shot on a bodycam at dusk. A team in hard hats and orange vests hoisted the obsidian disc from the pit, their voices clipped and tense. In the background, a local guide hovered, arms crossed, face ashen with something more than cold. Elena pointed at the timestamp.</w:t>
      </w:r>
    </w:p>
    <w:p>
      <w:r/>
    </w:p>
    <w:p>
      <w:r/>
      <w:r>
        <w:t>“That’s the last time we had uncontested access,” she said. “The following morning, Foundation handlers swept the dig and took possession of the disc. We’re still allowed to run non-invasive scans, but nothing physical. They claim it’s for ‘preservation purposes.’”</w:t>
      </w:r>
    </w:p>
    <w:p>
      <w:r/>
    </w:p>
    <w:p>
      <w:r/>
      <w:r>
        <w:t>Abby watched the video three times, rewinding at the moment the disc came free from the soil. As the artifact tilted into the light, the spiral seemed to glow, a blue shimmer that matched exactly what she and Nate had witnessed on Wizard Island. She screenshot the frame, then zoomed in. The edge of the disc showed a notch, barely visible—a deliberate flaw, identical to the one on their own sample.</w:t>
      </w:r>
    </w:p>
    <w:p>
      <w:r/>
    </w:p>
    <w:p>
      <w:r/>
      <w:r>
        <w:t>“Did you see the notch?” she asked.</w:t>
      </w:r>
    </w:p>
    <w:p>
      <w:r/>
    </w:p>
    <w:p>
      <w:r/>
      <w:r>
        <w:t>Elena nodded, impressed. “You’re sharp, Calloway. Most of my grad students missed it.” She highlighted the flaw on her own feed. “We think it’s a registration mark. Maybe for alignment with something else.”</w:t>
      </w:r>
    </w:p>
    <w:p>
      <w:r/>
    </w:p>
    <w:p>
      <w:r/>
      <w:r>
        <w:t>“Or with someone else,” Abby said.</w:t>
      </w:r>
    </w:p>
    <w:p>
      <w:r/>
    </w:p>
    <w:p>
      <w:r/>
      <w:r>
        <w:t>For a moment, neither spoke. The noise from the campus outside filtered through the call—buses, a distant shout, the scrape of wind against the old university windows. Elena dropped her voice.</w:t>
      </w:r>
    </w:p>
    <w:p>
      <w:r/>
    </w:p>
    <w:p>
      <w:r/>
      <w:r>
        <w:t>“Have you noticed anything… off, since the incident at Crater Lake?”</w:t>
      </w:r>
    </w:p>
    <w:p>
      <w:r/>
    </w:p>
    <w:p>
      <w:r/>
      <w:r>
        <w:t>Abby glanced at her closed office door, the deadbolt glinting in the fluorescent wash. “Define ‘off.’”</w:t>
      </w:r>
    </w:p>
    <w:p>
      <w:r/>
    </w:p>
    <w:p>
      <w:r/>
      <w:r>
        <w:t>Elena shrugged. “Sensors going wild. Weather anomalies. People asking the wrong questions.”</w:t>
      </w:r>
    </w:p>
    <w:p>
      <w:r/>
    </w:p>
    <w:p>
      <w:r/>
      <w:r>
        <w:t>“Always,” Abby said. “But nothing out of the ordinary, considering.”</w:t>
      </w:r>
    </w:p>
    <w:p>
      <w:r/>
    </w:p>
    <w:p>
      <w:r/>
      <w:r>
        <w:t>Elena looked at her for a long, uncomfortable moment. “Be careful, Abigail. Whoever’s funding the Foundation, they’re moving faster than I’ve ever seen. I don’t think they care who gets hurt, so long as the artifact chain stays unbroken.”</w:t>
      </w:r>
    </w:p>
    <w:p>
      <w:r/>
    </w:p>
    <w:p>
      <w:r/>
      <w:r>
        <w:t>Abby gripped the pencil so hard it left a dent in her palm. “You too, Professor. And if you learn anything that feels urgent—anything at all—you know how to reach me.”</w:t>
      </w:r>
    </w:p>
    <w:p>
      <w:r/>
    </w:p>
    <w:p>
      <w:r/>
      <w:r>
        <w:t>Elena nodded, then cut the call with a tight, knowing smile.</w:t>
      </w:r>
    </w:p>
    <w:p>
      <w:r/>
    </w:p>
    <w:p>
      <w:r/>
      <w:r>
        <w:t>Abby stared at the black screen, breathing in the chill until her pulse returned to normal. She closed the laptop, checked the motion sensors, then ran a sweep on her own phone for bugs—paranoid, but not wrong. Satisfied, she cracked the window a half inch to let in a whiff of pine, then fired up the secure line Nate had set up after the Caldwell incident.</w:t>
      </w:r>
    </w:p>
    <w:p>
      <w:r/>
    </w:p>
    <w:p>
      <w:r/>
      <w:r>
        <w:t>She typed with both hands, fast and unfiltered.</w:t>
      </w:r>
    </w:p>
    <w:p>
      <w:r/>
    </w:p>
    <w:p>
      <w:r/>
      <w:r>
        <w:t>Caldwell’s org is on site in Peru. Foundation team, full access to disc. Spiral patch confirmed. Watch your six.</w:t>
      </w:r>
    </w:p>
    <w:p>
      <w:r/>
    </w:p>
    <w:p>
      <w:r/>
      <w:r>
        <w:t>The reply was instant, even given the time zone.</w:t>
      </w:r>
    </w:p>
    <w:p>
      <w:r/>
    </w:p>
    <w:p>
      <w:r/>
      <w:r>
        <w:t>Already saw the footage. Packing for Lima. See you on the ground.</w:t>
      </w:r>
    </w:p>
    <w:p>
      <w:r/>
    </w:p>
    <w:p>
      <w:r/>
      <w:r>
        <w:t>Abby exhaled, letting the tension bleed out in a slow hiss. She tucked the notebook into her shoulder bag, then locked the deadbolt, double-checking the jam. Only then did she allow herself to feel the tremor in her hands, the memory of the last time they’d gone up against Caldwell’s people and almost hadn’t come back.</w:t>
      </w:r>
    </w:p>
    <w:p>
      <w:r/>
    </w:p>
    <w:p>
      <w:r/>
      <w:r>
        <w:t>She looked at the spiral printout on the wall, traced the edge with one bitten fingernail.</w:t>
      </w:r>
    </w:p>
    <w:p>
      <w:r/>
    </w:p>
    <w:p>
      <w:r/>
      <w:r>
        <w:t>“They’re never going to let us rest, are they?” she asked the empty room.</w:t>
      </w:r>
    </w:p>
    <w:p>
      <w:r/>
    </w:p>
    <w:p>
      <w:r/>
      <w:r>
        <w:t>Outside, the fog had thickened, shrouding the historical district in the soft, white silence that always made her uneasy. Abby pulled on her jacket, checked her phone for any sign of a tail, then stepped into the hall, moving with the determined speed of someone who knew every shadow by heart.</w:t>
      </w:r>
    </w:p>
    <w:p>
      <w:r/>
    </w:p>
    <w:p>
      <w:r/>
      <w:r>
        <w:t>She passed the director’s office, then the archive room, then out the back door and onto the street. The cold bit at her face, but it felt good—real, honest, nothing like the chill that lived in her bones after a bad day with the Well.</w:t>
      </w:r>
    </w:p>
    <w:p>
      <w:r/>
    </w:p>
    <w:p>
      <w:r/>
      <w:r>
        <w:t>Abby looked up at the window to her office, the one that faced the old courthouse, and caught a flicker of motion at the edge of the pane. She couldn’t tell if it was a trick of the light, or something waiting. She didn’t care.</w:t>
      </w:r>
    </w:p>
    <w:p>
      <w:r/>
    </w:p>
    <w:p>
      <w:r/>
      <w:r>
        <w:t>Let them watch.</w:t>
      </w:r>
    </w:p>
    <w:p>
      <w:r/>
    </w:p>
    <w:p>
      <w:r/>
      <w:r>
        <w:t>She had work to do.</w:t>
      </w:r>
    </w:p>
    <w:p>
      <w:r/>
    </w:p>
    <w:p>
      <w:r/>
    </w:p>
    <w:p>
      <w:r/>
      <w:r>
        <w:t># Scene 3</w:t>
      </w:r>
    </w:p>
    <w:p>
      <w:r/>
    </w:p>
    <w:p>
      <w:r/>
      <w:r>
        <w:t>By the time Nate reached the safehouse, the Oregon sky was on its third straight day of static: a haze of cold rain that draped the mountains and turned the forest roads into rivers of gray silt. He ditched the rental half a mile from the tree line, then walked the rest of the way on foot, boots squelching through rotten needles and pooled runoff. It was the same drill as always: approach on the lee side, move in arcs, watch the skyline for movement. When he saw the faint, ghostly corona of the IR perimeter—just a shimmer on the mist, visible only if you squinted—he relaxed a fraction, then thumbed the deadman’s code into the keypad beside the utility shed.</w:t>
      </w:r>
    </w:p>
    <w:p>
      <w:r/>
    </w:p>
    <w:p>
      <w:r/>
      <w:r>
        <w:t>The door opened on Abby, hair damp, wrapped in a man’s old workshirt and a pair of cutoff sweats. She held a stun baton in one hand and a half-eaten protein bar in the other, looking more like a deranged gym teacher than the country’s most promising young historian. She lowered the baton when she saw him, eyes flicking once to the treeline behind before stepping aside.</w:t>
      </w:r>
    </w:p>
    <w:p>
      <w:r/>
    </w:p>
    <w:p>
      <w:r/>
      <w:r>
        <w:t>“Took you long enough,” she said.</w:t>
      </w:r>
    </w:p>
    <w:p>
      <w:r/>
    </w:p>
    <w:p>
      <w:r/>
      <w:r>
        <w:t>“Rented Chevy died,” Nate said. “I think Caldwell’s ghost put salt in the gas tank.”</w:t>
      </w:r>
    </w:p>
    <w:p>
      <w:r/>
    </w:p>
    <w:p>
      <w:r/>
      <w:r>
        <w:t>She snorted, deadpan, and handed him the protein bar. “Any sign of a tail?”</w:t>
      </w:r>
    </w:p>
    <w:p>
      <w:r/>
    </w:p>
    <w:p>
      <w:r/>
      <w:r>
        <w:t>“Negative. If they’re out there, they’re better than us.” He shut the door, checked the security panel, then kicked off his boots by the radiator, splattering mud across the already-ruined linoleum.</w:t>
      </w:r>
    </w:p>
    <w:p>
      <w:r/>
    </w:p>
    <w:p>
      <w:r/>
      <w:r>
        <w:t>The cabin’s main room was a riot of maps, artifacts, and half-empty cartons of Chinese takeout. The windows were taped with blackout film and cardboard, but in places the glow of the makeshift data center bled through like foxfire. The centerpiece was a plywood conference table, currently covered by a plastic drop cloth and an array of objects that looked like the lovechild of a New Age crystal shop and a government black site.</w:t>
      </w:r>
    </w:p>
    <w:p>
      <w:r/>
    </w:p>
    <w:p>
      <w:r/>
      <w:r>
        <w:t>Nate went straight to the table, knuckles aching. He set his laptop next to the Wizard Island disc, then toggled the power strip that lit up their “network”: a miniature array of tablets, secured phones, a hacked GPS beacon, and the field scanner that had nearly killed him last month.</w:t>
      </w:r>
    </w:p>
    <w:p>
      <w:r/>
    </w:p>
    <w:p>
      <w:r/>
      <w:r>
        <w:t>Abby followed, padding barefoot, a battered Moleskine in one hand and a chipped mug of tea in the other. She planted herself at the opposite end, eyeing the disc like it might sprout legs and run.</w:t>
      </w:r>
    </w:p>
    <w:p>
      <w:r/>
    </w:p>
    <w:p>
      <w:r/>
      <w:r>
        <w:t>“So,” Nate said, “Peru?”</w:t>
      </w:r>
    </w:p>
    <w:p>
      <w:r/>
    </w:p>
    <w:p>
      <w:r/>
      <w:r>
        <w:t>She nodded, flipping her notebook open. “You were right. Vasquez’s team found the disc exactly where the old ley-line overlay predicted. Buried with a partial skeleton—mature male, evidence of trauma to the occipital. The real kicker is the associated glyphs. They’re not Incan.”</w:t>
      </w:r>
    </w:p>
    <w:p>
      <w:r/>
    </w:p>
    <w:p>
      <w:r/>
      <w:r>
        <w:t>Nate raised an eyebrow. “Not Incan?”</w:t>
      </w:r>
    </w:p>
    <w:p>
      <w:r/>
    </w:p>
    <w:p>
      <w:r/>
      <w:r>
        <w:t>Abby shook her head, then pushed a stack of printouts his way. “Pre-Incan. Like, deep pre-Columbian. There are similarities to Clovis, but the spiral notation is identical to the Klamath petroglyphs from the lava tubes here.”</w:t>
      </w:r>
    </w:p>
    <w:p>
      <w:r/>
    </w:p>
    <w:p>
      <w:r/>
      <w:r>
        <w:t>He paged through the photos, pausing at the glyphs. “So, either someone was trading memes across continents, or—”</w:t>
      </w:r>
    </w:p>
    <w:p>
      <w:r/>
    </w:p>
    <w:p>
      <w:r/>
      <w:r>
        <w:t>“Or,” she cut in, “it’s a convergent system. Multiple cultures, same artifact, same myth cycle.”</w:t>
      </w:r>
    </w:p>
    <w:p>
      <w:r/>
    </w:p>
    <w:p>
      <w:r/>
      <w:r>
        <w:t>Nate grinned, unable to help himself. “A world-wide peer-to-peer network.”</w:t>
      </w:r>
    </w:p>
    <w:p>
      <w:r/>
    </w:p>
    <w:p>
      <w:r/>
      <w:r>
        <w:t>She rolled her eyes. “Don’t make it cute. Vasquez already has UN observers breathing down her neck. Caldwell’s people are everywhere—she says they’ve embedded in the local university and are bribing the dig team.”</w:t>
      </w:r>
    </w:p>
    <w:p>
      <w:r/>
    </w:p>
    <w:p>
      <w:r/>
      <w:r>
        <w:t>“That’s new,” Nate muttered, and made a note on his phone.</w:t>
      </w:r>
    </w:p>
    <w:p>
      <w:r/>
    </w:p>
    <w:p>
      <w:r/>
      <w:r>
        <w:t>She sipped her tea, then continued. “The disc’s resonance matches our own. Down to the interference pattern when you align them.” She tapped the table, hard. “But here’s the part you’ll like: when I cross-matched the old tribal oral histories, there are stories about ‘doorways’ between the mountains. Not literal doors, but—” She gestured at the spiral. “Conduits.”</w:t>
      </w:r>
    </w:p>
    <w:p>
      <w:r/>
    </w:p>
    <w:p>
      <w:r/>
      <w:r>
        <w:t>“Energy transfer,” Nate said, thinking aloud. “A failsafe, or a battery. Maybe both.”</w:t>
      </w:r>
    </w:p>
    <w:p>
      <w:r/>
    </w:p>
    <w:p>
      <w:r/>
      <w:r>
        <w:t>Abby’s eyes glinted. “Or a lock. Two discs, two keys. Both have to turn at once to open something.”</w:t>
      </w:r>
    </w:p>
    <w:p>
      <w:r/>
    </w:p>
    <w:p>
      <w:r/>
      <w:r>
        <w:t>He whistled, low, and reached for the notebook, flipping to her notes. The handwriting was tight, each line packed with references and arrows. In the margin, she’d doodled two spirals overlapping, then written “Resonance Amplification Catastrophe?”</w:t>
      </w:r>
    </w:p>
    <w:p>
      <w:r/>
    </w:p>
    <w:p>
      <w:r/>
      <w:r>
        <w:t>He grinned at the question mark. “So we don’t know if it’s a weapon, or a warning.”</w:t>
      </w:r>
    </w:p>
    <w:p>
      <w:r/>
    </w:p>
    <w:p>
      <w:r/>
      <w:r>
        <w:t>“Exactly.” She set her mug down, hands cupped around the heat. “If Caldwell gets both discs, they could trigger a synchronized event. Or just as bad—maybe it’s a shut-off switch for the whole system.”</w:t>
      </w:r>
    </w:p>
    <w:p>
      <w:r/>
    </w:p>
    <w:p>
      <w:r/>
      <w:r>
        <w:t>He leaned forward, arms braced on the table. “We have to get to Peru before they do.”</w:t>
      </w:r>
    </w:p>
    <w:p>
      <w:r/>
    </w:p>
    <w:p>
      <w:r/>
      <w:r>
        <w:t>Abby didn’t argue, just nodded, her eyes scanning the room as if hunting for an answer. “I’m already on the manifest for the next academic exchange. If I play it right, I can be at the site in forty-eight hours. But I need a distraction here—someone to keep Caldwell’s people busy.”</w:t>
      </w:r>
    </w:p>
    <w:p>
      <w:r/>
    </w:p>
    <w:p>
      <w:r/>
      <w:r>
        <w:t>Nate smiled, wolfish. “You want me to run interference?”</w:t>
      </w:r>
    </w:p>
    <w:p>
      <w:r/>
    </w:p>
    <w:p>
      <w:r/>
      <w:r>
        <w:t>She gave him a look, equal parts exasperation and affection. “You’re the only one who’s crazy enough to pull it off.”</w:t>
      </w:r>
    </w:p>
    <w:p>
      <w:r/>
    </w:p>
    <w:p>
      <w:r/>
      <w:r>
        <w:t>He drummed his fingers on the plastic. “Okay. I’ll leak a fake location for the Wizard Island disc, get the Foundation team running laps up the coast. You’ll be clean to move.”</w:t>
      </w:r>
    </w:p>
    <w:p>
      <w:r/>
    </w:p>
    <w:p>
      <w:r/>
      <w:r>
        <w:t>“Perfect.” She shut the notebook, then reached for the disc, barehanded, letting the chill bite her palm. “You ever think about what happens if we’re wrong?”</w:t>
      </w:r>
    </w:p>
    <w:p>
      <w:r/>
    </w:p>
    <w:p>
      <w:r/>
      <w:r>
        <w:t>He looked at her, really looked. “Every day.”</w:t>
      </w:r>
    </w:p>
    <w:p>
      <w:r/>
    </w:p>
    <w:p>
      <w:r/>
      <w:r>
        <w:t>She smiled, tired. “Just checking.”</w:t>
      </w:r>
    </w:p>
    <w:p>
      <w:r/>
    </w:p>
    <w:p>
      <w:r/>
      <w:r>
        <w:t>They sat in the silence, the room humming with the quiet power of machines and memory. Outside, the rain intensified, drumming a static beat on the tin roof. Inside, the only light was the ghostly glow of the network overlay, tracing slow arcs across the globe as the system updated in real time.</w:t>
      </w:r>
    </w:p>
    <w:p>
      <w:r/>
    </w:p>
    <w:p>
      <w:r/>
      <w:r>
        <w:t>Abby broke the silence first, voice softer now. “You know, the tribal elders—they never saw themselves as warriors. Just caretakers. No one ever told them what the stakes were. They just did what had to be done.”</w:t>
      </w:r>
    </w:p>
    <w:p>
      <w:r/>
    </w:p>
    <w:p>
      <w:r/>
      <w:r>
        <w:t>Nate nodded, the words hitting somewhere between his ribs and his heart. “We’re the guardians now,” he said, and meant it.</w:t>
      </w:r>
    </w:p>
    <w:p>
      <w:r/>
    </w:p>
    <w:p>
      <w:r/>
      <w:r>
        <w:t>She glanced up, met his eyes, and held the look. “Don’t get dramatic, Chase.”</w:t>
      </w:r>
    </w:p>
    <w:p>
      <w:r/>
    </w:p>
    <w:p>
      <w:r/>
      <w:r>
        <w:t>“Never,” he said, but the old, broken grin was back.</w:t>
      </w:r>
    </w:p>
    <w:p>
      <w:r/>
    </w:p>
    <w:p>
      <w:r/>
      <w:r>
        <w:t>They spent the next hour trading details: access points, backups, burner phones, fail-deadly contingencies. At one point, they both reached for the same map, hands colliding in the middle. Neither moved for a second, then both pulled back, laughing, the tension fracturing just long enough to make it real.</w:t>
      </w:r>
    </w:p>
    <w:p>
      <w:r/>
    </w:p>
    <w:p>
      <w:r/>
      <w:r>
        <w:t>When it was time to go, Nate loaded the travel case with the Wizard Island disc, wrapped it in a triple layer of mylar, and set it beside the door. He paused, uncertain for a moment, then turned.</w:t>
      </w:r>
    </w:p>
    <w:p>
      <w:r/>
    </w:p>
    <w:p>
      <w:r/>
      <w:r>
        <w:t>Abby was already in the hall, boots on, rain jacket zipped, but she lingered in the doorway. “You remember what Vernon always said?” she asked.</w:t>
      </w:r>
    </w:p>
    <w:p>
      <w:r/>
    </w:p>
    <w:p>
      <w:r/>
      <w:r>
        <w:t>Nate shook his head.</w:t>
      </w:r>
    </w:p>
    <w:p>
      <w:r/>
    </w:p>
    <w:p>
      <w:r/>
      <w:r>
        <w:t>She grinned. “If you’re going to steal fire from the gods, you better have a plan for the burn.”</w:t>
      </w:r>
    </w:p>
    <w:p>
      <w:r/>
    </w:p>
    <w:p>
      <w:r/>
      <w:r>
        <w:t>He laughed, the sound rough but alive. “I’ll try not to torch the place while you’re gone.”</w:t>
      </w:r>
    </w:p>
    <w:p>
      <w:r/>
    </w:p>
    <w:p>
      <w:r/>
      <w:r>
        <w:t>She winked, then vanished into the downpour.</w:t>
      </w:r>
    </w:p>
    <w:p>
      <w:r/>
    </w:p>
    <w:p>
      <w:r/>
      <w:r>
        <w:t>Nate stood in the doorway, watching the raindrops slide down the glass. The world outside was cold and uncertain, but inside, for the first time in years, he felt a strange and reckless hope.</w:t>
      </w:r>
    </w:p>
    <w:p>
      <w:r/>
    </w:p>
    <w:p>
      <w:r/>
      <w:r>
        <w:t>He looked back at the table, the two spirals drawn in ink, and imagined them not as a warning, but as a promise. A circuit, incomplete but waiting.</w:t>
      </w:r>
    </w:p>
    <w:p>
      <w:r/>
    </w:p>
    <w:p>
      <w:r/>
      <w:r>
        <w:t>He locked the door, checked the security panel, then sat down to wait for the next signal.</w:t>
      </w:r>
    </w:p>
    <w:p>
      <w:r/>
    </w:p>
    <w:p>
      <w:r/>
      <w:r>
        <w:t>Whatever came next, they would meet it together.</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