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480" w:lineRule="auto"/>
        <w:jc w:val="center"/>
        <w:rPr>
          <w:color w:val="274e13"/>
        </w:rPr>
      </w:pPr>
      <w:r w:rsidDel="00000000" w:rsidR="00000000" w:rsidRPr="00000000">
        <w:rPr>
          <w:rtl w:val="0"/>
        </w:rPr>
      </w:r>
    </w:p>
    <w:p w:rsidR="00000000" w:rsidDel="00000000" w:rsidP="00000000" w:rsidRDefault="00000000" w:rsidRPr="00000000" w14:paraId="00000002">
      <w:pPr>
        <w:pStyle w:val="Title"/>
        <w:spacing w:line="480" w:lineRule="auto"/>
        <w:jc w:val="center"/>
        <w:rPr>
          <w:color w:val="274e13"/>
        </w:rPr>
      </w:pPr>
      <w:r w:rsidDel="00000000" w:rsidR="00000000" w:rsidRPr="00000000">
        <w:rPr>
          <w:rtl w:val="0"/>
        </w:rPr>
      </w:r>
    </w:p>
    <w:p w:rsidR="00000000" w:rsidDel="00000000" w:rsidP="00000000" w:rsidRDefault="00000000" w:rsidRPr="00000000" w14:paraId="00000003">
      <w:pPr>
        <w:pStyle w:val="Title"/>
        <w:spacing w:line="480" w:lineRule="auto"/>
        <w:jc w:val="center"/>
        <w:rPr>
          <w:color w:val="274e13"/>
        </w:rPr>
      </w:pPr>
      <w:r w:rsidDel="00000000" w:rsidR="00000000" w:rsidRPr="00000000">
        <w:rPr>
          <w:rtl w:val="0"/>
        </w:rPr>
      </w:r>
    </w:p>
    <w:p w:rsidR="00000000" w:rsidDel="00000000" w:rsidP="00000000" w:rsidRDefault="00000000" w:rsidRPr="00000000" w14:paraId="00000004">
      <w:pPr>
        <w:pStyle w:val="Title"/>
        <w:spacing w:line="480" w:lineRule="auto"/>
        <w:jc w:val="center"/>
        <w:rPr>
          <w:color w:val="274e13"/>
        </w:rPr>
      </w:pPr>
      <w:r w:rsidDel="00000000" w:rsidR="00000000" w:rsidRPr="00000000">
        <w:rPr>
          <w:color w:val="274e13"/>
          <w:rtl w:val="0"/>
        </w:rPr>
        <w:t xml:space="preserve">Rooted Light: The Quiet Power of Empathic Clinicians</w:t>
      </w:r>
    </w:p>
    <w:p w:rsidR="00000000" w:rsidDel="00000000" w:rsidP="00000000" w:rsidRDefault="00000000" w:rsidRPr="00000000" w14:paraId="00000005">
      <w:pPr>
        <w:spacing w:line="480" w:lineRule="auto"/>
        <w:jc w:val="center"/>
        <w:rPr/>
      </w:pPr>
      <w:r w:rsidDel="00000000" w:rsidR="00000000" w:rsidRPr="00000000">
        <w:rPr>
          <w:rtl w:val="0"/>
        </w:rPr>
        <w:t xml:space="preserve">By Carina Schroedel, CSW</w:t>
      </w:r>
    </w:p>
    <w:p w:rsidR="00000000" w:rsidDel="00000000" w:rsidP="00000000" w:rsidRDefault="00000000" w:rsidRPr="00000000" w14:paraId="00000006">
      <w:pPr>
        <w:spacing w:line="480" w:lineRule="auto"/>
        <w:jc w:val="center"/>
        <w:rPr/>
      </w:pPr>
      <w:r w:rsidDel="00000000" w:rsidR="00000000" w:rsidRPr="00000000">
        <w:rPr>
          <w:rtl w:val="0"/>
        </w:rPr>
        <w:t xml:space="preserve">Founder of Ember &amp; Ease</w:t>
      </w:r>
    </w:p>
    <w:p w:rsidR="00000000" w:rsidDel="00000000" w:rsidP="00000000" w:rsidRDefault="00000000" w:rsidRPr="00000000" w14:paraId="00000007">
      <w:pPr>
        <w:spacing w:line="480" w:lineRule="auto"/>
        <w:jc w:val="center"/>
        <w:rPr/>
      </w:pPr>
      <w:r w:rsidDel="00000000" w:rsidR="00000000" w:rsidRPr="00000000">
        <w:rPr>
          <w:rtl w:val="0"/>
        </w:rPr>
      </w:r>
    </w:p>
    <w:p w:rsidR="00000000" w:rsidDel="00000000" w:rsidP="00000000" w:rsidRDefault="00000000" w:rsidRPr="00000000" w14:paraId="00000008">
      <w:pPr>
        <w:spacing w:line="480" w:lineRule="auto"/>
        <w:jc w:val="center"/>
        <w:rPr/>
      </w:pPr>
      <w:r w:rsidDel="00000000" w:rsidR="00000000" w:rsidRPr="00000000">
        <w:rPr>
          <w:rtl w:val="0"/>
        </w:rPr>
      </w:r>
    </w:p>
    <w:p w:rsidR="00000000" w:rsidDel="00000000" w:rsidP="00000000" w:rsidRDefault="00000000" w:rsidRPr="00000000" w14:paraId="00000009">
      <w:pPr>
        <w:spacing w:line="480" w:lineRule="auto"/>
        <w:jc w:val="center"/>
        <w:rPr/>
      </w:pPr>
      <w:r w:rsidDel="00000000" w:rsidR="00000000" w:rsidRPr="00000000">
        <w:rPr>
          <w:rtl w:val="0"/>
        </w:rPr>
      </w:r>
    </w:p>
    <w:p w:rsidR="00000000" w:rsidDel="00000000" w:rsidP="00000000" w:rsidRDefault="00000000" w:rsidRPr="00000000" w14:paraId="0000000A">
      <w:pPr>
        <w:pStyle w:val="Heading1"/>
        <w:keepNext w:val="0"/>
        <w:keepLines w:val="0"/>
        <w:spacing w:after="120" w:line="480" w:lineRule="auto"/>
        <w:rPr>
          <w:rFonts w:ascii="Cambria" w:cs="Cambria" w:eastAsia="Cambria" w:hAnsi="Cambria"/>
          <w:color w:val="000000"/>
          <w:sz w:val="46"/>
          <w:szCs w:val="46"/>
        </w:rPr>
      </w:pPr>
      <w:bookmarkStart w:colFirst="0" w:colLast="0" w:name="_heading=h.xb7st0av01vy" w:id="0"/>
      <w:bookmarkEnd w:id="0"/>
      <w:r w:rsidDel="00000000" w:rsidR="00000000" w:rsidRPr="00000000">
        <w:rPr>
          <w:rFonts w:ascii="Cambria" w:cs="Cambria" w:eastAsia="Cambria" w:hAnsi="Cambria"/>
          <w:color w:val="000000"/>
          <w:sz w:val="46"/>
          <w:szCs w:val="46"/>
          <w:rtl w:val="0"/>
        </w:rPr>
        <w:t xml:space="preserve">Rooted Light: The Quiet Power of Empathic Clinicians</w:t>
      </w:r>
    </w:p>
    <w:p w:rsidR="00000000" w:rsidDel="00000000" w:rsidP="00000000" w:rsidRDefault="00000000" w:rsidRPr="00000000" w14:paraId="0000000B">
      <w:pPr>
        <w:spacing w:after="240" w:before="240" w:line="480" w:lineRule="auto"/>
        <w:ind w:firstLine="720"/>
        <w:rPr/>
      </w:pPr>
      <w:r w:rsidDel="00000000" w:rsidR="00000000" w:rsidRPr="00000000">
        <w:rPr>
          <w:rtl w:val="0"/>
        </w:rPr>
        <w:t xml:space="preserve">In a world that often celebrates detachment as professionalism, this book offers a different vision: that our sensitivity, properly channeled, becomes our superpower in the healing relationship.</w:t>
      </w:r>
    </w:p>
    <w:p w:rsidR="00000000" w:rsidDel="00000000" w:rsidP="00000000" w:rsidRDefault="00000000" w:rsidRPr="00000000" w14:paraId="0000000C">
      <w:pPr>
        <w:spacing w:after="240" w:before="240" w:line="480" w:lineRule="auto"/>
        <w:ind w:firstLine="720"/>
        <w:rPr/>
      </w:pPr>
      <w:r w:rsidDel="00000000" w:rsidR="00000000" w:rsidRPr="00000000">
        <w:rPr>
          <w:rtl w:val="0"/>
        </w:rPr>
        <w:t xml:space="preserve">For too long, empathic clinicians have been told to "toughen up" or "create better boundaries"—as if our depth of feeling were something to overcome rather than cultivate. We've been taught that professional distance equals clinical effectiveness, that emotional neutrality is the gold standard of care.</w:t>
      </w:r>
    </w:p>
    <w:p w:rsidR="00000000" w:rsidDel="00000000" w:rsidP="00000000" w:rsidRDefault="00000000" w:rsidRPr="00000000" w14:paraId="0000000D">
      <w:pPr>
        <w:spacing w:after="240" w:before="240" w:line="480" w:lineRule="auto"/>
        <w:rPr/>
      </w:pPr>
      <w:r w:rsidDel="00000000" w:rsidR="00000000" w:rsidRPr="00000000">
        <w:rPr>
          <w:rtl w:val="0"/>
        </w:rPr>
        <w:t xml:space="preserve">I believe differently.</w:t>
      </w:r>
    </w:p>
    <w:p w:rsidR="00000000" w:rsidDel="00000000" w:rsidP="00000000" w:rsidRDefault="00000000" w:rsidRPr="00000000" w14:paraId="0000000E">
      <w:pPr>
        <w:spacing w:after="240" w:before="240" w:line="480" w:lineRule="auto"/>
        <w:ind w:firstLine="720"/>
        <w:rPr/>
      </w:pPr>
      <w:r w:rsidDel="00000000" w:rsidR="00000000" w:rsidRPr="00000000">
        <w:rPr>
          <w:rtl w:val="0"/>
        </w:rPr>
        <w:t xml:space="preserve">Through my own journey—from burnout to balance, from compassion fatigue to compassionate presence—I've discovered that our sensitivity isn't a liability but a finely-tuned instrument. When properly grounded, our empathic nature becomes the very foundation of transformative healing work.</w:t>
      </w:r>
    </w:p>
    <w:p w:rsidR="00000000" w:rsidDel="00000000" w:rsidP="00000000" w:rsidRDefault="00000000" w:rsidRPr="00000000" w14:paraId="0000000F">
      <w:pPr>
        <w:spacing w:after="240" w:before="240" w:line="480" w:lineRule="auto"/>
        <w:ind w:firstLine="720"/>
        <w:rPr/>
      </w:pPr>
      <w:r w:rsidDel="00000000" w:rsidR="00000000" w:rsidRPr="00000000">
        <w:rPr>
          <w:rtl w:val="0"/>
        </w:rPr>
        <w:t xml:space="preserve">This book is for therapists, counselors, social workers, and healers who feel deeply, who sometimes carry their clients' stories home with them, who wonder if they're "too much" for this profession. It's for those who've been told their tears are unprofessional, their intuition is unscientific, and their emotional responses need better containment.</w:t>
      </w:r>
    </w:p>
    <w:p w:rsidR="00000000" w:rsidDel="00000000" w:rsidP="00000000" w:rsidRDefault="00000000" w:rsidRPr="00000000" w14:paraId="00000010">
      <w:pPr>
        <w:spacing w:after="240" w:before="240" w:line="480" w:lineRule="auto"/>
        <w:rPr/>
      </w:pPr>
      <w:r w:rsidDel="00000000" w:rsidR="00000000" w:rsidRPr="00000000">
        <w:rPr>
          <w:rtl w:val="0"/>
        </w:rPr>
        <w:t xml:space="preserve">It's time we reclaimed the power of the empathic clinician—not despite our sensitivity, but because of it.</w:t>
      </w:r>
    </w:p>
    <w:p w:rsidR="00000000" w:rsidDel="00000000" w:rsidP="00000000" w:rsidRDefault="00000000" w:rsidRPr="00000000" w14:paraId="00000011">
      <w:pPr>
        <w:spacing w:after="240" w:before="240" w:line="480" w:lineRule="auto"/>
        <w:rPr/>
      </w:pPr>
      <w:r w:rsidDel="00000000" w:rsidR="00000000" w:rsidRPr="00000000">
        <w:rPr>
          <w:rtl w:val="0"/>
        </w:rPr>
        <w:t xml:space="preserve">By Carina Schroedel, CSW</w:t>
      </w:r>
    </w:p>
    <w:p w:rsidR="00000000" w:rsidDel="00000000" w:rsidP="00000000" w:rsidRDefault="00000000" w:rsidRPr="00000000" w14:paraId="00000012">
      <w:pPr>
        <w:spacing w:after="240" w:before="240" w:line="480" w:lineRule="auto"/>
        <w:rPr/>
      </w:pPr>
      <w:r w:rsidDel="00000000" w:rsidR="00000000" w:rsidRPr="00000000">
        <w:rPr>
          <w:rtl w:val="0"/>
        </w:rPr>
        <w:t xml:space="preserve">Founder of Ember &amp; Ease</w:t>
      </w:r>
    </w:p>
    <w:p w:rsidR="00000000" w:rsidDel="00000000" w:rsidP="00000000" w:rsidRDefault="00000000" w:rsidRPr="00000000" w14:paraId="00000013">
      <w:pPr>
        <w:spacing w:after="240" w:before="240" w:line="480" w:lineRule="auto"/>
        <w:rPr/>
      </w:pPr>
      <w:r w:rsidDel="00000000" w:rsidR="00000000" w:rsidRPr="00000000">
        <w:rPr>
          <w:rtl w:val="0"/>
        </w:rPr>
      </w:r>
    </w:p>
    <w:p w:rsidR="00000000" w:rsidDel="00000000" w:rsidP="00000000" w:rsidRDefault="00000000" w:rsidRPr="00000000" w14:paraId="00000014">
      <w:pPr>
        <w:spacing w:after="240" w:before="240" w:line="480" w:lineRule="auto"/>
        <w:rPr/>
      </w:pPr>
      <w:r w:rsidDel="00000000" w:rsidR="00000000" w:rsidRPr="00000000">
        <w:rPr>
          <w:rtl w:val="0"/>
        </w:rPr>
      </w:r>
    </w:p>
    <w:p w:rsidR="00000000" w:rsidDel="00000000" w:rsidP="00000000" w:rsidRDefault="00000000" w:rsidRPr="00000000" w14:paraId="00000015">
      <w:pPr>
        <w:spacing w:line="480" w:lineRule="auto"/>
        <w:jc w:val="center"/>
        <w:rPr/>
      </w:pPr>
      <w:r w:rsidDel="00000000" w:rsidR="00000000" w:rsidRPr="00000000">
        <w:rPr/>
        <w:drawing>
          <wp:inline distB="0" distT="0" distL="114300" distR="114300">
            <wp:extent cx="2926080" cy="3901440"/>
            <wp:effectExtent b="0" l="0" r="0" t="0"/>
            <wp:docPr id="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926080" cy="390144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after="240" w:before="240" w:line="480" w:lineRule="auto"/>
        <w:rPr/>
      </w:pPr>
      <w:r w:rsidDel="00000000" w:rsidR="00000000" w:rsidRPr="00000000">
        <w:rPr>
          <w:rtl w:val="0"/>
        </w:rPr>
        <w:t xml:space="preserve">I'm writing this book from the corner of my therapy office, where the afternoon light filters through gauzy curtains and casts gentle shadows across my notes. It's in these quiet moments—between sessions, between breaths—that I've found the courage to share what I've learned about being both deeply sensitive and professionally effective in the healing arts.</w:t>
      </w:r>
    </w:p>
    <w:p w:rsidR="00000000" w:rsidDel="00000000" w:rsidP="00000000" w:rsidRDefault="00000000" w:rsidRPr="00000000" w14:paraId="00000017">
      <w:pPr>
        <w:spacing w:after="240" w:before="240" w:line="480" w:lineRule="auto"/>
        <w:rPr/>
      </w:pPr>
      <w:r w:rsidDel="00000000" w:rsidR="00000000" w:rsidRPr="00000000">
        <w:rPr>
          <w:rtl w:val="0"/>
        </w:rPr>
        <w:t xml:space="preserve">This book emerged from countless conversations with fellow clinicians who whispered the same fears I once held: "Am I too emotional for this work?" "How do I stay open without burning out?" "Can I truly be myself and still be professional?" These questions echoed my own journey from wounded healer to grounded guide, from someone who once believed sensitivity was a liability to someone who now knows it's my greatest gift.</w:t>
      </w:r>
    </w:p>
    <w:p w:rsidR="00000000" w:rsidDel="00000000" w:rsidP="00000000" w:rsidRDefault="00000000" w:rsidRPr="00000000" w14:paraId="00000018">
      <w:pPr>
        <w:spacing w:after="240" w:before="240" w:line="480" w:lineRule="auto"/>
        <w:rPr/>
      </w:pPr>
      <w:r w:rsidDel="00000000" w:rsidR="00000000" w:rsidRPr="00000000">
        <w:rPr>
          <w:i w:val="1"/>
          <w:rtl w:val="0"/>
        </w:rPr>
        <w:t xml:space="preserve">Rooted Light</w:t>
      </w:r>
      <w:r w:rsidDel="00000000" w:rsidR="00000000" w:rsidRPr="00000000">
        <w:rPr>
          <w:rtl w:val="0"/>
        </w:rPr>
        <w:t xml:space="preserve"> isn't just a collection of clinical theories or self-care platitudes. It's a soulful exploration of what it means to bring your whole, authentic self to healing work—including your intuition, your vulnerability, and yes, even your shadows. Through personal narrative, practical tools, and poetic reflection, I invite you to reimagine what strength looks like in our profession.</w:t>
      </w:r>
    </w:p>
    <w:p w:rsidR="00000000" w:rsidDel="00000000" w:rsidP="00000000" w:rsidRDefault="00000000" w:rsidRPr="00000000" w14:paraId="00000019">
      <w:pPr>
        <w:spacing w:after="240" w:before="240" w:line="480" w:lineRule="auto"/>
        <w:rPr/>
      </w:pPr>
      <w:r w:rsidDel="00000000" w:rsidR="00000000" w:rsidRPr="00000000">
        <w:rPr>
          <w:rtl w:val="0"/>
        </w:rPr>
        <w:t xml:space="preserve">As you turn these pages, my hope is that you'll find both validation and challenge, comfort and growth. This book is my heart's offering to every healer who's ever felt too much, cared too deeply, or wondered if there's room in this work for their particular magic.</w:t>
      </w:r>
    </w:p>
    <w:p w:rsidR="00000000" w:rsidDel="00000000" w:rsidP="00000000" w:rsidRDefault="00000000" w:rsidRPr="00000000" w14:paraId="0000001A">
      <w:pPr>
        <w:spacing w:after="240" w:before="240" w:line="480" w:lineRule="auto"/>
        <w:rPr/>
      </w:pPr>
      <w:r w:rsidDel="00000000" w:rsidR="00000000" w:rsidRPr="00000000">
        <w:rPr>
          <w:rtl w:val="0"/>
        </w:rPr>
        <w:t xml:space="preserve">Let's walk this path together—barefoot if you'd like, feeling every stone and blade of grass along the way.</w:t>
      </w:r>
    </w:p>
    <w:p w:rsidR="00000000" w:rsidDel="00000000" w:rsidP="00000000" w:rsidRDefault="00000000" w:rsidRPr="00000000" w14:paraId="0000001B">
      <w:pPr>
        <w:spacing w:line="4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C">
      <w:pPr>
        <w:pStyle w:val="Heading2"/>
        <w:keepNext w:val="0"/>
        <w:keepLines w:val="0"/>
        <w:spacing w:after="80" w:before="360" w:line="480" w:lineRule="auto"/>
        <w:rPr>
          <w:rFonts w:ascii="Cambria" w:cs="Cambria" w:eastAsia="Cambria" w:hAnsi="Cambria"/>
          <w:color w:val="000000"/>
          <w:sz w:val="34"/>
          <w:szCs w:val="34"/>
        </w:rPr>
      </w:pPr>
      <w:bookmarkStart w:colFirst="0" w:colLast="0" w:name="_heading=h.2djtzvoqmxwx" w:id="1"/>
      <w:bookmarkEnd w:id="1"/>
      <w:r w:rsidDel="00000000" w:rsidR="00000000" w:rsidRPr="00000000">
        <w:rPr>
          <w:rFonts w:ascii="Cambria" w:cs="Cambria" w:eastAsia="Cambria" w:hAnsi="Cambria"/>
          <w:color w:val="000000"/>
          <w:sz w:val="34"/>
          <w:szCs w:val="34"/>
          <w:rtl w:val="0"/>
        </w:rPr>
        <w:t xml:space="preserve">About the Author</w:t>
      </w:r>
    </w:p>
    <w:p w:rsidR="00000000" w:rsidDel="00000000" w:rsidP="00000000" w:rsidRDefault="00000000" w:rsidRPr="00000000" w14:paraId="0000001D">
      <w:pPr>
        <w:spacing w:after="240" w:before="240" w:line="480" w:lineRule="auto"/>
        <w:rPr/>
      </w:pPr>
      <w:r w:rsidDel="00000000" w:rsidR="00000000" w:rsidRPr="00000000">
        <w:rPr>
          <w:b w:val="1"/>
          <w:rtl w:val="0"/>
        </w:rPr>
        <w:t xml:space="preserve">Carina Schroedel, CSW</w:t>
      </w:r>
      <w:r w:rsidDel="00000000" w:rsidR="00000000" w:rsidRPr="00000000">
        <w:rPr>
          <w:rtl w:val="0"/>
        </w:rPr>
        <w:t xml:space="preserve"> is a therapist, yoga instructor, and Reiki Master practicing in Mount Sterling, Kentucky. As founder of </w:t>
      </w:r>
      <w:r w:rsidDel="00000000" w:rsidR="00000000" w:rsidRPr="00000000">
        <w:rPr>
          <w:b w:val="1"/>
          <w:rtl w:val="0"/>
        </w:rPr>
        <w:t xml:space="preserve">Ember &amp; Ease</w:t>
      </w:r>
      <w:r w:rsidDel="00000000" w:rsidR="00000000" w:rsidRPr="00000000">
        <w:rPr>
          <w:rtl w:val="0"/>
        </w:rPr>
        <w:t xml:space="preserve">, she creates sacred space for sensitive souls, fellow clinicians, and those seeking deeper healing through embodied practice and compassionate guidance.</w:t>
      </w:r>
    </w:p>
    <w:p w:rsidR="00000000" w:rsidDel="00000000" w:rsidP="00000000" w:rsidRDefault="00000000" w:rsidRPr="00000000" w14:paraId="0000001E">
      <w:pPr>
        <w:spacing w:after="240" w:before="240" w:line="480" w:lineRule="auto"/>
        <w:rPr/>
      </w:pPr>
      <w:r w:rsidDel="00000000" w:rsidR="00000000" w:rsidRPr="00000000">
        <w:rPr>
          <w:rtl w:val="0"/>
        </w:rPr>
        <w:t xml:space="preserve">Her approach to healing work emerges from the soil of lived experience—navigating epilepsy, bipolar disorder, profound grief, and personal transformation. Clients and colleagues alike describe her presence as honest, intuitive, and deeply grounded in soul-centered trauma recovery.</w:t>
      </w:r>
    </w:p>
    <w:p w:rsidR="00000000" w:rsidDel="00000000" w:rsidP="00000000" w:rsidRDefault="00000000" w:rsidRPr="00000000" w14:paraId="0000001F">
      <w:pPr>
        <w:spacing w:after="240" w:before="240" w:line="480" w:lineRule="auto"/>
        <w:rPr/>
      </w:pPr>
      <w:r w:rsidDel="00000000" w:rsidR="00000000" w:rsidRPr="00000000">
        <w:rPr>
          <w:rtl w:val="0"/>
        </w:rPr>
        <w:t xml:space="preserve">When not in her therapy office, Carina embraces life's simple joys: barefoot moments in dewy grass, heartfelt laughter with her children, and the quiet wisdom found in her yoga practice.</w:t>
      </w:r>
    </w:p>
    <w:p w:rsidR="00000000" w:rsidDel="00000000" w:rsidP="00000000" w:rsidRDefault="00000000" w:rsidRPr="00000000" w14:paraId="00000020">
      <w:pPr>
        <w:spacing w:line="4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1">
      <w:pPr>
        <w:pStyle w:val="Heading2"/>
        <w:keepNext w:val="0"/>
        <w:keepLines w:val="0"/>
        <w:spacing w:after="80" w:before="360" w:line="480" w:lineRule="auto"/>
        <w:rPr>
          <w:rFonts w:ascii="Cambria" w:cs="Cambria" w:eastAsia="Cambria" w:hAnsi="Cambria"/>
          <w:color w:val="000000"/>
          <w:sz w:val="34"/>
          <w:szCs w:val="34"/>
        </w:rPr>
      </w:pPr>
      <w:bookmarkStart w:colFirst="0" w:colLast="0" w:name="_heading=h.ssecqsgbsqei" w:id="2"/>
      <w:bookmarkEnd w:id="2"/>
      <w:r w:rsidDel="00000000" w:rsidR="00000000" w:rsidRPr="00000000">
        <w:rPr>
          <w:rtl w:val="0"/>
        </w:rPr>
      </w:r>
    </w:p>
    <w:p w:rsidR="00000000" w:rsidDel="00000000" w:rsidP="00000000" w:rsidRDefault="00000000" w:rsidRPr="00000000" w14:paraId="00000022">
      <w:pPr>
        <w:pStyle w:val="Heading2"/>
        <w:keepNext w:val="0"/>
        <w:keepLines w:val="0"/>
        <w:spacing w:after="80" w:before="360" w:line="480" w:lineRule="auto"/>
        <w:rPr>
          <w:rFonts w:ascii="Cambria" w:cs="Cambria" w:eastAsia="Cambria" w:hAnsi="Cambria"/>
          <w:color w:val="000000"/>
          <w:sz w:val="34"/>
          <w:szCs w:val="34"/>
        </w:rPr>
      </w:pPr>
      <w:bookmarkStart w:colFirst="0" w:colLast="0" w:name="_heading=h.kt1slejb1bw2" w:id="3"/>
      <w:bookmarkEnd w:id="3"/>
      <w:r w:rsidDel="00000000" w:rsidR="00000000" w:rsidRPr="00000000">
        <w:rPr>
          <w:rFonts w:ascii="Cambria" w:cs="Cambria" w:eastAsia="Cambria" w:hAnsi="Cambria"/>
          <w:color w:val="000000"/>
          <w:sz w:val="34"/>
          <w:szCs w:val="34"/>
          <w:rtl w:val="0"/>
        </w:rPr>
        <w:t xml:space="preserve">About This Book</w:t>
      </w:r>
    </w:p>
    <w:p w:rsidR="00000000" w:rsidDel="00000000" w:rsidP="00000000" w:rsidRDefault="00000000" w:rsidRPr="00000000" w14:paraId="00000023">
      <w:pPr>
        <w:spacing w:after="240" w:before="240" w:line="480" w:lineRule="auto"/>
        <w:rPr/>
      </w:pPr>
      <w:r w:rsidDel="00000000" w:rsidR="00000000" w:rsidRPr="00000000">
        <w:rPr>
          <w:rtl w:val="0"/>
        </w:rPr>
        <w:t xml:space="preserve">This book emerged from countless conversations with fellow clinicians who, like me, felt both blessed and burdened by their sensitivity. It's written for the helpers who feel everything deeply—the ones who absorb the pain in the room, who carry their clients' stories home with them, who wonder if they're "too much" for this profession.</w:t>
      </w:r>
    </w:p>
    <w:p w:rsidR="00000000" w:rsidDel="00000000" w:rsidP="00000000" w:rsidRDefault="00000000" w:rsidRPr="00000000" w14:paraId="00000024">
      <w:pPr>
        <w:spacing w:after="240" w:before="240" w:line="480" w:lineRule="auto"/>
        <w:rPr/>
      </w:pPr>
      <w:r w:rsidDel="00000000" w:rsidR="00000000" w:rsidRPr="00000000">
        <w:rPr>
          <w:rtl w:val="0"/>
        </w:rPr>
        <w:t xml:space="preserve">Through these pages, I offer what I wish I'd had when I first began my practice: permission to be fully human in this sacred work.</w:t>
      </w:r>
    </w:p>
    <w:p w:rsidR="00000000" w:rsidDel="00000000" w:rsidP="00000000" w:rsidRDefault="00000000" w:rsidRPr="00000000" w14:paraId="00000025">
      <w:pPr>
        <w:spacing w:after="240" w:before="240" w:line="480" w:lineRule="auto"/>
        <w:rPr/>
      </w:pPr>
      <w:r w:rsidDel="00000000" w:rsidR="00000000" w:rsidRPr="00000000">
        <w:rPr>
          <w:rtl w:val="0"/>
        </w:rPr>
        <w:t xml:space="preserve">Each chapter weaves together personal narrative, practical tools, and gentle invitations to reconsider what strength looks like in the healing professions. You'll find journal prompts, embodiment practices, and reflection questions designed to help you integrate these concepts into your clinical work and personal life.</w:t>
      </w:r>
    </w:p>
    <w:p w:rsidR="00000000" w:rsidDel="00000000" w:rsidP="00000000" w:rsidRDefault="00000000" w:rsidRPr="00000000" w14:paraId="00000026">
      <w:pPr>
        <w:spacing w:after="240" w:before="240" w:line="480" w:lineRule="auto"/>
        <w:rPr/>
      </w:pPr>
      <w:r w:rsidDel="00000000" w:rsidR="00000000" w:rsidRPr="00000000">
        <w:rPr>
          <w:rtl w:val="0"/>
        </w:rPr>
        <w:t xml:space="preserve">This isn't a traditional textbook or self-help guide. It's a companion for the journey—a fellow traveler's field notes from the path of the sensitive healer. Take what resonates, leave what doesn't, and know that your unique way of being in this work is not just acceptable—it's essential.</w:t>
      </w:r>
    </w:p>
    <w:p w:rsidR="00000000" w:rsidDel="00000000" w:rsidP="00000000" w:rsidRDefault="00000000" w:rsidRPr="00000000" w14:paraId="00000027">
      <w:pPr>
        <w:spacing w:after="240" w:before="240" w:line="480" w:lineRule="auto"/>
        <w:rPr/>
      </w:pPr>
      <w:r w:rsidDel="00000000" w:rsidR="00000000" w:rsidRPr="00000000">
        <w:rPr>
          <w:rtl w:val="0"/>
        </w:rPr>
        <w:t xml:space="preserve">Carina Schroedel, CSW, is a therapist, yoga instructor, and Reiki Master living and working in Mount Sterling, Kentucky. She is the founder of Ember &amp; Ease, a holistic wellness practice supporting sensitive souls, clinicians, and seekers of healing through embodied practice and compassionate guidance.</w:t>
      </w:r>
    </w:p>
    <w:p w:rsidR="00000000" w:rsidDel="00000000" w:rsidP="00000000" w:rsidRDefault="00000000" w:rsidRPr="00000000" w14:paraId="00000028">
      <w:pPr>
        <w:spacing w:after="240" w:before="240" w:line="480" w:lineRule="auto"/>
        <w:rPr/>
      </w:pPr>
      <w:r w:rsidDel="00000000" w:rsidR="00000000" w:rsidRPr="00000000">
        <w:rPr>
          <w:rtl w:val="0"/>
        </w:rPr>
        <w:t xml:space="preserve">Carina’s work is rooted in lived experience — including her journey through epilepsy, bipolar disorder, deep grief, and personal rebirth. She is known for her honest, intuitive, and soul-grounded approach to trauma recovery and clinical care.</w:t>
      </w:r>
    </w:p>
    <w:p w:rsidR="00000000" w:rsidDel="00000000" w:rsidP="00000000" w:rsidRDefault="00000000" w:rsidRPr="00000000" w14:paraId="00000029">
      <w:pPr>
        <w:spacing w:after="240" w:before="240" w:line="480" w:lineRule="auto"/>
        <w:rPr/>
      </w:pPr>
      <w:r w:rsidDel="00000000" w:rsidR="00000000" w:rsidRPr="00000000">
        <w:rPr>
          <w:rtl w:val="0"/>
        </w:rPr>
        <w:t xml:space="preserve">When she’s not guiding others, she can be found barefoot in the grass, laughing with her children, or doing yoga .</w:t>
      </w:r>
    </w:p>
    <w:p w:rsidR="00000000" w:rsidDel="00000000" w:rsidP="00000000" w:rsidRDefault="00000000" w:rsidRPr="00000000" w14:paraId="0000002A">
      <w:pPr>
        <w:spacing w:after="240" w:before="240" w:line="480" w:lineRule="auto"/>
        <w:rPr>
          <w:b w:val="1"/>
        </w:rPr>
      </w:pPr>
      <w:r w:rsidDel="00000000" w:rsidR="00000000" w:rsidRPr="00000000">
        <w:rPr>
          <w:b w:val="1"/>
          <w:rtl w:val="0"/>
        </w:rPr>
        <w:t xml:space="preserve">Table of Contents</w:t>
      </w:r>
    </w:p>
    <w:p w:rsidR="00000000" w:rsidDel="00000000" w:rsidP="00000000" w:rsidRDefault="00000000" w:rsidRPr="00000000" w14:paraId="0000002B">
      <w:pPr>
        <w:spacing w:after="240" w:before="240" w:line="480" w:lineRule="auto"/>
        <w:rPr/>
      </w:pPr>
      <w:r w:rsidDel="00000000" w:rsidR="00000000" w:rsidRPr="00000000">
        <w:rPr>
          <w:rtl w:val="0"/>
        </w:rPr>
        <w:t xml:space="preserve">Part One: The Clinician’s Journey</w:t>
      </w:r>
    </w:p>
    <w:p w:rsidR="00000000" w:rsidDel="00000000" w:rsidP="00000000" w:rsidRDefault="00000000" w:rsidRPr="00000000" w14:paraId="0000002C">
      <w:pPr>
        <w:spacing w:after="240" w:before="240" w:line="480" w:lineRule="auto"/>
        <w:rPr/>
      </w:pPr>
      <w:r w:rsidDel="00000000" w:rsidR="00000000" w:rsidRPr="00000000">
        <w:rPr>
          <w:rtl w:val="0"/>
        </w:rPr>
        <w:t xml:space="preserve">Introduction – Rooted Light</w:t>
      </w:r>
    </w:p>
    <w:p w:rsidR="00000000" w:rsidDel="00000000" w:rsidP="00000000" w:rsidRDefault="00000000" w:rsidRPr="00000000" w14:paraId="0000002D">
      <w:pPr>
        <w:spacing w:after="240" w:before="240" w:line="480" w:lineRule="auto"/>
        <w:rPr/>
      </w:pPr>
      <w:r w:rsidDel="00000000" w:rsidR="00000000" w:rsidRPr="00000000">
        <w:rPr>
          <w:rtl w:val="0"/>
        </w:rPr>
        <w:t xml:space="preserve">A personal reflection on sensitivity, healing, and the journey that led to Ember &amp; Ease.</w:t>
      </w:r>
    </w:p>
    <w:p w:rsidR="00000000" w:rsidDel="00000000" w:rsidP="00000000" w:rsidRDefault="00000000" w:rsidRPr="00000000" w14:paraId="0000002E">
      <w:pPr>
        <w:spacing w:after="240" w:before="240" w:line="480" w:lineRule="auto"/>
        <w:rPr/>
      </w:pPr>
      <w:r w:rsidDel="00000000" w:rsidR="00000000" w:rsidRPr="00000000">
        <w:rPr>
          <w:rtl w:val="0"/>
        </w:rPr>
        <w:t xml:space="preserve">The Empath’s Heart — Navigating the Emotional Terrain</w:t>
      </w:r>
    </w:p>
    <w:p w:rsidR="00000000" w:rsidDel="00000000" w:rsidP="00000000" w:rsidRDefault="00000000" w:rsidRPr="00000000" w14:paraId="0000002F">
      <w:pPr>
        <w:spacing w:after="240" w:before="240" w:line="480" w:lineRule="auto"/>
        <w:rPr/>
      </w:pPr>
      <w:r w:rsidDel="00000000" w:rsidR="00000000" w:rsidRPr="00000000">
        <w:rPr>
          <w:rtl w:val="0"/>
        </w:rPr>
        <w:t xml:space="preserve">Understanding the role of the empathic clinician and how to protect your energy while staying connected.</w:t>
      </w:r>
    </w:p>
    <w:p w:rsidR="00000000" w:rsidDel="00000000" w:rsidP="00000000" w:rsidRDefault="00000000" w:rsidRPr="00000000" w14:paraId="00000030">
      <w:pPr>
        <w:spacing w:after="240" w:before="240" w:line="480" w:lineRule="auto"/>
        <w:rPr/>
      </w:pPr>
      <w:r w:rsidDel="00000000" w:rsidR="00000000" w:rsidRPr="00000000">
        <w:rPr>
          <w:rtl w:val="0"/>
        </w:rPr>
        <w:t xml:space="preserve">Humor, Heart, and Healing — Finding Light in Dark Moments</w:t>
      </w:r>
    </w:p>
    <w:p w:rsidR="00000000" w:rsidDel="00000000" w:rsidP="00000000" w:rsidRDefault="00000000" w:rsidRPr="00000000" w14:paraId="00000031">
      <w:pPr>
        <w:spacing w:after="240" w:before="240" w:line="480" w:lineRule="auto"/>
        <w:rPr/>
      </w:pPr>
      <w:r w:rsidDel="00000000" w:rsidR="00000000" w:rsidRPr="00000000">
        <w:rPr>
          <w:rtl w:val="0"/>
        </w:rPr>
        <w:t xml:space="preserve">Embracing joy, wit, and imperfection as sacred parts of healing and client work.</w:t>
      </w:r>
    </w:p>
    <w:p w:rsidR="00000000" w:rsidDel="00000000" w:rsidP="00000000" w:rsidRDefault="00000000" w:rsidRPr="00000000" w14:paraId="00000032">
      <w:pPr>
        <w:spacing w:after="240" w:before="240" w:line="480" w:lineRule="auto"/>
        <w:rPr/>
      </w:pPr>
      <w:r w:rsidDel="00000000" w:rsidR="00000000" w:rsidRPr="00000000">
        <w:rPr>
          <w:rtl w:val="0"/>
        </w:rPr>
        <w:t xml:space="preserve">Quiet Strength — Embracing Introversion in a Helping Profession</w:t>
      </w:r>
    </w:p>
    <w:p w:rsidR="00000000" w:rsidDel="00000000" w:rsidP="00000000" w:rsidRDefault="00000000" w:rsidRPr="00000000" w14:paraId="00000033">
      <w:pPr>
        <w:spacing w:after="240" w:before="240" w:line="480" w:lineRule="auto"/>
        <w:rPr/>
      </w:pPr>
      <w:r w:rsidDel="00000000" w:rsidR="00000000" w:rsidRPr="00000000">
        <w:rPr>
          <w:rtl w:val="0"/>
        </w:rPr>
        <w:t xml:space="preserve">Honoring introverted clinicians and reclaiming stillness, solitude, and authenticity as strengths.</w:t>
      </w:r>
    </w:p>
    <w:p w:rsidR="00000000" w:rsidDel="00000000" w:rsidP="00000000" w:rsidRDefault="00000000" w:rsidRPr="00000000" w14:paraId="00000034">
      <w:pPr>
        <w:spacing w:after="240" w:before="240" w:line="480" w:lineRule="auto"/>
        <w:rPr/>
      </w:pPr>
      <w:r w:rsidDel="00000000" w:rsidR="00000000" w:rsidRPr="00000000">
        <w:rPr>
          <w:rtl w:val="0"/>
        </w:rPr>
        <w:t xml:space="preserve">Compassionate Client Work — Exercises for Self-Discovery</w:t>
      </w:r>
    </w:p>
    <w:p w:rsidR="00000000" w:rsidDel="00000000" w:rsidP="00000000" w:rsidRDefault="00000000" w:rsidRPr="00000000" w14:paraId="00000035">
      <w:pPr>
        <w:spacing w:after="240" w:before="240" w:line="480" w:lineRule="auto"/>
        <w:rPr/>
      </w:pPr>
      <w:r w:rsidDel="00000000" w:rsidR="00000000" w:rsidRPr="00000000">
        <w:rPr>
          <w:rtl w:val="0"/>
        </w:rPr>
        <w:t xml:space="preserve">A toolbox of reflection, identity, and somatic practices to deepen client awareness.</w:t>
      </w:r>
    </w:p>
    <w:p w:rsidR="00000000" w:rsidDel="00000000" w:rsidP="00000000" w:rsidRDefault="00000000" w:rsidRPr="00000000" w14:paraId="00000036">
      <w:pPr>
        <w:spacing w:after="240" w:before="240" w:line="480" w:lineRule="auto"/>
        <w:rPr/>
      </w:pPr>
      <w:r w:rsidDel="00000000" w:rsidR="00000000" w:rsidRPr="00000000">
        <w:rPr>
          <w:rtl w:val="0"/>
        </w:rPr>
        <w:t xml:space="preserve">Cultivating Your Own Wellness Practice — Staying Grounded as a Healer</w:t>
      </w:r>
    </w:p>
    <w:p w:rsidR="00000000" w:rsidDel="00000000" w:rsidP="00000000" w:rsidRDefault="00000000" w:rsidRPr="00000000" w14:paraId="00000037">
      <w:pPr>
        <w:spacing w:after="240" w:before="240" w:line="480" w:lineRule="auto"/>
        <w:rPr/>
      </w:pPr>
      <w:r w:rsidDel="00000000" w:rsidR="00000000" w:rsidRPr="00000000">
        <w:rPr>
          <w:rtl w:val="0"/>
        </w:rPr>
        <w:t xml:space="preserve">Building daily, weekly, and seasonal practices to nourish and protect your nervous system.</w:t>
      </w:r>
    </w:p>
    <w:p w:rsidR="00000000" w:rsidDel="00000000" w:rsidP="00000000" w:rsidRDefault="00000000" w:rsidRPr="00000000" w14:paraId="00000038">
      <w:pPr>
        <w:spacing w:after="240" w:before="240" w:line="480" w:lineRule="auto"/>
        <w:rPr/>
      </w:pPr>
      <w:r w:rsidDel="00000000" w:rsidR="00000000" w:rsidRPr="00000000">
        <w:rPr>
          <w:rtl w:val="0"/>
        </w:rPr>
        <w:t xml:space="preserve">Part Two: Client Resources &amp; Healing Practices</w:t>
      </w:r>
    </w:p>
    <w:p w:rsidR="00000000" w:rsidDel="00000000" w:rsidP="00000000" w:rsidRDefault="00000000" w:rsidRPr="00000000" w14:paraId="00000039">
      <w:pPr>
        <w:spacing w:after="240" w:before="240" w:line="480" w:lineRule="auto"/>
        <w:rPr/>
      </w:pPr>
      <w:r w:rsidDel="00000000" w:rsidR="00000000" w:rsidRPr="00000000">
        <w:rPr>
          <w:rtl w:val="0"/>
        </w:rPr>
        <w:t xml:space="preserve">The Shared Space — Building Safety, Connection, and Trust</w:t>
      </w:r>
    </w:p>
    <w:p w:rsidR="00000000" w:rsidDel="00000000" w:rsidP="00000000" w:rsidRDefault="00000000" w:rsidRPr="00000000" w14:paraId="0000003A">
      <w:pPr>
        <w:spacing w:after="240" w:before="240" w:line="480" w:lineRule="auto"/>
        <w:rPr/>
      </w:pPr>
      <w:r w:rsidDel="00000000" w:rsidR="00000000" w:rsidRPr="00000000">
        <w:rPr>
          <w:rtl w:val="0"/>
        </w:rPr>
        <w:t xml:space="preserve">Trauma-informed presence and the rituals that make therapy sacred.</w:t>
      </w:r>
    </w:p>
    <w:p w:rsidR="00000000" w:rsidDel="00000000" w:rsidP="00000000" w:rsidRDefault="00000000" w:rsidRPr="00000000" w14:paraId="0000003B">
      <w:pPr>
        <w:spacing w:after="240" w:before="240" w:line="480" w:lineRule="auto"/>
        <w:rPr/>
      </w:pPr>
      <w:r w:rsidDel="00000000" w:rsidR="00000000" w:rsidRPr="00000000">
        <w:rPr>
          <w:rtl w:val="0"/>
        </w:rPr>
        <w:t xml:space="preserve">The Client’s Inner Compass — Guiding Clients Through Emotional Literacy</w:t>
      </w:r>
    </w:p>
    <w:p w:rsidR="00000000" w:rsidDel="00000000" w:rsidP="00000000" w:rsidRDefault="00000000" w:rsidRPr="00000000" w14:paraId="0000003C">
      <w:pPr>
        <w:spacing w:after="240" w:before="240" w:line="480" w:lineRule="auto"/>
        <w:rPr/>
      </w:pPr>
      <w:r w:rsidDel="00000000" w:rsidR="00000000" w:rsidRPr="00000000">
        <w:rPr>
          <w:rtl w:val="0"/>
        </w:rPr>
        <w:t xml:space="preserve">Tools and techniques for emotional awareness, regulation, and resilience.</w:t>
      </w:r>
    </w:p>
    <w:p w:rsidR="00000000" w:rsidDel="00000000" w:rsidP="00000000" w:rsidRDefault="00000000" w:rsidRPr="00000000" w14:paraId="0000003D">
      <w:pPr>
        <w:spacing w:after="240" w:before="240" w:line="480" w:lineRule="auto"/>
        <w:rPr/>
      </w:pPr>
      <w:r w:rsidDel="00000000" w:rsidR="00000000" w:rsidRPr="00000000">
        <w:rPr>
          <w:rtl w:val="0"/>
        </w:rPr>
        <w:t xml:space="preserve">Reparenting the Inner Child — Gentle Healing for Developmental Trauma</w:t>
      </w:r>
    </w:p>
    <w:p w:rsidR="00000000" w:rsidDel="00000000" w:rsidP="00000000" w:rsidRDefault="00000000" w:rsidRPr="00000000" w14:paraId="0000003E">
      <w:pPr>
        <w:spacing w:after="240" w:before="240" w:line="480" w:lineRule="auto"/>
        <w:rPr/>
      </w:pPr>
      <w:r w:rsidDel="00000000" w:rsidR="00000000" w:rsidRPr="00000000">
        <w:rPr>
          <w:rtl w:val="0"/>
        </w:rPr>
        <w:t xml:space="preserve">Practices for meeting unmet needs, rewriting the narrative, and reclaiming safety.</w:t>
      </w:r>
    </w:p>
    <w:p w:rsidR="00000000" w:rsidDel="00000000" w:rsidP="00000000" w:rsidRDefault="00000000" w:rsidRPr="00000000" w14:paraId="0000003F">
      <w:pPr>
        <w:spacing w:after="240" w:before="240" w:line="480" w:lineRule="auto"/>
        <w:rPr/>
      </w:pPr>
      <w:r w:rsidDel="00000000" w:rsidR="00000000" w:rsidRPr="00000000">
        <w:rPr>
          <w:rtl w:val="0"/>
        </w:rPr>
        <w:t xml:space="preserve">Boundaries with Heart — Saying No Without Shame</w:t>
      </w:r>
    </w:p>
    <w:p w:rsidR="00000000" w:rsidDel="00000000" w:rsidP="00000000" w:rsidRDefault="00000000" w:rsidRPr="00000000" w14:paraId="00000040">
      <w:pPr>
        <w:spacing w:after="240" w:before="240" w:line="480" w:lineRule="auto"/>
        <w:rPr/>
      </w:pPr>
      <w:r w:rsidDel="00000000" w:rsidR="00000000" w:rsidRPr="00000000">
        <w:rPr>
          <w:rtl w:val="0"/>
        </w:rPr>
        <w:t xml:space="preserve">Teaching clients (and ourselves) how to set clear, kind boundaries with confidence and care.</w:t>
      </w:r>
    </w:p>
    <w:p w:rsidR="00000000" w:rsidDel="00000000" w:rsidP="00000000" w:rsidRDefault="00000000" w:rsidRPr="00000000" w14:paraId="00000041">
      <w:pPr>
        <w:spacing w:after="240" w:before="240" w:line="480" w:lineRule="auto"/>
        <w:rPr/>
      </w:pPr>
      <w:r w:rsidDel="00000000" w:rsidR="00000000" w:rsidRPr="00000000">
        <w:rPr>
          <w:rtl w:val="0"/>
        </w:rPr>
        <w:t xml:space="preserve">Grief, Grace, and Growth — Holding Space for Loss in Ourselves and Our Clients</w:t>
      </w:r>
    </w:p>
    <w:p w:rsidR="00000000" w:rsidDel="00000000" w:rsidP="00000000" w:rsidRDefault="00000000" w:rsidRPr="00000000" w14:paraId="00000042">
      <w:pPr>
        <w:spacing w:after="240" w:before="240" w:line="480" w:lineRule="auto"/>
        <w:rPr/>
      </w:pPr>
      <w:r w:rsidDel="00000000" w:rsidR="00000000" w:rsidRPr="00000000">
        <w:rPr>
          <w:rtl w:val="0"/>
        </w:rPr>
        <w:t xml:space="preserve">Navigating visible and invisible grief with ritual, presence, and compassion.</w:t>
      </w:r>
    </w:p>
    <w:p w:rsidR="00000000" w:rsidDel="00000000" w:rsidP="00000000" w:rsidRDefault="00000000" w:rsidRPr="00000000" w14:paraId="00000043">
      <w:pPr>
        <w:spacing w:after="240" w:before="240" w:line="480" w:lineRule="auto"/>
        <w:rPr/>
      </w:pPr>
      <w:r w:rsidDel="00000000" w:rsidR="00000000" w:rsidRPr="00000000">
        <w:rPr>
          <w:rtl w:val="0"/>
        </w:rPr>
        <w:t xml:space="preserve">Rooted Light — Becoming the Clinician You Were Meant to Be</w:t>
      </w:r>
    </w:p>
    <w:p w:rsidR="00000000" w:rsidDel="00000000" w:rsidP="00000000" w:rsidRDefault="00000000" w:rsidRPr="00000000" w14:paraId="00000044">
      <w:pPr>
        <w:spacing w:after="240" w:before="240" w:line="480" w:lineRule="auto"/>
        <w:rPr/>
      </w:pPr>
      <w:r w:rsidDel="00000000" w:rsidR="00000000" w:rsidRPr="00000000">
        <w:rPr>
          <w:rtl w:val="0"/>
        </w:rPr>
        <w:t xml:space="preserve">A final reflection on becoming, belonging, and bringing your full self into your work.</w:t>
      </w:r>
    </w:p>
    <w:p w:rsidR="00000000" w:rsidDel="00000000" w:rsidP="00000000" w:rsidRDefault="00000000" w:rsidRPr="00000000" w14:paraId="00000045">
      <w:pPr>
        <w:spacing w:after="240" w:before="240" w:line="480" w:lineRule="auto"/>
        <w:rPr/>
      </w:pPr>
      <w:r w:rsidDel="00000000" w:rsidR="00000000" w:rsidRPr="00000000">
        <w:rPr>
          <w:rtl w:val="0"/>
        </w:rPr>
        <w:t xml:space="preserve">Acknowledgments – Personal thanks and tributes</w:t>
      </w:r>
    </w:p>
    <w:p w:rsidR="00000000" w:rsidDel="00000000" w:rsidP="00000000" w:rsidRDefault="00000000" w:rsidRPr="00000000" w14:paraId="00000046">
      <w:pPr>
        <w:spacing w:after="240" w:before="240" w:line="480" w:lineRule="auto"/>
        <w:rPr/>
      </w:pPr>
      <w:r w:rsidDel="00000000" w:rsidR="00000000" w:rsidRPr="00000000">
        <w:rPr>
          <w:rtl w:val="0"/>
        </w:rPr>
        <w:t xml:space="preserve">References – Full APA-style citations</w:t>
      </w:r>
    </w:p>
    <w:p w:rsidR="00000000" w:rsidDel="00000000" w:rsidP="00000000" w:rsidRDefault="00000000" w:rsidRPr="00000000" w14:paraId="00000047">
      <w:pPr>
        <w:spacing w:after="240" w:before="240" w:line="480" w:lineRule="auto"/>
        <w:rPr/>
      </w:pPr>
      <w:r w:rsidDel="00000000" w:rsidR="00000000" w:rsidRPr="00000000">
        <w:rPr>
          <w:rtl w:val="0"/>
        </w:rPr>
        <w:t xml:space="preserve">Client &amp; Clinician Worksheets – Companion printables for selected chapters</w:t>
      </w:r>
    </w:p>
    <w:p w:rsidR="00000000" w:rsidDel="00000000" w:rsidP="00000000" w:rsidRDefault="00000000" w:rsidRPr="00000000" w14:paraId="00000048">
      <w:pPr>
        <w:spacing w:after="240" w:before="240" w:line="480" w:lineRule="auto"/>
        <w:rPr/>
      </w:pPr>
      <w:r w:rsidDel="00000000" w:rsidR="00000000" w:rsidRPr="00000000">
        <w:rPr>
          <w:rtl w:val="0"/>
        </w:rPr>
        <w:t xml:space="preserve">About the Author – Your healing journey, credentials, and vision</w:t>
      </w:r>
    </w:p>
    <w:p w:rsidR="00000000" w:rsidDel="00000000" w:rsidP="00000000" w:rsidRDefault="00000000" w:rsidRPr="00000000" w14:paraId="00000049">
      <w:pPr>
        <w:spacing w:after="240" w:before="240" w:line="480" w:lineRule="auto"/>
        <w:rPr/>
      </w:pPr>
      <w:r w:rsidDel="00000000" w:rsidR="00000000" w:rsidRPr="00000000">
        <w:rPr>
          <w:rtl w:val="0"/>
        </w:rPr>
        <w:t xml:space="preserve">Ember &amp; Ease Offerings</w:t>
      </w:r>
    </w:p>
    <w:p w:rsidR="00000000" w:rsidDel="00000000" w:rsidP="00000000" w:rsidRDefault="00000000" w:rsidRPr="00000000" w14:paraId="0000004A">
      <w:pPr>
        <w:spacing w:after="240" w:before="240" w:line="480" w:lineRule="auto"/>
        <w:rPr>
          <w:b w:val="1"/>
        </w:rPr>
      </w:pPr>
      <w:r w:rsidDel="00000000" w:rsidR="00000000" w:rsidRPr="00000000">
        <w:rPr>
          <w:rtl w:val="0"/>
        </w:rPr>
      </w:r>
    </w:p>
    <w:p w:rsidR="00000000" w:rsidDel="00000000" w:rsidP="00000000" w:rsidRDefault="00000000" w:rsidRPr="00000000" w14:paraId="0000004B">
      <w:pPr>
        <w:spacing w:after="240" w:before="240" w:line="480" w:lineRule="auto"/>
        <w:jc w:val="center"/>
        <w:rPr>
          <w:b w:val="1"/>
        </w:rPr>
      </w:pPr>
      <w:r w:rsidDel="00000000" w:rsidR="00000000" w:rsidRPr="00000000">
        <w:rPr>
          <w:b w:val="1"/>
          <w:rtl w:val="0"/>
        </w:rPr>
        <w:t xml:space="preserve">Introduction – Rooted Light</w:t>
      </w:r>
    </w:p>
    <w:p w:rsidR="00000000" w:rsidDel="00000000" w:rsidP="00000000" w:rsidRDefault="00000000" w:rsidRPr="00000000" w14:paraId="0000004C">
      <w:pPr>
        <w:spacing w:after="240" w:before="240" w:line="480" w:lineRule="auto"/>
        <w:rPr/>
      </w:pPr>
      <w:r w:rsidDel="00000000" w:rsidR="00000000" w:rsidRPr="00000000">
        <w:rPr>
          <w:rtl w:val="0"/>
        </w:rPr>
        <w:t xml:space="preserve">This is not a textbook. This is not a manual. This is not a polished, performative display of professional perfection.</w:t>
      </w:r>
    </w:p>
    <w:p w:rsidR="00000000" w:rsidDel="00000000" w:rsidP="00000000" w:rsidRDefault="00000000" w:rsidRPr="00000000" w14:paraId="0000004D">
      <w:pPr>
        <w:spacing w:after="240" w:before="240" w:line="480" w:lineRule="auto"/>
        <w:rPr/>
      </w:pPr>
      <w:r w:rsidDel="00000000" w:rsidR="00000000" w:rsidRPr="00000000">
        <w:rPr>
          <w:rtl w:val="0"/>
        </w:rPr>
        <w:t xml:space="preserve">This is a heart-offering — built from lived experience, clinical insight, a decade of doing the work… and let’s be honest, a whole lot of discombobulated journaling.</w:t>
      </w:r>
    </w:p>
    <w:p w:rsidR="00000000" w:rsidDel="00000000" w:rsidP="00000000" w:rsidRDefault="00000000" w:rsidRPr="00000000" w14:paraId="0000004E">
      <w:pPr>
        <w:spacing w:after="240" w:before="240" w:line="480" w:lineRule="auto"/>
        <w:rPr/>
      </w:pPr>
      <w:r w:rsidDel="00000000" w:rsidR="00000000" w:rsidRPr="00000000">
        <w:rPr>
          <w:rtl w:val="0"/>
        </w:rPr>
        <w:t xml:space="preserve">The kind scribbled between sessions. The kind scrawled in the margins of supervision notes. The kind whispered into voice memos on drives home when my chest was tight, and the world felt too loud.</w:t>
      </w:r>
    </w:p>
    <w:p w:rsidR="00000000" w:rsidDel="00000000" w:rsidP="00000000" w:rsidRDefault="00000000" w:rsidRPr="00000000" w14:paraId="0000004F">
      <w:pPr>
        <w:spacing w:after="240" w:before="240" w:line="480" w:lineRule="auto"/>
        <w:rPr/>
      </w:pPr>
      <w:r w:rsidDel="00000000" w:rsidR="00000000" w:rsidRPr="00000000">
        <w:rPr>
          <w:rtl w:val="0"/>
        </w:rPr>
        <w:t xml:space="preserve">Rooted Light is a reflection of the journey I’ve taken — as a clinician, a mother, a woman, and a soul who has felt too much and tried to make that a gift rather than a burden.</w:t>
      </w:r>
    </w:p>
    <w:p w:rsidR="00000000" w:rsidDel="00000000" w:rsidP="00000000" w:rsidRDefault="00000000" w:rsidRPr="00000000" w14:paraId="00000050">
      <w:pPr>
        <w:spacing w:after="240" w:before="240" w:line="480" w:lineRule="auto"/>
        <w:rPr/>
      </w:pPr>
      <w:r w:rsidDel="00000000" w:rsidR="00000000" w:rsidRPr="00000000">
        <w:rPr>
          <w:rtl w:val="0"/>
        </w:rPr>
        <w:t xml:space="preserve">It’s grounded in evidence-based practice, informed by training and research — yes. But more than anything, it’s shaped by moments. The real ones. The messy ones. The ones no one teaches you how to handle in grad school.</w:t>
      </w:r>
    </w:p>
    <w:p w:rsidR="00000000" w:rsidDel="00000000" w:rsidP="00000000" w:rsidRDefault="00000000" w:rsidRPr="00000000" w14:paraId="00000051">
      <w:pPr>
        <w:spacing w:after="240" w:before="240" w:line="480" w:lineRule="auto"/>
        <w:rPr/>
      </w:pPr>
      <w:r w:rsidDel="00000000" w:rsidR="00000000" w:rsidRPr="00000000">
        <w:rPr>
          <w:rtl w:val="0"/>
        </w:rPr>
        <w:t xml:space="preserve">This book is equal parts resource and remembrance. A blend of psychoeducation, soul work, reiki wisdom, yoga breath, and coffee-stained insights scribbled after crying in the parking lot.</w:t>
      </w:r>
    </w:p>
    <w:p w:rsidR="00000000" w:rsidDel="00000000" w:rsidP="00000000" w:rsidRDefault="00000000" w:rsidRPr="00000000" w14:paraId="00000052">
      <w:pPr>
        <w:spacing w:after="240" w:before="240" w:line="480" w:lineRule="auto"/>
        <w:rPr/>
      </w:pPr>
      <w:r w:rsidDel="00000000" w:rsidR="00000000" w:rsidRPr="00000000">
        <w:rPr>
          <w:rtl w:val="0"/>
        </w:rPr>
        <w:t xml:space="preserve">You will find strategies here — and softness. You’ll find worksheets and rituals. You’ll find stories and stillness. You’ll find a companion — not a clinician on a pedestal, but someone walking beside you.</w:t>
      </w:r>
    </w:p>
    <w:p w:rsidR="00000000" w:rsidDel="00000000" w:rsidP="00000000" w:rsidRDefault="00000000" w:rsidRPr="00000000" w14:paraId="00000053">
      <w:pPr>
        <w:spacing w:after="240" w:before="240" w:line="480" w:lineRule="auto"/>
        <w:rPr/>
      </w:pPr>
      <w:r w:rsidDel="00000000" w:rsidR="00000000" w:rsidRPr="00000000">
        <w:rPr>
          <w:rtl w:val="0"/>
        </w:rPr>
        <w:t xml:space="preserve">I’m Carina Schroedel — a clinical social worker, healer, and founder of Ember &amp; Ease. I’m also a deeply feeling human who’s spent a lifetime trying to balance softness with strength.</w:t>
      </w:r>
    </w:p>
    <w:p w:rsidR="00000000" w:rsidDel="00000000" w:rsidP="00000000" w:rsidRDefault="00000000" w:rsidRPr="00000000" w14:paraId="00000054">
      <w:pPr>
        <w:spacing w:after="240" w:before="240" w:line="480" w:lineRule="auto"/>
        <w:rPr/>
      </w:pPr>
      <w:r w:rsidDel="00000000" w:rsidR="00000000" w:rsidRPr="00000000">
        <w:rPr>
          <w:rtl w:val="0"/>
        </w:rPr>
        <w:t xml:space="preserve">I come from a small town called Mount Sterling, Kentucky — a place where silence and soul often collide. I’ve always felt a little too much and spoken a little too boldly. That combination has, over time, both broken and built me.</w:t>
      </w:r>
    </w:p>
    <w:p w:rsidR="00000000" w:rsidDel="00000000" w:rsidP="00000000" w:rsidRDefault="00000000" w:rsidRPr="00000000" w14:paraId="00000055">
      <w:pPr>
        <w:spacing w:after="240" w:before="240" w:line="480" w:lineRule="auto"/>
        <w:rPr/>
      </w:pPr>
      <w:r w:rsidDel="00000000" w:rsidR="00000000" w:rsidRPr="00000000">
        <w:rPr>
          <w:rtl w:val="0"/>
        </w:rPr>
        <w:t xml:space="preserve">Empathy wasn’t a skill I learned in a classroom; it’s in my marrow. I’ve lost jobs because I cared too much, held my ground too firmly, or refused to compromise the integrity I hold dear. And yet, each of those losses planted seeds. Seeds of clarity. Seeds of purpose.</w:t>
      </w:r>
    </w:p>
    <w:p w:rsidR="00000000" w:rsidDel="00000000" w:rsidP="00000000" w:rsidRDefault="00000000" w:rsidRPr="00000000" w14:paraId="00000056">
      <w:pPr>
        <w:spacing w:after="240" w:before="240" w:line="480" w:lineRule="auto"/>
        <w:rPr/>
      </w:pPr>
      <w:r w:rsidDel="00000000" w:rsidR="00000000" w:rsidRPr="00000000">
        <w:rPr>
          <w:rtl w:val="0"/>
        </w:rPr>
        <w:t xml:space="preserve">But it wasn’t just career changes that shaped me. My path has been layered with loss — not just of jobs, but of people, relationships, and the sense of belonging I so desperately craved. Grief has visited often, sometimes loudly through separation and death, and other times more quietly — through the slow fade of friendships, the ache of being misunderstood, or the loneliness that comes from needing so deeply to be seen.</w:t>
      </w:r>
    </w:p>
    <w:p w:rsidR="00000000" w:rsidDel="00000000" w:rsidP="00000000" w:rsidRDefault="00000000" w:rsidRPr="00000000" w14:paraId="00000057">
      <w:pPr>
        <w:spacing w:after="240" w:before="240" w:line="480" w:lineRule="auto"/>
        <w:rPr/>
      </w:pPr>
      <w:r w:rsidDel="00000000" w:rsidR="00000000" w:rsidRPr="00000000">
        <w:rPr>
          <w:rtl w:val="0"/>
        </w:rPr>
        <w:t xml:space="preserve">I’ve wrestled with low self-esteem for much of my life, constantly searching for external validation to feel worthy. I believed if I just worked harder, helped more, gave more, or shined brighter, I might finally be enough. But the truth is — I was always enough. I just didn’t know how to believe it yet.</w:t>
      </w:r>
    </w:p>
    <w:p w:rsidR="00000000" w:rsidDel="00000000" w:rsidP="00000000" w:rsidRDefault="00000000" w:rsidRPr="00000000" w14:paraId="00000058">
      <w:pPr>
        <w:spacing w:after="240" w:before="240" w:line="480" w:lineRule="auto"/>
        <w:rPr/>
      </w:pPr>
      <w:r w:rsidDel="00000000" w:rsidR="00000000" w:rsidRPr="00000000">
        <w:rPr>
          <w:rtl w:val="0"/>
        </w:rPr>
        <w:t xml:space="preserve">I was diagnosed with epilepsy at 13, later with bipolar disorder, and somewhere along the way, I also found resilience. I began to see that my softness wasn’t weakness — it was wisdom. I stopped trying to fit into a world that felt too loud, too fast, too numb. Instead, I created a softer space: Ember &amp; Ease.</w:t>
      </w:r>
    </w:p>
    <w:p w:rsidR="00000000" w:rsidDel="00000000" w:rsidP="00000000" w:rsidRDefault="00000000" w:rsidRPr="00000000" w14:paraId="00000059">
      <w:pPr>
        <w:spacing w:after="240" w:before="240" w:line="480" w:lineRule="auto"/>
        <w:rPr/>
      </w:pPr>
      <w:r w:rsidDel="00000000" w:rsidR="00000000" w:rsidRPr="00000000">
        <w:rPr>
          <w:rtl w:val="0"/>
        </w:rPr>
        <w:t xml:space="preserve">This book is for every therapist, healer, coach, or caretaker who’s ever felt like they were “too much” — too tender, too intuitive, too human. It’s a love letter to the quiet strength of empaths and introverts, to the power of feeling deeply in a profession that too often encourages us to detach.</w:t>
      </w:r>
    </w:p>
    <w:p w:rsidR="00000000" w:rsidDel="00000000" w:rsidP="00000000" w:rsidRDefault="00000000" w:rsidRPr="00000000" w14:paraId="0000005A">
      <w:pPr>
        <w:spacing w:after="240" w:before="240" w:line="480" w:lineRule="auto"/>
        <w:rPr/>
      </w:pPr>
      <w:r w:rsidDel="00000000" w:rsidR="00000000" w:rsidRPr="00000000">
        <w:rPr>
          <w:rtl w:val="0"/>
        </w:rPr>
        <w:t xml:space="preserve">Through these pages, I’ll share the tools, practices, and insights that have carried me — and that I now share with clients and colleagues. Some of it is clinical, some of it is spiritual, and some of it is just plain real. Loving-kindness and genuineness are my compass points. They’ve guided me through pain, connection, healing, and truth. They’ve made me lose sleep and lose jobs — but they’ve never made me lose myself.</w:t>
      </w:r>
    </w:p>
    <w:p w:rsidR="00000000" w:rsidDel="00000000" w:rsidP="00000000" w:rsidRDefault="00000000" w:rsidRPr="00000000" w14:paraId="0000005B">
      <w:pPr>
        <w:spacing w:after="240" w:before="240" w:line="480" w:lineRule="auto"/>
        <w:rPr/>
      </w:pPr>
      <w:r w:rsidDel="00000000" w:rsidR="00000000" w:rsidRPr="00000000">
        <w:rPr>
          <w:rtl w:val="0"/>
        </w:rPr>
        <w:t xml:space="preserve">“Only in the darkness did I see my light.”</w:t>
      </w:r>
    </w:p>
    <w:p w:rsidR="00000000" w:rsidDel="00000000" w:rsidP="00000000" w:rsidRDefault="00000000" w:rsidRPr="00000000" w14:paraId="0000005C">
      <w:pPr>
        <w:spacing w:after="240" w:before="240" w:line="480" w:lineRule="auto"/>
        <w:rPr/>
      </w:pPr>
      <w:r w:rsidDel="00000000" w:rsidR="00000000" w:rsidRPr="00000000">
        <w:rPr>
          <w:rtl w:val="0"/>
        </w:rPr>
        <w:t xml:space="preserve">— C. Schroedel</w:t>
      </w:r>
    </w:p>
    <w:p w:rsidR="00000000" w:rsidDel="00000000" w:rsidP="00000000" w:rsidRDefault="00000000" w:rsidRPr="00000000" w14:paraId="0000005D">
      <w:pPr>
        <w:spacing w:after="240" w:before="240" w:line="480" w:lineRule="auto"/>
        <w:rPr/>
      </w:pPr>
      <w:r w:rsidDel="00000000" w:rsidR="00000000" w:rsidRPr="00000000">
        <w:rPr>
          <w:rtl w:val="0"/>
        </w:rPr>
        <w:t xml:space="preserve">If you’re here, reading this, I already know one thing: you care deeply. You’re trying to show up for others without disappearing yourself.</w:t>
      </w:r>
    </w:p>
    <w:p w:rsidR="00000000" w:rsidDel="00000000" w:rsidP="00000000" w:rsidRDefault="00000000" w:rsidRPr="00000000" w14:paraId="0000005E">
      <w:pPr>
        <w:spacing w:after="240" w:before="240" w:line="480" w:lineRule="auto"/>
        <w:rPr/>
      </w:pPr>
      <w:r w:rsidDel="00000000" w:rsidR="00000000" w:rsidRPr="00000000">
        <w:rPr>
          <w:rtl w:val="0"/>
        </w:rPr>
        <w:t xml:space="preserve">Welcome. You belong here.</w:t>
      </w:r>
    </w:p>
    <w:p w:rsidR="00000000" w:rsidDel="00000000" w:rsidP="00000000" w:rsidRDefault="00000000" w:rsidRPr="00000000" w14:paraId="0000005F">
      <w:pPr>
        <w:spacing w:after="240" w:before="240" w:line="480" w:lineRule="auto"/>
        <w:rPr>
          <w:b w:val="1"/>
        </w:rPr>
      </w:pPr>
      <w:r w:rsidDel="00000000" w:rsidR="00000000" w:rsidRPr="00000000">
        <w:rPr>
          <w:b w:val="1"/>
          <w:rtl w:val="0"/>
        </w:rPr>
        <w:t xml:space="preserve">Chapter 1: The Empath’s Heart — Navigating the Emotional Terrain</w:t>
      </w:r>
    </w:p>
    <w:p w:rsidR="00000000" w:rsidDel="00000000" w:rsidP="00000000" w:rsidRDefault="00000000" w:rsidRPr="00000000" w14:paraId="00000060">
      <w:pPr>
        <w:spacing w:after="240" w:before="240" w:line="480" w:lineRule="auto"/>
        <w:rPr/>
      </w:pPr>
      <w:r w:rsidDel="00000000" w:rsidR="00000000" w:rsidRPr="00000000">
        <w:rPr>
          <w:rtl w:val="0"/>
        </w:rPr>
        <w:t xml:space="preserve">Empathy is not just something we do — it’s something we are. For clinicians like us, empathy is both our gift and our edge. It’s how we sit with clients in their rawest moments and say, “You’re not alone.” But the same sensitivity that allows us to hold space for others can also leave us overwhelmed, underboundaried, and aching for air.</w:t>
      </w:r>
    </w:p>
    <w:p w:rsidR="00000000" w:rsidDel="00000000" w:rsidP="00000000" w:rsidRDefault="00000000" w:rsidRPr="00000000" w14:paraId="00000061">
      <w:pPr>
        <w:spacing w:after="240" w:before="240" w:line="480" w:lineRule="auto"/>
        <w:rPr/>
      </w:pPr>
      <w:r w:rsidDel="00000000" w:rsidR="00000000" w:rsidRPr="00000000">
        <w:rPr>
          <w:rtl w:val="0"/>
        </w:rPr>
        <w:t xml:space="preserve">As empaths and clinicians, we don’t just witness pain — we feel it. We carry it in our bodies, in our dreams, in the moments after the session ends and the room goes quiet. We worry. We wonder if we did enough. And sometimes, we lose pieces of ourselves in the process of caring for everyone else.</w:t>
      </w:r>
    </w:p>
    <w:p w:rsidR="00000000" w:rsidDel="00000000" w:rsidP="00000000" w:rsidRDefault="00000000" w:rsidRPr="00000000" w14:paraId="00000062">
      <w:pPr>
        <w:spacing w:after="240" w:before="240" w:line="480" w:lineRule="auto"/>
        <w:rPr/>
      </w:pPr>
      <w:r w:rsidDel="00000000" w:rsidR="00000000" w:rsidRPr="00000000">
        <w:rPr>
          <w:rtl w:val="0"/>
        </w:rPr>
        <w:t xml:space="preserve">For years, I thought this made me a better helper. I didn’t yet understand that I was burning out — not because I wasn’t strong enough, but because I didn’t know how to protect the sacred part of myself that feels everything.</w:t>
      </w:r>
    </w:p>
    <w:p w:rsidR="00000000" w:rsidDel="00000000" w:rsidP="00000000" w:rsidRDefault="00000000" w:rsidRPr="00000000" w14:paraId="00000063">
      <w:pPr>
        <w:spacing w:after="240" w:before="240" w:line="480" w:lineRule="auto"/>
        <w:rPr/>
      </w:pPr>
      <w:r w:rsidDel="00000000" w:rsidR="00000000" w:rsidRPr="00000000">
        <w:rPr>
          <w:rtl w:val="0"/>
        </w:rPr>
        <w:t xml:space="preserve">This chapter explores how to shift from empathic overidentification to embodied presence, offering grounding tools, nervous system awareness, and rituals that help you stay rooted in your own truth while still holding deep space for others.</w:t>
      </w:r>
    </w:p>
    <w:p w:rsidR="00000000" w:rsidDel="00000000" w:rsidP="00000000" w:rsidRDefault="00000000" w:rsidRPr="00000000" w14:paraId="00000064">
      <w:pPr>
        <w:spacing w:after="240" w:before="240" w:line="480" w:lineRule="auto"/>
        <w:rPr/>
      </w:pPr>
      <w:r w:rsidDel="00000000" w:rsidR="00000000" w:rsidRPr="00000000">
        <w:rPr>
          <w:rtl w:val="0"/>
        </w:rPr>
        <w:t xml:space="preserve">Feeling Everything: The Double-Edged Sword of Empathic Clinicians</w:t>
      </w:r>
    </w:p>
    <w:p w:rsidR="00000000" w:rsidDel="00000000" w:rsidP="00000000" w:rsidRDefault="00000000" w:rsidRPr="00000000" w14:paraId="00000065">
      <w:pPr>
        <w:spacing w:after="240" w:before="240" w:line="480" w:lineRule="auto"/>
        <w:rPr/>
      </w:pPr>
      <w:r w:rsidDel="00000000" w:rsidR="00000000" w:rsidRPr="00000000">
        <w:rPr>
          <w:rtl w:val="0"/>
        </w:rPr>
        <w:t xml:space="preserve">Empathy, in its healthiest form, is a bridge — not a burden. But for many of us, it becomes a trap. We over-identify. We absorb. We internalize. And we do it because we care deeply.</w:t>
      </w:r>
    </w:p>
    <w:p w:rsidR="00000000" w:rsidDel="00000000" w:rsidP="00000000" w:rsidRDefault="00000000" w:rsidRPr="00000000" w14:paraId="00000066">
      <w:pPr>
        <w:spacing w:after="240" w:before="240" w:line="480" w:lineRule="auto"/>
        <w:rPr/>
      </w:pPr>
      <w:r w:rsidDel="00000000" w:rsidR="00000000" w:rsidRPr="00000000">
        <w:rPr>
          <w:rtl w:val="0"/>
        </w:rPr>
        <w:t xml:space="preserve">Research has shown that unregulated empathy can lead to compassion fatigue and secondary trauma (Figley, 1995). We think we’re just being good therapists — but in reality, we may be overextending in ways that are unsustainable.</w:t>
      </w:r>
    </w:p>
    <w:p w:rsidR="00000000" w:rsidDel="00000000" w:rsidP="00000000" w:rsidRDefault="00000000" w:rsidRPr="00000000" w14:paraId="00000067">
      <w:pPr>
        <w:spacing w:after="240" w:before="240" w:line="480" w:lineRule="auto"/>
        <w:rPr/>
      </w:pPr>
      <w:r w:rsidDel="00000000" w:rsidR="00000000" w:rsidRPr="00000000">
        <w:rPr>
          <w:rtl w:val="0"/>
        </w:rPr>
        <w:t xml:space="preserve">I didn’t have the language early on for what I now understand as empathic enmeshment — when the boundary between your pain and someone else’s blurs. I thought that to be a good clinician meant to hold everyone’s pain like it was my own. But healing doesn’t work that way. And neither does longevity in this field.</w:t>
      </w:r>
    </w:p>
    <w:p w:rsidR="00000000" w:rsidDel="00000000" w:rsidP="00000000" w:rsidRDefault="00000000" w:rsidRPr="00000000" w14:paraId="00000068">
      <w:pPr>
        <w:spacing w:after="240" w:before="240" w:line="480" w:lineRule="auto"/>
        <w:rPr/>
      </w:pPr>
      <w:r w:rsidDel="00000000" w:rsidR="00000000" w:rsidRPr="00000000">
        <w:rPr>
          <w:rtl w:val="0"/>
        </w:rPr>
        <w:t xml:space="preserve">The Heart is Not a Sponge — It’s a Drum</w:t>
      </w:r>
    </w:p>
    <w:p w:rsidR="00000000" w:rsidDel="00000000" w:rsidP="00000000" w:rsidRDefault="00000000" w:rsidRPr="00000000" w14:paraId="00000069">
      <w:pPr>
        <w:spacing w:after="240" w:before="240" w:line="480" w:lineRule="auto"/>
        <w:rPr/>
      </w:pPr>
      <w:r w:rsidDel="00000000" w:rsidR="00000000" w:rsidRPr="00000000">
        <w:rPr>
          <w:rtl w:val="0"/>
        </w:rPr>
        <w:t xml:space="preserve">You are not here to absorb.</w:t>
      </w:r>
    </w:p>
    <w:p w:rsidR="00000000" w:rsidDel="00000000" w:rsidP="00000000" w:rsidRDefault="00000000" w:rsidRPr="00000000" w14:paraId="0000006A">
      <w:pPr>
        <w:spacing w:after="240" w:before="240" w:line="480" w:lineRule="auto"/>
        <w:rPr/>
      </w:pPr>
      <w:r w:rsidDel="00000000" w:rsidR="00000000" w:rsidRPr="00000000">
        <w:rPr>
          <w:rtl w:val="0"/>
        </w:rPr>
        <w:t xml:space="preserve">You are here to resonate.</w:t>
      </w:r>
    </w:p>
    <w:p w:rsidR="00000000" w:rsidDel="00000000" w:rsidP="00000000" w:rsidRDefault="00000000" w:rsidRPr="00000000" w14:paraId="0000006B">
      <w:pPr>
        <w:spacing w:after="240" w:before="240" w:line="480" w:lineRule="auto"/>
        <w:rPr/>
      </w:pPr>
      <w:r w:rsidDel="00000000" w:rsidR="00000000" w:rsidRPr="00000000">
        <w:rPr>
          <w:rtl w:val="0"/>
        </w:rPr>
        <w:t xml:space="preserve">That’s something I had to learn the hard way. Your heart doesn’t need to soak up every emotion in the room. It’s allowed to echo it. To vibrate with understanding. And then to release it back into the earth, like the steady beat of a drum.</w:t>
      </w:r>
    </w:p>
    <w:p w:rsidR="00000000" w:rsidDel="00000000" w:rsidP="00000000" w:rsidRDefault="00000000" w:rsidRPr="00000000" w14:paraId="0000006C">
      <w:pPr>
        <w:spacing w:after="240" w:before="240" w:line="480" w:lineRule="auto"/>
        <w:rPr/>
      </w:pPr>
      <w:r w:rsidDel="00000000" w:rsidR="00000000" w:rsidRPr="00000000">
        <w:rPr>
          <w:rtl w:val="0"/>
        </w:rPr>
        <w:t xml:space="preserve">This chapter is about helping you reclaim that distinction — between carrying and feeling with. It’s about learning the difference between empathy and embodiment. Between compassion and over-responsibility.</w:t>
      </w:r>
    </w:p>
    <w:p w:rsidR="00000000" w:rsidDel="00000000" w:rsidP="00000000" w:rsidRDefault="00000000" w:rsidRPr="00000000" w14:paraId="0000006D">
      <w:pPr>
        <w:spacing w:after="240" w:before="240" w:line="480" w:lineRule="auto"/>
        <w:rPr>
          <w:b w:val="1"/>
        </w:rPr>
      </w:pPr>
      <w:r w:rsidDel="00000000" w:rsidR="00000000" w:rsidRPr="00000000">
        <w:rPr>
          <w:b w:val="1"/>
          <w:rtl w:val="0"/>
        </w:rPr>
        <w:t xml:space="preserve">Self-Work Practice: Energetic Boundaries for the Empath</w:t>
      </w:r>
    </w:p>
    <w:p w:rsidR="00000000" w:rsidDel="00000000" w:rsidP="00000000" w:rsidRDefault="00000000" w:rsidRPr="00000000" w14:paraId="0000006E">
      <w:pPr>
        <w:spacing w:after="240" w:before="240" w:line="480" w:lineRule="auto"/>
        <w:rPr/>
      </w:pPr>
      <w:r w:rsidDel="00000000" w:rsidR="00000000" w:rsidRPr="00000000">
        <w:rPr>
          <w:rtl w:val="0"/>
        </w:rPr>
        <w:t xml:space="preserve">This exercise can be used by clinicians and shared with clients alike.</w:t>
      </w:r>
    </w:p>
    <w:p w:rsidR="00000000" w:rsidDel="00000000" w:rsidP="00000000" w:rsidRDefault="00000000" w:rsidRPr="00000000" w14:paraId="0000006F">
      <w:pPr>
        <w:spacing w:after="240" w:before="240" w:line="480" w:lineRule="auto"/>
        <w:rPr>
          <w:b w:val="1"/>
        </w:rPr>
      </w:pPr>
      <w:r w:rsidDel="00000000" w:rsidR="00000000" w:rsidRPr="00000000">
        <w:rPr>
          <w:b w:val="1"/>
          <w:rtl w:val="0"/>
        </w:rPr>
        <w:t xml:space="preserve">The Light Cloak Visualization</w:t>
      </w:r>
    </w:p>
    <w:p w:rsidR="00000000" w:rsidDel="00000000" w:rsidP="00000000" w:rsidRDefault="00000000" w:rsidRPr="00000000" w14:paraId="00000070">
      <w:pPr>
        <w:spacing w:after="240" w:before="240" w:line="480" w:lineRule="auto"/>
        <w:rPr/>
      </w:pPr>
      <w:r w:rsidDel="00000000" w:rsidR="00000000" w:rsidRPr="00000000">
        <w:rPr>
          <w:rtl w:val="0"/>
        </w:rPr>
        <w:t xml:space="preserve">Sit or stand with both feet on the ground.</w:t>
      </w:r>
    </w:p>
    <w:p w:rsidR="00000000" w:rsidDel="00000000" w:rsidP="00000000" w:rsidRDefault="00000000" w:rsidRPr="00000000" w14:paraId="00000071">
      <w:pPr>
        <w:spacing w:after="240" w:before="240" w:line="480" w:lineRule="auto"/>
        <w:rPr/>
      </w:pPr>
      <w:r w:rsidDel="00000000" w:rsidR="00000000" w:rsidRPr="00000000">
        <w:rPr>
          <w:rtl w:val="0"/>
        </w:rPr>
        <w:t xml:space="preserve">Close your eyes and imagine a soft, glowing light beginning to form above your head.</w:t>
      </w:r>
    </w:p>
    <w:p w:rsidR="00000000" w:rsidDel="00000000" w:rsidP="00000000" w:rsidRDefault="00000000" w:rsidRPr="00000000" w14:paraId="00000072">
      <w:pPr>
        <w:spacing w:after="240" w:before="240" w:line="480" w:lineRule="auto"/>
        <w:rPr/>
      </w:pPr>
      <w:r w:rsidDel="00000000" w:rsidR="00000000" w:rsidRPr="00000000">
        <w:rPr>
          <w:rtl w:val="0"/>
        </w:rPr>
        <w:t xml:space="preserve">Let it slowly pour over your body, wrapping you in a translucent, protective cloak.</w:t>
      </w:r>
    </w:p>
    <w:p w:rsidR="00000000" w:rsidDel="00000000" w:rsidP="00000000" w:rsidRDefault="00000000" w:rsidRPr="00000000" w14:paraId="00000073">
      <w:pPr>
        <w:spacing w:after="240" w:before="240" w:line="480" w:lineRule="auto"/>
        <w:rPr/>
      </w:pPr>
      <w:r w:rsidDel="00000000" w:rsidR="00000000" w:rsidRPr="00000000">
        <w:rPr>
          <w:rtl w:val="0"/>
        </w:rPr>
        <w:t xml:space="preserve">This light doesn’t block love or connection — it filters out what doesn’t belong to you.</w:t>
      </w:r>
    </w:p>
    <w:p w:rsidR="00000000" w:rsidDel="00000000" w:rsidP="00000000" w:rsidRDefault="00000000" w:rsidRPr="00000000" w14:paraId="00000074">
      <w:pPr>
        <w:spacing w:after="240" w:before="240" w:line="480" w:lineRule="auto"/>
        <w:rPr/>
      </w:pPr>
      <w:r w:rsidDel="00000000" w:rsidR="00000000" w:rsidRPr="00000000">
        <w:rPr>
          <w:rtl w:val="0"/>
        </w:rPr>
        <w:t xml:space="preserve">Breathe deeply and repeat:</w:t>
      </w:r>
    </w:p>
    <w:p w:rsidR="00000000" w:rsidDel="00000000" w:rsidP="00000000" w:rsidRDefault="00000000" w:rsidRPr="00000000" w14:paraId="00000075">
      <w:pPr>
        <w:spacing w:after="240" w:before="240" w:line="480" w:lineRule="auto"/>
        <w:rPr/>
      </w:pPr>
      <w:r w:rsidDel="00000000" w:rsidR="00000000" w:rsidRPr="00000000">
        <w:rPr>
          <w:rtl w:val="0"/>
        </w:rPr>
        <w:t xml:space="preserve">“I am open to connection, not to carrying. I am a witness, not a vessel.”</w:t>
      </w:r>
    </w:p>
    <w:p w:rsidR="00000000" w:rsidDel="00000000" w:rsidP="00000000" w:rsidRDefault="00000000" w:rsidRPr="00000000" w14:paraId="00000076">
      <w:pPr>
        <w:spacing w:after="240" w:before="240" w:line="480" w:lineRule="auto"/>
        <w:rPr/>
      </w:pPr>
      <w:r w:rsidDel="00000000" w:rsidR="00000000" w:rsidRPr="00000000">
        <w:rPr>
          <w:rtl w:val="0"/>
        </w:rPr>
        <w:t xml:space="preserve">Use this before and after sessions — especially when working with clients in crisis or high emotional activation.</w:t>
      </w:r>
    </w:p>
    <w:p w:rsidR="00000000" w:rsidDel="00000000" w:rsidP="00000000" w:rsidRDefault="00000000" w:rsidRPr="00000000" w14:paraId="00000077">
      <w:pPr>
        <w:spacing w:after="240" w:before="240" w:line="480" w:lineRule="auto"/>
        <w:rPr/>
      </w:pPr>
      <w:r w:rsidDel="00000000" w:rsidR="00000000" w:rsidRPr="00000000">
        <w:rPr>
          <w:rtl w:val="0"/>
        </w:rPr>
        <w:t xml:space="preserve">Journal Reflection</w:t>
      </w:r>
    </w:p>
    <w:p w:rsidR="00000000" w:rsidDel="00000000" w:rsidP="00000000" w:rsidRDefault="00000000" w:rsidRPr="00000000" w14:paraId="00000078">
      <w:pPr>
        <w:spacing w:after="240" w:before="240" w:line="480" w:lineRule="auto"/>
        <w:rPr/>
      </w:pPr>
      <w:r w:rsidDel="00000000" w:rsidR="00000000" w:rsidRPr="00000000">
        <w:rPr>
          <w:rtl w:val="0"/>
        </w:rPr>
        <w:t xml:space="preserve">Where in your life or work do you tend to absorb the emotions of others?</w:t>
      </w:r>
    </w:p>
    <w:p w:rsidR="00000000" w:rsidDel="00000000" w:rsidP="00000000" w:rsidRDefault="00000000" w:rsidRPr="00000000" w14:paraId="00000079">
      <w:pPr>
        <w:spacing w:after="240" w:before="240" w:line="480" w:lineRule="auto"/>
        <w:rPr/>
      </w:pPr>
      <w:r w:rsidDel="00000000" w:rsidR="00000000" w:rsidRPr="00000000">
        <w:rPr>
          <w:rtl w:val="0"/>
        </w:rPr>
        <w:t xml:space="preserve">How do you know when you’re over-identifying instead of witnessing?</w:t>
      </w:r>
    </w:p>
    <w:p w:rsidR="00000000" w:rsidDel="00000000" w:rsidP="00000000" w:rsidRDefault="00000000" w:rsidRPr="00000000" w14:paraId="0000007A">
      <w:pPr>
        <w:spacing w:after="240" w:before="240" w:line="480" w:lineRule="auto"/>
        <w:rPr/>
      </w:pPr>
      <w:r w:rsidDel="00000000" w:rsidR="00000000" w:rsidRPr="00000000">
        <w:rPr>
          <w:rtl w:val="0"/>
        </w:rPr>
        <w:t xml:space="preserve">What does it feel like when your empathy becomes unsustainable?</w:t>
      </w:r>
    </w:p>
    <w:p w:rsidR="00000000" w:rsidDel="00000000" w:rsidP="00000000" w:rsidRDefault="00000000" w:rsidRPr="00000000" w14:paraId="0000007B">
      <w:pPr>
        <w:spacing w:after="240" w:before="240" w:line="480" w:lineRule="auto"/>
        <w:rPr/>
      </w:pPr>
      <w:r w:rsidDel="00000000" w:rsidR="00000000" w:rsidRPr="00000000">
        <w:rPr>
          <w:rtl w:val="0"/>
        </w:rPr>
        <w:t xml:space="preserve">What boundaries — emotional, energetic, or spiritual — are you ready to set?</w:t>
      </w:r>
    </w:p>
    <w:p w:rsidR="00000000" w:rsidDel="00000000" w:rsidP="00000000" w:rsidRDefault="00000000" w:rsidRPr="00000000" w14:paraId="0000007C">
      <w:pPr>
        <w:spacing w:after="240" w:before="240" w:line="480" w:lineRule="auto"/>
        <w:rPr>
          <w:b w:val="1"/>
        </w:rPr>
      </w:pPr>
      <w:r w:rsidDel="00000000" w:rsidR="00000000" w:rsidRPr="00000000">
        <w:rPr>
          <w:b w:val="1"/>
          <w:rtl w:val="0"/>
        </w:rPr>
        <w:t xml:space="preserve">When the Body Knows Before the Mind</w:t>
      </w:r>
    </w:p>
    <w:p w:rsidR="00000000" w:rsidDel="00000000" w:rsidP="00000000" w:rsidRDefault="00000000" w:rsidRPr="00000000" w14:paraId="0000007D">
      <w:pPr>
        <w:spacing w:after="240" w:before="240" w:line="480" w:lineRule="auto"/>
        <w:rPr/>
      </w:pPr>
      <w:r w:rsidDel="00000000" w:rsidR="00000000" w:rsidRPr="00000000">
        <w:rPr>
          <w:rtl w:val="0"/>
        </w:rPr>
        <w:t xml:space="preserve">One of the things I’ve learned about being an empathic clinician is that your body often feels what your mind hasn’t yet named. You walk into a room and suddenly feel heavy, anxious, or sad — and it’s not yours. It belongs to the space. To the person across from you. To the lingering echoes of trauma in the air. This is the reality of being an intuitive, body-aware helper: your nervous system is always listening.</w:t>
      </w:r>
    </w:p>
    <w:p w:rsidR="00000000" w:rsidDel="00000000" w:rsidP="00000000" w:rsidRDefault="00000000" w:rsidRPr="00000000" w14:paraId="0000007E">
      <w:pPr>
        <w:spacing w:after="240" w:before="240" w:line="480" w:lineRule="auto"/>
        <w:rPr/>
      </w:pPr>
      <w:r w:rsidDel="00000000" w:rsidR="00000000" w:rsidRPr="00000000">
        <w:rPr>
          <w:rtl w:val="0"/>
        </w:rPr>
        <w:t xml:space="preserve">According to Porges’ Polyvagal Theory (2011), our autonomic nervous system is constantly scanning for cues of safety or danger — a process called “neuroception.” For empaths, this scanning mechanism often works on overdrive. We pick up subtle shifts in tone, facial expression, even posture. Our bodies respond before our brains can catch up. This can be powerful in clinical work — but it’s also exhausting. Especially when we aren’t taught how to regulate and reset.</w:t>
      </w:r>
    </w:p>
    <w:p w:rsidR="00000000" w:rsidDel="00000000" w:rsidP="00000000" w:rsidRDefault="00000000" w:rsidRPr="00000000" w14:paraId="0000007F">
      <w:pPr>
        <w:spacing w:after="240" w:before="240" w:line="480" w:lineRule="auto"/>
        <w:rPr/>
      </w:pPr>
      <w:r w:rsidDel="00000000" w:rsidR="00000000" w:rsidRPr="00000000">
        <w:rPr>
          <w:rtl w:val="0"/>
        </w:rPr>
        <w:t xml:space="preserve">Embodiment Over Overwhelm</w:t>
      </w:r>
    </w:p>
    <w:p w:rsidR="00000000" w:rsidDel="00000000" w:rsidP="00000000" w:rsidRDefault="00000000" w:rsidRPr="00000000" w14:paraId="00000080">
      <w:pPr>
        <w:spacing w:after="240" w:before="240" w:line="480" w:lineRule="auto"/>
        <w:rPr/>
      </w:pPr>
      <w:r w:rsidDel="00000000" w:rsidR="00000000" w:rsidRPr="00000000">
        <w:rPr>
          <w:rtl w:val="0"/>
        </w:rPr>
        <w:t xml:space="preserve">The antidote to empathic overload isn’t detachment — it’s embodiment.</w:t>
      </w:r>
    </w:p>
    <w:p w:rsidR="00000000" w:rsidDel="00000000" w:rsidP="00000000" w:rsidRDefault="00000000" w:rsidRPr="00000000" w14:paraId="00000081">
      <w:pPr>
        <w:spacing w:after="240" w:before="240" w:line="480" w:lineRule="auto"/>
        <w:rPr/>
      </w:pPr>
      <w:r w:rsidDel="00000000" w:rsidR="00000000" w:rsidRPr="00000000">
        <w:rPr>
          <w:rtl w:val="0"/>
        </w:rPr>
        <w:t xml:space="preserve">Embodiment means being in your body with awareness and intention. It means staying rooted in your own experience, even when you’re attuned to someone else’s. It allows us to show up fully, without losing ourselves.</w:t>
      </w:r>
    </w:p>
    <w:p w:rsidR="00000000" w:rsidDel="00000000" w:rsidP="00000000" w:rsidRDefault="00000000" w:rsidRPr="00000000" w14:paraId="00000082">
      <w:pPr>
        <w:spacing w:after="240" w:before="240" w:line="480" w:lineRule="auto"/>
        <w:rPr/>
      </w:pPr>
      <w:r w:rsidDel="00000000" w:rsidR="00000000" w:rsidRPr="00000000">
        <w:rPr>
          <w:rtl w:val="0"/>
        </w:rPr>
        <w:t xml:space="preserve">“Empathy requires boundaries. Compassion requires embodiment.”</w:t>
      </w:r>
    </w:p>
    <w:p w:rsidR="00000000" w:rsidDel="00000000" w:rsidP="00000000" w:rsidRDefault="00000000" w:rsidRPr="00000000" w14:paraId="00000083">
      <w:pPr>
        <w:spacing w:after="240" w:before="240" w:line="480" w:lineRule="auto"/>
        <w:rPr/>
      </w:pPr>
      <w:r w:rsidDel="00000000" w:rsidR="00000000" w:rsidRPr="00000000">
        <w:rPr>
          <w:rtl w:val="0"/>
        </w:rPr>
        <w:t xml:space="preserve">— Resmaa Menakem, My Grandmother's Hands (2017)</w:t>
      </w:r>
    </w:p>
    <w:p w:rsidR="00000000" w:rsidDel="00000000" w:rsidP="00000000" w:rsidRDefault="00000000" w:rsidRPr="00000000" w14:paraId="00000084">
      <w:pPr>
        <w:spacing w:after="240" w:before="240" w:line="480" w:lineRule="auto"/>
        <w:rPr/>
      </w:pPr>
      <w:r w:rsidDel="00000000" w:rsidR="00000000" w:rsidRPr="00000000">
        <w:rPr>
          <w:rtl w:val="0"/>
        </w:rPr>
        <w:t xml:space="preserve">When I started working more somatically — through breath, grounding, and movement — I realized that I didn’t have to constantly brace myself. I could feel, connect, and remain centered.</w:t>
      </w:r>
    </w:p>
    <w:p w:rsidR="00000000" w:rsidDel="00000000" w:rsidP="00000000" w:rsidRDefault="00000000" w:rsidRPr="00000000" w14:paraId="00000085">
      <w:pPr>
        <w:spacing w:after="240" w:before="240" w:line="480" w:lineRule="auto"/>
        <w:rPr/>
      </w:pPr>
      <w:r w:rsidDel="00000000" w:rsidR="00000000" w:rsidRPr="00000000">
        <w:rPr>
          <w:rtl w:val="0"/>
        </w:rPr>
        <w:t xml:space="preserve">Embodied Practices for Clinicians</w:t>
      </w:r>
    </w:p>
    <w:p w:rsidR="00000000" w:rsidDel="00000000" w:rsidP="00000000" w:rsidRDefault="00000000" w:rsidRPr="00000000" w14:paraId="00000086">
      <w:pPr>
        <w:spacing w:after="240" w:before="240" w:line="480" w:lineRule="auto"/>
        <w:rPr/>
      </w:pPr>
      <w:r w:rsidDel="00000000" w:rsidR="00000000" w:rsidRPr="00000000">
        <w:rPr>
          <w:rtl w:val="0"/>
        </w:rPr>
        <w:t xml:space="preserve">Try incorporating these grounding rituals before and after sessions:</w:t>
      </w:r>
    </w:p>
    <w:p w:rsidR="00000000" w:rsidDel="00000000" w:rsidP="00000000" w:rsidRDefault="00000000" w:rsidRPr="00000000" w14:paraId="00000087">
      <w:pPr>
        <w:spacing w:after="240" w:before="240" w:line="480" w:lineRule="auto"/>
        <w:rPr/>
      </w:pPr>
      <w:r w:rsidDel="00000000" w:rsidR="00000000" w:rsidRPr="00000000">
        <w:rPr>
          <w:rtl w:val="0"/>
        </w:rPr>
        <w:t xml:space="preserve">1. Sensory Grounding Check-In (2–3 minutes)</w:t>
      </w:r>
    </w:p>
    <w:p w:rsidR="00000000" w:rsidDel="00000000" w:rsidP="00000000" w:rsidRDefault="00000000" w:rsidRPr="00000000" w14:paraId="00000088">
      <w:pPr>
        <w:spacing w:after="240" w:before="240" w:line="480" w:lineRule="auto"/>
        <w:rPr/>
      </w:pPr>
      <w:r w:rsidDel="00000000" w:rsidR="00000000" w:rsidRPr="00000000">
        <w:rPr>
          <w:rtl w:val="0"/>
        </w:rPr>
        <w:t xml:space="preserve">A simple way to return to the body and the present moment.</w:t>
      </w:r>
    </w:p>
    <w:p w:rsidR="00000000" w:rsidDel="00000000" w:rsidP="00000000" w:rsidRDefault="00000000" w:rsidRPr="00000000" w14:paraId="00000089">
      <w:pPr>
        <w:spacing w:after="240" w:before="240" w:line="480" w:lineRule="auto"/>
        <w:rPr/>
      </w:pPr>
      <w:r w:rsidDel="00000000" w:rsidR="00000000" w:rsidRPr="00000000">
        <w:rPr>
          <w:rtl w:val="0"/>
        </w:rPr>
        <w:t xml:space="preserve">5 things you can see</w:t>
      </w:r>
    </w:p>
    <w:p w:rsidR="00000000" w:rsidDel="00000000" w:rsidP="00000000" w:rsidRDefault="00000000" w:rsidRPr="00000000" w14:paraId="0000008A">
      <w:pPr>
        <w:spacing w:after="240" w:before="240" w:line="480" w:lineRule="auto"/>
        <w:rPr/>
      </w:pPr>
      <w:r w:rsidDel="00000000" w:rsidR="00000000" w:rsidRPr="00000000">
        <w:rPr>
          <w:rtl w:val="0"/>
        </w:rPr>
        <w:t xml:space="preserve">4 things you can touch</w:t>
      </w:r>
    </w:p>
    <w:p w:rsidR="00000000" w:rsidDel="00000000" w:rsidP="00000000" w:rsidRDefault="00000000" w:rsidRPr="00000000" w14:paraId="0000008B">
      <w:pPr>
        <w:spacing w:after="240" w:before="240" w:line="480" w:lineRule="auto"/>
        <w:rPr/>
      </w:pPr>
      <w:r w:rsidDel="00000000" w:rsidR="00000000" w:rsidRPr="00000000">
        <w:rPr>
          <w:rtl w:val="0"/>
        </w:rPr>
        <w:t xml:space="preserve">3 things you can hear</w:t>
      </w:r>
    </w:p>
    <w:p w:rsidR="00000000" w:rsidDel="00000000" w:rsidP="00000000" w:rsidRDefault="00000000" w:rsidRPr="00000000" w14:paraId="0000008C">
      <w:pPr>
        <w:spacing w:after="240" w:before="240" w:line="480" w:lineRule="auto"/>
        <w:rPr/>
      </w:pPr>
      <w:r w:rsidDel="00000000" w:rsidR="00000000" w:rsidRPr="00000000">
        <w:rPr>
          <w:rtl w:val="0"/>
        </w:rPr>
        <w:t xml:space="preserve">2 things you can smell</w:t>
      </w:r>
    </w:p>
    <w:p w:rsidR="00000000" w:rsidDel="00000000" w:rsidP="00000000" w:rsidRDefault="00000000" w:rsidRPr="00000000" w14:paraId="0000008D">
      <w:pPr>
        <w:spacing w:after="240" w:before="240" w:line="480" w:lineRule="auto"/>
        <w:rPr/>
      </w:pPr>
      <w:r w:rsidDel="00000000" w:rsidR="00000000" w:rsidRPr="00000000">
        <w:rPr>
          <w:rtl w:val="0"/>
        </w:rPr>
        <w:t xml:space="preserve">1 thing you can taste</w:t>
      </w:r>
    </w:p>
    <w:p w:rsidR="00000000" w:rsidDel="00000000" w:rsidP="00000000" w:rsidRDefault="00000000" w:rsidRPr="00000000" w14:paraId="0000008E">
      <w:pPr>
        <w:spacing w:after="240" w:before="240" w:line="480" w:lineRule="auto"/>
        <w:rPr/>
      </w:pPr>
      <w:r w:rsidDel="00000000" w:rsidR="00000000" w:rsidRPr="00000000">
        <w:rPr>
          <w:rtl w:val="0"/>
        </w:rPr>
        <w:t xml:space="preserve">This helps shift awareness from emotional reactivity to sensory clarity (Linehan, 2015).</w:t>
      </w:r>
    </w:p>
    <w:p w:rsidR="00000000" w:rsidDel="00000000" w:rsidP="00000000" w:rsidRDefault="00000000" w:rsidRPr="00000000" w14:paraId="0000008F">
      <w:pPr>
        <w:spacing w:after="240" w:before="240" w:line="480" w:lineRule="auto"/>
        <w:rPr/>
      </w:pPr>
      <w:r w:rsidDel="00000000" w:rsidR="00000000" w:rsidRPr="00000000">
        <w:rPr>
          <w:rtl w:val="0"/>
        </w:rPr>
        <w:t xml:space="preserve">2. Somatic Shake-Out</w:t>
      </w:r>
    </w:p>
    <w:p w:rsidR="00000000" w:rsidDel="00000000" w:rsidP="00000000" w:rsidRDefault="00000000" w:rsidRPr="00000000" w14:paraId="00000090">
      <w:pPr>
        <w:spacing w:after="240" w:before="240" w:line="480" w:lineRule="auto"/>
        <w:rPr/>
      </w:pPr>
      <w:r w:rsidDel="00000000" w:rsidR="00000000" w:rsidRPr="00000000">
        <w:rPr>
          <w:rtl w:val="0"/>
        </w:rPr>
        <w:t xml:space="preserve">A practice borrowed from trauma-informed yoga and somatic experiencing:</w:t>
      </w:r>
    </w:p>
    <w:p w:rsidR="00000000" w:rsidDel="00000000" w:rsidP="00000000" w:rsidRDefault="00000000" w:rsidRPr="00000000" w14:paraId="00000091">
      <w:pPr>
        <w:spacing w:after="240" w:before="240" w:line="480" w:lineRule="auto"/>
        <w:rPr/>
      </w:pPr>
      <w:r w:rsidDel="00000000" w:rsidR="00000000" w:rsidRPr="00000000">
        <w:rPr>
          <w:rtl w:val="0"/>
        </w:rPr>
        <w:t xml:space="preserve">Stand up after a session and shake out your arms, legs, spine.</w:t>
      </w:r>
    </w:p>
    <w:p w:rsidR="00000000" w:rsidDel="00000000" w:rsidP="00000000" w:rsidRDefault="00000000" w:rsidRPr="00000000" w14:paraId="00000092">
      <w:pPr>
        <w:spacing w:after="240" w:before="240" w:line="480" w:lineRule="auto"/>
        <w:rPr/>
      </w:pPr>
      <w:r w:rsidDel="00000000" w:rsidR="00000000" w:rsidRPr="00000000">
        <w:rPr>
          <w:rtl w:val="0"/>
        </w:rPr>
        <w:t xml:space="preserve">Add sound — sighing, humming, or gentle vocal release.</w:t>
      </w:r>
    </w:p>
    <w:p w:rsidR="00000000" w:rsidDel="00000000" w:rsidP="00000000" w:rsidRDefault="00000000" w:rsidRPr="00000000" w14:paraId="00000093">
      <w:pPr>
        <w:spacing w:after="240" w:before="240" w:line="480" w:lineRule="auto"/>
        <w:rPr/>
      </w:pPr>
      <w:r w:rsidDel="00000000" w:rsidR="00000000" w:rsidRPr="00000000">
        <w:rPr>
          <w:rtl w:val="0"/>
        </w:rPr>
        <w:t xml:space="preserve">Let the energy move. You’re not “discharging” pain — you’re making room for you again.</w:t>
      </w:r>
    </w:p>
    <w:p w:rsidR="00000000" w:rsidDel="00000000" w:rsidP="00000000" w:rsidRDefault="00000000" w:rsidRPr="00000000" w14:paraId="00000094">
      <w:pPr>
        <w:spacing w:after="240" w:before="240" w:line="480" w:lineRule="auto"/>
        <w:rPr/>
      </w:pPr>
      <w:r w:rsidDel="00000000" w:rsidR="00000000" w:rsidRPr="00000000">
        <w:rPr>
          <w:rtl w:val="0"/>
        </w:rPr>
        <w:t xml:space="preserve">3. Heart + Belly Tap (60 seconds)</w:t>
      </w:r>
    </w:p>
    <w:p w:rsidR="00000000" w:rsidDel="00000000" w:rsidP="00000000" w:rsidRDefault="00000000" w:rsidRPr="00000000" w14:paraId="00000095">
      <w:pPr>
        <w:spacing w:after="240" w:before="240" w:line="480" w:lineRule="auto"/>
        <w:rPr/>
      </w:pPr>
      <w:r w:rsidDel="00000000" w:rsidR="00000000" w:rsidRPr="00000000">
        <w:rPr>
          <w:rtl w:val="0"/>
        </w:rPr>
        <w:t xml:space="preserve">Tap gently over your heart and your low belly with your fingertips. This dual activation can reset your vagus nerve and help re-anchor your energy into your body.</w:t>
      </w:r>
    </w:p>
    <w:p w:rsidR="00000000" w:rsidDel="00000000" w:rsidP="00000000" w:rsidRDefault="00000000" w:rsidRPr="00000000" w14:paraId="00000096">
      <w:pPr>
        <w:spacing w:after="240" w:before="240" w:line="480" w:lineRule="auto"/>
        <w:rPr/>
      </w:pPr>
      <w:r w:rsidDel="00000000" w:rsidR="00000000" w:rsidRPr="00000000">
        <w:rPr>
          <w:rtl w:val="0"/>
        </w:rPr>
        <w:t xml:space="preserve">Repeat quietly:</w:t>
      </w:r>
    </w:p>
    <w:p w:rsidR="00000000" w:rsidDel="00000000" w:rsidP="00000000" w:rsidRDefault="00000000" w:rsidRPr="00000000" w14:paraId="00000097">
      <w:pPr>
        <w:spacing w:after="240" w:before="240" w:line="480" w:lineRule="auto"/>
        <w:rPr/>
      </w:pPr>
      <w:r w:rsidDel="00000000" w:rsidR="00000000" w:rsidRPr="00000000">
        <w:rPr>
          <w:rtl w:val="0"/>
        </w:rPr>
        <w:t xml:space="preserve">“This is mine. I return to myself now.”</w:t>
      </w:r>
    </w:p>
    <w:p w:rsidR="00000000" w:rsidDel="00000000" w:rsidP="00000000" w:rsidRDefault="00000000" w:rsidRPr="00000000" w14:paraId="00000098">
      <w:pPr>
        <w:spacing w:after="240" w:before="240" w:line="480" w:lineRule="auto"/>
        <w:rPr/>
      </w:pPr>
      <w:r w:rsidDel="00000000" w:rsidR="00000000" w:rsidRPr="00000000">
        <w:rPr>
          <w:rtl w:val="0"/>
        </w:rPr>
        <w:t xml:space="preserve">Therapist Note: Empathy Is Not a Treatment Plan</w:t>
      </w:r>
    </w:p>
    <w:p w:rsidR="00000000" w:rsidDel="00000000" w:rsidP="00000000" w:rsidRDefault="00000000" w:rsidRPr="00000000" w14:paraId="00000099">
      <w:pPr>
        <w:spacing w:after="240" w:before="240" w:line="480" w:lineRule="auto"/>
        <w:rPr/>
      </w:pPr>
      <w:r w:rsidDel="00000000" w:rsidR="00000000" w:rsidRPr="00000000">
        <w:rPr>
          <w:rtl w:val="0"/>
        </w:rPr>
        <w:t xml:space="preserve">There’s a difference between being empathic and being effective. Your ability to feel deeply is valuable — but so is your training, your insight, and your intuition. Clients don’t need you to mirror their suffering — they need you to witness it, name it, and hold it without judgment.</w:t>
      </w:r>
    </w:p>
    <w:p w:rsidR="00000000" w:rsidDel="00000000" w:rsidP="00000000" w:rsidRDefault="00000000" w:rsidRPr="00000000" w14:paraId="0000009A">
      <w:pPr>
        <w:spacing w:after="240" w:before="240" w:line="480" w:lineRule="auto"/>
        <w:rPr/>
      </w:pPr>
      <w:r w:rsidDel="00000000" w:rsidR="00000000" w:rsidRPr="00000000">
        <w:rPr>
          <w:rtl w:val="0"/>
        </w:rPr>
        <w:t xml:space="preserve">You don’t need to prove your care by hurting with them.</w:t>
      </w:r>
    </w:p>
    <w:p w:rsidR="00000000" w:rsidDel="00000000" w:rsidP="00000000" w:rsidRDefault="00000000" w:rsidRPr="00000000" w14:paraId="0000009B">
      <w:pPr>
        <w:spacing w:after="240" w:before="240" w:line="480" w:lineRule="auto"/>
        <w:rPr/>
      </w:pPr>
      <w:r w:rsidDel="00000000" w:rsidR="00000000" w:rsidRPr="00000000">
        <w:rPr>
          <w:rtl w:val="0"/>
        </w:rPr>
        <w:t xml:space="preserve">You can love with boundaries.</w:t>
      </w:r>
    </w:p>
    <w:p w:rsidR="00000000" w:rsidDel="00000000" w:rsidP="00000000" w:rsidRDefault="00000000" w:rsidRPr="00000000" w14:paraId="0000009C">
      <w:pPr>
        <w:spacing w:after="240" w:before="240" w:line="480" w:lineRule="auto"/>
        <w:rPr/>
      </w:pPr>
      <w:r w:rsidDel="00000000" w:rsidR="00000000" w:rsidRPr="00000000">
        <w:rPr>
          <w:rtl w:val="0"/>
        </w:rPr>
        <w:t xml:space="preserve">You can care without collapse.</w:t>
      </w:r>
    </w:p>
    <w:p w:rsidR="00000000" w:rsidDel="00000000" w:rsidP="00000000" w:rsidRDefault="00000000" w:rsidRPr="00000000" w14:paraId="0000009D">
      <w:pPr>
        <w:spacing w:after="240" w:before="240" w:line="480" w:lineRule="auto"/>
        <w:rPr/>
      </w:pPr>
      <w:r w:rsidDel="00000000" w:rsidR="00000000" w:rsidRPr="00000000">
        <w:rPr>
          <w:rtl w:val="0"/>
        </w:rPr>
        <w:t xml:space="preserve">Quick Client Tool: Empath vs. Observer Chart</w:t>
      </w:r>
    </w:p>
    <w:p w:rsidR="00000000" w:rsidDel="00000000" w:rsidP="00000000" w:rsidRDefault="00000000" w:rsidRPr="00000000" w14:paraId="0000009E">
      <w:pPr>
        <w:spacing w:after="240" w:before="240" w:line="480" w:lineRule="auto"/>
        <w:rPr/>
      </w:pPr>
      <w:r w:rsidDel="00000000" w:rsidR="00000000" w:rsidRPr="00000000">
        <w:rPr>
          <w:rtl w:val="0"/>
        </w:rPr>
        <w:t xml:space="preserve">Empathic Over-Identification Embodied Observation</w:t>
      </w:r>
    </w:p>
    <w:p w:rsidR="00000000" w:rsidDel="00000000" w:rsidP="00000000" w:rsidRDefault="00000000" w:rsidRPr="00000000" w14:paraId="0000009F">
      <w:pPr>
        <w:spacing w:after="240" w:before="240" w:line="480" w:lineRule="auto"/>
        <w:rPr/>
      </w:pPr>
      <w:r w:rsidDel="00000000" w:rsidR="00000000" w:rsidRPr="00000000">
        <w:rPr>
          <w:rtl w:val="0"/>
        </w:rPr>
        <w:t xml:space="preserve">I feel everything you feel I feel with you, not as you</w:t>
      </w:r>
    </w:p>
    <w:p w:rsidR="00000000" w:rsidDel="00000000" w:rsidP="00000000" w:rsidRDefault="00000000" w:rsidRPr="00000000" w14:paraId="000000A0">
      <w:pPr>
        <w:spacing w:after="240" w:before="240" w:line="480" w:lineRule="auto"/>
        <w:rPr/>
      </w:pPr>
      <w:r w:rsidDel="00000000" w:rsidR="00000000" w:rsidRPr="00000000">
        <w:rPr>
          <w:rtl w:val="0"/>
        </w:rPr>
        <w:t xml:space="preserve">I carry your pain I witness your pain with compassion</w:t>
      </w:r>
    </w:p>
    <w:p w:rsidR="00000000" w:rsidDel="00000000" w:rsidP="00000000" w:rsidRDefault="00000000" w:rsidRPr="00000000" w14:paraId="000000A1">
      <w:pPr>
        <w:spacing w:after="240" w:before="240" w:line="480" w:lineRule="auto"/>
        <w:rPr/>
      </w:pPr>
      <w:r w:rsidDel="00000000" w:rsidR="00000000" w:rsidRPr="00000000">
        <w:rPr>
          <w:rtl w:val="0"/>
        </w:rPr>
        <w:t xml:space="preserve">I lose myself in your story I remain grounded in my role</w:t>
      </w:r>
    </w:p>
    <w:p w:rsidR="00000000" w:rsidDel="00000000" w:rsidP="00000000" w:rsidRDefault="00000000" w:rsidRPr="00000000" w14:paraId="000000A2">
      <w:pPr>
        <w:spacing w:after="240" w:before="240" w:line="480" w:lineRule="auto"/>
        <w:rPr/>
      </w:pPr>
      <w:r w:rsidDel="00000000" w:rsidR="00000000" w:rsidRPr="00000000">
        <w:rPr>
          <w:rtl w:val="0"/>
        </w:rPr>
        <w:t xml:space="preserve">I want to fix this I want to walk with you</w:t>
      </w:r>
    </w:p>
    <w:p w:rsidR="00000000" w:rsidDel="00000000" w:rsidP="00000000" w:rsidRDefault="00000000" w:rsidRPr="00000000" w14:paraId="000000A3">
      <w:pPr>
        <w:spacing w:after="240" w:before="240" w:line="480" w:lineRule="auto"/>
        <w:rPr/>
      </w:pPr>
      <w:r w:rsidDel="00000000" w:rsidR="00000000" w:rsidRPr="00000000">
        <w:rPr>
          <w:rtl w:val="0"/>
        </w:rPr>
        <w:t xml:space="preserve">Use this with clients who are navigating emotional boundaries or codependent tendencies.</w:t>
      </w:r>
    </w:p>
    <w:p w:rsidR="00000000" w:rsidDel="00000000" w:rsidP="00000000" w:rsidRDefault="00000000" w:rsidRPr="00000000" w14:paraId="000000A4">
      <w:pPr>
        <w:spacing w:after="240" w:before="240" w:line="480" w:lineRule="auto"/>
        <w:rPr>
          <w:b w:val="1"/>
        </w:rPr>
      </w:pPr>
      <w:r w:rsidDel="00000000" w:rsidR="00000000" w:rsidRPr="00000000">
        <w:rPr>
          <w:b w:val="1"/>
          <w:rtl w:val="0"/>
        </w:rPr>
        <w:t xml:space="preserve">When I Forgot to Come Home to Myself</w:t>
      </w:r>
    </w:p>
    <w:p w:rsidR="00000000" w:rsidDel="00000000" w:rsidP="00000000" w:rsidRDefault="00000000" w:rsidRPr="00000000" w14:paraId="000000A5">
      <w:pPr>
        <w:spacing w:after="240" w:before="240" w:line="480" w:lineRule="auto"/>
        <w:rPr/>
      </w:pPr>
      <w:r w:rsidDel="00000000" w:rsidR="00000000" w:rsidRPr="00000000">
        <w:rPr>
          <w:rtl w:val="0"/>
        </w:rPr>
        <w:t xml:space="preserve">I remember one client in particular who shattered me — not because of her story, but because it echoed my own.</w:t>
      </w:r>
    </w:p>
    <w:p w:rsidR="00000000" w:rsidDel="00000000" w:rsidP="00000000" w:rsidRDefault="00000000" w:rsidRPr="00000000" w14:paraId="000000A6">
      <w:pPr>
        <w:spacing w:after="240" w:before="240" w:line="480" w:lineRule="auto"/>
        <w:rPr/>
      </w:pPr>
      <w:r w:rsidDel="00000000" w:rsidR="00000000" w:rsidRPr="00000000">
        <w:rPr>
          <w:rtl w:val="0"/>
        </w:rPr>
        <w:t xml:space="preserve">She was navigating a divorce, raising two children with special needs, and managing undiagnosed bipolar disorder. She came into my office every week with eyes full of grief and a voice full of apologies. And I saw myself in her — the old version of me who still believed she had to hold it all together or else she’d fall apart completely.</w:t>
      </w:r>
    </w:p>
    <w:p w:rsidR="00000000" w:rsidDel="00000000" w:rsidP="00000000" w:rsidRDefault="00000000" w:rsidRPr="00000000" w14:paraId="000000A7">
      <w:pPr>
        <w:spacing w:after="240" w:before="240" w:line="480" w:lineRule="auto"/>
        <w:rPr/>
      </w:pPr>
      <w:r w:rsidDel="00000000" w:rsidR="00000000" w:rsidRPr="00000000">
        <w:rPr>
          <w:rtl w:val="0"/>
        </w:rPr>
        <w:t xml:space="preserve">The first few sessions, I was fully present. But as time went on, I started to ache after seeing her. I’d cry after sessions. I couldn’t sleep. I’d replay her words in my head while brushing my daughter’s hair or stirring dinner. I wasn’t just connecting — I was collapsing into her experience.</w:t>
      </w:r>
    </w:p>
    <w:p w:rsidR="00000000" w:rsidDel="00000000" w:rsidP="00000000" w:rsidRDefault="00000000" w:rsidRPr="00000000" w14:paraId="000000A8">
      <w:pPr>
        <w:spacing w:after="240" w:before="240" w:line="480" w:lineRule="auto"/>
        <w:rPr/>
      </w:pPr>
      <w:r w:rsidDel="00000000" w:rsidR="00000000" w:rsidRPr="00000000">
        <w:rPr>
          <w:rtl w:val="0"/>
        </w:rPr>
        <w:t xml:space="preserve">I told myself I was just being a “good therapist,” but in truth, I was over-identifying. I wanted so badly to help her because it felt like saving a piece of myself. I wasn’t grounded. I wasn’t discerning. And slowly, I began to resent the work — not because of her, but because I’d forgotten to come home to me. It wasn’t until a trusted supervisor said gently, “Carina, you’re drowning with her. What if you just sat beside her on the shore?” That image changed everything. Now, when I feel that old pull — that need to merge in order to matter — I breathe. I ground. I tap my heart. And I remind myself:</w:t>
      </w:r>
    </w:p>
    <w:p w:rsidR="00000000" w:rsidDel="00000000" w:rsidP="00000000" w:rsidRDefault="00000000" w:rsidRPr="00000000" w14:paraId="000000A9">
      <w:pPr>
        <w:spacing w:after="240" w:before="240" w:line="480" w:lineRule="auto"/>
        <w:rPr/>
      </w:pPr>
      <w:r w:rsidDel="00000000" w:rsidR="00000000" w:rsidRPr="00000000">
        <w:rPr>
          <w:rtl w:val="0"/>
        </w:rPr>
        <w:t xml:space="preserve">“I am a safe harbor, not a rescue boat.”</w:t>
      </w:r>
    </w:p>
    <w:p w:rsidR="00000000" w:rsidDel="00000000" w:rsidP="00000000" w:rsidRDefault="00000000" w:rsidRPr="00000000" w14:paraId="000000AA">
      <w:pPr>
        <w:spacing w:after="240" w:before="240" w:line="480" w:lineRule="auto"/>
        <w:rPr/>
      </w:pPr>
      <w:r w:rsidDel="00000000" w:rsidR="00000000" w:rsidRPr="00000000">
        <w:rPr>
          <w:rtl w:val="0"/>
        </w:rPr>
        <w:t xml:space="preserve">We are here to walk with, not walk for.</w:t>
      </w:r>
    </w:p>
    <w:p w:rsidR="00000000" w:rsidDel="00000000" w:rsidP="00000000" w:rsidRDefault="00000000" w:rsidRPr="00000000" w14:paraId="000000AB">
      <w:pPr>
        <w:spacing w:after="240" w:before="240" w:line="480" w:lineRule="auto"/>
        <w:rPr/>
      </w:pPr>
      <w:r w:rsidDel="00000000" w:rsidR="00000000" w:rsidRPr="00000000">
        <w:rPr>
          <w:rtl w:val="0"/>
        </w:rPr>
        <w:t xml:space="preserve">We are here to hold space, not hold the whole story.</w:t>
      </w:r>
    </w:p>
    <w:p w:rsidR="00000000" w:rsidDel="00000000" w:rsidP="00000000" w:rsidRDefault="00000000" w:rsidRPr="00000000" w14:paraId="000000AC">
      <w:pPr>
        <w:spacing w:after="240" w:before="240" w:line="480" w:lineRule="auto"/>
        <w:rPr/>
      </w:pPr>
      <w:r w:rsidDel="00000000" w:rsidR="00000000" w:rsidRPr="00000000">
        <w:rPr>
          <w:rtl w:val="0"/>
        </w:rPr>
        <w:t xml:space="preserve">Mini Meditation: Returning to the Rooted Self</w:t>
      </w:r>
    </w:p>
    <w:p w:rsidR="00000000" w:rsidDel="00000000" w:rsidP="00000000" w:rsidRDefault="00000000" w:rsidRPr="00000000" w14:paraId="000000AD">
      <w:pPr>
        <w:spacing w:after="240" w:before="240" w:line="480" w:lineRule="auto"/>
        <w:rPr/>
      </w:pPr>
      <w:r w:rsidDel="00000000" w:rsidR="00000000" w:rsidRPr="00000000">
        <w:rPr>
          <w:rtl w:val="0"/>
        </w:rPr>
        <w:t xml:space="preserve">This meditation can be read aloud or practiced silently after emotional sessions.</w:t>
      </w:r>
    </w:p>
    <w:p w:rsidR="00000000" w:rsidDel="00000000" w:rsidP="00000000" w:rsidRDefault="00000000" w:rsidRPr="00000000" w14:paraId="000000AE">
      <w:pPr>
        <w:spacing w:after="240" w:before="240" w:line="480" w:lineRule="auto"/>
        <w:rPr/>
      </w:pPr>
      <w:r w:rsidDel="00000000" w:rsidR="00000000" w:rsidRPr="00000000">
        <w:rPr>
          <w:rtl w:val="0"/>
        </w:rPr>
        <w:t xml:space="preserve">Close your eyes.</w:t>
      </w:r>
    </w:p>
    <w:p w:rsidR="00000000" w:rsidDel="00000000" w:rsidP="00000000" w:rsidRDefault="00000000" w:rsidRPr="00000000" w14:paraId="000000AF">
      <w:pPr>
        <w:spacing w:after="240" w:before="240" w:line="480" w:lineRule="auto"/>
        <w:rPr/>
      </w:pPr>
      <w:r w:rsidDel="00000000" w:rsidR="00000000" w:rsidRPr="00000000">
        <w:rPr>
          <w:rtl w:val="0"/>
        </w:rPr>
        <w:t xml:space="preserve">Feel your feet anchored to the earth.</w:t>
      </w:r>
    </w:p>
    <w:p w:rsidR="00000000" w:rsidDel="00000000" w:rsidP="00000000" w:rsidRDefault="00000000" w:rsidRPr="00000000" w14:paraId="000000B0">
      <w:pPr>
        <w:spacing w:after="240" w:before="240" w:line="480" w:lineRule="auto"/>
        <w:rPr/>
      </w:pPr>
      <w:r w:rsidDel="00000000" w:rsidR="00000000" w:rsidRPr="00000000">
        <w:rPr>
          <w:rtl w:val="0"/>
        </w:rPr>
        <w:t xml:space="preserve">Breathe in — steady, soft.</w:t>
      </w:r>
    </w:p>
    <w:p w:rsidR="00000000" w:rsidDel="00000000" w:rsidP="00000000" w:rsidRDefault="00000000" w:rsidRPr="00000000" w14:paraId="000000B1">
      <w:pPr>
        <w:spacing w:after="240" w:before="240" w:line="480" w:lineRule="auto"/>
        <w:rPr/>
      </w:pPr>
      <w:r w:rsidDel="00000000" w:rsidR="00000000" w:rsidRPr="00000000">
        <w:rPr>
          <w:rtl w:val="0"/>
        </w:rPr>
        <w:t xml:space="preserve">Breathe out — let go.</w:t>
      </w:r>
    </w:p>
    <w:p w:rsidR="00000000" w:rsidDel="00000000" w:rsidP="00000000" w:rsidRDefault="00000000" w:rsidRPr="00000000" w14:paraId="000000B2">
      <w:pPr>
        <w:spacing w:after="240" w:before="240" w:line="480" w:lineRule="auto"/>
        <w:rPr/>
      </w:pPr>
      <w:r w:rsidDel="00000000" w:rsidR="00000000" w:rsidRPr="00000000">
        <w:rPr>
          <w:rtl w:val="0"/>
        </w:rPr>
        <w:t xml:space="preserve">Imagine your energy, like roots, reaching into the soil below.</w:t>
      </w:r>
    </w:p>
    <w:p w:rsidR="00000000" w:rsidDel="00000000" w:rsidP="00000000" w:rsidRDefault="00000000" w:rsidRPr="00000000" w14:paraId="000000B3">
      <w:pPr>
        <w:spacing w:after="240" w:before="240" w:line="480" w:lineRule="auto"/>
        <w:rPr/>
      </w:pPr>
      <w:r w:rsidDel="00000000" w:rsidR="00000000" w:rsidRPr="00000000">
        <w:rPr>
          <w:rtl w:val="0"/>
        </w:rPr>
        <w:t xml:space="preserve">Solid. Safe. Supported.</w:t>
      </w:r>
    </w:p>
    <w:p w:rsidR="00000000" w:rsidDel="00000000" w:rsidP="00000000" w:rsidRDefault="00000000" w:rsidRPr="00000000" w14:paraId="000000B4">
      <w:pPr>
        <w:spacing w:after="240" w:before="240" w:line="480" w:lineRule="auto"/>
        <w:rPr/>
      </w:pPr>
      <w:r w:rsidDel="00000000" w:rsidR="00000000" w:rsidRPr="00000000">
        <w:rPr>
          <w:rtl w:val="0"/>
        </w:rPr>
        <w:t xml:space="preserve">Whisper gently to yourself:</w:t>
      </w:r>
    </w:p>
    <w:p w:rsidR="00000000" w:rsidDel="00000000" w:rsidP="00000000" w:rsidRDefault="00000000" w:rsidRPr="00000000" w14:paraId="000000B5">
      <w:pPr>
        <w:spacing w:after="240" w:before="240" w:line="480" w:lineRule="auto"/>
        <w:rPr/>
      </w:pPr>
      <w:r w:rsidDel="00000000" w:rsidR="00000000" w:rsidRPr="00000000">
        <w:rPr>
          <w:rtl w:val="0"/>
        </w:rPr>
        <w:t xml:space="preserve">“I return to my body. I return to my truth. I return to myself.”</w:t>
      </w:r>
    </w:p>
    <w:p w:rsidR="00000000" w:rsidDel="00000000" w:rsidP="00000000" w:rsidRDefault="00000000" w:rsidRPr="00000000" w14:paraId="000000B6">
      <w:pPr>
        <w:spacing w:after="240" w:before="240" w:line="480" w:lineRule="auto"/>
        <w:rPr/>
      </w:pPr>
      <w:r w:rsidDel="00000000" w:rsidR="00000000" w:rsidRPr="00000000">
        <w:rPr>
          <w:rtl w:val="0"/>
        </w:rPr>
        <w:t xml:space="preserve">Stay here for a few breaths.</w:t>
      </w:r>
    </w:p>
    <w:p w:rsidR="00000000" w:rsidDel="00000000" w:rsidP="00000000" w:rsidRDefault="00000000" w:rsidRPr="00000000" w14:paraId="000000B7">
      <w:pPr>
        <w:spacing w:after="240" w:before="240" w:line="480" w:lineRule="auto"/>
        <w:rPr/>
      </w:pPr>
      <w:r w:rsidDel="00000000" w:rsidR="00000000" w:rsidRPr="00000000">
        <w:rPr>
          <w:rtl w:val="0"/>
        </w:rPr>
        <w:t xml:space="preserve">When you’re ready, open your eyes and begin again — rooted.</w:t>
      </w:r>
    </w:p>
    <w:p w:rsidR="00000000" w:rsidDel="00000000" w:rsidP="00000000" w:rsidRDefault="00000000" w:rsidRPr="00000000" w14:paraId="000000B8">
      <w:pPr>
        <w:spacing w:after="240" w:before="240" w:line="480" w:lineRule="auto"/>
        <w:rPr/>
      </w:pPr>
      <w:r w:rsidDel="00000000" w:rsidR="00000000" w:rsidRPr="00000000">
        <w:rPr>
          <w:rtl w:val="0"/>
        </w:rPr>
        <w:t xml:space="preserve">Mantra of the Chapter</w:t>
      </w:r>
    </w:p>
    <w:p w:rsidR="00000000" w:rsidDel="00000000" w:rsidP="00000000" w:rsidRDefault="00000000" w:rsidRPr="00000000" w14:paraId="000000B9">
      <w:pPr>
        <w:spacing w:after="240" w:before="240" w:line="480" w:lineRule="auto"/>
        <w:rPr/>
      </w:pPr>
      <w:r w:rsidDel="00000000" w:rsidR="00000000" w:rsidRPr="00000000">
        <w:rPr>
          <w:rtl w:val="0"/>
        </w:rPr>
        <w:t xml:space="preserve">“Empathy is my strength, not my suffering. I feel deeply — and I stay whole.”</w:t>
      </w:r>
    </w:p>
    <w:p w:rsidR="00000000" w:rsidDel="00000000" w:rsidP="00000000" w:rsidRDefault="00000000" w:rsidRPr="00000000" w14:paraId="000000BA">
      <w:pPr>
        <w:spacing w:after="240" w:before="240" w:line="480" w:lineRule="auto"/>
        <w:rPr>
          <w:b w:val="1"/>
        </w:rPr>
      </w:pPr>
      <w:r w:rsidDel="00000000" w:rsidR="00000000" w:rsidRPr="00000000">
        <w:rPr>
          <w:b w:val="1"/>
          <w:rtl w:val="0"/>
        </w:rPr>
        <w:t xml:space="preserve">Chapter 2: The Healing Journey — Techniques for Clinicians and Clients</w:t>
      </w:r>
    </w:p>
    <w:p w:rsidR="00000000" w:rsidDel="00000000" w:rsidP="00000000" w:rsidRDefault="00000000" w:rsidRPr="00000000" w14:paraId="000000BB">
      <w:pPr>
        <w:spacing w:after="240" w:before="240" w:line="480" w:lineRule="auto"/>
        <w:rPr/>
      </w:pPr>
      <w:r w:rsidDel="00000000" w:rsidR="00000000" w:rsidRPr="00000000">
        <w:rPr>
          <w:rtl w:val="0"/>
        </w:rPr>
        <w:t xml:space="preserve">Healing is not linear. It’s a spiral, a return, a remembering. And for those of us called to be clinicians, coaches, or healers — the work begins within. We can’t guide others through terrain we’ve never dared to enter ourselves.</w:t>
      </w:r>
    </w:p>
    <w:p w:rsidR="00000000" w:rsidDel="00000000" w:rsidP="00000000" w:rsidRDefault="00000000" w:rsidRPr="00000000" w14:paraId="000000BC">
      <w:pPr>
        <w:spacing w:after="240" w:before="240" w:line="480" w:lineRule="auto"/>
        <w:rPr/>
      </w:pPr>
      <w:r w:rsidDel="00000000" w:rsidR="00000000" w:rsidRPr="00000000">
        <w:rPr>
          <w:rtl w:val="0"/>
        </w:rPr>
        <w:t xml:space="preserve">I learned this truth the hard way, as many of us do. There was a time when I believed my professional training alone would sustain me through the sacred weight of holding others' pain. I was wrong.</w:t>
      </w:r>
    </w:p>
    <w:p w:rsidR="00000000" w:rsidDel="00000000" w:rsidP="00000000" w:rsidRDefault="00000000" w:rsidRPr="00000000" w14:paraId="000000BD">
      <w:pPr>
        <w:spacing w:after="240" w:before="240" w:line="480" w:lineRule="auto"/>
        <w:rPr/>
      </w:pPr>
      <w:r w:rsidDel="00000000" w:rsidR="00000000" w:rsidRPr="00000000">
        <w:rPr>
          <w:rtl w:val="0"/>
        </w:rPr>
        <w:t xml:space="preserve">The first year of my practice, I collected wounds like souvenirs—carrying home fragments of my clients' traumas, tucking their tears into the pockets of my heart. I thought this was empathy. It wasn't. It was absorption without boundaries, connection without containment.</w:t>
      </w:r>
    </w:p>
    <w:p w:rsidR="00000000" w:rsidDel="00000000" w:rsidP="00000000" w:rsidRDefault="00000000" w:rsidRPr="00000000" w14:paraId="000000BE">
      <w:pPr>
        <w:spacing w:after="240" w:before="240" w:line="480" w:lineRule="auto"/>
        <w:rPr/>
      </w:pPr>
      <w:r w:rsidDel="00000000" w:rsidR="00000000" w:rsidRPr="00000000">
        <w:rPr>
          <w:rtl w:val="0"/>
        </w:rPr>
        <w:t xml:space="preserve">One evening, after a particularly heavy session with a client processing childhood abuse, I found myself sitting in my car, unable to drive home. My body felt both leaden and electric—symptoms I now recognize as vicarious trauma. I called my mentor, voice shaking.</w:t>
      </w:r>
    </w:p>
    <w:p w:rsidR="00000000" w:rsidDel="00000000" w:rsidP="00000000" w:rsidRDefault="00000000" w:rsidRPr="00000000" w14:paraId="000000BF">
      <w:pPr>
        <w:spacing w:after="240" w:before="240" w:line="480" w:lineRule="auto"/>
        <w:rPr/>
      </w:pPr>
      <w:r w:rsidDel="00000000" w:rsidR="00000000" w:rsidRPr="00000000">
        <w:rPr>
          <w:rtl w:val="0"/>
        </w:rPr>
        <w:t xml:space="preserve">"I don't know how to leave this behind," I whispered.</w:t>
      </w:r>
    </w:p>
    <w:p w:rsidR="00000000" w:rsidDel="00000000" w:rsidP="00000000" w:rsidRDefault="00000000" w:rsidRPr="00000000" w14:paraId="000000C0">
      <w:pPr>
        <w:spacing w:after="240" w:before="240" w:line="480" w:lineRule="auto"/>
        <w:rPr/>
      </w:pPr>
      <w:r w:rsidDel="00000000" w:rsidR="00000000" w:rsidRPr="00000000">
        <w:rPr>
          <w:rtl w:val="0"/>
        </w:rPr>
        <w:t xml:space="preserve">Her response changed my practice forever: "You don't leave it behind, Carina. You learn to hold it differently."</w:t>
      </w:r>
    </w:p>
    <w:p w:rsidR="00000000" w:rsidDel="00000000" w:rsidP="00000000" w:rsidRDefault="00000000" w:rsidRPr="00000000" w14:paraId="000000C1">
      <w:pPr>
        <w:spacing w:after="240" w:before="240" w:line="480" w:lineRule="auto"/>
        <w:rPr/>
      </w:pPr>
      <w:r w:rsidDel="00000000" w:rsidR="00000000" w:rsidRPr="00000000">
        <w:rPr>
          <w:rtl w:val="0"/>
        </w:rPr>
        <w:t xml:space="preserve">This chapter emerges from that journey—learning to hold pain differently. Not through emotional armor or clinical detachment, but through embodied presence and intentional practice. The techniques shared here aren't just clinical interventions; they're invitations to remember ourselves while remembering others.</w:t>
      </w:r>
    </w:p>
    <w:p w:rsidR="00000000" w:rsidDel="00000000" w:rsidP="00000000" w:rsidRDefault="00000000" w:rsidRPr="00000000" w14:paraId="000000C2">
      <w:pPr>
        <w:spacing w:after="240" w:before="240" w:line="480" w:lineRule="auto"/>
        <w:rPr/>
      </w:pPr>
      <w:r w:rsidDel="00000000" w:rsidR="00000000" w:rsidRPr="00000000">
        <w:rPr>
          <w:rtl w:val="0"/>
        </w:rPr>
        <w:t xml:space="preserve">As sensitive clinicians, our greatest gift—our capacity to deeply feel—can become our greatest vulnerability when untethered from somatic awareness. The body knows when we've crossed from empathy into enmeshment. It signals through tension, fatigue, disconnection. Learning to read these signals isn't just self-care—it's ethical practice.</w:t>
      </w:r>
    </w:p>
    <w:p w:rsidR="00000000" w:rsidDel="00000000" w:rsidP="00000000" w:rsidRDefault="00000000" w:rsidRPr="00000000" w14:paraId="000000C3">
      <w:pPr>
        <w:spacing w:after="240" w:before="240" w:line="480" w:lineRule="auto"/>
        <w:rPr/>
      </w:pPr>
      <w:r w:rsidDel="00000000" w:rsidR="00000000" w:rsidRPr="00000000">
        <w:rPr>
          <w:rtl w:val="0"/>
        </w:rPr>
        <w:t xml:space="preserve">This chapter offers tools drawn from both clinical training and lived experience — grounding techniques, emotional regulation, breathwork, and ritual. These practices are not meant to fix pain, but to hold it. They are invitations back into presence.</w:t>
      </w:r>
    </w:p>
    <w:p w:rsidR="00000000" w:rsidDel="00000000" w:rsidP="00000000" w:rsidRDefault="00000000" w:rsidRPr="00000000" w14:paraId="000000C4">
      <w:pPr>
        <w:spacing w:after="240" w:before="240" w:line="480" w:lineRule="auto"/>
        <w:rPr/>
      </w:pPr>
      <w:r w:rsidDel="00000000" w:rsidR="00000000" w:rsidRPr="00000000">
        <w:rPr>
          <w:rtl w:val="0"/>
        </w:rPr>
        <w:t xml:space="preserve">When clinicians live these practices — not just prescribe them — clients feel the safety in our nervous systems. Healing becomes relational, not just instructional.</w:t>
      </w:r>
    </w:p>
    <w:p w:rsidR="00000000" w:rsidDel="00000000" w:rsidP="00000000" w:rsidRDefault="00000000" w:rsidRPr="00000000" w14:paraId="000000C5">
      <w:pPr>
        <w:spacing w:after="240" w:before="240" w:line="480" w:lineRule="auto"/>
        <w:rPr/>
      </w:pPr>
      <w:r w:rsidDel="00000000" w:rsidR="00000000" w:rsidRPr="00000000">
        <w:rPr>
          <w:rtl w:val="0"/>
        </w:rPr>
        <w:t xml:space="preserve">Included: Box Breathing, Somatic Safety Body Scan, Micro-Rituals, Cognitive Reframes, and Client Integration Tools.</w:t>
      </w:r>
    </w:p>
    <w:p w:rsidR="00000000" w:rsidDel="00000000" w:rsidP="00000000" w:rsidRDefault="00000000" w:rsidRPr="00000000" w14:paraId="000000C6">
      <w:pPr>
        <w:spacing w:after="240" w:before="240" w:line="480" w:lineRule="auto"/>
        <w:rPr>
          <w:b w:val="1"/>
        </w:rPr>
      </w:pPr>
      <w:r w:rsidDel="00000000" w:rsidR="00000000" w:rsidRPr="00000000">
        <w:rPr>
          <w:b w:val="1"/>
          <w:rtl w:val="0"/>
        </w:rPr>
        <w:t xml:space="preserve">Chapter 3: Humor, Heart, and Healing — Finding Light in Dark Moments</w:t>
      </w:r>
    </w:p>
    <w:p w:rsidR="00000000" w:rsidDel="00000000" w:rsidP="00000000" w:rsidRDefault="00000000" w:rsidRPr="00000000" w14:paraId="000000C7">
      <w:pPr>
        <w:spacing w:after="240" w:before="240" w:line="480" w:lineRule="auto"/>
        <w:rPr/>
      </w:pPr>
      <w:r w:rsidDel="00000000" w:rsidR="00000000" w:rsidRPr="00000000">
        <w:rPr>
          <w:rtl w:val="0"/>
        </w:rPr>
        <w:t xml:space="preserve">Therapists cry in supply closets. We laugh at our own trauma processing memes. We feel the sacred absurdity of holding space for deep pain while trying to remember if we ate lunch.</w:t>
      </w:r>
    </w:p>
    <w:p w:rsidR="00000000" w:rsidDel="00000000" w:rsidP="00000000" w:rsidRDefault="00000000" w:rsidRPr="00000000" w14:paraId="000000C8">
      <w:pPr>
        <w:spacing w:after="240" w:before="240" w:line="480" w:lineRule="auto"/>
        <w:rPr/>
      </w:pPr>
      <w:r w:rsidDel="00000000" w:rsidR="00000000" w:rsidRPr="00000000">
        <w:rPr>
          <w:rtl w:val="0"/>
        </w:rPr>
        <w:t xml:space="preserve">This chapter celebrates the role of humor in healing — both in session and in life. Humor is not deflection; it’s resilience. It allows us to breathe light into heavy spaces and connect through our shared humanity.</w:t>
      </w:r>
    </w:p>
    <w:p w:rsidR="00000000" w:rsidDel="00000000" w:rsidP="00000000" w:rsidRDefault="00000000" w:rsidRPr="00000000" w14:paraId="000000C9">
      <w:pPr>
        <w:spacing w:after="240" w:before="240" w:line="480" w:lineRule="auto"/>
        <w:rPr/>
      </w:pPr>
      <w:r w:rsidDel="00000000" w:rsidR="00000000" w:rsidRPr="00000000">
        <w:rPr>
          <w:rtl w:val="0"/>
        </w:rPr>
        <w:t xml:space="preserve">You’ll read about the day I had a spiritual tantrum in a bathtub, how laughter has disarmed client shame, and why our capacity to giggle matters just as much as our capacity to ground.</w:t>
      </w:r>
    </w:p>
    <w:p w:rsidR="00000000" w:rsidDel="00000000" w:rsidP="00000000" w:rsidRDefault="00000000" w:rsidRPr="00000000" w14:paraId="000000CA">
      <w:pPr>
        <w:spacing w:after="240" w:before="240" w:line="480" w:lineRule="auto"/>
        <w:rPr/>
      </w:pPr>
      <w:r w:rsidDel="00000000" w:rsidR="00000000" w:rsidRPr="00000000">
        <w:rPr>
          <w:rtl w:val="0"/>
        </w:rPr>
        <w:t xml:space="preserve">Healing is not linear.</w:t>
      </w:r>
    </w:p>
    <w:p w:rsidR="00000000" w:rsidDel="00000000" w:rsidP="00000000" w:rsidRDefault="00000000" w:rsidRPr="00000000" w14:paraId="000000CB">
      <w:pPr>
        <w:spacing w:after="240" w:before="240" w:line="480" w:lineRule="auto"/>
        <w:rPr/>
      </w:pPr>
      <w:r w:rsidDel="00000000" w:rsidR="00000000" w:rsidRPr="00000000">
        <w:rPr>
          <w:rtl w:val="0"/>
        </w:rPr>
        <w:t xml:space="preserve">It’s a spiral, a return, a remembering.</w:t>
      </w:r>
    </w:p>
    <w:p w:rsidR="00000000" w:rsidDel="00000000" w:rsidP="00000000" w:rsidRDefault="00000000" w:rsidRPr="00000000" w14:paraId="000000CC">
      <w:pPr>
        <w:spacing w:after="240" w:before="240" w:line="480" w:lineRule="auto"/>
        <w:rPr/>
      </w:pPr>
      <w:r w:rsidDel="00000000" w:rsidR="00000000" w:rsidRPr="00000000">
        <w:rPr>
          <w:rtl w:val="0"/>
        </w:rPr>
        <w:t xml:space="preserve">It’s a sacred mess of unraveling and reweaving.</w:t>
      </w:r>
    </w:p>
    <w:p w:rsidR="00000000" w:rsidDel="00000000" w:rsidP="00000000" w:rsidRDefault="00000000" w:rsidRPr="00000000" w14:paraId="000000CD">
      <w:pPr>
        <w:spacing w:after="240" w:before="240" w:line="480" w:lineRule="auto"/>
        <w:rPr/>
      </w:pPr>
      <w:r w:rsidDel="00000000" w:rsidR="00000000" w:rsidRPr="00000000">
        <w:rPr>
          <w:rtl w:val="0"/>
        </w:rPr>
        <w:t xml:space="preserve">And for those of us called to be clinicians, coaches, or healers — the work begins within. We can’t guide others through terrain we’ve never dared to enter ourselves.</w:t>
      </w:r>
    </w:p>
    <w:p w:rsidR="00000000" w:rsidDel="00000000" w:rsidP="00000000" w:rsidRDefault="00000000" w:rsidRPr="00000000" w14:paraId="000000CE">
      <w:pPr>
        <w:spacing w:after="240" w:before="240" w:line="480" w:lineRule="auto"/>
        <w:rPr/>
      </w:pPr>
      <w:r w:rsidDel="00000000" w:rsidR="00000000" w:rsidRPr="00000000">
        <w:rPr>
          <w:rtl w:val="0"/>
        </w:rPr>
        <w:t xml:space="preserve">This chapter is a map, drawn from both clinical training and lived experience. It offers tools to ground, regulate, and restore — for both the helper and the helped. It’s the bridge between evidence-based practice and embodied wisdom.</w:t>
      </w:r>
    </w:p>
    <w:p w:rsidR="00000000" w:rsidDel="00000000" w:rsidP="00000000" w:rsidRDefault="00000000" w:rsidRPr="00000000" w14:paraId="000000CF">
      <w:pPr>
        <w:spacing w:after="240" w:before="240" w:line="480" w:lineRule="auto"/>
        <w:rPr/>
      </w:pPr>
      <w:r w:rsidDel="00000000" w:rsidR="00000000" w:rsidRPr="00000000">
        <w:rPr>
          <w:rtl w:val="0"/>
        </w:rPr>
        <w:t xml:space="preserve">Why Humor Belongs in Healing</w:t>
      </w:r>
    </w:p>
    <w:p w:rsidR="00000000" w:rsidDel="00000000" w:rsidP="00000000" w:rsidRDefault="00000000" w:rsidRPr="00000000" w14:paraId="000000D0">
      <w:pPr>
        <w:spacing w:after="240" w:before="240" w:line="480" w:lineRule="auto"/>
        <w:rPr/>
      </w:pPr>
      <w:r w:rsidDel="00000000" w:rsidR="00000000" w:rsidRPr="00000000">
        <w:rPr>
          <w:rtl w:val="0"/>
        </w:rPr>
        <w:t xml:space="preserve">Humor is a survival skill. It’s a nervous system regulator. A trauma disruptor. A bridge when words fall short. Studies show that laughter decreases cortisol, increases endorphins, and enhances social bonding (Martin, 2007). But we don’t need research to know what our bodies already tell us: when we laugh, something in us exhales.</w:t>
      </w:r>
    </w:p>
    <w:p w:rsidR="00000000" w:rsidDel="00000000" w:rsidP="00000000" w:rsidRDefault="00000000" w:rsidRPr="00000000" w14:paraId="000000D1">
      <w:pPr>
        <w:spacing w:after="240" w:before="240" w:line="480" w:lineRule="auto"/>
        <w:rPr/>
      </w:pPr>
      <w:r w:rsidDel="00000000" w:rsidR="00000000" w:rsidRPr="00000000">
        <w:rPr>
          <w:rtl w:val="0"/>
        </w:rPr>
        <w:t xml:space="preserve">I’ve cried in sessions with clients. But I’ve also laughed — belly-laughed. Those moments weren’t unprofessional. They were human. They were sacred ruptures in the weight of pain, proof that joy and sorrow can coexist in the same breath.</w:t>
      </w:r>
    </w:p>
    <w:p w:rsidR="00000000" w:rsidDel="00000000" w:rsidP="00000000" w:rsidRDefault="00000000" w:rsidRPr="00000000" w14:paraId="000000D2">
      <w:pPr>
        <w:spacing w:after="240" w:before="240" w:line="480" w:lineRule="auto"/>
        <w:rPr/>
      </w:pPr>
      <w:r w:rsidDel="00000000" w:rsidR="00000000" w:rsidRPr="00000000">
        <w:rPr>
          <w:rtl w:val="0"/>
        </w:rPr>
        <w:t xml:space="preserve">As Thich Nhat Hanh said:</w:t>
      </w:r>
    </w:p>
    <w:p w:rsidR="00000000" w:rsidDel="00000000" w:rsidP="00000000" w:rsidRDefault="00000000" w:rsidRPr="00000000" w14:paraId="000000D3">
      <w:pPr>
        <w:spacing w:after="240" w:before="240" w:line="480" w:lineRule="auto"/>
        <w:rPr/>
      </w:pPr>
      <w:r w:rsidDel="00000000" w:rsidR="00000000" w:rsidRPr="00000000">
        <w:rPr>
          <w:rtl w:val="0"/>
        </w:rPr>
        <w:t xml:space="preserve">“Suffering is not enough. Life is both dreadful and wonderful.”</w:t>
      </w:r>
    </w:p>
    <w:p w:rsidR="00000000" w:rsidDel="00000000" w:rsidP="00000000" w:rsidRDefault="00000000" w:rsidRPr="00000000" w14:paraId="000000D4">
      <w:pPr>
        <w:spacing w:after="240" w:before="240" w:line="480" w:lineRule="auto"/>
        <w:rPr/>
      </w:pPr>
      <w:r w:rsidDel="00000000" w:rsidR="00000000" w:rsidRPr="00000000">
        <w:rPr>
          <w:rtl w:val="0"/>
        </w:rPr>
        <w:t xml:space="preserve">The Case of the Spiritual Tantrum</w:t>
      </w:r>
    </w:p>
    <w:p w:rsidR="00000000" w:rsidDel="00000000" w:rsidP="00000000" w:rsidRDefault="00000000" w:rsidRPr="00000000" w14:paraId="000000D5">
      <w:pPr>
        <w:spacing w:after="240" w:before="240" w:line="480" w:lineRule="auto"/>
        <w:rPr/>
      </w:pPr>
      <w:r w:rsidDel="00000000" w:rsidR="00000000" w:rsidRPr="00000000">
        <w:rPr>
          <w:rtl w:val="0"/>
        </w:rPr>
        <w:t xml:space="preserve">There was a week I like to call “my gentle nervous breakdown.” I had tried to do all the things: meditate, ground, journal, box breathe, walk barefoot in the grass like a grounded goddess… and I still ended up sobbing in the bathtub with my trusty vape and meditation music.. I was angry — not in a trauma response, but in a full-blown tantrum. I had followed the rules. I had “done the work.” But healing didn’t feel poetic. It felt like grief, rage, exhaustion, and hopelessness… again.</w:t>
      </w:r>
    </w:p>
    <w:p w:rsidR="00000000" w:rsidDel="00000000" w:rsidP="00000000" w:rsidRDefault="00000000" w:rsidRPr="00000000" w14:paraId="000000D6">
      <w:pPr>
        <w:spacing w:after="240" w:before="240" w:line="480" w:lineRule="auto"/>
        <w:rPr/>
      </w:pPr>
      <w:r w:rsidDel="00000000" w:rsidR="00000000" w:rsidRPr="00000000">
        <w:rPr>
          <w:rtl w:val="0"/>
        </w:rPr>
        <w:t xml:space="preserve">That night, I whispered to the ceiling, “You’ve got to be kidding me. I’m a mental health professional.” Then I laughed — the kind of laugh that starts in your stomach and ends in your lungs. Because that’s when it hit me: healing isn’t linear. It’s not even always graceful. Sometimes it’s a vape-in-the-tub kind of night. And that’s healing, too.</w:t>
      </w:r>
    </w:p>
    <w:p w:rsidR="00000000" w:rsidDel="00000000" w:rsidP="00000000" w:rsidRDefault="00000000" w:rsidRPr="00000000" w14:paraId="000000D7">
      <w:pPr>
        <w:spacing w:after="240" w:before="240" w:line="480" w:lineRule="auto"/>
        <w:rPr/>
      </w:pPr>
      <w:r w:rsidDel="00000000" w:rsidR="00000000" w:rsidRPr="00000000">
        <w:rPr>
          <w:rtl w:val="0"/>
        </w:rPr>
        <w:t xml:space="preserve">Using Humor Ethically in Clinical Work Humor is powerful. But like any tool, it must be used with care. Here are a few guideposts I follow:</w:t>
      </w:r>
    </w:p>
    <w:p w:rsidR="00000000" w:rsidDel="00000000" w:rsidP="00000000" w:rsidRDefault="00000000" w:rsidRPr="00000000" w14:paraId="000000D8">
      <w:pPr>
        <w:spacing w:after="240" w:before="240" w:line="480" w:lineRule="auto"/>
        <w:rPr/>
      </w:pPr>
      <w:r w:rsidDel="00000000" w:rsidR="00000000" w:rsidRPr="00000000">
        <w:rPr>
          <w:rtl w:val="0"/>
        </w:rPr>
        <w:t xml:space="preserve">Laugh with, never at. Shared humanity is the goal — not deflection.</w:t>
      </w:r>
    </w:p>
    <w:p w:rsidR="00000000" w:rsidDel="00000000" w:rsidP="00000000" w:rsidRDefault="00000000" w:rsidRPr="00000000" w14:paraId="000000D9">
      <w:pPr>
        <w:spacing w:after="240" w:before="240" w:line="480" w:lineRule="auto"/>
        <w:rPr/>
      </w:pPr>
      <w:r w:rsidDel="00000000" w:rsidR="00000000" w:rsidRPr="00000000">
        <w:rPr>
          <w:rtl w:val="0"/>
        </w:rPr>
        <w:t xml:space="preserve">Match energy. A gentle chuckle can say, “You’re not alone” more powerfully than advice.</w:t>
      </w:r>
    </w:p>
    <w:p w:rsidR="00000000" w:rsidDel="00000000" w:rsidP="00000000" w:rsidRDefault="00000000" w:rsidRPr="00000000" w14:paraId="000000DA">
      <w:pPr>
        <w:spacing w:after="240" w:before="240" w:line="480" w:lineRule="auto"/>
        <w:rPr/>
      </w:pPr>
      <w:r w:rsidDel="00000000" w:rsidR="00000000" w:rsidRPr="00000000">
        <w:rPr>
          <w:rtl w:val="0"/>
        </w:rPr>
        <w:t xml:space="preserve">Watch for discomfort. If humor is being used to avoid emotion (yours or theirs), pause.</w:t>
      </w:r>
    </w:p>
    <w:p w:rsidR="00000000" w:rsidDel="00000000" w:rsidP="00000000" w:rsidRDefault="00000000" w:rsidRPr="00000000" w14:paraId="000000DB">
      <w:pPr>
        <w:spacing w:after="240" w:before="240" w:line="480" w:lineRule="auto"/>
        <w:rPr/>
      </w:pPr>
      <w:r w:rsidDel="00000000" w:rsidR="00000000" w:rsidRPr="00000000">
        <w:rPr>
          <w:rtl w:val="0"/>
        </w:rPr>
        <w:t xml:space="preserve">Use it to model self-compassion. Clients need to see that they can laugh at their pain without minimizing it.</w:t>
      </w:r>
    </w:p>
    <w:p w:rsidR="00000000" w:rsidDel="00000000" w:rsidP="00000000" w:rsidRDefault="00000000" w:rsidRPr="00000000" w14:paraId="000000DC">
      <w:pPr>
        <w:spacing w:after="240" w:before="240" w:line="480" w:lineRule="auto"/>
        <w:rPr/>
      </w:pPr>
      <w:r w:rsidDel="00000000" w:rsidR="00000000" w:rsidRPr="00000000">
        <w:rPr>
          <w:rtl w:val="0"/>
        </w:rPr>
        <w:t xml:space="preserve">Reflection: Let Yourself Be Both</w:t>
      </w:r>
    </w:p>
    <w:p w:rsidR="00000000" w:rsidDel="00000000" w:rsidP="00000000" w:rsidRDefault="00000000" w:rsidRPr="00000000" w14:paraId="000000DD">
      <w:pPr>
        <w:spacing w:after="240" w:before="240" w:line="480" w:lineRule="auto"/>
        <w:rPr/>
      </w:pPr>
      <w:r w:rsidDel="00000000" w:rsidR="00000000" w:rsidRPr="00000000">
        <w:rPr>
          <w:rtl w:val="0"/>
        </w:rPr>
        <w:t xml:space="preserve">You can be the therapist who chants affirmations</w:t>
      </w:r>
    </w:p>
    <w:p w:rsidR="00000000" w:rsidDel="00000000" w:rsidP="00000000" w:rsidRDefault="00000000" w:rsidRPr="00000000" w14:paraId="000000DE">
      <w:pPr>
        <w:spacing w:after="240" w:before="240" w:line="480" w:lineRule="auto"/>
        <w:rPr/>
      </w:pPr>
      <w:r w:rsidDel="00000000" w:rsidR="00000000" w:rsidRPr="00000000">
        <w:rPr>
          <w:rtl w:val="0"/>
        </w:rPr>
        <w:t xml:space="preserve">and</w:t>
      </w:r>
    </w:p>
    <w:p w:rsidR="00000000" w:rsidDel="00000000" w:rsidP="00000000" w:rsidRDefault="00000000" w:rsidRPr="00000000" w14:paraId="000000DF">
      <w:pPr>
        <w:spacing w:after="240" w:before="240" w:line="480" w:lineRule="auto"/>
        <w:rPr/>
      </w:pPr>
      <w:r w:rsidDel="00000000" w:rsidR="00000000" w:rsidRPr="00000000">
        <w:rPr>
          <w:rtl w:val="0"/>
        </w:rPr>
        <w:t xml:space="preserve">the one who mutters, “What fresh chaos is this?” in the parking lot.</w:t>
      </w:r>
    </w:p>
    <w:p w:rsidR="00000000" w:rsidDel="00000000" w:rsidP="00000000" w:rsidRDefault="00000000" w:rsidRPr="00000000" w14:paraId="000000E0">
      <w:pPr>
        <w:spacing w:after="240" w:before="240" w:line="480" w:lineRule="auto"/>
        <w:rPr/>
      </w:pPr>
      <w:r w:rsidDel="00000000" w:rsidR="00000000" w:rsidRPr="00000000">
        <w:rPr>
          <w:rtl w:val="0"/>
        </w:rPr>
        <w:t xml:space="preserve">You can hold trauma with reverence</w:t>
      </w:r>
    </w:p>
    <w:p w:rsidR="00000000" w:rsidDel="00000000" w:rsidP="00000000" w:rsidRDefault="00000000" w:rsidRPr="00000000" w14:paraId="000000E1">
      <w:pPr>
        <w:spacing w:after="240" w:before="240" w:line="480" w:lineRule="auto"/>
        <w:rPr/>
      </w:pPr>
      <w:r w:rsidDel="00000000" w:rsidR="00000000" w:rsidRPr="00000000">
        <w:rPr>
          <w:rtl w:val="0"/>
        </w:rPr>
        <w:t xml:space="preserve">and</w:t>
      </w:r>
    </w:p>
    <w:p w:rsidR="00000000" w:rsidDel="00000000" w:rsidP="00000000" w:rsidRDefault="00000000" w:rsidRPr="00000000" w14:paraId="000000E2">
      <w:pPr>
        <w:spacing w:after="240" w:before="240" w:line="480" w:lineRule="auto"/>
        <w:rPr/>
      </w:pPr>
      <w:r w:rsidDel="00000000" w:rsidR="00000000" w:rsidRPr="00000000">
        <w:rPr>
          <w:rtl w:val="0"/>
        </w:rPr>
        <w:t xml:space="preserve">cuss during traffic on the way to work.</w:t>
      </w:r>
    </w:p>
    <w:p w:rsidR="00000000" w:rsidDel="00000000" w:rsidP="00000000" w:rsidRDefault="00000000" w:rsidRPr="00000000" w14:paraId="000000E3">
      <w:pPr>
        <w:spacing w:after="240" w:before="240" w:line="480" w:lineRule="auto"/>
        <w:rPr/>
      </w:pPr>
      <w:r w:rsidDel="00000000" w:rsidR="00000000" w:rsidRPr="00000000">
        <w:rPr>
          <w:rtl w:val="0"/>
        </w:rPr>
        <w:t xml:space="preserve">You can be a clinician, a healer, a yoga teacher, a Reiki guide…</w:t>
      </w:r>
    </w:p>
    <w:p w:rsidR="00000000" w:rsidDel="00000000" w:rsidP="00000000" w:rsidRDefault="00000000" w:rsidRPr="00000000" w14:paraId="000000E4">
      <w:pPr>
        <w:spacing w:after="240" w:before="240" w:line="480" w:lineRule="auto"/>
        <w:rPr/>
      </w:pPr>
      <w:r w:rsidDel="00000000" w:rsidR="00000000" w:rsidRPr="00000000">
        <w:rPr>
          <w:rtl w:val="0"/>
        </w:rPr>
        <w:t xml:space="preserve">and still be a hot mess some mornings.</w:t>
      </w:r>
    </w:p>
    <w:p w:rsidR="00000000" w:rsidDel="00000000" w:rsidP="00000000" w:rsidRDefault="00000000" w:rsidRPr="00000000" w14:paraId="000000E5">
      <w:pPr>
        <w:spacing w:after="240" w:before="240" w:line="480" w:lineRule="auto"/>
        <w:rPr/>
      </w:pPr>
      <w:r w:rsidDel="00000000" w:rsidR="00000000" w:rsidRPr="00000000">
        <w:rPr>
          <w:rtl w:val="0"/>
        </w:rPr>
        <w:t xml:space="preserve">Let that be enough.</w:t>
      </w:r>
    </w:p>
    <w:p w:rsidR="00000000" w:rsidDel="00000000" w:rsidP="00000000" w:rsidRDefault="00000000" w:rsidRPr="00000000" w14:paraId="000000E6">
      <w:pPr>
        <w:spacing w:after="240" w:before="240" w:line="480" w:lineRule="auto"/>
        <w:rPr/>
      </w:pPr>
      <w:r w:rsidDel="00000000" w:rsidR="00000000" w:rsidRPr="00000000">
        <w:rPr>
          <w:rtl w:val="0"/>
        </w:rPr>
        <w:t xml:space="preserve">Let you be enough.</w:t>
      </w:r>
    </w:p>
    <w:p w:rsidR="00000000" w:rsidDel="00000000" w:rsidP="00000000" w:rsidRDefault="00000000" w:rsidRPr="00000000" w14:paraId="000000E7">
      <w:pPr>
        <w:spacing w:after="240" w:before="240" w:line="480" w:lineRule="auto"/>
        <w:rPr/>
      </w:pPr>
      <w:r w:rsidDel="00000000" w:rsidR="00000000" w:rsidRPr="00000000">
        <w:rPr>
          <w:rtl w:val="0"/>
        </w:rPr>
        <w:t xml:space="preserve">Journal Prompt:</w:t>
      </w:r>
    </w:p>
    <w:p w:rsidR="00000000" w:rsidDel="00000000" w:rsidP="00000000" w:rsidRDefault="00000000" w:rsidRPr="00000000" w14:paraId="000000E8">
      <w:pPr>
        <w:spacing w:after="240" w:before="240" w:line="480" w:lineRule="auto"/>
        <w:rPr/>
      </w:pPr>
      <w:r w:rsidDel="00000000" w:rsidR="00000000" w:rsidRPr="00000000">
        <w:rPr>
          <w:rtl w:val="0"/>
        </w:rPr>
        <w:t xml:space="preserve">When was the last time I laughed so hard I cried?</w:t>
      </w:r>
    </w:p>
    <w:p w:rsidR="00000000" w:rsidDel="00000000" w:rsidP="00000000" w:rsidRDefault="00000000" w:rsidRPr="00000000" w14:paraId="000000E9">
      <w:pPr>
        <w:spacing w:after="240" w:before="240" w:line="480" w:lineRule="auto"/>
        <w:rPr/>
      </w:pPr>
      <w:r w:rsidDel="00000000" w:rsidR="00000000" w:rsidRPr="00000000">
        <w:rPr>
          <w:rtl w:val="0"/>
        </w:rPr>
        <w:t xml:space="preserve">What “flawed” part of me do I actually adore now?</w:t>
      </w:r>
    </w:p>
    <w:p w:rsidR="00000000" w:rsidDel="00000000" w:rsidP="00000000" w:rsidRDefault="00000000" w:rsidRPr="00000000" w14:paraId="000000EA">
      <w:pPr>
        <w:spacing w:after="240" w:before="240" w:line="480" w:lineRule="auto"/>
        <w:rPr/>
      </w:pPr>
      <w:r w:rsidDel="00000000" w:rsidR="00000000" w:rsidRPr="00000000">
        <w:rPr>
          <w:rtl w:val="0"/>
        </w:rPr>
        <w:t xml:space="preserve">How can I give myself permission to be both healer and human?</w:t>
      </w:r>
    </w:p>
    <w:p w:rsidR="00000000" w:rsidDel="00000000" w:rsidP="00000000" w:rsidRDefault="00000000" w:rsidRPr="00000000" w14:paraId="000000EB">
      <w:pPr>
        <w:spacing w:after="240" w:before="240" w:line="480" w:lineRule="auto"/>
        <w:rPr/>
      </w:pPr>
      <w:r w:rsidDel="00000000" w:rsidR="00000000" w:rsidRPr="00000000">
        <w:rPr>
          <w:rtl w:val="0"/>
        </w:rPr>
        <w:t xml:space="preserve">Mantra of the Chapter:</w:t>
      </w:r>
    </w:p>
    <w:p w:rsidR="00000000" w:rsidDel="00000000" w:rsidP="00000000" w:rsidRDefault="00000000" w:rsidRPr="00000000" w14:paraId="000000EC">
      <w:pPr>
        <w:spacing w:after="240" w:before="240" w:line="480" w:lineRule="auto"/>
        <w:rPr/>
      </w:pPr>
      <w:r w:rsidDel="00000000" w:rsidR="00000000" w:rsidRPr="00000000">
        <w:rPr>
          <w:rtl w:val="0"/>
        </w:rPr>
        <w:t xml:space="preserve">“I can hold deep pain and deep joy in the same breath. I am allowed to laugh while I heal.”</w:t>
      </w:r>
    </w:p>
    <w:p w:rsidR="00000000" w:rsidDel="00000000" w:rsidP="00000000" w:rsidRDefault="00000000" w:rsidRPr="00000000" w14:paraId="000000ED">
      <w:pPr>
        <w:spacing w:after="240" w:before="240" w:line="480" w:lineRule="auto"/>
        <w:rPr/>
      </w:pPr>
      <w:r w:rsidDel="00000000" w:rsidR="00000000" w:rsidRPr="00000000">
        <w:rPr>
          <w:rtl w:val="0"/>
        </w:rPr>
        <w:t xml:space="preserve">The Dual Role of the Healer</w:t>
      </w:r>
    </w:p>
    <w:p w:rsidR="00000000" w:rsidDel="00000000" w:rsidP="00000000" w:rsidRDefault="00000000" w:rsidRPr="00000000" w14:paraId="000000EE">
      <w:pPr>
        <w:spacing w:after="240" w:before="240" w:line="480" w:lineRule="auto"/>
        <w:rPr/>
      </w:pPr>
      <w:r w:rsidDel="00000000" w:rsidR="00000000" w:rsidRPr="00000000">
        <w:rPr>
          <w:rtl w:val="0"/>
        </w:rPr>
        <w:t xml:space="preserve">We often hold dual identities — professional and personal, regulated and unraveling. In a single day, we may switch from leading a mindfulness group to managing our own anxiety. And that’s okay. Healing is not about having it all figured out. It’s about learning how to return — over and over — to the practices that restore us.</w:t>
      </w:r>
    </w:p>
    <w:p w:rsidR="00000000" w:rsidDel="00000000" w:rsidP="00000000" w:rsidRDefault="00000000" w:rsidRPr="00000000" w14:paraId="000000EF">
      <w:pPr>
        <w:spacing w:after="240" w:before="240" w:line="480" w:lineRule="auto"/>
        <w:rPr/>
      </w:pPr>
      <w:r w:rsidDel="00000000" w:rsidR="00000000" w:rsidRPr="00000000">
        <w:rPr>
          <w:rtl w:val="0"/>
        </w:rPr>
        <w:t xml:space="preserve">Therapists are at their most effective when they’re practicing what they offer. This is more than ethical congruence; it’s nervous system congruence. Clients feel when we’ve done the work. According to Siegel (2010), interpersonal neurobiology shows us that regulated, attuned clinicians support co-regulation and increase client safety — not just emotionally, but physiologically.</w:t>
      </w:r>
    </w:p>
    <w:p w:rsidR="00000000" w:rsidDel="00000000" w:rsidP="00000000" w:rsidRDefault="00000000" w:rsidRPr="00000000" w14:paraId="000000F0">
      <w:pPr>
        <w:spacing w:after="240" w:before="240" w:line="480" w:lineRule="auto"/>
        <w:rPr/>
      </w:pPr>
      <w:r w:rsidDel="00000000" w:rsidR="00000000" w:rsidRPr="00000000">
        <w:rPr>
          <w:rtl w:val="0"/>
        </w:rPr>
        <w:t xml:space="preserve">When Healing Is Not a Straight Line</w:t>
      </w:r>
    </w:p>
    <w:p w:rsidR="00000000" w:rsidDel="00000000" w:rsidP="00000000" w:rsidRDefault="00000000" w:rsidRPr="00000000" w14:paraId="000000F1">
      <w:pPr>
        <w:spacing w:after="240" w:before="240" w:line="480" w:lineRule="auto"/>
        <w:rPr/>
      </w:pPr>
      <w:r w:rsidDel="00000000" w:rsidR="00000000" w:rsidRPr="00000000">
        <w:rPr>
          <w:rtl w:val="0"/>
        </w:rPr>
        <w:t xml:space="preserve">There was a time when I believed healing meant reaching some better version of myself — more regulated, more enlightened, less emotional. But healing has never worked like that for me. It’s come in waves. Sometimes in whispers. Sometimes in earthquakes.</w:t>
      </w:r>
    </w:p>
    <w:p w:rsidR="00000000" w:rsidDel="00000000" w:rsidP="00000000" w:rsidRDefault="00000000" w:rsidRPr="00000000" w14:paraId="000000F2">
      <w:pPr>
        <w:spacing w:after="240" w:before="240" w:line="480" w:lineRule="auto"/>
        <w:rPr/>
      </w:pPr>
      <w:r w:rsidDel="00000000" w:rsidR="00000000" w:rsidRPr="00000000">
        <w:rPr>
          <w:rtl w:val="0"/>
        </w:rPr>
        <w:t xml:space="preserve">There was a season in my life when everything unraveled at once — my marriage, my job, my confidence. I had just come off of a string of professional losses that left me raw and questioning everything. I felt like I was being punished for being soft. For being me.</w:t>
      </w:r>
    </w:p>
    <w:p w:rsidR="00000000" w:rsidDel="00000000" w:rsidP="00000000" w:rsidRDefault="00000000" w:rsidRPr="00000000" w14:paraId="000000F3">
      <w:pPr>
        <w:spacing w:after="240" w:before="240" w:line="480" w:lineRule="auto"/>
        <w:rPr/>
      </w:pPr>
      <w:r w:rsidDel="00000000" w:rsidR="00000000" w:rsidRPr="00000000">
        <w:rPr>
          <w:rtl w:val="0"/>
        </w:rPr>
        <w:t xml:space="preserve">I remember sitting on my kitchen floor after one of those days, staring at the cabinets like they might offer answers. My kids were asleep, the house was too quiet, and I felt invisible. My worth felt tied to roles I had lost — employee, wife, even friend. I was grieving not just people, but the versions of myself I couldn’t go back to.</w:t>
      </w:r>
    </w:p>
    <w:p w:rsidR="00000000" w:rsidDel="00000000" w:rsidP="00000000" w:rsidRDefault="00000000" w:rsidRPr="00000000" w14:paraId="000000F4">
      <w:pPr>
        <w:spacing w:after="240" w:before="240" w:line="480" w:lineRule="auto"/>
        <w:rPr/>
      </w:pPr>
      <w:r w:rsidDel="00000000" w:rsidR="00000000" w:rsidRPr="00000000">
        <w:rPr>
          <w:rtl w:val="0"/>
        </w:rPr>
        <w:t xml:space="preserve">And beneath all that grief was a quieter wound — the one I had carried since childhood:</w:t>
      </w:r>
    </w:p>
    <w:p w:rsidR="00000000" w:rsidDel="00000000" w:rsidP="00000000" w:rsidRDefault="00000000" w:rsidRPr="00000000" w14:paraId="000000F5">
      <w:pPr>
        <w:spacing w:after="240" w:before="240" w:line="480" w:lineRule="auto"/>
        <w:rPr/>
      </w:pPr>
      <w:r w:rsidDel="00000000" w:rsidR="00000000" w:rsidRPr="00000000">
        <w:rPr>
          <w:rtl w:val="0"/>
        </w:rPr>
        <w:t xml:space="preserve">“Am I lovable just as I am?”</w:t>
      </w:r>
    </w:p>
    <w:p w:rsidR="00000000" w:rsidDel="00000000" w:rsidP="00000000" w:rsidRDefault="00000000" w:rsidRPr="00000000" w14:paraId="000000F6">
      <w:pPr>
        <w:spacing w:after="240" w:before="240" w:line="480" w:lineRule="auto"/>
        <w:rPr/>
      </w:pPr>
      <w:r w:rsidDel="00000000" w:rsidR="00000000" w:rsidRPr="00000000">
        <w:rPr>
          <w:rtl w:val="0"/>
        </w:rPr>
        <w:t xml:space="preserve">“Will anyone ever see the real me — and stay?”</w:t>
      </w:r>
    </w:p>
    <w:p w:rsidR="00000000" w:rsidDel="00000000" w:rsidP="00000000" w:rsidRDefault="00000000" w:rsidRPr="00000000" w14:paraId="000000F7">
      <w:pPr>
        <w:spacing w:after="240" w:before="240" w:line="480" w:lineRule="auto"/>
        <w:rPr/>
      </w:pPr>
      <w:r w:rsidDel="00000000" w:rsidR="00000000" w:rsidRPr="00000000">
        <w:rPr>
          <w:rtl w:val="0"/>
        </w:rPr>
        <w:t xml:space="preserve">This was the ache that shaped my overgiving, my tendency to overextend in therapy and life. I wanted to matter. I wanted someone — anyone — to say, “You’re doing enough.”</w:t>
      </w:r>
    </w:p>
    <w:p w:rsidR="00000000" w:rsidDel="00000000" w:rsidP="00000000" w:rsidRDefault="00000000" w:rsidRPr="00000000" w14:paraId="000000F8">
      <w:pPr>
        <w:spacing w:after="240" w:before="240" w:line="480" w:lineRule="auto"/>
        <w:rPr/>
      </w:pPr>
      <w:r w:rsidDel="00000000" w:rsidR="00000000" w:rsidRPr="00000000">
        <w:rPr>
          <w:rtl w:val="0"/>
        </w:rPr>
        <w:t xml:space="preserve">But in that quiet moment, something else emerged. Not a grand revelation, not a dramatic healing… just breath. One full inhale. One full exhale. And a whisper from deep within:</w:t>
      </w:r>
    </w:p>
    <w:p w:rsidR="00000000" w:rsidDel="00000000" w:rsidP="00000000" w:rsidRDefault="00000000" w:rsidRPr="00000000" w14:paraId="000000F9">
      <w:pPr>
        <w:spacing w:after="240" w:before="240" w:line="480" w:lineRule="auto"/>
        <w:rPr/>
      </w:pPr>
      <w:r w:rsidDel="00000000" w:rsidR="00000000" w:rsidRPr="00000000">
        <w:rPr>
          <w:rtl w:val="0"/>
        </w:rPr>
        <w:t xml:space="preserve">“Come home. You’re not broken — just tired.”</w:t>
      </w:r>
    </w:p>
    <w:p w:rsidR="00000000" w:rsidDel="00000000" w:rsidP="00000000" w:rsidRDefault="00000000" w:rsidRPr="00000000" w14:paraId="000000FA">
      <w:pPr>
        <w:spacing w:after="240" w:before="240" w:line="480" w:lineRule="auto"/>
        <w:rPr/>
      </w:pPr>
      <w:r w:rsidDel="00000000" w:rsidR="00000000" w:rsidRPr="00000000">
        <w:rPr>
          <w:rtl w:val="0"/>
        </w:rPr>
        <w:t xml:space="preserve">That was the night Ember &amp; Ease was born — not the brand, but the energy. The knowing that I could be soft and strong. That healing wasn’t about proving anything. That maybe the very things I was taught to hide — my sensitivity, my instability, my deep feeling — were the things that made me a healer.</w:t>
      </w:r>
    </w:p>
    <w:p w:rsidR="00000000" w:rsidDel="00000000" w:rsidP="00000000" w:rsidRDefault="00000000" w:rsidRPr="00000000" w14:paraId="000000FB">
      <w:pPr>
        <w:spacing w:after="240" w:before="240" w:line="480" w:lineRule="auto"/>
        <w:rPr/>
      </w:pPr>
      <w:r w:rsidDel="00000000" w:rsidR="00000000" w:rsidRPr="00000000">
        <w:rPr>
          <w:rtl w:val="0"/>
        </w:rPr>
        <w:t xml:space="preserve">Why We Must Share the Mess, Not Just the Medicine</w:t>
      </w:r>
    </w:p>
    <w:p w:rsidR="00000000" w:rsidDel="00000000" w:rsidP="00000000" w:rsidRDefault="00000000" w:rsidRPr="00000000" w14:paraId="000000FC">
      <w:pPr>
        <w:spacing w:after="240" w:before="240" w:line="480" w:lineRule="auto"/>
        <w:rPr/>
      </w:pPr>
      <w:r w:rsidDel="00000000" w:rsidR="00000000" w:rsidRPr="00000000">
        <w:rPr>
          <w:rtl w:val="0"/>
        </w:rPr>
        <w:t xml:space="preserve">Healing isn’t about arrival. It’s about access. And one of the most radical things we can do as clinicians is show up in our fullness — regulated and real. When we share our own healing journeys (ethically, appropriately), we give clients something invaluable: permission.</w:t>
      </w:r>
    </w:p>
    <w:p w:rsidR="00000000" w:rsidDel="00000000" w:rsidP="00000000" w:rsidRDefault="00000000" w:rsidRPr="00000000" w14:paraId="000000FD">
      <w:pPr>
        <w:spacing w:after="240" w:before="240" w:line="480" w:lineRule="auto"/>
        <w:rPr/>
      </w:pPr>
      <w:r w:rsidDel="00000000" w:rsidR="00000000" w:rsidRPr="00000000">
        <w:rPr>
          <w:rtl w:val="0"/>
        </w:rPr>
        <w:t xml:space="preserve">Permission to grieve.</w:t>
      </w:r>
    </w:p>
    <w:p w:rsidR="00000000" w:rsidDel="00000000" w:rsidP="00000000" w:rsidRDefault="00000000" w:rsidRPr="00000000" w14:paraId="000000FE">
      <w:pPr>
        <w:spacing w:after="240" w:before="240" w:line="480" w:lineRule="auto"/>
        <w:rPr/>
      </w:pPr>
      <w:r w:rsidDel="00000000" w:rsidR="00000000" w:rsidRPr="00000000">
        <w:rPr>
          <w:rtl w:val="0"/>
        </w:rPr>
        <w:t xml:space="preserve">Permission to not know.</w:t>
      </w:r>
    </w:p>
    <w:p w:rsidR="00000000" w:rsidDel="00000000" w:rsidP="00000000" w:rsidRDefault="00000000" w:rsidRPr="00000000" w14:paraId="000000FF">
      <w:pPr>
        <w:spacing w:after="240" w:before="240" w:line="480" w:lineRule="auto"/>
        <w:rPr/>
      </w:pPr>
      <w:r w:rsidDel="00000000" w:rsidR="00000000" w:rsidRPr="00000000">
        <w:rPr>
          <w:rtl w:val="0"/>
        </w:rPr>
        <w:t xml:space="preserve">Permission to heal slowly.</w:t>
      </w:r>
    </w:p>
    <w:p w:rsidR="00000000" w:rsidDel="00000000" w:rsidP="00000000" w:rsidRDefault="00000000" w:rsidRPr="00000000" w14:paraId="00000100">
      <w:pPr>
        <w:spacing w:after="240" w:before="240" w:line="480" w:lineRule="auto"/>
        <w:rPr/>
      </w:pPr>
      <w:r w:rsidDel="00000000" w:rsidR="00000000" w:rsidRPr="00000000">
        <w:rPr>
          <w:rtl w:val="0"/>
        </w:rPr>
        <w:t xml:space="preserve">The tools in this chapter aren’t perfect. But they are powerful. Not because they fix pain — but because they hold it, gently. They allow us — and our clients — to stay in relationship with our own healing, even when it feels impossible.</w:t>
      </w:r>
    </w:p>
    <w:p w:rsidR="00000000" w:rsidDel="00000000" w:rsidP="00000000" w:rsidRDefault="00000000" w:rsidRPr="00000000" w14:paraId="00000101">
      <w:pPr>
        <w:spacing w:after="240" w:before="240" w:line="480" w:lineRule="auto"/>
        <w:rPr/>
      </w:pPr>
      <w:r w:rsidDel="00000000" w:rsidR="00000000" w:rsidRPr="00000000">
        <w:rPr>
          <w:rtl w:val="0"/>
        </w:rPr>
        <w:t xml:space="preserve">Final Reflection:</w:t>
      </w:r>
    </w:p>
    <w:p w:rsidR="00000000" w:rsidDel="00000000" w:rsidP="00000000" w:rsidRDefault="00000000" w:rsidRPr="00000000" w14:paraId="00000102">
      <w:pPr>
        <w:spacing w:after="240" w:before="240" w:line="480" w:lineRule="auto"/>
        <w:rPr/>
      </w:pPr>
      <w:r w:rsidDel="00000000" w:rsidR="00000000" w:rsidRPr="00000000">
        <w:rPr>
          <w:rtl w:val="0"/>
        </w:rPr>
        <w:t xml:space="preserve">Think of the version of you who was barely hanging on.</w:t>
      </w:r>
    </w:p>
    <w:p w:rsidR="00000000" w:rsidDel="00000000" w:rsidP="00000000" w:rsidRDefault="00000000" w:rsidRPr="00000000" w14:paraId="00000103">
      <w:pPr>
        <w:spacing w:after="240" w:before="240" w:line="480" w:lineRule="auto"/>
        <w:rPr/>
      </w:pPr>
      <w:r w:rsidDel="00000000" w:rsidR="00000000" w:rsidRPr="00000000">
        <w:rPr>
          <w:rtl w:val="0"/>
        </w:rPr>
        <w:t xml:space="preserve">What would you whisper to them now?</w:t>
      </w:r>
    </w:p>
    <w:p w:rsidR="00000000" w:rsidDel="00000000" w:rsidP="00000000" w:rsidRDefault="00000000" w:rsidRPr="00000000" w14:paraId="00000104">
      <w:pPr>
        <w:spacing w:after="240" w:before="240" w:line="480" w:lineRule="auto"/>
        <w:rPr/>
      </w:pPr>
      <w:r w:rsidDel="00000000" w:rsidR="00000000" w:rsidRPr="00000000">
        <w:rPr>
          <w:rtl w:val="0"/>
        </w:rPr>
        <w:t xml:space="preserve">Maybe something like this:</w:t>
      </w:r>
    </w:p>
    <w:p w:rsidR="00000000" w:rsidDel="00000000" w:rsidP="00000000" w:rsidRDefault="00000000" w:rsidRPr="00000000" w14:paraId="00000105">
      <w:pPr>
        <w:spacing w:after="240" w:before="240" w:line="480" w:lineRule="auto"/>
        <w:rPr/>
      </w:pPr>
      <w:r w:rsidDel="00000000" w:rsidR="00000000" w:rsidRPr="00000000">
        <w:rPr>
          <w:rtl w:val="0"/>
        </w:rPr>
        <w:t xml:space="preserve">“You are not behind.</w:t>
      </w:r>
    </w:p>
    <w:p w:rsidR="00000000" w:rsidDel="00000000" w:rsidP="00000000" w:rsidRDefault="00000000" w:rsidRPr="00000000" w14:paraId="00000106">
      <w:pPr>
        <w:spacing w:after="240" w:before="240" w:line="480" w:lineRule="auto"/>
        <w:rPr/>
      </w:pPr>
      <w:r w:rsidDel="00000000" w:rsidR="00000000" w:rsidRPr="00000000">
        <w:rPr>
          <w:rtl w:val="0"/>
        </w:rPr>
        <w:t xml:space="preserve">You are not broken.</w:t>
      </w:r>
    </w:p>
    <w:p w:rsidR="00000000" w:rsidDel="00000000" w:rsidP="00000000" w:rsidRDefault="00000000" w:rsidRPr="00000000" w14:paraId="00000107">
      <w:pPr>
        <w:spacing w:after="240" w:before="240" w:line="480" w:lineRule="auto"/>
        <w:rPr/>
      </w:pPr>
      <w:r w:rsidDel="00000000" w:rsidR="00000000" w:rsidRPr="00000000">
        <w:rPr>
          <w:rtl w:val="0"/>
        </w:rPr>
        <w:t xml:space="preserve">You are in the sacred middle of becoming.”</w:t>
      </w:r>
    </w:p>
    <w:p w:rsidR="00000000" w:rsidDel="00000000" w:rsidP="00000000" w:rsidRDefault="00000000" w:rsidRPr="00000000" w14:paraId="00000108">
      <w:pPr>
        <w:spacing w:after="240" w:before="240" w:line="480" w:lineRule="auto"/>
        <w:rPr/>
      </w:pPr>
      <w:r w:rsidDel="00000000" w:rsidR="00000000" w:rsidRPr="00000000">
        <w:rPr>
          <w:rtl w:val="0"/>
        </w:rPr>
        <w:t xml:space="preserve">And that is more than enough.</w:t>
      </w:r>
    </w:p>
    <w:p w:rsidR="00000000" w:rsidDel="00000000" w:rsidP="00000000" w:rsidRDefault="00000000" w:rsidRPr="00000000" w14:paraId="00000109">
      <w:pPr>
        <w:spacing w:after="240" w:before="240" w:line="480" w:lineRule="auto"/>
        <w:rPr>
          <w:b w:val="1"/>
        </w:rPr>
      </w:pPr>
      <w:r w:rsidDel="00000000" w:rsidR="00000000" w:rsidRPr="00000000">
        <w:rPr>
          <w:b w:val="1"/>
          <w:rtl w:val="0"/>
        </w:rPr>
        <w:t xml:space="preserve">Core Tools for the Journey</w:t>
      </w:r>
    </w:p>
    <w:p w:rsidR="00000000" w:rsidDel="00000000" w:rsidP="00000000" w:rsidRDefault="00000000" w:rsidRPr="00000000" w14:paraId="0000010A">
      <w:pPr>
        <w:spacing w:after="240" w:before="240" w:line="480" w:lineRule="auto"/>
        <w:rPr/>
      </w:pPr>
      <w:r w:rsidDel="00000000" w:rsidR="00000000" w:rsidRPr="00000000">
        <w:rPr>
          <w:rtl w:val="0"/>
        </w:rPr>
        <w:t xml:space="preserve">These tools are practices I return to — with myself and my clients. They are simple, but when done consistently, they rewire everything.</w:t>
      </w:r>
    </w:p>
    <w:p w:rsidR="00000000" w:rsidDel="00000000" w:rsidP="00000000" w:rsidRDefault="00000000" w:rsidRPr="00000000" w14:paraId="0000010B">
      <w:pPr>
        <w:spacing w:after="240" w:before="240" w:line="480" w:lineRule="auto"/>
        <w:rPr/>
      </w:pPr>
      <w:r w:rsidDel="00000000" w:rsidR="00000000" w:rsidRPr="00000000">
        <w:rPr>
          <w:rtl w:val="0"/>
        </w:rPr>
        <w:t xml:space="preserve">1. Breath as a Bridge</w:t>
      </w:r>
    </w:p>
    <w:p w:rsidR="00000000" w:rsidDel="00000000" w:rsidP="00000000" w:rsidRDefault="00000000" w:rsidRPr="00000000" w14:paraId="0000010C">
      <w:pPr>
        <w:spacing w:after="240" w:before="240" w:line="480" w:lineRule="auto"/>
        <w:rPr/>
      </w:pPr>
      <w:r w:rsidDel="00000000" w:rsidR="00000000" w:rsidRPr="00000000">
        <w:rPr>
          <w:rtl w:val="0"/>
        </w:rPr>
        <w:t xml:space="preserve">“If you want to conquer the anxiety of life, live in the moment, live in the breath.”</w:t>
      </w:r>
    </w:p>
    <w:p w:rsidR="00000000" w:rsidDel="00000000" w:rsidP="00000000" w:rsidRDefault="00000000" w:rsidRPr="00000000" w14:paraId="0000010D">
      <w:pPr>
        <w:spacing w:after="240" w:before="240" w:line="480" w:lineRule="auto"/>
        <w:rPr/>
      </w:pPr>
      <w:r w:rsidDel="00000000" w:rsidR="00000000" w:rsidRPr="00000000">
        <w:rPr>
          <w:rtl w:val="0"/>
        </w:rPr>
        <w:t xml:space="preserve">— Amit Ray</w:t>
      </w:r>
    </w:p>
    <w:p w:rsidR="00000000" w:rsidDel="00000000" w:rsidP="00000000" w:rsidRDefault="00000000" w:rsidRPr="00000000" w14:paraId="0000010E">
      <w:pPr>
        <w:spacing w:after="240" w:before="240" w:line="480" w:lineRule="auto"/>
        <w:rPr/>
      </w:pPr>
      <w:r w:rsidDel="00000000" w:rsidR="00000000" w:rsidRPr="00000000">
        <w:rPr>
          <w:rtl w:val="0"/>
        </w:rPr>
        <w:t xml:space="preserve">Practice: Box Breathing (also called Four-Square Breathing)</w:t>
      </w:r>
    </w:p>
    <w:p w:rsidR="00000000" w:rsidDel="00000000" w:rsidP="00000000" w:rsidRDefault="00000000" w:rsidRPr="00000000" w14:paraId="0000010F">
      <w:pPr>
        <w:spacing w:after="240" w:before="240" w:line="480" w:lineRule="auto"/>
        <w:rPr/>
      </w:pPr>
      <w:r w:rsidDel="00000000" w:rsidR="00000000" w:rsidRPr="00000000">
        <w:rPr>
          <w:rtl w:val="0"/>
        </w:rPr>
        <w:t xml:space="preserve">Used to reduce anxiety, calm the nervous system, and reorient to the present.</w:t>
      </w:r>
    </w:p>
    <w:p w:rsidR="00000000" w:rsidDel="00000000" w:rsidP="00000000" w:rsidRDefault="00000000" w:rsidRPr="00000000" w14:paraId="00000110">
      <w:pPr>
        <w:spacing w:after="240" w:before="240" w:line="480" w:lineRule="auto"/>
        <w:rPr/>
      </w:pPr>
      <w:r w:rsidDel="00000000" w:rsidR="00000000" w:rsidRPr="00000000">
        <w:rPr>
          <w:rtl w:val="0"/>
        </w:rPr>
        <w:t xml:space="preserve">Inhale for 4 seconds</w:t>
      </w:r>
    </w:p>
    <w:p w:rsidR="00000000" w:rsidDel="00000000" w:rsidP="00000000" w:rsidRDefault="00000000" w:rsidRPr="00000000" w14:paraId="00000111">
      <w:pPr>
        <w:spacing w:after="240" w:before="240" w:line="480" w:lineRule="auto"/>
        <w:rPr/>
      </w:pPr>
      <w:r w:rsidDel="00000000" w:rsidR="00000000" w:rsidRPr="00000000">
        <w:rPr>
          <w:rtl w:val="0"/>
        </w:rPr>
        <w:t xml:space="preserve">Hold for 4 seconds</w:t>
      </w:r>
    </w:p>
    <w:p w:rsidR="00000000" w:rsidDel="00000000" w:rsidP="00000000" w:rsidRDefault="00000000" w:rsidRPr="00000000" w14:paraId="00000112">
      <w:pPr>
        <w:spacing w:after="240" w:before="240" w:line="480" w:lineRule="auto"/>
        <w:rPr/>
      </w:pPr>
      <w:r w:rsidDel="00000000" w:rsidR="00000000" w:rsidRPr="00000000">
        <w:rPr>
          <w:rtl w:val="0"/>
        </w:rPr>
        <w:t xml:space="preserve">Exhale for 4 seconds</w:t>
      </w:r>
    </w:p>
    <w:p w:rsidR="00000000" w:rsidDel="00000000" w:rsidP="00000000" w:rsidRDefault="00000000" w:rsidRPr="00000000" w14:paraId="00000113">
      <w:pPr>
        <w:spacing w:after="240" w:before="240" w:line="480" w:lineRule="auto"/>
        <w:rPr/>
      </w:pPr>
      <w:r w:rsidDel="00000000" w:rsidR="00000000" w:rsidRPr="00000000">
        <w:rPr>
          <w:rtl w:val="0"/>
        </w:rPr>
        <w:t xml:space="preserve">Hold for 4 seconds</w:t>
      </w:r>
    </w:p>
    <w:p w:rsidR="00000000" w:rsidDel="00000000" w:rsidP="00000000" w:rsidRDefault="00000000" w:rsidRPr="00000000" w14:paraId="00000114">
      <w:pPr>
        <w:spacing w:after="240" w:before="240" w:line="480" w:lineRule="auto"/>
        <w:rPr/>
      </w:pPr>
      <w:r w:rsidDel="00000000" w:rsidR="00000000" w:rsidRPr="00000000">
        <w:rPr>
          <w:rtl w:val="0"/>
        </w:rPr>
        <w:t xml:space="preserve">Repeat for 3–5 minutes</w:t>
      </w:r>
    </w:p>
    <w:p w:rsidR="00000000" w:rsidDel="00000000" w:rsidP="00000000" w:rsidRDefault="00000000" w:rsidRPr="00000000" w14:paraId="00000115">
      <w:pPr>
        <w:spacing w:after="240" w:before="240" w:line="480" w:lineRule="auto"/>
        <w:rPr/>
      </w:pPr>
      <w:r w:rsidDel="00000000" w:rsidR="00000000" w:rsidRPr="00000000">
        <w:rPr>
          <w:rtl w:val="0"/>
        </w:rPr>
        <w:t xml:space="preserve">Clinical Backing: Controlled breathwork is shown to down-regulate the sympathetic nervous system and increase vagal tone (Brown &amp; Gerbarg, 2005).</w:t>
      </w:r>
    </w:p>
    <w:p w:rsidR="00000000" w:rsidDel="00000000" w:rsidP="00000000" w:rsidRDefault="00000000" w:rsidRPr="00000000" w14:paraId="00000116">
      <w:pPr>
        <w:spacing w:after="240" w:before="240" w:line="480" w:lineRule="auto"/>
        <w:rPr/>
      </w:pPr>
      <w:r w:rsidDel="00000000" w:rsidR="00000000" w:rsidRPr="00000000">
        <w:rPr>
          <w:rtl w:val="0"/>
        </w:rPr>
        <w:t xml:space="preserve">2. Body-Based Grounding (Somatic Safety)</w:t>
      </w:r>
    </w:p>
    <w:p w:rsidR="00000000" w:rsidDel="00000000" w:rsidP="00000000" w:rsidRDefault="00000000" w:rsidRPr="00000000" w14:paraId="00000117">
      <w:pPr>
        <w:spacing w:after="240" w:before="240" w:line="480" w:lineRule="auto"/>
        <w:rPr/>
      </w:pPr>
      <w:r w:rsidDel="00000000" w:rsidR="00000000" w:rsidRPr="00000000">
        <w:rPr>
          <w:rtl w:val="0"/>
        </w:rPr>
        <w:t xml:space="preserve">Trauma often pulls us out of our bodies. Healing asks us to gently return.</w:t>
      </w:r>
    </w:p>
    <w:p w:rsidR="00000000" w:rsidDel="00000000" w:rsidP="00000000" w:rsidRDefault="00000000" w:rsidRPr="00000000" w14:paraId="00000118">
      <w:pPr>
        <w:spacing w:after="240" w:before="240" w:line="480" w:lineRule="auto"/>
        <w:rPr/>
      </w:pPr>
      <w:r w:rsidDel="00000000" w:rsidR="00000000" w:rsidRPr="00000000">
        <w:rPr>
          <w:rtl w:val="0"/>
        </w:rPr>
        <w:t xml:space="preserve">Practice: “Weighted Body Scan” (Trauma-Informed)</w:t>
      </w:r>
    </w:p>
    <w:p w:rsidR="00000000" w:rsidDel="00000000" w:rsidP="00000000" w:rsidRDefault="00000000" w:rsidRPr="00000000" w14:paraId="00000119">
      <w:pPr>
        <w:spacing w:after="240" w:before="240" w:line="480" w:lineRule="auto"/>
        <w:rPr/>
      </w:pPr>
      <w:r w:rsidDel="00000000" w:rsidR="00000000" w:rsidRPr="00000000">
        <w:rPr>
          <w:rtl w:val="0"/>
        </w:rPr>
        <w:t xml:space="preserve">Sit or lie down and bring awareness to one body part at a time.</w:t>
      </w:r>
    </w:p>
    <w:p w:rsidR="00000000" w:rsidDel="00000000" w:rsidP="00000000" w:rsidRDefault="00000000" w:rsidRPr="00000000" w14:paraId="0000011A">
      <w:pPr>
        <w:spacing w:after="240" w:before="240" w:line="480" w:lineRule="auto"/>
        <w:rPr/>
      </w:pPr>
      <w:r w:rsidDel="00000000" w:rsidR="00000000" w:rsidRPr="00000000">
        <w:rPr>
          <w:rtl w:val="0"/>
        </w:rPr>
        <w:t xml:space="preserve">Imagine each part being filled with weight, warmth, or light.</w:t>
      </w:r>
    </w:p>
    <w:p w:rsidR="00000000" w:rsidDel="00000000" w:rsidP="00000000" w:rsidRDefault="00000000" w:rsidRPr="00000000" w14:paraId="0000011B">
      <w:pPr>
        <w:spacing w:after="240" w:before="240" w:line="480" w:lineRule="auto"/>
        <w:rPr/>
      </w:pPr>
      <w:r w:rsidDel="00000000" w:rsidR="00000000" w:rsidRPr="00000000">
        <w:rPr>
          <w:rtl w:val="0"/>
        </w:rPr>
        <w:t xml:space="preserve">Progress slowly: Feet → Legs → Hips → Belly → Chest → Shoulders → Arms → Hands → Neck → Face</w:t>
      </w:r>
    </w:p>
    <w:p w:rsidR="00000000" w:rsidDel="00000000" w:rsidP="00000000" w:rsidRDefault="00000000" w:rsidRPr="00000000" w14:paraId="0000011C">
      <w:pPr>
        <w:spacing w:after="240" w:before="240" w:line="480" w:lineRule="auto"/>
        <w:rPr/>
      </w:pPr>
      <w:r w:rsidDel="00000000" w:rsidR="00000000" w:rsidRPr="00000000">
        <w:rPr>
          <w:rtl w:val="0"/>
        </w:rPr>
        <w:t xml:space="preserve">End by pressing your hands gently into your thighs or heart space.</w:t>
      </w:r>
    </w:p>
    <w:p w:rsidR="00000000" w:rsidDel="00000000" w:rsidP="00000000" w:rsidRDefault="00000000" w:rsidRPr="00000000" w14:paraId="0000011D">
      <w:pPr>
        <w:spacing w:after="240" w:before="240" w:line="480" w:lineRule="auto"/>
        <w:rPr/>
      </w:pPr>
      <w:r w:rsidDel="00000000" w:rsidR="00000000" w:rsidRPr="00000000">
        <w:rPr>
          <w:rtl w:val="0"/>
        </w:rPr>
        <w:t xml:space="preserve">Use with clients who struggle with disassociation, anxiety, or body-based trauma (Ogden, Minton, &amp; Pain, 2006).</w:t>
      </w:r>
    </w:p>
    <w:p w:rsidR="00000000" w:rsidDel="00000000" w:rsidP="00000000" w:rsidRDefault="00000000" w:rsidRPr="00000000" w14:paraId="0000011E">
      <w:pPr>
        <w:spacing w:after="240" w:before="240" w:line="480" w:lineRule="auto"/>
        <w:rPr/>
      </w:pPr>
      <w:r w:rsidDel="00000000" w:rsidR="00000000" w:rsidRPr="00000000">
        <w:rPr>
          <w:rtl w:val="0"/>
        </w:rPr>
        <w:t xml:space="preserve">3. Thought Tracking &amp; Compassion Reframing</w:t>
      </w:r>
    </w:p>
    <w:p w:rsidR="00000000" w:rsidDel="00000000" w:rsidP="00000000" w:rsidRDefault="00000000" w:rsidRPr="00000000" w14:paraId="0000011F">
      <w:pPr>
        <w:spacing w:after="240" w:before="240" w:line="480" w:lineRule="auto"/>
        <w:rPr/>
      </w:pPr>
      <w:r w:rsidDel="00000000" w:rsidR="00000000" w:rsidRPr="00000000">
        <w:rPr>
          <w:rtl w:val="0"/>
        </w:rPr>
        <w:t xml:space="preserve">Our thoughts shape our emotional landscape. Teaching clients (and ourselves) to observe them without judgment is a core part of CBT and mindfulness-based therapy.</w:t>
      </w:r>
    </w:p>
    <w:p w:rsidR="00000000" w:rsidDel="00000000" w:rsidP="00000000" w:rsidRDefault="00000000" w:rsidRPr="00000000" w14:paraId="00000120">
      <w:pPr>
        <w:spacing w:after="240" w:before="240" w:line="480" w:lineRule="auto"/>
        <w:rPr/>
      </w:pPr>
      <w:r w:rsidDel="00000000" w:rsidR="00000000" w:rsidRPr="00000000">
        <w:rPr>
          <w:rtl w:val="0"/>
        </w:rPr>
        <w:t xml:space="preserve">Tool: Thought → Feeling → Truth</w:t>
      </w:r>
    </w:p>
    <w:p w:rsidR="00000000" w:rsidDel="00000000" w:rsidP="00000000" w:rsidRDefault="00000000" w:rsidRPr="00000000" w14:paraId="00000121">
      <w:pPr>
        <w:spacing w:after="240" w:before="240" w:line="480" w:lineRule="auto"/>
        <w:rPr/>
      </w:pPr>
      <w:r w:rsidDel="00000000" w:rsidR="00000000" w:rsidRPr="00000000">
        <w:rPr>
          <w:rtl w:val="0"/>
        </w:rPr>
        <w:t xml:space="preserve">Example:</w:t>
      </w:r>
    </w:p>
    <w:p w:rsidR="00000000" w:rsidDel="00000000" w:rsidP="00000000" w:rsidRDefault="00000000" w:rsidRPr="00000000" w14:paraId="00000122">
      <w:pPr>
        <w:spacing w:after="240" w:before="240" w:line="480" w:lineRule="auto"/>
        <w:rPr/>
      </w:pPr>
      <w:r w:rsidDel="00000000" w:rsidR="00000000" w:rsidRPr="00000000">
        <w:rPr>
          <w:rtl w:val="0"/>
        </w:rPr>
        <w:t xml:space="preserve">Thought: “I’m a terrible parent.”</w:t>
      </w:r>
    </w:p>
    <w:p w:rsidR="00000000" w:rsidDel="00000000" w:rsidP="00000000" w:rsidRDefault="00000000" w:rsidRPr="00000000" w14:paraId="00000123">
      <w:pPr>
        <w:spacing w:after="240" w:before="240" w:line="480" w:lineRule="auto"/>
        <w:rPr/>
      </w:pPr>
      <w:r w:rsidDel="00000000" w:rsidR="00000000" w:rsidRPr="00000000">
        <w:rPr>
          <w:rtl w:val="0"/>
        </w:rPr>
        <w:t xml:space="preserve">Feeling: Shame, sadness</w:t>
      </w:r>
    </w:p>
    <w:p w:rsidR="00000000" w:rsidDel="00000000" w:rsidP="00000000" w:rsidRDefault="00000000" w:rsidRPr="00000000" w14:paraId="00000124">
      <w:pPr>
        <w:spacing w:after="240" w:before="240" w:line="480" w:lineRule="auto"/>
        <w:rPr/>
      </w:pPr>
      <w:r w:rsidDel="00000000" w:rsidR="00000000" w:rsidRPr="00000000">
        <w:rPr>
          <w:rtl w:val="0"/>
        </w:rPr>
        <w:t xml:space="preserve">Truth: “I’m overwhelmed right now and doing my best.”</w:t>
      </w:r>
    </w:p>
    <w:p w:rsidR="00000000" w:rsidDel="00000000" w:rsidP="00000000" w:rsidRDefault="00000000" w:rsidRPr="00000000" w14:paraId="00000125">
      <w:pPr>
        <w:spacing w:after="240" w:before="240" w:line="480" w:lineRule="auto"/>
        <w:rPr/>
      </w:pPr>
      <w:r w:rsidDel="00000000" w:rsidR="00000000" w:rsidRPr="00000000">
        <w:rPr>
          <w:rtl w:val="0"/>
        </w:rPr>
        <w:t xml:space="preserve">This cognitive skill helps separate narrative from identity (Beck, 2011) and introduces self-compassion (Neff, 2003) into a critical inner dialogue.</w:t>
      </w:r>
    </w:p>
    <w:p w:rsidR="00000000" w:rsidDel="00000000" w:rsidP="00000000" w:rsidRDefault="00000000" w:rsidRPr="00000000" w14:paraId="00000126">
      <w:pPr>
        <w:spacing w:after="240" w:before="240" w:line="480" w:lineRule="auto"/>
        <w:rPr/>
      </w:pPr>
      <w:r w:rsidDel="00000000" w:rsidR="00000000" w:rsidRPr="00000000">
        <w:rPr>
          <w:rtl w:val="0"/>
        </w:rPr>
        <w:t xml:space="preserve">4. Micro-Moments of Ritual</w:t>
      </w:r>
    </w:p>
    <w:p w:rsidR="00000000" w:rsidDel="00000000" w:rsidP="00000000" w:rsidRDefault="00000000" w:rsidRPr="00000000" w14:paraId="00000127">
      <w:pPr>
        <w:spacing w:after="240" w:before="240" w:line="480" w:lineRule="auto"/>
        <w:rPr/>
      </w:pPr>
      <w:r w:rsidDel="00000000" w:rsidR="00000000" w:rsidRPr="00000000">
        <w:rPr>
          <w:rtl w:val="0"/>
        </w:rPr>
        <w:t xml:space="preserve">In a world that rushes, ritual reminds us to return to ourselves. You don’t need incense or bells — just presence.</w:t>
      </w:r>
    </w:p>
    <w:p w:rsidR="00000000" w:rsidDel="00000000" w:rsidP="00000000" w:rsidRDefault="00000000" w:rsidRPr="00000000" w14:paraId="00000128">
      <w:pPr>
        <w:spacing w:after="240" w:before="240" w:line="480" w:lineRule="auto"/>
        <w:rPr/>
      </w:pPr>
      <w:r w:rsidDel="00000000" w:rsidR="00000000" w:rsidRPr="00000000">
        <w:rPr>
          <w:rtl w:val="0"/>
        </w:rPr>
        <w:t xml:space="preserve">Ideas:</w:t>
      </w:r>
    </w:p>
    <w:p w:rsidR="00000000" w:rsidDel="00000000" w:rsidP="00000000" w:rsidRDefault="00000000" w:rsidRPr="00000000" w14:paraId="00000129">
      <w:pPr>
        <w:spacing w:after="240" w:before="240" w:line="480" w:lineRule="auto"/>
        <w:rPr/>
      </w:pPr>
      <w:r w:rsidDel="00000000" w:rsidR="00000000" w:rsidRPr="00000000">
        <w:rPr>
          <w:rtl w:val="0"/>
        </w:rPr>
        <w:t xml:space="preserve">Light a candle before documentation and blow it out with gratitude.</w:t>
      </w:r>
    </w:p>
    <w:p w:rsidR="00000000" w:rsidDel="00000000" w:rsidP="00000000" w:rsidRDefault="00000000" w:rsidRPr="00000000" w14:paraId="0000012A">
      <w:pPr>
        <w:spacing w:after="240" w:before="240" w:line="480" w:lineRule="auto"/>
        <w:rPr/>
      </w:pPr>
      <w:r w:rsidDel="00000000" w:rsidR="00000000" w:rsidRPr="00000000">
        <w:rPr>
          <w:rtl w:val="0"/>
        </w:rPr>
        <w:t xml:space="preserve">Place one hand on your heart between sessions.</w:t>
      </w:r>
    </w:p>
    <w:p w:rsidR="00000000" w:rsidDel="00000000" w:rsidP="00000000" w:rsidRDefault="00000000" w:rsidRPr="00000000" w14:paraId="0000012B">
      <w:pPr>
        <w:spacing w:after="240" w:before="240" w:line="480" w:lineRule="auto"/>
        <w:rPr/>
      </w:pPr>
      <w:r w:rsidDel="00000000" w:rsidR="00000000" w:rsidRPr="00000000">
        <w:rPr>
          <w:rtl w:val="0"/>
        </w:rPr>
        <w:t xml:space="preserve">End your day with a cleansing breath, imagining the stories leaving your body.</w:t>
      </w:r>
    </w:p>
    <w:p w:rsidR="00000000" w:rsidDel="00000000" w:rsidP="00000000" w:rsidRDefault="00000000" w:rsidRPr="00000000" w14:paraId="0000012C">
      <w:pPr>
        <w:spacing w:after="240" w:before="240" w:line="480" w:lineRule="auto"/>
        <w:rPr/>
      </w:pPr>
      <w:r w:rsidDel="00000000" w:rsidR="00000000" w:rsidRPr="00000000">
        <w:rPr>
          <w:rtl w:val="0"/>
        </w:rPr>
        <w:t xml:space="preserve">These rituals become anchors in the sea of others’ needs.</w:t>
      </w:r>
    </w:p>
    <w:p w:rsidR="00000000" w:rsidDel="00000000" w:rsidP="00000000" w:rsidRDefault="00000000" w:rsidRPr="00000000" w14:paraId="0000012D">
      <w:pPr>
        <w:spacing w:after="240" w:before="240" w:line="480" w:lineRule="auto"/>
        <w:rPr/>
      </w:pPr>
      <w:r w:rsidDel="00000000" w:rsidR="00000000" w:rsidRPr="00000000">
        <w:rPr>
          <w:rtl w:val="0"/>
        </w:rPr>
        <w:t xml:space="preserve">Client Integration Section</w:t>
      </w:r>
    </w:p>
    <w:p w:rsidR="00000000" w:rsidDel="00000000" w:rsidP="00000000" w:rsidRDefault="00000000" w:rsidRPr="00000000" w14:paraId="0000012E">
      <w:pPr>
        <w:spacing w:after="240" w:before="240" w:line="480" w:lineRule="auto"/>
        <w:rPr/>
      </w:pPr>
      <w:r w:rsidDel="00000000" w:rsidR="00000000" w:rsidRPr="00000000">
        <w:rPr>
          <w:rtl w:val="0"/>
        </w:rPr>
        <w:t xml:space="preserve">At the end of this chapter, you can share these tools directly with your clients or peers:</w:t>
      </w:r>
    </w:p>
    <w:p w:rsidR="00000000" w:rsidDel="00000000" w:rsidP="00000000" w:rsidRDefault="00000000" w:rsidRPr="00000000" w14:paraId="0000012F">
      <w:pPr>
        <w:spacing w:after="240" w:before="240" w:line="480" w:lineRule="auto"/>
        <w:rPr/>
      </w:pPr>
      <w:r w:rsidDel="00000000" w:rsidR="00000000" w:rsidRPr="00000000">
        <w:rPr>
          <w:rtl w:val="0"/>
        </w:rPr>
        <w:t xml:space="preserve">Downloadable Tools to Accompany This Chapter:</w:t>
      </w:r>
    </w:p>
    <w:p w:rsidR="00000000" w:rsidDel="00000000" w:rsidP="00000000" w:rsidRDefault="00000000" w:rsidRPr="00000000" w14:paraId="00000130">
      <w:pPr>
        <w:spacing w:after="240" w:before="240" w:line="480" w:lineRule="auto"/>
        <w:rPr/>
      </w:pPr>
      <w:r w:rsidDel="00000000" w:rsidR="00000000" w:rsidRPr="00000000">
        <w:rPr>
          <w:rtl w:val="0"/>
        </w:rPr>
        <w:t xml:space="preserve">Breathwork Cards (Box Breathing, 4-7-8, Lion’s Breath)</w:t>
      </w:r>
    </w:p>
    <w:p w:rsidR="00000000" w:rsidDel="00000000" w:rsidP="00000000" w:rsidRDefault="00000000" w:rsidRPr="00000000" w14:paraId="00000131">
      <w:pPr>
        <w:spacing w:after="240" w:before="240" w:line="480" w:lineRule="auto"/>
        <w:rPr/>
      </w:pPr>
      <w:r w:rsidDel="00000000" w:rsidR="00000000" w:rsidRPr="00000000">
        <w:rPr>
          <w:rtl w:val="0"/>
        </w:rPr>
        <w:t xml:space="preserve">Somatic Grounding Guide</w:t>
      </w:r>
    </w:p>
    <w:p w:rsidR="00000000" w:rsidDel="00000000" w:rsidP="00000000" w:rsidRDefault="00000000" w:rsidRPr="00000000" w14:paraId="00000132">
      <w:pPr>
        <w:spacing w:after="240" w:before="240" w:line="480" w:lineRule="auto"/>
        <w:rPr/>
      </w:pPr>
      <w:r w:rsidDel="00000000" w:rsidR="00000000" w:rsidRPr="00000000">
        <w:rPr>
          <w:rtl w:val="0"/>
        </w:rPr>
        <w:t xml:space="preserve">Cognitive Reframe Worksheets</w:t>
      </w:r>
    </w:p>
    <w:p w:rsidR="00000000" w:rsidDel="00000000" w:rsidP="00000000" w:rsidRDefault="00000000" w:rsidRPr="00000000" w14:paraId="00000133">
      <w:pPr>
        <w:spacing w:after="240" w:before="240" w:line="480" w:lineRule="auto"/>
        <w:rPr/>
      </w:pPr>
      <w:r w:rsidDel="00000000" w:rsidR="00000000" w:rsidRPr="00000000">
        <w:rPr>
          <w:rtl w:val="0"/>
        </w:rPr>
        <w:t xml:space="preserve">Daily Mini Ritual Tracker</w:t>
      </w:r>
    </w:p>
    <w:p w:rsidR="00000000" w:rsidDel="00000000" w:rsidP="00000000" w:rsidRDefault="00000000" w:rsidRPr="00000000" w14:paraId="00000134">
      <w:pPr>
        <w:spacing w:after="240" w:before="240" w:line="480" w:lineRule="auto"/>
        <w:rPr/>
      </w:pPr>
      <w:r w:rsidDel="00000000" w:rsidR="00000000" w:rsidRPr="00000000">
        <w:rPr>
          <w:rtl w:val="0"/>
        </w:rPr>
        <w:t xml:space="preserve">Journal Prompt (for clinician or client):</w:t>
      </w:r>
    </w:p>
    <w:p w:rsidR="00000000" w:rsidDel="00000000" w:rsidP="00000000" w:rsidRDefault="00000000" w:rsidRPr="00000000" w14:paraId="00000135">
      <w:pPr>
        <w:spacing w:after="240" w:before="240" w:line="480" w:lineRule="auto"/>
        <w:rPr/>
      </w:pPr>
      <w:r w:rsidDel="00000000" w:rsidR="00000000" w:rsidRPr="00000000">
        <w:rPr>
          <w:rtl w:val="0"/>
        </w:rPr>
        <w:t xml:space="preserve">What does “healing” mean to me at this moment in my life?</w:t>
      </w:r>
    </w:p>
    <w:p w:rsidR="00000000" w:rsidDel="00000000" w:rsidP="00000000" w:rsidRDefault="00000000" w:rsidRPr="00000000" w14:paraId="00000136">
      <w:pPr>
        <w:spacing w:after="240" w:before="240" w:line="480" w:lineRule="auto"/>
        <w:rPr/>
      </w:pPr>
      <w:r w:rsidDel="00000000" w:rsidR="00000000" w:rsidRPr="00000000">
        <w:rPr>
          <w:rtl w:val="0"/>
        </w:rPr>
        <w:t xml:space="preserve">Where am I still healing from something I’ve already “gotten over”?</w:t>
      </w:r>
    </w:p>
    <w:p w:rsidR="00000000" w:rsidDel="00000000" w:rsidP="00000000" w:rsidRDefault="00000000" w:rsidRPr="00000000" w14:paraId="00000137">
      <w:pPr>
        <w:spacing w:after="240" w:before="240" w:line="480" w:lineRule="auto"/>
        <w:rPr/>
      </w:pPr>
      <w:r w:rsidDel="00000000" w:rsidR="00000000" w:rsidRPr="00000000">
        <w:rPr>
          <w:rtl w:val="0"/>
        </w:rPr>
        <w:t xml:space="preserve">What practices do I need to return to with more commitment — or more gentleness?</w:t>
      </w:r>
    </w:p>
    <w:p w:rsidR="00000000" w:rsidDel="00000000" w:rsidP="00000000" w:rsidRDefault="00000000" w:rsidRPr="00000000" w14:paraId="00000138">
      <w:pPr>
        <w:spacing w:after="240" w:before="240" w:line="480" w:lineRule="auto"/>
        <w:rPr/>
      </w:pPr>
      <w:r w:rsidDel="00000000" w:rsidR="00000000" w:rsidRPr="00000000">
        <w:rPr>
          <w:rtl w:val="0"/>
        </w:rPr>
        <w:t xml:space="preserve">Mantra of the Chapter:</w:t>
      </w:r>
    </w:p>
    <w:p w:rsidR="00000000" w:rsidDel="00000000" w:rsidP="00000000" w:rsidRDefault="00000000" w:rsidRPr="00000000" w14:paraId="00000139">
      <w:pPr>
        <w:spacing w:after="240" w:before="240" w:line="480" w:lineRule="auto"/>
        <w:rPr/>
      </w:pPr>
      <w:r w:rsidDel="00000000" w:rsidR="00000000" w:rsidRPr="00000000">
        <w:rPr>
          <w:rtl w:val="0"/>
        </w:rPr>
        <w:t xml:space="preserve">“Healing is not a destination. It’s a rhythm I choose to return to — again and again.”</w:t>
      </w:r>
    </w:p>
    <w:p w:rsidR="00000000" w:rsidDel="00000000" w:rsidP="00000000" w:rsidRDefault="00000000" w:rsidRPr="00000000" w14:paraId="0000013A">
      <w:pPr>
        <w:spacing w:after="240" w:before="240" w:line="480" w:lineRule="auto"/>
        <w:rPr>
          <w:b w:val="1"/>
        </w:rPr>
      </w:pPr>
      <w:r w:rsidDel="00000000" w:rsidR="00000000" w:rsidRPr="00000000">
        <w:rPr>
          <w:b w:val="1"/>
          <w:rtl w:val="0"/>
        </w:rPr>
        <w:t xml:space="preserve">Chapter 4: Quiet Strength — Embracing Introversion in a Helping Profession</w:t>
      </w:r>
    </w:p>
    <w:p w:rsidR="00000000" w:rsidDel="00000000" w:rsidP="00000000" w:rsidRDefault="00000000" w:rsidRPr="00000000" w14:paraId="0000013B">
      <w:pPr>
        <w:spacing w:after="240" w:before="240" w:line="480" w:lineRule="auto"/>
        <w:rPr/>
      </w:pPr>
      <w:r w:rsidDel="00000000" w:rsidR="00000000" w:rsidRPr="00000000">
        <w:rPr>
          <w:rtl w:val="0"/>
        </w:rPr>
        <w:t xml:space="preserve">In a field that favors extroversion, constant engagement, and high stimulation, introverted clinicians often feel overlooked or overwhelmed. But our strength lies in stillness, deep listening, and calm presence.</w:t>
      </w:r>
    </w:p>
    <w:p w:rsidR="00000000" w:rsidDel="00000000" w:rsidP="00000000" w:rsidRDefault="00000000" w:rsidRPr="00000000" w14:paraId="0000013C">
      <w:pPr>
        <w:spacing w:after="240" w:before="240" w:line="480" w:lineRule="auto"/>
        <w:rPr/>
      </w:pPr>
      <w:r w:rsidDel="00000000" w:rsidR="00000000" w:rsidRPr="00000000">
        <w:rPr>
          <w:rtl w:val="0"/>
        </w:rPr>
        <w:t xml:space="preserve">This chapter honors the rhythm of the introverted healer and offers rituals, boundaries, and gentle strategies to stay aligned and restored. Also included: the 'Introvert’s Self-Care Reset' for navigating overstimulation in clinical spaces.</w:t>
      </w:r>
    </w:p>
    <w:p w:rsidR="00000000" w:rsidDel="00000000" w:rsidP="00000000" w:rsidRDefault="00000000" w:rsidRPr="00000000" w14:paraId="0000013D">
      <w:pPr>
        <w:spacing w:after="240" w:before="240" w:line="480" w:lineRule="auto"/>
        <w:rPr/>
      </w:pPr>
      <w:r w:rsidDel="00000000" w:rsidR="00000000" w:rsidRPr="00000000">
        <w:rPr>
          <w:rtl w:val="0"/>
        </w:rPr>
        <w:t xml:space="preserve">Let me just start by saying this: if you’ve ever cried in the therapy supply closet, Googled “jobs for highly sensitive introverts who love psychology and hate people,” or whispered “what the actual hell am I doing?” during a documentation binge at 11 p.m. — you’re in good company.</w:t>
      </w:r>
    </w:p>
    <w:p w:rsidR="00000000" w:rsidDel="00000000" w:rsidP="00000000" w:rsidRDefault="00000000" w:rsidRPr="00000000" w14:paraId="0000013E">
      <w:pPr>
        <w:spacing w:after="240" w:before="240" w:line="480" w:lineRule="auto"/>
        <w:rPr/>
      </w:pPr>
      <w:r w:rsidDel="00000000" w:rsidR="00000000" w:rsidRPr="00000000">
        <w:rPr>
          <w:rtl w:val="0"/>
        </w:rPr>
        <w:t xml:space="preserve">This chapter is for you.</w:t>
      </w:r>
    </w:p>
    <w:p w:rsidR="00000000" w:rsidDel="00000000" w:rsidP="00000000" w:rsidRDefault="00000000" w:rsidRPr="00000000" w14:paraId="0000013F">
      <w:pPr>
        <w:spacing w:after="240" w:before="240" w:line="480" w:lineRule="auto"/>
        <w:rPr/>
      </w:pPr>
      <w:r w:rsidDel="00000000" w:rsidR="00000000" w:rsidRPr="00000000">
        <w:rPr>
          <w:rtl w:val="0"/>
        </w:rPr>
        <w:t xml:space="preserve">Because being a heart-centered clinician doesn’t mean you have it all together. It means you’ve learned how to sit in the mess — yours and others’ — and still find the sacred in it. And sometimes, the sacred looks a lot like sarcasm, late-night snacks, or laughing at the absurdity of trying to bill 53 minutes of emotional alchemy as “90837.”</w:t>
      </w:r>
    </w:p>
    <w:p w:rsidR="00000000" w:rsidDel="00000000" w:rsidP="00000000" w:rsidRDefault="00000000" w:rsidRPr="00000000" w14:paraId="00000140">
      <w:pPr>
        <w:spacing w:after="240" w:before="240" w:line="480" w:lineRule="auto"/>
        <w:rPr/>
      </w:pPr>
      <w:r w:rsidDel="00000000" w:rsidR="00000000" w:rsidRPr="00000000">
        <w:rPr>
          <w:rtl w:val="0"/>
        </w:rPr>
        <w:t xml:space="preserve">Healing is not about being told who you are — it’s about discovering it for yourself. This chapter provides self-awareness tools and practices that help clients reconnect with their identities, emotions, and values.</w:t>
      </w:r>
    </w:p>
    <w:p w:rsidR="00000000" w:rsidDel="00000000" w:rsidP="00000000" w:rsidRDefault="00000000" w:rsidRPr="00000000" w14:paraId="00000141">
      <w:pPr>
        <w:spacing w:after="240" w:before="240" w:line="480" w:lineRule="auto"/>
        <w:rPr/>
      </w:pPr>
      <w:r w:rsidDel="00000000" w:rsidR="00000000" w:rsidRPr="00000000">
        <w:rPr>
          <w:rtl w:val="0"/>
        </w:rPr>
        <w:t xml:space="preserve">Includes: Identity Circles, Thought Story Mapping, Somatic Check-In Charts, and guided Inner Garden visualization exercises. These resources are gentle, adaptable, and designed to empower clients to become their own witnesses.</w:t>
      </w:r>
    </w:p>
    <w:p w:rsidR="00000000" w:rsidDel="00000000" w:rsidP="00000000" w:rsidRDefault="00000000" w:rsidRPr="00000000" w14:paraId="00000142">
      <w:pPr>
        <w:spacing w:after="240" w:before="240" w:line="480" w:lineRule="auto"/>
        <w:rPr/>
      </w:pPr>
      <w:r w:rsidDel="00000000" w:rsidR="00000000" w:rsidRPr="00000000">
        <w:rPr>
          <w:rtl w:val="0"/>
        </w:rPr>
        <w:t xml:space="preserve">There’s a myth in this field — whispered in grad school hallways and reinforced by job descriptions — that to be a good therapist, you need to be extroverted, always “on,” and endlessly available.</w:t>
      </w:r>
    </w:p>
    <w:p w:rsidR="00000000" w:rsidDel="00000000" w:rsidP="00000000" w:rsidRDefault="00000000" w:rsidRPr="00000000" w14:paraId="00000143">
      <w:pPr>
        <w:spacing w:after="240" w:before="240" w:line="480" w:lineRule="auto"/>
        <w:rPr/>
      </w:pPr>
      <w:r w:rsidDel="00000000" w:rsidR="00000000" w:rsidRPr="00000000">
        <w:rPr>
          <w:rtl w:val="0"/>
        </w:rPr>
        <w:t xml:space="preserve">I call BS.</w:t>
      </w:r>
    </w:p>
    <w:p w:rsidR="00000000" w:rsidDel="00000000" w:rsidP="00000000" w:rsidRDefault="00000000" w:rsidRPr="00000000" w14:paraId="00000144">
      <w:pPr>
        <w:spacing w:after="240" w:before="240" w:line="480" w:lineRule="auto"/>
        <w:rPr/>
      </w:pPr>
      <w:r w:rsidDel="00000000" w:rsidR="00000000" w:rsidRPr="00000000">
        <w:rPr>
          <w:rtl w:val="0"/>
        </w:rPr>
        <w:t xml:space="preserve">Some of the most powerful clinicians I know are introverts. They aren’t the loudest in the room. They’re the ones listening — deeply. Feeling into the silences. Noticing the tremble in a client’s breath or the change in their posture when no words are spoken.</w:t>
      </w:r>
    </w:p>
    <w:p w:rsidR="00000000" w:rsidDel="00000000" w:rsidP="00000000" w:rsidRDefault="00000000" w:rsidRPr="00000000" w14:paraId="00000145">
      <w:pPr>
        <w:spacing w:after="240" w:before="240" w:line="480" w:lineRule="auto"/>
        <w:rPr/>
      </w:pPr>
      <w:r w:rsidDel="00000000" w:rsidR="00000000" w:rsidRPr="00000000">
        <w:rPr>
          <w:rtl w:val="0"/>
        </w:rPr>
        <w:t xml:space="preserve">That kind of presence isn’t passive. It’s sacred.</w:t>
      </w:r>
    </w:p>
    <w:p w:rsidR="00000000" w:rsidDel="00000000" w:rsidP="00000000" w:rsidRDefault="00000000" w:rsidRPr="00000000" w14:paraId="00000146">
      <w:pPr>
        <w:spacing w:after="240" w:before="240" w:line="480" w:lineRule="auto"/>
        <w:rPr/>
      </w:pPr>
      <w:r w:rsidDel="00000000" w:rsidR="00000000" w:rsidRPr="00000000">
        <w:rPr>
          <w:rtl w:val="0"/>
        </w:rPr>
        <w:t xml:space="preserve">Introversion Is Not a Deficit</w:t>
      </w:r>
    </w:p>
    <w:p w:rsidR="00000000" w:rsidDel="00000000" w:rsidP="00000000" w:rsidRDefault="00000000" w:rsidRPr="00000000" w14:paraId="00000147">
      <w:pPr>
        <w:spacing w:after="240" w:before="240" w:line="480" w:lineRule="auto"/>
        <w:rPr/>
      </w:pPr>
      <w:r w:rsidDel="00000000" w:rsidR="00000000" w:rsidRPr="00000000">
        <w:rPr>
          <w:rtl w:val="0"/>
        </w:rPr>
        <w:t xml:space="preserve">Introversion is often misunderstood. It’s not shyness or social anxiety. It’s about energy management. While extroverts tend to recharge through interaction, introverts need solitude to refuel. And in a profession that demands endless giving — time, attention, attunement — this can lead to burnout fast if we don’t honor our natural rhythms (Cain, 2012).</w:t>
      </w:r>
    </w:p>
    <w:p w:rsidR="00000000" w:rsidDel="00000000" w:rsidP="00000000" w:rsidRDefault="00000000" w:rsidRPr="00000000" w14:paraId="00000148">
      <w:pPr>
        <w:spacing w:after="240" w:before="240" w:line="480" w:lineRule="auto"/>
        <w:rPr/>
      </w:pPr>
      <w:r w:rsidDel="00000000" w:rsidR="00000000" w:rsidRPr="00000000">
        <w:rPr>
          <w:rtl w:val="0"/>
        </w:rPr>
        <w:t xml:space="preserve">As an introverted empath, I’ve had to learn this the hard way. After back-to-back sessions, I’d find myself dissociating in grocery store lines, crying in my car, or canceling every plan that required human interaction. I didn’t need another training — I needed permission to rest.</w:t>
      </w:r>
    </w:p>
    <w:p w:rsidR="00000000" w:rsidDel="00000000" w:rsidP="00000000" w:rsidRDefault="00000000" w:rsidRPr="00000000" w14:paraId="00000149">
      <w:pPr>
        <w:spacing w:after="240" w:before="240" w:line="480" w:lineRule="auto"/>
        <w:rPr/>
      </w:pPr>
      <w:r w:rsidDel="00000000" w:rsidR="00000000" w:rsidRPr="00000000">
        <w:rPr>
          <w:rtl w:val="0"/>
        </w:rPr>
        <w:t xml:space="preserve">When Quiet Is Your Superpower</w:t>
      </w:r>
    </w:p>
    <w:p w:rsidR="00000000" w:rsidDel="00000000" w:rsidP="00000000" w:rsidRDefault="00000000" w:rsidRPr="00000000" w14:paraId="0000014A">
      <w:pPr>
        <w:spacing w:after="240" w:before="240" w:line="480" w:lineRule="auto"/>
        <w:rPr/>
      </w:pPr>
      <w:r w:rsidDel="00000000" w:rsidR="00000000" w:rsidRPr="00000000">
        <w:rPr>
          <w:rtl w:val="0"/>
        </w:rPr>
        <w:t xml:space="preserve">Being introverted in a loud world is like being fluent in silence. You notice what others don’t. You slow down when others rush. You make clients feel seen without ever raising your voice.</w:t>
      </w:r>
    </w:p>
    <w:p w:rsidR="00000000" w:rsidDel="00000000" w:rsidP="00000000" w:rsidRDefault="00000000" w:rsidRPr="00000000" w14:paraId="0000014B">
      <w:pPr>
        <w:spacing w:after="240" w:before="240" w:line="480" w:lineRule="auto"/>
        <w:rPr/>
      </w:pPr>
      <w:r w:rsidDel="00000000" w:rsidR="00000000" w:rsidRPr="00000000">
        <w:rPr>
          <w:rtl w:val="0"/>
        </w:rPr>
        <w:t xml:space="preserve">“There’s zero correlation between being the best talker and having the best ideas.”</w:t>
      </w:r>
    </w:p>
    <w:p w:rsidR="00000000" w:rsidDel="00000000" w:rsidP="00000000" w:rsidRDefault="00000000" w:rsidRPr="00000000" w14:paraId="0000014C">
      <w:pPr>
        <w:spacing w:after="240" w:before="240" w:line="480" w:lineRule="auto"/>
        <w:rPr/>
      </w:pPr>
      <w:r w:rsidDel="00000000" w:rsidR="00000000" w:rsidRPr="00000000">
        <w:rPr>
          <w:rtl w:val="0"/>
        </w:rPr>
        <w:t xml:space="preserve">— Susan Cain, Quiet</w:t>
      </w:r>
    </w:p>
    <w:p w:rsidR="00000000" w:rsidDel="00000000" w:rsidP="00000000" w:rsidRDefault="00000000" w:rsidRPr="00000000" w14:paraId="0000014D">
      <w:pPr>
        <w:spacing w:after="240" w:before="240" w:line="480" w:lineRule="auto"/>
        <w:rPr/>
      </w:pPr>
      <w:r w:rsidDel="00000000" w:rsidR="00000000" w:rsidRPr="00000000">
        <w:rPr>
          <w:rtl w:val="0"/>
        </w:rPr>
        <w:t xml:space="preserve">You don’t need to be the loudest in the room to lead. You just need to be rooted in your truth.</w:t>
      </w:r>
    </w:p>
    <w:p w:rsidR="00000000" w:rsidDel="00000000" w:rsidP="00000000" w:rsidRDefault="00000000" w:rsidRPr="00000000" w14:paraId="0000014E">
      <w:pPr>
        <w:spacing w:after="240" w:before="240" w:line="480" w:lineRule="auto"/>
        <w:rPr/>
      </w:pPr>
      <w:r w:rsidDel="00000000" w:rsidR="00000000" w:rsidRPr="00000000">
        <w:rPr>
          <w:rtl w:val="0"/>
        </w:rPr>
        <w:t xml:space="preserve">Therapist Practice: The Energy Audit</w:t>
      </w:r>
    </w:p>
    <w:p w:rsidR="00000000" w:rsidDel="00000000" w:rsidP="00000000" w:rsidRDefault="00000000" w:rsidRPr="00000000" w14:paraId="0000014F">
      <w:pPr>
        <w:spacing w:after="240" w:before="240" w:line="480" w:lineRule="auto"/>
        <w:rPr/>
      </w:pPr>
      <w:r w:rsidDel="00000000" w:rsidR="00000000" w:rsidRPr="00000000">
        <w:rPr>
          <w:rtl w:val="0"/>
        </w:rPr>
        <w:t xml:space="preserve">Take 5 minutes at the end of your workweek and reflect:</w:t>
      </w:r>
    </w:p>
    <w:p w:rsidR="00000000" w:rsidDel="00000000" w:rsidP="00000000" w:rsidRDefault="00000000" w:rsidRPr="00000000" w14:paraId="00000150">
      <w:pPr>
        <w:spacing w:after="240" w:before="240" w:line="480" w:lineRule="auto"/>
        <w:rPr/>
      </w:pPr>
      <w:r w:rsidDel="00000000" w:rsidR="00000000" w:rsidRPr="00000000">
        <w:rPr>
          <w:rtl w:val="0"/>
        </w:rPr>
        <w:t xml:space="preserve">What sessions or tasks drained me the most?</w:t>
      </w:r>
    </w:p>
    <w:p w:rsidR="00000000" w:rsidDel="00000000" w:rsidP="00000000" w:rsidRDefault="00000000" w:rsidRPr="00000000" w14:paraId="00000151">
      <w:pPr>
        <w:spacing w:after="240" w:before="240" w:line="480" w:lineRule="auto"/>
        <w:rPr/>
      </w:pPr>
      <w:r w:rsidDel="00000000" w:rsidR="00000000" w:rsidRPr="00000000">
        <w:rPr>
          <w:rtl w:val="0"/>
        </w:rPr>
        <w:t xml:space="preserve">What parts of the week felt nourishing or energizing?</w:t>
      </w:r>
    </w:p>
    <w:p w:rsidR="00000000" w:rsidDel="00000000" w:rsidP="00000000" w:rsidRDefault="00000000" w:rsidRPr="00000000" w14:paraId="00000152">
      <w:pPr>
        <w:spacing w:after="240" w:before="240" w:line="480" w:lineRule="auto"/>
        <w:rPr/>
      </w:pPr>
      <w:r w:rsidDel="00000000" w:rsidR="00000000" w:rsidRPr="00000000">
        <w:rPr>
          <w:rtl w:val="0"/>
        </w:rPr>
        <w:t xml:space="preserve">When did I override my body’s cues for rest?</w:t>
      </w:r>
    </w:p>
    <w:p w:rsidR="00000000" w:rsidDel="00000000" w:rsidP="00000000" w:rsidRDefault="00000000" w:rsidRPr="00000000" w14:paraId="00000153">
      <w:pPr>
        <w:spacing w:after="240" w:before="240" w:line="480" w:lineRule="auto"/>
        <w:rPr/>
      </w:pPr>
      <w:r w:rsidDel="00000000" w:rsidR="00000000" w:rsidRPr="00000000">
        <w:rPr>
          <w:rtl w:val="0"/>
        </w:rPr>
        <w:t xml:space="preserve">Where can I build in space next week to recover?</w:t>
      </w:r>
    </w:p>
    <w:p w:rsidR="00000000" w:rsidDel="00000000" w:rsidP="00000000" w:rsidRDefault="00000000" w:rsidRPr="00000000" w14:paraId="00000154">
      <w:pPr>
        <w:spacing w:after="240" w:before="240" w:line="480" w:lineRule="auto"/>
        <w:rPr/>
      </w:pPr>
      <w:r w:rsidDel="00000000" w:rsidR="00000000" w:rsidRPr="00000000">
        <w:rPr>
          <w:rtl w:val="0"/>
        </w:rPr>
        <w:t xml:space="preserve">This simple check-in can prevent chronic fatigue, overstimulation, and resentment. It’s also a way to model regulated living — not just regulated therapy.</w:t>
      </w:r>
    </w:p>
    <w:p w:rsidR="00000000" w:rsidDel="00000000" w:rsidP="00000000" w:rsidRDefault="00000000" w:rsidRPr="00000000" w14:paraId="00000155">
      <w:pPr>
        <w:spacing w:after="240" w:before="240" w:line="480" w:lineRule="auto"/>
        <w:rPr/>
      </w:pPr>
      <w:r w:rsidDel="00000000" w:rsidR="00000000" w:rsidRPr="00000000">
        <w:rPr>
          <w:rtl w:val="0"/>
        </w:rPr>
        <w:t xml:space="preserve">Boundaries Are Not Barriers — They’re Sacred Containers</w:t>
      </w:r>
    </w:p>
    <w:p w:rsidR="00000000" w:rsidDel="00000000" w:rsidP="00000000" w:rsidRDefault="00000000" w:rsidRPr="00000000" w14:paraId="00000156">
      <w:pPr>
        <w:spacing w:after="240" w:before="240" w:line="480" w:lineRule="auto"/>
        <w:rPr/>
      </w:pPr>
      <w:r w:rsidDel="00000000" w:rsidR="00000000" w:rsidRPr="00000000">
        <w:rPr>
          <w:rtl w:val="0"/>
        </w:rPr>
        <w:t xml:space="preserve">Many introverts (especially empathic ones) struggle with guilt when setting boundaries. But boundaries are not rejection — they are instructions for connection.</w:t>
      </w:r>
    </w:p>
    <w:p w:rsidR="00000000" w:rsidDel="00000000" w:rsidP="00000000" w:rsidRDefault="00000000" w:rsidRPr="00000000" w14:paraId="00000157">
      <w:pPr>
        <w:spacing w:after="240" w:before="240" w:line="480" w:lineRule="auto"/>
        <w:rPr/>
      </w:pPr>
      <w:r w:rsidDel="00000000" w:rsidR="00000000" w:rsidRPr="00000000">
        <w:rPr>
          <w:rtl w:val="0"/>
        </w:rPr>
        <w:t xml:space="preserve">Here’s how I’ve reframed boundary setting:</w:t>
      </w:r>
    </w:p>
    <w:p w:rsidR="00000000" w:rsidDel="00000000" w:rsidP="00000000" w:rsidRDefault="00000000" w:rsidRPr="00000000" w14:paraId="00000158">
      <w:pPr>
        <w:spacing w:after="240" w:before="240" w:line="480" w:lineRule="auto"/>
        <w:rPr/>
      </w:pPr>
      <w:r w:rsidDel="00000000" w:rsidR="00000000" w:rsidRPr="00000000">
        <w:rPr>
          <w:rtl w:val="0"/>
        </w:rPr>
        <w:t xml:space="preserve">Saying no doesn’t make me less caring.</w:t>
      </w:r>
    </w:p>
    <w:p w:rsidR="00000000" w:rsidDel="00000000" w:rsidP="00000000" w:rsidRDefault="00000000" w:rsidRPr="00000000" w14:paraId="00000159">
      <w:pPr>
        <w:spacing w:after="240" w:before="240" w:line="480" w:lineRule="auto"/>
        <w:rPr/>
      </w:pPr>
      <w:r w:rsidDel="00000000" w:rsidR="00000000" w:rsidRPr="00000000">
        <w:rPr>
          <w:rtl w:val="0"/>
        </w:rPr>
        <w:t xml:space="preserve">Taking a break doesn’t make me lazy.</w:t>
      </w:r>
    </w:p>
    <w:p w:rsidR="00000000" w:rsidDel="00000000" w:rsidP="00000000" w:rsidRDefault="00000000" w:rsidRPr="00000000" w14:paraId="0000015A">
      <w:pPr>
        <w:spacing w:after="240" w:before="240" w:line="480" w:lineRule="auto"/>
        <w:rPr/>
      </w:pPr>
      <w:r w:rsidDel="00000000" w:rsidR="00000000" w:rsidRPr="00000000">
        <w:rPr>
          <w:rtl w:val="0"/>
        </w:rPr>
        <w:t xml:space="preserve">Needing solitude doesn’t make me disconnected — it makes me sustainable.</w:t>
      </w:r>
    </w:p>
    <w:p w:rsidR="00000000" w:rsidDel="00000000" w:rsidP="00000000" w:rsidRDefault="00000000" w:rsidRPr="00000000" w14:paraId="0000015B">
      <w:pPr>
        <w:spacing w:after="240" w:before="240" w:line="480" w:lineRule="auto"/>
        <w:rPr/>
      </w:pPr>
      <w:r w:rsidDel="00000000" w:rsidR="00000000" w:rsidRPr="00000000">
        <w:rPr>
          <w:rtl w:val="0"/>
        </w:rPr>
        <w:t xml:space="preserve">The more I honor this, the more effective I become — as a therapist, a mother, a partner, a person.</w:t>
      </w:r>
    </w:p>
    <w:p w:rsidR="00000000" w:rsidDel="00000000" w:rsidP="00000000" w:rsidRDefault="00000000" w:rsidRPr="00000000" w14:paraId="0000015C">
      <w:pPr>
        <w:spacing w:after="240" w:before="240" w:line="480" w:lineRule="auto"/>
        <w:rPr/>
      </w:pPr>
      <w:r w:rsidDel="00000000" w:rsidR="00000000" w:rsidRPr="00000000">
        <w:rPr>
          <w:rtl w:val="0"/>
        </w:rPr>
        <w:t xml:space="preserve">Client Resource: Affirmations for Quiet Strength</w:t>
      </w:r>
    </w:p>
    <w:p w:rsidR="00000000" w:rsidDel="00000000" w:rsidP="00000000" w:rsidRDefault="00000000" w:rsidRPr="00000000" w14:paraId="0000015D">
      <w:pPr>
        <w:spacing w:after="240" w:before="240" w:line="480" w:lineRule="auto"/>
        <w:rPr/>
      </w:pPr>
      <w:r w:rsidDel="00000000" w:rsidR="00000000" w:rsidRPr="00000000">
        <w:rPr>
          <w:rtl w:val="0"/>
        </w:rPr>
        <w:t xml:space="preserve">Use these in sessions or print them for your workspace:</w:t>
      </w:r>
    </w:p>
    <w:p w:rsidR="00000000" w:rsidDel="00000000" w:rsidP="00000000" w:rsidRDefault="00000000" w:rsidRPr="00000000" w14:paraId="0000015E">
      <w:pPr>
        <w:spacing w:after="240" w:before="240" w:line="480" w:lineRule="auto"/>
        <w:rPr/>
      </w:pPr>
      <w:r w:rsidDel="00000000" w:rsidR="00000000" w:rsidRPr="00000000">
        <w:rPr>
          <w:rtl w:val="0"/>
        </w:rPr>
        <w:t xml:space="preserve">“My quiet is powerful.”</w:t>
      </w:r>
    </w:p>
    <w:p w:rsidR="00000000" w:rsidDel="00000000" w:rsidP="00000000" w:rsidRDefault="00000000" w:rsidRPr="00000000" w14:paraId="0000015F">
      <w:pPr>
        <w:spacing w:after="240" w:before="240" w:line="480" w:lineRule="auto"/>
        <w:rPr/>
      </w:pPr>
      <w:r w:rsidDel="00000000" w:rsidR="00000000" w:rsidRPr="00000000">
        <w:rPr>
          <w:rtl w:val="0"/>
        </w:rPr>
        <w:t xml:space="preserve">“I am allowed to pause before I respond.”</w:t>
      </w:r>
    </w:p>
    <w:p w:rsidR="00000000" w:rsidDel="00000000" w:rsidP="00000000" w:rsidRDefault="00000000" w:rsidRPr="00000000" w14:paraId="00000160">
      <w:pPr>
        <w:spacing w:after="240" w:before="240" w:line="480" w:lineRule="auto"/>
        <w:rPr/>
      </w:pPr>
      <w:r w:rsidDel="00000000" w:rsidR="00000000" w:rsidRPr="00000000">
        <w:rPr>
          <w:rtl w:val="0"/>
        </w:rPr>
        <w:t xml:space="preserve">“My value is not measured by my productivity.”</w:t>
      </w:r>
    </w:p>
    <w:p w:rsidR="00000000" w:rsidDel="00000000" w:rsidP="00000000" w:rsidRDefault="00000000" w:rsidRPr="00000000" w14:paraId="00000161">
      <w:pPr>
        <w:spacing w:after="240" w:before="240" w:line="480" w:lineRule="auto"/>
        <w:rPr/>
      </w:pPr>
      <w:r w:rsidDel="00000000" w:rsidR="00000000" w:rsidRPr="00000000">
        <w:rPr>
          <w:rtl w:val="0"/>
        </w:rPr>
        <w:t xml:space="preserve">“Solitude is not a weakness — it’s my sanctuary.”</w:t>
      </w:r>
    </w:p>
    <w:p w:rsidR="00000000" w:rsidDel="00000000" w:rsidP="00000000" w:rsidRDefault="00000000" w:rsidRPr="00000000" w14:paraId="00000162">
      <w:pPr>
        <w:spacing w:after="240" w:before="240" w:line="480" w:lineRule="auto"/>
        <w:rPr/>
      </w:pPr>
      <w:r w:rsidDel="00000000" w:rsidR="00000000" w:rsidRPr="00000000">
        <w:rPr>
          <w:rtl w:val="0"/>
        </w:rPr>
        <w:t xml:space="preserve">“Stillness is a skill I bring to the healing space.”</w:t>
      </w:r>
    </w:p>
    <w:p w:rsidR="00000000" w:rsidDel="00000000" w:rsidP="00000000" w:rsidRDefault="00000000" w:rsidRPr="00000000" w14:paraId="00000163">
      <w:pPr>
        <w:spacing w:after="240" w:before="240" w:line="480" w:lineRule="auto"/>
        <w:rPr/>
      </w:pPr>
      <w:r w:rsidDel="00000000" w:rsidR="00000000" w:rsidRPr="00000000">
        <w:rPr>
          <w:rtl w:val="0"/>
        </w:rPr>
        <w:t xml:space="preserve">Personal Note: The Day I Realized I Wasn't Broken</w:t>
      </w:r>
    </w:p>
    <w:p w:rsidR="00000000" w:rsidDel="00000000" w:rsidP="00000000" w:rsidRDefault="00000000" w:rsidRPr="00000000" w14:paraId="00000164">
      <w:pPr>
        <w:spacing w:after="240" w:before="240" w:line="480" w:lineRule="auto"/>
        <w:rPr/>
      </w:pPr>
      <w:r w:rsidDel="00000000" w:rsidR="00000000" w:rsidRPr="00000000">
        <w:rPr>
          <w:rtl w:val="0"/>
        </w:rPr>
        <w:t xml:space="preserve">There was a time I thought my introversion meant I wasn’t cut out for this work. I couldn’t network. I dreaded team meetings. After sessions, I needed total silence — sometimes for hours. And I felt shame about that. But then I realized:</w:t>
      </w:r>
    </w:p>
    <w:p w:rsidR="00000000" w:rsidDel="00000000" w:rsidP="00000000" w:rsidRDefault="00000000" w:rsidRPr="00000000" w14:paraId="00000165">
      <w:pPr>
        <w:spacing w:after="240" w:before="240" w:line="480" w:lineRule="auto"/>
        <w:rPr/>
      </w:pPr>
      <w:r w:rsidDel="00000000" w:rsidR="00000000" w:rsidRPr="00000000">
        <w:rPr>
          <w:rtl w:val="0"/>
        </w:rPr>
        <w:t xml:space="preserve">I don’t need to show up like everyone else.</w:t>
      </w:r>
    </w:p>
    <w:p w:rsidR="00000000" w:rsidDel="00000000" w:rsidP="00000000" w:rsidRDefault="00000000" w:rsidRPr="00000000" w14:paraId="00000166">
      <w:pPr>
        <w:spacing w:after="240" w:before="240" w:line="480" w:lineRule="auto"/>
        <w:rPr/>
      </w:pPr>
      <w:r w:rsidDel="00000000" w:rsidR="00000000" w:rsidRPr="00000000">
        <w:rPr>
          <w:rtl w:val="0"/>
        </w:rPr>
        <w:t xml:space="preserve">I just need to show up like me.</w:t>
      </w:r>
    </w:p>
    <w:p w:rsidR="00000000" w:rsidDel="00000000" w:rsidP="00000000" w:rsidRDefault="00000000" w:rsidRPr="00000000" w14:paraId="00000167">
      <w:pPr>
        <w:spacing w:after="240" w:before="240" w:line="480" w:lineRule="auto"/>
        <w:rPr/>
      </w:pPr>
      <w:r w:rsidDel="00000000" w:rsidR="00000000" w:rsidRPr="00000000">
        <w:rPr>
          <w:rtl w:val="0"/>
        </w:rPr>
        <w:t xml:space="preserve">That quiet, calm presence I bring?</w:t>
      </w:r>
    </w:p>
    <w:p w:rsidR="00000000" w:rsidDel="00000000" w:rsidP="00000000" w:rsidRDefault="00000000" w:rsidRPr="00000000" w14:paraId="00000168">
      <w:pPr>
        <w:spacing w:after="240" w:before="240" w:line="480" w:lineRule="auto"/>
        <w:rPr/>
      </w:pPr>
      <w:r w:rsidDel="00000000" w:rsidR="00000000" w:rsidRPr="00000000">
        <w:rPr>
          <w:rtl w:val="0"/>
        </w:rPr>
        <w:t xml:space="preserve">That’s not a flaw. That’s the medicine.</w:t>
      </w:r>
    </w:p>
    <w:p w:rsidR="00000000" w:rsidDel="00000000" w:rsidP="00000000" w:rsidRDefault="00000000" w:rsidRPr="00000000" w14:paraId="00000169">
      <w:pPr>
        <w:spacing w:after="240" w:before="240" w:line="480" w:lineRule="auto"/>
        <w:rPr/>
      </w:pPr>
      <w:r w:rsidDel="00000000" w:rsidR="00000000" w:rsidRPr="00000000">
        <w:rPr>
          <w:rtl w:val="0"/>
        </w:rPr>
        <w:t xml:space="preserve">Journal Prompt:</w:t>
      </w:r>
    </w:p>
    <w:p w:rsidR="00000000" w:rsidDel="00000000" w:rsidP="00000000" w:rsidRDefault="00000000" w:rsidRPr="00000000" w14:paraId="0000016A">
      <w:pPr>
        <w:spacing w:after="240" w:before="240" w:line="480" w:lineRule="auto"/>
        <w:rPr/>
      </w:pPr>
      <w:r w:rsidDel="00000000" w:rsidR="00000000" w:rsidRPr="00000000">
        <w:rPr>
          <w:rtl w:val="0"/>
        </w:rPr>
        <w:t xml:space="preserve">Where in my life do I apologize for being quiet?</w:t>
      </w:r>
    </w:p>
    <w:p w:rsidR="00000000" w:rsidDel="00000000" w:rsidP="00000000" w:rsidRDefault="00000000" w:rsidRPr="00000000" w14:paraId="0000016B">
      <w:pPr>
        <w:spacing w:after="240" w:before="240" w:line="480" w:lineRule="auto"/>
        <w:rPr/>
      </w:pPr>
      <w:r w:rsidDel="00000000" w:rsidR="00000000" w:rsidRPr="00000000">
        <w:rPr>
          <w:rtl w:val="0"/>
        </w:rPr>
        <w:t xml:space="preserve">What rituals or spaces help me refuel?</w:t>
      </w:r>
    </w:p>
    <w:p w:rsidR="00000000" w:rsidDel="00000000" w:rsidP="00000000" w:rsidRDefault="00000000" w:rsidRPr="00000000" w14:paraId="0000016C">
      <w:pPr>
        <w:spacing w:after="240" w:before="240" w:line="480" w:lineRule="auto"/>
        <w:rPr/>
      </w:pPr>
      <w:r w:rsidDel="00000000" w:rsidR="00000000" w:rsidRPr="00000000">
        <w:rPr>
          <w:rtl w:val="0"/>
        </w:rPr>
        <w:t xml:space="preserve">How can I build a healing practice that honors my energy?</w:t>
      </w:r>
    </w:p>
    <w:p w:rsidR="00000000" w:rsidDel="00000000" w:rsidP="00000000" w:rsidRDefault="00000000" w:rsidRPr="00000000" w14:paraId="0000016D">
      <w:pPr>
        <w:spacing w:after="240" w:before="240" w:line="480" w:lineRule="auto"/>
        <w:rPr/>
      </w:pPr>
      <w:r w:rsidDel="00000000" w:rsidR="00000000" w:rsidRPr="00000000">
        <w:rPr>
          <w:rtl w:val="0"/>
        </w:rPr>
        <w:t xml:space="preserve">Mantra of the Chapter:</w:t>
      </w:r>
    </w:p>
    <w:p w:rsidR="00000000" w:rsidDel="00000000" w:rsidP="00000000" w:rsidRDefault="00000000" w:rsidRPr="00000000" w14:paraId="0000016E">
      <w:pPr>
        <w:spacing w:after="240" w:before="240" w:line="480" w:lineRule="auto"/>
        <w:rPr/>
      </w:pPr>
      <w:r w:rsidDel="00000000" w:rsidR="00000000" w:rsidRPr="00000000">
        <w:rPr>
          <w:rtl w:val="0"/>
        </w:rPr>
        <w:t xml:space="preserve">“I do not need to be loud to be heard. My presence is enough.”</w:t>
      </w:r>
    </w:p>
    <w:p w:rsidR="00000000" w:rsidDel="00000000" w:rsidP="00000000" w:rsidRDefault="00000000" w:rsidRPr="00000000" w14:paraId="0000016F">
      <w:pPr>
        <w:spacing w:after="240" w:before="240" w:line="480" w:lineRule="auto"/>
        <w:rPr/>
      </w:pPr>
      <w:r w:rsidDel="00000000" w:rsidR="00000000" w:rsidRPr="00000000">
        <w:rPr>
          <w:rtl w:val="0"/>
        </w:rPr>
        <w:t xml:space="preserve">When Stillness Became Sacred: My Spiritual Awakening Through Reiki</w:t>
      </w:r>
    </w:p>
    <w:p w:rsidR="00000000" w:rsidDel="00000000" w:rsidP="00000000" w:rsidRDefault="00000000" w:rsidRPr="00000000" w14:paraId="00000170">
      <w:pPr>
        <w:spacing w:after="240" w:before="240" w:line="480" w:lineRule="auto"/>
        <w:rPr/>
      </w:pPr>
      <w:r w:rsidDel="00000000" w:rsidR="00000000" w:rsidRPr="00000000">
        <w:rPr>
          <w:rtl w:val="0"/>
        </w:rPr>
        <w:t xml:space="preserve">It wasn’t during a training or retreat. It wasn’t during a breakthrough moment with a client.</w:t>
      </w:r>
    </w:p>
    <w:p w:rsidR="00000000" w:rsidDel="00000000" w:rsidP="00000000" w:rsidRDefault="00000000" w:rsidRPr="00000000" w14:paraId="00000171">
      <w:pPr>
        <w:spacing w:after="240" w:before="240" w:line="480" w:lineRule="auto"/>
        <w:rPr/>
      </w:pPr>
      <w:r w:rsidDel="00000000" w:rsidR="00000000" w:rsidRPr="00000000">
        <w:rPr>
          <w:rtl w:val="0"/>
        </w:rPr>
        <w:t xml:space="preserve">It happened quietly — as many divine things do.</w:t>
      </w:r>
    </w:p>
    <w:p w:rsidR="00000000" w:rsidDel="00000000" w:rsidP="00000000" w:rsidRDefault="00000000" w:rsidRPr="00000000" w14:paraId="00000172">
      <w:pPr>
        <w:spacing w:after="240" w:before="240" w:line="480" w:lineRule="auto"/>
        <w:rPr/>
      </w:pPr>
      <w:r w:rsidDel="00000000" w:rsidR="00000000" w:rsidRPr="00000000">
        <w:rPr>
          <w:rtl w:val="0"/>
        </w:rPr>
        <w:t xml:space="preserve">I was lying on my back, receiving Reiki from another healer. I had come in feeling like I was crumbling — stretched too thin, stuck in cycles of overgiving and under-resting. My nervous system felt like a frayed wire. I didn’t know what I was searching for, only that I couldn’t keep doing life the way I had been.</w:t>
      </w:r>
    </w:p>
    <w:p w:rsidR="00000000" w:rsidDel="00000000" w:rsidP="00000000" w:rsidRDefault="00000000" w:rsidRPr="00000000" w14:paraId="00000173">
      <w:pPr>
        <w:spacing w:after="240" w:before="240" w:line="480" w:lineRule="auto"/>
        <w:rPr/>
      </w:pPr>
      <w:r w:rsidDel="00000000" w:rsidR="00000000" w:rsidRPr="00000000">
        <w:rPr>
          <w:rtl w:val="0"/>
        </w:rPr>
        <w:t xml:space="preserve">As she placed her hands near my heart, I felt warmth — not just physical, but spiritual. And then… stillness. Not the kind that comes from disconnecting, but the kind that remembers.</w:t>
      </w:r>
    </w:p>
    <w:p w:rsidR="00000000" w:rsidDel="00000000" w:rsidP="00000000" w:rsidRDefault="00000000" w:rsidRPr="00000000" w14:paraId="00000174">
      <w:pPr>
        <w:spacing w:after="240" w:before="240" w:line="480" w:lineRule="auto"/>
        <w:rPr/>
      </w:pPr>
      <w:r w:rsidDel="00000000" w:rsidR="00000000" w:rsidRPr="00000000">
        <w:rPr>
          <w:rtl w:val="0"/>
        </w:rPr>
        <w:t xml:space="preserve">I saw light — not blinding, but soft. I heard nothing — and yet I felt spoken to. In that moment, something inside me shifted. I wasn’t being asked to fix myself. I was being invited to return to myself.</w:t>
      </w:r>
    </w:p>
    <w:p w:rsidR="00000000" w:rsidDel="00000000" w:rsidP="00000000" w:rsidRDefault="00000000" w:rsidRPr="00000000" w14:paraId="00000175">
      <w:pPr>
        <w:spacing w:after="240" w:before="240" w:line="480" w:lineRule="auto"/>
        <w:rPr/>
      </w:pPr>
      <w:r w:rsidDel="00000000" w:rsidR="00000000" w:rsidRPr="00000000">
        <w:rPr>
          <w:rtl w:val="0"/>
        </w:rPr>
        <w:t xml:space="preserve">It was the first time I truly understood what Reiki offered — not just healing, but homecoming.</w:t>
      </w:r>
    </w:p>
    <w:p w:rsidR="00000000" w:rsidDel="00000000" w:rsidP="00000000" w:rsidRDefault="00000000" w:rsidRPr="00000000" w14:paraId="00000176">
      <w:pPr>
        <w:spacing w:after="240" w:before="240" w:line="480" w:lineRule="auto"/>
        <w:rPr/>
      </w:pPr>
      <w:r w:rsidDel="00000000" w:rsidR="00000000" w:rsidRPr="00000000">
        <w:rPr>
          <w:rtl w:val="0"/>
        </w:rPr>
        <w:t xml:space="preserve">I left that session with tears in my eyes and clarity in my chest.</w:t>
      </w:r>
    </w:p>
    <w:p w:rsidR="00000000" w:rsidDel="00000000" w:rsidP="00000000" w:rsidRDefault="00000000" w:rsidRPr="00000000" w14:paraId="00000177">
      <w:pPr>
        <w:spacing w:after="240" w:before="240" w:line="480" w:lineRule="auto"/>
        <w:rPr/>
      </w:pPr>
      <w:r w:rsidDel="00000000" w:rsidR="00000000" w:rsidRPr="00000000">
        <w:rPr>
          <w:rtl w:val="0"/>
        </w:rPr>
        <w:t xml:space="preserve">I was not too much.</w:t>
      </w:r>
    </w:p>
    <w:p w:rsidR="00000000" w:rsidDel="00000000" w:rsidP="00000000" w:rsidRDefault="00000000" w:rsidRPr="00000000" w14:paraId="00000178">
      <w:pPr>
        <w:spacing w:after="240" w:before="240" w:line="480" w:lineRule="auto"/>
        <w:rPr/>
      </w:pPr>
      <w:r w:rsidDel="00000000" w:rsidR="00000000" w:rsidRPr="00000000">
        <w:rPr>
          <w:rtl w:val="0"/>
        </w:rPr>
        <w:t xml:space="preserve">I was not broken.</w:t>
      </w:r>
    </w:p>
    <w:p w:rsidR="00000000" w:rsidDel="00000000" w:rsidP="00000000" w:rsidRDefault="00000000" w:rsidRPr="00000000" w14:paraId="00000179">
      <w:pPr>
        <w:spacing w:after="240" w:before="240" w:line="480" w:lineRule="auto"/>
        <w:rPr/>
      </w:pPr>
      <w:r w:rsidDel="00000000" w:rsidR="00000000" w:rsidRPr="00000000">
        <w:rPr>
          <w:rtl w:val="0"/>
        </w:rPr>
        <w:t xml:space="preserve">I was energy — sacred, intuitive, and already whole.</w:t>
      </w:r>
    </w:p>
    <w:p w:rsidR="00000000" w:rsidDel="00000000" w:rsidP="00000000" w:rsidRDefault="00000000" w:rsidRPr="00000000" w14:paraId="0000017A">
      <w:pPr>
        <w:spacing w:after="240" w:before="240" w:line="480" w:lineRule="auto"/>
        <w:rPr/>
      </w:pPr>
      <w:r w:rsidDel="00000000" w:rsidR="00000000" w:rsidRPr="00000000">
        <w:rPr>
          <w:rtl w:val="0"/>
        </w:rPr>
        <w:t xml:space="preserve">That moment became a compass point. It’s what inspired me to become a Reiki practitioner. To hold space not only for others’ healing — but for their remembrance. For introverts like me, who carry the world’s weight in their bones, Reiki wasn’t just a tool. It was a lifeline. A whisper from the divine:</w:t>
      </w:r>
    </w:p>
    <w:p w:rsidR="00000000" w:rsidDel="00000000" w:rsidP="00000000" w:rsidRDefault="00000000" w:rsidRPr="00000000" w14:paraId="0000017B">
      <w:pPr>
        <w:spacing w:after="240" w:before="240" w:line="480" w:lineRule="auto"/>
        <w:rPr/>
      </w:pPr>
      <w:r w:rsidDel="00000000" w:rsidR="00000000" w:rsidRPr="00000000">
        <w:rPr>
          <w:rtl w:val="0"/>
        </w:rPr>
        <w:t xml:space="preserve">“You are not alone. You are light in rooted form.”</w:t>
      </w:r>
    </w:p>
    <w:p w:rsidR="00000000" w:rsidDel="00000000" w:rsidP="00000000" w:rsidRDefault="00000000" w:rsidRPr="00000000" w14:paraId="0000017C">
      <w:pPr>
        <w:spacing w:after="240" w:before="240" w:line="480" w:lineRule="auto"/>
        <w:rPr/>
      </w:pPr>
      <w:r w:rsidDel="00000000" w:rsidR="00000000" w:rsidRPr="00000000">
        <w:rPr>
          <w:rtl w:val="0"/>
        </w:rPr>
        <w:t xml:space="preserve">The Introvert’s Self-Care Reset</w:t>
      </w:r>
    </w:p>
    <w:p w:rsidR="00000000" w:rsidDel="00000000" w:rsidP="00000000" w:rsidRDefault="00000000" w:rsidRPr="00000000" w14:paraId="0000017D">
      <w:pPr>
        <w:spacing w:after="240" w:before="240" w:line="480" w:lineRule="auto"/>
        <w:rPr/>
      </w:pPr>
      <w:r w:rsidDel="00000000" w:rsidR="00000000" w:rsidRPr="00000000">
        <w:rPr>
          <w:rtl w:val="0"/>
        </w:rPr>
        <w:t xml:space="preserve">You don’t need to escape to the woods or book a silent retreat (though if you do, I’ll cheer you on). Self-care for introverts is about reclaiming quiet, creating rhythm, and respecting your own sacred limits.</w:t>
      </w:r>
    </w:p>
    <w:p w:rsidR="00000000" w:rsidDel="00000000" w:rsidP="00000000" w:rsidRDefault="00000000" w:rsidRPr="00000000" w14:paraId="0000017E">
      <w:pPr>
        <w:spacing w:after="240" w:before="240" w:line="480" w:lineRule="auto"/>
        <w:rPr/>
      </w:pPr>
      <w:r w:rsidDel="00000000" w:rsidR="00000000" w:rsidRPr="00000000">
        <w:rPr>
          <w:rtl w:val="0"/>
        </w:rPr>
        <w:t xml:space="preserve">Here’s a simple reset ritual for when your soul starts whispering, “too much.”</w:t>
      </w:r>
    </w:p>
    <w:p w:rsidR="00000000" w:rsidDel="00000000" w:rsidP="00000000" w:rsidRDefault="00000000" w:rsidRPr="00000000" w14:paraId="0000017F">
      <w:pPr>
        <w:spacing w:after="240" w:before="240" w:line="480" w:lineRule="auto"/>
        <w:rPr/>
      </w:pPr>
      <w:r w:rsidDel="00000000" w:rsidR="00000000" w:rsidRPr="00000000">
        <w:rPr>
          <w:rtl w:val="0"/>
        </w:rPr>
        <w:t xml:space="preserve">1. The 3-2-1 Unplug Practice</w:t>
      </w:r>
    </w:p>
    <w:p w:rsidR="00000000" w:rsidDel="00000000" w:rsidP="00000000" w:rsidRDefault="00000000" w:rsidRPr="00000000" w14:paraId="00000180">
      <w:pPr>
        <w:spacing w:after="240" w:before="240" w:line="480" w:lineRule="auto"/>
        <w:rPr/>
      </w:pPr>
      <w:r w:rsidDel="00000000" w:rsidR="00000000" w:rsidRPr="00000000">
        <w:rPr>
          <w:rtl w:val="0"/>
        </w:rPr>
        <w:t xml:space="preserve">3 minutes of stillness — eyes closed, no phone, just breath.</w:t>
      </w:r>
    </w:p>
    <w:p w:rsidR="00000000" w:rsidDel="00000000" w:rsidP="00000000" w:rsidRDefault="00000000" w:rsidRPr="00000000" w14:paraId="00000181">
      <w:pPr>
        <w:spacing w:after="240" w:before="240" w:line="480" w:lineRule="auto"/>
        <w:rPr/>
      </w:pPr>
      <w:r w:rsidDel="00000000" w:rsidR="00000000" w:rsidRPr="00000000">
        <w:rPr>
          <w:rtl w:val="0"/>
        </w:rPr>
        <w:t xml:space="preserve">2 hands placed on your body — one on heart, one on belly. Feel the rhythm.</w:t>
      </w:r>
    </w:p>
    <w:p w:rsidR="00000000" w:rsidDel="00000000" w:rsidP="00000000" w:rsidRDefault="00000000" w:rsidRPr="00000000" w14:paraId="00000182">
      <w:pPr>
        <w:spacing w:after="240" w:before="240" w:line="480" w:lineRule="auto"/>
        <w:rPr/>
      </w:pPr>
      <w:r w:rsidDel="00000000" w:rsidR="00000000" w:rsidRPr="00000000">
        <w:rPr>
          <w:rtl w:val="0"/>
        </w:rPr>
        <w:t xml:space="preserve">1 intention for the next hour: “I choose softness,” “I honor slowness,” “I return to me.”</w:t>
      </w:r>
    </w:p>
    <w:p w:rsidR="00000000" w:rsidDel="00000000" w:rsidP="00000000" w:rsidRDefault="00000000" w:rsidRPr="00000000" w14:paraId="00000183">
      <w:pPr>
        <w:spacing w:after="240" w:before="240" w:line="480" w:lineRule="auto"/>
        <w:rPr/>
      </w:pPr>
      <w:r w:rsidDel="00000000" w:rsidR="00000000" w:rsidRPr="00000000">
        <w:rPr>
          <w:rtl w:val="0"/>
        </w:rPr>
        <w:t xml:space="preserve">2. Sacred “No” Script</w:t>
      </w:r>
    </w:p>
    <w:p w:rsidR="00000000" w:rsidDel="00000000" w:rsidP="00000000" w:rsidRDefault="00000000" w:rsidRPr="00000000" w14:paraId="00000184">
      <w:pPr>
        <w:spacing w:after="240" w:before="240" w:line="480" w:lineRule="auto"/>
        <w:rPr/>
      </w:pPr>
      <w:r w:rsidDel="00000000" w:rsidR="00000000" w:rsidRPr="00000000">
        <w:rPr>
          <w:rtl w:val="0"/>
        </w:rPr>
        <w:t xml:space="preserve">Practice saying no gently, without guilt:</w:t>
      </w:r>
    </w:p>
    <w:p w:rsidR="00000000" w:rsidDel="00000000" w:rsidP="00000000" w:rsidRDefault="00000000" w:rsidRPr="00000000" w14:paraId="00000185">
      <w:pPr>
        <w:spacing w:after="240" w:before="240" w:line="480" w:lineRule="auto"/>
        <w:rPr/>
      </w:pPr>
      <w:r w:rsidDel="00000000" w:rsidR="00000000" w:rsidRPr="00000000">
        <w:rPr>
          <w:rtl w:val="0"/>
        </w:rPr>
        <w:t xml:space="preserve">“Thank you for thinking of me. I’m going to pass this time so I can rest and reset.”</w:t>
      </w:r>
    </w:p>
    <w:p w:rsidR="00000000" w:rsidDel="00000000" w:rsidP="00000000" w:rsidRDefault="00000000" w:rsidRPr="00000000" w14:paraId="00000186">
      <w:pPr>
        <w:spacing w:after="240" w:before="240" w:line="480" w:lineRule="auto"/>
        <w:rPr/>
      </w:pPr>
      <w:r w:rsidDel="00000000" w:rsidR="00000000" w:rsidRPr="00000000">
        <w:rPr>
          <w:rtl w:val="0"/>
        </w:rPr>
        <w:t xml:space="preserve">“I’m honoring my limits right now, but I’d love to reconnect soon.”</w:t>
      </w:r>
    </w:p>
    <w:p w:rsidR="00000000" w:rsidDel="00000000" w:rsidP="00000000" w:rsidRDefault="00000000" w:rsidRPr="00000000" w14:paraId="00000187">
      <w:pPr>
        <w:spacing w:after="240" w:before="240" w:line="480" w:lineRule="auto"/>
        <w:rPr/>
      </w:pPr>
      <w:r w:rsidDel="00000000" w:rsidR="00000000" w:rsidRPr="00000000">
        <w:rPr>
          <w:rtl w:val="0"/>
        </w:rPr>
        <w:t xml:space="preserve">You are allowed to be unavailable without explaining your entire nervous system.</w:t>
      </w:r>
    </w:p>
    <w:p w:rsidR="00000000" w:rsidDel="00000000" w:rsidP="00000000" w:rsidRDefault="00000000" w:rsidRPr="00000000" w14:paraId="00000188">
      <w:pPr>
        <w:spacing w:after="240" w:before="240" w:line="480" w:lineRule="auto"/>
        <w:rPr/>
      </w:pPr>
      <w:r w:rsidDel="00000000" w:rsidR="00000000" w:rsidRPr="00000000">
        <w:rPr>
          <w:rtl w:val="0"/>
        </w:rPr>
        <w:t xml:space="preserve">3. Your Sensory Reset Kit</w:t>
      </w:r>
    </w:p>
    <w:p w:rsidR="00000000" w:rsidDel="00000000" w:rsidP="00000000" w:rsidRDefault="00000000" w:rsidRPr="00000000" w14:paraId="00000189">
      <w:pPr>
        <w:spacing w:after="240" w:before="240" w:line="480" w:lineRule="auto"/>
        <w:rPr/>
      </w:pPr>
      <w:r w:rsidDel="00000000" w:rsidR="00000000" w:rsidRPr="00000000">
        <w:rPr>
          <w:rtl w:val="0"/>
        </w:rPr>
        <w:t xml:space="preserve">Create a small box or space filled with grounding sensory items:</w:t>
      </w:r>
    </w:p>
    <w:p w:rsidR="00000000" w:rsidDel="00000000" w:rsidP="00000000" w:rsidRDefault="00000000" w:rsidRPr="00000000" w14:paraId="0000018A">
      <w:pPr>
        <w:spacing w:after="240" w:before="240" w:line="480" w:lineRule="auto"/>
        <w:rPr/>
      </w:pPr>
      <w:r w:rsidDel="00000000" w:rsidR="00000000" w:rsidRPr="00000000">
        <w:rPr>
          <w:rtl w:val="0"/>
        </w:rPr>
        <w:t xml:space="preserve">Weighted eye mask</w:t>
      </w:r>
    </w:p>
    <w:p w:rsidR="00000000" w:rsidDel="00000000" w:rsidP="00000000" w:rsidRDefault="00000000" w:rsidRPr="00000000" w14:paraId="0000018B">
      <w:pPr>
        <w:spacing w:after="240" w:before="240" w:line="480" w:lineRule="auto"/>
        <w:rPr/>
      </w:pPr>
      <w:r w:rsidDel="00000000" w:rsidR="00000000" w:rsidRPr="00000000">
        <w:rPr>
          <w:rtl w:val="0"/>
        </w:rPr>
        <w:t xml:space="preserve">Herbal tea sachets</w:t>
      </w:r>
    </w:p>
    <w:p w:rsidR="00000000" w:rsidDel="00000000" w:rsidP="00000000" w:rsidRDefault="00000000" w:rsidRPr="00000000" w14:paraId="0000018C">
      <w:pPr>
        <w:spacing w:after="240" w:before="240" w:line="480" w:lineRule="auto"/>
        <w:rPr/>
      </w:pPr>
      <w:r w:rsidDel="00000000" w:rsidR="00000000" w:rsidRPr="00000000">
        <w:rPr>
          <w:rtl w:val="0"/>
        </w:rPr>
        <w:t xml:space="preserve">Lavender or frankincense oil</w:t>
      </w:r>
    </w:p>
    <w:p w:rsidR="00000000" w:rsidDel="00000000" w:rsidP="00000000" w:rsidRDefault="00000000" w:rsidRPr="00000000" w14:paraId="0000018D">
      <w:pPr>
        <w:spacing w:after="240" w:before="240" w:line="480" w:lineRule="auto"/>
        <w:rPr/>
      </w:pPr>
      <w:r w:rsidDel="00000000" w:rsidR="00000000" w:rsidRPr="00000000">
        <w:rPr>
          <w:rtl w:val="0"/>
        </w:rPr>
        <w:t xml:space="preserve">A soft-textured stone or crystal</w:t>
      </w:r>
    </w:p>
    <w:p w:rsidR="00000000" w:rsidDel="00000000" w:rsidP="00000000" w:rsidRDefault="00000000" w:rsidRPr="00000000" w14:paraId="0000018E">
      <w:pPr>
        <w:spacing w:after="240" w:before="240" w:line="480" w:lineRule="auto"/>
        <w:rPr/>
      </w:pPr>
      <w:r w:rsidDel="00000000" w:rsidR="00000000" w:rsidRPr="00000000">
        <w:rPr>
          <w:rtl w:val="0"/>
        </w:rPr>
        <w:t xml:space="preserve">Noise-canceling earbuds</w:t>
      </w:r>
    </w:p>
    <w:p w:rsidR="00000000" w:rsidDel="00000000" w:rsidP="00000000" w:rsidRDefault="00000000" w:rsidRPr="00000000" w14:paraId="0000018F">
      <w:pPr>
        <w:spacing w:after="240" w:before="240" w:line="480" w:lineRule="auto"/>
        <w:rPr/>
      </w:pPr>
      <w:r w:rsidDel="00000000" w:rsidR="00000000" w:rsidRPr="00000000">
        <w:rPr>
          <w:rtl w:val="0"/>
        </w:rPr>
        <w:t xml:space="preserve">One handwritten affirmation</w:t>
      </w:r>
    </w:p>
    <w:p w:rsidR="00000000" w:rsidDel="00000000" w:rsidP="00000000" w:rsidRDefault="00000000" w:rsidRPr="00000000" w14:paraId="00000190">
      <w:pPr>
        <w:spacing w:after="240" w:before="240" w:line="480" w:lineRule="auto"/>
        <w:rPr/>
      </w:pPr>
      <w:r w:rsidDel="00000000" w:rsidR="00000000" w:rsidRPr="00000000">
        <w:rPr>
          <w:rtl w:val="0"/>
        </w:rPr>
        <w:t xml:space="preserve">Use this when you’re overstimulated, under-supported, or simply need to retreat inward.</w:t>
      </w:r>
    </w:p>
    <w:p w:rsidR="00000000" w:rsidDel="00000000" w:rsidP="00000000" w:rsidRDefault="00000000" w:rsidRPr="00000000" w14:paraId="00000191">
      <w:pPr>
        <w:spacing w:after="240" w:before="240" w:line="480" w:lineRule="auto"/>
        <w:rPr/>
      </w:pPr>
      <w:r w:rsidDel="00000000" w:rsidR="00000000" w:rsidRPr="00000000">
        <w:rPr>
          <w:rtl w:val="0"/>
        </w:rPr>
        <w:t xml:space="preserve">4. Sunday Sanctuary Ritual</w:t>
      </w:r>
    </w:p>
    <w:p w:rsidR="00000000" w:rsidDel="00000000" w:rsidP="00000000" w:rsidRDefault="00000000" w:rsidRPr="00000000" w14:paraId="00000192">
      <w:pPr>
        <w:spacing w:after="240" w:before="240" w:line="480" w:lineRule="auto"/>
        <w:rPr/>
      </w:pPr>
      <w:r w:rsidDel="00000000" w:rsidR="00000000" w:rsidRPr="00000000">
        <w:rPr>
          <w:rtl w:val="0"/>
        </w:rPr>
        <w:t xml:space="preserve">Once a week, block 30–60 minutes of intentional solitude.</w:t>
      </w:r>
    </w:p>
    <w:p w:rsidR="00000000" w:rsidDel="00000000" w:rsidP="00000000" w:rsidRDefault="00000000" w:rsidRPr="00000000" w14:paraId="00000193">
      <w:pPr>
        <w:spacing w:after="240" w:before="240" w:line="480" w:lineRule="auto"/>
        <w:rPr/>
      </w:pPr>
      <w:r w:rsidDel="00000000" w:rsidR="00000000" w:rsidRPr="00000000">
        <w:rPr>
          <w:rtl w:val="0"/>
        </w:rPr>
        <w:t xml:space="preserve">No plans. No people. Just presence.</w:t>
      </w:r>
    </w:p>
    <w:p w:rsidR="00000000" w:rsidDel="00000000" w:rsidP="00000000" w:rsidRDefault="00000000" w:rsidRPr="00000000" w14:paraId="00000194">
      <w:pPr>
        <w:spacing w:after="240" w:before="240" w:line="480" w:lineRule="auto"/>
        <w:rPr/>
      </w:pPr>
      <w:r w:rsidDel="00000000" w:rsidR="00000000" w:rsidRPr="00000000">
        <w:rPr>
          <w:rtl w:val="0"/>
        </w:rPr>
        <w:t xml:space="preserve">Use that time to journal, stretch, breathe, cry, or do nothing at all.</w:t>
      </w:r>
    </w:p>
    <w:p w:rsidR="00000000" w:rsidDel="00000000" w:rsidP="00000000" w:rsidRDefault="00000000" w:rsidRPr="00000000" w14:paraId="00000195">
      <w:pPr>
        <w:spacing w:after="240" w:before="240" w:line="480" w:lineRule="auto"/>
        <w:rPr/>
      </w:pPr>
      <w:r w:rsidDel="00000000" w:rsidR="00000000" w:rsidRPr="00000000">
        <w:rPr>
          <w:rtl w:val="0"/>
        </w:rPr>
        <w:t xml:space="preserve">Make this non-negotiable. You are your own sacred space.</w:t>
      </w:r>
    </w:p>
    <w:p w:rsidR="00000000" w:rsidDel="00000000" w:rsidP="00000000" w:rsidRDefault="00000000" w:rsidRPr="00000000" w14:paraId="00000196">
      <w:pPr>
        <w:spacing w:after="240" w:before="240" w:line="480" w:lineRule="auto"/>
        <w:rPr/>
      </w:pPr>
      <w:r w:rsidDel="00000000" w:rsidR="00000000" w:rsidRPr="00000000">
        <w:rPr>
          <w:rtl w:val="0"/>
        </w:rPr>
        <w:t xml:space="preserve">Closing Reflection</w:t>
      </w:r>
    </w:p>
    <w:p w:rsidR="00000000" w:rsidDel="00000000" w:rsidP="00000000" w:rsidRDefault="00000000" w:rsidRPr="00000000" w14:paraId="00000197">
      <w:pPr>
        <w:spacing w:after="240" w:before="240" w:line="480" w:lineRule="auto"/>
        <w:rPr/>
      </w:pPr>
      <w:r w:rsidDel="00000000" w:rsidR="00000000" w:rsidRPr="00000000">
        <w:rPr>
          <w:rtl w:val="0"/>
        </w:rPr>
        <w:t xml:space="preserve">“When I stop filling every silence, I hear my own wisdom again.</w:t>
      </w:r>
    </w:p>
    <w:p w:rsidR="00000000" w:rsidDel="00000000" w:rsidP="00000000" w:rsidRDefault="00000000" w:rsidRPr="00000000" w14:paraId="00000198">
      <w:pPr>
        <w:spacing w:after="240" w:before="240" w:line="480" w:lineRule="auto"/>
        <w:rPr/>
      </w:pPr>
      <w:r w:rsidDel="00000000" w:rsidR="00000000" w:rsidRPr="00000000">
        <w:rPr>
          <w:rtl w:val="0"/>
        </w:rPr>
        <w:t xml:space="preserve">When I stop pushing, I feel myself being held.”</w:t>
      </w:r>
    </w:p>
    <w:p w:rsidR="00000000" w:rsidDel="00000000" w:rsidP="00000000" w:rsidRDefault="00000000" w:rsidRPr="00000000" w14:paraId="00000199">
      <w:pPr>
        <w:spacing w:after="240" w:before="240" w:line="480" w:lineRule="auto"/>
        <w:rPr/>
      </w:pPr>
      <w:r w:rsidDel="00000000" w:rsidR="00000000" w:rsidRPr="00000000">
        <w:rPr>
          <w:rtl w:val="0"/>
        </w:rPr>
        <w:t xml:space="preserve">You don’t need to become louder to matter.</w:t>
      </w:r>
    </w:p>
    <w:p w:rsidR="00000000" w:rsidDel="00000000" w:rsidP="00000000" w:rsidRDefault="00000000" w:rsidRPr="00000000" w14:paraId="0000019A">
      <w:pPr>
        <w:spacing w:after="240" w:before="240" w:line="480" w:lineRule="auto"/>
        <w:rPr/>
      </w:pPr>
      <w:r w:rsidDel="00000000" w:rsidR="00000000" w:rsidRPr="00000000">
        <w:rPr>
          <w:rtl w:val="0"/>
        </w:rPr>
        <w:t xml:space="preserve">You don’t need to perform to be powerful.</w:t>
      </w:r>
    </w:p>
    <w:p w:rsidR="00000000" w:rsidDel="00000000" w:rsidP="00000000" w:rsidRDefault="00000000" w:rsidRPr="00000000" w14:paraId="0000019B">
      <w:pPr>
        <w:spacing w:after="240" w:before="240" w:line="480" w:lineRule="auto"/>
        <w:rPr/>
      </w:pPr>
      <w:r w:rsidDel="00000000" w:rsidR="00000000" w:rsidRPr="00000000">
        <w:rPr>
          <w:rtl w:val="0"/>
        </w:rPr>
        <w:t xml:space="preserve">Your quiet is your crown.</w:t>
      </w:r>
    </w:p>
    <w:p w:rsidR="00000000" w:rsidDel="00000000" w:rsidP="00000000" w:rsidRDefault="00000000" w:rsidRPr="00000000" w14:paraId="0000019C">
      <w:pPr>
        <w:spacing w:after="240" w:before="240" w:line="480" w:lineRule="auto"/>
        <w:rPr>
          <w:b w:val="1"/>
        </w:rPr>
      </w:pPr>
      <w:r w:rsidDel="00000000" w:rsidR="00000000" w:rsidRPr="00000000">
        <w:rPr>
          <w:b w:val="1"/>
          <w:rtl w:val="0"/>
        </w:rPr>
        <w:t xml:space="preserve">Chapter 5: Compassionate Client Work — Exercises for Self-Discovery</w:t>
      </w:r>
    </w:p>
    <w:p w:rsidR="00000000" w:rsidDel="00000000" w:rsidP="00000000" w:rsidRDefault="00000000" w:rsidRPr="00000000" w14:paraId="0000019D">
      <w:pPr>
        <w:spacing w:after="240" w:before="240" w:line="480" w:lineRule="auto"/>
        <w:rPr/>
      </w:pPr>
      <w:r w:rsidDel="00000000" w:rsidR="00000000" w:rsidRPr="00000000">
        <w:rPr>
          <w:rtl w:val="0"/>
        </w:rPr>
        <w:t xml:space="preserve">As clinicians, we are often trained to assess, interpret, and intervene. But true healing rarely begins with fixing. It begins with witnessing.</w:t>
      </w:r>
    </w:p>
    <w:p w:rsidR="00000000" w:rsidDel="00000000" w:rsidP="00000000" w:rsidRDefault="00000000" w:rsidRPr="00000000" w14:paraId="0000019E">
      <w:pPr>
        <w:spacing w:after="240" w:before="240" w:line="480" w:lineRule="auto"/>
        <w:rPr/>
      </w:pPr>
      <w:r w:rsidDel="00000000" w:rsidR="00000000" w:rsidRPr="00000000">
        <w:rPr>
          <w:rtl w:val="0"/>
        </w:rPr>
        <w:t xml:space="preserve">Clients don’t come to us for solutions — they come to be seen. Under the symptoms, stories, and scars is a deeper question every client is asking:</w:t>
      </w:r>
    </w:p>
    <w:p w:rsidR="00000000" w:rsidDel="00000000" w:rsidP="00000000" w:rsidRDefault="00000000" w:rsidRPr="00000000" w14:paraId="0000019F">
      <w:pPr>
        <w:spacing w:after="240" w:before="240" w:line="480" w:lineRule="auto"/>
        <w:rPr/>
      </w:pPr>
      <w:r w:rsidDel="00000000" w:rsidR="00000000" w:rsidRPr="00000000">
        <w:rPr>
          <w:rtl w:val="0"/>
        </w:rPr>
        <w:t xml:space="preserve">“Can you hold space for who I really am — even the parts I don’t yet understand?”</w:t>
      </w:r>
    </w:p>
    <w:p w:rsidR="00000000" w:rsidDel="00000000" w:rsidP="00000000" w:rsidRDefault="00000000" w:rsidRPr="00000000" w14:paraId="000001A0">
      <w:pPr>
        <w:spacing w:after="240" w:before="240" w:line="480" w:lineRule="auto"/>
        <w:rPr/>
      </w:pPr>
      <w:r w:rsidDel="00000000" w:rsidR="00000000" w:rsidRPr="00000000">
        <w:rPr>
          <w:rtl w:val="0"/>
        </w:rPr>
        <w:t xml:space="preserve">The work we do is sacred. Not because we have answers, but because we ask better questions. Because we offer people something they may have never received before: safe space to discover themselves.</w:t>
      </w:r>
    </w:p>
    <w:p w:rsidR="00000000" w:rsidDel="00000000" w:rsidP="00000000" w:rsidRDefault="00000000" w:rsidRPr="00000000" w14:paraId="000001A1">
      <w:pPr>
        <w:spacing w:after="240" w:before="240" w:line="480" w:lineRule="auto"/>
        <w:rPr/>
      </w:pPr>
      <w:r w:rsidDel="00000000" w:rsidR="00000000" w:rsidRPr="00000000">
        <w:rPr>
          <w:rtl w:val="0"/>
        </w:rPr>
        <w:t xml:space="preserve">The Role of Compassionate Curiosity</w:t>
      </w:r>
    </w:p>
    <w:p w:rsidR="00000000" w:rsidDel="00000000" w:rsidP="00000000" w:rsidRDefault="00000000" w:rsidRPr="00000000" w14:paraId="000001A2">
      <w:pPr>
        <w:spacing w:after="240" w:before="240" w:line="480" w:lineRule="auto"/>
        <w:rPr/>
      </w:pPr>
      <w:r w:rsidDel="00000000" w:rsidR="00000000" w:rsidRPr="00000000">
        <w:rPr>
          <w:rtl w:val="0"/>
        </w:rPr>
        <w:t xml:space="preserve">Compassionate curiosity is what happens when we meet pain without panic and inquiry without judgment. It’s the art of slowing down enough to notice:</w:t>
      </w:r>
    </w:p>
    <w:p w:rsidR="00000000" w:rsidDel="00000000" w:rsidP="00000000" w:rsidRDefault="00000000" w:rsidRPr="00000000" w14:paraId="000001A3">
      <w:pPr>
        <w:spacing w:after="240" w:before="240" w:line="480" w:lineRule="auto"/>
        <w:rPr/>
      </w:pPr>
      <w:r w:rsidDel="00000000" w:rsidR="00000000" w:rsidRPr="00000000">
        <w:rPr>
          <w:rtl w:val="0"/>
        </w:rPr>
        <w:t xml:space="preserve">Where does this belief live in the body?</w:t>
      </w:r>
    </w:p>
    <w:p w:rsidR="00000000" w:rsidDel="00000000" w:rsidP="00000000" w:rsidRDefault="00000000" w:rsidRPr="00000000" w14:paraId="000001A4">
      <w:pPr>
        <w:spacing w:after="240" w:before="240" w:line="480" w:lineRule="auto"/>
        <w:rPr/>
      </w:pPr>
      <w:r w:rsidDel="00000000" w:rsidR="00000000" w:rsidRPr="00000000">
        <w:rPr>
          <w:rtl w:val="0"/>
        </w:rPr>
        <w:t xml:space="preserve">What story is this thought trying to protect?</w:t>
      </w:r>
    </w:p>
    <w:p w:rsidR="00000000" w:rsidDel="00000000" w:rsidP="00000000" w:rsidRDefault="00000000" w:rsidRPr="00000000" w14:paraId="000001A5">
      <w:pPr>
        <w:spacing w:after="240" w:before="240" w:line="480" w:lineRule="auto"/>
        <w:rPr/>
      </w:pPr>
      <w:r w:rsidDel="00000000" w:rsidR="00000000" w:rsidRPr="00000000">
        <w:rPr>
          <w:rtl w:val="0"/>
        </w:rPr>
        <w:t xml:space="preserve">How has this client survived — brilliantly — even if dysfunctionally?</w:t>
      </w:r>
    </w:p>
    <w:p w:rsidR="00000000" w:rsidDel="00000000" w:rsidP="00000000" w:rsidRDefault="00000000" w:rsidRPr="00000000" w14:paraId="000001A6">
      <w:pPr>
        <w:spacing w:after="240" w:before="240" w:line="480" w:lineRule="auto"/>
        <w:rPr/>
      </w:pPr>
      <w:r w:rsidDel="00000000" w:rsidR="00000000" w:rsidRPr="00000000">
        <w:rPr>
          <w:rtl w:val="0"/>
        </w:rPr>
        <w:t xml:space="preserve">We don’t need to rush toward healing. We can sit inside discovery.</w:t>
      </w:r>
    </w:p>
    <w:p w:rsidR="00000000" w:rsidDel="00000000" w:rsidP="00000000" w:rsidRDefault="00000000" w:rsidRPr="00000000" w14:paraId="000001A7">
      <w:pPr>
        <w:spacing w:after="240" w:before="240" w:line="480" w:lineRule="auto"/>
        <w:rPr/>
      </w:pPr>
      <w:r w:rsidDel="00000000" w:rsidR="00000000" w:rsidRPr="00000000">
        <w:rPr>
          <w:rtl w:val="0"/>
        </w:rPr>
        <w:t xml:space="preserve">Kristin Neff’s work on self-compassion (2003) reminds us that kindness toward our inner world is not indulgent — it’s essential. And when we model that compassion with clients, we plant seeds that grow long after therapy ends.</w:t>
      </w:r>
    </w:p>
    <w:p w:rsidR="00000000" w:rsidDel="00000000" w:rsidP="00000000" w:rsidRDefault="00000000" w:rsidRPr="00000000" w14:paraId="000001A8">
      <w:pPr>
        <w:spacing w:after="240" w:before="240" w:line="480" w:lineRule="auto"/>
        <w:rPr/>
      </w:pPr>
      <w:r w:rsidDel="00000000" w:rsidR="00000000" w:rsidRPr="00000000">
        <w:rPr>
          <w:rtl w:val="0"/>
        </w:rPr>
        <w:t xml:space="preserve">Self-Discovery Tools for Sessions and Solo Work</w:t>
      </w:r>
    </w:p>
    <w:p w:rsidR="00000000" w:rsidDel="00000000" w:rsidP="00000000" w:rsidRDefault="00000000" w:rsidRPr="00000000" w14:paraId="000001A9">
      <w:pPr>
        <w:spacing w:after="240" w:before="240" w:line="480" w:lineRule="auto"/>
        <w:rPr/>
      </w:pPr>
      <w:r w:rsidDel="00000000" w:rsidR="00000000" w:rsidRPr="00000000">
        <w:rPr>
          <w:rtl w:val="0"/>
        </w:rPr>
        <w:t xml:space="preserve">These are practical, soul-centered exercises that integrate CBT, somatic therapy, and trauma-informed reflection. They’re designed to be used across multiple client populations, or for your own inner exploration.</w:t>
      </w:r>
    </w:p>
    <w:p w:rsidR="00000000" w:rsidDel="00000000" w:rsidP="00000000" w:rsidRDefault="00000000" w:rsidRPr="00000000" w14:paraId="000001AA">
      <w:pPr>
        <w:spacing w:after="240" w:before="240" w:line="480" w:lineRule="auto"/>
        <w:rPr/>
      </w:pPr>
      <w:r w:rsidDel="00000000" w:rsidR="00000000" w:rsidRPr="00000000">
        <w:rPr>
          <w:rtl w:val="0"/>
        </w:rPr>
        <w:t xml:space="preserve">1. Identity Circles</w:t>
      </w:r>
    </w:p>
    <w:p w:rsidR="00000000" w:rsidDel="00000000" w:rsidP="00000000" w:rsidRDefault="00000000" w:rsidRPr="00000000" w14:paraId="000001AB">
      <w:pPr>
        <w:spacing w:after="240" w:before="240" w:line="480" w:lineRule="auto"/>
        <w:rPr/>
      </w:pPr>
      <w:r w:rsidDel="00000000" w:rsidR="00000000" w:rsidRPr="00000000">
        <w:rPr>
          <w:rtl w:val="0"/>
        </w:rPr>
        <w:t xml:space="preserve">Who am I — when I’m not surviving?</w:t>
      </w:r>
    </w:p>
    <w:p w:rsidR="00000000" w:rsidDel="00000000" w:rsidP="00000000" w:rsidRDefault="00000000" w:rsidRPr="00000000" w14:paraId="000001AC">
      <w:pPr>
        <w:spacing w:after="240" w:before="240" w:line="480" w:lineRule="auto"/>
        <w:rPr/>
      </w:pPr>
      <w:r w:rsidDel="00000000" w:rsidR="00000000" w:rsidRPr="00000000">
        <w:rPr>
          <w:rtl w:val="0"/>
        </w:rPr>
        <w:t xml:space="preserve">Instructions:</w:t>
      </w:r>
    </w:p>
    <w:p w:rsidR="00000000" w:rsidDel="00000000" w:rsidP="00000000" w:rsidRDefault="00000000" w:rsidRPr="00000000" w14:paraId="000001AD">
      <w:pPr>
        <w:spacing w:after="240" w:before="240" w:line="480" w:lineRule="auto"/>
        <w:rPr/>
      </w:pPr>
      <w:r w:rsidDel="00000000" w:rsidR="00000000" w:rsidRPr="00000000">
        <w:rPr>
          <w:rtl w:val="0"/>
        </w:rPr>
        <w:t xml:space="preserve">Draw a large circle on a piece of paper. Inside, write all the roles, labels, and identities you carry (e.g., mother, overachiever, people-pleaser, survivor). Then, draw a second circle beside it and fill it with what’s underneath those roles — your values, your dreams, your truth.</w:t>
      </w:r>
    </w:p>
    <w:p w:rsidR="00000000" w:rsidDel="00000000" w:rsidP="00000000" w:rsidRDefault="00000000" w:rsidRPr="00000000" w14:paraId="000001AE">
      <w:pPr>
        <w:spacing w:after="240" w:before="240" w:line="480" w:lineRule="auto"/>
        <w:rPr/>
      </w:pPr>
      <w:r w:rsidDel="00000000" w:rsidR="00000000" w:rsidRPr="00000000">
        <w:rPr>
          <w:rtl w:val="0"/>
        </w:rPr>
        <w:t xml:space="preserve">Use for: Clients struggling with self-worth, people-pleasing, or codependency.</w:t>
      </w:r>
    </w:p>
    <w:p w:rsidR="00000000" w:rsidDel="00000000" w:rsidP="00000000" w:rsidRDefault="00000000" w:rsidRPr="00000000" w14:paraId="000001AF">
      <w:pPr>
        <w:spacing w:after="240" w:before="240" w:line="480" w:lineRule="auto"/>
        <w:rPr/>
      </w:pPr>
      <w:r w:rsidDel="00000000" w:rsidR="00000000" w:rsidRPr="00000000">
        <w:rPr>
          <w:rtl w:val="0"/>
        </w:rPr>
        <w:t xml:space="preserve">Clinician tip: Ask, “Which circle feels more familiar? Which feels more like you?”</w:t>
      </w:r>
    </w:p>
    <w:p w:rsidR="00000000" w:rsidDel="00000000" w:rsidP="00000000" w:rsidRDefault="00000000" w:rsidRPr="00000000" w14:paraId="000001B0">
      <w:pPr>
        <w:spacing w:after="240" w:before="240" w:line="480" w:lineRule="auto"/>
        <w:rPr/>
      </w:pPr>
      <w:r w:rsidDel="00000000" w:rsidR="00000000" w:rsidRPr="00000000">
        <w:rPr>
          <w:rtl w:val="0"/>
        </w:rPr>
        <w:t xml:space="preserve">2. Thought Story Map</w:t>
      </w:r>
    </w:p>
    <w:p w:rsidR="00000000" w:rsidDel="00000000" w:rsidP="00000000" w:rsidRDefault="00000000" w:rsidRPr="00000000" w14:paraId="000001B1">
      <w:pPr>
        <w:spacing w:after="240" w:before="240" w:line="480" w:lineRule="auto"/>
        <w:rPr/>
      </w:pPr>
      <w:r w:rsidDel="00000000" w:rsidR="00000000" w:rsidRPr="00000000">
        <w:rPr>
          <w:rtl w:val="0"/>
        </w:rPr>
        <w:t xml:space="preserve">“Is this thought true — or just loud?”</w:t>
      </w:r>
    </w:p>
    <w:p w:rsidR="00000000" w:rsidDel="00000000" w:rsidP="00000000" w:rsidRDefault="00000000" w:rsidRPr="00000000" w14:paraId="000001B2">
      <w:pPr>
        <w:spacing w:after="240" w:before="240" w:line="480" w:lineRule="auto"/>
        <w:rPr/>
      </w:pPr>
      <w:r w:rsidDel="00000000" w:rsidR="00000000" w:rsidRPr="00000000">
        <w:rPr>
          <w:rtl w:val="0"/>
        </w:rPr>
        <w:t xml:space="preserve">Instructions:</w:t>
      </w:r>
    </w:p>
    <w:p w:rsidR="00000000" w:rsidDel="00000000" w:rsidP="00000000" w:rsidRDefault="00000000" w:rsidRPr="00000000" w14:paraId="000001B3">
      <w:pPr>
        <w:spacing w:after="240" w:before="240" w:line="480" w:lineRule="auto"/>
        <w:rPr/>
      </w:pPr>
      <w:r w:rsidDel="00000000" w:rsidR="00000000" w:rsidRPr="00000000">
        <w:rPr>
          <w:rtl w:val="0"/>
        </w:rPr>
        <w:t xml:space="preserve">Clients choose a frequent negative thought. Then they trace it backward:</w:t>
      </w:r>
    </w:p>
    <w:p w:rsidR="00000000" w:rsidDel="00000000" w:rsidP="00000000" w:rsidRDefault="00000000" w:rsidRPr="00000000" w14:paraId="000001B4">
      <w:pPr>
        <w:spacing w:after="240" w:before="240" w:line="480" w:lineRule="auto"/>
        <w:rPr/>
      </w:pPr>
      <w:r w:rsidDel="00000000" w:rsidR="00000000" w:rsidRPr="00000000">
        <w:rPr>
          <w:rtl w:val="0"/>
        </w:rPr>
        <w:t xml:space="preserve">When did this first appear in your life?</w:t>
      </w:r>
    </w:p>
    <w:p w:rsidR="00000000" w:rsidDel="00000000" w:rsidP="00000000" w:rsidRDefault="00000000" w:rsidRPr="00000000" w14:paraId="000001B5">
      <w:pPr>
        <w:spacing w:after="240" w:before="240" w:line="480" w:lineRule="auto"/>
        <w:rPr/>
      </w:pPr>
      <w:r w:rsidDel="00000000" w:rsidR="00000000" w:rsidRPr="00000000">
        <w:rPr>
          <w:rtl w:val="0"/>
        </w:rPr>
        <w:t xml:space="preserve">Who did it sound like?</w:t>
      </w:r>
    </w:p>
    <w:p w:rsidR="00000000" w:rsidDel="00000000" w:rsidP="00000000" w:rsidRDefault="00000000" w:rsidRPr="00000000" w14:paraId="000001B6">
      <w:pPr>
        <w:spacing w:after="240" w:before="240" w:line="480" w:lineRule="auto"/>
        <w:rPr/>
      </w:pPr>
      <w:r w:rsidDel="00000000" w:rsidR="00000000" w:rsidRPr="00000000">
        <w:rPr>
          <w:rtl w:val="0"/>
        </w:rPr>
        <w:t xml:space="preserve">What emotion does it trigger?</w:t>
      </w:r>
    </w:p>
    <w:p w:rsidR="00000000" w:rsidDel="00000000" w:rsidP="00000000" w:rsidRDefault="00000000" w:rsidRPr="00000000" w14:paraId="000001B7">
      <w:pPr>
        <w:spacing w:after="240" w:before="240" w:line="480" w:lineRule="auto"/>
        <w:rPr/>
      </w:pPr>
      <w:r w:rsidDel="00000000" w:rsidR="00000000" w:rsidRPr="00000000">
        <w:rPr>
          <w:rtl w:val="0"/>
        </w:rPr>
        <w:t xml:space="preserve">What is the protective function of this thought?</w:t>
      </w:r>
    </w:p>
    <w:p w:rsidR="00000000" w:rsidDel="00000000" w:rsidP="00000000" w:rsidRDefault="00000000" w:rsidRPr="00000000" w14:paraId="000001B8">
      <w:pPr>
        <w:spacing w:after="240" w:before="240" w:line="480" w:lineRule="auto"/>
        <w:rPr/>
      </w:pPr>
      <w:r w:rsidDel="00000000" w:rsidR="00000000" w:rsidRPr="00000000">
        <w:rPr>
          <w:rtl w:val="0"/>
        </w:rPr>
        <w:t xml:space="preserve">End with: “What would a more compassionate thought sound like?”</w:t>
      </w:r>
    </w:p>
    <w:p w:rsidR="00000000" w:rsidDel="00000000" w:rsidP="00000000" w:rsidRDefault="00000000" w:rsidRPr="00000000" w14:paraId="000001B9">
      <w:pPr>
        <w:spacing w:after="240" w:before="240" w:line="480" w:lineRule="auto"/>
        <w:rPr/>
      </w:pPr>
      <w:r w:rsidDel="00000000" w:rsidR="00000000" w:rsidRPr="00000000">
        <w:rPr>
          <w:rtl w:val="0"/>
        </w:rPr>
        <w:t xml:space="preserve">Evidence-based: Combines CBT with narrative therapy and inner child work (Beck, 2011; White &amp; Epston, 1990).</w:t>
      </w:r>
    </w:p>
    <w:p w:rsidR="00000000" w:rsidDel="00000000" w:rsidP="00000000" w:rsidRDefault="00000000" w:rsidRPr="00000000" w14:paraId="000001BA">
      <w:pPr>
        <w:spacing w:after="240" w:before="240" w:line="480" w:lineRule="auto"/>
        <w:rPr/>
      </w:pPr>
      <w:r w:rsidDel="00000000" w:rsidR="00000000" w:rsidRPr="00000000">
        <w:rPr>
          <w:rtl w:val="0"/>
        </w:rPr>
        <w:t xml:space="preserve">3. Somatic Check-In Chart</w:t>
      </w:r>
    </w:p>
    <w:p w:rsidR="00000000" w:rsidDel="00000000" w:rsidP="00000000" w:rsidRDefault="00000000" w:rsidRPr="00000000" w14:paraId="000001BB">
      <w:pPr>
        <w:spacing w:after="240" w:before="240" w:line="480" w:lineRule="auto"/>
        <w:rPr/>
      </w:pPr>
      <w:r w:rsidDel="00000000" w:rsidR="00000000" w:rsidRPr="00000000">
        <w:rPr>
          <w:rtl w:val="0"/>
        </w:rPr>
        <w:t xml:space="preserve">“What is my body saying that my mouth hasn’t yet?”</w:t>
      </w:r>
    </w:p>
    <w:p w:rsidR="00000000" w:rsidDel="00000000" w:rsidP="00000000" w:rsidRDefault="00000000" w:rsidRPr="00000000" w14:paraId="000001BC">
      <w:pPr>
        <w:spacing w:after="240" w:before="240" w:line="480" w:lineRule="auto"/>
        <w:rPr/>
      </w:pPr>
      <w:r w:rsidDel="00000000" w:rsidR="00000000" w:rsidRPr="00000000">
        <w:rPr>
          <w:rtl w:val="0"/>
        </w:rPr>
        <w:t xml:space="preserve">Instructions:</w:t>
      </w:r>
    </w:p>
    <w:p w:rsidR="00000000" w:rsidDel="00000000" w:rsidP="00000000" w:rsidRDefault="00000000" w:rsidRPr="00000000" w14:paraId="000001BD">
      <w:pPr>
        <w:spacing w:after="240" w:before="240" w:line="480" w:lineRule="auto"/>
        <w:rPr/>
      </w:pPr>
      <w:r w:rsidDel="00000000" w:rsidR="00000000" w:rsidRPr="00000000">
        <w:rPr>
          <w:rtl w:val="0"/>
        </w:rPr>
        <w:t xml:space="preserve">Create a weekly “body map.” Clients color or annotate a simple body outline with sensations they’ve noticed. Red = pain, Blue = calm, Yellow = tension, etc. Pair this with journal prompts like:</w:t>
      </w:r>
    </w:p>
    <w:p w:rsidR="00000000" w:rsidDel="00000000" w:rsidP="00000000" w:rsidRDefault="00000000" w:rsidRPr="00000000" w14:paraId="000001BE">
      <w:pPr>
        <w:spacing w:after="240" w:before="240" w:line="480" w:lineRule="auto"/>
        <w:rPr/>
      </w:pPr>
      <w:r w:rsidDel="00000000" w:rsidR="00000000" w:rsidRPr="00000000">
        <w:rPr>
          <w:rtl w:val="0"/>
        </w:rPr>
        <w:t xml:space="preserve">What’s this sensation trying to tell me?</w:t>
      </w:r>
    </w:p>
    <w:p w:rsidR="00000000" w:rsidDel="00000000" w:rsidP="00000000" w:rsidRDefault="00000000" w:rsidRPr="00000000" w14:paraId="000001BF">
      <w:pPr>
        <w:spacing w:after="240" w:before="240" w:line="480" w:lineRule="auto"/>
        <w:rPr/>
      </w:pPr>
      <w:r w:rsidDel="00000000" w:rsidR="00000000" w:rsidRPr="00000000">
        <w:rPr>
          <w:rtl w:val="0"/>
        </w:rPr>
        <w:t xml:space="preserve">What did I need that I didn’t give myself this week?</w:t>
      </w:r>
    </w:p>
    <w:p w:rsidR="00000000" w:rsidDel="00000000" w:rsidP="00000000" w:rsidRDefault="00000000" w:rsidRPr="00000000" w14:paraId="000001C0">
      <w:pPr>
        <w:spacing w:after="240" w:before="240" w:line="480" w:lineRule="auto"/>
        <w:rPr/>
      </w:pPr>
      <w:r w:rsidDel="00000000" w:rsidR="00000000" w:rsidRPr="00000000">
        <w:rPr>
          <w:rtl w:val="0"/>
        </w:rPr>
        <w:t xml:space="preserve">Use for: Clients with trauma, dissociation, or emotional avoidance.</w:t>
      </w:r>
    </w:p>
    <w:p w:rsidR="00000000" w:rsidDel="00000000" w:rsidP="00000000" w:rsidRDefault="00000000" w:rsidRPr="00000000" w14:paraId="000001C1">
      <w:pPr>
        <w:spacing w:after="240" w:before="240" w:line="480" w:lineRule="auto"/>
        <w:rPr/>
      </w:pPr>
      <w:r w:rsidDel="00000000" w:rsidR="00000000" w:rsidRPr="00000000">
        <w:rPr>
          <w:rtl w:val="0"/>
        </w:rPr>
        <w:t xml:space="preserve">4. The Inner Garden Visualization</w:t>
      </w:r>
    </w:p>
    <w:p w:rsidR="00000000" w:rsidDel="00000000" w:rsidP="00000000" w:rsidRDefault="00000000" w:rsidRPr="00000000" w14:paraId="000001C2">
      <w:pPr>
        <w:spacing w:after="240" w:before="240" w:line="480" w:lineRule="auto"/>
        <w:rPr/>
      </w:pPr>
      <w:r w:rsidDel="00000000" w:rsidR="00000000" w:rsidRPr="00000000">
        <w:rPr>
          <w:rtl w:val="0"/>
        </w:rPr>
        <w:t xml:space="preserve">“What would it feel like to nurture, not judge, my inner world?”</w:t>
      </w:r>
    </w:p>
    <w:p w:rsidR="00000000" w:rsidDel="00000000" w:rsidP="00000000" w:rsidRDefault="00000000" w:rsidRPr="00000000" w14:paraId="000001C3">
      <w:pPr>
        <w:spacing w:after="240" w:before="240" w:line="480" w:lineRule="auto"/>
        <w:rPr/>
      </w:pPr>
      <w:r w:rsidDel="00000000" w:rsidR="00000000" w:rsidRPr="00000000">
        <w:rPr>
          <w:rtl w:val="0"/>
        </w:rPr>
        <w:t xml:space="preserve">Guided Practice:</w:t>
      </w:r>
    </w:p>
    <w:p w:rsidR="00000000" w:rsidDel="00000000" w:rsidP="00000000" w:rsidRDefault="00000000" w:rsidRPr="00000000" w14:paraId="000001C4">
      <w:pPr>
        <w:spacing w:after="240" w:before="240" w:line="480" w:lineRule="auto"/>
        <w:rPr/>
      </w:pPr>
      <w:r w:rsidDel="00000000" w:rsidR="00000000" w:rsidRPr="00000000">
        <w:rPr>
          <w:rtl w:val="0"/>
        </w:rPr>
        <w:t xml:space="preserve">Invite clients to close their eyes and imagine their inner world as a garden. What’s growing? What’s overgrown? What’s been neglected? What needs tending? Offer silence for exploration, then ask:</w:t>
      </w:r>
    </w:p>
    <w:p w:rsidR="00000000" w:rsidDel="00000000" w:rsidP="00000000" w:rsidRDefault="00000000" w:rsidRPr="00000000" w14:paraId="000001C5">
      <w:pPr>
        <w:spacing w:after="240" w:before="240" w:line="480" w:lineRule="auto"/>
        <w:rPr/>
      </w:pPr>
      <w:r w:rsidDel="00000000" w:rsidR="00000000" w:rsidRPr="00000000">
        <w:rPr>
          <w:rtl w:val="0"/>
        </w:rPr>
        <w:t xml:space="preserve">“What’s one thing you can ‘water’ this week?”</w:t>
      </w:r>
    </w:p>
    <w:p w:rsidR="00000000" w:rsidDel="00000000" w:rsidP="00000000" w:rsidRDefault="00000000" w:rsidRPr="00000000" w14:paraId="000001C6">
      <w:pPr>
        <w:spacing w:after="240" w:before="240" w:line="480" w:lineRule="auto"/>
        <w:rPr/>
      </w:pPr>
      <w:r w:rsidDel="00000000" w:rsidR="00000000" w:rsidRPr="00000000">
        <w:rPr>
          <w:rtl w:val="0"/>
        </w:rPr>
        <w:t xml:space="preserve">“What needs more light?”</w:t>
      </w:r>
    </w:p>
    <w:p w:rsidR="00000000" w:rsidDel="00000000" w:rsidP="00000000" w:rsidRDefault="00000000" w:rsidRPr="00000000" w14:paraId="000001C7">
      <w:pPr>
        <w:spacing w:after="240" w:before="240" w:line="480" w:lineRule="auto"/>
        <w:rPr/>
      </w:pPr>
      <w:r w:rsidDel="00000000" w:rsidR="00000000" w:rsidRPr="00000000">
        <w:rPr>
          <w:rtl w:val="0"/>
        </w:rPr>
        <w:t xml:space="preserve">This re-frames healing as tending, not fixing.</w:t>
      </w:r>
    </w:p>
    <w:p w:rsidR="00000000" w:rsidDel="00000000" w:rsidP="00000000" w:rsidRDefault="00000000" w:rsidRPr="00000000" w14:paraId="000001C8">
      <w:pPr>
        <w:spacing w:after="240" w:before="240" w:line="480" w:lineRule="auto"/>
        <w:rPr/>
      </w:pPr>
      <w:r w:rsidDel="00000000" w:rsidR="00000000" w:rsidRPr="00000000">
        <w:rPr>
          <w:rtl w:val="0"/>
        </w:rPr>
        <w:t xml:space="preserve">Clinician Practice: The Mirror Moment</w:t>
      </w:r>
    </w:p>
    <w:p w:rsidR="00000000" w:rsidDel="00000000" w:rsidP="00000000" w:rsidRDefault="00000000" w:rsidRPr="00000000" w14:paraId="000001C9">
      <w:pPr>
        <w:spacing w:after="240" w:before="240" w:line="480" w:lineRule="auto"/>
        <w:rPr/>
      </w:pPr>
      <w:r w:rsidDel="00000000" w:rsidR="00000000" w:rsidRPr="00000000">
        <w:rPr>
          <w:rtl w:val="0"/>
        </w:rPr>
        <w:t xml:space="preserve">Before your next session, ask yourself:</w:t>
      </w:r>
    </w:p>
    <w:p w:rsidR="00000000" w:rsidDel="00000000" w:rsidP="00000000" w:rsidRDefault="00000000" w:rsidRPr="00000000" w14:paraId="000001CA">
      <w:pPr>
        <w:spacing w:after="240" w:before="240" w:line="480" w:lineRule="auto"/>
        <w:rPr/>
      </w:pPr>
      <w:r w:rsidDel="00000000" w:rsidR="00000000" w:rsidRPr="00000000">
        <w:rPr>
          <w:rtl w:val="0"/>
        </w:rPr>
        <w:t xml:space="preserve">“Am I holding this space with curiosity — or control?”</w:t>
      </w:r>
    </w:p>
    <w:p w:rsidR="00000000" w:rsidDel="00000000" w:rsidP="00000000" w:rsidRDefault="00000000" w:rsidRPr="00000000" w14:paraId="000001CB">
      <w:pPr>
        <w:spacing w:after="240" w:before="240" w:line="480" w:lineRule="auto"/>
        <w:rPr/>
      </w:pPr>
      <w:r w:rsidDel="00000000" w:rsidR="00000000" w:rsidRPr="00000000">
        <w:rPr>
          <w:rtl w:val="0"/>
        </w:rPr>
        <w:t xml:space="preserve">“Am I trying to be the expert — or the witness?”</w:t>
      </w:r>
    </w:p>
    <w:p w:rsidR="00000000" w:rsidDel="00000000" w:rsidP="00000000" w:rsidRDefault="00000000" w:rsidRPr="00000000" w14:paraId="000001CC">
      <w:pPr>
        <w:spacing w:after="240" w:before="240" w:line="480" w:lineRule="auto"/>
        <w:rPr/>
      </w:pPr>
      <w:r w:rsidDel="00000000" w:rsidR="00000000" w:rsidRPr="00000000">
        <w:rPr>
          <w:rtl w:val="0"/>
        </w:rPr>
        <w:t xml:space="preserve">When we shift into compassionate curiosity, therapy becomes a place of unfolding rather than performance.</w:t>
      </w:r>
    </w:p>
    <w:p w:rsidR="00000000" w:rsidDel="00000000" w:rsidP="00000000" w:rsidRDefault="00000000" w:rsidRPr="00000000" w14:paraId="000001CD">
      <w:pPr>
        <w:spacing w:after="240" w:before="240" w:line="480" w:lineRule="auto"/>
        <w:rPr/>
      </w:pPr>
      <w:r w:rsidDel="00000000" w:rsidR="00000000" w:rsidRPr="00000000">
        <w:rPr>
          <w:rtl w:val="0"/>
        </w:rPr>
        <w:t xml:space="preserve">Journal Prompts (Client or Clinician):</w:t>
      </w:r>
    </w:p>
    <w:p w:rsidR="00000000" w:rsidDel="00000000" w:rsidP="00000000" w:rsidRDefault="00000000" w:rsidRPr="00000000" w14:paraId="000001CE">
      <w:pPr>
        <w:spacing w:after="240" w:before="240" w:line="480" w:lineRule="auto"/>
        <w:rPr/>
      </w:pPr>
      <w:r w:rsidDel="00000000" w:rsidR="00000000" w:rsidRPr="00000000">
        <w:rPr>
          <w:rtl w:val="0"/>
        </w:rPr>
        <w:t xml:space="preserve">What am I discovering about myself that I used to avoid?</w:t>
      </w:r>
    </w:p>
    <w:p w:rsidR="00000000" w:rsidDel="00000000" w:rsidP="00000000" w:rsidRDefault="00000000" w:rsidRPr="00000000" w14:paraId="000001CF">
      <w:pPr>
        <w:spacing w:after="240" w:before="240" w:line="480" w:lineRule="auto"/>
        <w:rPr/>
      </w:pPr>
      <w:r w:rsidDel="00000000" w:rsidR="00000000" w:rsidRPr="00000000">
        <w:rPr>
          <w:rtl w:val="0"/>
        </w:rPr>
        <w:t xml:space="preserve">What am I beginning to accept, even if it’s still uncomfortable?</w:t>
      </w:r>
    </w:p>
    <w:p w:rsidR="00000000" w:rsidDel="00000000" w:rsidP="00000000" w:rsidRDefault="00000000" w:rsidRPr="00000000" w14:paraId="000001D0">
      <w:pPr>
        <w:spacing w:after="240" w:before="240" w:line="480" w:lineRule="auto"/>
        <w:rPr/>
      </w:pPr>
      <w:r w:rsidDel="00000000" w:rsidR="00000000" w:rsidRPr="00000000">
        <w:rPr>
          <w:rtl w:val="0"/>
        </w:rPr>
        <w:t xml:space="preserve">How do I show up differently when I feel safe?</w:t>
      </w:r>
    </w:p>
    <w:p w:rsidR="00000000" w:rsidDel="00000000" w:rsidP="00000000" w:rsidRDefault="00000000" w:rsidRPr="00000000" w14:paraId="000001D1">
      <w:pPr>
        <w:spacing w:after="240" w:before="240" w:line="480" w:lineRule="auto"/>
        <w:rPr/>
      </w:pPr>
      <w:r w:rsidDel="00000000" w:rsidR="00000000" w:rsidRPr="00000000">
        <w:rPr>
          <w:rtl w:val="0"/>
        </w:rPr>
        <w:t xml:space="preserve">Mantra of the Chapter:</w:t>
      </w:r>
    </w:p>
    <w:p w:rsidR="00000000" w:rsidDel="00000000" w:rsidP="00000000" w:rsidRDefault="00000000" w:rsidRPr="00000000" w14:paraId="000001D2">
      <w:pPr>
        <w:spacing w:after="240" w:before="240" w:line="480" w:lineRule="auto"/>
        <w:rPr/>
      </w:pPr>
      <w:r w:rsidDel="00000000" w:rsidR="00000000" w:rsidRPr="00000000">
        <w:rPr>
          <w:rtl w:val="0"/>
        </w:rPr>
        <w:t xml:space="preserve">“Self-discovery is not selfish — it is sacred. I am allowed to become who I truly am.”</w:t>
      </w:r>
    </w:p>
    <w:p w:rsidR="00000000" w:rsidDel="00000000" w:rsidP="00000000" w:rsidRDefault="00000000" w:rsidRPr="00000000" w14:paraId="000001D3">
      <w:pPr>
        <w:spacing w:after="240" w:before="240" w:line="480" w:lineRule="auto"/>
        <w:rPr>
          <w:b w:val="1"/>
        </w:rPr>
      </w:pPr>
      <w:r w:rsidDel="00000000" w:rsidR="00000000" w:rsidRPr="00000000">
        <w:rPr>
          <w:b w:val="1"/>
          <w:rtl w:val="0"/>
        </w:rPr>
        <w:t xml:space="preserve">Chapter 6: Cultivating Your Own Wellness Practice — Staying Grounded as a Healer</w:t>
      </w:r>
    </w:p>
    <w:p w:rsidR="00000000" w:rsidDel="00000000" w:rsidP="00000000" w:rsidRDefault="00000000" w:rsidRPr="00000000" w14:paraId="000001D4">
      <w:pPr>
        <w:spacing w:after="240" w:before="240" w:line="480" w:lineRule="auto"/>
        <w:rPr/>
      </w:pPr>
      <w:r w:rsidDel="00000000" w:rsidR="00000000" w:rsidRPr="00000000">
        <w:rPr>
          <w:rtl w:val="0"/>
        </w:rPr>
        <w:t xml:space="preserve">You are not just a clinician — you are a nervous system. And your work is only as sustainable as your self-relationship.</w:t>
      </w:r>
    </w:p>
    <w:p w:rsidR="00000000" w:rsidDel="00000000" w:rsidP="00000000" w:rsidRDefault="00000000" w:rsidRPr="00000000" w14:paraId="000001D5">
      <w:pPr>
        <w:spacing w:after="240" w:before="240" w:line="480" w:lineRule="auto"/>
        <w:rPr/>
      </w:pPr>
      <w:r w:rsidDel="00000000" w:rsidR="00000000" w:rsidRPr="00000000">
        <w:rPr>
          <w:rtl w:val="0"/>
        </w:rPr>
        <w:t xml:space="preserve">This chapter offers structure and soul for developing a sacred wellness practice that includes daily rituals, session resets, monthly energetic clearing, and a deeper commitment to your own well-being. Includes: Morning Anchor, Between-Session Reset Ritual, and a sample Soul Check-In template.</w:t>
      </w:r>
    </w:p>
    <w:p w:rsidR="00000000" w:rsidDel="00000000" w:rsidP="00000000" w:rsidRDefault="00000000" w:rsidRPr="00000000" w14:paraId="000001D6">
      <w:pPr>
        <w:spacing w:after="240" w:before="240" w:line="480" w:lineRule="auto"/>
        <w:rPr/>
      </w:pPr>
      <w:r w:rsidDel="00000000" w:rsidR="00000000" w:rsidRPr="00000000">
        <w:rPr>
          <w:rtl w:val="0"/>
        </w:rPr>
        <w:t xml:space="preserve">You became a healer for a reason.</w:t>
      </w:r>
    </w:p>
    <w:p w:rsidR="00000000" w:rsidDel="00000000" w:rsidP="00000000" w:rsidRDefault="00000000" w:rsidRPr="00000000" w14:paraId="000001D7">
      <w:pPr>
        <w:spacing w:after="240" w:before="240" w:line="480" w:lineRule="auto"/>
        <w:rPr/>
      </w:pPr>
      <w:r w:rsidDel="00000000" w:rsidR="00000000" w:rsidRPr="00000000">
        <w:rPr>
          <w:rtl w:val="0"/>
        </w:rPr>
        <w:t xml:space="preserve">Maybe it was a calling.</w:t>
      </w:r>
    </w:p>
    <w:p w:rsidR="00000000" w:rsidDel="00000000" w:rsidP="00000000" w:rsidRDefault="00000000" w:rsidRPr="00000000" w14:paraId="000001D8">
      <w:pPr>
        <w:spacing w:after="240" w:before="240" w:line="480" w:lineRule="auto"/>
        <w:rPr/>
      </w:pPr>
      <w:r w:rsidDel="00000000" w:rsidR="00000000" w:rsidRPr="00000000">
        <w:rPr>
          <w:rtl w:val="0"/>
        </w:rPr>
        <w:t xml:space="preserve">Maybe it was survival.</w:t>
      </w:r>
    </w:p>
    <w:p w:rsidR="00000000" w:rsidDel="00000000" w:rsidP="00000000" w:rsidRDefault="00000000" w:rsidRPr="00000000" w14:paraId="000001D9">
      <w:pPr>
        <w:spacing w:after="240" w:before="240" w:line="480" w:lineRule="auto"/>
        <w:rPr/>
      </w:pPr>
      <w:r w:rsidDel="00000000" w:rsidR="00000000" w:rsidRPr="00000000">
        <w:rPr>
          <w:rtl w:val="0"/>
        </w:rPr>
        <w:t xml:space="preserve">Maybe it was both.</w:t>
      </w:r>
    </w:p>
    <w:p w:rsidR="00000000" w:rsidDel="00000000" w:rsidP="00000000" w:rsidRDefault="00000000" w:rsidRPr="00000000" w14:paraId="000001DA">
      <w:pPr>
        <w:spacing w:after="240" w:before="240" w:line="480" w:lineRule="auto"/>
        <w:rPr/>
      </w:pPr>
      <w:r w:rsidDel="00000000" w:rsidR="00000000" w:rsidRPr="00000000">
        <w:rPr>
          <w:rtl w:val="0"/>
        </w:rPr>
        <w:t xml:space="preserve">But somewhere along the way, you forgot that your well-being is sacred, too.</w:t>
      </w:r>
    </w:p>
    <w:p w:rsidR="00000000" w:rsidDel="00000000" w:rsidP="00000000" w:rsidRDefault="00000000" w:rsidRPr="00000000" w14:paraId="000001DB">
      <w:pPr>
        <w:spacing w:after="240" w:before="240" w:line="480" w:lineRule="auto"/>
        <w:rPr/>
      </w:pPr>
      <w:r w:rsidDel="00000000" w:rsidR="00000000" w:rsidRPr="00000000">
        <w:rPr>
          <w:rtl w:val="0"/>
        </w:rPr>
        <w:t xml:space="preserve">This chapter is your gentle reminder: you do not have to burn out to prove you care. You do not have to carry others at the expense of your own center. You are allowed — required, even — to tend to your own healing while supporting theirs.</w:t>
      </w:r>
    </w:p>
    <w:p w:rsidR="00000000" w:rsidDel="00000000" w:rsidP="00000000" w:rsidRDefault="00000000" w:rsidRPr="00000000" w14:paraId="000001DC">
      <w:pPr>
        <w:spacing w:after="240" w:before="240" w:line="480" w:lineRule="auto"/>
        <w:rPr/>
      </w:pPr>
      <w:r w:rsidDel="00000000" w:rsidR="00000000" w:rsidRPr="00000000">
        <w:rPr>
          <w:rtl w:val="0"/>
        </w:rPr>
        <w:t xml:space="preserve">The Myth of the Martyr Clinician</w:t>
      </w:r>
    </w:p>
    <w:p w:rsidR="00000000" w:rsidDel="00000000" w:rsidP="00000000" w:rsidRDefault="00000000" w:rsidRPr="00000000" w14:paraId="000001DD">
      <w:pPr>
        <w:spacing w:after="240" w:before="240" w:line="480" w:lineRule="auto"/>
        <w:rPr/>
      </w:pPr>
      <w:r w:rsidDel="00000000" w:rsidR="00000000" w:rsidRPr="00000000">
        <w:rPr>
          <w:rtl w:val="0"/>
        </w:rPr>
        <w:t xml:space="preserve">Many of us were taught (explicitly or not) that good clinicians give everything. We respond after hours. We take on too many clients. We skip lunch. We carry the emotional residue of every session home in our bodies.</w:t>
      </w:r>
    </w:p>
    <w:p w:rsidR="00000000" w:rsidDel="00000000" w:rsidP="00000000" w:rsidRDefault="00000000" w:rsidRPr="00000000" w14:paraId="000001DE">
      <w:pPr>
        <w:spacing w:after="240" w:before="240" w:line="480" w:lineRule="auto"/>
        <w:rPr/>
      </w:pPr>
      <w:r w:rsidDel="00000000" w:rsidR="00000000" w:rsidRPr="00000000">
        <w:rPr>
          <w:rtl w:val="0"/>
        </w:rPr>
        <w:t xml:space="preserve">And then we wonder why we’re anxious, numb, or fantasizing about quitting the field entirely.</w:t>
      </w:r>
    </w:p>
    <w:p w:rsidR="00000000" w:rsidDel="00000000" w:rsidP="00000000" w:rsidRDefault="00000000" w:rsidRPr="00000000" w14:paraId="000001DF">
      <w:pPr>
        <w:spacing w:after="240" w:before="240" w:line="480" w:lineRule="auto"/>
        <w:rPr/>
      </w:pPr>
      <w:r w:rsidDel="00000000" w:rsidR="00000000" w:rsidRPr="00000000">
        <w:rPr>
          <w:rtl w:val="0"/>
        </w:rPr>
        <w:t xml:space="preserve">This isn’t sustainable. It’s self-abandonment disguised as professionalism.</w:t>
      </w:r>
    </w:p>
    <w:p w:rsidR="00000000" w:rsidDel="00000000" w:rsidP="00000000" w:rsidRDefault="00000000" w:rsidRPr="00000000" w14:paraId="000001E0">
      <w:pPr>
        <w:spacing w:after="240" w:before="240" w:line="480" w:lineRule="auto"/>
        <w:rPr/>
      </w:pPr>
      <w:r w:rsidDel="00000000" w:rsidR="00000000" w:rsidRPr="00000000">
        <w:rPr>
          <w:rtl w:val="0"/>
        </w:rPr>
        <w:t xml:space="preserve">Burnout is not a sign of weakness — it’s a sign that we have unmet needs (Maslach &amp; Leiter, 2016). And the truth is: healing others doesn’t have to hurt you.</w:t>
      </w:r>
    </w:p>
    <w:p w:rsidR="00000000" w:rsidDel="00000000" w:rsidP="00000000" w:rsidRDefault="00000000" w:rsidRPr="00000000" w14:paraId="000001E1">
      <w:pPr>
        <w:spacing w:after="240" w:before="240" w:line="480" w:lineRule="auto"/>
        <w:rPr/>
      </w:pPr>
      <w:r w:rsidDel="00000000" w:rsidR="00000000" w:rsidRPr="00000000">
        <w:rPr>
          <w:rtl w:val="0"/>
        </w:rPr>
        <w:t xml:space="preserve">Creating Your Sacred Wellness Practice</w:t>
      </w:r>
    </w:p>
    <w:p w:rsidR="00000000" w:rsidDel="00000000" w:rsidP="00000000" w:rsidRDefault="00000000" w:rsidRPr="00000000" w14:paraId="000001E2">
      <w:pPr>
        <w:spacing w:after="240" w:before="240" w:line="480" w:lineRule="auto"/>
        <w:rPr/>
      </w:pPr>
      <w:r w:rsidDel="00000000" w:rsidR="00000000" w:rsidRPr="00000000">
        <w:rPr>
          <w:rtl w:val="0"/>
        </w:rPr>
        <w:t xml:space="preserve">Your wellness routine shouldn’t feel like another job. It should feel like remembering yourself.</w:t>
      </w:r>
    </w:p>
    <w:p w:rsidR="00000000" w:rsidDel="00000000" w:rsidP="00000000" w:rsidRDefault="00000000" w:rsidRPr="00000000" w14:paraId="000001E3">
      <w:pPr>
        <w:spacing w:after="240" w:before="240" w:line="480" w:lineRule="auto"/>
        <w:rPr/>
      </w:pPr>
      <w:r w:rsidDel="00000000" w:rsidR="00000000" w:rsidRPr="00000000">
        <w:rPr>
          <w:rtl w:val="0"/>
        </w:rPr>
        <w:t xml:space="preserve">Here’s how to create a practice that honors your energy, protects your nervous system, and reconnects you to why you started this work in the first place.</w:t>
      </w:r>
    </w:p>
    <w:p w:rsidR="00000000" w:rsidDel="00000000" w:rsidP="00000000" w:rsidRDefault="00000000" w:rsidRPr="00000000" w14:paraId="000001E4">
      <w:pPr>
        <w:spacing w:after="240" w:before="240" w:line="480" w:lineRule="auto"/>
        <w:rPr/>
      </w:pPr>
      <w:r w:rsidDel="00000000" w:rsidR="00000000" w:rsidRPr="00000000">
        <w:rPr>
          <w:rtl w:val="0"/>
        </w:rPr>
        <w:t xml:space="preserve">1. Anchor in the Morning (5 Minutes)</w:t>
      </w:r>
    </w:p>
    <w:p w:rsidR="00000000" w:rsidDel="00000000" w:rsidP="00000000" w:rsidRDefault="00000000" w:rsidRPr="00000000" w14:paraId="000001E5">
      <w:pPr>
        <w:spacing w:after="240" w:before="240" w:line="480" w:lineRule="auto"/>
        <w:rPr/>
      </w:pPr>
      <w:r w:rsidDel="00000000" w:rsidR="00000000" w:rsidRPr="00000000">
        <w:rPr>
          <w:rtl w:val="0"/>
        </w:rPr>
        <w:t xml:space="preserve">Start your day before the world asks anything of you.</w:t>
      </w:r>
    </w:p>
    <w:p w:rsidR="00000000" w:rsidDel="00000000" w:rsidP="00000000" w:rsidRDefault="00000000" w:rsidRPr="00000000" w14:paraId="000001E6">
      <w:pPr>
        <w:spacing w:after="240" w:before="240" w:line="480" w:lineRule="auto"/>
        <w:rPr/>
      </w:pPr>
      <w:r w:rsidDel="00000000" w:rsidR="00000000" w:rsidRPr="00000000">
        <w:rPr>
          <w:rtl w:val="0"/>
        </w:rPr>
        <w:t xml:space="preserve">Ritual Ideas:</w:t>
      </w:r>
    </w:p>
    <w:p w:rsidR="00000000" w:rsidDel="00000000" w:rsidP="00000000" w:rsidRDefault="00000000" w:rsidRPr="00000000" w14:paraId="000001E7">
      <w:pPr>
        <w:spacing w:after="240" w:before="240" w:line="480" w:lineRule="auto"/>
        <w:rPr/>
      </w:pPr>
      <w:r w:rsidDel="00000000" w:rsidR="00000000" w:rsidRPr="00000000">
        <w:rPr>
          <w:rtl w:val="0"/>
        </w:rPr>
        <w:t xml:space="preserve">Hand on heart, 3 deep breaths, repeat: “I choose to begin softly.”</w:t>
      </w:r>
    </w:p>
    <w:p w:rsidR="00000000" w:rsidDel="00000000" w:rsidP="00000000" w:rsidRDefault="00000000" w:rsidRPr="00000000" w14:paraId="000001E8">
      <w:pPr>
        <w:spacing w:after="240" w:before="240" w:line="480" w:lineRule="auto"/>
        <w:rPr/>
      </w:pPr>
      <w:r w:rsidDel="00000000" w:rsidR="00000000" w:rsidRPr="00000000">
        <w:rPr>
          <w:rtl w:val="0"/>
        </w:rPr>
        <w:t xml:space="preserve">Pull a daily oracle card or affirmation.</w:t>
      </w:r>
    </w:p>
    <w:p w:rsidR="00000000" w:rsidDel="00000000" w:rsidP="00000000" w:rsidRDefault="00000000" w:rsidRPr="00000000" w14:paraId="000001E9">
      <w:pPr>
        <w:spacing w:after="240" w:before="240" w:line="480" w:lineRule="auto"/>
        <w:rPr/>
      </w:pPr>
      <w:r w:rsidDel="00000000" w:rsidR="00000000" w:rsidRPr="00000000">
        <w:rPr>
          <w:rtl w:val="0"/>
        </w:rPr>
        <w:t xml:space="preserve">Write down your intention for how you want to feel today.</w:t>
      </w:r>
    </w:p>
    <w:p w:rsidR="00000000" w:rsidDel="00000000" w:rsidP="00000000" w:rsidRDefault="00000000" w:rsidRPr="00000000" w14:paraId="000001EA">
      <w:pPr>
        <w:spacing w:after="240" w:before="240" w:line="480" w:lineRule="auto"/>
        <w:rPr/>
      </w:pPr>
      <w:r w:rsidDel="00000000" w:rsidR="00000000" w:rsidRPr="00000000">
        <w:rPr>
          <w:rtl w:val="0"/>
        </w:rPr>
        <w:t xml:space="preserve">2. Reset Between Sessions (2–5 Minutes)</w:t>
      </w:r>
    </w:p>
    <w:p w:rsidR="00000000" w:rsidDel="00000000" w:rsidP="00000000" w:rsidRDefault="00000000" w:rsidRPr="00000000" w14:paraId="000001EB">
      <w:pPr>
        <w:spacing w:after="240" w:before="240" w:line="480" w:lineRule="auto"/>
        <w:rPr/>
      </w:pPr>
      <w:r w:rsidDel="00000000" w:rsidR="00000000" w:rsidRPr="00000000">
        <w:rPr>
          <w:rtl w:val="0"/>
        </w:rPr>
        <w:t xml:space="preserve">Don't carry the last session into the next. Use mini-transitions to reset.</w:t>
      </w:r>
    </w:p>
    <w:p w:rsidR="00000000" w:rsidDel="00000000" w:rsidP="00000000" w:rsidRDefault="00000000" w:rsidRPr="00000000" w14:paraId="000001EC">
      <w:pPr>
        <w:spacing w:after="240" w:before="240" w:line="480" w:lineRule="auto"/>
        <w:rPr/>
      </w:pPr>
      <w:r w:rsidDel="00000000" w:rsidR="00000000" w:rsidRPr="00000000">
        <w:rPr>
          <w:rtl w:val="0"/>
        </w:rPr>
        <w:t xml:space="preserve">Practice:</w:t>
      </w:r>
    </w:p>
    <w:p w:rsidR="00000000" w:rsidDel="00000000" w:rsidP="00000000" w:rsidRDefault="00000000" w:rsidRPr="00000000" w14:paraId="000001ED">
      <w:pPr>
        <w:spacing w:after="240" w:before="240" w:line="480" w:lineRule="auto"/>
        <w:rPr/>
      </w:pPr>
      <w:r w:rsidDel="00000000" w:rsidR="00000000" w:rsidRPr="00000000">
        <w:rPr>
          <w:rtl w:val="0"/>
        </w:rPr>
        <w:t xml:space="preserve">Step outside. Face the sun or sky.</w:t>
      </w:r>
    </w:p>
    <w:p w:rsidR="00000000" w:rsidDel="00000000" w:rsidP="00000000" w:rsidRDefault="00000000" w:rsidRPr="00000000" w14:paraId="000001EE">
      <w:pPr>
        <w:spacing w:after="240" w:before="240" w:line="480" w:lineRule="auto"/>
        <w:rPr/>
      </w:pPr>
      <w:r w:rsidDel="00000000" w:rsidR="00000000" w:rsidRPr="00000000">
        <w:rPr>
          <w:rtl w:val="0"/>
        </w:rPr>
        <w:t xml:space="preserve">Shake out your limbs.</w:t>
      </w:r>
    </w:p>
    <w:p w:rsidR="00000000" w:rsidDel="00000000" w:rsidP="00000000" w:rsidRDefault="00000000" w:rsidRPr="00000000" w14:paraId="000001EF">
      <w:pPr>
        <w:spacing w:after="240" w:before="240" w:line="480" w:lineRule="auto"/>
        <w:rPr/>
      </w:pPr>
      <w:r w:rsidDel="00000000" w:rsidR="00000000" w:rsidRPr="00000000">
        <w:rPr>
          <w:rtl w:val="0"/>
        </w:rPr>
        <w:t xml:space="preserve">Close your eyes. Inhale: “Release.” Exhale: “Receive.”</w:t>
      </w:r>
    </w:p>
    <w:p w:rsidR="00000000" w:rsidDel="00000000" w:rsidP="00000000" w:rsidRDefault="00000000" w:rsidRPr="00000000" w14:paraId="000001F0">
      <w:pPr>
        <w:spacing w:after="240" w:before="240" w:line="480" w:lineRule="auto"/>
        <w:rPr/>
      </w:pPr>
      <w:r w:rsidDel="00000000" w:rsidR="00000000" w:rsidRPr="00000000">
        <w:rPr>
          <w:rtl w:val="0"/>
        </w:rPr>
        <w:t xml:space="preserve">Drink water with mindfulness.</w:t>
      </w:r>
    </w:p>
    <w:p w:rsidR="00000000" w:rsidDel="00000000" w:rsidP="00000000" w:rsidRDefault="00000000" w:rsidRPr="00000000" w14:paraId="000001F1">
      <w:pPr>
        <w:spacing w:after="240" w:before="240" w:line="480" w:lineRule="auto"/>
        <w:rPr/>
      </w:pPr>
      <w:r w:rsidDel="00000000" w:rsidR="00000000" w:rsidRPr="00000000">
        <w:rPr>
          <w:rtl w:val="0"/>
        </w:rPr>
        <w:t xml:space="preserve">Evidence-based: Micro-practices reduce physiological stress and prevent cognitive fatigue (Barker, 2012).</w:t>
      </w:r>
    </w:p>
    <w:p w:rsidR="00000000" w:rsidDel="00000000" w:rsidP="00000000" w:rsidRDefault="00000000" w:rsidRPr="00000000" w14:paraId="000001F2">
      <w:pPr>
        <w:spacing w:after="240" w:before="240" w:line="480" w:lineRule="auto"/>
        <w:rPr/>
      </w:pPr>
      <w:r w:rsidDel="00000000" w:rsidR="00000000" w:rsidRPr="00000000">
        <w:rPr>
          <w:rtl w:val="0"/>
        </w:rPr>
        <w:t xml:space="preserve">3. Weekly Soul Check-In</w:t>
      </w:r>
    </w:p>
    <w:p w:rsidR="00000000" w:rsidDel="00000000" w:rsidP="00000000" w:rsidRDefault="00000000" w:rsidRPr="00000000" w14:paraId="000001F3">
      <w:pPr>
        <w:spacing w:after="240" w:before="240" w:line="480" w:lineRule="auto"/>
        <w:rPr/>
      </w:pPr>
      <w:r w:rsidDel="00000000" w:rsidR="00000000" w:rsidRPr="00000000">
        <w:rPr>
          <w:rtl w:val="0"/>
        </w:rPr>
        <w:t xml:space="preserve">Block 30–60 minutes each week to check in with you. No clients. No documentation. Just you, your body, your breath, and your truth.</w:t>
      </w:r>
    </w:p>
    <w:p w:rsidR="00000000" w:rsidDel="00000000" w:rsidP="00000000" w:rsidRDefault="00000000" w:rsidRPr="00000000" w14:paraId="000001F4">
      <w:pPr>
        <w:spacing w:after="240" w:before="240" w:line="480" w:lineRule="auto"/>
        <w:rPr/>
      </w:pPr>
      <w:r w:rsidDel="00000000" w:rsidR="00000000" w:rsidRPr="00000000">
        <w:rPr>
          <w:rtl w:val="0"/>
        </w:rPr>
        <w:t xml:space="preserve">Ask:</w:t>
      </w:r>
    </w:p>
    <w:p w:rsidR="00000000" w:rsidDel="00000000" w:rsidP="00000000" w:rsidRDefault="00000000" w:rsidRPr="00000000" w14:paraId="000001F5">
      <w:pPr>
        <w:spacing w:after="240" w:before="240" w:line="480" w:lineRule="auto"/>
        <w:rPr/>
      </w:pPr>
      <w:r w:rsidDel="00000000" w:rsidR="00000000" w:rsidRPr="00000000">
        <w:rPr>
          <w:rtl w:val="0"/>
        </w:rPr>
        <w:t xml:space="preserve">What do I need this week?</w:t>
      </w:r>
    </w:p>
    <w:p w:rsidR="00000000" w:rsidDel="00000000" w:rsidP="00000000" w:rsidRDefault="00000000" w:rsidRPr="00000000" w14:paraId="000001F6">
      <w:pPr>
        <w:spacing w:after="240" w:before="240" w:line="480" w:lineRule="auto"/>
        <w:rPr/>
      </w:pPr>
      <w:r w:rsidDel="00000000" w:rsidR="00000000" w:rsidRPr="00000000">
        <w:rPr>
          <w:rtl w:val="0"/>
        </w:rPr>
        <w:t xml:space="preserve">Where am I overextending?</w:t>
      </w:r>
    </w:p>
    <w:p w:rsidR="00000000" w:rsidDel="00000000" w:rsidP="00000000" w:rsidRDefault="00000000" w:rsidRPr="00000000" w14:paraId="000001F7">
      <w:pPr>
        <w:spacing w:after="240" w:before="240" w:line="480" w:lineRule="auto"/>
        <w:rPr/>
      </w:pPr>
      <w:r w:rsidDel="00000000" w:rsidR="00000000" w:rsidRPr="00000000">
        <w:rPr>
          <w:rtl w:val="0"/>
        </w:rPr>
        <w:t xml:space="preserve">What boundary do I need to reinforce?</w:t>
      </w:r>
    </w:p>
    <w:p w:rsidR="00000000" w:rsidDel="00000000" w:rsidP="00000000" w:rsidRDefault="00000000" w:rsidRPr="00000000" w14:paraId="000001F8">
      <w:pPr>
        <w:spacing w:after="240" w:before="240" w:line="480" w:lineRule="auto"/>
        <w:rPr/>
      </w:pPr>
      <w:r w:rsidDel="00000000" w:rsidR="00000000" w:rsidRPr="00000000">
        <w:rPr>
          <w:rtl w:val="0"/>
        </w:rPr>
        <w:t xml:space="preserve">What am I proud of — even if no one else sees it?</w:t>
      </w:r>
    </w:p>
    <w:p w:rsidR="00000000" w:rsidDel="00000000" w:rsidP="00000000" w:rsidRDefault="00000000" w:rsidRPr="00000000" w14:paraId="000001F9">
      <w:pPr>
        <w:spacing w:after="240" w:before="240" w:line="480" w:lineRule="auto"/>
        <w:rPr/>
      </w:pPr>
      <w:r w:rsidDel="00000000" w:rsidR="00000000" w:rsidRPr="00000000">
        <w:rPr>
          <w:rtl w:val="0"/>
        </w:rPr>
        <w:t xml:space="preserve">4. Monthly Energy Clearing</w:t>
      </w:r>
    </w:p>
    <w:p w:rsidR="00000000" w:rsidDel="00000000" w:rsidP="00000000" w:rsidRDefault="00000000" w:rsidRPr="00000000" w14:paraId="000001FA">
      <w:pPr>
        <w:spacing w:after="240" w:before="240" w:line="480" w:lineRule="auto"/>
        <w:rPr/>
      </w:pPr>
      <w:r w:rsidDel="00000000" w:rsidR="00000000" w:rsidRPr="00000000">
        <w:rPr>
          <w:rtl w:val="0"/>
        </w:rPr>
        <w:t xml:space="preserve">At the end of each month, do a ritual to clear emotional and energetic residue.</w:t>
      </w:r>
    </w:p>
    <w:p w:rsidR="00000000" w:rsidDel="00000000" w:rsidP="00000000" w:rsidRDefault="00000000" w:rsidRPr="00000000" w14:paraId="000001FB">
      <w:pPr>
        <w:spacing w:after="240" w:before="240" w:line="480" w:lineRule="auto"/>
        <w:rPr/>
      </w:pPr>
      <w:r w:rsidDel="00000000" w:rsidR="00000000" w:rsidRPr="00000000">
        <w:rPr>
          <w:rtl w:val="0"/>
        </w:rPr>
        <w:t xml:space="preserve">Ideas:</w:t>
      </w:r>
    </w:p>
    <w:p w:rsidR="00000000" w:rsidDel="00000000" w:rsidP="00000000" w:rsidRDefault="00000000" w:rsidRPr="00000000" w14:paraId="000001FC">
      <w:pPr>
        <w:spacing w:after="240" w:before="240" w:line="480" w:lineRule="auto"/>
        <w:rPr/>
      </w:pPr>
      <w:r w:rsidDel="00000000" w:rsidR="00000000" w:rsidRPr="00000000">
        <w:rPr>
          <w:rtl w:val="0"/>
        </w:rPr>
        <w:t xml:space="preserve">Burn sage, palo santo, or incense with intention.</w:t>
      </w:r>
    </w:p>
    <w:p w:rsidR="00000000" w:rsidDel="00000000" w:rsidP="00000000" w:rsidRDefault="00000000" w:rsidRPr="00000000" w14:paraId="000001FD">
      <w:pPr>
        <w:spacing w:after="240" w:before="240" w:line="480" w:lineRule="auto"/>
        <w:rPr/>
      </w:pPr>
      <w:r w:rsidDel="00000000" w:rsidR="00000000" w:rsidRPr="00000000">
        <w:rPr>
          <w:rtl w:val="0"/>
        </w:rPr>
        <w:t xml:space="preserve">Journal: “What am I releasing? What am I reclaiming?”</w:t>
      </w:r>
    </w:p>
    <w:p w:rsidR="00000000" w:rsidDel="00000000" w:rsidP="00000000" w:rsidRDefault="00000000" w:rsidRPr="00000000" w14:paraId="000001FE">
      <w:pPr>
        <w:spacing w:after="240" w:before="240" w:line="480" w:lineRule="auto"/>
        <w:rPr/>
      </w:pPr>
      <w:r w:rsidDel="00000000" w:rsidR="00000000" w:rsidRPr="00000000">
        <w:rPr>
          <w:rtl w:val="0"/>
        </w:rPr>
        <w:t xml:space="preserve">Reiki or bodywork session.</w:t>
      </w:r>
    </w:p>
    <w:p w:rsidR="00000000" w:rsidDel="00000000" w:rsidP="00000000" w:rsidRDefault="00000000" w:rsidRPr="00000000" w14:paraId="000001FF">
      <w:pPr>
        <w:spacing w:after="240" w:before="240" w:line="480" w:lineRule="auto"/>
        <w:rPr/>
      </w:pPr>
      <w:r w:rsidDel="00000000" w:rsidR="00000000" w:rsidRPr="00000000">
        <w:rPr>
          <w:rtl w:val="0"/>
        </w:rPr>
        <w:t xml:space="preserve">Take a salt bath or walk barefoot on the earth.</w:t>
      </w:r>
    </w:p>
    <w:p w:rsidR="00000000" w:rsidDel="00000000" w:rsidP="00000000" w:rsidRDefault="00000000" w:rsidRPr="00000000" w14:paraId="00000200">
      <w:pPr>
        <w:spacing w:after="240" w:before="240" w:line="480" w:lineRule="auto"/>
        <w:rPr/>
      </w:pPr>
      <w:r w:rsidDel="00000000" w:rsidR="00000000" w:rsidRPr="00000000">
        <w:rPr>
          <w:rtl w:val="0"/>
        </w:rPr>
        <w:t xml:space="preserve">Protective Practices for Sensitive Clinicians</w:t>
      </w:r>
    </w:p>
    <w:p w:rsidR="00000000" w:rsidDel="00000000" w:rsidP="00000000" w:rsidRDefault="00000000" w:rsidRPr="00000000" w14:paraId="00000201">
      <w:pPr>
        <w:spacing w:after="240" w:before="240" w:line="480" w:lineRule="auto"/>
        <w:rPr/>
      </w:pPr>
      <w:r w:rsidDel="00000000" w:rsidR="00000000" w:rsidRPr="00000000">
        <w:rPr>
          <w:rtl w:val="0"/>
        </w:rPr>
        <w:t xml:space="preserve">You feel everything. That’s your power — but also your edge.</w:t>
      </w:r>
    </w:p>
    <w:p w:rsidR="00000000" w:rsidDel="00000000" w:rsidP="00000000" w:rsidRDefault="00000000" w:rsidRPr="00000000" w14:paraId="00000202">
      <w:pPr>
        <w:spacing w:after="240" w:before="240" w:line="480" w:lineRule="auto"/>
        <w:rPr/>
      </w:pPr>
      <w:r w:rsidDel="00000000" w:rsidR="00000000" w:rsidRPr="00000000">
        <w:rPr>
          <w:rtl w:val="0"/>
        </w:rPr>
        <w:t xml:space="preserve">Protect it with:</w:t>
      </w:r>
    </w:p>
    <w:p w:rsidR="00000000" w:rsidDel="00000000" w:rsidP="00000000" w:rsidRDefault="00000000" w:rsidRPr="00000000" w14:paraId="00000203">
      <w:pPr>
        <w:spacing w:after="240" w:before="240" w:line="480" w:lineRule="auto"/>
        <w:rPr/>
      </w:pPr>
      <w:r w:rsidDel="00000000" w:rsidR="00000000" w:rsidRPr="00000000">
        <w:rPr>
          <w:rtl w:val="0"/>
        </w:rPr>
        <w:t xml:space="preserve">Energetic boundaries: Imagine zipping yourself into a light-filled shield before session work.</w:t>
      </w:r>
    </w:p>
    <w:p w:rsidR="00000000" w:rsidDel="00000000" w:rsidP="00000000" w:rsidRDefault="00000000" w:rsidRPr="00000000" w14:paraId="00000204">
      <w:pPr>
        <w:spacing w:after="240" w:before="240" w:line="480" w:lineRule="auto"/>
        <w:rPr/>
      </w:pPr>
      <w:r w:rsidDel="00000000" w:rsidR="00000000" w:rsidRPr="00000000">
        <w:rPr>
          <w:rtl w:val="0"/>
        </w:rPr>
        <w:t xml:space="preserve">Therapeutic supervision: A safe space to process your emotional load.</w:t>
      </w:r>
    </w:p>
    <w:p w:rsidR="00000000" w:rsidDel="00000000" w:rsidP="00000000" w:rsidRDefault="00000000" w:rsidRPr="00000000" w14:paraId="00000205">
      <w:pPr>
        <w:spacing w:after="240" w:before="240" w:line="480" w:lineRule="auto"/>
        <w:rPr/>
      </w:pPr>
      <w:r w:rsidDel="00000000" w:rsidR="00000000" w:rsidRPr="00000000">
        <w:rPr>
          <w:rtl w:val="0"/>
        </w:rPr>
        <w:t xml:space="preserve">Soulful supervision: Support from a mentor who nourishes your spirit, not just your case notes.</w:t>
      </w:r>
    </w:p>
    <w:p w:rsidR="00000000" w:rsidDel="00000000" w:rsidP="00000000" w:rsidRDefault="00000000" w:rsidRPr="00000000" w14:paraId="00000206">
      <w:pPr>
        <w:spacing w:after="240" w:before="240" w:line="480" w:lineRule="auto"/>
        <w:rPr>
          <w:b w:val="1"/>
        </w:rPr>
      </w:pPr>
      <w:r w:rsidDel="00000000" w:rsidR="00000000" w:rsidRPr="00000000">
        <w:rPr>
          <w:b w:val="1"/>
          <w:rtl w:val="0"/>
        </w:rPr>
        <w:t xml:space="preserve">Personal Story: My Practice Didn’t Save Me — Until I Let It</w:t>
      </w:r>
    </w:p>
    <w:p w:rsidR="00000000" w:rsidDel="00000000" w:rsidP="00000000" w:rsidRDefault="00000000" w:rsidRPr="00000000" w14:paraId="00000207">
      <w:pPr>
        <w:spacing w:after="240" w:before="240" w:line="480" w:lineRule="auto"/>
        <w:rPr/>
      </w:pPr>
      <w:r w:rsidDel="00000000" w:rsidR="00000000" w:rsidRPr="00000000">
        <w:rPr>
          <w:rtl w:val="0"/>
        </w:rPr>
        <w:t xml:space="preserve">There was a time I was doing “all the right things” — therapy, breathwork, mindfulness, journaling. And I was still exhausted. Why? Because I treated my wellness like a checklist, not a relationship. It wasn’t until I started asking, “What does my soul need right now?” that things shifted. Some days, the answer was movement. Others, it was rest. Often, it was stillness. I stopped trying to do wellness perfectly and started doing it honestly. That’s when my healing began to feel like coming home — not checking out.</w:t>
      </w:r>
    </w:p>
    <w:p w:rsidR="00000000" w:rsidDel="00000000" w:rsidP="00000000" w:rsidRDefault="00000000" w:rsidRPr="00000000" w14:paraId="00000208">
      <w:pPr>
        <w:spacing w:after="240" w:before="240" w:line="480" w:lineRule="auto"/>
        <w:rPr/>
      </w:pPr>
      <w:r w:rsidDel="00000000" w:rsidR="00000000" w:rsidRPr="00000000">
        <w:rPr>
          <w:rtl w:val="0"/>
        </w:rPr>
        <w:t xml:space="preserve">Journal Prompts:</w:t>
      </w:r>
    </w:p>
    <w:p w:rsidR="00000000" w:rsidDel="00000000" w:rsidP="00000000" w:rsidRDefault="00000000" w:rsidRPr="00000000" w14:paraId="00000209">
      <w:pPr>
        <w:spacing w:after="240" w:before="240" w:line="480" w:lineRule="auto"/>
        <w:rPr/>
      </w:pPr>
      <w:r w:rsidDel="00000000" w:rsidR="00000000" w:rsidRPr="00000000">
        <w:rPr>
          <w:rtl w:val="0"/>
        </w:rPr>
        <w:t xml:space="preserve">What does “wellness” actually mean to me?</w:t>
      </w:r>
    </w:p>
    <w:p w:rsidR="00000000" w:rsidDel="00000000" w:rsidP="00000000" w:rsidRDefault="00000000" w:rsidRPr="00000000" w14:paraId="0000020A">
      <w:pPr>
        <w:spacing w:after="240" w:before="240" w:line="480" w:lineRule="auto"/>
        <w:rPr/>
      </w:pPr>
      <w:r w:rsidDel="00000000" w:rsidR="00000000" w:rsidRPr="00000000">
        <w:rPr>
          <w:rtl w:val="0"/>
        </w:rPr>
        <w:t xml:space="preserve">What parts of my routine are performative — and what parts feel restorative?</w:t>
      </w:r>
    </w:p>
    <w:p w:rsidR="00000000" w:rsidDel="00000000" w:rsidP="00000000" w:rsidRDefault="00000000" w:rsidRPr="00000000" w14:paraId="0000020B">
      <w:pPr>
        <w:spacing w:after="240" w:before="240" w:line="480" w:lineRule="auto"/>
        <w:rPr/>
      </w:pPr>
      <w:r w:rsidDel="00000000" w:rsidR="00000000" w:rsidRPr="00000000">
        <w:rPr>
          <w:rtl w:val="0"/>
        </w:rPr>
        <w:t xml:space="preserve">What would my ideal day of self-care look and feel like?</w:t>
      </w:r>
    </w:p>
    <w:p w:rsidR="00000000" w:rsidDel="00000000" w:rsidP="00000000" w:rsidRDefault="00000000" w:rsidRPr="00000000" w14:paraId="0000020C">
      <w:pPr>
        <w:spacing w:after="240" w:before="240" w:line="480" w:lineRule="auto"/>
        <w:rPr/>
      </w:pPr>
      <w:r w:rsidDel="00000000" w:rsidR="00000000" w:rsidRPr="00000000">
        <w:rPr>
          <w:rtl w:val="0"/>
        </w:rPr>
        <w:t xml:space="preserve">Mantra of the Chapter:</w:t>
      </w:r>
    </w:p>
    <w:p w:rsidR="00000000" w:rsidDel="00000000" w:rsidP="00000000" w:rsidRDefault="00000000" w:rsidRPr="00000000" w14:paraId="0000020D">
      <w:pPr>
        <w:spacing w:after="240" w:before="240" w:line="480" w:lineRule="auto"/>
        <w:rPr/>
      </w:pPr>
      <w:r w:rsidDel="00000000" w:rsidR="00000000" w:rsidRPr="00000000">
        <w:rPr>
          <w:rtl w:val="0"/>
        </w:rPr>
        <w:t xml:space="preserve">“I am allowed to tend to myself. My healing is not selfish — it is sacred.”</w:t>
      </w:r>
    </w:p>
    <w:p w:rsidR="00000000" w:rsidDel="00000000" w:rsidP="00000000" w:rsidRDefault="00000000" w:rsidRPr="00000000" w14:paraId="0000020E">
      <w:pPr>
        <w:spacing w:after="240" w:before="240" w:line="480" w:lineRule="auto"/>
        <w:rPr>
          <w:b w:val="1"/>
        </w:rPr>
      </w:pPr>
      <w:r w:rsidDel="00000000" w:rsidR="00000000" w:rsidRPr="00000000">
        <w:rPr>
          <w:b w:val="1"/>
          <w:rtl w:val="0"/>
        </w:rPr>
        <w:t xml:space="preserve">Chapter 7: Navigating Grief and Loss — Holding Space for Both Pain and Possibility</w:t>
      </w:r>
    </w:p>
    <w:p w:rsidR="00000000" w:rsidDel="00000000" w:rsidP="00000000" w:rsidRDefault="00000000" w:rsidRPr="00000000" w14:paraId="0000020F">
      <w:pPr>
        <w:spacing w:after="240" w:before="240" w:line="480" w:lineRule="auto"/>
        <w:rPr/>
      </w:pPr>
      <w:r w:rsidDel="00000000" w:rsidR="00000000" w:rsidRPr="00000000">
        <w:rPr>
          <w:rtl w:val="0"/>
        </w:rPr>
        <w:t xml:space="preserve">Grief is not a one-time experience — it’s a recurring wave, a rhythm that ebbs and flows across our lives. For clinicians, grief can feel particularly complicated: we grieve our clients’ struggles, the loss of idealized outcomes, and the emotional burdens we hold for others.</w:t>
      </w:r>
    </w:p>
    <w:p w:rsidR="00000000" w:rsidDel="00000000" w:rsidP="00000000" w:rsidRDefault="00000000" w:rsidRPr="00000000" w14:paraId="00000210">
      <w:pPr>
        <w:spacing w:after="240" w:before="240" w:line="480" w:lineRule="auto"/>
        <w:rPr/>
      </w:pPr>
      <w:r w:rsidDel="00000000" w:rsidR="00000000" w:rsidRPr="00000000">
        <w:rPr>
          <w:rtl w:val="0"/>
        </w:rPr>
        <w:t xml:space="preserve">In this chapter, we explore techniques for holding space for grief — both for clients and ourselves. Grief is transformative, and it requires gentle presence, patience, and integration.</w:t>
      </w:r>
    </w:p>
    <w:p w:rsidR="00000000" w:rsidDel="00000000" w:rsidP="00000000" w:rsidRDefault="00000000" w:rsidRPr="00000000" w14:paraId="00000211">
      <w:pPr>
        <w:spacing w:after="240" w:before="240" w:line="480" w:lineRule="auto"/>
        <w:rPr/>
      </w:pPr>
      <w:r w:rsidDel="00000000" w:rsidR="00000000" w:rsidRPr="00000000">
        <w:rPr>
          <w:rtl w:val="0"/>
        </w:rPr>
        <w:t xml:space="preserve">Includes: A Grief Integration Journal, Guided Mourning Ritual, and a Compassionate Release Meditation for caregivers.</w:t>
      </w:r>
    </w:p>
    <w:p w:rsidR="00000000" w:rsidDel="00000000" w:rsidP="00000000" w:rsidRDefault="00000000" w:rsidRPr="00000000" w14:paraId="00000212">
      <w:pPr>
        <w:spacing w:after="240" w:before="240" w:line="480" w:lineRule="auto"/>
        <w:rPr/>
      </w:pPr>
      <w:r w:rsidDel="00000000" w:rsidR="00000000" w:rsidRPr="00000000">
        <w:rPr>
          <w:rtl w:val="0"/>
        </w:rPr>
        <w:t xml:space="preserve">Before healing can happen, safety must happen.</w:t>
      </w:r>
    </w:p>
    <w:p w:rsidR="00000000" w:rsidDel="00000000" w:rsidP="00000000" w:rsidRDefault="00000000" w:rsidRPr="00000000" w14:paraId="00000213">
      <w:pPr>
        <w:spacing w:after="240" w:before="240" w:line="480" w:lineRule="auto"/>
        <w:rPr/>
      </w:pPr>
      <w:r w:rsidDel="00000000" w:rsidR="00000000" w:rsidRPr="00000000">
        <w:rPr>
          <w:rtl w:val="0"/>
        </w:rPr>
        <w:t xml:space="preserve">Not just physical safety — nervous system safety. A felt sense of:</w:t>
      </w:r>
    </w:p>
    <w:p w:rsidR="00000000" w:rsidDel="00000000" w:rsidP="00000000" w:rsidRDefault="00000000" w:rsidRPr="00000000" w14:paraId="00000214">
      <w:pPr>
        <w:spacing w:after="240" w:before="240" w:line="480" w:lineRule="auto"/>
        <w:rPr/>
      </w:pPr>
      <w:r w:rsidDel="00000000" w:rsidR="00000000" w:rsidRPr="00000000">
        <w:rPr>
          <w:rtl w:val="0"/>
        </w:rPr>
        <w:t xml:space="preserve">“I’m not being judged.”</w:t>
      </w:r>
    </w:p>
    <w:p w:rsidR="00000000" w:rsidDel="00000000" w:rsidP="00000000" w:rsidRDefault="00000000" w:rsidRPr="00000000" w14:paraId="00000215">
      <w:pPr>
        <w:spacing w:after="240" w:before="240" w:line="480" w:lineRule="auto"/>
        <w:rPr/>
      </w:pPr>
      <w:r w:rsidDel="00000000" w:rsidR="00000000" w:rsidRPr="00000000">
        <w:rPr>
          <w:rtl w:val="0"/>
        </w:rPr>
        <w:t xml:space="preserve">“I can soften here.”</w:t>
      </w:r>
    </w:p>
    <w:p w:rsidR="00000000" w:rsidDel="00000000" w:rsidP="00000000" w:rsidRDefault="00000000" w:rsidRPr="00000000" w14:paraId="00000216">
      <w:pPr>
        <w:spacing w:after="240" w:before="240" w:line="480" w:lineRule="auto"/>
        <w:rPr/>
      </w:pPr>
      <w:r w:rsidDel="00000000" w:rsidR="00000000" w:rsidRPr="00000000">
        <w:rPr>
          <w:rtl w:val="0"/>
        </w:rPr>
        <w:t xml:space="preserve">“I don’t have to protect myself.”</w:t>
      </w:r>
    </w:p>
    <w:p w:rsidR="00000000" w:rsidDel="00000000" w:rsidP="00000000" w:rsidRDefault="00000000" w:rsidRPr="00000000" w14:paraId="00000217">
      <w:pPr>
        <w:spacing w:after="240" w:before="240" w:line="480" w:lineRule="auto"/>
        <w:rPr/>
      </w:pPr>
      <w:r w:rsidDel="00000000" w:rsidR="00000000" w:rsidRPr="00000000">
        <w:rPr>
          <w:rtl w:val="0"/>
        </w:rPr>
        <w:t xml:space="preserve">This is the sacred responsibility of our work — to create a space where another human being can return to themselves, maybe for the first time in their life.</w:t>
      </w:r>
    </w:p>
    <w:p w:rsidR="00000000" w:rsidDel="00000000" w:rsidP="00000000" w:rsidRDefault="00000000" w:rsidRPr="00000000" w14:paraId="00000218">
      <w:pPr>
        <w:spacing w:after="240" w:before="240" w:line="480" w:lineRule="auto"/>
        <w:rPr/>
      </w:pPr>
      <w:r w:rsidDel="00000000" w:rsidR="00000000" w:rsidRPr="00000000">
        <w:rPr>
          <w:rtl w:val="0"/>
        </w:rPr>
        <w:t xml:space="preserve">And it starts long before the first intervention. It starts with how we enter the room.</w:t>
      </w:r>
    </w:p>
    <w:p w:rsidR="00000000" w:rsidDel="00000000" w:rsidP="00000000" w:rsidRDefault="00000000" w:rsidRPr="00000000" w14:paraId="00000219">
      <w:pPr>
        <w:spacing w:after="240" w:before="240" w:line="480" w:lineRule="auto"/>
        <w:rPr/>
      </w:pPr>
      <w:r w:rsidDel="00000000" w:rsidR="00000000" w:rsidRPr="00000000">
        <w:rPr>
          <w:rtl w:val="0"/>
        </w:rPr>
        <w:t xml:space="preserve">Trauma-Informed, Nervous-System-Aware Presence</w:t>
      </w:r>
    </w:p>
    <w:p w:rsidR="00000000" w:rsidDel="00000000" w:rsidP="00000000" w:rsidRDefault="00000000" w:rsidRPr="00000000" w14:paraId="0000021A">
      <w:pPr>
        <w:spacing w:after="240" w:before="240" w:line="480" w:lineRule="auto"/>
        <w:rPr/>
      </w:pPr>
      <w:r w:rsidDel="00000000" w:rsidR="00000000" w:rsidRPr="00000000">
        <w:rPr>
          <w:rtl w:val="0"/>
        </w:rPr>
        <w:t xml:space="preserve">Research shows that trauma isn't just about what happened — it's about what happened inside the body in response to what happened (Van der Kolk, 2014). This means our clients are constantly scanning us — not just for words, but for felt cues of safety or threat (Porges, 2011).</w:t>
      </w:r>
    </w:p>
    <w:p w:rsidR="00000000" w:rsidDel="00000000" w:rsidP="00000000" w:rsidRDefault="00000000" w:rsidRPr="00000000" w14:paraId="0000021B">
      <w:pPr>
        <w:spacing w:after="240" w:before="240" w:line="480" w:lineRule="auto"/>
        <w:rPr/>
      </w:pPr>
      <w:r w:rsidDel="00000000" w:rsidR="00000000" w:rsidRPr="00000000">
        <w:rPr>
          <w:rtl w:val="0"/>
        </w:rPr>
        <w:t xml:space="preserve">Your tone, posture, energy, pacing — it all matters.</w:t>
      </w:r>
    </w:p>
    <w:p w:rsidR="00000000" w:rsidDel="00000000" w:rsidP="00000000" w:rsidRDefault="00000000" w:rsidRPr="00000000" w14:paraId="0000021C">
      <w:pPr>
        <w:spacing w:after="240" w:before="240" w:line="480" w:lineRule="auto"/>
        <w:rPr/>
      </w:pPr>
      <w:r w:rsidDel="00000000" w:rsidR="00000000" w:rsidRPr="00000000">
        <w:rPr>
          <w:rtl w:val="0"/>
        </w:rPr>
        <w:t xml:space="preserve">We are co-regulating from the moment the session begins.</w:t>
      </w:r>
    </w:p>
    <w:p w:rsidR="00000000" w:rsidDel="00000000" w:rsidP="00000000" w:rsidRDefault="00000000" w:rsidRPr="00000000" w14:paraId="0000021D">
      <w:pPr>
        <w:spacing w:after="240" w:before="240" w:line="480" w:lineRule="auto"/>
        <w:rPr/>
      </w:pPr>
      <w:r w:rsidDel="00000000" w:rsidR="00000000" w:rsidRPr="00000000">
        <w:rPr>
          <w:rtl w:val="0"/>
        </w:rPr>
        <w:t xml:space="preserve">You don’t need perfect technique. You need attuned presence.</w:t>
      </w:r>
    </w:p>
    <w:p w:rsidR="00000000" w:rsidDel="00000000" w:rsidP="00000000" w:rsidRDefault="00000000" w:rsidRPr="00000000" w14:paraId="0000021E">
      <w:pPr>
        <w:spacing w:after="240" w:before="240" w:line="480" w:lineRule="auto"/>
        <w:rPr/>
      </w:pPr>
      <w:r w:rsidDel="00000000" w:rsidR="00000000" w:rsidRPr="00000000">
        <w:rPr>
          <w:rtl w:val="0"/>
        </w:rPr>
        <w:t xml:space="preserve">Small Shifts That Build Big Trust</w:t>
      </w:r>
    </w:p>
    <w:p w:rsidR="00000000" w:rsidDel="00000000" w:rsidP="00000000" w:rsidRDefault="00000000" w:rsidRPr="00000000" w14:paraId="0000021F">
      <w:pPr>
        <w:spacing w:after="240" w:before="240" w:line="480" w:lineRule="auto"/>
        <w:rPr/>
      </w:pPr>
      <w:r w:rsidDel="00000000" w:rsidR="00000000" w:rsidRPr="00000000">
        <w:rPr>
          <w:rtl w:val="0"/>
        </w:rPr>
        <w:t xml:space="preserve">Here are subtle but powerful ways to help your clients feel safe, seen, and honored:</w:t>
      </w:r>
    </w:p>
    <w:p w:rsidR="00000000" w:rsidDel="00000000" w:rsidP="00000000" w:rsidRDefault="00000000" w:rsidRPr="00000000" w14:paraId="00000220">
      <w:pPr>
        <w:spacing w:after="240" w:before="240" w:line="480" w:lineRule="auto"/>
        <w:rPr/>
      </w:pPr>
      <w:r w:rsidDel="00000000" w:rsidR="00000000" w:rsidRPr="00000000">
        <w:rPr>
          <w:rtl w:val="0"/>
        </w:rPr>
        <w:t xml:space="preserve">Offer choices in the session (e.g., “Would you like to sit or lie down?”).</w:t>
      </w:r>
    </w:p>
    <w:p w:rsidR="00000000" w:rsidDel="00000000" w:rsidP="00000000" w:rsidRDefault="00000000" w:rsidRPr="00000000" w14:paraId="00000221">
      <w:pPr>
        <w:spacing w:after="240" w:before="240" w:line="480" w:lineRule="auto"/>
        <w:rPr/>
      </w:pPr>
      <w:r w:rsidDel="00000000" w:rsidR="00000000" w:rsidRPr="00000000">
        <w:rPr>
          <w:rtl w:val="0"/>
        </w:rPr>
        <w:t xml:space="preserve">Validate the body’s response before analyzing the mind’s logic.</w:t>
      </w:r>
    </w:p>
    <w:p w:rsidR="00000000" w:rsidDel="00000000" w:rsidP="00000000" w:rsidRDefault="00000000" w:rsidRPr="00000000" w14:paraId="00000222">
      <w:pPr>
        <w:spacing w:after="240" w:before="240" w:line="480" w:lineRule="auto"/>
        <w:rPr/>
      </w:pPr>
      <w:r w:rsidDel="00000000" w:rsidR="00000000" w:rsidRPr="00000000">
        <w:rPr>
          <w:rtl w:val="0"/>
        </w:rPr>
        <w:t xml:space="preserve">Mirror their pace of speech and emotional expression.</w:t>
      </w:r>
    </w:p>
    <w:p w:rsidR="00000000" w:rsidDel="00000000" w:rsidP="00000000" w:rsidRDefault="00000000" w:rsidRPr="00000000" w14:paraId="00000223">
      <w:pPr>
        <w:spacing w:after="240" w:before="240" w:line="480" w:lineRule="auto"/>
        <w:rPr/>
      </w:pPr>
      <w:r w:rsidDel="00000000" w:rsidR="00000000" w:rsidRPr="00000000">
        <w:rPr>
          <w:rtl w:val="0"/>
        </w:rPr>
        <w:t xml:space="preserve">Pause instead of pushing — especially when trauma, shame, or grief arises.</w:t>
      </w:r>
    </w:p>
    <w:p w:rsidR="00000000" w:rsidDel="00000000" w:rsidP="00000000" w:rsidRDefault="00000000" w:rsidRPr="00000000" w14:paraId="00000224">
      <w:pPr>
        <w:spacing w:after="240" w:before="240" w:line="480" w:lineRule="auto"/>
        <w:rPr/>
      </w:pPr>
      <w:r w:rsidDel="00000000" w:rsidR="00000000" w:rsidRPr="00000000">
        <w:rPr>
          <w:rtl w:val="0"/>
        </w:rPr>
        <w:t xml:space="preserve">Be real. Authenticity is a nervous system regulator. Clients feel it.</w:t>
      </w:r>
    </w:p>
    <w:p w:rsidR="00000000" w:rsidDel="00000000" w:rsidP="00000000" w:rsidRDefault="00000000" w:rsidRPr="00000000" w14:paraId="00000225">
      <w:pPr>
        <w:spacing w:after="240" w:before="240" w:line="480" w:lineRule="auto"/>
        <w:rPr/>
      </w:pPr>
      <w:r w:rsidDel="00000000" w:rsidR="00000000" w:rsidRPr="00000000">
        <w:rPr>
          <w:rtl w:val="0"/>
        </w:rPr>
        <w:t xml:space="preserve">Creating Rituals of Safety in Therapy</w:t>
      </w:r>
    </w:p>
    <w:p w:rsidR="00000000" w:rsidDel="00000000" w:rsidP="00000000" w:rsidRDefault="00000000" w:rsidRPr="00000000" w14:paraId="00000226">
      <w:pPr>
        <w:spacing w:after="240" w:before="240" w:line="480" w:lineRule="auto"/>
        <w:rPr/>
      </w:pPr>
      <w:r w:rsidDel="00000000" w:rsidR="00000000" w:rsidRPr="00000000">
        <w:rPr>
          <w:rtl w:val="0"/>
        </w:rPr>
        <w:t xml:space="preserve">You don’t need candles or crystals to make a session sacred (unless you want them — I do). What creates sacred space is intentionality. Here are some healing rituals you can build into your client sessions:</w:t>
      </w:r>
    </w:p>
    <w:p w:rsidR="00000000" w:rsidDel="00000000" w:rsidP="00000000" w:rsidRDefault="00000000" w:rsidRPr="00000000" w14:paraId="00000227">
      <w:pPr>
        <w:spacing w:after="240" w:before="240" w:line="480" w:lineRule="auto"/>
        <w:rPr/>
      </w:pPr>
      <w:r w:rsidDel="00000000" w:rsidR="00000000" w:rsidRPr="00000000">
        <w:rPr>
          <w:rtl w:val="0"/>
        </w:rPr>
        <w:t xml:space="preserve">1. Opening Grounding</w:t>
      </w:r>
    </w:p>
    <w:p w:rsidR="00000000" w:rsidDel="00000000" w:rsidP="00000000" w:rsidRDefault="00000000" w:rsidRPr="00000000" w14:paraId="00000228">
      <w:pPr>
        <w:spacing w:after="240" w:before="240" w:line="480" w:lineRule="auto"/>
        <w:rPr/>
      </w:pPr>
      <w:r w:rsidDel="00000000" w:rsidR="00000000" w:rsidRPr="00000000">
        <w:rPr>
          <w:rtl w:val="0"/>
        </w:rPr>
        <w:t xml:space="preserve">“Before we dive in, let’s take a breath and just land together.”</w:t>
      </w:r>
    </w:p>
    <w:p w:rsidR="00000000" w:rsidDel="00000000" w:rsidP="00000000" w:rsidRDefault="00000000" w:rsidRPr="00000000" w14:paraId="00000229">
      <w:pPr>
        <w:spacing w:after="240" w:before="240" w:line="480" w:lineRule="auto"/>
        <w:rPr/>
      </w:pPr>
      <w:r w:rsidDel="00000000" w:rsidR="00000000" w:rsidRPr="00000000">
        <w:rPr>
          <w:rtl w:val="0"/>
        </w:rPr>
        <w:t xml:space="preserve">Even 30 seconds of co-breathing sets a completely different tone.</w:t>
      </w:r>
    </w:p>
    <w:p w:rsidR="00000000" w:rsidDel="00000000" w:rsidP="00000000" w:rsidRDefault="00000000" w:rsidRPr="00000000" w14:paraId="0000022A">
      <w:pPr>
        <w:spacing w:after="240" w:before="240" w:line="480" w:lineRule="auto"/>
        <w:rPr/>
      </w:pPr>
      <w:r w:rsidDel="00000000" w:rsidR="00000000" w:rsidRPr="00000000">
        <w:rPr>
          <w:rtl w:val="0"/>
        </w:rPr>
        <w:t xml:space="preserve">2. Sensory Anchoring Check-In</w:t>
      </w:r>
    </w:p>
    <w:p w:rsidR="00000000" w:rsidDel="00000000" w:rsidP="00000000" w:rsidRDefault="00000000" w:rsidRPr="00000000" w14:paraId="0000022B">
      <w:pPr>
        <w:spacing w:after="240" w:before="240" w:line="480" w:lineRule="auto"/>
        <w:rPr/>
      </w:pPr>
      <w:r w:rsidDel="00000000" w:rsidR="00000000" w:rsidRPr="00000000">
        <w:rPr>
          <w:rtl w:val="0"/>
        </w:rPr>
        <w:t xml:space="preserve">“What do you notice in your body right now?”</w:t>
      </w:r>
    </w:p>
    <w:p w:rsidR="00000000" w:rsidDel="00000000" w:rsidP="00000000" w:rsidRDefault="00000000" w:rsidRPr="00000000" w14:paraId="0000022C">
      <w:pPr>
        <w:spacing w:after="240" w:before="240" w:line="480" w:lineRule="auto"/>
        <w:rPr/>
      </w:pPr>
      <w:r w:rsidDel="00000000" w:rsidR="00000000" w:rsidRPr="00000000">
        <w:rPr>
          <w:rtl w:val="0"/>
        </w:rPr>
        <w:t xml:space="preserve">“What’s the temperature of the room? What do your feet feel?”</w:t>
      </w:r>
    </w:p>
    <w:p w:rsidR="00000000" w:rsidDel="00000000" w:rsidP="00000000" w:rsidRDefault="00000000" w:rsidRPr="00000000" w14:paraId="0000022D">
      <w:pPr>
        <w:spacing w:after="240" w:before="240" w:line="480" w:lineRule="auto"/>
        <w:rPr/>
      </w:pPr>
      <w:r w:rsidDel="00000000" w:rsidR="00000000" w:rsidRPr="00000000">
        <w:rPr>
          <w:rtl w:val="0"/>
        </w:rPr>
        <w:t xml:space="preserve">This simple check-in is a way of inviting the client’s body into the room — not just their story.</w:t>
      </w:r>
    </w:p>
    <w:p w:rsidR="00000000" w:rsidDel="00000000" w:rsidP="00000000" w:rsidRDefault="00000000" w:rsidRPr="00000000" w14:paraId="0000022E">
      <w:pPr>
        <w:spacing w:after="240" w:before="240" w:line="480" w:lineRule="auto"/>
        <w:rPr/>
      </w:pPr>
      <w:r w:rsidDel="00000000" w:rsidR="00000000" w:rsidRPr="00000000">
        <w:rPr>
          <w:rtl w:val="0"/>
        </w:rPr>
        <w:t xml:space="preserve">3. Session Closure</w:t>
      </w:r>
    </w:p>
    <w:p w:rsidR="00000000" w:rsidDel="00000000" w:rsidP="00000000" w:rsidRDefault="00000000" w:rsidRPr="00000000" w14:paraId="0000022F">
      <w:pPr>
        <w:spacing w:after="240" w:before="240" w:line="480" w:lineRule="auto"/>
        <w:rPr/>
      </w:pPr>
      <w:r w:rsidDel="00000000" w:rsidR="00000000" w:rsidRPr="00000000">
        <w:rPr>
          <w:rtl w:val="0"/>
        </w:rPr>
        <w:t xml:space="preserve">Instead of rushing out, offer:</w:t>
      </w:r>
    </w:p>
    <w:p w:rsidR="00000000" w:rsidDel="00000000" w:rsidP="00000000" w:rsidRDefault="00000000" w:rsidRPr="00000000" w14:paraId="00000230">
      <w:pPr>
        <w:spacing w:after="240" w:before="240" w:line="480" w:lineRule="auto"/>
        <w:rPr/>
      </w:pPr>
      <w:r w:rsidDel="00000000" w:rsidR="00000000" w:rsidRPr="00000000">
        <w:rPr>
          <w:rtl w:val="0"/>
        </w:rPr>
        <w:t xml:space="preserve">“Take a moment before we end — what do you want to carry forward from today?”</w:t>
      </w:r>
    </w:p>
    <w:p w:rsidR="00000000" w:rsidDel="00000000" w:rsidP="00000000" w:rsidRDefault="00000000" w:rsidRPr="00000000" w14:paraId="00000231">
      <w:pPr>
        <w:spacing w:after="240" w:before="240" w:line="480" w:lineRule="auto"/>
        <w:rPr/>
      </w:pPr>
      <w:r w:rsidDel="00000000" w:rsidR="00000000" w:rsidRPr="00000000">
        <w:rPr>
          <w:rtl w:val="0"/>
        </w:rPr>
        <w:t xml:space="preserve">This reinforces agency, reflection, and containment.</w:t>
      </w:r>
    </w:p>
    <w:p w:rsidR="00000000" w:rsidDel="00000000" w:rsidP="00000000" w:rsidRDefault="00000000" w:rsidRPr="00000000" w14:paraId="00000232">
      <w:pPr>
        <w:spacing w:after="240" w:before="240" w:line="480" w:lineRule="auto"/>
        <w:rPr/>
      </w:pPr>
      <w:r w:rsidDel="00000000" w:rsidR="00000000" w:rsidRPr="00000000">
        <w:rPr>
          <w:rtl w:val="0"/>
        </w:rPr>
        <w:t xml:space="preserve">Personal Reflection: The Moment a Client Finally Breathed</w:t>
      </w:r>
    </w:p>
    <w:p w:rsidR="00000000" w:rsidDel="00000000" w:rsidP="00000000" w:rsidRDefault="00000000" w:rsidRPr="00000000" w14:paraId="00000233">
      <w:pPr>
        <w:spacing w:after="240" w:before="240" w:line="480" w:lineRule="auto"/>
        <w:rPr/>
      </w:pPr>
      <w:r w:rsidDel="00000000" w:rsidR="00000000" w:rsidRPr="00000000">
        <w:rPr>
          <w:rtl w:val="0"/>
        </w:rPr>
        <w:t xml:space="preserve">I’ll never forget a client who came to me after years of therapy. She was insightful, articulate — and completely disconnected from her body. Her language was sharp, clinical. Her affect was flat. But she kept showing up.</w:t>
      </w:r>
    </w:p>
    <w:p w:rsidR="00000000" w:rsidDel="00000000" w:rsidP="00000000" w:rsidRDefault="00000000" w:rsidRPr="00000000" w14:paraId="00000234">
      <w:pPr>
        <w:spacing w:after="240" w:before="240" w:line="480" w:lineRule="auto"/>
        <w:rPr/>
      </w:pPr>
      <w:r w:rsidDel="00000000" w:rsidR="00000000" w:rsidRPr="00000000">
        <w:rPr>
          <w:rtl w:val="0"/>
        </w:rPr>
        <w:t xml:space="preserve">One day, mid-session, I asked, “Would it be okay if we just sat in silence for a minute and noticed what your body is saying?”</w:t>
      </w:r>
    </w:p>
    <w:p w:rsidR="00000000" w:rsidDel="00000000" w:rsidP="00000000" w:rsidRDefault="00000000" w:rsidRPr="00000000" w14:paraId="00000235">
      <w:pPr>
        <w:spacing w:after="240" w:before="240" w:line="480" w:lineRule="auto"/>
        <w:rPr/>
      </w:pPr>
      <w:r w:rsidDel="00000000" w:rsidR="00000000" w:rsidRPr="00000000">
        <w:rPr>
          <w:rtl w:val="0"/>
        </w:rPr>
        <w:t xml:space="preserve">She said yes. We breathed. We did nothing. And then… her shoulders dropped. Her lips trembled. She looked at me and whispered, “This is the first time I’ve ever felt safe in a room with someone.”</w:t>
      </w:r>
    </w:p>
    <w:p w:rsidR="00000000" w:rsidDel="00000000" w:rsidP="00000000" w:rsidRDefault="00000000" w:rsidRPr="00000000" w14:paraId="00000236">
      <w:pPr>
        <w:spacing w:after="240" w:before="240" w:line="480" w:lineRule="auto"/>
        <w:rPr/>
      </w:pPr>
      <w:r w:rsidDel="00000000" w:rsidR="00000000" w:rsidRPr="00000000">
        <w:rPr>
          <w:rtl w:val="0"/>
        </w:rPr>
        <w:t xml:space="preserve">That moment wasn’t about what I did. It was about what I didn’t force.</w:t>
      </w:r>
    </w:p>
    <w:p w:rsidR="00000000" w:rsidDel="00000000" w:rsidP="00000000" w:rsidRDefault="00000000" w:rsidRPr="00000000" w14:paraId="00000237">
      <w:pPr>
        <w:spacing w:after="240" w:before="240" w:line="480" w:lineRule="auto"/>
        <w:rPr/>
      </w:pPr>
      <w:r w:rsidDel="00000000" w:rsidR="00000000" w:rsidRPr="00000000">
        <w:rPr>
          <w:rtl w:val="0"/>
        </w:rPr>
        <w:t xml:space="preserve">That is the power of the shared space.</w:t>
      </w:r>
    </w:p>
    <w:p w:rsidR="00000000" w:rsidDel="00000000" w:rsidP="00000000" w:rsidRDefault="00000000" w:rsidRPr="00000000" w14:paraId="00000238">
      <w:pPr>
        <w:spacing w:after="240" w:before="240" w:line="480" w:lineRule="auto"/>
        <w:rPr/>
      </w:pPr>
      <w:r w:rsidDel="00000000" w:rsidR="00000000" w:rsidRPr="00000000">
        <w:rPr>
          <w:rtl w:val="0"/>
        </w:rPr>
        <w:t xml:space="preserve">Practical Tools for Building Client Safety</w:t>
      </w:r>
    </w:p>
    <w:p w:rsidR="00000000" w:rsidDel="00000000" w:rsidP="00000000" w:rsidRDefault="00000000" w:rsidRPr="00000000" w14:paraId="00000239">
      <w:pPr>
        <w:spacing w:after="240" w:before="240" w:line="480" w:lineRule="auto"/>
        <w:rPr/>
      </w:pPr>
      <w:r w:rsidDel="00000000" w:rsidR="00000000" w:rsidRPr="00000000">
        <w:rPr>
          <w:rtl w:val="0"/>
        </w:rPr>
        <w:t xml:space="preserve">You can use these with individuals or groups:</w:t>
      </w:r>
    </w:p>
    <w:p w:rsidR="00000000" w:rsidDel="00000000" w:rsidP="00000000" w:rsidRDefault="00000000" w:rsidRPr="00000000" w14:paraId="0000023A">
      <w:pPr>
        <w:spacing w:after="240" w:before="240" w:line="480" w:lineRule="auto"/>
        <w:rPr/>
      </w:pPr>
      <w:r w:rsidDel="00000000" w:rsidR="00000000" w:rsidRPr="00000000">
        <w:rPr>
          <w:rtl w:val="0"/>
        </w:rPr>
        <w:t xml:space="preserve">“My Safe Space” Art Exercise</w:t>
      </w:r>
    </w:p>
    <w:p w:rsidR="00000000" w:rsidDel="00000000" w:rsidP="00000000" w:rsidRDefault="00000000" w:rsidRPr="00000000" w14:paraId="0000023B">
      <w:pPr>
        <w:spacing w:after="240" w:before="240" w:line="480" w:lineRule="auto"/>
        <w:rPr/>
      </w:pPr>
      <w:r w:rsidDel="00000000" w:rsidR="00000000" w:rsidRPr="00000000">
        <w:rPr>
          <w:rtl w:val="0"/>
        </w:rPr>
        <w:t xml:space="preserve">Have clients draw or describe a space (real or imagined) where they feel safe. Explore: Who’s there? What’s the light like? What does safety feel like in their body?</w:t>
      </w:r>
    </w:p>
    <w:p w:rsidR="00000000" w:rsidDel="00000000" w:rsidP="00000000" w:rsidRDefault="00000000" w:rsidRPr="00000000" w14:paraId="0000023C">
      <w:pPr>
        <w:spacing w:after="240" w:before="240" w:line="480" w:lineRule="auto"/>
        <w:rPr/>
      </w:pPr>
      <w:r w:rsidDel="00000000" w:rsidR="00000000" w:rsidRPr="00000000">
        <w:rPr>
          <w:rtl w:val="0"/>
        </w:rPr>
        <w:t xml:space="preserve">Safety Anchor Cards</w:t>
      </w:r>
    </w:p>
    <w:p w:rsidR="00000000" w:rsidDel="00000000" w:rsidP="00000000" w:rsidRDefault="00000000" w:rsidRPr="00000000" w14:paraId="0000023D">
      <w:pPr>
        <w:spacing w:after="240" w:before="240" w:line="480" w:lineRule="auto"/>
        <w:rPr/>
      </w:pPr>
      <w:r w:rsidDel="00000000" w:rsidR="00000000" w:rsidRPr="00000000">
        <w:rPr>
          <w:rtl w:val="0"/>
        </w:rPr>
        <w:t xml:space="preserve">Clients identify 3 people, places, or objects that bring them calm. These become anchors for anxiety episodes or grounding practices.</w:t>
      </w:r>
    </w:p>
    <w:p w:rsidR="00000000" w:rsidDel="00000000" w:rsidP="00000000" w:rsidRDefault="00000000" w:rsidRPr="00000000" w14:paraId="0000023E">
      <w:pPr>
        <w:spacing w:after="240" w:before="240" w:line="480" w:lineRule="auto"/>
        <w:rPr/>
      </w:pPr>
      <w:r w:rsidDel="00000000" w:rsidR="00000000" w:rsidRPr="00000000">
        <w:rPr>
          <w:rtl w:val="0"/>
        </w:rPr>
        <w:t xml:space="preserve">The “Permission Slip” Prompt</w:t>
      </w:r>
    </w:p>
    <w:p w:rsidR="00000000" w:rsidDel="00000000" w:rsidP="00000000" w:rsidRDefault="00000000" w:rsidRPr="00000000" w14:paraId="0000023F">
      <w:pPr>
        <w:spacing w:after="240" w:before="240" w:line="480" w:lineRule="auto"/>
        <w:rPr/>
      </w:pPr>
      <w:r w:rsidDel="00000000" w:rsidR="00000000" w:rsidRPr="00000000">
        <w:rPr>
          <w:rtl w:val="0"/>
        </w:rPr>
        <w:t xml:space="preserve">Ask: “What would you give yourself permission to feel or not do today?”</w:t>
      </w:r>
    </w:p>
    <w:p w:rsidR="00000000" w:rsidDel="00000000" w:rsidP="00000000" w:rsidRDefault="00000000" w:rsidRPr="00000000" w14:paraId="00000240">
      <w:pPr>
        <w:spacing w:after="240" w:before="240" w:line="480" w:lineRule="auto"/>
        <w:rPr/>
      </w:pPr>
      <w:r w:rsidDel="00000000" w:rsidR="00000000" w:rsidRPr="00000000">
        <w:rPr>
          <w:rtl w:val="0"/>
        </w:rPr>
        <w:t xml:space="preserve">Write it down together. Keep a running list session to session.</w:t>
      </w:r>
    </w:p>
    <w:p w:rsidR="00000000" w:rsidDel="00000000" w:rsidP="00000000" w:rsidRDefault="00000000" w:rsidRPr="00000000" w14:paraId="00000241">
      <w:pPr>
        <w:spacing w:after="240" w:before="240" w:line="480" w:lineRule="auto"/>
        <w:rPr/>
      </w:pPr>
      <w:r w:rsidDel="00000000" w:rsidR="00000000" w:rsidRPr="00000000">
        <w:rPr>
          <w:rtl w:val="0"/>
        </w:rPr>
        <w:t xml:space="preserve">Journal Prompt (for client or clinician):</w:t>
      </w:r>
    </w:p>
    <w:p w:rsidR="00000000" w:rsidDel="00000000" w:rsidP="00000000" w:rsidRDefault="00000000" w:rsidRPr="00000000" w14:paraId="00000242">
      <w:pPr>
        <w:spacing w:after="240" w:before="240" w:line="480" w:lineRule="auto"/>
        <w:rPr/>
      </w:pPr>
      <w:r w:rsidDel="00000000" w:rsidR="00000000" w:rsidRPr="00000000">
        <w:rPr>
          <w:rtl w:val="0"/>
        </w:rPr>
        <w:t xml:space="preserve">What does safety feel like in my body — not just conceptually, but physically?</w:t>
      </w:r>
    </w:p>
    <w:p w:rsidR="00000000" w:rsidDel="00000000" w:rsidP="00000000" w:rsidRDefault="00000000" w:rsidRPr="00000000" w14:paraId="00000243">
      <w:pPr>
        <w:spacing w:after="240" w:before="240" w:line="480" w:lineRule="auto"/>
        <w:rPr/>
      </w:pPr>
      <w:r w:rsidDel="00000000" w:rsidR="00000000" w:rsidRPr="00000000">
        <w:rPr>
          <w:rtl w:val="0"/>
        </w:rPr>
        <w:t xml:space="preserve">Where do I feel the most regulated in my life right now?</w:t>
      </w:r>
    </w:p>
    <w:p w:rsidR="00000000" w:rsidDel="00000000" w:rsidP="00000000" w:rsidRDefault="00000000" w:rsidRPr="00000000" w14:paraId="00000244">
      <w:pPr>
        <w:spacing w:after="240" w:before="240" w:line="480" w:lineRule="auto"/>
        <w:rPr/>
      </w:pPr>
      <w:r w:rsidDel="00000000" w:rsidR="00000000" w:rsidRPr="00000000">
        <w:rPr>
          <w:rtl w:val="0"/>
        </w:rPr>
        <w:t xml:space="preserve">What helps me trust others? What makes it harder?</w:t>
      </w:r>
    </w:p>
    <w:p w:rsidR="00000000" w:rsidDel="00000000" w:rsidP="00000000" w:rsidRDefault="00000000" w:rsidRPr="00000000" w14:paraId="00000245">
      <w:pPr>
        <w:spacing w:after="240" w:before="240" w:line="480" w:lineRule="auto"/>
        <w:rPr/>
      </w:pPr>
      <w:r w:rsidDel="00000000" w:rsidR="00000000" w:rsidRPr="00000000">
        <w:rPr>
          <w:rtl w:val="0"/>
        </w:rPr>
        <w:t xml:space="preserve">Mantra of the Chapter:</w:t>
      </w:r>
    </w:p>
    <w:p w:rsidR="00000000" w:rsidDel="00000000" w:rsidP="00000000" w:rsidRDefault="00000000" w:rsidRPr="00000000" w14:paraId="00000246">
      <w:pPr>
        <w:spacing w:after="240" w:before="240" w:line="480" w:lineRule="auto"/>
        <w:rPr/>
      </w:pPr>
      <w:r w:rsidDel="00000000" w:rsidR="00000000" w:rsidRPr="00000000">
        <w:rPr>
          <w:rtl w:val="0"/>
        </w:rPr>
        <w:t xml:space="preserve">“Before healing, there is holding. Before progress, there is presence.”</w:t>
      </w:r>
    </w:p>
    <w:p w:rsidR="00000000" w:rsidDel="00000000" w:rsidP="00000000" w:rsidRDefault="00000000" w:rsidRPr="00000000" w14:paraId="00000247">
      <w:pPr>
        <w:spacing w:after="240" w:before="240" w:line="480" w:lineRule="auto"/>
        <w:rPr>
          <w:b w:val="1"/>
        </w:rPr>
      </w:pPr>
      <w:r w:rsidDel="00000000" w:rsidR="00000000" w:rsidRPr="00000000">
        <w:rPr>
          <w:b w:val="1"/>
          <w:rtl w:val="0"/>
        </w:rPr>
        <w:t xml:space="preserve">Chapter 8: The Power of Stillness — Harnessing Meditation and Mindfulness in Healing</w:t>
      </w:r>
    </w:p>
    <w:p w:rsidR="00000000" w:rsidDel="00000000" w:rsidP="00000000" w:rsidRDefault="00000000" w:rsidRPr="00000000" w14:paraId="00000248">
      <w:pPr>
        <w:spacing w:after="240" w:before="240" w:line="480" w:lineRule="auto"/>
        <w:rPr/>
      </w:pPr>
      <w:r w:rsidDel="00000000" w:rsidR="00000000" w:rsidRPr="00000000">
        <w:rPr>
          <w:rtl w:val="0"/>
        </w:rPr>
        <w:t xml:space="preserve">Stillness is a paradox. It feels like doing nothing, but it is, in fact, doing everything. Meditation and mindfulness are not about finding a perfect state — they are about meeting yourself where you are and bringing the fullness of your being into the present moment.</w:t>
      </w:r>
    </w:p>
    <w:p w:rsidR="00000000" w:rsidDel="00000000" w:rsidP="00000000" w:rsidRDefault="00000000" w:rsidRPr="00000000" w14:paraId="00000249">
      <w:pPr>
        <w:spacing w:after="240" w:before="240" w:line="480" w:lineRule="auto"/>
        <w:rPr/>
      </w:pPr>
      <w:r w:rsidDel="00000000" w:rsidR="00000000" w:rsidRPr="00000000">
        <w:rPr>
          <w:rtl w:val="0"/>
        </w:rPr>
        <w:t xml:space="preserve">In this chapter, we explore the intersection of meditation and clinical work, offering mindfulness practices for both therapists and clients.</w:t>
      </w:r>
    </w:p>
    <w:p w:rsidR="00000000" w:rsidDel="00000000" w:rsidP="00000000" w:rsidRDefault="00000000" w:rsidRPr="00000000" w14:paraId="0000024A">
      <w:pPr>
        <w:spacing w:after="240" w:before="240" w:line="480" w:lineRule="auto"/>
        <w:rPr/>
      </w:pPr>
      <w:r w:rsidDel="00000000" w:rsidR="00000000" w:rsidRPr="00000000">
        <w:rPr>
          <w:rtl w:val="0"/>
        </w:rPr>
        <w:t xml:space="preserve">Includes: A Sitting Meditation for Emptiness, Mindful Walking Practice, and the 5-4-3-2-1 Grounding Tool for Stress Relief. If trauma disconnects us from ourselves, then healing is the sacred return.</w:t>
      </w:r>
    </w:p>
    <w:p w:rsidR="00000000" w:rsidDel="00000000" w:rsidP="00000000" w:rsidRDefault="00000000" w:rsidRPr="00000000" w14:paraId="0000024B">
      <w:pPr>
        <w:spacing w:after="240" w:before="240" w:line="480" w:lineRule="auto"/>
        <w:rPr/>
      </w:pPr>
      <w:r w:rsidDel="00000000" w:rsidR="00000000" w:rsidRPr="00000000">
        <w:rPr>
          <w:rtl w:val="0"/>
        </w:rPr>
        <w:t xml:space="preserve">But how do we return to a self we’ve never really met?</w:t>
      </w:r>
    </w:p>
    <w:p w:rsidR="00000000" w:rsidDel="00000000" w:rsidP="00000000" w:rsidRDefault="00000000" w:rsidRPr="00000000" w14:paraId="0000024C">
      <w:pPr>
        <w:spacing w:after="240" w:before="240" w:line="480" w:lineRule="auto"/>
        <w:rPr/>
      </w:pPr>
      <w:r w:rsidDel="00000000" w:rsidR="00000000" w:rsidRPr="00000000">
        <w:rPr>
          <w:rtl w:val="0"/>
        </w:rPr>
        <w:t xml:space="preserve">For many clients, emotional literacy isn’t just underdeveloped — it was actively discouraged. They were taught to be good, not real. Quiet, not honest. Invisible, not embodied. Over time, they learned to mistrust their inner compass — to avoid the very emotions that could guide them back home.</w:t>
      </w:r>
    </w:p>
    <w:p w:rsidR="00000000" w:rsidDel="00000000" w:rsidP="00000000" w:rsidRDefault="00000000" w:rsidRPr="00000000" w14:paraId="0000024D">
      <w:pPr>
        <w:spacing w:after="240" w:before="240" w:line="480" w:lineRule="auto"/>
        <w:rPr/>
      </w:pPr>
      <w:r w:rsidDel="00000000" w:rsidR="00000000" w:rsidRPr="00000000">
        <w:rPr>
          <w:rtl w:val="0"/>
        </w:rPr>
        <w:t xml:space="preserve">As clinicians, we don’t give them a new compass. We help them rediscover the one they were forced to bury.</w:t>
      </w:r>
    </w:p>
    <w:p w:rsidR="00000000" w:rsidDel="00000000" w:rsidP="00000000" w:rsidRDefault="00000000" w:rsidRPr="00000000" w14:paraId="0000024E">
      <w:pPr>
        <w:spacing w:after="240" w:before="240" w:line="480" w:lineRule="auto"/>
        <w:rPr/>
      </w:pPr>
      <w:r w:rsidDel="00000000" w:rsidR="00000000" w:rsidRPr="00000000">
        <w:rPr>
          <w:rtl w:val="0"/>
        </w:rPr>
        <w:t xml:space="preserve">Emotional Literacy is Safety</w:t>
      </w:r>
    </w:p>
    <w:p w:rsidR="00000000" w:rsidDel="00000000" w:rsidP="00000000" w:rsidRDefault="00000000" w:rsidRPr="00000000" w14:paraId="0000024F">
      <w:pPr>
        <w:spacing w:after="240" w:before="240" w:line="480" w:lineRule="auto"/>
        <w:rPr/>
      </w:pPr>
      <w:r w:rsidDel="00000000" w:rsidR="00000000" w:rsidRPr="00000000">
        <w:rPr>
          <w:rtl w:val="0"/>
        </w:rPr>
        <w:t xml:space="preserve">Emotional literacy is more than naming feelings — it’s about cultivating relationship with them. It helps clients shift from being flooded to being curious. From reactive to reflective. From “What’s wrong with me?” to “What is this trying to tell me?”</w:t>
      </w:r>
    </w:p>
    <w:p w:rsidR="00000000" w:rsidDel="00000000" w:rsidP="00000000" w:rsidRDefault="00000000" w:rsidRPr="00000000" w14:paraId="00000250">
      <w:pPr>
        <w:spacing w:after="240" w:before="240" w:line="480" w:lineRule="auto"/>
        <w:rPr/>
      </w:pPr>
      <w:r w:rsidDel="00000000" w:rsidR="00000000" w:rsidRPr="00000000">
        <w:rPr>
          <w:rtl w:val="0"/>
        </w:rPr>
        <w:t xml:space="preserve">According to Greenberg (2015), emotions are adaptive. Even painful ones carry wisdom. Anger protects. Sadness honors. Fear alerts. Shame signals unmet belonging.</w:t>
      </w:r>
    </w:p>
    <w:p w:rsidR="00000000" w:rsidDel="00000000" w:rsidP="00000000" w:rsidRDefault="00000000" w:rsidRPr="00000000" w14:paraId="00000251">
      <w:pPr>
        <w:spacing w:after="240" w:before="240" w:line="480" w:lineRule="auto"/>
        <w:rPr/>
      </w:pPr>
      <w:r w:rsidDel="00000000" w:rsidR="00000000" w:rsidRPr="00000000">
        <w:rPr>
          <w:rtl w:val="0"/>
        </w:rPr>
        <w:t xml:space="preserve">“Every emotion is a messenger. When we silence them, we silence the parts of us that most need care.”</w:t>
      </w:r>
    </w:p>
    <w:p w:rsidR="00000000" w:rsidDel="00000000" w:rsidP="00000000" w:rsidRDefault="00000000" w:rsidRPr="00000000" w14:paraId="00000252">
      <w:pPr>
        <w:spacing w:after="240" w:before="240" w:line="480" w:lineRule="auto"/>
        <w:rPr/>
      </w:pPr>
      <w:r w:rsidDel="00000000" w:rsidR="00000000" w:rsidRPr="00000000">
        <w:rPr>
          <w:rtl w:val="0"/>
        </w:rPr>
        <w:t xml:space="preserve">— C. Schroedel</w:t>
      </w:r>
    </w:p>
    <w:p w:rsidR="00000000" w:rsidDel="00000000" w:rsidP="00000000" w:rsidRDefault="00000000" w:rsidRPr="00000000" w14:paraId="00000253">
      <w:pPr>
        <w:spacing w:after="240" w:before="240" w:line="480" w:lineRule="auto"/>
        <w:rPr/>
      </w:pPr>
      <w:r w:rsidDel="00000000" w:rsidR="00000000" w:rsidRPr="00000000">
        <w:rPr>
          <w:rtl w:val="0"/>
        </w:rPr>
        <w:t xml:space="preserve">The Feelings Table Isn’t a Pop Quiz</w:t>
      </w:r>
    </w:p>
    <w:p w:rsidR="00000000" w:rsidDel="00000000" w:rsidP="00000000" w:rsidRDefault="00000000" w:rsidRPr="00000000" w14:paraId="00000254">
      <w:pPr>
        <w:spacing w:after="240" w:before="240" w:line="480" w:lineRule="auto"/>
        <w:rPr/>
      </w:pPr>
      <w:r w:rsidDel="00000000" w:rsidR="00000000" w:rsidRPr="00000000">
        <w:rPr>
          <w:rtl w:val="0"/>
        </w:rPr>
        <w:t xml:space="preserve">Clients don’t need to pass a test on emotions — they need to build trust with them. Here’s how we can help:</w:t>
      </w:r>
    </w:p>
    <w:p w:rsidR="00000000" w:rsidDel="00000000" w:rsidP="00000000" w:rsidRDefault="00000000" w:rsidRPr="00000000" w14:paraId="00000255">
      <w:pPr>
        <w:spacing w:after="240" w:before="240" w:line="480" w:lineRule="auto"/>
        <w:rPr/>
      </w:pPr>
      <w:r w:rsidDel="00000000" w:rsidR="00000000" w:rsidRPr="00000000">
        <w:rPr>
          <w:rtl w:val="0"/>
        </w:rPr>
        <w:t xml:space="preserve">1. Normalize the Language of Emotion</w:t>
      </w:r>
    </w:p>
    <w:p w:rsidR="00000000" w:rsidDel="00000000" w:rsidP="00000000" w:rsidRDefault="00000000" w:rsidRPr="00000000" w14:paraId="00000256">
      <w:pPr>
        <w:spacing w:after="240" w:before="240" w:line="480" w:lineRule="auto"/>
        <w:rPr/>
      </w:pPr>
      <w:r w:rsidDel="00000000" w:rsidR="00000000" w:rsidRPr="00000000">
        <w:rPr>
          <w:rtl w:val="0"/>
        </w:rPr>
        <w:t xml:space="preserve">Use terms like:</w:t>
      </w:r>
    </w:p>
    <w:p w:rsidR="00000000" w:rsidDel="00000000" w:rsidP="00000000" w:rsidRDefault="00000000" w:rsidRPr="00000000" w14:paraId="00000257">
      <w:pPr>
        <w:spacing w:after="240" w:before="240" w:line="480" w:lineRule="auto"/>
        <w:rPr/>
      </w:pPr>
      <w:r w:rsidDel="00000000" w:rsidR="00000000" w:rsidRPr="00000000">
        <w:rPr>
          <w:rtl w:val="0"/>
        </w:rPr>
        <w:t xml:space="preserve">“What’s surfacing?”</w:t>
      </w:r>
    </w:p>
    <w:p w:rsidR="00000000" w:rsidDel="00000000" w:rsidP="00000000" w:rsidRDefault="00000000" w:rsidRPr="00000000" w14:paraId="00000258">
      <w:pPr>
        <w:spacing w:after="240" w:before="240" w:line="480" w:lineRule="auto"/>
        <w:rPr/>
      </w:pPr>
      <w:r w:rsidDel="00000000" w:rsidR="00000000" w:rsidRPr="00000000">
        <w:rPr>
          <w:rtl w:val="0"/>
        </w:rPr>
        <w:t xml:space="preserve">“What’s nudging for attention?”</w:t>
      </w:r>
    </w:p>
    <w:p w:rsidR="00000000" w:rsidDel="00000000" w:rsidP="00000000" w:rsidRDefault="00000000" w:rsidRPr="00000000" w14:paraId="00000259">
      <w:pPr>
        <w:spacing w:after="240" w:before="240" w:line="480" w:lineRule="auto"/>
        <w:rPr/>
      </w:pPr>
      <w:r w:rsidDel="00000000" w:rsidR="00000000" w:rsidRPr="00000000">
        <w:rPr>
          <w:rtl w:val="0"/>
        </w:rPr>
        <w:t xml:space="preserve">“What sensation comes with that thought?”</w:t>
      </w:r>
    </w:p>
    <w:p w:rsidR="00000000" w:rsidDel="00000000" w:rsidP="00000000" w:rsidRDefault="00000000" w:rsidRPr="00000000" w14:paraId="0000025A">
      <w:pPr>
        <w:spacing w:after="240" w:before="240" w:line="480" w:lineRule="auto"/>
        <w:rPr/>
      </w:pPr>
      <w:r w:rsidDel="00000000" w:rsidR="00000000" w:rsidRPr="00000000">
        <w:rPr>
          <w:rtl w:val="0"/>
        </w:rPr>
        <w:t xml:space="preserve">We shift from diagnosis to dialogue. From pathology to presence.</w:t>
      </w:r>
    </w:p>
    <w:p w:rsidR="00000000" w:rsidDel="00000000" w:rsidP="00000000" w:rsidRDefault="00000000" w:rsidRPr="00000000" w14:paraId="0000025B">
      <w:pPr>
        <w:spacing w:after="240" w:before="240" w:line="480" w:lineRule="auto"/>
        <w:rPr/>
      </w:pPr>
      <w:r w:rsidDel="00000000" w:rsidR="00000000" w:rsidRPr="00000000">
        <w:rPr>
          <w:rtl w:val="0"/>
        </w:rPr>
        <w:t xml:space="preserve">2. Use Metaphors for Clarity</w:t>
      </w:r>
    </w:p>
    <w:p w:rsidR="00000000" w:rsidDel="00000000" w:rsidP="00000000" w:rsidRDefault="00000000" w:rsidRPr="00000000" w14:paraId="0000025C">
      <w:pPr>
        <w:spacing w:after="240" w:before="240" w:line="480" w:lineRule="auto"/>
        <w:rPr/>
      </w:pPr>
      <w:r w:rsidDel="00000000" w:rsidR="00000000" w:rsidRPr="00000000">
        <w:rPr>
          <w:rtl w:val="0"/>
        </w:rPr>
        <w:t xml:space="preserve">For clients who feel flooded:</w:t>
      </w:r>
    </w:p>
    <w:p w:rsidR="00000000" w:rsidDel="00000000" w:rsidP="00000000" w:rsidRDefault="00000000" w:rsidRPr="00000000" w14:paraId="0000025D">
      <w:pPr>
        <w:spacing w:after="240" w:before="240" w:line="480" w:lineRule="auto"/>
        <w:rPr/>
      </w:pPr>
      <w:r w:rsidDel="00000000" w:rsidR="00000000" w:rsidRPr="00000000">
        <w:rPr>
          <w:rtl w:val="0"/>
        </w:rPr>
        <w:t xml:space="preserve">“Imagine this emotion is weather. What kind of weather is it? Does it stay? Does it pass?”</w:t>
      </w:r>
    </w:p>
    <w:p w:rsidR="00000000" w:rsidDel="00000000" w:rsidP="00000000" w:rsidRDefault="00000000" w:rsidRPr="00000000" w14:paraId="0000025E">
      <w:pPr>
        <w:spacing w:after="240" w:before="240" w:line="480" w:lineRule="auto"/>
        <w:rPr/>
      </w:pPr>
      <w:r w:rsidDel="00000000" w:rsidR="00000000" w:rsidRPr="00000000">
        <w:rPr>
          <w:rtl w:val="0"/>
        </w:rPr>
        <w:t xml:space="preserve">This opens the door to nonjudgmental observation.</w:t>
      </w:r>
    </w:p>
    <w:p w:rsidR="00000000" w:rsidDel="00000000" w:rsidP="00000000" w:rsidRDefault="00000000" w:rsidRPr="00000000" w14:paraId="0000025F">
      <w:pPr>
        <w:spacing w:after="240" w:before="240" w:line="480" w:lineRule="auto"/>
        <w:rPr/>
      </w:pPr>
      <w:r w:rsidDel="00000000" w:rsidR="00000000" w:rsidRPr="00000000">
        <w:rPr>
          <w:rtl w:val="0"/>
        </w:rPr>
        <w:t xml:space="preserve">Self-Awareness Practices for Clients</w:t>
      </w:r>
    </w:p>
    <w:p w:rsidR="00000000" w:rsidDel="00000000" w:rsidP="00000000" w:rsidRDefault="00000000" w:rsidRPr="00000000" w14:paraId="00000260">
      <w:pPr>
        <w:spacing w:after="240" w:before="240" w:line="480" w:lineRule="auto"/>
        <w:rPr/>
      </w:pPr>
      <w:r w:rsidDel="00000000" w:rsidR="00000000" w:rsidRPr="00000000">
        <w:rPr>
          <w:rtl w:val="0"/>
        </w:rPr>
        <w:t xml:space="preserve">These exercises invite deeper emotional fluency and help regulate the nervous system.</w:t>
      </w:r>
    </w:p>
    <w:p w:rsidR="00000000" w:rsidDel="00000000" w:rsidP="00000000" w:rsidRDefault="00000000" w:rsidRPr="00000000" w14:paraId="00000261">
      <w:pPr>
        <w:spacing w:after="240" w:before="240" w:line="480" w:lineRule="auto"/>
        <w:rPr/>
      </w:pPr>
      <w:r w:rsidDel="00000000" w:rsidR="00000000" w:rsidRPr="00000000">
        <w:rPr>
          <w:rtl w:val="0"/>
        </w:rPr>
        <w:t xml:space="preserve">1. The 3-Space Check-In</w:t>
      </w:r>
    </w:p>
    <w:p w:rsidR="00000000" w:rsidDel="00000000" w:rsidP="00000000" w:rsidRDefault="00000000" w:rsidRPr="00000000" w14:paraId="00000262">
      <w:pPr>
        <w:spacing w:after="240" w:before="240" w:line="480" w:lineRule="auto"/>
        <w:rPr/>
      </w:pPr>
      <w:r w:rsidDel="00000000" w:rsidR="00000000" w:rsidRPr="00000000">
        <w:rPr>
          <w:rtl w:val="0"/>
        </w:rPr>
        <w:t xml:space="preserve">Ask clients to notice:</w:t>
      </w:r>
    </w:p>
    <w:p w:rsidR="00000000" w:rsidDel="00000000" w:rsidP="00000000" w:rsidRDefault="00000000" w:rsidRPr="00000000" w14:paraId="00000263">
      <w:pPr>
        <w:spacing w:after="240" w:before="240" w:line="480" w:lineRule="auto"/>
        <w:rPr/>
      </w:pPr>
      <w:r w:rsidDel="00000000" w:rsidR="00000000" w:rsidRPr="00000000">
        <w:rPr>
          <w:rtl w:val="0"/>
        </w:rPr>
        <w:t xml:space="preserve">Head — What are you thinking?</w:t>
      </w:r>
    </w:p>
    <w:p w:rsidR="00000000" w:rsidDel="00000000" w:rsidP="00000000" w:rsidRDefault="00000000" w:rsidRPr="00000000" w14:paraId="00000264">
      <w:pPr>
        <w:spacing w:after="240" w:before="240" w:line="480" w:lineRule="auto"/>
        <w:rPr/>
      </w:pPr>
      <w:r w:rsidDel="00000000" w:rsidR="00000000" w:rsidRPr="00000000">
        <w:rPr>
          <w:rtl w:val="0"/>
        </w:rPr>
        <w:t xml:space="preserve">Heart — What are you feeling?</w:t>
      </w:r>
    </w:p>
    <w:p w:rsidR="00000000" w:rsidDel="00000000" w:rsidP="00000000" w:rsidRDefault="00000000" w:rsidRPr="00000000" w14:paraId="00000265">
      <w:pPr>
        <w:spacing w:after="240" w:before="240" w:line="480" w:lineRule="auto"/>
        <w:rPr/>
      </w:pPr>
      <w:r w:rsidDel="00000000" w:rsidR="00000000" w:rsidRPr="00000000">
        <w:rPr>
          <w:rtl w:val="0"/>
        </w:rPr>
        <w:t xml:space="preserve">Body — What are you sensing?</w:t>
      </w:r>
    </w:p>
    <w:p w:rsidR="00000000" w:rsidDel="00000000" w:rsidP="00000000" w:rsidRDefault="00000000" w:rsidRPr="00000000" w14:paraId="00000266">
      <w:pPr>
        <w:spacing w:after="240" w:before="240" w:line="480" w:lineRule="auto"/>
        <w:rPr/>
      </w:pPr>
      <w:r w:rsidDel="00000000" w:rsidR="00000000" w:rsidRPr="00000000">
        <w:rPr>
          <w:rtl w:val="0"/>
        </w:rPr>
        <w:t xml:space="preserve">Helps develop mind-body-emotion connection and grounding.</w:t>
      </w:r>
    </w:p>
    <w:p w:rsidR="00000000" w:rsidDel="00000000" w:rsidP="00000000" w:rsidRDefault="00000000" w:rsidRPr="00000000" w14:paraId="00000267">
      <w:pPr>
        <w:spacing w:after="240" w:before="240" w:line="480" w:lineRule="auto"/>
        <w:rPr/>
      </w:pPr>
      <w:r w:rsidDel="00000000" w:rsidR="00000000" w:rsidRPr="00000000">
        <w:rPr>
          <w:rtl w:val="0"/>
        </w:rPr>
        <w:t xml:space="preserve">2. “Name It to Tame It” Map</w:t>
      </w:r>
    </w:p>
    <w:p w:rsidR="00000000" w:rsidDel="00000000" w:rsidP="00000000" w:rsidRDefault="00000000" w:rsidRPr="00000000" w14:paraId="00000268">
      <w:pPr>
        <w:spacing w:after="240" w:before="240" w:line="480" w:lineRule="auto"/>
        <w:rPr/>
      </w:pPr>
      <w:r w:rsidDel="00000000" w:rsidR="00000000" w:rsidRPr="00000000">
        <w:rPr>
          <w:rtl w:val="0"/>
        </w:rPr>
        <w:t xml:space="preserve">Clients draw a storm cloud or mountain and label it with the emotion they’re feeling. Then answer:</w:t>
      </w:r>
    </w:p>
    <w:p w:rsidR="00000000" w:rsidDel="00000000" w:rsidP="00000000" w:rsidRDefault="00000000" w:rsidRPr="00000000" w14:paraId="00000269">
      <w:pPr>
        <w:spacing w:after="240" w:before="240" w:line="480" w:lineRule="auto"/>
        <w:rPr/>
      </w:pPr>
      <w:r w:rsidDel="00000000" w:rsidR="00000000" w:rsidRPr="00000000">
        <w:rPr>
          <w:rtl w:val="0"/>
        </w:rPr>
        <w:t xml:space="preserve">What triggered this?</w:t>
      </w:r>
    </w:p>
    <w:p w:rsidR="00000000" w:rsidDel="00000000" w:rsidP="00000000" w:rsidRDefault="00000000" w:rsidRPr="00000000" w14:paraId="0000026A">
      <w:pPr>
        <w:spacing w:after="240" w:before="240" w:line="480" w:lineRule="auto"/>
        <w:rPr/>
      </w:pPr>
      <w:r w:rsidDel="00000000" w:rsidR="00000000" w:rsidRPr="00000000">
        <w:rPr>
          <w:rtl w:val="0"/>
        </w:rPr>
        <w:t xml:space="preserve">What does this feeling want me to know?</w:t>
      </w:r>
    </w:p>
    <w:p w:rsidR="00000000" w:rsidDel="00000000" w:rsidP="00000000" w:rsidRDefault="00000000" w:rsidRPr="00000000" w14:paraId="0000026B">
      <w:pPr>
        <w:spacing w:after="240" w:before="240" w:line="480" w:lineRule="auto"/>
        <w:rPr/>
      </w:pPr>
      <w:r w:rsidDel="00000000" w:rsidR="00000000" w:rsidRPr="00000000">
        <w:rPr>
          <w:rtl w:val="0"/>
        </w:rPr>
        <w:t xml:space="preserve">What’s one gentle thing I can do for myself right now?</w:t>
      </w:r>
    </w:p>
    <w:p w:rsidR="00000000" w:rsidDel="00000000" w:rsidP="00000000" w:rsidRDefault="00000000" w:rsidRPr="00000000" w14:paraId="0000026C">
      <w:pPr>
        <w:spacing w:after="240" w:before="240" w:line="480" w:lineRule="auto"/>
        <w:rPr/>
      </w:pPr>
      <w:r w:rsidDel="00000000" w:rsidR="00000000" w:rsidRPr="00000000">
        <w:rPr>
          <w:rtl w:val="0"/>
        </w:rPr>
        <w:t xml:space="preserve">This creates emotional containment and encourages internal dialogue.</w:t>
      </w:r>
    </w:p>
    <w:p w:rsidR="00000000" w:rsidDel="00000000" w:rsidP="00000000" w:rsidRDefault="00000000" w:rsidRPr="00000000" w14:paraId="0000026D">
      <w:pPr>
        <w:spacing w:after="240" w:before="240" w:line="480" w:lineRule="auto"/>
        <w:rPr/>
      </w:pPr>
      <w:r w:rsidDel="00000000" w:rsidR="00000000" w:rsidRPr="00000000">
        <w:rPr>
          <w:rtl w:val="0"/>
        </w:rPr>
        <w:t xml:space="preserve">Based on: Dan Siegel’s “Name It to Tame It” principle of emotion regulation (2010).</w:t>
      </w:r>
    </w:p>
    <w:p w:rsidR="00000000" w:rsidDel="00000000" w:rsidP="00000000" w:rsidRDefault="00000000" w:rsidRPr="00000000" w14:paraId="0000026E">
      <w:pPr>
        <w:spacing w:after="240" w:before="240" w:line="480" w:lineRule="auto"/>
        <w:rPr/>
      </w:pPr>
      <w:r w:rsidDel="00000000" w:rsidR="00000000" w:rsidRPr="00000000">
        <w:rPr>
          <w:rtl w:val="0"/>
        </w:rPr>
        <w:t xml:space="preserve">3. The Feeling Wheel Ritual</w:t>
      </w:r>
    </w:p>
    <w:p w:rsidR="00000000" w:rsidDel="00000000" w:rsidP="00000000" w:rsidRDefault="00000000" w:rsidRPr="00000000" w14:paraId="0000026F">
      <w:pPr>
        <w:spacing w:after="240" w:before="240" w:line="480" w:lineRule="auto"/>
        <w:rPr/>
      </w:pPr>
      <w:r w:rsidDel="00000000" w:rsidR="00000000" w:rsidRPr="00000000">
        <w:rPr>
          <w:rtl w:val="0"/>
        </w:rPr>
        <w:t xml:space="preserve">Offer clients a simple feelings wheel or emotion card deck. Ask them to choose a feeling at the start and end of each session. Track their emotional range over time.</w:t>
      </w:r>
    </w:p>
    <w:p w:rsidR="00000000" w:rsidDel="00000000" w:rsidP="00000000" w:rsidRDefault="00000000" w:rsidRPr="00000000" w14:paraId="00000270">
      <w:pPr>
        <w:spacing w:after="240" w:before="240" w:line="480" w:lineRule="auto"/>
        <w:rPr/>
      </w:pPr>
      <w:r w:rsidDel="00000000" w:rsidR="00000000" w:rsidRPr="00000000">
        <w:rPr>
          <w:rtl w:val="0"/>
        </w:rPr>
        <w:t xml:space="preserve">Reflection questions:</w:t>
      </w:r>
    </w:p>
    <w:p w:rsidR="00000000" w:rsidDel="00000000" w:rsidP="00000000" w:rsidRDefault="00000000" w:rsidRPr="00000000" w14:paraId="00000271">
      <w:pPr>
        <w:spacing w:after="240" w:before="240" w:line="480" w:lineRule="auto"/>
        <w:rPr/>
      </w:pPr>
      <w:r w:rsidDel="00000000" w:rsidR="00000000" w:rsidRPr="00000000">
        <w:rPr>
          <w:rtl w:val="0"/>
        </w:rPr>
        <w:t xml:space="preserve">“What’s a feeling you rarely give yourself permission to feel?”</w:t>
      </w:r>
    </w:p>
    <w:p w:rsidR="00000000" w:rsidDel="00000000" w:rsidP="00000000" w:rsidRDefault="00000000" w:rsidRPr="00000000" w14:paraId="00000272">
      <w:pPr>
        <w:spacing w:after="240" w:before="240" w:line="480" w:lineRule="auto"/>
        <w:rPr/>
      </w:pPr>
      <w:r w:rsidDel="00000000" w:rsidR="00000000" w:rsidRPr="00000000">
        <w:rPr>
          <w:rtl w:val="0"/>
        </w:rPr>
        <w:t xml:space="preserve">“Which emotions feel unsafe or unfamiliar?”</w:t>
      </w:r>
    </w:p>
    <w:p w:rsidR="00000000" w:rsidDel="00000000" w:rsidP="00000000" w:rsidRDefault="00000000" w:rsidRPr="00000000" w14:paraId="00000273">
      <w:pPr>
        <w:spacing w:after="240" w:before="240" w:line="480" w:lineRule="auto"/>
        <w:rPr/>
      </w:pPr>
      <w:r w:rsidDel="00000000" w:rsidR="00000000" w:rsidRPr="00000000">
        <w:rPr>
          <w:rtl w:val="0"/>
        </w:rPr>
        <w:t xml:space="preserve">“How did your caregivers respond to this emotion when you were growing up?”</w:t>
      </w:r>
    </w:p>
    <w:p w:rsidR="00000000" w:rsidDel="00000000" w:rsidP="00000000" w:rsidRDefault="00000000" w:rsidRPr="00000000" w14:paraId="00000274">
      <w:pPr>
        <w:spacing w:after="240" w:before="240" w:line="480" w:lineRule="auto"/>
        <w:rPr/>
      </w:pPr>
      <w:r w:rsidDel="00000000" w:rsidR="00000000" w:rsidRPr="00000000">
        <w:rPr>
          <w:rtl w:val="0"/>
        </w:rPr>
        <w:t xml:space="preserve">Personal Story: When I Couldn’t Name What I Felt</w:t>
      </w:r>
    </w:p>
    <w:p w:rsidR="00000000" w:rsidDel="00000000" w:rsidP="00000000" w:rsidRDefault="00000000" w:rsidRPr="00000000" w14:paraId="00000275">
      <w:pPr>
        <w:spacing w:after="240" w:before="240" w:line="480" w:lineRule="auto"/>
        <w:rPr/>
      </w:pPr>
      <w:r w:rsidDel="00000000" w:rsidR="00000000" w:rsidRPr="00000000">
        <w:rPr>
          <w:rtl w:val="0"/>
        </w:rPr>
        <w:t xml:space="preserve">There was a time in my life when everything felt... muted. I could talk about my symptoms, explain my diagnosis, even support clients through theirs — but when someone asked how I felt, I froze.</w:t>
      </w:r>
    </w:p>
    <w:p w:rsidR="00000000" w:rsidDel="00000000" w:rsidP="00000000" w:rsidRDefault="00000000" w:rsidRPr="00000000" w14:paraId="00000276">
      <w:pPr>
        <w:spacing w:after="240" w:before="240" w:line="480" w:lineRule="auto"/>
        <w:rPr/>
      </w:pPr>
      <w:r w:rsidDel="00000000" w:rsidR="00000000" w:rsidRPr="00000000">
        <w:rPr>
          <w:rtl w:val="0"/>
        </w:rPr>
        <w:t xml:space="preserve">Anger? Too unsafe. Sadness? Too messy. Joy? Too vulnerable.</w:t>
      </w:r>
    </w:p>
    <w:p w:rsidR="00000000" w:rsidDel="00000000" w:rsidP="00000000" w:rsidRDefault="00000000" w:rsidRPr="00000000" w14:paraId="00000277">
      <w:pPr>
        <w:spacing w:after="240" w:before="240" w:line="480" w:lineRule="auto"/>
        <w:rPr/>
      </w:pPr>
      <w:r w:rsidDel="00000000" w:rsidR="00000000" w:rsidRPr="00000000">
        <w:rPr>
          <w:rtl w:val="0"/>
        </w:rPr>
        <w:t xml:space="preserve">It took slowing down, learning the somatic language of my body, and working with my own healer to realize: I didn’t lack insight. I lacked permission.</w:t>
      </w:r>
    </w:p>
    <w:p w:rsidR="00000000" w:rsidDel="00000000" w:rsidP="00000000" w:rsidRDefault="00000000" w:rsidRPr="00000000" w14:paraId="00000278">
      <w:pPr>
        <w:spacing w:after="240" w:before="240" w:line="480" w:lineRule="auto"/>
        <w:rPr/>
      </w:pPr>
      <w:r w:rsidDel="00000000" w:rsidR="00000000" w:rsidRPr="00000000">
        <w:rPr>
          <w:rtl w:val="0"/>
        </w:rPr>
        <w:t xml:space="preserve">The moment I let myself cry without justifying it was the moment I began to trust myself again.</w:t>
      </w:r>
    </w:p>
    <w:p w:rsidR="00000000" w:rsidDel="00000000" w:rsidP="00000000" w:rsidRDefault="00000000" w:rsidRPr="00000000" w14:paraId="00000279">
      <w:pPr>
        <w:spacing w:after="240" w:before="240" w:line="480" w:lineRule="auto"/>
        <w:rPr/>
      </w:pPr>
      <w:r w:rsidDel="00000000" w:rsidR="00000000" w:rsidRPr="00000000">
        <w:rPr>
          <w:rtl w:val="0"/>
        </w:rPr>
        <w:t xml:space="preserve">That’s the gift we offer clients: not answers, but permission.</w:t>
      </w:r>
    </w:p>
    <w:p w:rsidR="00000000" w:rsidDel="00000000" w:rsidP="00000000" w:rsidRDefault="00000000" w:rsidRPr="00000000" w14:paraId="0000027A">
      <w:pPr>
        <w:spacing w:after="240" w:before="240" w:line="480" w:lineRule="auto"/>
        <w:rPr/>
      </w:pPr>
      <w:r w:rsidDel="00000000" w:rsidR="00000000" w:rsidRPr="00000000">
        <w:rPr>
          <w:rtl w:val="0"/>
        </w:rPr>
        <w:t xml:space="preserve">Client Affirmations for Emotional Literacy</w:t>
      </w:r>
    </w:p>
    <w:p w:rsidR="00000000" w:rsidDel="00000000" w:rsidP="00000000" w:rsidRDefault="00000000" w:rsidRPr="00000000" w14:paraId="0000027B">
      <w:pPr>
        <w:spacing w:after="240" w:before="240" w:line="480" w:lineRule="auto"/>
        <w:rPr/>
      </w:pPr>
      <w:r w:rsidDel="00000000" w:rsidR="00000000" w:rsidRPr="00000000">
        <w:rPr>
          <w:rtl w:val="0"/>
        </w:rPr>
        <w:t xml:space="preserve">“My emotions are not wrong — they are wisdom in motion.”</w:t>
      </w:r>
    </w:p>
    <w:p w:rsidR="00000000" w:rsidDel="00000000" w:rsidP="00000000" w:rsidRDefault="00000000" w:rsidRPr="00000000" w14:paraId="0000027C">
      <w:pPr>
        <w:spacing w:after="240" w:before="240" w:line="480" w:lineRule="auto"/>
        <w:rPr/>
      </w:pPr>
      <w:r w:rsidDel="00000000" w:rsidR="00000000" w:rsidRPr="00000000">
        <w:rPr>
          <w:rtl w:val="0"/>
        </w:rPr>
        <w:t xml:space="preserve">“I can feel without fixing.”</w:t>
      </w:r>
    </w:p>
    <w:p w:rsidR="00000000" w:rsidDel="00000000" w:rsidP="00000000" w:rsidRDefault="00000000" w:rsidRPr="00000000" w14:paraId="0000027D">
      <w:pPr>
        <w:spacing w:after="240" w:before="240" w:line="480" w:lineRule="auto"/>
        <w:rPr/>
      </w:pPr>
      <w:r w:rsidDel="00000000" w:rsidR="00000000" w:rsidRPr="00000000">
        <w:rPr>
          <w:rtl w:val="0"/>
        </w:rPr>
        <w:t xml:space="preserve">“There is no ‘bad’ emotion. There is only what needs tending.”</w:t>
      </w:r>
    </w:p>
    <w:p w:rsidR="00000000" w:rsidDel="00000000" w:rsidP="00000000" w:rsidRDefault="00000000" w:rsidRPr="00000000" w14:paraId="0000027E">
      <w:pPr>
        <w:spacing w:after="240" w:before="240" w:line="480" w:lineRule="auto"/>
        <w:rPr/>
      </w:pPr>
      <w:r w:rsidDel="00000000" w:rsidR="00000000" w:rsidRPr="00000000">
        <w:rPr>
          <w:rtl w:val="0"/>
        </w:rPr>
        <w:t xml:space="preserve">“Every emotion I welcome brings me closer to myself.”</w:t>
      </w:r>
    </w:p>
    <w:p w:rsidR="00000000" w:rsidDel="00000000" w:rsidP="00000000" w:rsidRDefault="00000000" w:rsidRPr="00000000" w14:paraId="0000027F">
      <w:pPr>
        <w:spacing w:after="240" w:before="240" w:line="480" w:lineRule="auto"/>
        <w:rPr/>
      </w:pPr>
      <w:r w:rsidDel="00000000" w:rsidR="00000000" w:rsidRPr="00000000">
        <w:rPr>
          <w:rtl w:val="0"/>
        </w:rPr>
        <w:t xml:space="preserve">Journal Prompts (for client or clinician):</w:t>
      </w:r>
    </w:p>
    <w:p w:rsidR="00000000" w:rsidDel="00000000" w:rsidP="00000000" w:rsidRDefault="00000000" w:rsidRPr="00000000" w14:paraId="00000280">
      <w:pPr>
        <w:spacing w:after="240" w:before="240" w:line="480" w:lineRule="auto"/>
        <w:rPr/>
      </w:pPr>
      <w:r w:rsidDel="00000000" w:rsidR="00000000" w:rsidRPr="00000000">
        <w:rPr>
          <w:rtl w:val="0"/>
        </w:rPr>
        <w:t xml:space="preserve">What emotions do I feel most comfortable expressing? Which ones do I avoid?</w:t>
      </w:r>
    </w:p>
    <w:p w:rsidR="00000000" w:rsidDel="00000000" w:rsidP="00000000" w:rsidRDefault="00000000" w:rsidRPr="00000000" w14:paraId="00000281">
      <w:pPr>
        <w:spacing w:after="240" w:before="240" w:line="480" w:lineRule="auto"/>
        <w:rPr/>
      </w:pPr>
      <w:r w:rsidDel="00000000" w:rsidR="00000000" w:rsidRPr="00000000">
        <w:rPr>
          <w:rtl w:val="0"/>
        </w:rPr>
        <w:t xml:space="preserve">How were emotions treated in my childhood home?</w:t>
      </w:r>
    </w:p>
    <w:p w:rsidR="00000000" w:rsidDel="00000000" w:rsidP="00000000" w:rsidRDefault="00000000" w:rsidRPr="00000000" w14:paraId="00000282">
      <w:pPr>
        <w:spacing w:after="240" w:before="240" w:line="480" w:lineRule="auto"/>
        <w:rPr/>
      </w:pPr>
      <w:r w:rsidDel="00000000" w:rsidR="00000000" w:rsidRPr="00000000">
        <w:rPr>
          <w:rtl w:val="0"/>
        </w:rPr>
        <w:t xml:space="preserve">What feeling is asking for my attention today?</w:t>
      </w:r>
    </w:p>
    <w:p w:rsidR="00000000" w:rsidDel="00000000" w:rsidP="00000000" w:rsidRDefault="00000000" w:rsidRPr="00000000" w14:paraId="00000283">
      <w:pPr>
        <w:spacing w:after="240" w:before="240" w:line="480" w:lineRule="auto"/>
        <w:rPr/>
      </w:pPr>
      <w:r w:rsidDel="00000000" w:rsidR="00000000" w:rsidRPr="00000000">
        <w:rPr>
          <w:rtl w:val="0"/>
        </w:rPr>
        <w:t xml:space="preserve">Mantra of the Chapter:</w:t>
      </w:r>
    </w:p>
    <w:p w:rsidR="00000000" w:rsidDel="00000000" w:rsidP="00000000" w:rsidRDefault="00000000" w:rsidRPr="00000000" w14:paraId="00000284">
      <w:pPr>
        <w:spacing w:after="240" w:before="240" w:line="480" w:lineRule="auto"/>
        <w:rPr/>
      </w:pPr>
      <w:r w:rsidDel="00000000" w:rsidR="00000000" w:rsidRPr="00000000">
        <w:rPr>
          <w:rtl w:val="0"/>
        </w:rPr>
        <w:t xml:space="preserve">“My emotions are not a problem to solve — they are a language I’m learning to understand.”</w:t>
      </w:r>
    </w:p>
    <w:p w:rsidR="00000000" w:rsidDel="00000000" w:rsidP="00000000" w:rsidRDefault="00000000" w:rsidRPr="00000000" w14:paraId="00000285">
      <w:pPr>
        <w:spacing w:after="240" w:before="240" w:line="480" w:lineRule="auto"/>
        <w:rPr>
          <w:b w:val="1"/>
        </w:rPr>
      </w:pPr>
      <w:r w:rsidDel="00000000" w:rsidR="00000000" w:rsidRPr="00000000">
        <w:rPr>
          <w:b w:val="1"/>
          <w:rtl w:val="0"/>
        </w:rPr>
        <w:t xml:space="preserve">Chapter 9: Embracing Vulnerability — Allowing Yourself to Be Seen</w:t>
      </w:r>
    </w:p>
    <w:p w:rsidR="00000000" w:rsidDel="00000000" w:rsidP="00000000" w:rsidRDefault="00000000" w:rsidRPr="00000000" w14:paraId="00000286">
      <w:pPr>
        <w:spacing w:after="240" w:before="240" w:line="480" w:lineRule="auto"/>
        <w:rPr/>
      </w:pPr>
      <w:r w:rsidDel="00000000" w:rsidR="00000000" w:rsidRPr="00000000">
        <w:rPr>
          <w:rtl w:val="0"/>
        </w:rPr>
        <w:t xml:space="preserve">To be a healer is to be both strong and fragile, simultaneously. We are taught to hold space for others, but what about holding space for ourselves?</w:t>
      </w:r>
    </w:p>
    <w:p w:rsidR="00000000" w:rsidDel="00000000" w:rsidP="00000000" w:rsidRDefault="00000000" w:rsidRPr="00000000" w14:paraId="00000287">
      <w:pPr>
        <w:spacing w:after="240" w:before="240" w:line="480" w:lineRule="auto"/>
        <w:rPr/>
      </w:pPr>
      <w:r w:rsidDel="00000000" w:rsidR="00000000" w:rsidRPr="00000000">
        <w:rPr>
          <w:rtl w:val="0"/>
        </w:rPr>
        <w:t xml:space="preserve">This chapter focuses on the power of vulnerability. It’s about showing up with authenticity, in all of your messy humanity, and allowing your clients to see you — not as an untouchable expert, but as a co-contributor to the healing space.</w:t>
      </w:r>
    </w:p>
    <w:p w:rsidR="00000000" w:rsidDel="00000000" w:rsidP="00000000" w:rsidRDefault="00000000" w:rsidRPr="00000000" w14:paraId="00000288">
      <w:pPr>
        <w:spacing w:after="240" w:before="240" w:line="480" w:lineRule="auto"/>
        <w:rPr/>
      </w:pPr>
      <w:r w:rsidDel="00000000" w:rsidR="00000000" w:rsidRPr="00000000">
        <w:rPr>
          <w:rtl w:val="0"/>
        </w:rPr>
        <w:t xml:space="preserve">Includes: Vulnerability Mapping, The Unseen Healer Exercise, and Self-Compassion Journaling Prompts.</w:t>
      </w:r>
    </w:p>
    <w:p w:rsidR="00000000" w:rsidDel="00000000" w:rsidP="00000000" w:rsidRDefault="00000000" w:rsidRPr="00000000" w14:paraId="00000289">
      <w:pPr>
        <w:spacing w:after="240" w:before="240" w:line="480" w:lineRule="auto"/>
        <w:rPr/>
      </w:pPr>
      <w:r w:rsidDel="00000000" w:rsidR="00000000" w:rsidRPr="00000000">
        <w:rPr>
          <w:rtl w:val="0"/>
        </w:rPr>
        <w:t xml:space="preserve">Not all trauma is loud.</w:t>
      </w:r>
    </w:p>
    <w:p w:rsidR="00000000" w:rsidDel="00000000" w:rsidP="00000000" w:rsidRDefault="00000000" w:rsidRPr="00000000" w14:paraId="0000028A">
      <w:pPr>
        <w:spacing w:after="240" w:before="240" w:line="480" w:lineRule="auto"/>
        <w:rPr/>
      </w:pPr>
      <w:r w:rsidDel="00000000" w:rsidR="00000000" w:rsidRPr="00000000">
        <w:rPr>
          <w:rtl w:val="0"/>
        </w:rPr>
        <w:t xml:space="preserve">Sometimes, it’s the absence that hurt the most — the love we didn’t receive, the comfort that never came, the voice that told us “you matter” but never arrived.</w:t>
      </w:r>
    </w:p>
    <w:p w:rsidR="00000000" w:rsidDel="00000000" w:rsidP="00000000" w:rsidRDefault="00000000" w:rsidRPr="00000000" w14:paraId="0000028B">
      <w:pPr>
        <w:spacing w:after="240" w:before="240" w:line="480" w:lineRule="auto"/>
        <w:rPr/>
      </w:pPr>
      <w:r w:rsidDel="00000000" w:rsidR="00000000" w:rsidRPr="00000000">
        <w:rPr>
          <w:rtl w:val="0"/>
        </w:rPr>
        <w:t xml:space="preserve">For many of our clients — and for many of us — the deepest wounds didn’t come from what was done, but from what was missing.</w:t>
      </w:r>
    </w:p>
    <w:p w:rsidR="00000000" w:rsidDel="00000000" w:rsidP="00000000" w:rsidRDefault="00000000" w:rsidRPr="00000000" w14:paraId="0000028C">
      <w:pPr>
        <w:spacing w:after="240" w:before="240" w:line="480" w:lineRule="auto"/>
        <w:rPr/>
      </w:pPr>
      <w:r w:rsidDel="00000000" w:rsidR="00000000" w:rsidRPr="00000000">
        <w:rPr>
          <w:rtl w:val="0"/>
        </w:rPr>
        <w:t xml:space="preserve">This is the work of reparenting: learning how to show up for ourselves in the ways no one once did. It’s not about blaming. It’s about becoming the nurturer we needed.</w:t>
      </w:r>
    </w:p>
    <w:p w:rsidR="00000000" w:rsidDel="00000000" w:rsidP="00000000" w:rsidRDefault="00000000" w:rsidRPr="00000000" w14:paraId="0000028D">
      <w:pPr>
        <w:spacing w:after="240" w:before="240" w:line="480" w:lineRule="auto"/>
        <w:rPr/>
      </w:pPr>
      <w:r w:rsidDel="00000000" w:rsidR="00000000" w:rsidRPr="00000000">
        <w:rPr>
          <w:rtl w:val="0"/>
        </w:rPr>
        <w:t xml:space="preserve">What Is Reparenting?</w:t>
      </w:r>
    </w:p>
    <w:p w:rsidR="00000000" w:rsidDel="00000000" w:rsidP="00000000" w:rsidRDefault="00000000" w:rsidRPr="00000000" w14:paraId="0000028E">
      <w:pPr>
        <w:spacing w:after="240" w:before="240" w:line="480" w:lineRule="auto"/>
        <w:rPr/>
      </w:pPr>
      <w:r w:rsidDel="00000000" w:rsidR="00000000" w:rsidRPr="00000000">
        <w:rPr>
          <w:rtl w:val="0"/>
        </w:rPr>
        <w:t xml:space="preserve">Reparenting is the process of identifying unmet childhood needs and learning to meet them as an adult with compassion, clarity, and boundaries. It’s central in healing developmental trauma and attachment wounds (Schore, 2001; Brantley, 2003).</w:t>
      </w:r>
    </w:p>
    <w:p w:rsidR="00000000" w:rsidDel="00000000" w:rsidP="00000000" w:rsidRDefault="00000000" w:rsidRPr="00000000" w14:paraId="0000028F">
      <w:pPr>
        <w:spacing w:after="240" w:before="240" w:line="480" w:lineRule="auto"/>
        <w:rPr/>
      </w:pPr>
      <w:r w:rsidDel="00000000" w:rsidR="00000000" w:rsidRPr="00000000">
        <w:rPr>
          <w:rtl w:val="0"/>
        </w:rPr>
        <w:t xml:space="preserve">This work does not depend on your clients having a clear memory of their childhood. It depends on them having a felt sense of what’s been missing — and being willing to meet that need with kindness.</w:t>
      </w:r>
    </w:p>
    <w:p w:rsidR="00000000" w:rsidDel="00000000" w:rsidP="00000000" w:rsidRDefault="00000000" w:rsidRPr="00000000" w14:paraId="00000290">
      <w:pPr>
        <w:spacing w:after="240" w:before="240" w:line="480" w:lineRule="auto"/>
        <w:rPr/>
      </w:pPr>
      <w:r w:rsidDel="00000000" w:rsidR="00000000" w:rsidRPr="00000000">
        <w:rPr>
          <w:rtl w:val="0"/>
        </w:rPr>
        <w:t xml:space="preserve">Signs a Client May Need Reparenting Work</w:t>
      </w:r>
    </w:p>
    <w:p w:rsidR="00000000" w:rsidDel="00000000" w:rsidP="00000000" w:rsidRDefault="00000000" w:rsidRPr="00000000" w14:paraId="00000291">
      <w:pPr>
        <w:spacing w:after="240" w:before="240" w:line="480" w:lineRule="auto"/>
        <w:rPr/>
      </w:pPr>
      <w:r w:rsidDel="00000000" w:rsidR="00000000" w:rsidRPr="00000000">
        <w:rPr>
          <w:rtl w:val="0"/>
        </w:rPr>
        <w:t xml:space="preserve">Harsh inner critic</w:t>
      </w:r>
    </w:p>
    <w:p w:rsidR="00000000" w:rsidDel="00000000" w:rsidP="00000000" w:rsidRDefault="00000000" w:rsidRPr="00000000" w14:paraId="00000292">
      <w:pPr>
        <w:spacing w:after="240" w:before="240" w:line="480" w:lineRule="auto"/>
        <w:rPr/>
      </w:pPr>
      <w:r w:rsidDel="00000000" w:rsidR="00000000" w:rsidRPr="00000000">
        <w:rPr>
          <w:rtl w:val="0"/>
        </w:rPr>
        <w:t xml:space="preserve">Difficulty setting or respecting boundaries</w:t>
      </w:r>
    </w:p>
    <w:p w:rsidR="00000000" w:rsidDel="00000000" w:rsidP="00000000" w:rsidRDefault="00000000" w:rsidRPr="00000000" w14:paraId="00000293">
      <w:pPr>
        <w:spacing w:after="240" w:before="240" w:line="480" w:lineRule="auto"/>
        <w:rPr/>
      </w:pPr>
      <w:r w:rsidDel="00000000" w:rsidR="00000000" w:rsidRPr="00000000">
        <w:rPr>
          <w:rtl w:val="0"/>
        </w:rPr>
        <w:t xml:space="preserve">Perfectionism, people-pleasing, or emotional numbness</w:t>
      </w:r>
    </w:p>
    <w:p w:rsidR="00000000" w:rsidDel="00000000" w:rsidP="00000000" w:rsidRDefault="00000000" w:rsidRPr="00000000" w14:paraId="00000294">
      <w:pPr>
        <w:spacing w:after="240" w:before="240" w:line="480" w:lineRule="auto"/>
        <w:rPr/>
      </w:pPr>
      <w:r w:rsidDel="00000000" w:rsidR="00000000" w:rsidRPr="00000000">
        <w:rPr>
          <w:rtl w:val="0"/>
        </w:rPr>
        <w:t xml:space="preserve">Chronic shame or low self-worth</w:t>
      </w:r>
    </w:p>
    <w:p w:rsidR="00000000" w:rsidDel="00000000" w:rsidP="00000000" w:rsidRDefault="00000000" w:rsidRPr="00000000" w14:paraId="00000295">
      <w:pPr>
        <w:spacing w:after="240" w:before="240" w:line="480" w:lineRule="auto"/>
        <w:rPr/>
      </w:pPr>
      <w:r w:rsidDel="00000000" w:rsidR="00000000" w:rsidRPr="00000000">
        <w:rPr>
          <w:rtl w:val="0"/>
        </w:rPr>
        <w:t xml:space="preserve">Seeking external validation at the cost of self-trust</w:t>
      </w:r>
    </w:p>
    <w:p w:rsidR="00000000" w:rsidDel="00000000" w:rsidP="00000000" w:rsidRDefault="00000000" w:rsidRPr="00000000" w14:paraId="00000296">
      <w:pPr>
        <w:spacing w:after="240" w:before="240" w:line="480" w:lineRule="auto"/>
        <w:rPr/>
      </w:pPr>
      <w:r w:rsidDel="00000000" w:rsidR="00000000" w:rsidRPr="00000000">
        <w:rPr>
          <w:rtl w:val="0"/>
        </w:rPr>
        <w:t xml:space="preserve">The Inner Child Is Not “Just a Concept”</w:t>
      </w:r>
    </w:p>
    <w:p w:rsidR="00000000" w:rsidDel="00000000" w:rsidP="00000000" w:rsidRDefault="00000000" w:rsidRPr="00000000" w14:paraId="00000297">
      <w:pPr>
        <w:spacing w:after="240" w:before="240" w:line="480" w:lineRule="auto"/>
        <w:rPr/>
      </w:pPr>
      <w:r w:rsidDel="00000000" w:rsidR="00000000" w:rsidRPr="00000000">
        <w:rPr>
          <w:rtl w:val="0"/>
        </w:rPr>
        <w:t xml:space="preserve">They live inside the body — in clenched jaws, tight bellies, quiet apologies, and urges to shrink.</w:t>
      </w:r>
    </w:p>
    <w:p w:rsidR="00000000" w:rsidDel="00000000" w:rsidP="00000000" w:rsidRDefault="00000000" w:rsidRPr="00000000" w14:paraId="00000298">
      <w:pPr>
        <w:spacing w:after="240" w:before="240" w:line="480" w:lineRule="auto"/>
        <w:rPr/>
      </w:pPr>
      <w:r w:rsidDel="00000000" w:rsidR="00000000" w:rsidRPr="00000000">
        <w:rPr>
          <w:rtl w:val="0"/>
        </w:rPr>
        <w:t xml:space="preserve">They speak through tone, posture, reactions.</w:t>
      </w:r>
    </w:p>
    <w:p w:rsidR="00000000" w:rsidDel="00000000" w:rsidP="00000000" w:rsidRDefault="00000000" w:rsidRPr="00000000" w14:paraId="00000299">
      <w:pPr>
        <w:spacing w:after="240" w:before="240" w:line="480" w:lineRule="auto"/>
        <w:rPr/>
      </w:pPr>
      <w:r w:rsidDel="00000000" w:rsidR="00000000" w:rsidRPr="00000000">
        <w:rPr>
          <w:rtl w:val="0"/>
        </w:rPr>
        <w:t xml:space="preserve">They wait.</w:t>
      </w:r>
    </w:p>
    <w:p w:rsidR="00000000" w:rsidDel="00000000" w:rsidP="00000000" w:rsidRDefault="00000000" w:rsidRPr="00000000" w14:paraId="0000029A">
      <w:pPr>
        <w:spacing w:after="240" w:before="240" w:line="480" w:lineRule="auto"/>
        <w:rPr/>
      </w:pPr>
      <w:r w:rsidDel="00000000" w:rsidR="00000000" w:rsidRPr="00000000">
        <w:rPr>
          <w:rtl w:val="0"/>
        </w:rPr>
        <w:t xml:space="preserve">They remember.</w:t>
      </w:r>
    </w:p>
    <w:p w:rsidR="00000000" w:rsidDel="00000000" w:rsidP="00000000" w:rsidRDefault="00000000" w:rsidRPr="00000000" w14:paraId="0000029B">
      <w:pPr>
        <w:spacing w:after="240" w:before="240" w:line="480" w:lineRule="auto"/>
        <w:rPr/>
      </w:pPr>
      <w:r w:rsidDel="00000000" w:rsidR="00000000" w:rsidRPr="00000000">
        <w:rPr>
          <w:rtl w:val="0"/>
        </w:rPr>
        <w:t xml:space="preserve">And they long to be met with gentleness.</w:t>
      </w:r>
    </w:p>
    <w:p w:rsidR="00000000" w:rsidDel="00000000" w:rsidP="00000000" w:rsidRDefault="00000000" w:rsidRPr="00000000" w14:paraId="0000029C">
      <w:pPr>
        <w:spacing w:after="240" w:before="240" w:line="480" w:lineRule="auto"/>
        <w:rPr/>
      </w:pPr>
      <w:r w:rsidDel="00000000" w:rsidR="00000000" w:rsidRPr="00000000">
        <w:rPr>
          <w:rtl w:val="0"/>
        </w:rPr>
        <w:t xml:space="preserve">Practices for Reparenting Work in Session</w:t>
      </w:r>
    </w:p>
    <w:p w:rsidR="00000000" w:rsidDel="00000000" w:rsidP="00000000" w:rsidRDefault="00000000" w:rsidRPr="00000000" w14:paraId="0000029D">
      <w:pPr>
        <w:spacing w:after="240" w:before="240" w:line="480" w:lineRule="auto"/>
        <w:rPr/>
      </w:pPr>
      <w:r w:rsidDel="00000000" w:rsidR="00000000" w:rsidRPr="00000000">
        <w:rPr>
          <w:rtl w:val="0"/>
        </w:rPr>
        <w:t xml:space="preserve">1. “Little Me” Visualization</w:t>
      </w:r>
    </w:p>
    <w:p w:rsidR="00000000" w:rsidDel="00000000" w:rsidP="00000000" w:rsidRDefault="00000000" w:rsidRPr="00000000" w14:paraId="0000029E">
      <w:pPr>
        <w:spacing w:after="240" w:before="240" w:line="480" w:lineRule="auto"/>
        <w:rPr/>
      </w:pPr>
      <w:r w:rsidDel="00000000" w:rsidR="00000000" w:rsidRPr="00000000">
        <w:rPr>
          <w:rtl w:val="0"/>
        </w:rPr>
        <w:t xml:space="preserve">Invite clients to close their eyes and imagine a younger version of themselves.</w:t>
      </w:r>
    </w:p>
    <w:p w:rsidR="00000000" w:rsidDel="00000000" w:rsidP="00000000" w:rsidRDefault="00000000" w:rsidRPr="00000000" w14:paraId="0000029F">
      <w:pPr>
        <w:spacing w:after="240" w:before="240" w:line="480" w:lineRule="auto"/>
        <w:rPr/>
      </w:pPr>
      <w:r w:rsidDel="00000000" w:rsidR="00000000" w:rsidRPr="00000000">
        <w:rPr>
          <w:rtl w:val="0"/>
        </w:rPr>
        <w:t xml:space="preserve">Prompt:</w:t>
      </w:r>
    </w:p>
    <w:p w:rsidR="00000000" w:rsidDel="00000000" w:rsidP="00000000" w:rsidRDefault="00000000" w:rsidRPr="00000000" w14:paraId="000002A0">
      <w:pPr>
        <w:spacing w:after="240" w:before="240" w:line="480" w:lineRule="auto"/>
        <w:rPr/>
      </w:pPr>
      <w:r w:rsidDel="00000000" w:rsidR="00000000" w:rsidRPr="00000000">
        <w:rPr>
          <w:rtl w:val="0"/>
        </w:rPr>
        <w:t xml:space="preserve">“What do you notice about them?</w:t>
      </w:r>
    </w:p>
    <w:p w:rsidR="00000000" w:rsidDel="00000000" w:rsidP="00000000" w:rsidRDefault="00000000" w:rsidRPr="00000000" w14:paraId="000002A1">
      <w:pPr>
        <w:spacing w:after="240" w:before="240" w:line="480" w:lineRule="auto"/>
        <w:rPr/>
      </w:pPr>
      <w:r w:rsidDel="00000000" w:rsidR="00000000" w:rsidRPr="00000000">
        <w:rPr>
          <w:rtl w:val="0"/>
        </w:rPr>
        <w:t xml:space="preserve">What are they feeling?</w:t>
      </w:r>
    </w:p>
    <w:p w:rsidR="00000000" w:rsidDel="00000000" w:rsidP="00000000" w:rsidRDefault="00000000" w:rsidRPr="00000000" w14:paraId="000002A2">
      <w:pPr>
        <w:spacing w:after="240" w:before="240" w:line="480" w:lineRule="auto"/>
        <w:rPr/>
      </w:pPr>
      <w:r w:rsidDel="00000000" w:rsidR="00000000" w:rsidRPr="00000000">
        <w:rPr>
          <w:rtl w:val="0"/>
        </w:rPr>
        <w:t xml:space="preserve">What do they need to hear right now?”</w:t>
      </w:r>
    </w:p>
    <w:p w:rsidR="00000000" w:rsidDel="00000000" w:rsidP="00000000" w:rsidRDefault="00000000" w:rsidRPr="00000000" w14:paraId="000002A3">
      <w:pPr>
        <w:spacing w:after="240" w:before="240" w:line="480" w:lineRule="auto"/>
        <w:rPr/>
      </w:pPr>
      <w:r w:rsidDel="00000000" w:rsidR="00000000" w:rsidRPr="00000000">
        <w:rPr>
          <w:rtl w:val="0"/>
        </w:rPr>
        <w:t xml:space="preserve">Encourage clients to speak to their inner child aloud, with warmth and acceptance.</w:t>
      </w:r>
    </w:p>
    <w:p w:rsidR="00000000" w:rsidDel="00000000" w:rsidP="00000000" w:rsidRDefault="00000000" w:rsidRPr="00000000" w14:paraId="000002A4">
      <w:pPr>
        <w:spacing w:after="240" w:before="240" w:line="480" w:lineRule="auto"/>
        <w:rPr/>
      </w:pPr>
      <w:r w:rsidDel="00000000" w:rsidR="00000000" w:rsidRPr="00000000">
        <w:rPr>
          <w:rtl w:val="0"/>
        </w:rPr>
        <w:t xml:space="preserve">2. Write a “Letter from the Adult You”</w:t>
      </w:r>
    </w:p>
    <w:p w:rsidR="00000000" w:rsidDel="00000000" w:rsidP="00000000" w:rsidRDefault="00000000" w:rsidRPr="00000000" w14:paraId="000002A5">
      <w:pPr>
        <w:spacing w:after="240" w:before="240" w:line="480" w:lineRule="auto"/>
        <w:rPr/>
      </w:pPr>
      <w:r w:rsidDel="00000000" w:rsidR="00000000" w:rsidRPr="00000000">
        <w:rPr>
          <w:rtl w:val="0"/>
        </w:rPr>
        <w:t xml:space="preserve">Clients write a letter from their present-day self to their inner child. Prompt ideas:</w:t>
      </w:r>
    </w:p>
    <w:p w:rsidR="00000000" w:rsidDel="00000000" w:rsidP="00000000" w:rsidRDefault="00000000" w:rsidRPr="00000000" w14:paraId="000002A6">
      <w:pPr>
        <w:spacing w:after="240" w:before="240" w:line="480" w:lineRule="auto"/>
        <w:rPr/>
      </w:pPr>
      <w:r w:rsidDel="00000000" w:rsidR="00000000" w:rsidRPr="00000000">
        <w:rPr>
          <w:rtl w:val="0"/>
        </w:rPr>
        <w:t xml:space="preserve">“I see you now.”</w:t>
      </w:r>
    </w:p>
    <w:p w:rsidR="00000000" w:rsidDel="00000000" w:rsidP="00000000" w:rsidRDefault="00000000" w:rsidRPr="00000000" w14:paraId="000002A7">
      <w:pPr>
        <w:spacing w:after="240" w:before="240" w:line="480" w:lineRule="auto"/>
        <w:rPr/>
      </w:pPr>
      <w:r w:rsidDel="00000000" w:rsidR="00000000" w:rsidRPr="00000000">
        <w:rPr>
          <w:rtl w:val="0"/>
        </w:rPr>
        <w:t xml:space="preserve">“I’m sorry no one protected you — but I will.”</w:t>
      </w:r>
    </w:p>
    <w:p w:rsidR="00000000" w:rsidDel="00000000" w:rsidP="00000000" w:rsidRDefault="00000000" w:rsidRPr="00000000" w14:paraId="000002A8">
      <w:pPr>
        <w:spacing w:after="240" w:before="240" w:line="480" w:lineRule="auto"/>
        <w:rPr/>
      </w:pPr>
      <w:r w:rsidDel="00000000" w:rsidR="00000000" w:rsidRPr="00000000">
        <w:rPr>
          <w:rtl w:val="0"/>
        </w:rPr>
        <w:t xml:space="preserve">“You were never too much.”</w:t>
      </w:r>
    </w:p>
    <w:p w:rsidR="00000000" w:rsidDel="00000000" w:rsidP="00000000" w:rsidRDefault="00000000" w:rsidRPr="00000000" w14:paraId="000002A9">
      <w:pPr>
        <w:spacing w:after="240" w:before="240" w:line="480" w:lineRule="auto"/>
        <w:rPr/>
      </w:pPr>
      <w:r w:rsidDel="00000000" w:rsidR="00000000" w:rsidRPr="00000000">
        <w:rPr>
          <w:rtl w:val="0"/>
        </w:rPr>
        <w:t xml:space="preserve">This creates a corrective emotional experience and internal safety.</w:t>
      </w:r>
    </w:p>
    <w:p w:rsidR="00000000" w:rsidDel="00000000" w:rsidP="00000000" w:rsidRDefault="00000000" w:rsidRPr="00000000" w14:paraId="000002AA">
      <w:pPr>
        <w:spacing w:after="240" w:before="240" w:line="480" w:lineRule="auto"/>
        <w:rPr/>
      </w:pPr>
      <w:r w:rsidDel="00000000" w:rsidR="00000000" w:rsidRPr="00000000">
        <w:rPr>
          <w:rtl w:val="0"/>
        </w:rPr>
        <w:t xml:space="preserve">3. The Inner Parent Contract</w:t>
      </w:r>
    </w:p>
    <w:p w:rsidR="00000000" w:rsidDel="00000000" w:rsidP="00000000" w:rsidRDefault="00000000" w:rsidRPr="00000000" w14:paraId="000002AB">
      <w:pPr>
        <w:spacing w:after="240" w:before="240" w:line="480" w:lineRule="auto"/>
        <w:rPr/>
      </w:pPr>
      <w:r w:rsidDel="00000000" w:rsidR="00000000" w:rsidRPr="00000000">
        <w:rPr>
          <w:rtl w:val="0"/>
        </w:rPr>
        <w:t xml:space="preserve">Ask: “What kind of parent would you like to be to yourself?”</w:t>
      </w:r>
    </w:p>
    <w:p w:rsidR="00000000" w:rsidDel="00000000" w:rsidP="00000000" w:rsidRDefault="00000000" w:rsidRPr="00000000" w14:paraId="000002AC">
      <w:pPr>
        <w:spacing w:after="240" w:before="240" w:line="480" w:lineRule="auto"/>
        <w:rPr/>
      </w:pPr>
      <w:r w:rsidDel="00000000" w:rsidR="00000000" w:rsidRPr="00000000">
        <w:rPr>
          <w:rtl w:val="0"/>
        </w:rPr>
        <w:t xml:space="preserve">Help clients write a short list of “inner parenting vows.” Example:</w:t>
      </w:r>
    </w:p>
    <w:p w:rsidR="00000000" w:rsidDel="00000000" w:rsidP="00000000" w:rsidRDefault="00000000" w:rsidRPr="00000000" w14:paraId="000002AD">
      <w:pPr>
        <w:spacing w:after="240" w:before="240" w:line="480" w:lineRule="auto"/>
        <w:rPr/>
      </w:pPr>
      <w:r w:rsidDel="00000000" w:rsidR="00000000" w:rsidRPr="00000000">
        <w:rPr>
          <w:rtl w:val="0"/>
        </w:rPr>
        <w:t xml:space="preserve">I will never silence your feelings.</w:t>
      </w:r>
    </w:p>
    <w:p w:rsidR="00000000" w:rsidDel="00000000" w:rsidP="00000000" w:rsidRDefault="00000000" w:rsidRPr="00000000" w14:paraId="000002AE">
      <w:pPr>
        <w:spacing w:after="240" w:before="240" w:line="480" w:lineRule="auto"/>
        <w:rPr/>
      </w:pPr>
      <w:r w:rsidDel="00000000" w:rsidR="00000000" w:rsidRPr="00000000">
        <w:rPr>
          <w:rtl w:val="0"/>
        </w:rPr>
        <w:t xml:space="preserve">I will give you rest before you beg for it.</w:t>
      </w:r>
    </w:p>
    <w:p w:rsidR="00000000" w:rsidDel="00000000" w:rsidP="00000000" w:rsidRDefault="00000000" w:rsidRPr="00000000" w14:paraId="000002AF">
      <w:pPr>
        <w:spacing w:after="240" w:before="240" w:line="480" w:lineRule="auto"/>
        <w:rPr/>
      </w:pPr>
      <w:r w:rsidDel="00000000" w:rsidR="00000000" w:rsidRPr="00000000">
        <w:rPr>
          <w:rtl w:val="0"/>
        </w:rPr>
        <w:t xml:space="preserve">I will listen — even when it’s messy.</w:t>
      </w:r>
    </w:p>
    <w:p w:rsidR="00000000" w:rsidDel="00000000" w:rsidP="00000000" w:rsidRDefault="00000000" w:rsidRPr="00000000" w14:paraId="000002B0">
      <w:pPr>
        <w:spacing w:after="240" w:before="240" w:line="480" w:lineRule="auto"/>
        <w:rPr/>
      </w:pPr>
      <w:r w:rsidDel="00000000" w:rsidR="00000000" w:rsidRPr="00000000">
        <w:rPr>
          <w:rtl w:val="0"/>
        </w:rPr>
        <w:t xml:space="preserve">My Own Reparenting: The Day I Chose to Stop Abandoning Myself</w:t>
      </w:r>
    </w:p>
    <w:p w:rsidR="00000000" w:rsidDel="00000000" w:rsidP="00000000" w:rsidRDefault="00000000" w:rsidRPr="00000000" w14:paraId="000002B1">
      <w:pPr>
        <w:spacing w:after="240" w:before="240" w:line="480" w:lineRule="auto"/>
        <w:rPr/>
      </w:pPr>
      <w:r w:rsidDel="00000000" w:rsidR="00000000" w:rsidRPr="00000000">
        <w:rPr>
          <w:rtl w:val="0"/>
        </w:rPr>
        <w:t xml:space="preserve">There was a time I could advocate fiercely for clients — and completely ignore my own exhaustion. I knew what nurturing sounded like. I taught self-compassion weekly. But I wasn’t offering it to myself.</w:t>
      </w:r>
    </w:p>
    <w:p w:rsidR="00000000" w:rsidDel="00000000" w:rsidP="00000000" w:rsidRDefault="00000000" w:rsidRPr="00000000" w14:paraId="000002B2">
      <w:pPr>
        <w:spacing w:after="240" w:before="240" w:line="480" w:lineRule="auto"/>
        <w:rPr/>
      </w:pPr>
      <w:r w:rsidDel="00000000" w:rsidR="00000000" w:rsidRPr="00000000">
        <w:rPr>
          <w:rtl w:val="0"/>
        </w:rPr>
        <w:t xml:space="preserve">One day, I looked in the mirror, eyes swollen from tears, and whispered:</w:t>
      </w:r>
    </w:p>
    <w:p w:rsidR="00000000" w:rsidDel="00000000" w:rsidP="00000000" w:rsidRDefault="00000000" w:rsidRPr="00000000" w14:paraId="000002B3">
      <w:pPr>
        <w:spacing w:after="240" w:before="240" w:line="480" w:lineRule="auto"/>
        <w:rPr/>
      </w:pPr>
      <w:r w:rsidDel="00000000" w:rsidR="00000000" w:rsidRPr="00000000">
        <w:rPr>
          <w:rtl w:val="0"/>
        </w:rPr>
        <w:t xml:space="preserve">“You don’t have to be strong today.”</w:t>
      </w:r>
    </w:p>
    <w:p w:rsidR="00000000" w:rsidDel="00000000" w:rsidP="00000000" w:rsidRDefault="00000000" w:rsidRPr="00000000" w14:paraId="000002B4">
      <w:pPr>
        <w:spacing w:after="240" w:before="240" w:line="480" w:lineRule="auto"/>
        <w:rPr/>
      </w:pPr>
      <w:r w:rsidDel="00000000" w:rsidR="00000000" w:rsidRPr="00000000">
        <w:rPr>
          <w:rtl w:val="0"/>
        </w:rPr>
        <w:t xml:space="preserve">“I’m here. I’ve got you.”</w:t>
      </w:r>
    </w:p>
    <w:p w:rsidR="00000000" w:rsidDel="00000000" w:rsidP="00000000" w:rsidRDefault="00000000" w:rsidRPr="00000000" w14:paraId="000002B5">
      <w:pPr>
        <w:spacing w:after="240" w:before="240" w:line="480" w:lineRule="auto"/>
        <w:rPr/>
      </w:pPr>
      <w:r w:rsidDel="00000000" w:rsidR="00000000" w:rsidRPr="00000000">
        <w:rPr>
          <w:rtl w:val="0"/>
        </w:rPr>
        <w:t xml:space="preserve">It felt awkward. Foreign.</w:t>
      </w:r>
    </w:p>
    <w:p w:rsidR="00000000" w:rsidDel="00000000" w:rsidP="00000000" w:rsidRDefault="00000000" w:rsidRPr="00000000" w14:paraId="000002B6">
      <w:pPr>
        <w:spacing w:after="240" w:before="240" w:line="480" w:lineRule="auto"/>
        <w:rPr/>
      </w:pPr>
      <w:r w:rsidDel="00000000" w:rsidR="00000000" w:rsidRPr="00000000">
        <w:rPr>
          <w:rtl w:val="0"/>
        </w:rPr>
        <w:t xml:space="preserve">And then… it felt like home.</w:t>
      </w:r>
    </w:p>
    <w:p w:rsidR="00000000" w:rsidDel="00000000" w:rsidP="00000000" w:rsidRDefault="00000000" w:rsidRPr="00000000" w14:paraId="000002B7">
      <w:pPr>
        <w:spacing w:after="240" w:before="240" w:line="480" w:lineRule="auto"/>
        <w:rPr/>
      </w:pPr>
      <w:r w:rsidDel="00000000" w:rsidR="00000000" w:rsidRPr="00000000">
        <w:rPr>
          <w:rtl w:val="0"/>
        </w:rPr>
        <w:t xml:space="preserve">That’s when I realized: reparenting is not performance. It’s presence.</w:t>
      </w:r>
    </w:p>
    <w:p w:rsidR="00000000" w:rsidDel="00000000" w:rsidP="00000000" w:rsidRDefault="00000000" w:rsidRPr="00000000" w14:paraId="000002B8">
      <w:pPr>
        <w:spacing w:after="240" w:before="240" w:line="480" w:lineRule="auto"/>
        <w:rPr/>
      </w:pPr>
      <w:r w:rsidDel="00000000" w:rsidR="00000000" w:rsidRPr="00000000">
        <w:rPr>
          <w:rtl w:val="0"/>
        </w:rPr>
        <w:t xml:space="preserve">Journal Prompts (for clients or clinicians):</w:t>
      </w:r>
    </w:p>
    <w:p w:rsidR="00000000" w:rsidDel="00000000" w:rsidP="00000000" w:rsidRDefault="00000000" w:rsidRPr="00000000" w14:paraId="000002B9">
      <w:pPr>
        <w:spacing w:after="240" w:before="240" w:line="480" w:lineRule="auto"/>
        <w:rPr/>
      </w:pPr>
      <w:r w:rsidDel="00000000" w:rsidR="00000000" w:rsidRPr="00000000">
        <w:rPr>
          <w:rtl w:val="0"/>
        </w:rPr>
        <w:t xml:space="preserve">What did I need most as a child that I didn’t receive?</w:t>
      </w:r>
    </w:p>
    <w:p w:rsidR="00000000" w:rsidDel="00000000" w:rsidP="00000000" w:rsidRDefault="00000000" w:rsidRPr="00000000" w14:paraId="000002BA">
      <w:pPr>
        <w:spacing w:after="240" w:before="240" w:line="480" w:lineRule="auto"/>
        <w:rPr/>
      </w:pPr>
      <w:r w:rsidDel="00000000" w:rsidR="00000000" w:rsidRPr="00000000">
        <w:rPr>
          <w:rtl w:val="0"/>
        </w:rPr>
        <w:t xml:space="preserve">How do I treat myself when I make a mistake — and does that feel familiar?</w:t>
      </w:r>
    </w:p>
    <w:p w:rsidR="00000000" w:rsidDel="00000000" w:rsidP="00000000" w:rsidRDefault="00000000" w:rsidRPr="00000000" w14:paraId="000002BB">
      <w:pPr>
        <w:spacing w:after="240" w:before="240" w:line="480" w:lineRule="auto"/>
        <w:rPr/>
      </w:pPr>
      <w:r w:rsidDel="00000000" w:rsidR="00000000" w:rsidRPr="00000000">
        <w:rPr>
          <w:rtl w:val="0"/>
        </w:rPr>
        <w:t xml:space="preserve">What would “inner parenting” look like for me this week?</w:t>
      </w:r>
    </w:p>
    <w:p w:rsidR="00000000" w:rsidDel="00000000" w:rsidP="00000000" w:rsidRDefault="00000000" w:rsidRPr="00000000" w14:paraId="000002BC">
      <w:pPr>
        <w:spacing w:after="240" w:before="240" w:line="480" w:lineRule="auto"/>
        <w:rPr/>
      </w:pPr>
      <w:r w:rsidDel="00000000" w:rsidR="00000000" w:rsidRPr="00000000">
        <w:rPr>
          <w:rtl w:val="0"/>
        </w:rPr>
        <w:t xml:space="preserve">Mantra of the Chapter:</w:t>
      </w:r>
    </w:p>
    <w:p w:rsidR="00000000" w:rsidDel="00000000" w:rsidP="00000000" w:rsidRDefault="00000000" w:rsidRPr="00000000" w14:paraId="000002BD">
      <w:pPr>
        <w:spacing w:after="240" w:before="240" w:line="480" w:lineRule="auto"/>
        <w:rPr/>
      </w:pPr>
      <w:r w:rsidDel="00000000" w:rsidR="00000000" w:rsidRPr="00000000">
        <w:rPr>
          <w:rtl w:val="0"/>
        </w:rPr>
        <w:t xml:space="preserve">“I am becoming the parent I always needed. I offer myself what I once longed for.”</w:t>
      </w:r>
    </w:p>
    <w:p w:rsidR="00000000" w:rsidDel="00000000" w:rsidP="00000000" w:rsidRDefault="00000000" w:rsidRPr="00000000" w14:paraId="000002BE">
      <w:pPr>
        <w:spacing w:after="240" w:before="240" w:line="480" w:lineRule="auto"/>
        <w:rPr>
          <w:b w:val="1"/>
        </w:rPr>
      </w:pPr>
      <w:r w:rsidDel="00000000" w:rsidR="00000000" w:rsidRPr="00000000">
        <w:rPr>
          <w:b w:val="1"/>
          <w:rtl w:val="0"/>
        </w:rPr>
        <w:t xml:space="preserve">Chapter 10: Healing from Within — The Role of Reiki and Energy Work</w:t>
      </w:r>
    </w:p>
    <w:p w:rsidR="00000000" w:rsidDel="00000000" w:rsidP="00000000" w:rsidRDefault="00000000" w:rsidRPr="00000000" w14:paraId="000002BF">
      <w:pPr>
        <w:spacing w:after="240" w:before="240" w:line="480" w:lineRule="auto"/>
        <w:rPr/>
      </w:pPr>
      <w:r w:rsidDel="00000000" w:rsidR="00000000" w:rsidRPr="00000000">
        <w:rPr>
          <w:rtl w:val="0"/>
        </w:rPr>
        <w:t xml:space="preserve">Reiki and energy work are often misunderstood in clinical spaces, but for those of us who’ve experienced them, they are essential tools for healing.</w:t>
      </w:r>
    </w:p>
    <w:p w:rsidR="00000000" w:rsidDel="00000000" w:rsidP="00000000" w:rsidRDefault="00000000" w:rsidRPr="00000000" w14:paraId="000002C0">
      <w:pPr>
        <w:spacing w:after="240" w:before="240" w:line="480" w:lineRule="auto"/>
        <w:rPr/>
      </w:pPr>
      <w:r w:rsidDel="00000000" w:rsidR="00000000" w:rsidRPr="00000000">
        <w:rPr>
          <w:rtl w:val="0"/>
        </w:rPr>
        <w:t xml:space="preserve">This chapter discusses the role of energy healing in the clinical practice and offers practical ways to integrate reiki into sessions. By balancing and restoring energy, we can provide deeper, more holistic care for ourselves and our clients.</w:t>
      </w:r>
    </w:p>
    <w:p w:rsidR="00000000" w:rsidDel="00000000" w:rsidP="00000000" w:rsidRDefault="00000000" w:rsidRPr="00000000" w14:paraId="000002C1">
      <w:pPr>
        <w:spacing w:after="240" w:before="240" w:line="480" w:lineRule="auto"/>
        <w:rPr/>
      </w:pPr>
      <w:r w:rsidDel="00000000" w:rsidR="00000000" w:rsidRPr="00000000">
        <w:rPr>
          <w:rtl w:val="0"/>
        </w:rPr>
        <w:t xml:space="preserve">Includes: Introduction to Reiki Principles, Self-Reiki Ritual for Healers, and Energy Clearing Techniques for Sessions.</w:t>
      </w:r>
    </w:p>
    <w:p w:rsidR="00000000" w:rsidDel="00000000" w:rsidP="00000000" w:rsidRDefault="00000000" w:rsidRPr="00000000" w14:paraId="000002C2">
      <w:pPr>
        <w:spacing w:after="240" w:before="240" w:line="480" w:lineRule="auto"/>
        <w:rPr/>
      </w:pPr>
      <w:r w:rsidDel="00000000" w:rsidR="00000000" w:rsidRPr="00000000">
        <w:rPr>
          <w:rtl w:val="0"/>
        </w:rPr>
        <w:t xml:space="preserve">For many of us — especially empaths, healers, and those with childhood wounds — “no” has felt like a dangerous word.</w:t>
      </w:r>
    </w:p>
    <w:p w:rsidR="00000000" w:rsidDel="00000000" w:rsidP="00000000" w:rsidRDefault="00000000" w:rsidRPr="00000000" w14:paraId="000002C3">
      <w:pPr>
        <w:spacing w:after="240" w:before="240" w:line="480" w:lineRule="auto"/>
        <w:rPr/>
      </w:pPr>
      <w:r w:rsidDel="00000000" w:rsidR="00000000" w:rsidRPr="00000000">
        <w:rPr>
          <w:rtl w:val="0"/>
        </w:rPr>
        <w:t xml:space="preserve">We learned to equate boundaries with rejection. We thought saying no would make us unlovable, unhelpful, or even unsafe. We stayed too long, gave too much, swallowed our truth to keep the peace… and paid for it with our own depletion.</w:t>
      </w:r>
    </w:p>
    <w:p w:rsidR="00000000" w:rsidDel="00000000" w:rsidP="00000000" w:rsidRDefault="00000000" w:rsidRPr="00000000" w14:paraId="000002C4">
      <w:pPr>
        <w:spacing w:after="240" w:before="240" w:line="480" w:lineRule="auto"/>
        <w:rPr/>
      </w:pPr>
      <w:r w:rsidDel="00000000" w:rsidR="00000000" w:rsidRPr="00000000">
        <w:rPr>
          <w:rtl w:val="0"/>
        </w:rPr>
        <w:t xml:space="preserve">But boundaries are not walls.</w:t>
      </w:r>
    </w:p>
    <w:p w:rsidR="00000000" w:rsidDel="00000000" w:rsidP="00000000" w:rsidRDefault="00000000" w:rsidRPr="00000000" w14:paraId="000002C5">
      <w:pPr>
        <w:spacing w:after="240" w:before="240" w:line="480" w:lineRule="auto"/>
        <w:rPr/>
      </w:pPr>
      <w:r w:rsidDel="00000000" w:rsidR="00000000" w:rsidRPr="00000000">
        <w:rPr>
          <w:rtl w:val="0"/>
        </w:rPr>
        <w:t xml:space="preserve">They are bridges — between what you value and how you live.</w:t>
      </w:r>
    </w:p>
    <w:p w:rsidR="00000000" w:rsidDel="00000000" w:rsidP="00000000" w:rsidRDefault="00000000" w:rsidRPr="00000000" w14:paraId="000002C6">
      <w:pPr>
        <w:spacing w:after="240" w:before="240" w:line="480" w:lineRule="auto"/>
        <w:rPr/>
      </w:pPr>
      <w:r w:rsidDel="00000000" w:rsidR="00000000" w:rsidRPr="00000000">
        <w:rPr>
          <w:rtl w:val="0"/>
        </w:rPr>
        <w:t xml:space="preserve">They protect the sacred.</w:t>
      </w:r>
    </w:p>
    <w:p w:rsidR="00000000" w:rsidDel="00000000" w:rsidP="00000000" w:rsidRDefault="00000000" w:rsidRPr="00000000" w14:paraId="000002C7">
      <w:pPr>
        <w:spacing w:after="240" w:before="240" w:line="480" w:lineRule="auto"/>
        <w:rPr/>
      </w:pPr>
      <w:r w:rsidDel="00000000" w:rsidR="00000000" w:rsidRPr="00000000">
        <w:rPr>
          <w:rtl w:val="0"/>
        </w:rPr>
        <w:t xml:space="preserve">They honor the self.</w:t>
      </w:r>
    </w:p>
    <w:p w:rsidR="00000000" w:rsidDel="00000000" w:rsidP="00000000" w:rsidRDefault="00000000" w:rsidRPr="00000000" w14:paraId="000002C8">
      <w:pPr>
        <w:spacing w:after="240" w:before="240" w:line="480" w:lineRule="auto"/>
        <w:rPr/>
      </w:pPr>
      <w:r w:rsidDel="00000000" w:rsidR="00000000" w:rsidRPr="00000000">
        <w:rPr>
          <w:rtl w:val="0"/>
        </w:rPr>
        <w:t xml:space="preserve">They are the language of self-respect.</w:t>
      </w:r>
    </w:p>
    <w:p w:rsidR="00000000" w:rsidDel="00000000" w:rsidP="00000000" w:rsidRDefault="00000000" w:rsidRPr="00000000" w14:paraId="000002C9">
      <w:pPr>
        <w:spacing w:after="240" w:before="240" w:line="480" w:lineRule="auto"/>
        <w:rPr/>
      </w:pPr>
      <w:r w:rsidDel="00000000" w:rsidR="00000000" w:rsidRPr="00000000">
        <w:rPr>
          <w:rtl w:val="0"/>
        </w:rPr>
        <w:t xml:space="preserve">What Boundaries Really Are (and Are Not)</w:t>
      </w:r>
    </w:p>
    <w:p w:rsidR="00000000" w:rsidDel="00000000" w:rsidP="00000000" w:rsidRDefault="00000000" w:rsidRPr="00000000" w14:paraId="000002CA">
      <w:pPr>
        <w:spacing w:after="240" w:before="240" w:line="480" w:lineRule="auto"/>
        <w:rPr/>
      </w:pPr>
      <w:r w:rsidDel="00000000" w:rsidR="00000000" w:rsidRPr="00000000">
        <w:rPr>
          <w:rtl w:val="0"/>
        </w:rPr>
        <w:t xml:space="preserve">Boundaries are not ultimatums. They’re not punishments. They are clear, compassionate expressions of your limits and needs.</w:t>
      </w:r>
    </w:p>
    <w:p w:rsidR="00000000" w:rsidDel="00000000" w:rsidP="00000000" w:rsidRDefault="00000000" w:rsidRPr="00000000" w14:paraId="000002CB">
      <w:pPr>
        <w:spacing w:after="240" w:before="240" w:line="480" w:lineRule="auto"/>
        <w:rPr/>
      </w:pPr>
      <w:r w:rsidDel="00000000" w:rsidR="00000000" w:rsidRPr="00000000">
        <w:rPr>
          <w:rtl w:val="0"/>
        </w:rPr>
        <w:t xml:space="preserve">Boundaries are:</w:t>
      </w:r>
    </w:p>
    <w:p w:rsidR="00000000" w:rsidDel="00000000" w:rsidP="00000000" w:rsidRDefault="00000000" w:rsidRPr="00000000" w14:paraId="000002CC">
      <w:pPr>
        <w:spacing w:after="240" w:before="240" w:line="480" w:lineRule="auto"/>
        <w:rPr/>
      </w:pPr>
      <w:r w:rsidDel="00000000" w:rsidR="00000000" w:rsidRPr="00000000">
        <w:rPr>
          <w:rtl w:val="0"/>
        </w:rPr>
        <w:t xml:space="preserve">A form of self-care</w:t>
      </w:r>
    </w:p>
    <w:p w:rsidR="00000000" w:rsidDel="00000000" w:rsidP="00000000" w:rsidRDefault="00000000" w:rsidRPr="00000000" w14:paraId="000002CD">
      <w:pPr>
        <w:spacing w:after="240" w:before="240" w:line="480" w:lineRule="auto"/>
        <w:rPr/>
      </w:pPr>
      <w:r w:rsidDel="00000000" w:rsidR="00000000" w:rsidRPr="00000000">
        <w:rPr>
          <w:rtl w:val="0"/>
        </w:rPr>
        <w:t xml:space="preserve">A tool for preserving connection</w:t>
      </w:r>
    </w:p>
    <w:p w:rsidR="00000000" w:rsidDel="00000000" w:rsidP="00000000" w:rsidRDefault="00000000" w:rsidRPr="00000000" w14:paraId="000002CE">
      <w:pPr>
        <w:spacing w:after="240" w:before="240" w:line="480" w:lineRule="auto"/>
        <w:rPr/>
      </w:pPr>
      <w:r w:rsidDel="00000000" w:rsidR="00000000" w:rsidRPr="00000000">
        <w:rPr>
          <w:rtl w:val="0"/>
        </w:rPr>
        <w:t xml:space="preserve">An expression of truth</w:t>
      </w:r>
    </w:p>
    <w:p w:rsidR="00000000" w:rsidDel="00000000" w:rsidP="00000000" w:rsidRDefault="00000000" w:rsidRPr="00000000" w14:paraId="000002CF">
      <w:pPr>
        <w:spacing w:after="240" w:before="240" w:line="480" w:lineRule="auto"/>
        <w:rPr/>
      </w:pPr>
      <w:r w:rsidDel="00000000" w:rsidR="00000000" w:rsidRPr="00000000">
        <w:rPr>
          <w:rtl w:val="0"/>
        </w:rPr>
        <w:t xml:space="preserve">Boundaries are not:</w:t>
      </w:r>
    </w:p>
    <w:p w:rsidR="00000000" w:rsidDel="00000000" w:rsidP="00000000" w:rsidRDefault="00000000" w:rsidRPr="00000000" w14:paraId="000002D0">
      <w:pPr>
        <w:spacing w:after="240" w:before="240" w:line="480" w:lineRule="auto"/>
        <w:rPr/>
      </w:pPr>
      <w:r w:rsidDel="00000000" w:rsidR="00000000" w:rsidRPr="00000000">
        <w:rPr>
          <w:rtl w:val="0"/>
        </w:rPr>
        <w:t xml:space="preserve">A rejection of others</w:t>
      </w:r>
    </w:p>
    <w:p w:rsidR="00000000" w:rsidDel="00000000" w:rsidP="00000000" w:rsidRDefault="00000000" w:rsidRPr="00000000" w14:paraId="000002D1">
      <w:pPr>
        <w:spacing w:after="240" w:before="240" w:line="480" w:lineRule="auto"/>
        <w:rPr/>
      </w:pPr>
      <w:r w:rsidDel="00000000" w:rsidR="00000000" w:rsidRPr="00000000">
        <w:rPr>
          <w:rtl w:val="0"/>
        </w:rPr>
        <w:t xml:space="preserve">A sign of selfishness</w:t>
      </w:r>
    </w:p>
    <w:p w:rsidR="00000000" w:rsidDel="00000000" w:rsidP="00000000" w:rsidRDefault="00000000" w:rsidRPr="00000000" w14:paraId="000002D2">
      <w:pPr>
        <w:spacing w:after="240" w:before="240" w:line="480" w:lineRule="auto"/>
        <w:rPr/>
      </w:pPr>
      <w:r w:rsidDel="00000000" w:rsidR="00000000" w:rsidRPr="00000000">
        <w:rPr>
          <w:rtl w:val="0"/>
        </w:rPr>
        <w:t xml:space="preserve">A reason for shame</w:t>
      </w:r>
    </w:p>
    <w:p w:rsidR="00000000" w:rsidDel="00000000" w:rsidP="00000000" w:rsidRDefault="00000000" w:rsidRPr="00000000" w14:paraId="000002D3">
      <w:pPr>
        <w:spacing w:after="240" w:before="240" w:line="480" w:lineRule="auto"/>
        <w:rPr/>
      </w:pPr>
      <w:r w:rsidDel="00000000" w:rsidR="00000000" w:rsidRPr="00000000">
        <w:rPr>
          <w:rtl w:val="0"/>
        </w:rPr>
        <w:t xml:space="preserve">Why Clinicians Struggle with Boundaries</w:t>
      </w:r>
    </w:p>
    <w:p w:rsidR="00000000" w:rsidDel="00000000" w:rsidP="00000000" w:rsidRDefault="00000000" w:rsidRPr="00000000" w14:paraId="000002D4">
      <w:pPr>
        <w:spacing w:after="240" w:before="240" w:line="480" w:lineRule="auto"/>
        <w:rPr/>
      </w:pPr>
      <w:r w:rsidDel="00000000" w:rsidR="00000000" w:rsidRPr="00000000">
        <w:rPr>
          <w:rtl w:val="0"/>
        </w:rPr>
        <w:t xml:space="preserve">We’re trained to hold space, be available, and care deeply. But no one teaches us how to balance care with containment. And in a culture that rewards overfunctioning, setting boundaries can feel radical.</w:t>
      </w:r>
    </w:p>
    <w:p w:rsidR="00000000" w:rsidDel="00000000" w:rsidP="00000000" w:rsidRDefault="00000000" w:rsidRPr="00000000" w14:paraId="000002D5">
      <w:pPr>
        <w:spacing w:after="240" w:before="240" w:line="480" w:lineRule="auto"/>
        <w:rPr/>
      </w:pPr>
      <w:r w:rsidDel="00000000" w:rsidR="00000000" w:rsidRPr="00000000">
        <w:rPr>
          <w:rtl w:val="0"/>
        </w:rPr>
        <w:t xml:space="preserve">We fear:</w:t>
      </w:r>
    </w:p>
    <w:p w:rsidR="00000000" w:rsidDel="00000000" w:rsidP="00000000" w:rsidRDefault="00000000" w:rsidRPr="00000000" w14:paraId="000002D6">
      <w:pPr>
        <w:spacing w:after="240" w:before="240" w:line="480" w:lineRule="auto"/>
        <w:rPr/>
      </w:pPr>
      <w:r w:rsidDel="00000000" w:rsidR="00000000" w:rsidRPr="00000000">
        <w:rPr>
          <w:rtl w:val="0"/>
        </w:rPr>
        <w:t xml:space="preserve">Being seen as cold</w:t>
      </w:r>
    </w:p>
    <w:p w:rsidR="00000000" w:rsidDel="00000000" w:rsidP="00000000" w:rsidRDefault="00000000" w:rsidRPr="00000000" w14:paraId="000002D7">
      <w:pPr>
        <w:spacing w:after="240" w:before="240" w:line="480" w:lineRule="auto"/>
        <w:rPr/>
      </w:pPr>
      <w:r w:rsidDel="00000000" w:rsidR="00000000" w:rsidRPr="00000000">
        <w:rPr>
          <w:rtl w:val="0"/>
        </w:rPr>
        <w:t xml:space="preserve">Letting someone down</w:t>
      </w:r>
    </w:p>
    <w:p w:rsidR="00000000" w:rsidDel="00000000" w:rsidP="00000000" w:rsidRDefault="00000000" w:rsidRPr="00000000" w14:paraId="000002D8">
      <w:pPr>
        <w:spacing w:after="240" w:before="240" w:line="480" w:lineRule="auto"/>
        <w:rPr/>
      </w:pPr>
      <w:r w:rsidDel="00000000" w:rsidR="00000000" w:rsidRPr="00000000">
        <w:rPr>
          <w:rtl w:val="0"/>
        </w:rPr>
        <w:t xml:space="preserve">Losing a connection</w:t>
      </w:r>
    </w:p>
    <w:p w:rsidR="00000000" w:rsidDel="00000000" w:rsidP="00000000" w:rsidRDefault="00000000" w:rsidRPr="00000000" w14:paraId="000002D9">
      <w:pPr>
        <w:spacing w:after="240" w:before="240" w:line="480" w:lineRule="auto"/>
        <w:rPr/>
      </w:pPr>
      <w:r w:rsidDel="00000000" w:rsidR="00000000" w:rsidRPr="00000000">
        <w:rPr>
          <w:rtl w:val="0"/>
        </w:rPr>
        <w:t xml:space="preserve">Confrontation</w:t>
      </w:r>
    </w:p>
    <w:p w:rsidR="00000000" w:rsidDel="00000000" w:rsidP="00000000" w:rsidRDefault="00000000" w:rsidRPr="00000000" w14:paraId="000002DA">
      <w:pPr>
        <w:spacing w:after="240" w:before="240" w:line="480" w:lineRule="auto"/>
        <w:rPr/>
      </w:pPr>
      <w:r w:rsidDel="00000000" w:rsidR="00000000" w:rsidRPr="00000000">
        <w:rPr>
          <w:rtl w:val="0"/>
        </w:rPr>
        <w:t xml:space="preserve">But the cost of poor boundaries is high: burnout, resentment, compassion fatigue, and disconnection from self.</w:t>
      </w:r>
    </w:p>
    <w:p w:rsidR="00000000" w:rsidDel="00000000" w:rsidP="00000000" w:rsidRDefault="00000000" w:rsidRPr="00000000" w14:paraId="000002DB">
      <w:pPr>
        <w:spacing w:after="240" w:before="240" w:line="480" w:lineRule="auto"/>
        <w:rPr/>
      </w:pPr>
      <w:r w:rsidDel="00000000" w:rsidR="00000000" w:rsidRPr="00000000">
        <w:rPr>
          <w:rtl w:val="0"/>
        </w:rPr>
        <w:t xml:space="preserve">Boundary Practices for Clinicians and Clients</w:t>
      </w:r>
    </w:p>
    <w:p w:rsidR="00000000" w:rsidDel="00000000" w:rsidP="00000000" w:rsidRDefault="00000000" w:rsidRPr="00000000" w14:paraId="000002DC">
      <w:pPr>
        <w:spacing w:after="240" w:before="240" w:line="480" w:lineRule="auto"/>
        <w:rPr/>
      </w:pPr>
      <w:r w:rsidDel="00000000" w:rsidR="00000000" w:rsidRPr="00000000">
        <w:rPr>
          <w:rtl w:val="0"/>
        </w:rPr>
        <w:t xml:space="preserve">1. The “Yes / No / Maybe” List</w:t>
      </w:r>
    </w:p>
    <w:p w:rsidR="00000000" w:rsidDel="00000000" w:rsidP="00000000" w:rsidRDefault="00000000" w:rsidRPr="00000000" w14:paraId="000002DD">
      <w:pPr>
        <w:spacing w:after="240" w:before="240" w:line="480" w:lineRule="auto"/>
        <w:rPr/>
      </w:pPr>
      <w:r w:rsidDel="00000000" w:rsidR="00000000" w:rsidRPr="00000000">
        <w:rPr>
          <w:rtl w:val="0"/>
        </w:rPr>
        <w:t xml:space="preserve">Have clients (and yourself) write three columns:</w:t>
      </w:r>
    </w:p>
    <w:p w:rsidR="00000000" w:rsidDel="00000000" w:rsidP="00000000" w:rsidRDefault="00000000" w:rsidRPr="00000000" w14:paraId="000002DE">
      <w:pPr>
        <w:spacing w:after="240" w:before="240" w:line="480" w:lineRule="auto"/>
        <w:rPr/>
      </w:pPr>
      <w:r w:rsidDel="00000000" w:rsidR="00000000" w:rsidRPr="00000000">
        <w:rPr>
          <w:rtl w:val="0"/>
        </w:rPr>
        <w:t xml:space="preserve">YES: What I’m absolutely available for</w:t>
      </w:r>
    </w:p>
    <w:p w:rsidR="00000000" w:rsidDel="00000000" w:rsidP="00000000" w:rsidRDefault="00000000" w:rsidRPr="00000000" w14:paraId="000002DF">
      <w:pPr>
        <w:spacing w:after="240" w:before="240" w:line="480" w:lineRule="auto"/>
        <w:rPr/>
      </w:pPr>
      <w:r w:rsidDel="00000000" w:rsidR="00000000" w:rsidRPr="00000000">
        <w:rPr>
          <w:rtl w:val="0"/>
        </w:rPr>
        <w:t xml:space="preserve">NO: What I’m no longer willing to engage in</w:t>
      </w:r>
    </w:p>
    <w:p w:rsidR="00000000" w:rsidDel="00000000" w:rsidP="00000000" w:rsidRDefault="00000000" w:rsidRPr="00000000" w14:paraId="000002E0">
      <w:pPr>
        <w:spacing w:after="240" w:before="240" w:line="480" w:lineRule="auto"/>
        <w:rPr/>
      </w:pPr>
      <w:r w:rsidDel="00000000" w:rsidR="00000000" w:rsidRPr="00000000">
        <w:rPr>
          <w:rtl w:val="0"/>
        </w:rPr>
        <w:t xml:space="preserve">MAYBE: What I’m undecided about — needs clarity or a trial boundary</w:t>
      </w:r>
    </w:p>
    <w:p w:rsidR="00000000" w:rsidDel="00000000" w:rsidP="00000000" w:rsidRDefault="00000000" w:rsidRPr="00000000" w14:paraId="000002E1">
      <w:pPr>
        <w:spacing w:after="240" w:before="240" w:line="480" w:lineRule="auto"/>
        <w:rPr/>
      </w:pPr>
      <w:r w:rsidDel="00000000" w:rsidR="00000000" w:rsidRPr="00000000">
        <w:rPr>
          <w:rtl w:val="0"/>
        </w:rPr>
        <w:t xml:space="preserve">This exercise increases emotional clarity and boundary fluency.</w:t>
      </w:r>
    </w:p>
    <w:p w:rsidR="00000000" w:rsidDel="00000000" w:rsidP="00000000" w:rsidRDefault="00000000" w:rsidRPr="00000000" w14:paraId="000002E2">
      <w:pPr>
        <w:spacing w:after="240" w:before="240" w:line="480" w:lineRule="auto"/>
        <w:rPr/>
      </w:pPr>
      <w:r w:rsidDel="00000000" w:rsidR="00000000" w:rsidRPr="00000000">
        <w:rPr>
          <w:rtl w:val="0"/>
        </w:rPr>
        <w:t xml:space="preserve">2. Practice Saying No with Compassion</w:t>
      </w:r>
    </w:p>
    <w:p w:rsidR="00000000" w:rsidDel="00000000" w:rsidP="00000000" w:rsidRDefault="00000000" w:rsidRPr="00000000" w14:paraId="000002E3">
      <w:pPr>
        <w:spacing w:after="240" w:before="240" w:line="480" w:lineRule="auto"/>
        <w:rPr/>
      </w:pPr>
      <w:r w:rsidDel="00000000" w:rsidR="00000000" w:rsidRPr="00000000">
        <w:rPr>
          <w:rtl w:val="0"/>
        </w:rPr>
        <w:t xml:space="preserve">Script options:</w:t>
      </w:r>
    </w:p>
    <w:p w:rsidR="00000000" w:rsidDel="00000000" w:rsidP="00000000" w:rsidRDefault="00000000" w:rsidRPr="00000000" w14:paraId="000002E4">
      <w:pPr>
        <w:spacing w:after="240" w:before="240" w:line="480" w:lineRule="auto"/>
        <w:rPr/>
      </w:pPr>
      <w:r w:rsidDel="00000000" w:rsidR="00000000" w:rsidRPr="00000000">
        <w:rPr>
          <w:rtl w:val="0"/>
        </w:rPr>
        <w:t xml:space="preserve">“That doesn’t work for me, but thank you for asking.”</w:t>
      </w:r>
    </w:p>
    <w:p w:rsidR="00000000" w:rsidDel="00000000" w:rsidP="00000000" w:rsidRDefault="00000000" w:rsidRPr="00000000" w14:paraId="000002E5">
      <w:pPr>
        <w:spacing w:after="240" w:before="240" w:line="480" w:lineRule="auto"/>
        <w:rPr/>
      </w:pPr>
      <w:r w:rsidDel="00000000" w:rsidR="00000000" w:rsidRPr="00000000">
        <w:rPr>
          <w:rtl w:val="0"/>
        </w:rPr>
        <w:t xml:space="preserve">“I want to be honest about my capacity — and right now, I need to honor my limit.”</w:t>
      </w:r>
    </w:p>
    <w:p w:rsidR="00000000" w:rsidDel="00000000" w:rsidP="00000000" w:rsidRDefault="00000000" w:rsidRPr="00000000" w14:paraId="000002E6">
      <w:pPr>
        <w:spacing w:after="240" w:before="240" w:line="480" w:lineRule="auto"/>
        <w:rPr/>
      </w:pPr>
      <w:r w:rsidDel="00000000" w:rsidR="00000000" w:rsidRPr="00000000">
        <w:rPr>
          <w:rtl w:val="0"/>
        </w:rPr>
        <w:t xml:space="preserve">“This isn’t a good time, and I care enough to be clear about that.”</w:t>
      </w:r>
    </w:p>
    <w:p w:rsidR="00000000" w:rsidDel="00000000" w:rsidP="00000000" w:rsidRDefault="00000000" w:rsidRPr="00000000" w14:paraId="000002E7">
      <w:pPr>
        <w:spacing w:after="240" w:before="240" w:line="480" w:lineRule="auto"/>
        <w:rPr/>
      </w:pPr>
      <w:r w:rsidDel="00000000" w:rsidR="00000000" w:rsidRPr="00000000">
        <w:rPr>
          <w:rtl w:val="0"/>
        </w:rPr>
        <w:t xml:space="preserve">Use tone that is calm, clear, and kind. Boundaries are more digestible when delivered with grounded compassion.</w:t>
      </w:r>
    </w:p>
    <w:p w:rsidR="00000000" w:rsidDel="00000000" w:rsidP="00000000" w:rsidRDefault="00000000" w:rsidRPr="00000000" w14:paraId="000002E8">
      <w:pPr>
        <w:spacing w:after="240" w:before="240" w:line="480" w:lineRule="auto"/>
        <w:rPr/>
      </w:pPr>
      <w:r w:rsidDel="00000000" w:rsidR="00000000" w:rsidRPr="00000000">
        <w:rPr>
          <w:rtl w:val="0"/>
        </w:rPr>
        <w:t xml:space="preserve">3. Body-Informed Boundaries</w:t>
      </w:r>
    </w:p>
    <w:p w:rsidR="00000000" w:rsidDel="00000000" w:rsidP="00000000" w:rsidRDefault="00000000" w:rsidRPr="00000000" w14:paraId="000002E9">
      <w:pPr>
        <w:spacing w:after="240" w:before="240" w:line="480" w:lineRule="auto"/>
        <w:rPr/>
      </w:pPr>
      <w:r w:rsidDel="00000000" w:rsidR="00000000" w:rsidRPr="00000000">
        <w:rPr>
          <w:rtl w:val="0"/>
        </w:rPr>
        <w:t xml:space="preserve">Teach clients to use their body as a barometer:</w:t>
      </w:r>
    </w:p>
    <w:p w:rsidR="00000000" w:rsidDel="00000000" w:rsidP="00000000" w:rsidRDefault="00000000" w:rsidRPr="00000000" w14:paraId="000002EA">
      <w:pPr>
        <w:spacing w:after="240" w:before="240" w:line="480" w:lineRule="auto"/>
        <w:rPr/>
      </w:pPr>
      <w:r w:rsidDel="00000000" w:rsidR="00000000" w:rsidRPr="00000000">
        <w:rPr>
          <w:rtl w:val="0"/>
        </w:rPr>
        <w:t xml:space="preserve">Tension = hesitation or fear</w:t>
      </w:r>
    </w:p>
    <w:p w:rsidR="00000000" w:rsidDel="00000000" w:rsidP="00000000" w:rsidRDefault="00000000" w:rsidRPr="00000000" w14:paraId="000002EB">
      <w:pPr>
        <w:spacing w:after="240" w:before="240" w:line="480" w:lineRule="auto"/>
        <w:rPr/>
      </w:pPr>
      <w:r w:rsidDel="00000000" w:rsidR="00000000" w:rsidRPr="00000000">
        <w:rPr>
          <w:rtl w:val="0"/>
        </w:rPr>
        <w:t xml:space="preserve">Constriction = inauthenticity</w:t>
      </w:r>
    </w:p>
    <w:p w:rsidR="00000000" w:rsidDel="00000000" w:rsidP="00000000" w:rsidRDefault="00000000" w:rsidRPr="00000000" w14:paraId="000002EC">
      <w:pPr>
        <w:spacing w:after="240" w:before="240" w:line="480" w:lineRule="auto"/>
        <w:rPr/>
      </w:pPr>
      <w:r w:rsidDel="00000000" w:rsidR="00000000" w:rsidRPr="00000000">
        <w:rPr>
          <w:rtl w:val="0"/>
        </w:rPr>
        <w:t xml:space="preserve">Ease = alignment</w:t>
      </w:r>
    </w:p>
    <w:p w:rsidR="00000000" w:rsidDel="00000000" w:rsidP="00000000" w:rsidRDefault="00000000" w:rsidRPr="00000000" w14:paraId="000002ED">
      <w:pPr>
        <w:spacing w:after="240" w:before="240" w:line="480" w:lineRule="auto"/>
        <w:rPr/>
      </w:pPr>
      <w:r w:rsidDel="00000000" w:rsidR="00000000" w:rsidRPr="00000000">
        <w:rPr>
          <w:rtl w:val="0"/>
        </w:rPr>
        <w:t xml:space="preserve">Ask: “What does your body feel when you say yes — and mean no?”</w:t>
      </w:r>
    </w:p>
    <w:p w:rsidR="00000000" w:rsidDel="00000000" w:rsidP="00000000" w:rsidRDefault="00000000" w:rsidRPr="00000000" w14:paraId="000002EE">
      <w:pPr>
        <w:spacing w:after="240" w:before="240" w:line="480" w:lineRule="auto"/>
        <w:rPr/>
      </w:pPr>
      <w:r w:rsidDel="00000000" w:rsidR="00000000" w:rsidRPr="00000000">
        <w:rPr>
          <w:rtl w:val="0"/>
        </w:rPr>
        <w:t xml:space="preserve">Personal Story: The Boundary That Changed Everything</w:t>
      </w:r>
    </w:p>
    <w:p w:rsidR="00000000" w:rsidDel="00000000" w:rsidP="00000000" w:rsidRDefault="00000000" w:rsidRPr="00000000" w14:paraId="000002EF">
      <w:pPr>
        <w:spacing w:after="240" w:before="240" w:line="480" w:lineRule="auto"/>
        <w:rPr/>
      </w:pPr>
      <w:r w:rsidDel="00000000" w:rsidR="00000000" w:rsidRPr="00000000">
        <w:rPr>
          <w:rtl w:val="0"/>
        </w:rPr>
        <w:t xml:space="preserve">Years ago, I was working in a setting that praised overachievement and penalized humanity. I was praised for taking extra clients, never calling in sick, answering emails after hours.</w:t>
      </w:r>
    </w:p>
    <w:p w:rsidR="00000000" w:rsidDel="00000000" w:rsidP="00000000" w:rsidRDefault="00000000" w:rsidRPr="00000000" w14:paraId="000002F0">
      <w:pPr>
        <w:spacing w:after="240" w:before="240" w:line="480" w:lineRule="auto"/>
        <w:rPr/>
      </w:pPr>
      <w:r w:rsidDel="00000000" w:rsidR="00000000" w:rsidRPr="00000000">
        <w:rPr>
          <w:rtl w:val="0"/>
        </w:rPr>
        <w:t xml:space="preserve">One day, my son needed me. Really needed me. And I hesitated — not because I didn’t love him, but because I was afraid of how work would respond. I realized then: I had traded my own values for someone else’s expectations.</w:t>
      </w:r>
    </w:p>
    <w:p w:rsidR="00000000" w:rsidDel="00000000" w:rsidP="00000000" w:rsidRDefault="00000000" w:rsidRPr="00000000" w14:paraId="000002F1">
      <w:pPr>
        <w:spacing w:after="240" w:before="240" w:line="480" w:lineRule="auto"/>
        <w:rPr/>
      </w:pPr>
      <w:r w:rsidDel="00000000" w:rsidR="00000000" w:rsidRPr="00000000">
        <w:rPr>
          <w:rtl w:val="0"/>
        </w:rPr>
        <w:t xml:space="preserve">I resigned the next week. It was terrifying. It was freeing. It was the first time I said, “I matter, too.”</w:t>
      </w:r>
    </w:p>
    <w:p w:rsidR="00000000" w:rsidDel="00000000" w:rsidP="00000000" w:rsidRDefault="00000000" w:rsidRPr="00000000" w14:paraId="000002F2">
      <w:pPr>
        <w:spacing w:after="240" w:before="240" w:line="480" w:lineRule="auto"/>
        <w:rPr/>
      </w:pPr>
      <w:r w:rsidDel="00000000" w:rsidR="00000000" w:rsidRPr="00000000">
        <w:rPr>
          <w:rtl w:val="0"/>
        </w:rPr>
        <w:t xml:space="preserve">That boundary cost me a job. It gave me back my soul.</w:t>
      </w:r>
    </w:p>
    <w:p w:rsidR="00000000" w:rsidDel="00000000" w:rsidP="00000000" w:rsidRDefault="00000000" w:rsidRPr="00000000" w14:paraId="000002F3">
      <w:pPr>
        <w:spacing w:after="240" w:before="240" w:line="480" w:lineRule="auto"/>
        <w:rPr/>
      </w:pPr>
      <w:r w:rsidDel="00000000" w:rsidR="00000000" w:rsidRPr="00000000">
        <w:rPr>
          <w:rtl w:val="0"/>
        </w:rPr>
        <w:t xml:space="preserve">Journal Prompts:</w:t>
      </w:r>
    </w:p>
    <w:p w:rsidR="00000000" w:rsidDel="00000000" w:rsidP="00000000" w:rsidRDefault="00000000" w:rsidRPr="00000000" w14:paraId="000002F4">
      <w:pPr>
        <w:spacing w:after="240" w:before="240" w:line="480" w:lineRule="auto"/>
        <w:rPr/>
      </w:pPr>
      <w:r w:rsidDel="00000000" w:rsidR="00000000" w:rsidRPr="00000000">
        <w:rPr>
          <w:rtl w:val="0"/>
        </w:rPr>
        <w:t xml:space="preserve">Where am I saying yes when I want to say no?</w:t>
      </w:r>
    </w:p>
    <w:p w:rsidR="00000000" w:rsidDel="00000000" w:rsidP="00000000" w:rsidRDefault="00000000" w:rsidRPr="00000000" w14:paraId="000002F5">
      <w:pPr>
        <w:spacing w:after="240" w:before="240" w:line="480" w:lineRule="auto"/>
        <w:rPr/>
      </w:pPr>
      <w:r w:rsidDel="00000000" w:rsidR="00000000" w:rsidRPr="00000000">
        <w:rPr>
          <w:rtl w:val="0"/>
        </w:rPr>
        <w:t xml:space="preserve">What is one boundary I need to set in the next week — and what’s the smallest way I can begin?</w:t>
      </w:r>
    </w:p>
    <w:p w:rsidR="00000000" w:rsidDel="00000000" w:rsidP="00000000" w:rsidRDefault="00000000" w:rsidRPr="00000000" w14:paraId="000002F6">
      <w:pPr>
        <w:spacing w:after="240" w:before="240" w:line="480" w:lineRule="auto"/>
        <w:rPr/>
      </w:pPr>
      <w:r w:rsidDel="00000000" w:rsidR="00000000" w:rsidRPr="00000000">
        <w:rPr>
          <w:rtl w:val="0"/>
        </w:rPr>
        <w:t xml:space="preserve">What part of me believes setting boundaries makes me “bad” — and where did that belief come from?</w:t>
      </w:r>
    </w:p>
    <w:p w:rsidR="00000000" w:rsidDel="00000000" w:rsidP="00000000" w:rsidRDefault="00000000" w:rsidRPr="00000000" w14:paraId="000002F7">
      <w:pPr>
        <w:spacing w:after="240" w:before="240" w:line="480" w:lineRule="auto"/>
        <w:rPr/>
      </w:pPr>
      <w:r w:rsidDel="00000000" w:rsidR="00000000" w:rsidRPr="00000000">
        <w:rPr>
          <w:rtl w:val="0"/>
        </w:rPr>
        <w:t xml:space="preserve">Mantra of the Chapter:</w:t>
      </w:r>
    </w:p>
    <w:p w:rsidR="00000000" w:rsidDel="00000000" w:rsidP="00000000" w:rsidRDefault="00000000" w:rsidRPr="00000000" w14:paraId="000002F8">
      <w:pPr>
        <w:spacing w:after="240" w:before="240" w:line="480" w:lineRule="auto"/>
        <w:rPr/>
      </w:pPr>
      <w:r w:rsidDel="00000000" w:rsidR="00000000" w:rsidRPr="00000000">
        <w:rPr>
          <w:rtl w:val="0"/>
        </w:rPr>
        <w:t xml:space="preserve">“Saying no is not rejection — it’s self-respect. I can love you and still choose me.”</w:t>
      </w:r>
    </w:p>
    <w:p w:rsidR="00000000" w:rsidDel="00000000" w:rsidP="00000000" w:rsidRDefault="00000000" w:rsidRPr="00000000" w14:paraId="000002F9">
      <w:pPr>
        <w:spacing w:after="240" w:before="240" w:line="480" w:lineRule="auto"/>
        <w:rPr>
          <w:b w:val="1"/>
        </w:rPr>
      </w:pPr>
      <w:r w:rsidDel="00000000" w:rsidR="00000000" w:rsidRPr="00000000">
        <w:rPr>
          <w:b w:val="1"/>
          <w:rtl w:val="0"/>
        </w:rPr>
        <w:t xml:space="preserve">Chapter 11: Building Boundaries — Protecting Your Energy as a Clinician</w:t>
      </w:r>
    </w:p>
    <w:p w:rsidR="00000000" w:rsidDel="00000000" w:rsidP="00000000" w:rsidRDefault="00000000" w:rsidRPr="00000000" w14:paraId="000002FA">
      <w:pPr>
        <w:spacing w:after="240" w:before="240" w:line="480" w:lineRule="auto"/>
        <w:rPr/>
      </w:pPr>
      <w:r w:rsidDel="00000000" w:rsidR="00000000" w:rsidRPr="00000000">
        <w:rPr>
          <w:rtl w:val="0"/>
        </w:rPr>
        <w:t xml:space="preserve">Boundaries are not walls — they are gates, opening and closing in response to the needs of the moment. As clinicians, our energy is precious, and learning how to set and maintain boundaries is crucial to staying grounded in this work.</w:t>
      </w:r>
    </w:p>
    <w:p w:rsidR="00000000" w:rsidDel="00000000" w:rsidP="00000000" w:rsidRDefault="00000000" w:rsidRPr="00000000" w14:paraId="000002FB">
      <w:pPr>
        <w:spacing w:after="240" w:before="240" w:line="480" w:lineRule="auto"/>
        <w:rPr/>
      </w:pPr>
      <w:r w:rsidDel="00000000" w:rsidR="00000000" w:rsidRPr="00000000">
        <w:rPr>
          <w:rtl w:val="0"/>
        </w:rPr>
        <w:t xml:space="preserve">This chapter provides practical guidance for establishing boundaries with clients, colleagues, and ourselves. We explore emotional boundaries, time boundaries, and energetic boundaries.</w:t>
      </w:r>
    </w:p>
    <w:p w:rsidR="00000000" w:rsidDel="00000000" w:rsidP="00000000" w:rsidRDefault="00000000" w:rsidRPr="00000000" w14:paraId="000002FC">
      <w:pPr>
        <w:spacing w:after="240" w:before="240" w:line="480" w:lineRule="auto"/>
        <w:rPr/>
      </w:pPr>
      <w:r w:rsidDel="00000000" w:rsidR="00000000" w:rsidRPr="00000000">
        <w:rPr>
          <w:rtl w:val="0"/>
        </w:rPr>
        <w:t xml:space="preserve">Includes: Boundary Setting Worksheet, Protecting Your Energy Meditation, and a Boundary Assessment Tool.</w:t>
      </w:r>
    </w:p>
    <w:p w:rsidR="00000000" w:rsidDel="00000000" w:rsidP="00000000" w:rsidRDefault="00000000" w:rsidRPr="00000000" w14:paraId="000002FD">
      <w:pPr>
        <w:spacing w:after="240" w:before="240" w:line="480" w:lineRule="auto"/>
        <w:rPr/>
      </w:pPr>
      <w:r w:rsidDel="00000000" w:rsidR="00000000" w:rsidRPr="00000000">
        <w:rPr>
          <w:rtl w:val="0"/>
        </w:rPr>
        <w:t xml:space="preserve">Grief is not just what happens after death.</w:t>
      </w:r>
    </w:p>
    <w:p w:rsidR="00000000" w:rsidDel="00000000" w:rsidP="00000000" w:rsidRDefault="00000000" w:rsidRPr="00000000" w14:paraId="000002FE">
      <w:pPr>
        <w:spacing w:after="240" w:before="240" w:line="480" w:lineRule="auto"/>
        <w:rPr/>
      </w:pPr>
      <w:r w:rsidDel="00000000" w:rsidR="00000000" w:rsidRPr="00000000">
        <w:rPr>
          <w:rtl w:val="0"/>
        </w:rPr>
        <w:t xml:space="preserve">It’s what happens after change.</w:t>
      </w:r>
    </w:p>
    <w:p w:rsidR="00000000" w:rsidDel="00000000" w:rsidP="00000000" w:rsidRDefault="00000000" w:rsidRPr="00000000" w14:paraId="000002FF">
      <w:pPr>
        <w:spacing w:after="240" w:before="240" w:line="480" w:lineRule="auto"/>
        <w:rPr/>
      </w:pPr>
      <w:r w:rsidDel="00000000" w:rsidR="00000000" w:rsidRPr="00000000">
        <w:rPr>
          <w:rtl w:val="0"/>
        </w:rPr>
        <w:t xml:space="preserve">After disappointment.</w:t>
      </w:r>
    </w:p>
    <w:p w:rsidR="00000000" w:rsidDel="00000000" w:rsidP="00000000" w:rsidRDefault="00000000" w:rsidRPr="00000000" w14:paraId="00000300">
      <w:pPr>
        <w:spacing w:after="240" w:before="240" w:line="480" w:lineRule="auto"/>
        <w:rPr/>
      </w:pPr>
      <w:r w:rsidDel="00000000" w:rsidR="00000000" w:rsidRPr="00000000">
        <w:rPr>
          <w:rtl w:val="0"/>
        </w:rPr>
        <w:t xml:space="preserve">After a dream ends quietly.</w:t>
      </w:r>
    </w:p>
    <w:p w:rsidR="00000000" w:rsidDel="00000000" w:rsidP="00000000" w:rsidRDefault="00000000" w:rsidRPr="00000000" w14:paraId="00000301">
      <w:pPr>
        <w:spacing w:after="240" w:before="240" w:line="480" w:lineRule="auto"/>
        <w:rPr/>
      </w:pPr>
      <w:r w:rsidDel="00000000" w:rsidR="00000000" w:rsidRPr="00000000">
        <w:rPr>
          <w:rtl w:val="0"/>
        </w:rPr>
        <w:t xml:space="preserve">After a client leaves suddenly.</w:t>
      </w:r>
    </w:p>
    <w:p w:rsidR="00000000" w:rsidDel="00000000" w:rsidP="00000000" w:rsidRDefault="00000000" w:rsidRPr="00000000" w14:paraId="00000302">
      <w:pPr>
        <w:spacing w:after="240" w:before="240" w:line="480" w:lineRule="auto"/>
        <w:rPr/>
      </w:pPr>
      <w:r w:rsidDel="00000000" w:rsidR="00000000" w:rsidRPr="00000000">
        <w:rPr>
          <w:rtl w:val="0"/>
        </w:rPr>
        <w:t xml:space="preserve">After you lose the version of you that used to believe everything would turn out a certain way.</w:t>
      </w:r>
    </w:p>
    <w:p w:rsidR="00000000" w:rsidDel="00000000" w:rsidP="00000000" w:rsidRDefault="00000000" w:rsidRPr="00000000" w14:paraId="00000303">
      <w:pPr>
        <w:spacing w:after="240" w:before="240" w:line="480" w:lineRule="auto"/>
        <w:rPr/>
      </w:pPr>
      <w:r w:rsidDel="00000000" w:rsidR="00000000" w:rsidRPr="00000000">
        <w:rPr>
          <w:rtl w:val="0"/>
        </w:rPr>
        <w:t xml:space="preserve">Grief is not a problem to be solved. It’s an ache to be witnessed — with grace.</w:t>
      </w:r>
    </w:p>
    <w:p w:rsidR="00000000" w:rsidDel="00000000" w:rsidP="00000000" w:rsidRDefault="00000000" w:rsidRPr="00000000" w14:paraId="00000304">
      <w:pPr>
        <w:spacing w:after="240" w:before="240" w:line="480" w:lineRule="auto"/>
        <w:rPr/>
      </w:pPr>
      <w:r w:rsidDel="00000000" w:rsidR="00000000" w:rsidRPr="00000000">
        <w:rPr>
          <w:rtl w:val="0"/>
        </w:rPr>
        <w:t xml:space="preserve">The Many Faces of Grief</w:t>
      </w:r>
    </w:p>
    <w:p w:rsidR="00000000" w:rsidDel="00000000" w:rsidP="00000000" w:rsidRDefault="00000000" w:rsidRPr="00000000" w14:paraId="00000305">
      <w:pPr>
        <w:spacing w:after="240" w:before="240" w:line="480" w:lineRule="auto"/>
        <w:rPr/>
      </w:pPr>
      <w:r w:rsidDel="00000000" w:rsidR="00000000" w:rsidRPr="00000000">
        <w:rPr>
          <w:rtl w:val="0"/>
        </w:rPr>
        <w:t xml:space="preserve">Our clients often come in naming their symptoms: sadness, numbness, anxiety, lack of motivation. But underneath, there is almost always grief.</w:t>
      </w:r>
    </w:p>
    <w:p w:rsidR="00000000" w:rsidDel="00000000" w:rsidP="00000000" w:rsidRDefault="00000000" w:rsidRPr="00000000" w14:paraId="00000306">
      <w:pPr>
        <w:spacing w:after="240" w:before="240" w:line="480" w:lineRule="auto"/>
        <w:rPr/>
      </w:pPr>
      <w:r w:rsidDel="00000000" w:rsidR="00000000" w:rsidRPr="00000000">
        <w:rPr>
          <w:rtl w:val="0"/>
        </w:rPr>
        <w:t xml:space="preserve">Grief for a childhood that never felt safe</w:t>
      </w:r>
    </w:p>
    <w:p w:rsidR="00000000" w:rsidDel="00000000" w:rsidP="00000000" w:rsidRDefault="00000000" w:rsidRPr="00000000" w14:paraId="00000307">
      <w:pPr>
        <w:spacing w:after="240" w:before="240" w:line="480" w:lineRule="auto"/>
        <w:rPr/>
      </w:pPr>
      <w:r w:rsidDel="00000000" w:rsidR="00000000" w:rsidRPr="00000000">
        <w:rPr>
          <w:rtl w:val="0"/>
        </w:rPr>
        <w:t xml:space="preserve">Grief for a relationship that’s changed or ended</w:t>
      </w:r>
    </w:p>
    <w:p w:rsidR="00000000" w:rsidDel="00000000" w:rsidP="00000000" w:rsidRDefault="00000000" w:rsidRPr="00000000" w14:paraId="00000308">
      <w:pPr>
        <w:spacing w:after="240" w:before="240" w:line="480" w:lineRule="auto"/>
        <w:rPr/>
      </w:pPr>
      <w:r w:rsidDel="00000000" w:rsidR="00000000" w:rsidRPr="00000000">
        <w:rPr>
          <w:rtl w:val="0"/>
        </w:rPr>
        <w:t xml:space="preserve">Grief for a body that no longer feels like home</w:t>
      </w:r>
    </w:p>
    <w:p w:rsidR="00000000" w:rsidDel="00000000" w:rsidP="00000000" w:rsidRDefault="00000000" w:rsidRPr="00000000" w14:paraId="00000309">
      <w:pPr>
        <w:spacing w:after="240" w:before="240" w:line="480" w:lineRule="auto"/>
        <w:rPr/>
      </w:pPr>
      <w:r w:rsidDel="00000000" w:rsidR="00000000" w:rsidRPr="00000000">
        <w:rPr>
          <w:rtl w:val="0"/>
        </w:rPr>
        <w:t xml:space="preserve">Grief for who they were before the trauma</w:t>
      </w:r>
    </w:p>
    <w:p w:rsidR="00000000" w:rsidDel="00000000" w:rsidP="00000000" w:rsidRDefault="00000000" w:rsidRPr="00000000" w14:paraId="0000030A">
      <w:pPr>
        <w:spacing w:after="240" w:before="240" w:line="480" w:lineRule="auto"/>
        <w:rPr/>
      </w:pPr>
      <w:r w:rsidDel="00000000" w:rsidR="00000000" w:rsidRPr="00000000">
        <w:rPr>
          <w:rtl w:val="0"/>
        </w:rPr>
        <w:t xml:space="preserve">And for us as clinicians?</w:t>
      </w:r>
    </w:p>
    <w:p w:rsidR="00000000" w:rsidDel="00000000" w:rsidP="00000000" w:rsidRDefault="00000000" w:rsidRPr="00000000" w14:paraId="0000030B">
      <w:pPr>
        <w:spacing w:after="240" w:before="240" w:line="480" w:lineRule="auto"/>
        <w:rPr/>
      </w:pPr>
      <w:r w:rsidDel="00000000" w:rsidR="00000000" w:rsidRPr="00000000">
        <w:rPr>
          <w:rtl w:val="0"/>
        </w:rPr>
        <w:t xml:space="preserve">Grief when a client ghosted us</w:t>
      </w:r>
    </w:p>
    <w:p w:rsidR="00000000" w:rsidDel="00000000" w:rsidP="00000000" w:rsidRDefault="00000000" w:rsidRPr="00000000" w14:paraId="0000030C">
      <w:pPr>
        <w:spacing w:after="240" w:before="240" w:line="480" w:lineRule="auto"/>
        <w:rPr/>
      </w:pPr>
      <w:r w:rsidDel="00000000" w:rsidR="00000000" w:rsidRPr="00000000">
        <w:rPr>
          <w:rtl w:val="0"/>
        </w:rPr>
        <w:t xml:space="preserve">Grief when we knew we missed the moment to say something important</w:t>
      </w:r>
    </w:p>
    <w:p w:rsidR="00000000" w:rsidDel="00000000" w:rsidP="00000000" w:rsidRDefault="00000000" w:rsidRPr="00000000" w14:paraId="0000030D">
      <w:pPr>
        <w:spacing w:after="240" w:before="240" w:line="480" w:lineRule="auto"/>
        <w:rPr/>
      </w:pPr>
      <w:r w:rsidDel="00000000" w:rsidR="00000000" w:rsidRPr="00000000">
        <w:rPr>
          <w:rtl w:val="0"/>
        </w:rPr>
        <w:t xml:space="preserve">Grief when we realize we can’t help someone in the way they need</w:t>
      </w:r>
    </w:p>
    <w:p w:rsidR="00000000" w:rsidDel="00000000" w:rsidP="00000000" w:rsidRDefault="00000000" w:rsidRPr="00000000" w14:paraId="0000030E">
      <w:pPr>
        <w:spacing w:after="240" w:before="240" w:line="480" w:lineRule="auto"/>
        <w:rPr/>
      </w:pPr>
      <w:r w:rsidDel="00000000" w:rsidR="00000000" w:rsidRPr="00000000">
        <w:rPr>
          <w:rtl w:val="0"/>
        </w:rPr>
        <w:t xml:space="preserve">Grief when we keep showing up, even while breaking down inside</w:t>
      </w:r>
    </w:p>
    <w:p w:rsidR="00000000" w:rsidDel="00000000" w:rsidP="00000000" w:rsidRDefault="00000000" w:rsidRPr="00000000" w14:paraId="0000030F">
      <w:pPr>
        <w:spacing w:after="240" w:before="240" w:line="480" w:lineRule="auto"/>
        <w:rPr/>
      </w:pPr>
      <w:r w:rsidDel="00000000" w:rsidR="00000000" w:rsidRPr="00000000">
        <w:rPr>
          <w:rtl w:val="0"/>
        </w:rPr>
        <w:t xml:space="preserve">Unspoken grief builds silently. But when we speak it — name it — we give it form. And what has form can be held.</w:t>
      </w:r>
    </w:p>
    <w:p w:rsidR="00000000" w:rsidDel="00000000" w:rsidP="00000000" w:rsidRDefault="00000000" w:rsidRPr="00000000" w14:paraId="00000310">
      <w:pPr>
        <w:spacing w:after="240" w:before="240" w:line="480" w:lineRule="auto"/>
        <w:rPr/>
      </w:pPr>
      <w:r w:rsidDel="00000000" w:rsidR="00000000" w:rsidRPr="00000000">
        <w:rPr>
          <w:rtl w:val="0"/>
        </w:rPr>
        <w:t xml:space="preserve">Allowing Grief to Breathe</w:t>
      </w:r>
    </w:p>
    <w:p w:rsidR="00000000" w:rsidDel="00000000" w:rsidP="00000000" w:rsidRDefault="00000000" w:rsidRPr="00000000" w14:paraId="00000311">
      <w:pPr>
        <w:spacing w:after="240" w:before="240" w:line="480" w:lineRule="auto"/>
        <w:rPr/>
      </w:pPr>
      <w:r w:rsidDel="00000000" w:rsidR="00000000" w:rsidRPr="00000000">
        <w:rPr>
          <w:rtl w:val="0"/>
        </w:rPr>
        <w:t xml:space="preserve">According to Worden (2009), healthy grief includes acknowledging the loss, experiencing the pain, adjusting to the absence, and finding a new way to live. But these aren’t steps — they’re waves.</w:t>
      </w:r>
    </w:p>
    <w:p w:rsidR="00000000" w:rsidDel="00000000" w:rsidP="00000000" w:rsidRDefault="00000000" w:rsidRPr="00000000" w14:paraId="00000312">
      <w:pPr>
        <w:spacing w:after="240" w:before="240" w:line="480" w:lineRule="auto"/>
        <w:rPr/>
      </w:pPr>
      <w:r w:rsidDel="00000000" w:rsidR="00000000" w:rsidRPr="00000000">
        <w:rPr>
          <w:rtl w:val="0"/>
        </w:rPr>
        <w:t xml:space="preserve">Clients don’t need timelines. They need permission.</w:t>
      </w:r>
    </w:p>
    <w:p w:rsidR="00000000" w:rsidDel="00000000" w:rsidP="00000000" w:rsidRDefault="00000000" w:rsidRPr="00000000" w14:paraId="00000313">
      <w:pPr>
        <w:spacing w:after="240" w:before="240" w:line="480" w:lineRule="auto"/>
        <w:rPr/>
      </w:pPr>
      <w:r w:rsidDel="00000000" w:rsidR="00000000" w:rsidRPr="00000000">
        <w:rPr>
          <w:rtl w:val="0"/>
        </w:rPr>
        <w:t xml:space="preserve">“Grief doesn’t ask us to move on. It asks us to move with.”</w:t>
      </w:r>
    </w:p>
    <w:p w:rsidR="00000000" w:rsidDel="00000000" w:rsidP="00000000" w:rsidRDefault="00000000" w:rsidRPr="00000000" w14:paraId="00000314">
      <w:pPr>
        <w:spacing w:after="240" w:before="240" w:line="480" w:lineRule="auto"/>
        <w:rPr/>
      </w:pPr>
      <w:r w:rsidDel="00000000" w:rsidR="00000000" w:rsidRPr="00000000">
        <w:rPr>
          <w:rtl w:val="0"/>
        </w:rPr>
        <w:t xml:space="preserve">— C. Schroedel</w:t>
      </w:r>
    </w:p>
    <w:p w:rsidR="00000000" w:rsidDel="00000000" w:rsidP="00000000" w:rsidRDefault="00000000" w:rsidRPr="00000000" w14:paraId="00000315">
      <w:pPr>
        <w:spacing w:after="240" w:before="240" w:line="480" w:lineRule="auto"/>
        <w:rPr/>
      </w:pPr>
      <w:r w:rsidDel="00000000" w:rsidR="00000000" w:rsidRPr="00000000">
        <w:rPr>
          <w:rtl w:val="0"/>
        </w:rPr>
        <w:t xml:space="preserve">Client and Clinician Practices for Navigating Grief</w:t>
      </w:r>
    </w:p>
    <w:p w:rsidR="00000000" w:rsidDel="00000000" w:rsidP="00000000" w:rsidRDefault="00000000" w:rsidRPr="00000000" w14:paraId="00000316">
      <w:pPr>
        <w:spacing w:after="240" w:before="240" w:line="480" w:lineRule="auto"/>
        <w:rPr/>
      </w:pPr>
      <w:r w:rsidDel="00000000" w:rsidR="00000000" w:rsidRPr="00000000">
        <w:rPr>
          <w:rtl w:val="0"/>
        </w:rPr>
        <w:t xml:space="preserve">1. The Loss Inventory</w:t>
      </w:r>
    </w:p>
    <w:p w:rsidR="00000000" w:rsidDel="00000000" w:rsidP="00000000" w:rsidRDefault="00000000" w:rsidRPr="00000000" w14:paraId="00000317">
      <w:pPr>
        <w:spacing w:after="240" w:before="240" w:line="480" w:lineRule="auto"/>
        <w:rPr/>
      </w:pPr>
      <w:r w:rsidDel="00000000" w:rsidR="00000000" w:rsidRPr="00000000">
        <w:rPr>
          <w:rtl w:val="0"/>
        </w:rPr>
        <w:t xml:space="preserve">Clients name what they’ve lost — people, places, routines, beliefs, hopes.</w:t>
      </w:r>
    </w:p>
    <w:p w:rsidR="00000000" w:rsidDel="00000000" w:rsidP="00000000" w:rsidRDefault="00000000" w:rsidRPr="00000000" w14:paraId="00000318">
      <w:pPr>
        <w:spacing w:after="240" w:before="240" w:line="480" w:lineRule="auto"/>
        <w:rPr/>
      </w:pPr>
      <w:r w:rsidDel="00000000" w:rsidR="00000000" w:rsidRPr="00000000">
        <w:rPr>
          <w:rtl w:val="0"/>
        </w:rPr>
        <w:t xml:space="preserve">Ask:</w:t>
      </w:r>
    </w:p>
    <w:p w:rsidR="00000000" w:rsidDel="00000000" w:rsidP="00000000" w:rsidRDefault="00000000" w:rsidRPr="00000000" w14:paraId="00000319">
      <w:pPr>
        <w:spacing w:after="240" w:before="240" w:line="480" w:lineRule="auto"/>
        <w:rPr/>
      </w:pPr>
      <w:r w:rsidDel="00000000" w:rsidR="00000000" w:rsidRPr="00000000">
        <w:rPr>
          <w:rtl w:val="0"/>
        </w:rPr>
        <w:t xml:space="preserve">“What changed that you didn’t choose?”</w:t>
      </w:r>
    </w:p>
    <w:p w:rsidR="00000000" w:rsidDel="00000000" w:rsidP="00000000" w:rsidRDefault="00000000" w:rsidRPr="00000000" w14:paraId="0000031A">
      <w:pPr>
        <w:spacing w:after="240" w:before="240" w:line="480" w:lineRule="auto"/>
        <w:rPr/>
      </w:pPr>
      <w:r w:rsidDel="00000000" w:rsidR="00000000" w:rsidRPr="00000000">
        <w:rPr>
          <w:rtl w:val="0"/>
        </w:rPr>
        <w:t xml:space="preserve">“What are you still carrying?”</w:t>
      </w:r>
    </w:p>
    <w:p w:rsidR="00000000" w:rsidDel="00000000" w:rsidP="00000000" w:rsidRDefault="00000000" w:rsidRPr="00000000" w14:paraId="0000031B">
      <w:pPr>
        <w:spacing w:after="240" w:before="240" w:line="480" w:lineRule="auto"/>
        <w:rPr/>
      </w:pPr>
      <w:r w:rsidDel="00000000" w:rsidR="00000000" w:rsidRPr="00000000">
        <w:rPr>
          <w:rtl w:val="0"/>
        </w:rPr>
        <w:t xml:space="preserve">“What do you wish you could say goodbye to?”</w:t>
      </w:r>
    </w:p>
    <w:p w:rsidR="00000000" w:rsidDel="00000000" w:rsidP="00000000" w:rsidRDefault="00000000" w:rsidRPr="00000000" w14:paraId="0000031C">
      <w:pPr>
        <w:spacing w:after="240" w:before="240" w:line="480" w:lineRule="auto"/>
        <w:rPr/>
      </w:pPr>
      <w:r w:rsidDel="00000000" w:rsidR="00000000" w:rsidRPr="00000000">
        <w:rPr>
          <w:rtl w:val="0"/>
        </w:rPr>
        <w:t xml:space="preserve">This gives silent grief a voice.</w:t>
      </w:r>
    </w:p>
    <w:p w:rsidR="00000000" w:rsidDel="00000000" w:rsidP="00000000" w:rsidRDefault="00000000" w:rsidRPr="00000000" w14:paraId="0000031D">
      <w:pPr>
        <w:spacing w:after="240" w:before="240" w:line="480" w:lineRule="auto"/>
        <w:rPr/>
      </w:pPr>
      <w:r w:rsidDel="00000000" w:rsidR="00000000" w:rsidRPr="00000000">
        <w:rPr>
          <w:rtl w:val="0"/>
        </w:rPr>
        <w:t xml:space="preserve">2. Letter to the Loss</w:t>
      </w:r>
    </w:p>
    <w:p w:rsidR="00000000" w:rsidDel="00000000" w:rsidP="00000000" w:rsidRDefault="00000000" w:rsidRPr="00000000" w14:paraId="0000031E">
      <w:pPr>
        <w:spacing w:after="240" w:before="240" w:line="480" w:lineRule="auto"/>
        <w:rPr/>
      </w:pPr>
      <w:r w:rsidDel="00000000" w:rsidR="00000000" w:rsidRPr="00000000">
        <w:rPr>
          <w:rtl w:val="0"/>
        </w:rPr>
        <w:t xml:space="preserve">Have clients write a letter to what (or who) they’ve lost.</w:t>
      </w:r>
    </w:p>
    <w:p w:rsidR="00000000" w:rsidDel="00000000" w:rsidP="00000000" w:rsidRDefault="00000000" w:rsidRPr="00000000" w14:paraId="0000031F">
      <w:pPr>
        <w:spacing w:after="240" w:before="240" w:line="480" w:lineRule="auto"/>
        <w:rPr/>
      </w:pPr>
      <w:r w:rsidDel="00000000" w:rsidR="00000000" w:rsidRPr="00000000">
        <w:rPr>
          <w:rtl w:val="0"/>
        </w:rPr>
        <w:t xml:space="preserve">Prompts:</w:t>
      </w:r>
    </w:p>
    <w:p w:rsidR="00000000" w:rsidDel="00000000" w:rsidP="00000000" w:rsidRDefault="00000000" w:rsidRPr="00000000" w14:paraId="00000320">
      <w:pPr>
        <w:spacing w:after="240" w:before="240" w:line="480" w:lineRule="auto"/>
        <w:rPr/>
      </w:pPr>
      <w:r w:rsidDel="00000000" w:rsidR="00000000" w:rsidRPr="00000000">
        <w:rPr>
          <w:rtl w:val="0"/>
        </w:rPr>
        <w:t xml:space="preserve">“Thank you for…”</w:t>
      </w:r>
    </w:p>
    <w:p w:rsidR="00000000" w:rsidDel="00000000" w:rsidP="00000000" w:rsidRDefault="00000000" w:rsidRPr="00000000" w14:paraId="00000321">
      <w:pPr>
        <w:spacing w:after="240" w:before="240" w:line="480" w:lineRule="auto"/>
        <w:rPr/>
      </w:pPr>
      <w:r w:rsidDel="00000000" w:rsidR="00000000" w:rsidRPr="00000000">
        <w:rPr>
          <w:rtl w:val="0"/>
        </w:rPr>
        <w:t xml:space="preserve">“I wish I could have…”</w:t>
      </w:r>
    </w:p>
    <w:p w:rsidR="00000000" w:rsidDel="00000000" w:rsidP="00000000" w:rsidRDefault="00000000" w:rsidRPr="00000000" w14:paraId="00000322">
      <w:pPr>
        <w:spacing w:after="240" w:before="240" w:line="480" w:lineRule="auto"/>
        <w:rPr/>
      </w:pPr>
      <w:r w:rsidDel="00000000" w:rsidR="00000000" w:rsidRPr="00000000">
        <w:rPr>
          <w:rtl w:val="0"/>
        </w:rPr>
        <w:t xml:space="preserve">“I’m learning to…”</w:t>
      </w:r>
    </w:p>
    <w:p w:rsidR="00000000" w:rsidDel="00000000" w:rsidP="00000000" w:rsidRDefault="00000000" w:rsidRPr="00000000" w14:paraId="00000323">
      <w:pPr>
        <w:spacing w:after="240" w:before="240" w:line="480" w:lineRule="auto"/>
        <w:rPr/>
      </w:pPr>
      <w:r w:rsidDel="00000000" w:rsidR="00000000" w:rsidRPr="00000000">
        <w:rPr>
          <w:rtl w:val="0"/>
        </w:rPr>
        <w:t xml:space="preserve">“Goodbye, for now…”</w:t>
      </w:r>
    </w:p>
    <w:p w:rsidR="00000000" w:rsidDel="00000000" w:rsidP="00000000" w:rsidRDefault="00000000" w:rsidRPr="00000000" w14:paraId="00000324">
      <w:pPr>
        <w:spacing w:after="240" w:before="240" w:line="480" w:lineRule="auto"/>
        <w:rPr/>
      </w:pPr>
      <w:r w:rsidDel="00000000" w:rsidR="00000000" w:rsidRPr="00000000">
        <w:rPr>
          <w:rtl w:val="0"/>
        </w:rPr>
        <w:t xml:space="preserve">This can be burned, shredded, read aloud, or ritualized.</w:t>
      </w:r>
    </w:p>
    <w:p w:rsidR="00000000" w:rsidDel="00000000" w:rsidP="00000000" w:rsidRDefault="00000000" w:rsidRPr="00000000" w14:paraId="00000325">
      <w:pPr>
        <w:spacing w:after="240" w:before="240" w:line="480" w:lineRule="auto"/>
        <w:rPr/>
      </w:pPr>
      <w:r w:rsidDel="00000000" w:rsidR="00000000" w:rsidRPr="00000000">
        <w:rPr>
          <w:rtl w:val="0"/>
        </w:rPr>
        <w:t xml:space="preserve">3. The Grief Bowl Ritual</w:t>
      </w:r>
    </w:p>
    <w:p w:rsidR="00000000" w:rsidDel="00000000" w:rsidP="00000000" w:rsidRDefault="00000000" w:rsidRPr="00000000" w14:paraId="00000326">
      <w:pPr>
        <w:spacing w:after="240" w:before="240" w:line="480" w:lineRule="auto"/>
        <w:rPr/>
      </w:pPr>
      <w:r w:rsidDel="00000000" w:rsidR="00000000" w:rsidRPr="00000000">
        <w:rPr>
          <w:rtl w:val="0"/>
        </w:rPr>
        <w:t xml:space="preserve">Together, create a “grief bowl” — a small container to hold written griefs, one by one, throughout the week or therapy process. At the end of the month, the client may release them through a chosen ritual.</w:t>
      </w:r>
    </w:p>
    <w:p w:rsidR="00000000" w:rsidDel="00000000" w:rsidP="00000000" w:rsidRDefault="00000000" w:rsidRPr="00000000" w14:paraId="00000327">
      <w:pPr>
        <w:spacing w:after="240" w:before="240" w:line="480" w:lineRule="auto"/>
        <w:rPr/>
      </w:pPr>
      <w:r w:rsidDel="00000000" w:rsidR="00000000" w:rsidRPr="00000000">
        <w:rPr>
          <w:rtl w:val="0"/>
        </w:rPr>
        <w:t xml:space="preserve">It offers structure without restriction.</w:t>
      </w:r>
    </w:p>
    <w:p w:rsidR="00000000" w:rsidDel="00000000" w:rsidP="00000000" w:rsidRDefault="00000000" w:rsidRPr="00000000" w14:paraId="00000328">
      <w:pPr>
        <w:spacing w:after="240" w:before="240" w:line="480" w:lineRule="auto"/>
        <w:rPr/>
      </w:pPr>
      <w:r w:rsidDel="00000000" w:rsidR="00000000" w:rsidRPr="00000000">
        <w:rPr>
          <w:rtl w:val="0"/>
        </w:rPr>
        <w:t xml:space="preserve">Personal Story: My Grief Was Not Loud — But It Was Heavy</w:t>
      </w:r>
    </w:p>
    <w:p w:rsidR="00000000" w:rsidDel="00000000" w:rsidP="00000000" w:rsidRDefault="00000000" w:rsidRPr="00000000" w14:paraId="00000329">
      <w:pPr>
        <w:spacing w:after="240" w:before="240" w:line="480" w:lineRule="auto"/>
        <w:rPr/>
      </w:pPr>
      <w:r w:rsidDel="00000000" w:rsidR="00000000" w:rsidRPr="00000000">
        <w:rPr>
          <w:rtl w:val="0"/>
        </w:rPr>
        <w:t xml:space="preserve">I once lost a client I adored — not to death, but to distance. She stopped coming. No explanation. No goodbye.</w:t>
      </w:r>
    </w:p>
    <w:p w:rsidR="00000000" w:rsidDel="00000000" w:rsidP="00000000" w:rsidRDefault="00000000" w:rsidRPr="00000000" w14:paraId="0000032A">
      <w:pPr>
        <w:spacing w:after="240" w:before="240" w:line="480" w:lineRule="auto"/>
        <w:rPr/>
      </w:pPr>
      <w:r w:rsidDel="00000000" w:rsidR="00000000" w:rsidRPr="00000000">
        <w:rPr>
          <w:rtl w:val="0"/>
        </w:rPr>
        <w:t xml:space="preserve">I knew the therapeutic frame. I knew not to take it personally.</w:t>
      </w:r>
    </w:p>
    <w:p w:rsidR="00000000" w:rsidDel="00000000" w:rsidP="00000000" w:rsidRDefault="00000000" w:rsidRPr="00000000" w14:paraId="0000032B">
      <w:pPr>
        <w:spacing w:after="240" w:before="240" w:line="480" w:lineRule="auto"/>
        <w:rPr/>
      </w:pPr>
      <w:r w:rsidDel="00000000" w:rsidR="00000000" w:rsidRPr="00000000">
        <w:rPr>
          <w:rtl w:val="0"/>
        </w:rPr>
        <w:t xml:space="preserve">And yet, I grieved. Not just her absence, but the hope I’d held for her healing.</w:t>
      </w:r>
    </w:p>
    <w:p w:rsidR="00000000" w:rsidDel="00000000" w:rsidP="00000000" w:rsidRDefault="00000000" w:rsidRPr="00000000" w14:paraId="0000032C">
      <w:pPr>
        <w:spacing w:after="240" w:before="240" w:line="480" w:lineRule="auto"/>
        <w:rPr/>
      </w:pPr>
      <w:r w:rsidDel="00000000" w:rsidR="00000000" w:rsidRPr="00000000">
        <w:rPr>
          <w:rtl w:val="0"/>
        </w:rPr>
        <w:t xml:space="preserve">I didn’t talk about it — not right away. I felt silly grieving something I’d been trained to handle. But when I finally named it in supervision, I cried. And those tears didn’t make me unprofessional. They made me human.</w:t>
      </w:r>
    </w:p>
    <w:p w:rsidR="00000000" w:rsidDel="00000000" w:rsidP="00000000" w:rsidRDefault="00000000" w:rsidRPr="00000000" w14:paraId="0000032D">
      <w:pPr>
        <w:spacing w:after="240" w:before="240" w:line="480" w:lineRule="auto"/>
        <w:rPr/>
      </w:pPr>
      <w:r w:rsidDel="00000000" w:rsidR="00000000" w:rsidRPr="00000000">
        <w:rPr>
          <w:rtl w:val="0"/>
        </w:rPr>
        <w:t xml:space="preserve">Clinician grief is real. Let’s stop pretending it’s not.</w:t>
      </w:r>
    </w:p>
    <w:p w:rsidR="00000000" w:rsidDel="00000000" w:rsidP="00000000" w:rsidRDefault="00000000" w:rsidRPr="00000000" w14:paraId="0000032E">
      <w:pPr>
        <w:spacing w:after="240" w:before="240" w:line="480" w:lineRule="auto"/>
        <w:rPr/>
      </w:pPr>
      <w:r w:rsidDel="00000000" w:rsidR="00000000" w:rsidRPr="00000000">
        <w:rPr>
          <w:rtl w:val="0"/>
        </w:rPr>
        <w:t xml:space="preserve">Journal Prompts:</w:t>
      </w:r>
    </w:p>
    <w:p w:rsidR="00000000" w:rsidDel="00000000" w:rsidP="00000000" w:rsidRDefault="00000000" w:rsidRPr="00000000" w14:paraId="0000032F">
      <w:pPr>
        <w:spacing w:after="240" w:before="240" w:line="480" w:lineRule="auto"/>
        <w:rPr/>
      </w:pPr>
      <w:r w:rsidDel="00000000" w:rsidR="00000000" w:rsidRPr="00000000">
        <w:rPr>
          <w:rtl w:val="0"/>
        </w:rPr>
        <w:t xml:space="preserve">What grief have I not given myself space to name?</w:t>
      </w:r>
    </w:p>
    <w:p w:rsidR="00000000" w:rsidDel="00000000" w:rsidP="00000000" w:rsidRDefault="00000000" w:rsidRPr="00000000" w14:paraId="00000330">
      <w:pPr>
        <w:spacing w:after="240" w:before="240" w:line="480" w:lineRule="auto"/>
        <w:rPr/>
      </w:pPr>
      <w:r w:rsidDel="00000000" w:rsidR="00000000" w:rsidRPr="00000000">
        <w:rPr>
          <w:rtl w:val="0"/>
        </w:rPr>
        <w:t xml:space="preserve">What has changed in my life that I never got to grieve?</w:t>
      </w:r>
    </w:p>
    <w:p w:rsidR="00000000" w:rsidDel="00000000" w:rsidP="00000000" w:rsidRDefault="00000000" w:rsidRPr="00000000" w14:paraId="00000331">
      <w:pPr>
        <w:spacing w:after="240" w:before="240" w:line="480" w:lineRule="auto"/>
        <w:rPr/>
      </w:pPr>
      <w:r w:rsidDel="00000000" w:rsidR="00000000" w:rsidRPr="00000000">
        <w:rPr>
          <w:rtl w:val="0"/>
        </w:rPr>
        <w:t xml:space="preserve">What part of me has grown because I allowed grief to move through?</w:t>
      </w:r>
    </w:p>
    <w:p w:rsidR="00000000" w:rsidDel="00000000" w:rsidP="00000000" w:rsidRDefault="00000000" w:rsidRPr="00000000" w14:paraId="00000332">
      <w:pPr>
        <w:spacing w:after="240" w:before="240" w:line="480" w:lineRule="auto"/>
        <w:rPr/>
      </w:pPr>
      <w:r w:rsidDel="00000000" w:rsidR="00000000" w:rsidRPr="00000000">
        <w:rPr>
          <w:rtl w:val="0"/>
        </w:rPr>
        <w:t xml:space="preserve">Mantra of the Chapter:</w:t>
      </w:r>
    </w:p>
    <w:p w:rsidR="00000000" w:rsidDel="00000000" w:rsidP="00000000" w:rsidRDefault="00000000" w:rsidRPr="00000000" w14:paraId="00000333">
      <w:pPr>
        <w:spacing w:after="240" w:before="240" w:line="480" w:lineRule="auto"/>
        <w:rPr/>
      </w:pPr>
      <w:r w:rsidDel="00000000" w:rsidR="00000000" w:rsidRPr="00000000">
        <w:rPr>
          <w:rtl w:val="0"/>
        </w:rPr>
        <w:t xml:space="preserve">“Grief is not weakness. It is proof that I have loved, that I have hoped, that I have cared deeply.”</w:t>
      </w:r>
    </w:p>
    <w:p w:rsidR="00000000" w:rsidDel="00000000" w:rsidP="00000000" w:rsidRDefault="00000000" w:rsidRPr="00000000" w14:paraId="00000334">
      <w:pPr>
        <w:spacing w:after="240" w:before="240" w:line="480" w:lineRule="auto"/>
        <w:rPr>
          <w:b w:val="1"/>
        </w:rPr>
      </w:pPr>
      <w:r w:rsidDel="00000000" w:rsidR="00000000" w:rsidRPr="00000000">
        <w:rPr>
          <w:b w:val="1"/>
          <w:rtl w:val="0"/>
        </w:rPr>
        <w:t xml:space="preserve">Chapter 12: Soulful Reflection — Cultivating a Practice of Self-Inquiry and Growth</w:t>
      </w:r>
    </w:p>
    <w:p w:rsidR="00000000" w:rsidDel="00000000" w:rsidP="00000000" w:rsidRDefault="00000000" w:rsidRPr="00000000" w14:paraId="00000335">
      <w:pPr>
        <w:spacing w:after="240" w:before="240" w:line="480" w:lineRule="auto"/>
        <w:rPr/>
      </w:pPr>
      <w:r w:rsidDel="00000000" w:rsidR="00000000" w:rsidRPr="00000000">
        <w:rPr>
          <w:rtl w:val="0"/>
        </w:rPr>
        <w:t xml:space="preserve">You did not arrive at this work by accident.</w:t>
      </w:r>
    </w:p>
    <w:p w:rsidR="00000000" w:rsidDel="00000000" w:rsidP="00000000" w:rsidRDefault="00000000" w:rsidRPr="00000000" w14:paraId="00000336">
      <w:pPr>
        <w:spacing w:after="240" w:before="240" w:line="480" w:lineRule="auto"/>
        <w:rPr/>
      </w:pPr>
      <w:r w:rsidDel="00000000" w:rsidR="00000000" w:rsidRPr="00000000">
        <w:rPr>
          <w:rtl w:val="0"/>
        </w:rPr>
        <w:t xml:space="preserve">Whether it was a calling, a crisis, a personal breakthrough, or a thousand quiet collapses — you found your way here. You became a clinician not just because you care about people, but because you know what it’s like to ache. To long. To grieve. To rebuild. You carry your story into the room. And that is not a weakness — it is your rooted light.</w:t>
      </w:r>
    </w:p>
    <w:p w:rsidR="00000000" w:rsidDel="00000000" w:rsidP="00000000" w:rsidRDefault="00000000" w:rsidRPr="00000000" w14:paraId="00000337">
      <w:pPr>
        <w:spacing w:after="240" w:before="240" w:line="480" w:lineRule="auto"/>
        <w:rPr/>
      </w:pPr>
      <w:r w:rsidDel="00000000" w:rsidR="00000000" w:rsidRPr="00000000">
        <w:rPr>
          <w:rtl w:val="0"/>
        </w:rPr>
        <w:t xml:space="preserve">Rooted Light Is Lived, Not Performed</w:t>
      </w:r>
    </w:p>
    <w:p w:rsidR="00000000" w:rsidDel="00000000" w:rsidP="00000000" w:rsidRDefault="00000000" w:rsidRPr="00000000" w14:paraId="00000338">
      <w:pPr>
        <w:spacing w:after="240" w:before="240" w:line="480" w:lineRule="auto"/>
        <w:rPr/>
      </w:pPr>
      <w:r w:rsidDel="00000000" w:rsidR="00000000" w:rsidRPr="00000000">
        <w:rPr>
          <w:rtl w:val="0"/>
        </w:rPr>
        <w:t xml:space="preserve">You are not here to be perfect.</w:t>
      </w:r>
    </w:p>
    <w:p w:rsidR="00000000" w:rsidDel="00000000" w:rsidP="00000000" w:rsidRDefault="00000000" w:rsidRPr="00000000" w14:paraId="00000339">
      <w:pPr>
        <w:spacing w:after="240" w:before="240" w:line="480" w:lineRule="auto"/>
        <w:rPr/>
      </w:pPr>
      <w:r w:rsidDel="00000000" w:rsidR="00000000" w:rsidRPr="00000000">
        <w:rPr>
          <w:rtl w:val="0"/>
        </w:rPr>
        <w:t xml:space="preserve">You are here to be present.</w:t>
      </w:r>
    </w:p>
    <w:p w:rsidR="00000000" w:rsidDel="00000000" w:rsidP="00000000" w:rsidRDefault="00000000" w:rsidRPr="00000000" w14:paraId="0000033A">
      <w:pPr>
        <w:spacing w:after="240" w:before="240" w:line="480" w:lineRule="auto"/>
        <w:rPr/>
      </w:pPr>
      <w:r w:rsidDel="00000000" w:rsidR="00000000" w:rsidRPr="00000000">
        <w:rPr>
          <w:rtl w:val="0"/>
        </w:rPr>
        <w:t xml:space="preserve">You are not here to impress your clients.</w:t>
      </w:r>
    </w:p>
    <w:p w:rsidR="00000000" w:rsidDel="00000000" w:rsidP="00000000" w:rsidRDefault="00000000" w:rsidRPr="00000000" w14:paraId="0000033B">
      <w:pPr>
        <w:spacing w:after="240" w:before="240" w:line="480" w:lineRule="auto"/>
        <w:rPr/>
      </w:pPr>
      <w:r w:rsidDel="00000000" w:rsidR="00000000" w:rsidRPr="00000000">
        <w:rPr>
          <w:rtl w:val="0"/>
        </w:rPr>
        <w:t xml:space="preserve">You are here to hold them — while staying whole yourself.</w:t>
      </w:r>
    </w:p>
    <w:p w:rsidR="00000000" w:rsidDel="00000000" w:rsidP="00000000" w:rsidRDefault="00000000" w:rsidRPr="00000000" w14:paraId="0000033C">
      <w:pPr>
        <w:spacing w:after="240" w:before="240" w:line="480" w:lineRule="auto"/>
        <w:rPr/>
      </w:pPr>
      <w:r w:rsidDel="00000000" w:rsidR="00000000" w:rsidRPr="00000000">
        <w:rPr>
          <w:rtl w:val="0"/>
        </w:rPr>
        <w:t xml:space="preserve">Rooted light doesn’t flash like a spotlight. It glows. Quietly. Consistently. Even when you doubt it’s there, it is. You’ve survived burnout, identity loss, late-night documentation marathons, and doubting your worth in systems that were never built for your softness. And still — you stayed. You softened. You grew.</w:t>
      </w:r>
    </w:p>
    <w:p w:rsidR="00000000" w:rsidDel="00000000" w:rsidP="00000000" w:rsidRDefault="00000000" w:rsidRPr="00000000" w14:paraId="0000033D">
      <w:pPr>
        <w:spacing w:after="240" w:before="240" w:line="480" w:lineRule="auto"/>
        <w:rPr/>
      </w:pPr>
      <w:r w:rsidDel="00000000" w:rsidR="00000000" w:rsidRPr="00000000">
        <w:rPr>
          <w:rtl w:val="0"/>
        </w:rPr>
        <w:t xml:space="preserve">Being a Clinician Means Becoming</w:t>
      </w:r>
    </w:p>
    <w:p w:rsidR="00000000" w:rsidDel="00000000" w:rsidP="00000000" w:rsidRDefault="00000000" w:rsidRPr="00000000" w14:paraId="0000033E">
      <w:pPr>
        <w:spacing w:after="240" w:before="240" w:line="480" w:lineRule="auto"/>
        <w:rPr/>
      </w:pPr>
      <w:r w:rsidDel="00000000" w:rsidR="00000000" w:rsidRPr="00000000">
        <w:rPr>
          <w:rtl w:val="0"/>
        </w:rPr>
        <w:t xml:space="preserve">You are allowed to keep evolving. You are allowed to do this work while still doing your own. You are allowed to cry in the car and still be a damn good therapist.</w:t>
      </w:r>
    </w:p>
    <w:p w:rsidR="00000000" w:rsidDel="00000000" w:rsidP="00000000" w:rsidRDefault="00000000" w:rsidRPr="00000000" w14:paraId="0000033F">
      <w:pPr>
        <w:spacing w:after="240" w:before="240" w:line="480" w:lineRule="auto"/>
        <w:rPr/>
      </w:pPr>
      <w:r w:rsidDel="00000000" w:rsidR="00000000" w:rsidRPr="00000000">
        <w:rPr>
          <w:rtl w:val="0"/>
        </w:rPr>
        <w:t xml:space="preserve">You are allowed to:</w:t>
      </w:r>
    </w:p>
    <w:p w:rsidR="00000000" w:rsidDel="00000000" w:rsidP="00000000" w:rsidRDefault="00000000" w:rsidRPr="00000000" w14:paraId="00000340">
      <w:pPr>
        <w:spacing w:after="240" w:before="240" w:line="480" w:lineRule="auto"/>
        <w:rPr/>
      </w:pPr>
      <w:r w:rsidDel="00000000" w:rsidR="00000000" w:rsidRPr="00000000">
        <w:rPr>
          <w:rtl w:val="0"/>
        </w:rPr>
        <w:t xml:space="preserve">Take breaks.</w:t>
      </w:r>
    </w:p>
    <w:p w:rsidR="00000000" w:rsidDel="00000000" w:rsidP="00000000" w:rsidRDefault="00000000" w:rsidRPr="00000000" w14:paraId="00000341">
      <w:pPr>
        <w:spacing w:after="240" w:before="240" w:line="480" w:lineRule="auto"/>
        <w:rPr/>
      </w:pPr>
      <w:r w:rsidDel="00000000" w:rsidR="00000000" w:rsidRPr="00000000">
        <w:rPr>
          <w:rtl w:val="0"/>
        </w:rPr>
        <w:t xml:space="preserve">Change paths.</w:t>
      </w:r>
    </w:p>
    <w:p w:rsidR="00000000" w:rsidDel="00000000" w:rsidP="00000000" w:rsidRDefault="00000000" w:rsidRPr="00000000" w14:paraId="00000342">
      <w:pPr>
        <w:spacing w:after="240" w:before="240" w:line="480" w:lineRule="auto"/>
        <w:rPr/>
      </w:pPr>
      <w:r w:rsidDel="00000000" w:rsidR="00000000" w:rsidRPr="00000000">
        <w:rPr>
          <w:rtl w:val="0"/>
        </w:rPr>
        <w:t xml:space="preserve">Say no to systems that harm.</w:t>
      </w:r>
    </w:p>
    <w:p w:rsidR="00000000" w:rsidDel="00000000" w:rsidP="00000000" w:rsidRDefault="00000000" w:rsidRPr="00000000" w14:paraId="00000343">
      <w:pPr>
        <w:spacing w:after="240" w:before="240" w:line="480" w:lineRule="auto"/>
        <w:rPr/>
      </w:pPr>
      <w:r w:rsidDel="00000000" w:rsidR="00000000" w:rsidRPr="00000000">
        <w:rPr>
          <w:rtl w:val="0"/>
        </w:rPr>
        <w:t xml:space="preserve">Build something softer — even if no one else gets it.</w:t>
      </w:r>
    </w:p>
    <w:p w:rsidR="00000000" w:rsidDel="00000000" w:rsidP="00000000" w:rsidRDefault="00000000" w:rsidRPr="00000000" w14:paraId="00000344">
      <w:pPr>
        <w:spacing w:after="240" w:before="240" w:line="480" w:lineRule="auto"/>
        <w:rPr/>
      </w:pPr>
      <w:r w:rsidDel="00000000" w:rsidR="00000000" w:rsidRPr="00000000">
        <w:rPr>
          <w:rtl w:val="0"/>
        </w:rPr>
        <w:t xml:space="preserve">And you are allowed to celebrate your survival — not just your success.</w:t>
      </w:r>
    </w:p>
    <w:p w:rsidR="00000000" w:rsidDel="00000000" w:rsidP="00000000" w:rsidRDefault="00000000" w:rsidRPr="00000000" w14:paraId="00000345">
      <w:pPr>
        <w:spacing w:after="240" w:before="240" w:line="480" w:lineRule="auto"/>
        <w:rPr/>
      </w:pPr>
      <w:r w:rsidDel="00000000" w:rsidR="00000000" w:rsidRPr="00000000">
        <w:rPr>
          <w:rtl w:val="0"/>
        </w:rPr>
        <w:t xml:space="preserve">Ember &amp; Ease Was Born from This Truth</w:t>
      </w:r>
    </w:p>
    <w:p w:rsidR="00000000" w:rsidDel="00000000" w:rsidP="00000000" w:rsidRDefault="00000000" w:rsidRPr="00000000" w14:paraId="00000346">
      <w:pPr>
        <w:spacing w:after="240" w:before="240" w:line="480" w:lineRule="auto"/>
        <w:rPr/>
      </w:pPr>
      <w:r w:rsidDel="00000000" w:rsidR="00000000" w:rsidRPr="00000000">
        <w:rPr>
          <w:rtl w:val="0"/>
        </w:rPr>
        <w:t xml:space="preserve">This book, and this healing space, came from that moment of knowing:</w:t>
      </w:r>
    </w:p>
    <w:p w:rsidR="00000000" w:rsidDel="00000000" w:rsidP="00000000" w:rsidRDefault="00000000" w:rsidRPr="00000000" w14:paraId="00000347">
      <w:pPr>
        <w:spacing w:after="240" w:before="240" w:line="480" w:lineRule="auto"/>
        <w:rPr/>
      </w:pPr>
      <w:r w:rsidDel="00000000" w:rsidR="00000000" w:rsidRPr="00000000">
        <w:rPr>
          <w:rtl w:val="0"/>
        </w:rPr>
        <w:t xml:space="preserve">I can’t keep doing this the old way.</w:t>
      </w:r>
    </w:p>
    <w:p w:rsidR="00000000" w:rsidDel="00000000" w:rsidP="00000000" w:rsidRDefault="00000000" w:rsidRPr="00000000" w14:paraId="00000348">
      <w:pPr>
        <w:spacing w:after="240" w:before="240" w:line="480" w:lineRule="auto"/>
        <w:rPr/>
      </w:pPr>
      <w:r w:rsidDel="00000000" w:rsidR="00000000" w:rsidRPr="00000000">
        <w:rPr>
          <w:rtl w:val="0"/>
        </w:rPr>
        <w:t xml:space="preserve">I need to feel it. To heal it. To offer something honest.</w:t>
      </w:r>
    </w:p>
    <w:p w:rsidR="00000000" w:rsidDel="00000000" w:rsidP="00000000" w:rsidRDefault="00000000" w:rsidRPr="00000000" w14:paraId="00000349">
      <w:pPr>
        <w:spacing w:after="240" w:before="240" w:line="480" w:lineRule="auto"/>
        <w:rPr/>
      </w:pPr>
      <w:r w:rsidDel="00000000" w:rsidR="00000000" w:rsidRPr="00000000">
        <w:rPr>
          <w:rtl w:val="0"/>
        </w:rPr>
        <w:t xml:space="preserve">And that honest thing became Ember &amp; Ease.</w:t>
      </w:r>
    </w:p>
    <w:p w:rsidR="00000000" w:rsidDel="00000000" w:rsidP="00000000" w:rsidRDefault="00000000" w:rsidRPr="00000000" w14:paraId="0000034A">
      <w:pPr>
        <w:spacing w:after="240" w:before="240" w:line="480" w:lineRule="auto"/>
        <w:rPr/>
      </w:pPr>
      <w:r w:rsidDel="00000000" w:rsidR="00000000" w:rsidRPr="00000000">
        <w:rPr>
          <w:rtl w:val="0"/>
        </w:rPr>
        <w:t xml:space="preserve">Not a business.</w:t>
      </w:r>
    </w:p>
    <w:p w:rsidR="00000000" w:rsidDel="00000000" w:rsidP="00000000" w:rsidRDefault="00000000" w:rsidRPr="00000000" w14:paraId="0000034B">
      <w:pPr>
        <w:spacing w:after="240" w:before="240" w:line="480" w:lineRule="auto"/>
        <w:rPr/>
      </w:pPr>
      <w:r w:rsidDel="00000000" w:rsidR="00000000" w:rsidRPr="00000000">
        <w:rPr>
          <w:rtl w:val="0"/>
        </w:rPr>
        <w:t xml:space="preserve">A reclamation.</w:t>
      </w:r>
    </w:p>
    <w:p w:rsidR="00000000" w:rsidDel="00000000" w:rsidP="00000000" w:rsidRDefault="00000000" w:rsidRPr="00000000" w14:paraId="0000034C">
      <w:pPr>
        <w:spacing w:after="240" w:before="240" w:line="480" w:lineRule="auto"/>
        <w:rPr/>
      </w:pPr>
      <w:r w:rsidDel="00000000" w:rsidR="00000000" w:rsidRPr="00000000">
        <w:rPr>
          <w:rtl w:val="0"/>
        </w:rPr>
        <w:t xml:space="preserve">Of soul. Of softness. Of sacred care.</w:t>
      </w:r>
    </w:p>
    <w:p w:rsidR="00000000" w:rsidDel="00000000" w:rsidP="00000000" w:rsidRDefault="00000000" w:rsidRPr="00000000" w14:paraId="0000034D">
      <w:pPr>
        <w:spacing w:after="240" w:before="240" w:line="480" w:lineRule="auto"/>
        <w:rPr/>
      </w:pPr>
      <w:r w:rsidDel="00000000" w:rsidR="00000000" w:rsidRPr="00000000">
        <w:rPr>
          <w:rtl w:val="0"/>
        </w:rPr>
        <w:t xml:space="preserve">If You Take Nothing Else From This Book…</w:t>
      </w:r>
    </w:p>
    <w:p w:rsidR="00000000" w:rsidDel="00000000" w:rsidP="00000000" w:rsidRDefault="00000000" w:rsidRPr="00000000" w14:paraId="0000034E">
      <w:pPr>
        <w:spacing w:after="240" w:before="240" w:line="480" w:lineRule="auto"/>
        <w:rPr/>
      </w:pPr>
      <w:r w:rsidDel="00000000" w:rsidR="00000000" w:rsidRPr="00000000">
        <w:rPr>
          <w:rtl w:val="0"/>
        </w:rPr>
        <w:t xml:space="preserve">Let it be this:</w:t>
      </w:r>
    </w:p>
    <w:p w:rsidR="00000000" w:rsidDel="00000000" w:rsidP="00000000" w:rsidRDefault="00000000" w:rsidRPr="00000000" w14:paraId="0000034F">
      <w:pPr>
        <w:spacing w:after="240" w:before="240" w:line="480" w:lineRule="auto"/>
        <w:rPr/>
      </w:pPr>
      <w:r w:rsidDel="00000000" w:rsidR="00000000" w:rsidRPr="00000000">
        <w:rPr>
          <w:rtl w:val="0"/>
        </w:rPr>
        <w:t xml:space="preserve">Your empathy is not a liability.</w:t>
      </w:r>
    </w:p>
    <w:p w:rsidR="00000000" w:rsidDel="00000000" w:rsidP="00000000" w:rsidRDefault="00000000" w:rsidRPr="00000000" w14:paraId="00000350">
      <w:pPr>
        <w:spacing w:after="240" w:before="240" w:line="480" w:lineRule="auto"/>
        <w:rPr/>
      </w:pPr>
      <w:r w:rsidDel="00000000" w:rsidR="00000000" w:rsidRPr="00000000">
        <w:rPr>
          <w:rtl w:val="0"/>
        </w:rPr>
        <w:t xml:space="preserve">Your boundaries are not cold.</w:t>
      </w:r>
    </w:p>
    <w:p w:rsidR="00000000" w:rsidDel="00000000" w:rsidP="00000000" w:rsidRDefault="00000000" w:rsidRPr="00000000" w14:paraId="00000351">
      <w:pPr>
        <w:spacing w:after="240" w:before="240" w:line="480" w:lineRule="auto"/>
        <w:rPr/>
      </w:pPr>
      <w:r w:rsidDel="00000000" w:rsidR="00000000" w:rsidRPr="00000000">
        <w:rPr>
          <w:rtl w:val="0"/>
        </w:rPr>
        <w:t xml:space="preserve">Your burnout is not a flaw.</w:t>
      </w:r>
    </w:p>
    <w:p w:rsidR="00000000" w:rsidDel="00000000" w:rsidP="00000000" w:rsidRDefault="00000000" w:rsidRPr="00000000" w14:paraId="00000352">
      <w:pPr>
        <w:spacing w:after="240" w:before="240" w:line="480" w:lineRule="auto"/>
        <w:rPr/>
      </w:pPr>
      <w:r w:rsidDel="00000000" w:rsidR="00000000" w:rsidRPr="00000000">
        <w:rPr>
          <w:rtl w:val="0"/>
        </w:rPr>
        <w:t xml:space="preserve">Your softness is not naïve.</w:t>
      </w:r>
    </w:p>
    <w:p w:rsidR="00000000" w:rsidDel="00000000" w:rsidP="00000000" w:rsidRDefault="00000000" w:rsidRPr="00000000" w14:paraId="00000353">
      <w:pPr>
        <w:spacing w:after="240" w:before="240" w:line="480" w:lineRule="auto"/>
        <w:rPr/>
      </w:pPr>
      <w:r w:rsidDel="00000000" w:rsidR="00000000" w:rsidRPr="00000000">
        <w:rPr>
          <w:rtl w:val="0"/>
        </w:rPr>
        <w:t xml:space="preserve">Your presence is enough.</w:t>
      </w:r>
    </w:p>
    <w:p w:rsidR="00000000" w:rsidDel="00000000" w:rsidP="00000000" w:rsidRDefault="00000000" w:rsidRPr="00000000" w14:paraId="00000354">
      <w:pPr>
        <w:spacing w:after="240" w:before="240" w:line="480" w:lineRule="auto"/>
        <w:rPr/>
      </w:pPr>
      <w:r w:rsidDel="00000000" w:rsidR="00000000" w:rsidRPr="00000000">
        <w:rPr>
          <w:rtl w:val="0"/>
        </w:rPr>
        <w:t xml:space="preserve">You are a bridge between research and intuition, grounding and light, client and clinician, soul and strategy.</w:t>
      </w:r>
    </w:p>
    <w:p w:rsidR="00000000" w:rsidDel="00000000" w:rsidP="00000000" w:rsidRDefault="00000000" w:rsidRPr="00000000" w14:paraId="00000355">
      <w:pPr>
        <w:spacing w:after="240" w:before="240" w:line="480" w:lineRule="auto"/>
        <w:rPr/>
      </w:pPr>
      <w:r w:rsidDel="00000000" w:rsidR="00000000" w:rsidRPr="00000000">
        <w:rPr>
          <w:rtl w:val="0"/>
        </w:rPr>
        <w:t xml:space="preserve">You are a light.</w:t>
      </w:r>
    </w:p>
    <w:p w:rsidR="00000000" w:rsidDel="00000000" w:rsidP="00000000" w:rsidRDefault="00000000" w:rsidRPr="00000000" w14:paraId="00000356">
      <w:pPr>
        <w:spacing w:after="240" w:before="240" w:line="480" w:lineRule="auto"/>
        <w:rPr/>
      </w:pPr>
      <w:r w:rsidDel="00000000" w:rsidR="00000000" w:rsidRPr="00000000">
        <w:rPr>
          <w:rtl w:val="0"/>
        </w:rPr>
        <w:t xml:space="preserve">Not a spark. Not a flare.</w:t>
      </w:r>
    </w:p>
    <w:p w:rsidR="00000000" w:rsidDel="00000000" w:rsidP="00000000" w:rsidRDefault="00000000" w:rsidRPr="00000000" w14:paraId="00000357">
      <w:pPr>
        <w:spacing w:after="240" w:before="240" w:line="480" w:lineRule="auto"/>
        <w:rPr/>
      </w:pPr>
      <w:r w:rsidDel="00000000" w:rsidR="00000000" w:rsidRPr="00000000">
        <w:rPr>
          <w:rtl w:val="0"/>
        </w:rPr>
        <w:t xml:space="preserve">A rooted, steady, ember-born light.</w:t>
      </w:r>
    </w:p>
    <w:p w:rsidR="00000000" w:rsidDel="00000000" w:rsidP="00000000" w:rsidRDefault="00000000" w:rsidRPr="00000000" w14:paraId="00000358">
      <w:pPr>
        <w:spacing w:after="240" w:before="240" w:line="480" w:lineRule="auto"/>
        <w:rPr/>
      </w:pPr>
      <w:r w:rsidDel="00000000" w:rsidR="00000000" w:rsidRPr="00000000">
        <w:rPr>
          <w:rtl w:val="0"/>
        </w:rPr>
        <w:t xml:space="preserve">Mantra of the Chapter:</w:t>
      </w:r>
    </w:p>
    <w:p w:rsidR="00000000" w:rsidDel="00000000" w:rsidP="00000000" w:rsidRDefault="00000000" w:rsidRPr="00000000" w14:paraId="00000359">
      <w:pPr>
        <w:spacing w:after="240" w:before="240" w:line="480" w:lineRule="auto"/>
        <w:rPr/>
      </w:pPr>
      <w:r w:rsidDel="00000000" w:rsidR="00000000" w:rsidRPr="00000000">
        <w:rPr>
          <w:rtl w:val="0"/>
        </w:rPr>
        <w:t xml:space="preserve">“I am allowed to grow slowly, to shine softly, and to show up fully — as I am.”</w:t>
      </w:r>
    </w:p>
    <w:p w:rsidR="00000000" w:rsidDel="00000000" w:rsidP="00000000" w:rsidRDefault="00000000" w:rsidRPr="00000000" w14:paraId="0000035A">
      <w:pPr>
        <w:spacing w:after="240" w:before="240" w:line="480" w:lineRule="auto"/>
        <w:rPr>
          <w:b w:val="1"/>
        </w:rPr>
      </w:pPr>
      <w:r w:rsidDel="00000000" w:rsidR="00000000" w:rsidRPr="00000000">
        <w:rPr>
          <w:b w:val="1"/>
          <w:rtl w:val="0"/>
        </w:rPr>
        <w:t xml:space="preserve">The Shared Space — Building Safety, Connection, and Trust</w:t>
      </w:r>
    </w:p>
    <w:p w:rsidR="00000000" w:rsidDel="00000000" w:rsidP="00000000" w:rsidRDefault="00000000" w:rsidRPr="00000000" w14:paraId="0000035B">
      <w:pPr>
        <w:spacing w:after="240" w:before="240" w:line="480" w:lineRule="auto"/>
        <w:rPr/>
      </w:pPr>
      <w:r w:rsidDel="00000000" w:rsidR="00000000" w:rsidRPr="00000000">
        <w:rPr>
          <w:rtl w:val="0"/>
        </w:rPr>
        <w:t xml:space="preserve">Before healing begins, safety must be felt. Clients aren’t just listening to our words — they are scanning our tone, posture, and energy. This chapter explores how to create trauma-informed spaces where clients can soften, explore, and trust.</w:t>
      </w:r>
    </w:p>
    <w:p w:rsidR="00000000" w:rsidDel="00000000" w:rsidP="00000000" w:rsidRDefault="00000000" w:rsidRPr="00000000" w14:paraId="0000035C">
      <w:pPr>
        <w:spacing w:after="240" w:before="240" w:line="480" w:lineRule="auto"/>
        <w:rPr/>
      </w:pPr>
      <w:r w:rsidDel="00000000" w:rsidR="00000000" w:rsidRPr="00000000">
        <w:rPr>
          <w:rtl w:val="0"/>
        </w:rPr>
        <w:t xml:space="preserve">You’ll find client-safe rituals like opening breathwork, session closure reflections, and sensory check-ins that co-regulate and empower. Therapists are reminded that sacred space is not a location — it’s a relational presence we offer moment to moment.</w:t>
      </w:r>
    </w:p>
    <w:p w:rsidR="00000000" w:rsidDel="00000000" w:rsidP="00000000" w:rsidRDefault="00000000" w:rsidRPr="00000000" w14:paraId="0000035D">
      <w:pPr>
        <w:spacing w:after="240" w:before="240" w:line="480" w:lineRule="auto"/>
        <w:rPr>
          <w:b w:val="1"/>
        </w:rPr>
      </w:pPr>
      <w:r w:rsidDel="00000000" w:rsidR="00000000" w:rsidRPr="00000000">
        <w:rPr>
          <w:b w:val="1"/>
          <w:rtl w:val="0"/>
        </w:rPr>
        <w:t xml:space="preserve">The Client’s Inner Compass — Guiding Clients Through Emotional Literacy</w:t>
      </w:r>
    </w:p>
    <w:p w:rsidR="00000000" w:rsidDel="00000000" w:rsidP="00000000" w:rsidRDefault="00000000" w:rsidRPr="00000000" w14:paraId="0000035E">
      <w:pPr>
        <w:spacing w:after="240" w:before="240" w:line="480" w:lineRule="auto"/>
        <w:rPr/>
      </w:pPr>
      <w:r w:rsidDel="00000000" w:rsidR="00000000" w:rsidRPr="00000000">
        <w:rPr>
          <w:rtl w:val="0"/>
        </w:rPr>
        <w:t xml:space="preserve">Clients often come to us with symptoms — but underneath those symptoms are unspoken emotions. This chapter is about helping clients reconnect with the language of emotion: to name, feel, and trust their emotional responses without judgment.</w:t>
      </w:r>
    </w:p>
    <w:p w:rsidR="00000000" w:rsidDel="00000000" w:rsidP="00000000" w:rsidRDefault="00000000" w:rsidRPr="00000000" w14:paraId="0000035F">
      <w:pPr>
        <w:spacing w:after="240" w:before="240" w:line="480" w:lineRule="auto"/>
        <w:rPr/>
      </w:pPr>
      <w:r w:rsidDel="00000000" w:rsidR="00000000" w:rsidRPr="00000000">
        <w:rPr>
          <w:rtl w:val="0"/>
        </w:rPr>
        <w:t xml:space="preserve">Includes: 3-Space Check-In, 'Name It to Tame It' mapping, and the Feeling Wheel Ritual. Emotional literacy is not a luxury — it’s a form of safety.</w:t>
      </w:r>
    </w:p>
    <w:p w:rsidR="00000000" w:rsidDel="00000000" w:rsidP="00000000" w:rsidRDefault="00000000" w:rsidRPr="00000000" w14:paraId="00000360">
      <w:pPr>
        <w:spacing w:after="240" w:before="240" w:line="480" w:lineRule="auto"/>
        <w:rPr>
          <w:b w:val="1"/>
        </w:rPr>
      </w:pPr>
      <w:r w:rsidDel="00000000" w:rsidR="00000000" w:rsidRPr="00000000">
        <w:rPr>
          <w:b w:val="1"/>
          <w:rtl w:val="0"/>
        </w:rPr>
        <w:t xml:space="preserve">Reparenting the Inner Child — Gentle Healing for Developmental Trauma</w:t>
      </w:r>
    </w:p>
    <w:p w:rsidR="00000000" w:rsidDel="00000000" w:rsidP="00000000" w:rsidRDefault="00000000" w:rsidRPr="00000000" w14:paraId="00000361">
      <w:pPr>
        <w:spacing w:after="240" w:before="240" w:line="480" w:lineRule="auto"/>
        <w:rPr/>
      </w:pPr>
      <w:r w:rsidDel="00000000" w:rsidR="00000000" w:rsidRPr="00000000">
        <w:rPr>
          <w:rtl w:val="0"/>
        </w:rPr>
        <w:t xml:space="preserve">So many of us — clients and clinicians alike — are healing from what we didn’t receive. Reparenting is the sacred act of becoming the nurturer we needed, of meeting unmet needs with kindness and boundaries.</w:t>
      </w:r>
    </w:p>
    <w:p w:rsidR="00000000" w:rsidDel="00000000" w:rsidP="00000000" w:rsidRDefault="00000000" w:rsidRPr="00000000" w14:paraId="00000362">
      <w:pPr>
        <w:spacing w:after="240" w:before="240" w:line="480" w:lineRule="auto"/>
        <w:rPr/>
      </w:pPr>
      <w:r w:rsidDel="00000000" w:rsidR="00000000" w:rsidRPr="00000000">
        <w:rPr>
          <w:rtl w:val="0"/>
        </w:rPr>
        <w:t xml:space="preserve">This chapter includes Inner Child visualizations, self-parenting vows, and grief rituals to begin building a new internal relationship based on safety and self-trust.</w:t>
      </w:r>
    </w:p>
    <w:p w:rsidR="00000000" w:rsidDel="00000000" w:rsidP="00000000" w:rsidRDefault="00000000" w:rsidRPr="00000000" w14:paraId="00000363">
      <w:pPr>
        <w:spacing w:after="240" w:before="240" w:line="480" w:lineRule="auto"/>
        <w:rPr>
          <w:b w:val="1"/>
        </w:rPr>
      </w:pPr>
      <w:r w:rsidDel="00000000" w:rsidR="00000000" w:rsidRPr="00000000">
        <w:rPr>
          <w:b w:val="1"/>
          <w:rtl w:val="0"/>
        </w:rPr>
        <w:t xml:space="preserve">Boundaries with Heart — Saying No Without Shame</w:t>
      </w:r>
    </w:p>
    <w:p w:rsidR="00000000" w:rsidDel="00000000" w:rsidP="00000000" w:rsidRDefault="00000000" w:rsidRPr="00000000" w14:paraId="00000364">
      <w:pPr>
        <w:spacing w:after="240" w:before="240" w:line="480" w:lineRule="auto"/>
        <w:rPr/>
      </w:pPr>
      <w:r w:rsidDel="00000000" w:rsidR="00000000" w:rsidRPr="00000000">
        <w:rPr>
          <w:rtl w:val="0"/>
        </w:rPr>
        <w:t xml:space="preserve">Boundaries are not a rejection of others — they are a commitment to ourselves. This chapter reframes boundaries as a practice of care, not cruelty.</w:t>
      </w:r>
    </w:p>
    <w:p w:rsidR="00000000" w:rsidDel="00000000" w:rsidP="00000000" w:rsidRDefault="00000000" w:rsidRPr="00000000" w14:paraId="00000365">
      <w:pPr>
        <w:spacing w:after="240" w:before="240" w:line="480" w:lineRule="auto"/>
        <w:rPr/>
      </w:pPr>
      <w:r w:rsidDel="00000000" w:rsidR="00000000" w:rsidRPr="00000000">
        <w:rPr>
          <w:rtl w:val="0"/>
        </w:rPr>
        <w:t xml:space="preserve">Includes: Yes/No/Maybe mapping, compassionate no scripts, and body-informed boundary tools that clients and clinicians can use to navigate assertiveness with clarity and heart.</w:t>
      </w:r>
    </w:p>
    <w:p w:rsidR="00000000" w:rsidDel="00000000" w:rsidP="00000000" w:rsidRDefault="00000000" w:rsidRPr="00000000" w14:paraId="00000366">
      <w:pPr>
        <w:spacing w:after="240" w:before="240" w:line="480" w:lineRule="auto"/>
        <w:rPr>
          <w:b w:val="1"/>
        </w:rPr>
      </w:pPr>
      <w:r w:rsidDel="00000000" w:rsidR="00000000" w:rsidRPr="00000000">
        <w:rPr>
          <w:b w:val="1"/>
          <w:rtl w:val="0"/>
        </w:rPr>
        <w:t xml:space="preserve">Grief, Grace, and Growth — Holding Space for Loss in Ourselves and Our Clients</w:t>
      </w:r>
    </w:p>
    <w:p w:rsidR="00000000" w:rsidDel="00000000" w:rsidP="00000000" w:rsidRDefault="00000000" w:rsidRPr="00000000" w14:paraId="00000367">
      <w:pPr>
        <w:spacing w:after="240" w:before="240" w:line="480" w:lineRule="auto"/>
        <w:rPr/>
      </w:pPr>
      <w:r w:rsidDel="00000000" w:rsidR="00000000" w:rsidRPr="00000000">
        <w:rPr>
          <w:rtl w:val="0"/>
        </w:rPr>
        <w:t xml:space="preserve">Grief is not limited to death — it lives in endings, disappointments, identity shifts, and unmet expectations. This chapter honors the many faces of grief and reminds clinicians and clients alike that grief is not a sign of failure. It is a reflection of love.</w:t>
      </w:r>
    </w:p>
    <w:p w:rsidR="00000000" w:rsidDel="00000000" w:rsidP="00000000" w:rsidRDefault="00000000" w:rsidRPr="00000000" w14:paraId="00000368">
      <w:pPr>
        <w:spacing w:after="240" w:before="240" w:line="480" w:lineRule="auto"/>
        <w:rPr/>
      </w:pPr>
      <w:r w:rsidDel="00000000" w:rsidR="00000000" w:rsidRPr="00000000">
        <w:rPr>
          <w:rtl w:val="0"/>
        </w:rPr>
        <w:t xml:space="preserve">Includes: The Loss Inventory, Letter to the Loss, and the Grief Bowl Ritual. Also shares personal experiences of clinician grief and the importance of letting ourselves mourn, even quietly.</w:t>
      </w:r>
    </w:p>
    <w:p w:rsidR="00000000" w:rsidDel="00000000" w:rsidP="00000000" w:rsidRDefault="00000000" w:rsidRPr="00000000" w14:paraId="00000369">
      <w:pPr>
        <w:spacing w:after="240" w:before="240" w:line="480" w:lineRule="auto"/>
        <w:rPr>
          <w:b w:val="1"/>
        </w:rPr>
      </w:pPr>
      <w:r w:rsidDel="00000000" w:rsidR="00000000" w:rsidRPr="00000000">
        <w:rPr>
          <w:b w:val="1"/>
          <w:rtl w:val="0"/>
        </w:rPr>
        <w:t xml:space="preserve">Rooted Light — Becoming the Clinician You Were Meant to Be</w:t>
      </w:r>
    </w:p>
    <w:p w:rsidR="00000000" w:rsidDel="00000000" w:rsidP="00000000" w:rsidRDefault="00000000" w:rsidRPr="00000000" w14:paraId="0000036A">
      <w:pPr>
        <w:spacing w:after="240" w:before="240" w:line="480" w:lineRule="auto"/>
        <w:rPr/>
      </w:pPr>
      <w:r w:rsidDel="00000000" w:rsidR="00000000" w:rsidRPr="00000000">
        <w:rPr>
          <w:rtl w:val="0"/>
        </w:rPr>
        <w:t xml:space="preserve">The culmination of it all — a reminder that being an empathic, embodied clinician is not a weakness but a strength. You are not too much. You are exactly what this world needs: present, compassionate, and grounded in truth.</w:t>
      </w:r>
    </w:p>
    <w:p w:rsidR="00000000" w:rsidDel="00000000" w:rsidP="00000000" w:rsidRDefault="00000000" w:rsidRPr="00000000" w14:paraId="0000036B">
      <w:pPr>
        <w:spacing w:after="240" w:before="240" w:line="480" w:lineRule="auto"/>
        <w:rPr/>
      </w:pPr>
      <w:r w:rsidDel="00000000" w:rsidR="00000000" w:rsidRPr="00000000">
        <w:rPr>
          <w:rtl w:val="0"/>
        </w:rPr>
        <w:t xml:space="preserve">Rooted Light means doing the work and also being the work. This chapter offers final reflections, mantras, and a call to stay soft, stay bold, and stay true to your healing path.</w:t>
      </w:r>
    </w:p>
    <w:p w:rsidR="00000000" w:rsidDel="00000000" w:rsidP="00000000" w:rsidRDefault="00000000" w:rsidRPr="00000000" w14:paraId="0000036C">
      <w:pPr>
        <w:spacing w:after="240" w:before="240" w:line="480" w:lineRule="auto"/>
        <w:rPr>
          <w:b w:val="1"/>
        </w:rPr>
      </w:pPr>
      <w:r w:rsidDel="00000000" w:rsidR="00000000" w:rsidRPr="00000000">
        <w:rPr>
          <w:b w:val="1"/>
          <w:rtl w:val="0"/>
        </w:rPr>
        <w:t xml:space="preserve">Acknowledgments</w:t>
      </w:r>
    </w:p>
    <w:p w:rsidR="00000000" w:rsidDel="00000000" w:rsidP="00000000" w:rsidRDefault="00000000" w:rsidRPr="00000000" w14:paraId="0000036D">
      <w:pPr>
        <w:spacing w:after="240" w:before="240" w:line="480" w:lineRule="auto"/>
        <w:rPr/>
      </w:pPr>
      <w:r w:rsidDel="00000000" w:rsidR="00000000" w:rsidRPr="00000000">
        <w:rPr>
          <w:rtl w:val="0"/>
        </w:rPr>
        <w:t xml:space="preserve">To my clients — past and present — who have trusted me with their truth, thank you for teaching me what real courage looks like.</w:t>
      </w:r>
    </w:p>
    <w:p w:rsidR="00000000" w:rsidDel="00000000" w:rsidP="00000000" w:rsidRDefault="00000000" w:rsidRPr="00000000" w14:paraId="0000036E">
      <w:pPr>
        <w:spacing w:after="240" w:before="240" w:line="480" w:lineRule="auto"/>
        <w:rPr/>
      </w:pPr>
      <w:r w:rsidDel="00000000" w:rsidR="00000000" w:rsidRPr="00000000">
        <w:rPr>
          <w:rtl w:val="0"/>
        </w:rPr>
        <w:t xml:space="preserve">To my supervisors, mentors, and peers who reminded me that softness is strength, thank you for holding me through my becoming.</w:t>
      </w:r>
    </w:p>
    <w:p w:rsidR="00000000" w:rsidDel="00000000" w:rsidP="00000000" w:rsidRDefault="00000000" w:rsidRPr="00000000" w14:paraId="0000036F">
      <w:pPr>
        <w:spacing w:after="240" w:before="240" w:line="480" w:lineRule="auto"/>
        <w:rPr/>
      </w:pPr>
      <w:r w:rsidDel="00000000" w:rsidR="00000000" w:rsidRPr="00000000">
        <w:rPr>
          <w:rtl w:val="0"/>
        </w:rPr>
        <w:t xml:space="preserve">To my children, Mason and Leia, your honesty, resilience, and wild hearts have been my greatest teachers.</w:t>
      </w:r>
    </w:p>
    <w:p w:rsidR="00000000" w:rsidDel="00000000" w:rsidP="00000000" w:rsidRDefault="00000000" w:rsidRPr="00000000" w14:paraId="00000370">
      <w:pPr>
        <w:spacing w:after="240" w:before="240" w:line="480" w:lineRule="auto"/>
        <w:rPr/>
      </w:pPr>
      <w:r w:rsidDel="00000000" w:rsidR="00000000" w:rsidRPr="00000000">
        <w:rPr>
          <w:rtl w:val="0"/>
        </w:rPr>
        <w:t xml:space="preserve">To those who stayed when I wasn’t sure how to ask for help — I see you. I love you. Thank you.</w:t>
      </w:r>
    </w:p>
    <w:p w:rsidR="00000000" w:rsidDel="00000000" w:rsidP="00000000" w:rsidRDefault="00000000" w:rsidRPr="00000000" w14:paraId="00000371">
      <w:pPr>
        <w:spacing w:after="240" w:before="240" w:line="480" w:lineRule="auto"/>
        <w:rPr/>
      </w:pPr>
      <w:r w:rsidDel="00000000" w:rsidR="00000000" w:rsidRPr="00000000">
        <w:rPr>
          <w:rtl w:val="0"/>
        </w:rPr>
        <w:t xml:space="preserve">And to every healer, clinician, and deeply feeling soul who’s ever wondered if they’re too much — this is for you. You are enough. You always were.</w:t>
      </w:r>
    </w:p>
    <w:p w:rsidR="00000000" w:rsidDel="00000000" w:rsidP="00000000" w:rsidRDefault="00000000" w:rsidRPr="00000000" w14:paraId="00000372">
      <w:pPr>
        <w:spacing w:after="240" w:before="240" w:line="480" w:lineRule="auto"/>
        <w:rPr/>
      </w:pPr>
      <w:r w:rsidDel="00000000" w:rsidR="00000000" w:rsidRPr="00000000">
        <w:rPr>
          <w:rtl w:val="0"/>
        </w:rPr>
        <w:t xml:space="preserve">To my children —</w:t>
      </w:r>
    </w:p>
    <w:p w:rsidR="00000000" w:rsidDel="00000000" w:rsidP="00000000" w:rsidRDefault="00000000" w:rsidRPr="00000000" w14:paraId="00000373">
      <w:pPr>
        <w:spacing w:after="240" w:before="240" w:line="480" w:lineRule="auto"/>
        <w:rPr/>
      </w:pPr>
      <w:r w:rsidDel="00000000" w:rsidR="00000000" w:rsidRPr="00000000">
        <w:rPr>
          <w:rtl w:val="0"/>
        </w:rPr>
        <w:t xml:space="preserve">Thank you for loving me through the highs and the lows. For seeing me as “Mom” even when I felt like a mess of contradictions. You’ve lived with a mother who sometimes feels everything all at once, or nothing at all. Your patience, your hugs, your presence — they’ve anchored me. I hope you know how much I’ve grown for you. Because of you.</w:t>
      </w:r>
    </w:p>
    <w:p w:rsidR="00000000" w:rsidDel="00000000" w:rsidP="00000000" w:rsidRDefault="00000000" w:rsidRPr="00000000" w14:paraId="00000374">
      <w:pPr>
        <w:spacing w:after="240" w:before="240" w:line="480" w:lineRule="auto"/>
        <w:rPr/>
      </w:pPr>
      <w:r w:rsidDel="00000000" w:rsidR="00000000" w:rsidRPr="00000000">
        <w:rPr>
          <w:rtl w:val="0"/>
        </w:rPr>
        <w:t xml:space="preserve">To my partner, Billy Estes —</w:t>
      </w:r>
    </w:p>
    <w:p w:rsidR="00000000" w:rsidDel="00000000" w:rsidP="00000000" w:rsidRDefault="00000000" w:rsidRPr="00000000" w14:paraId="00000375">
      <w:pPr>
        <w:spacing w:after="240" w:before="240" w:line="480" w:lineRule="auto"/>
        <w:rPr/>
      </w:pPr>
      <w:r w:rsidDel="00000000" w:rsidR="00000000" w:rsidRPr="00000000">
        <w:rPr>
          <w:rtl w:val="0"/>
        </w:rPr>
        <w:t xml:space="preserve">You have stood by me during every messy chapter of self-development. You didn’t run. You challenged me. You grew beside me. You live out the truth that iron sharpens iron. Thank you for being my mirror, my match, and my soft place to land.</w:t>
      </w:r>
    </w:p>
    <w:p w:rsidR="00000000" w:rsidDel="00000000" w:rsidP="00000000" w:rsidRDefault="00000000" w:rsidRPr="00000000" w14:paraId="00000376">
      <w:pPr>
        <w:spacing w:after="240" w:before="240" w:line="480" w:lineRule="auto"/>
        <w:rPr/>
      </w:pPr>
      <w:r w:rsidDel="00000000" w:rsidR="00000000" w:rsidRPr="00000000">
        <w:rPr>
          <w:rtl w:val="0"/>
        </w:rPr>
        <w:t xml:space="preserve">To my supervisors —</w:t>
      </w:r>
    </w:p>
    <w:p w:rsidR="00000000" w:rsidDel="00000000" w:rsidP="00000000" w:rsidRDefault="00000000" w:rsidRPr="00000000" w14:paraId="00000377">
      <w:pPr>
        <w:spacing w:after="240" w:before="240" w:line="480" w:lineRule="auto"/>
        <w:rPr/>
      </w:pPr>
      <w:r w:rsidDel="00000000" w:rsidR="00000000" w:rsidRPr="00000000">
        <w:rPr>
          <w:rtl w:val="0"/>
        </w:rPr>
        <w:t xml:space="preserve">Especially the one who stayed. You’ve seen me through every bipolar mood swing, every job loss, every self-doubt spiral. You believed in me when I didn’t. Your grounded support has been the thread that held me in this work — and in myself.</w:t>
      </w:r>
    </w:p>
    <w:p w:rsidR="00000000" w:rsidDel="00000000" w:rsidP="00000000" w:rsidRDefault="00000000" w:rsidRPr="00000000" w14:paraId="00000378">
      <w:pPr>
        <w:spacing w:after="240" w:before="240" w:line="480" w:lineRule="auto"/>
        <w:rPr/>
      </w:pPr>
      <w:r w:rsidDel="00000000" w:rsidR="00000000" w:rsidRPr="00000000">
        <w:rPr>
          <w:rtl w:val="0"/>
        </w:rPr>
        <w:t xml:space="preserve">To Amanda Collins, LCSW —</w:t>
      </w:r>
    </w:p>
    <w:p w:rsidR="00000000" w:rsidDel="00000000" w:rsidP="00000000" w:rsidRDefault="00000000" w:rsidRPr="00000000" w14:paraId="00000379">
      <w:pPr>
        <w:spacing w:after="240" w:before="240" w:line="480" w:lineRule="auto"/>
        <w:rPr/>
      </w:pPr>
      <w:r w:rsidDel="00000000" w:rsidR="00000000" w:rsidRPr="00000000">
        <w:rPr>
          <w:rtl w:val="0"/>
        </w:rPr>
        <w:t xml:space="preserve">Your guidance, your steadiness, your humanity have changed my life. You didn’t just supervise — you saw me. And that made all the difference.</w:t>
      </w:r>
    </w:p>
    <w:p w:rsidR="00000000" w:rsidDel="00000000" w:rsidP="00000000" w:rsidRDefault="00000000" w:rsidRPr="00000000" w14:paraId="0000037A">
      <w:pPr>
        <w:spacing w:after="240" w:before="240" w:line="480" w:lineRule="auto"/>
        <w:rPr/>
      </w:pPr>
      <w:r w:rsidDel="00000000" w:rsidR="00000000" w:rsidRPr="00000000">
        <w:rPr>
          <w:rtl w:val="0"/>
        </w:rPr>
        <w:t xml:space="preserve">To the ego-driven mentors —</w:t>
      </w:r>
    </w:p>
    <w:p w:rsidR="00000000" w:rsidDel="00000000" w:rsidP="00000000" w:rsidRDefault="00000000" w:rsidRPr="00000000" w14:paraId="0000037B">
      <w:pPr>
        <w:spacing w:after="240" w:before="240" w:line="480" w:lineRule="auto"/>
        <w:rPr/>
      </w:pPr>
      <w:r w:rsidDel="00000000" w:rsidR="00000000" w:rsidRPr="00000000">
        <w:rPr>
          <w:rtl w:val="0"/>
        </w:rPr>
        <w:t xml:space="preserve">Yes, you. Thank you for being the unexpected teachers. Your sharpness built my boundaries. Your criticism carved my voice. Your projections pushed me toward truth. You helped build my resilience in ways I didn’t ask for — and now I’m grateful.</w:t>
      </w:r>
    </w:p>
    <w:p w:rsidR="00000000" w:rsidDel="00000000" w:rsidP="00000000" w:rsidRDefault="00000000" w:rsidRPr="00000000" w14:paraId="0000037C">
      <w:pPr>
        <w:spacing w:after="240" w:before="240" w:line="480" w:lineRule="auto"/>
        <w:rPr/>
      </w:pPr>
      <w:r w:rsidDel="00000000" w:rsidR="00000000" w:rsidRPr="00000000">
        <w:rPr>
          <w:rtl w:val="0"/>
        </w:rPr>
        <w:t xml:space="preserve">And to every clinician who’s felt like they were too much or not enough —</w:t>
      </w:r>
    </w:p>
    <w:p w:rsidR="00000000" w:rsidDel="00000000" w:rsidP="00000000" w:rsidRDefault="00000000" w:rsidRPr="00000000" w14:paraId="0000037D">
      <w:pPr>
        <w:spacing w:after="240" w:before="240" w:line="480" w:lineRule="auto"/>
        <w:rPr/>
      </w:pPr>
      <w:r w:rsidDel="00000000" w:rsidR="00000000" w:rsidRPr="00000000">
        <w:rPr>
          <w:rtl w:val="0"/>
        </w:rPr>
        <w:t xml:space="preserve">This book is for you. May you root deeper. May you shine anyway.</w:t>
      </w:r>
    </w:p>
    <w:p w:rsidR="00000000" w:rsidDel="00000000" w:rsidP="00000000" w:rsidRDefault="00000000" w:rsidRPr="00000000" w14:paraId="0000037E">
      <w:pPr>
        <w:spacing w:after="240" w:before="240" w:line="480" w:lineRule="auto"/>
        <w:rPr>
          <w:b w:val="1"/>
        </w:rPr>
      </w:pPr>
      <w:r w:rsidDel="00000000" w:rsidR="00000000" w:rsidRPr="00000000">
        <w:rPr>
          <w:b w:val="1"/>
          <w:rtl w:val="0"/>
        </w:rPr>
        <w:t xml:space="preserve">About the Author</w:t>
      </w:r>
    </w:p>
    <w:p w:rsidR="00000000" w:rsidDel="00000000" w:rsidP="00000000" w:rsidRDefault="00000000" w:rsidRPr="00000000" w14:paraId="0000037F">
      <w:pPr>
        <w:spacing w:after="240" w:before="240" w:line="480" w:lineRule="auto"/>
        <w:rPr/>
      </w:pPr>
      <w:r w:rsidDel="00000000" w:rsidR="00000000" w:rsidRPr="00000000">
        <w:rPr>
          <w:rtl w:val="0"/>
        </w:rPr>
        <w:t xml:space="preserve">Carina Schroedel is a clinical social worker, yoga teacher, Reiki master, and the founder of Ember &amp; Ease — a wellness space rooted in softness, resilience, and embodied healing. Based in Mount Sterling, Kentucky, Carina has spent over a decade supporting individuals navigating trauma, grief, and burnout. Her work is grounded in the belief that compassion and authenticity are the most powerful tools we carry as healers.</w:t>
      </w:r>
    </w:p>
    <w:p w:rsidR="00000000" w:rsidDel="00000000" w:rsidP="00000000" w:rsidRDefault="00000000" w:rsidRPr="00000000" w14:paraId="00000380">
      <w:pPr>
        <w:spacing w:after="240" w:before="240" w:line="480" w:lineRule="auto"/>
        <w:rPr/>
      </w:pPr>
      <w:r w:rsidDel="00000000" w:rsidR="00000000" w:rsidRPr="00000000">
        <w:rPr>
          <w:rtl w:val="0"/>
        </w:rPr>
        <w:t xml:space="preserve">She is known for blending evidence-based practices with soulful rituals and practical warmth. Rooted Light is her first book — a love letter to every clinician who’s still showing up, even when they feel like falling apart.</w:t>
      </w:r>
    </w:p>
    <w:p w:rsidR="00000000" w:rsidDel="00000000" w:rsidP="00000000" w:rsidRDefault="00000000" w:rsidRPr="00000000" w14:paraId="00000381">
      <w:pPr>
        <w:spacing w:after="240" w:before="240" w:line="480" w:lineRule="auto"/>
        <w:rPr>
          <w:b w:val="1"/>
        </w:rPr>
      </w:pPr>
      <w:r w:rsidDel="00000000" w:rsidR="00000000" w:rsidRPr="00000000">
        <w:rPr>
          <w:b w:val="1"/>
          <w:rtl w:val="0"/>
        </w:rPr>
        <w:t xml:space="preserve">Ember &amp; Ease Offerings</w:t>
      </w:r>
    </w:p>
    <w:p w:rsidR="00000000" w:rsidDel="00000000" w:rsidP="00000000" w:rsidRDefault="00000000" w:rsidRPr="00000000" w14:paraId="00000382">
      <w:pPr>
        <w:spacing w:after="240" w:before="240" w:line="480" w:lineRule="auto"/>
        <w:rPr/>
      </w:pPr>
      <w:r w:rsidDel="00000000" w:rsidR="00000000" w:rsidRPr="00000000">
        <w:rPr>
          <w:rtl w:val="0"/>
        </w:rPr>
        <w:t xml:space="preserve">Ember &amp; Ease is a holistic healing space offering: - Reiki Energy Healing - Personalized Meditation Sessions - Therapeutic Coaching - Soulful Group Workshops - Trauma-Informed Yoga</w:t>
      </w:r>
    </w:p>
    <w:p w:rsidR="00000000" w:rsidDel="00000000" w:rsidP="00000000" w:rsidRDefault="00000000" w:rsidRPr="00000000" w14:paraId="00000383">
      <w:pPr>
        <w:spacing w:after="240" w:before="240" w:line="480" w:lineRule="auto"/>
        <w:rPr/>
      </w:pPr>
      <w:r w:rsidDel="00000000" w:rsidR="00000000" w:rsidRPr="00000000">
        <w:rPr>
          <w:rtl w:val="0"/>
        </w:rPr>
        <w:t xml:space="preserve">Weekend sessions available for individual healing or group facilitation. For more information or to book, visit:</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https://ember-ease.square.site/</w:t>
        </w:r>
      </w:hyperlink>
      <w:r w:rsidDel="00000000" w:rsidR="00000000" w:rsidRPr="00000000">
        <w:rPr>
          <w:rtl w:val="0"/>
        </w:rPr>
        <w:t xml:space="preserve"> or contact carina4_7@yahoo.com</w:t>
      </w:r>
    </w:p>
    <w:p w:rsidR="00000000" w:rsidDel="00000000" w:rsidP="00000000" w:rsidRDefault="00000000" w:rsidRPr="00000000" w14:paraId="00000384">
      <w:pPr>
        <w:spacing w:after="240" w:before="240" w:line="480" w:lineRule="auto"/>
        <w:rPr>
          <w:b w:val="1"/>
        </w:rPr>
      </w:pPr>
      <w:r w:rsidDel="00000000" w:rsidR="00000000" w:rsidRPr="00000000">
        <w:rPr>
          <w:b w:val="1"/>
          <w:rtl w:val="0"/>
        </w:rPr>
        <w:t xml:space="preserve">Client &amp; Clinician Worksheets</w:t>
      </w:r>
    </w:p>
    <w:p w:rsidR="00000000" w:rsidDel="00000000" w:rsidP="00000000" w:rsidRDefault="00000000" w:rsidRPr="00000000" w14:paraId="00000385">
      <w:pPr>
        <w:spacing w:after="240" w:before="240" w:line="480" w:lineRule="auto"/>
        <w:rPr/>
      </w:pPr>
      <w:r w:rsidDel="00000000" w:rsidR="00000000" w:rsidRPr="00000000">
        <w:rPr>
          <w:rtl w:val="0"/>
        </w:rPr>
        <w:t xml:space="preserve">This section includes printable and adaptable tools referenced throughout the book. These worksheets can be used in therapy sessions, self-work practices, or integrated into coaching and wellness programs.</w:t>
      </w:r>
    </w:p>
    <w:p w:rsidR="00000000" w:rsidDel="00000000" w:rsidP="00000000" w:rsidRDefault="00000000" w:rsidRPr="00000000" w14:paraId="00000386">
      <w:pPr>
        <w:spacing w:after="240" w:before="240" w:line="480" w:lineRule="auto"/>
        <w:rPr/>
      </w:pPr>
      <w:r w:rsidDel="00000000" w:rsidR="00000000" w:rsidRPr="00000000">
        <w:rPr>
          <w:rtl w:val="0"/>
        </w:rPr>
        <w:t xml:space="preserve">1. Identity Circles 2. Thought Story Map 3. 3-Space Emotional Check-In 4. Inner Garden Visualization 5. Yes/No/Maybe Boundary List 6. Self-Parenting Vows Template 7. Grief Bowl Ritual 8. Soul Check-In Sheet</w:t>
      </w:r>
    </w:p>
    <w:p w:rsidR="00000000" w:rsidDel="00000000" w:rsidP="00000000" w:rsidRDefault="00000000" w:rsidRPr="00000000" w14:paraId="00000387">
      <w:pPr>
        <w:spacing w:after="240" w:before="240" w:line="480" w:lineRule="auto"/>
        <w:rPr/>
      </w:pPr>
      <w:r w:rsidDel="00000000" w:rsidR="00000000" w:rsidRPr="00000000">
        <w:rPr>
          <w:rtl w:val="0"/>
        </w:rPr>
        <w:t xml:space="preserve">Explore the roles, labels, and truths you carry — and which ones no longer serve you.</w:t>
      </w:r>
    </w:p>
    <w:p w:rsidR="00000000" w:rsidDel="00000000" w:rsidP="00000000" w:rsidRDefault="00000000" w:rsidRPr="00000000" w14:paraId="00000388">
      <w:pPr>
        <w:spacing w:after="240" w:before="240" w:line="480" w:lineRule="auto"/>
        <w:rPr/>
      </w:pPr>
      <w:r w:rsidDel="00000000" w:rsidR="00000000" w:rsidRPr="00000000">
        <w:rPr>
          <w:rtl w:val="0"/>
        </w:rPr>
        <w:t xml:space="preserve">Thought Story Map</w:t>
      </w:r>
    </w:p>
    <w:p w:rsidR="00000000" w:rsidDel="00000000" w:rsidP="00000000" w:rsidRDefault="00000000" w:rsidRPr="00000000" w14:paraId="00000389">
      <w:pPr>
        <w:spacing w:after="240" w:before="240" w:line="480" w:lineRule="auto"/>
        <w:rPr/>
      </w:pPr>
      <w:r w:rsidDel="00000000" w:rsidR="00000000" w:rsidRPr="00000000">
        <w:rPr>
          <w:rtl w:val="0"/>
        </w:rPr>
        <w:t xml:space="preserve">Trace a recurring negative thought back to its origin. Rewrite the story with compassionate awareness.</w:t>
      </w:r>
    </w:p>
    <w:p w:rsidR="00000000" w:rsidDel="00000000" w:rsidP="00000000" w:rsidRDefault="00000000" w:rsidRPr="00000000" w14:paraId="0000038A">
      <w:pPr>
        <w:spacing w:after="240" w:before="240" w:line="480" w:lineRule="auto"/>
        <w:rPr>
          <w:b w:val="1"/>
        </w:rPr>
      </w:pPr>
      <w:r w:rsidDel="00000000" w:rsidR="00000000" w:rsidRPr="00000000">
        <w:rPr>
          <w:b w:val="1"/>
          <w:rtl w:val="0"/>
        </w:rPr>
        <w:t xml:space="preserve">3-Space Check-In</w:t>
      </w:r>
    </w:p>
    <w:p w:rsidR="00000000" w:rsidDel="00000000" w:rsidP="00000000" w:rsidRDefault="00000000" w:rsidRPr="00000000" w14:paraId="0000038B">
      <w:pPr>
        <w:spacing w:after="240" w:before="240" w:line="480" w:lineRule="auto"/>
        <w:rPr/>
      </w:pPr>
      <w:r w:rsidDel="00000000" w:rsidR="00000000" w:rsidRPr="00000000">
        <w:rPr>
          <w:rtl w:val="0"/>
        </w:rPr>
        <w:t xml:space="preserve">A somatic journaling prompt that asks: What does your head say? What does your heart feel? What does your body need?</w:t>
      </w:r>
    </w:p>
    <w:p w:rsidR="00000000" w:rsidDel="00000000" w:rsidP="00000000" w:rsidRDefault="00000000" w:rsidRPr="00000000" w14:paraId="0000038C">
      <w:pPr>
        <w:spacing w:after="240" w:before="240" w:line="480" w:lineRule="auto"/>
        <w:rPr>
          <w:b w:val="1"/>
        </w:rPr>
      </w:pPr>
      <w:r w:rsidDel="00000000" w:rsidR="00000000" w:rsidRPr="00000000">
        <w:rPr>
          <w:b w:val="1"/>
          <w:rtl w:val="0"/>
        </w:rPr>
        <w:t xml:space="preserve">Inner Garden Visualization Sheet</w:t>
      </w:r>
    </w:p>
    <w:p w:rsidR="00000000" w:rsidDel="00000000" w:rsidP="00000000" w:rsidRDefault="00000000" w:rsidRPr="00000000" w14:paraId="0000038D">
      <w:pPr>
        <w:spacing w:after="240" w:before="240" w:line="480" w:lineRule="auto"/>
        <w:rPr/>
      </w:pPr>
      <w:r w:rsidDel="00000000" w:rsidR="00000000" w:rsidRPr="00000000">
        <w:rPr>
          <w:rtl w:val="0"/>
        </w:rPr>
        <w:t xml:space="preserve">Nurture your emotional landscape. Reflect on what needs tending, pruning, watering, or light.</w:t>
      </w:r>
    </w:p>
    <w:p w:rsidR="00000000" w:rsidDel="00000000" w:rsidP="00000000" w:rsidRDefault="00000000" w:rsidRPr="00000000" w14:paraId="0000038E">
      <w:pPr>
        <w:spacing w:after="240" w:before="240" w:line="480" w:lineRule="auto"/>
        <w:rPr/>
      </w:pPr>
      <w:r w:rsidDel="00000000" w:rsidR="00000000" w:rsidRPr="00000000">
        <w:rPr>
          <w:rtl w:val="0"/>
        </w:rPr>
        <w:t xml:space="preserve">Yes / No / Maybe Boundary List</w:t>
      </w:r>
    </w:p>
    <w:p w:rsidR="00000000" w:rsidDel="00000000" w:rsidP="00000000" w:rsidRDefault="00000000" w:rsidRPr="00000000" w14:paraId="0000038F">
      <w:pPr>
        <w:spacing w:after="240" w:before="240" w:line="480" w:lineRule="auto"/>
        <w:rPr/>
      </w:pPr>
      <w:r w:rsidDel="00000000" w:rsidR="00000000" w:rsidRPr="00000000">
        <w:rPr>
          <w:rtl w:val="0"/>
        </w:rPr>
        <w:t xml:space="preserve">Clarify your energetic availability and assertive communication.</w:t>
      </w:r>
    </w:p>
    <w:p w:rsidR="00000000" w:rsidDel="00000000" w:rsidP="00000000" w:rsidRDefault="00000000" w:rsidRPr="00000000" w14:paraId="00000390">
      <w:pPr>
        <w:spacing w:after="240" w:before="240" w:line="480" w:lineRule="auto"/>
        <w:rPr/>
      </w:pPr>
      <w:r w:rsidDel="00000000" w:rsidR="00000000" w:rsidRPr="00000000">
        <w:rPr>
          <w:rtl w:val="0"/>
        </w:rPr>
        <w:t xml:space="preserve">Self-Parenting Vows Template</w:t>
      </w:r>
    </w:p>
    <w:p w:rsidR="00000000" w:rsidDel="00000000" w:rsidP="00000000" w:rsidRDefault="00000000" w:rsidRPr="00000000" w14:paraId="00000391">
      <w:pPr>
        <w:spacing w:after="240" w:before="240" w:line="480" w:lineRule="auto"/>
        <w:rPr/>
      </w:pPr>
      <w:r w:rsidDel="00000000" w:rsidR="00000000" w:rsidRPr="00000000">
        <w:rPr>
          <w:rtl w:val="0"/>
        </w:rPr>
        <w:t xml:space="preserve">Write vows to your inner child — what you’ll never withhold again.</w:t>
      </w:r>
    </w:p>
    <w:p w:rsidR="00000000" w:rsidDel="00000000" w:rsidP="00000000" w:rsidRDefault="00000000" w:rsidRPr="00000000" w14:paraId="00000392">
      <w:pPr>
        <w:spacing w:after="240" w:before="240" w:line="480" w:lineRule="auto"/>
        <w:rPr>
          <w:b w:val="1"/>
        </w:rPr>
      </w:pPr>
      <w:r w:rsidDel="00000000" w:rsidR="00000000" w:rsidRPr="00000000">
        <w:rPr>
          <w:b w:val="1"/>
          <w:rtl w:val="0"/>
        </w:rPr>
        <w:t xml:space="preserve">Grief Bowl Ritual Instructions</w:t>
      </w:r>
    </w:p>
    <w:p w:rsidR="00000000" w:rsidDel="00000000" w:rsidP="00000000" w:rsidRDefault="00000000" w:rsidRPr="00000000" w14:paraId="00000393">
      <w:pPr>
        <w:spacing w:after="240" w:before="240" w:line="480" w:lineRule="auto"/>
        <w:rPr/>
      </w:pPr>
      <w:r w:rsidDel="00000000" w:rsidR="00000000" w:rsidRPr="00000000">
        <w:rPr>
          <w:rtl w:val="0"/>
        </w:rPr>
        <w:t xml:space="preserve">A grounding practice for holding and honoring emotional pain that hasn’t had a voice.</w:t>
      </w:r>
    </w:p>
    <w:p w:rsidR="00000000" w:rsidDel="00000000" w:rsidP="00000000" w:rsidRDefault="00000000" w:rsidRPr="00000000" w14:paraId="00000394">
      <w:pPr>
        <w:spacing w:after="240" w:before="240" w:line="480" w:lineRule="auto"/>
        <w:rPr>
          <w:b w:val="1"/>
        </w:rPr>
      </w:pPr>
      <w:r w:rsidDel="00000000" w:rsidR="00000000" w:rsidRPr="00000000">
        <w:rPr>
          <w:b w:val="1"/>
          <w:rtl w:val="0"/>
        </w:rPr>
        <w:t xml:space="preserve">Weekly Soul Check-In Page</w:t>
      </w:r>
    </w:p>
    <w:p w:rsidR="00000000" w:rsidDel="00000000" w:rsidP="00000000" w:rsidRDefault="00000000" w:rsidRPr="00000000" w14:paraId="00000395">
      <w:pPr>
        <w:spacing w:after="240" w:before="240" w:line="480" w:lineRule="auto"/>
        <w:rPr/>
      </w:pPr>
      <w:r w:rsidDel="00000000" w:rsidR="00000000" w:rsidRPr="00000000">
        <w:rPr>
          <w:rtl w:val="0"/>
        </w:rPr>
        <w:t xml:space="preserve">A simple template to reflect on your week, energy, emotions, boundaries, and wins.</w:t>
      </w:r>
    </w:p>
    <w:p w:rsidR="00000000" w:rsidDel="00000000" w:rsidP="00000000" w:rsidRDefault="00000000" w:rsidRPr="00000000" w14:paraId="00000396">
      <w:pPr>
        <w:spacing w:after="240" w:before="240" w:line="480" w:lineRule="auto"/>
        <w:rPr>
          <w:b w:val="1"/>
        </w:rPr>
      </w:pPr>
      <w:r w:rsidDel="00000000" w:rsidR="00000000" w:rsidRPr="00000000">
        <w:rPr>
          <w:b w:val="1"/>
          <w:rtl w:val="0"/>
        </w:rPr>
        <w:t xml:space="preserve">Trusted Clinical Resources</w:t>
      </w:r>
    </w:p>
    <w:p w:rsidR="00000000" w:rsidDel="00000000" w:rsidP="00000000" w:rsidRDefault="00000000" w:rsidRPr="00000000" w14:paraId="00000397">
      <w:pPr>
        <w:spacing w:after="240" w:before="240" w:line="480" w:lineRule="auto"/>
        <w:rPr/>
      </w:pPr>
      <w:r w:rsidDel="00000000" w:rsidR="00000000" w:rsidRPr="00000000">
        <w:rPr>
          <w:rtl w:val="0"/>
        </w:rPr>
        <w:t xml:space="preserve">These websites offer downloadable worksheets, client handouts, and tools for psychoeducation, wellness, and emotional healing:</w:t>
      </w:r>
    </w:p>
    <w:p w:rsidR="00000000" w:rsidDel="00000000" w:rsidP="00000000" w:rsidRDefault="00000000" w:rsidRPr="00000000" w14:paraId="00000398">
      <w:pPr>
        <w:spacing w:after="240" w:before="240" w:line="480" w:lineRule="auto"/>
        <w:rPr/>
      </w:pPr>
      <w:r w:rsidDel="00000000" w:rsidR="00000000" w:rsidRPr="00000000">
        <w:rPr>
          <w:rtl w:val="0"/>
        </w:rPr>
        <w:t xml:space="preserve">Between Sessions Resources</w:t>
      </w:r>
    </w:p>
    <w:p w:rsidR="00000000" w:rsidDel="00000000" w:rsidP="00000000" w:rsidRDefault="00000000" w:rsidRPr="00000000" w14:paraId="00000399">
      <w:pPr>
        <w:spacing w:after="240" w:before="240" w:line="480" w:lineRule="auto"/>
        <w:rPr/>
      </w:pPr>
      <w:r w:rsidDel="00000000" w:rsidR="00000000" w:rsidRPr="00000000">
        <w:rPr>
          <w:rtl w:val="0"/>
        </w:rPr>
        <w:t xml:space="preserve">Evidence-based worksheets and exercises for therapists, coaches, and clients. Includes tools for CBT, DBT, trauma, anxiety, and more.</w:t>
      </w:r>
    </w:p>
    <w:p w:rsidR="00000000" w:rsidDel="00000000" w:rsidP="00000000" w:rsidRDefault="00000000" w:rsidRPr="00000000" w14:paraId="0000039A">
      <w:pPr>
        <w:spacing w:after="240" w:before="240" w:line="480" w:lineRule="auto"/>
        <w:rPr/>
      </w:pPr>
      <w:r w:rsidDel="00000000" w:rsidR="00000000" w:rsidRPr="00000000">
        <w:rPr>
          <w:rtl w:val="0"/>
        </w:rPr>
        <w:t xml:space="preserve">Therapist Aid</w:t>
      </w:r>
    </w:p>
    <w:p w:rsidR="00000000" w:rsidDel="00000000" w:rsidP="00000000" w:rsidRDefault="00000000" w:rsidRPr="00000000" w14:paraId="0000039B">
      <w:pPr>
        <w:spacing w:after="240" w:before="240" w:line="480" w:lineRule="auto"/>
        <w:rPr/>
      </w:pPr>
      <w:r w:rsidDel="00000000" w:rsidR="00000000" w:rsidRPr="00000000">
        <w:rPr>
          <w:rtl w:val="0"/>
        </w:rPr>
        <w:t xml:space="preserve">Free printable therapy tools for clinicians, including worksheets for emotion regulation, communication, and coping skills.</w:t>
      </w:r>
    </w:p>
    <w:p w:rsidR="00000000" w:rsidDel="00000000" w:rsidP="00000000" w:rsidRDefault="00000000" w:rsidRPr="00000000" w14:paraId="0000039C">
      <w:pPr>
        <w:spacing w:after="240" w:before="240" w:line="480" w:lineRule="auto"/>
        <w:rPr/>
      </w:pPr>
      <w:r w:rsidDel="00000000" w:rsidR="00000000" w:rsidRPr="00000000">
        <w:rPr>
          <w:rtl w:val="0"/>
        </w:rPr>
        <w:t xml:space="preserve">Mindfulness Exercises</w:t>
      </w:r>
    </w:p>
    <w:p w:rsidR="00000000" w:rsidDel="00000000" w:rsidP="00000000" w:rsidRDefault="00000000" w:rsidRPr="00000000" w14:paraId="0000039D">
      <w:pPr>
        <w:spacing w:after="240" w:before="240" w:line="480" w:lineRule="auto"/>
        <w:rPr/>
      </w:pPr>
      <w:r w:rsidDel="00000000" w:rsidR="00000000" w:rsidRPr="00000000">
        <w:rPr>
          <w:rtl w:val="0"/>
        </w:rPr>
        <w:t xml:space="preserve">Guided meditations, breathwork scripts, and printable mindfulness tools for both beginners and professionals.</w:t>
      </w:r>
    </w:p>
    <w:p w:rsidR="00000000" w:rsidDel="00000000" w:rsidP="00000000" w:rsidRDefault="00000000" w:rsidRPr="00000000" w14:paraId="0000039E">
      <w:pPr>
        <w:spacing w:after="240" w:before="240" w:line="480" w:lineRule="auto"/>
        <w:rPr/>
      </w:pPr>
      <w:r w:rsidDel="00000000" w:rsidR="00000000" w:rsidRPr="00000000">
        <w:rPr>
          <w:rtl w:val="0"/>
        </w:rPr>
        <w:t xml:space="preserve">The National Child Traumatic Stress Network (NCTSN)</w:t>
      </w:r>
    </w:p>
    <w:p w:rsidR="00000000" w:rsidDel="00000000" w:rsidP="00000000" w:rsidRDefault="00000000" w:rsidRPr="00000000" w14:paraId="0000039F">
      <w:pPr>
        <w:spacing w:after="240" w:before="240" w:line="480" w:lineRule="auto"/>
        <w:rPr/>
      </w:pPr>
      <w:r w:rsidDel="00000000" w:rsidR="00000000" w:rsidRPr="00000000">
        <w:rPr>
          <w:rtl w:val="0"/>
        </w:rPr>
        <w:t xml:space="preserve">Clinical handouts and trauma-informed tools for working with children and families.</w:t>
      </w:r>
    </w:p>
    <w:p w:rsidR="00000000" w:rsidDel="00000000" w:rsidP="00000000" w:rsidRDefault="00000000" w:rsidRPr="00000000" w14:paraId="000003A0">
      <w:pPr>
        <w:spacing w:after="240" w:before="240" w:line="480" w:lineRule="auto"/>
        <w:rPr/>
      </w:pPr>
      <w:r w:rsidDel="00000000" w:rsidR="00000000" w:rsidRPr="00000000">
        <w:rPr>
          <w:rtl w:val="0"/>
        </w:rPr>
        <w:t xml:space="preserve">Ember &amp; Ease Digital Library</w:t>
      </w:r>
    </w:p>
    <w:p w:rsidR="00000000" w:rsidDel="00000000" w:rsidP="00000000" w:rsidRDefault="00000000" w:rsidRPr="00000000" w14:paraId="000003A1">
      <w:pPr>
        <w:spacing w:after="240" w:before="240" w:line="480" w:lineRule="auto"/>
        <w:rPr/>
      </w:pPr>
      <w:r w:rsidDel="00000000" w:rsidR="00000000" w:rsidRPr="00000000">
        <w:rPr>
          <w:rtl w:val="0"/>
        </w:rPr>
        <w:t xml:space="preserve">A growing collection of somatic healing guides, reiki-infused meditations, and reflection workbooks authored by Carina Schroedel, CSW.</w:t>
      </w:r>
    </w:p>
    <w:p w:rsidR="00000000" w:rsidDel="00000000" w:rsidP="00000000" w:rsidRDefault="00000000" w:rsidRPr="00000000" w14:paraId="000003A2">
      <w:pPr>
        <w:spacing w:after="240" w:before="240" w:line="480" w:lineRule="auto"/>
        <w:rPr/>
      </w:pPr>
      <w:r w:rsidDel="00000000" w:rsidR="00000000" w:rsidRPr="00000000">
        <w:rPr>
          <w:rtl w:val="0"/>
        </w:rPr>
        <w:t xml:space="preserve">For Personal Use and Professional Practice</w:t>
      </w:r>
    </w:p>
    <w:p w:rsidR="00000000" w:rsidDel="00000000" w:rsidP="00000000" w:rsidRDefault="00000000" w:rsidRPr="00000000" w14:paraId="000003A3">
      <w:pPr>
        <w:spacing w:after="240" w:before="240" w:line="480" w:lineRule="auto"/>
        <w:rPr/>
      </w:pPr>
      <w:r w:rsidDel="00000000" w:rsidR="00000000" w:rsidRPr="00000000">
        <w:rPr>
          <w:rtl w:val="0"/>
        </w:rPr>
        <w:t xml:space="preserve">These worksheets are meant to be adapted — not perfected. Let them evolve with your process. Print, journal, share, or save them. They are invitations, not prescriptions. May they meet you exactly where you are — and gently guide you back to where you’re meant to be</w:t>
      </w:r>
    </w:p>
    <w:p w:rsidR="00000000" w:rsidDel="00000000" w:rsidP="00000000" w:rsidRDefault="00000000" w:rsidRPr="00000000" w14:paraId="000003A4">
      <w:pPr>
        <w:spacing w:after="240" w:before="240" w:line="480" w:lineRule="auto"/>
        <w:rPr>
          <w:b w:val="1"/>
        </w:rPr>
      </w:pPr>
      <w:r w:rsidDel="00000000" w:rsidR="00000000" w:rsidRPr="00000000">
        <w:rPr>
          <w:b w:val="1"/>
          <w:rtl w:val="0"/>
        </w:rPr>
        <w:t xml:space="preserve">References (APA Format)</w:t>
      </w:r>
    </w:p>
    <w:p w:rsidR="00000000" w:rsidDel="00000000" w:rsidP="00000000" w:rsidRDefault="00000000" w:rsidRPr="00000000" w14:paraId="000003A5">
      <w:pPr>
        <w:spacing w:after="240" w:before="240" w:line="480" w:lineRule="auto"/>
        <w:rPr/>
      </w:pPr>
      <w:r w:rsidDel="00000000" w:rsidR="00000000" w:rsidRPr="00000000">
        <w:rPr>
          <w:rtl w:val="0"/>
        </w:rPr>
        <w:t xml:space="preserve">Beck, J. S. (2011). Cognitive behavior therapy: Basics and beyond (2nd ed.). Guilford Press. Brantley, J. (2003). Calming your anxious mind</w:t>
      </w:r>
    </w:p>
    <w:p w:rsidR="00000000" w:rsidDel="00000000" w:rsidP="00000000" w:rsidRDefault="00000000" w:rsidRPr="00000000" w14:paraId="000003A6">
      <w:pPr>
        <w:spacing w:after="240" w:before="240" w:line="480" w:lineRule="auto"/>
        <w:rPr/>
      </w:pPr>
      <w:r w:rsidDel="00000000" w:rsidR="00000000" w:rsidRPr="00000000">
        <w:rPr>
          <w:rtl w:val="0"/>
        </w:rPr>
        <w:t xml:space="preserve"> New Harbinger. Cain, S. (2012). Quiet: The power of introverts in a world that can’t stop talking. </w:t>
      </w:r>
    </w:p>
    <w:p w:rsidR="00000000" w:rsidDel="00000000" w:rsidP="00000000" w:rsidRDefault="00000000" w:rsidRPr="00000000" w14:paraId="000003A7">
      <w:pPr>
        <w:spacing w:after="240" w:before="240" w:line="480" w:lineRule="auto"/>
        <w:rPr/>
      </w:pPr>
      <w:r w:rsidDel="00000000" w:rsidR="00000000" w:rsidRPr="00000000">
        <w:rPr>
          <w:rtl w:val="0"/>
        </w:rPr>
        <w:t xml:space="preserve">Crown Publishing. Figley, C. R. (1995). Compassion fatigue: Coping with secondary traumatic stress disorder in those who treat the traumatized. </w:t>
      </w:r>
    </w:p>
    <w:p w:rsidR="00000000" w:rsidDel="00000000" w:rsidP="00000000" w:rsidRDefault="00000000" w:rsidRPr="00000000" w14:paraId="000003A8">
      <w:pPr>
        <w:spacing w:after="240" w:before="240" w:line="480" w:lineRule="auto"/>
        <w:rPr/>
      </w:pPr>
      <w:r w:rsidDel="00000000" w:rsidR="00000000" w:rsidRPr="00000000">
        <w:rPr>
          <w:rtl w:val="0"/>
        </w:rPr>
        <w:t xml:space="preserve">Brunner/Mazel. Greenberg, L. S. (2015). Emotion-focused therapy: Coaching clients to work through their feelings. American Psychological Association.</w:t>
      </w:r>
    </w:p>
    <w:p w:rsidR="00000000" w:rsidDel="00000000" w:rsidP="00000000" w:rsidRDefault="00000000" w:rsidRPr="00000000" w14:paraId="000003A9">
      <w:pPr>
        <w:spacing w:after="240" w:before="240" w:line="480" w:lineRule="auto"/>
        <w:rPr/>
      </w:pPr>
      <w:r w:rsidDel="00000000" w:rsidR="00000000" w:rsidRPr="00000000">
        <w:rPr>
          <w:rtl w:val="0"/>
        </w:rPr>
        <w:t xml:space="preserve"> Maslach, C., &amp; Leiter, M. P. (2016). Burnout: A multidimensional perspective. Psychology Press. Neff, K. D. (2003). Self-compassion: An alternative conceptualization of a healthy attitude toward oneself. Self and Identity, 2(2), 85–101. </w:t>
      </w:r>
    </w:p>
    <w:p w:rsidR="00000000" w:rsidDel="00000000" w:rsidP="00000000" w:rsidRDefault="00000000" w:rsidRPr="00000000" w14:paraId="000003AA">
      <w:pPr>
        <w:spacing w:after="240" w:before="240" w:line="480" w:lineRule="auto"/>
        <w:rPr/>
      </w:pPr>
      <w:r w:rsidDel="00000000" w:rsidR="00000000" w:rsidRPr="00000000">
        <w:rPr>
          <w:rtl w:val="0"/>
        </w:rPr>
        <w:t xml:space="preserve">Ogden, P., Minton, K., &amp; Pain, C. (2006). Trauma and the body: A sensorimotor approach to psychotherapy. Norton. Porges, S. W. (2011). </w:t>
      </w:r>
    </w:p>
    <w:p w:rsidR="00000000" w:rsidDel="00000000" w:rsidP="00000000" w:rsidRDefault="00000000" w:rsidRPr="00000000" w14:paraId="000003AB">
      <w:pPr>
        <w:spacing w:after="240" w:before="240" w:line="480" w:lineRule="auto"/>
        <w:rPr/>
      </w:pPr>
      <w:r w:rsidDel="00000000" w:rsidR="00000000" w:rsidRPr="00000000">
        <w:rPr>
          <w:rtl w:val="0"/>
        </w:rPr>
        <w:t xml:space="preserve">The polyvagal theory: Neurophysiological foundations of emotions, attachment, communication, and self-regulation. Norton. Siegel, D. J. (2010).</w:t>
      </w:r>
    </w:p>
    <w:p w:rsidR="00000000" w:rsidDel="00000000" w:rsidP="00000000" w:rsidRDefault="00000000" w:rsidRPr="00000000" w14:paraId="000003AC">
      <w:pPr>
        <w:spacing w:after="240" w:before="240" w:line="480" w:lineRule="auto"/>
        <w:rPr/>
      </w:pPr>
      <w:r w:rsidDel="00000000" w:rsidR="00000000" w:rsidRPr="00000000">
        <w:rPr>
          <w:rtl w:val="0"/>
        </w:rPr>
        <w:t xml:space="preserve"> The mindful therapist. Norton. Van der Kolk, B. A. (2014). The body keeps the score: Brain, mind, and body in the healing of trauma. </w:t>
      </w:r>
    </w:p>
    <w:p w:rsidR="00000000" w:rsidDel="00000000" w:rsidP="00000000" w:rsidRDefault="00000000" w:rsidRPr="00000000" w14:paraId="000003AD">
      <w:pPr>
        <w:spacing w:after="240" w:before="240" w:line="480" w:lineRule="auto"/>
        <w:rPr/>
      </w:pPr>
      <w:r w:rsidDel="00000000" w:rsidR="00000000" w:rsidRPr="00000000">
        <w:rPr>
          <w:rtl w:val="0"/>
        </w:rPr>
        <w:t xml:space="preserve">Viking. White, M., &amp; Epston, D. (1990). Narrative means to therapeutic ends. Norton. Worden, J. W. (2009). Grief counseling and grief therapy (4th ed.). Springer Publishing Company.</w:t>
      </w:r>
    </w:p>
    <w:p w:rsidR="00000000" w:rsidDel="00000000" w:rsidP="00000000" w:rsidRDefault="00000000" w:rsidRPr="00000000" w14:paraId="000003AE">
      <w:pPr>
        <w:rPr/>
      </w:pPr>
      <w:r w:rsidDel="00000000" w:rsidR="00000000" w:rsidRPr="00000000">
        <w:rPr>
          <w:rtl w:val="0"/>
        </w:rPr>
      </w:r>
    </w:p>
    <w:p w:rsidR="00000000" w:rsidDel="00000000" w:rsidP="00000000" w:rsidRDefault="00000000" w:rsidRPr="00000000" w14:paraId="000003AF">
      <w:pPr>
        <w:jc w:val="center"/>
        <w:rPr/>
      </w:pPr>
      <w:r w:rsidDel="00000000" w:rsidR="00000000" w:rsidRPr="00000000">
        <w:rPr>
          <w:rtl w:val="0"/>
        </w:rPr>
      </w:r>
    </w:p>
    <w:p w:rsidR="00000000" w:rsidDel="00000000" w:rsidP="00000000" w:rsidRDefault="00000000" w:rsidRPr="00000000" w14:paraId="000003B0">
      <w:pPr>
        <w:jc w:val="center"/>
        <w:rPr/>
      </w:pPr>
      <w:r w:rsidDel="00000000" w:rsidR="00000000" w:rsidRPr="00000000">
        <w:rPr>
          <w:rtl w:val="0"/>
        </w:rPr>
      </w:r>
    </w:p>
    <w:p w:rsidR="00000000" w:rsidDel="00000000" w:rsidP="00000000" w:rsidRDefault="00000000" w:rsidRPr="00000000" w14:paraId="000003B1">
      <w:pPr>
        <w:jc w:val="center"/>
        <w:rPr/>
      </w:pPr>
      <w:r w:rsidDel="00000000" w:rsidR="00000000" w:rsidRPr="00000000">
        <w:rPr>
          <w:rtl w:val="0"/>
        </w:rPr>
      </w:r>
    </w:p>
    <w:p w:rsidR="00000000" w:rsidDel="00000000" w:rsidP="00000000" w:rsidRDefault="00000000" w:rsidRPr="00000000" w14:paraId="000003B2">
      <w:pPr>
        <w:jc w:val="center"/>
        <w:rPr/>
      </w:pPr>
      <w:r w:rsidDel="00000000" w:rsidR="00000000" w:rsidRPr="00000000">
        <w:rPr>
          <w:rtl w:val="0"/>
        </w:rPr>
      </w:r>
    </w:p>
    <w:p w:rsidR="00000000" w:rsidDel="00000000" w:rsidP="00000000" w:rsidRDefault="00000000" w:rsidRPr="00000000" w14:paraId="000003B3">
      <w:pPr>
        <w:rPr>
          <w:sz w:val="24"/>
          <w:szCs w:val="24"/>
        </w:rPr>
      </w:pPr>
      <w:r w:rsidDel="00000000" w:rsidR="00000000" w:rsidRPr="00000000">
        <w:rPr>
          <w:rtl w:val="0"/>
        </w:rPr>
      </w:r>
    </w:p>
    <w:sectPr>
      <w:pgSz w:h="12960" w:w="8640" w:orient="portrait"/>
      <w:pgMar w:bottom="1080" w:top="1080" w:left="108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Normal" w:default="1">
    <w:name w:val="Normal"/>
    <w:qFormat w:val="1"/>
    <w:rsid w:val="00FC693F"/>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val="1"/>
    <w:rsid w:val="00FC693F"/>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paragraph" w:styleId="Heading2">
    <w:name w:val="heading 2"/>
    <w:basedOn w:val="Normal"/>
    <w:next w:val="Normal"/>
    <w:link w:val="Heading2Char"/>
    <w:uiPriority w:val="9"/>
    <w:unhideWhenUsed w:val="1"/>
    <w:qFormat w:val="1"/>
    <w:rsid w:val="00FC693F"/>
    <w:pPr>
      <w:keepNext w:val="1"/>
      <w:keepLines w:val="1"/>
      <w:spacing w:after="0" w:before="200"/>
      <w:outlineLvl w:val="1"/>
    </w:pPr>
    <w:rPr>
      <w:rFonts w:asciiTheme="majorHAnsi" w:cstheme="majorBidi" w:eastAsiaTheme="majorEastAsia" w:hAnsiTheme="majorHAnsi"/>
      <w:b w:val="1"/>
      <w:bCs w:val="1"/>
      <w:color w:val="4f81bd" w:themeColor="accent1"/>
      <w:sz w:val="26"/>
      <w:szCs w:val="26"/>
    </w:rPr>
  </w:style>
  <w:style w:type="paragraph" w:styleId="Heading3">
    <w:name w:val="heading 3"/>
    <w:basedOn w:val="Normal"/>
    <w:next w:val="Normal"/>
    <w:link w:val="Heading3Char"/>
    <w:uiPriority w:val="9"/>
    <w:unhideWhenUsed w:val="1"/>
    <w:qFormat w:val="1"/>
    <w:rsid w:val="00FC693F"/>
    <w:pPr>
      <w:keepNext w:val="1"/>
      <w:keepLines w:val="1"/>
      <w:spacing w:after="0" w:before="200"/>
      <w:outlineLvl w:val="2"/>
    </w:pPr>
    <w:rPr>
      <w:rFonts w:asciiTheme="majorHAnsi" w:cstheme="majorBidi" w:eastAsiaTheme="majorEastAsia" w:hAnsiTheme="majorHAnsi"/>
      <w:b w:val="1"/>
      <w:bCs w:val="1"/>
      <w:color w:val="4f81bd" w:themeColor="accent1"/>
    </w:rPr>
  </w:style>
  <w:style w:type="paragraph" w:styleId="Heading4">
    <w:name w:val="heading 4"/>
    <w:basedOn w:val="Normal"/>
    <w:next w:val="Normal"/>
    <w:link w:val="Heading4Char"/>
    <w:uiPriority w:val="9"/>
    <w:semiHidden w:val="1"/>
    <w:unhideWhenUsed w:val="1"/>
    <w:qFormat w:val="1"/>
    <w:rsid w:val="00FC693F"/>
    <w:pPr>
      <w:keepNext w:val="1"/>
      <w:keepLines w:val="1"/>
      <w:spacing w:after="0" w:before="200"/>
      <w:outlineLvl w:val="3"/>
    </w:pPr>
    <w:rPr>
      <w:rFonts w:asciiTheme="majorHAnsi" w:cstheme="majorBidi" w:eastAsiaTheme="majorEastAsia" w:hAnsiTheme="majorHAnsi"/>
      <w:b w:val="1"/>
      <w:bCs w:val="1"/>
      <w:i w:val="1"/>
      <w:iCs w:val="1"/>
      <w:color w:val="4f81bd" w:themeColor="accent1"/>
    </w:rPr>
  </w:style>
  <w:style w:type="paragraph" w:styleId="Heading5">
    <w:name w:val="heading 5"/>
    <w:basedOn w:val="Normal"/>
    <w:next w:val="Normal"/>
    <w:link w:val="Heading5Char"/>
    <w:uiPriority w:val="9"/>
    <w:semiHidden w:val="1"/>
    <w:unhideWhenUsed w:val="1"/>
    <w:qFormat w:val="1"/>
    <w:rsid w:val="00FC693F"/>
    <w:pPr>
      <w:keepNext w:val="1"/>
      <w:keepLines w:val="1"/>
      <w:spacing w:after="0" w:before="200"/>
      <w:outlineLvl w:val="4"/>
    </w:pPr>
    <w:rPr>
      <w:rFonts w:asciiTheme="majorHAnsi" w:cstheme="majorBidi" w:eastAsiaTheme="majorEastAsia" w:hAnsiTheme="majorHAnsi"/>
      <w:color w:val="243f60" w:themeColor="accent1" w:themeShade="00007F"/>
    </w:rPr>
  </w:style>
  <w:style w:type="paragraph" w:styleId="Heading6">
    <w:name w:val="heading 6"/>
    <w:basedOn w:val="Normal"/>
    <w:next w:val="Normal"/>
    <w:link w:val="Heading6Char"/>
    <w:uiPriority w:val="9"/>
    <w:semiHidden w:val="1"/>
    <w:unhideWhenUsed w:val="1"/>
    <w:qFormat w:val="1"/>
    <w:rsid w:val="00FC693F"/>
    <w:pPr>
      <w:keepNext w:val="1"/>
      <w:keepLines w:val="1"/>
      <w:spacing w:after="0" w:before="200"/>
      <w:outlineLvl w:val="5"/>
    </w:pPr>
    <w:rPr>
      <w:rFonts w:asciiTheme="majorHAnsi" w:cstheme="majorBidi" w:eastAsiaTheme="majorEastAsia" w:hAnsiTheme="majorHAnsi"/>
      <w:i w:val="1"/>
      <w:iCs w:val="1"/>
      <w:color w:val="243f60" w:themeColor="accent1" w:themeShade="00007F"/>
    </w:rPr>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paragraph" w:styleId="Title">
    <w:name w:val="Title"/>
    <w:basedOn w:val="Normal"/>
    <w:next w:val="Normal"/>
    <w:link w:val="TitleChar"/>
    <w:uiPriority w:val="10"/>
    <w:qFormat w:val="1"/>
    <w:rsid w:val="00FC693F"/>
    <w:pPr>
      <w:pBdr>
        <w:bottom w:color="4f81bd" w:space="4" w:sz="8" w:themeColor="accent1" w:val="single"/>
      </w:pBdr>
      <w:spacing w:after="300" w:line="240" w:lineRule="auto"/>
      <w:contextualSpacing w:val="1"/>
    </w:pPr>
    <w:rPr>
      <w:rFonts w:asciiTheme="majorHAnsi" w:cstheme="majorBidi" w:eastAsiaTheme="majorEastAsia" w:hAnsiTheme="majorHAnsi"/>
      <w:color w:val="17365d" w:themeColor="text2" w:themeShade="0000BF"/>
      <w:spacing w:val="5"/>
      <w:kern w:val="28"/>
      <w:sz w:val="52"/>
      <w:szCs w:val="52"/>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paragraph" w:styleId="Subtitle">
    <w:name w:val="Subtitle"/>
    <w:basedOn w:val="Normal"/>
    <w:next w:val="Normal"/>
    <w:link w:val="SubtitleChar"/>
    <w:uiPriority w:val="11"/>
    <w:qFormat w:val="1"/>
    <w:rsid w:val="00FC693F"/>
    <w:pPr>
      <w:numPr>
        <w:ilvl w:val="1"/>
      </w:numPr>
    </w:pPr>
    <w:rPr>
      <w:rFonts w:asciiTheme="majorHAnsi" w:cstheme="majorBidi" w:eastAsiaTheme="majorEastAsia" w:hAnsiTheme="majorHAnsi"/>
      <w:i w:val="1"/>
      <w:iCs w:val="1"/>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color w:val="4f81bd"/>
      <w:sz w:val="24"/>
      <w:szCs w:val="24"/>
    </w:rPr>
  </w:style>
  <w:style w:type="paragraph" w:styleId="Subtitle">
    <w:name w:val="Subtitle"/>
    <w:basedOn w:val="Normal"/>
    <w:next w:val="Normal"/>
    <w:pPr/>
    <w:rPr>
      <w:rFonts w:ascii="Calibri" w:cs="Calibri" w:eastAsia="Calibri" w:hAnsi="Calibri"/>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mber-ease.square.sit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ember-ease.square.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YUwH+SDnGjmnT5dsU65xcfpRyw==">CgMxLjAyDmgueGI3c3QwYXYwMXZ5Mg5oLjJkanR6dm9xbXh3eDIOaC5zc2VjcXNnYnNxZWkyDmgua3Qxc2xlamIxYncyOAByITF0WXBDdDVBcS1jSlNJcWNId01rWjJCVm0zdHdaU3RWUg==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