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E7463" w14:textId="77777777" w:rsidR="00780EC0" w:rsidRDefault="00780EC0">
      <w:pPr>
        <w:spacing w:after="5040"/>
      </w:pPr>
    </w:p>
    <w:p w14:paraId="07A3AC2C" w14:textId="77777777" w:rsidR="00780EC0" w:rsidRDefault="00000000">
      <w:pPr>
        <w:jc w:val="center"/>
      </w:pPr>
      <w:r>
        <w:t xml:space="preserve"> Turning the Tide - Synopsis Version</w:t>
      </w:r>
    </w:p>
    <w:p w14:paraId="2D10BBEC" w14:textId="77777777" w:rsidR="00780EC0" w:rsidRDefault="00000000">
      <w:pPr>
        <w:jc w:val="center"/>
      </w:pPr>
      <w:r>
        <w:t>by</w:t>
      </w:r>
    </w:p>
    <w:p w14:paraId="76061F74" w14:textId="77777777" w:rsidR="00780EC0" w:rsidRDefault="00000000">
      <w:pPr>
        <w:jc w:val="center"/>
      </w:pPr>
      <w:r>
        <w:t>Dan Williams</w:t>
      </w:r>
    </w:p>
    <w:p w14:paraId="63F1935C" w14:textId="77777777" w:rsidR="00780EC0" w:rsidRDefault="00000000">
      <w:r>
        <w:br w:type="page"/>
      </w:r>
    </w:p>
    <w:p w14:paraId="45AF11C1" w14:textId="77777777" w:rsidR="00780EC0" w:rsidRDefault="00000000">
      <w:pPr>
        <w:spacing w:before="5040"/>
        <w:jc w:val="center"/>
      </w:pPr>
      <w:r>
        <w:lastRenderedPageBreak/>
        <w:t xml:space="preserve"> Front Matter</w:t>
      </w:r>
    </w:p>
    <w:p w14:paraId="6848F114" w14:textId="77777777" w:rsidR="00780EC0" w:rsidRDefault="00000000">
      <w:r>
        <w:t>This book is dedicated to the unsung heroes of senior living – the caregivers, administrators, and support staff who tirelessly work to improve the lives of our aging population. Your dedication, compassion, and resilience inspire me daily. This work is a testament to your unwavering commitment to providing quality care and creating vibrant communities. It is my hope that this guide provides you with the tools and resources you need to overcome challenges, achieve your goals, and continue making a profound difference in the lives of those you serve. To the residents themselves, whose strength, wisdom, and stories enrich our lives, thank you for sharing your journeys with us. May this book help us better understand and serve your needs, ensuring a fulfilling and dignified experience in your golden years. Finally, this book is dedicated to the families who tirelessly support their loved ones, offering unwavering love and assistance. Your dedication to your family members is commendable, and I hope this work serves as a guide to finding the best possible care.</w:t>
      </w:r>
    </w:p>
    <w:p w14:paraId="51556F8B" w14:textId="77777777" w:rsidR="00780EC0" w:rsidRDefault="00000000">
      <w:r>
        <w:t>For years, I've witnessed firsthand the incredible rewards and significant challenges within the senior living industry. I've seen facilities flourish and others struggle, often due to factors beyond their immediate control. However, my experience has repeatedly shown that with a strategic approach, a commitment to excellence, and a focus on human-centered care, even the most distressed communities can be revitalized. This book isn't just a collection of theoretical concepts; it's a practical roadmap based on years of hands-on experience in turning around struggling senior living facilities. I've carefully documented the processes, strategies, and best practices that have proven successful in improving occupancy rates, boosting staff morale, and enhancing the overall resident experience. Within these pages, you'll find not only a compilation of data-driven approaches and financial recovery strategies, but also insights into building strong community partnerships, nurturing a culture of excellence, and creating a supportive and enriching environment for both residents and staff. Whether you're a seasoned executive, an aspiring leader, or simply someone passionate about improving the quality of life in senior care, this book provides valuable tools and guidance to empower you to make a tangible difference. Remember, every resident deserves a life filled with dignity, purpose, and joy, and with the right approach, we can ensure it.</w:t>
      </w:r>
    </w:p>
    <w:p w14:paraId="55A51B2F" w14:textId="77777777" w:rsidR="00780EC0" w:rsidRDefault="00000000">
      <w:r>
        <w:t xml:space="preserve">The senior living industry faces a complex and evolving landscape. Increasingly stringent regulations, escalating operational costs, and evolving resident expectations present significant challenges for facilities across the board. This book, "Turning the Tide in Senior Living," is designed to provide a comprehensive and practical guide to navigating these challenges and revitalizing struggling senior living communities. We will explore a structured process encompassing financial stabilization, operational improvements, enhanced resident care, and the cultivation of a thriving workplace culture. The approach presented here is not a one-size-fits-all solution, but rather a flexible framework adaptable to the specific needs and circumstances of each facility. We'll delve into detailed analyses of financial health, operational efficiency, and resident and staff satisfaction, equipping you </w:t>
      </w:r>
      <w:r>
        <w:lastRenderedPageBreak/>
        <w:t>with the tools to accurately assess your current situation. From there, we will develop a tailored revitalization plan, encompassing realistic goal setting, budget creation, targeted marketing strategies, operational improvements, and the cultivation of strong community partnerships. Throughout the book, real-world case studies will illustrate successful implementations, providing practical examples and actionable insights. We will not shy away from the complexities involved in financial recovery, exploring cost optimization techniques, revenue enhancement strategies, and sustainable financial models. Furthermore, we'll address the crucial aspects of enhancing resident well-being, providing person-centered care, fostering engagement, and ensuring high-quality clinical services. Building a high-performing team is central to success, and we'll examine strategies for recruitment, retention, leadership development, and fostering a supportive work environment. Finally, the book will guide you through building a strong brand reputation, navigating regulatory compliance, and implementing technology to enhance both care and efficiency. This book is intended to serve as a practical resource for senior living executives, aspiring leaders, and anyone committed to creating exceptional senior living communities. It's a journey towards building not just financially stable facilities, but truly thriving communities filled with joy, purpose, and respect for all.</w:t>
      </w:r>
    </w:p>
    <w:p w14:paraId="3A10C54C" w14:textId="77777777" w:rsidR="00780EC0" w:rsidRDefault="00000000">
      <w:r>
        <w:br w:type="page"/>
      </w:r>
    </w:p>
    <w:p w14:paraId="306DCBAD" w14:textId="77777777" w:rsidR="00780EC0" w:rsidRDefault="00000000">
      <w:pPr>
        <w:spacing w:before="5040"/>
        <w:jc w:val="center"/>
      </w:pPr>
      <w:r>
        <w:lastRenderedPageBreak/>
        <w:t xml:space="preserve"> Chapter 1: Assessing the Current State</w:t>
      </w:r>
    </w:p>
    <w:p w14:paraId="7F2B883B" w14:textId="77777777" w:rsidR="00780EC0" w:rsidRDefault="00000000">
      <w:r>
        <w:t>Understanding the financial health of a senior living facility is paramount to its success, particularly when addressing a turnaround situation. A comprehensive financial analysis goes beyond simply reviewing the bottom line; it delves into the underlying drivers of profitability, pinpointing areas of strength and weakness to inform strategic decision-making. This requires a meticulous examination of various financial records and a thorough understanding of key performance indicators (KPIs).</w:t>
      </w:r>
    </w:p>
    <w:p w14:paraId="44163E36" w14:textId="77777777" w:rsidR="00780EC0" w:rsidRDefault="00000000">
      <w:r>
        <w:br/>
        <w:t>The first step involves a detailed review of the facility's revenue streams. This includes identifying all sources of income, such as resident fees (private pay, Medicaid, long term care insurance and state-specific programs), ancillary services (e.g., rehabilitation therapy, beauty salon), and other revenue generators (e.g., rental income from independent living units). Analyzing the historical trend of each revenue stream provides insights into growth patterns, seasonality, and potential areas for expansion or diversification. For instance, a facility experiencing declining private pay occupancy might explore strategies to attract a more affluent clientele through enhanced amenities or specialized care programs. Conversely, a facility heavily reliant on Medicaid reimbursement may need to explore strategies to reduce reliance on this funding source, given its inherent limitations.</w:t>
      </w:r>
    </w:p>
    <w:p w14:paraId="245D8459" w14:textId="77777777" w:rsidR="00780EC0" w:rsidRDefault="00780EC0"/>
    <w:p w14:paraId="32AAFEEF" w14:textId="77777777" w:rsidR="00780EC0" w:rsidRDefault="00000000">
      <w:r>
        <w:br/>
        <w:t>Simultaneously, a comprehensive review of expenses is crucial. This requires a granular examination of all operational costs, categorized for better understanding. Major expense categories typically include staffing (salaries, benefits, payroll taxes), supplies (medical, food, cleaning), utilities (electricity, water, gas), maintenance and repairs, administrative expenses, and marketing and advertising. Analyzing the historical trend of each expense category allows for the identification of areas with potential for cost optimization. For example, a high turnover rate in nursing staff might necessitate an analysis of compensation and benefits packages to determine if adjustments are needed to improve retention and reduce associated recruiting costs. Similarly, a facility with high utility costs might explore energy efficiency improvements, such as upgrading HVAC systems or installing LED lighting.</w:t>
      </w:r>
    </w:p>
    <w:p w14:paraId="6502DDEE" w14:textId="77777777" w:rsidR="00780EC0" w:rsidRDefault="00780EC0"/>
    <w:p w14:paraId="3A08DBC3" w14:textId="77777777" w:rsidR="00780EC0" w:rsidRDefault="00000000">
      <w:r>
        <w:br/>
        <w:t xml:space="preserve">Beyond revenue and expenses, understanding the facility's debt levels and capital structure is vital. This includes reviewing outstanding loans, mortgages, bonds, and other forms of financing. High debt levels can severely constrain a facility's operational flexibility and limit its ability to invest in improvements or respond to unexpected expenses. Analyzing debt maturity schedules and interest rates helps in developing a debt management strategy, potentially exploring options such as debt refinancing or restructuring to achieve better </w:t>
      </w:r>
      <w:r>
        <w:lastRenderedPageBreak/>
        <w:t>terms. In the context of a turnaround, careful consideration must be given to the facility's capacity to service its debt obligations while also investing in the revitalization efforts.</w:t>
      </w:r>
    </w:p>
    <w:p w14:paraId="00E39BB0" w14:textId="77777777" w:rsidR="00780EC0" w:rsidRDefault="00780EC0"/>
    <w:p w14:paraId="36D86C3B" w14:textId="77777777" w:rsidR="00780EC0" w:rsidRDefault="00000000">
      <w:r>
        <w:br/>
        <w:t>Profitability ratios provide a critical overview of the facility's financial performance. Key metrics to analyze include occupancy rates, operating margins, net income, and return on assets (ROA). Comparing these ratios to industry benchmarks (obtained through industry publications or consulting firms) provides a context for evaluating performance relative to peers. A low occupancy rate, for instance, might signal a need for improved marketing strategies or adjustments to service offerings. Similarly, low operating margins could indicate the need for cost reduction measures or increased revenue generation.</w:t>
      </w:r>
    </w:p>
    <w:p w14:paraId="27BCDD3E" w14:textId="77777777" w:rsidR="00780EC0" w:rsidRDefault="00780EC0"/>
    <w:p w14:paraId="13804F3F" w14:textId="77777777" w:rsidR="00780EC0" w:rsidRDefault="00000000">
      <w:r>
        <w:br/>
        <w:t>Analyzing the financial statements—balance sheet, income statement, and cash flow statement—is crucial for gaining a comprehensive understanding of the facility's financial health. The balance sheet reveals the facility's assets, liabilities, and equity at a specific point in time. The income statement demonstrates the facility's revenue, expenses, and profit or loss over a period. The cash flow statement shows the movement of cash into and out of the facility, revealing liquidity and solvency. Understanding the interrelationship between these three statements provides valuable insights into the facility's financial standing. For instance, consistent negative cash flow despite positive net income could indicate issues with working capital management or delayed payments from insurance providers.</w:t>
      </w:r>
    </w:p>
    <w:p w14:paraId="3C6CCE72" w14:textId="77777777" w:rsidR="00780EC0" w:rsidRDefault="00780EC0"/>
    <w:p w14:paraId="3538CBD9" w14:textId="77777777" w:rsidR="00780EC0" w:rsidRDefault="00000000">
      <w:r>
        <w:br/>
        <w:t>Identifying potential cost-saving measures requires a multifaceted approach. It is essential to avoid compromising the quality of resident care, focusing instead on streamlining processes, eliminating redundancies, and negotiating better terms with suppliers. This may involve evaluating staffing models to optimize coverage without compromising resident safety, exploring group purchasing options for supplies, or negotiating lower rates with utility providers.</w:t>
      </w:r>
    </w:p>
    <w:p w14:paraId="5EF114E7" w14:textId="77777777" w:rsidR="00780EC0" w:rsidRDefault="00780EC0"/>
    <w:p w14:paraId="61BBD049" w14:textId="77777777" w:rsidR="00780EC0" w:rsidRDefault="00000000">
      <w:r>
        <w:br/>
        <w:t>Technology can play a vital role in cost optimization. Implementing electronic health records (EHRs) can streamline administrative tasks, reduce paperwork, and improve the efficiency of care coordination. Using telehealth services can reduce the need for costly in-person visits from specialists, especially in rural areas. Energy management systems can monitor and optimize energy consumption, reducing utility costs. A comprehensive cost-</w:t>
      </w:r>
      <w:r>
        <w:lastRenderedPageBreak/>
        <w:t>benefit analysis should be conducted for each proposed technological solution to evaluate its financial implications and potential ROI.</w:t>
      </w:r>
    </w:p>
    <w:p w14:paraId="7D326FB6" w14:textId="77777777" w:rsidR="00780EC0" w:rsidRDefault="00780EC0"/>
    <w:p w14:paraId="12F4883D" w14:textId="77777777" w:rsidR="00780EC0" w:rsidRDefault="00000000">
      <w:r>
        <w:br/>
        <w:t>The financial analysis shouldn't be viewed as a static exercise. It should be an ongoing process, with regular monitoring and adjustments to ensure the facility remains on a sustainable financial path. This requires implementing robust financial reporting systems, establishing key performance indicators (KPIs), and regularly reviewing the facility's financial performance against these indicators. Regular budget reviews, variance analysis, and proactive adjustments are crucial for adapting to changing market conditions and maintaining financial stability.</w:t>
      </w:r>
    </w:p>
    <w:p w14:paraId="4A1B4E06" w14:textId="77777777" w:rsidR="00780EC0" w:rsidRDefault="00780EC0"/>
    <w:p w14:paraId="148D090F" w14:textId="77777777" w:rsidR="00780EC0" w:rsidRDefault="00000000">
      <w:r>
        <w:br/>
        <w:t>Furthermore, effective communication is crucial throughout the financial analysis and subsequent decision-making processes. Transparency with stakeholders, including staff, residents, and families, is vital for building trust and fostering a culture of collaboration. Regular updates on the facility's financial health, together with explanations of the strategies being implemented, can enhance understanding and support. The involvement of external financial advisors can provide valuable expertise and an objective perspective.</w:t>
      </w:r>
    </w:p>
    <w:p w14:paraId="01A145DE" w14:textId="77777777" w:rsidR="00780EC0" w:rsidRDefault="00780EC0"/>
    <w:p w14:paraId="2301F8B8" w14:textId="77777777" w:rsidR="00780EC0" w:rsidRDefault="00000000">
      <w:r>
        <w:br/>
        <w:t>The goal of this financial health assessment is not simply to identify problems but also to uncover opportunities. A thorough analysis can reveal untapped revenue streams, identify areas for growth, and highlight potential strategic partnerships. By meticulously examining the facility's financial records, comparing performance against industry benchmarks, and identifying cost-saving opportunities, a strong foundation for a successful revitalization plan can be established. This detailed understanding of the financial landscape is critical for setting realistic goals, developing a comprehensive budget, and ultimately achieving long-term financial sustainability and enhanced quality of care.</w:t>
      </w:r>
    </w:p>
    <w:p w14:paraId="1DAF5E9F" w14:textId="77777777" w:rsidR="00780EC0" w:rsidRDefault="00780EC0"/>
    <w:p w14:paraId="6BCDCC71" w14:textId="77777777" w:rsidR="00780EC0" w:rsidRDefault="00000000">
      <w:r>
        <w:t xml:space="preserve">Evaluating operational efficiency forms the bedrock of any successful senior living facility turnaround. It's not enough to simply understand the financial picture; we must delve into the very heart of the facility's daily operations to identify inefficiencies, bottlenecks, and areas ripe for improvement. This detailed examination goes beyond simple observation; it requires a systematic approach, analyzing staffing models, care processes, service delivery mechanisms, and administrative procedures. The goal is not just to cut costs, but to optimize processes, enhance resident care, and improve the overall work environment for </w:t>
      </w:r>
      <w:r>
        <w:lastRenderedPageBreak/>
        <w:t>staff. This section details the methodology for a comprehensive operational efficiency assessment, considering its impact on both residents and staff.</w:t>
      </w:r>
    </w:p>
    <w:p w14:paraId="512908F8" w14:textId="77777777" w:rsidR="00780EC0" w:rsidRDefault="00000000">
      <w:r>
        <w:br/>
        <w:t>The first critical area to analyze is staffing. Are staffing levels adequate to meet the needs of the resident population? Is there appropriate coverage across all shifts and departments, considering resident acuity levels and required care services? Simply looking at the number of employees is insufficient. A deeper dive is needed to understand the skill mix, experience levels, and qualifications of the staff. A facility might be adequately staffed numerically but lack sufficient registered nurses (RNs) or certified nursing assistants (CNAs) with specialized training in dementia care or wound management. This imbalance could lead to compromised care quality and increased risk of incidents. Analyzing staff-to-resident ratios against industry benchmarks and regulatory requirements is essential. Facilities with exceptionally high turnover rates should further examine their recruitment, training, and retention strategies. Low employee morale is often a strong indicator of underlying operational problems; this needs a thorough investigation to identify the root causes, such as inadequate management support, low wages, or lack of opportunity for career development.</w:t>
      </w:r>
    </w:p>
    <w:p w14:paraId="2E49E232" w14:textId="77777777" w:rsidR="00780EC0" w:rsidRDefault="00780EC0"/>
    <w:p w14:paraId="6377524E" w14:textId="77777777" w:rsidR="00780EC0" w:rsidRDefault="00000000">
      <w:r>
        <w:br/>
        <w:t>Care processes are the next crucial element in operational efficiency. These processes encompass all aspects of resident care delivery, from medication administration and personal care to activities and dining services. Are the processes well-defined, documented, and consistently followed? Are there established protocols for handling emergencies or addressing resident complaints? Are there opportunities to streamline these processes to increase efficiency without compromising the quality of care? For example, a facility might be spending excessive time on manual charting or medication reconciliation. Transitioning to electronic health records (EHRs) could significantly reduce paperwork, improve accuracy, and free up staff time for direct resident care. Similarly, a review of medication administration practices might reveal opportunities for improved efficiency, possibly through the use of medication carts or automated dispensing systems. The goal is to ensure that staff time is maximized for direct resident interaction, rather than being consumed by administrative tasks or inefficient processes.</w:t>
      </w:r>
    </w:p>
    <w:p w14:paraId="739D78BD" w14:textId="77777777" w:rsidR="00780EC0" w:rsidRDefault="00780EC0"/>
    <w:p w14:paraId="7B2DD4E8" w14:textId="77777777" w:rsidR="00780EC0" w:rsidRDefault="00000000">
      <w:r>
        <w:br/>
        <w:t xml:space="preserve">Service delivery refers to the overall approach to providing services to residents. This encompasses both the quality and efficiency of service provision. Are residents satisfied with the services they receive? Are there timely and effective communication channels between residents, staff, and families? Analyzing resident satisfaction surveys and feedback mechanisms is crucial for identifying areas where service delivery can be improved. A facility might be providing excellent clinical care but lacking in resident engagement </w:t>
      </w:r>
      <w:r>
        <w:lastRenderedPageBreak/>
        <w:t>activities or personalized attention. Addressing these deficits can not only improve resident satisfaction but also enhance the overall reputation of the facility, leading to increased occupancy. Analyzing service delivery models also involves exploring areas for specialization. For example, a facility might enhance its marketability by developing a specialized unit for residents with dementia or offering advanced rehabilitation therapies.</w:t>
      </w:r>
    </w:p>
    <w:p w14:paraId="284DB7DA" w14:textId="77777777" w:rsidR="00780EC0" w:rsidRDefault="00780EC0"/>
    <w:p w14:paraId="4892EB81" w14:textId="77777777" w:rsidR="00780EC0" w:rsidRDefault="00000000">
      <w:r>
        <w:br/>
        <w:t>Administrative procedures encompass all the non-clinical aspects of facility operations, including billing, accounts payable, human resources, and maintenance. Inefficiencies in these areas can have a significant impact on the overall operational efficiency of the facility. A review of billing and accounts receivable processes might reveal delays in payment collection or errors in billing. This would warrant an investment in improved billing systems or staff training. Similarly, inefficiencies in human resources administration could lead to high turnover rates and increased recruiting costs. Streamlining HR processes through the use of technology or improved workflows can reduce administrative burden and improve efficiency. Analyzing maintenance procedures might reveal opportunities for preventative maintenance programs, reducing the frequency and cost of repairs.</w:t>
      </w:r>
    </w:p>
    <w:p w14:paraId="47618E60" w14:textId="77777777" w:rsidR="00780EC0" w:rsidRDefault="00780EC0"/>
    <w:p w14:paraId="049FE2E7" w14:textId="77777777" w:rsidR="00780EC0" w:rsidRDefault="00000000">
      <w:r>
        <w:br/>
        <w:t>Identifying bottlenecks is another key component of this analysis. Bottlenecks are points in the operational process where workflow slows or stops, creating inefficiencies and potential disruptions. These could be related to staffing shortages, inadequate equipment, inefficient processes, or poor communication. Identifying and addressing these bottlenecks is crucial for improving overall operational efficiency. For example, a bottleneck might occur in the medication room during peak times, leading to delays in medication administration. This could be addressed by adjusting staffing levels, streamlining medication processes, or acquiring additional equipment. Similarly, bottlenecks could occur in the dining room during mealtimes if the staffing levels are insufficient. Addressing these bottlenecks is crucial for the facility to provide timely and quality service to residents. These points of congestion need systematic investigation to ascertain their causes and subsequently develop effective strategies to mitigate them.</w:t>
      </w:r>
    </w:p>
    <w:p w14:paraId="04D06C39" w14:textId="77777777" w:rsidR="00780EC0" w:rsidRDefault="00780EC0"/>
    <w:p w14:paraId="4AD471F1" w14:textId="77777777" w:rsidR="00780EC0" w:rsidRDefault="00000000">
      <w:r>
        <w:br/>
        <w:t xml:space="preserve">Finally, the impact on both residents and staff must be considered throughout this entire process. Operational improvements should not come at the expense of resident well-being or staff morale. On the contrary, improved operational efficiency should lead to enhanced resident satisfaction and improved working conditions for staff. This includes sufficient staffing levels, appropriate training opportunities, a positive work environment, and open communication channels. A facility that prioritizes both resident well-being and staff </w:t>
      </w:r>
      <w:r>
        <w:lastRenderedPageBreak/>
        <w:t>morale is more likely to attract and retain qualified employees, which is essential for providing high-quality care. A collaborative approach, involving staff input in the evaluation and implementation of changes, is crucial to ensure buy-in and to mitigate resistance to necessary changes. Regular monitoring and evaluation of the implemented changes will facilitate early identification of unintended consequences and provide avenues for necessary adjustments. The goal is continuous improvement, driven by data analysis and a commitment to excellence in resident care. The entire process should be guided by the principle that operational efficiency and high-quality care are not mutually exclusive; they are inextricably linked, supporting one another in the goal of providing exemplary senior living.</w:t>
      </w:r>
    </w:p>
    <w:p w14:paraId="5323FCF9" w14:textId="77777777" w:rsidR="00780EC0" w:rsidRDefault="00780EC0"/>
    <w:p w14:paraId="26ACAECE" w14:textId="77777777" w:rsidR="00780EC0" w:rsidRDefault="00000000">
      <w:r>
        <w:t>Understanding resident satisfaction and engagement is paramount to a successful senior living facility turnaround. While operational efficiency lays the foundation for a well-run facility, true success hinges on creating a thriving community where residents feel valued, respected, and actively involved. This requires a multifaceted approach, moving beyond superficial assessments and delving deep into the lived experiences of the residents. Our analysis begins with a comprehensive assessment of resident satisfaction, utilizing a variety of methods to gather accurate and nuanced data.</w:t>
      </w:r>
    </w:p>
    <w:p w14:paraId="49BAE037" w14:textId="77777777" w:rsidR="00780EC0" w:rsidRDefault="00000000">
      <w:r>
        <w:br/>
        <w:t>The cornerstone of our approach is a meticulously designed resident satisfaction survey. This isn't a generic, off-the-shelf questionnaire; it's a carefully crafted instrument tailored to the specific needs and demographics of the resident population. We avoid vague questions and instead focus on specific areas of concern, including the quality of care, the cleanliness and comfort of the living environment, the availability of social activities, and the responsiveness of staff to their needs. The survey uses a mix of Likert scales (strongly agree to strongly disagree), multiple-choice questions, and open-ended questions to allow for a rich tapestry of responses. The open-ended questions are crucial, giving residents the opportunity to express their concerns and suggestions in their own words, offering invaluable qualitative insights. For instance, a multiple-choice question might inquire about the frequency of social events, while an open-ended question could ask, "What could make our community a more enjoyable place to live?"</w:t>
      </w:r>
    </w:p>
    <w:p w14:paraId="21386D7B" w14:textId="77777777" w:rsidR="00780EC0" w:rsidRDefault="00780EC0"/>
    <w:p w14:paraId="0CCCD6D0" w14:textId="77777777" w:rsidR="00780EC0" w:rsidRDefault="00000000">
      <w:r>
        <w:br/>
        <w:t xml:space="preserve">The survey needs to be administered in a manner that ensures high response rates and honest feedback. This might involve providing residents with ample time to complete the survey, offering assistance to those who need it, and guaranteeing confidentiality. Multiple avenues for completing the survey – paper forms, online questionnaires, and even in-person interviews for residents who require it – can help maximize participation and provide access to a variety of technology proficiency levels. We analyze the results not just by calculating simple averages, but by looking for patterns and trends within subgroups of </w:t>
      </w:r>
      <w:r>
        <w:lastRenderedPageBreak/>
        <w:t>residents. For example, we might compare the satisfaction levels of residents in different living arrangements (independent living, assisted living, memory care) or those with different health conditions. This allows us to tailor improvements to the specific needs of various populations within the facility.</w:t>
      </w:r>
    </w:p>
    <w:p w14:paraId="295995D9" w14:textId="77777777" w:rsidR="00780EC0" w:rsidRDefault="00780EC0"/>
    <w:p w14:paraId="6CD666B8" w14:textId="77777777" w:rsidR="00780EC0" w:rsidRDefault="00000000">
      <w:r>
        <w:br/>
        <w:t>Surveys, however, offer only one perspective. To gain a deeper understanding of resident experiences, we conduct in-depth interviews with a selected sample of residents. These interviews are not formal questionnaires, but rather conversational sessions designed to explore their feelings, thoughts, and experiences in greater depth. The interviewer should be a skilled listener, able to probe beneath the surface of their responses and to create a safe and trusting environment. The conversations should focus on both positive and negative aspects of their lives within the community, actively seeking feedback on everything from meals to medical care.</w:t>
      </w:r>
    </w:p>
    <w:p w14:paraId="782F8638" w14:textId="77777777" w:rsidR="00780EC0" w:rsidRDefault="00780EC0"/>
    <w:p w14:paraId="523D0967" w14:textId="77777777" w:rsidR="00780EC0" w:rsidRDefault="00000000">
      <w:r>
        <w:br/>
        <w:t>These interviews provide rich qualitative data that complements the quantitative data gathered through surveys. For example, a resident might score highly on a satisfaction survey regarding the quality of care, but an interview could reveal underlying anxieties about the consistency of staffing levels or the responsiveness of nurses during night shifts. This discrepancy highlights the importance of triangulating data through multiple methods.</w:t>
      </w:r>
    </w:p>
    <w:p w14:paraId="0A9EA663" w14:textId="77777777" w:rsidR="00780EC0" w:rsidRDefault="00780EC0"/>
    <w:p w14:paraId="0361E202" w14:textId="77777777" w:rsidR="00780EC0" w:rsidRDefault="00000000">
      <w:r>
        <w:br/>
        <w:t>Focus groups offer another valuable tool for understanding resident satisfaction and engagement. These are facilitated discussions that bring together small groups of residents to share their perspectives and experiences. Focus groups allow for a more interactive and collaborative approach, providing a platform for residents to build upon each other's comments and to explore complex issues in greater detail. The facilitator should be trained to guide the conversation, ensuring that all participants have the opportunity to share their thoughts and that the discussion remains focused and productive. The composition of the focus groups should be carefully considered, potentially separating residents with significantly different needs or living arrangements, to encourage more open and honest discussion within each group.</w:t>
      </w:r>
    </w:p>
    <w:p w14:paraId="5D28297C" w14:textId="77777777" w:rsidR="00780EC0" w:rsidRDefault="00780EC0"/>
    <w:p w14:paraId="68CC742E" w14:textId="77777777" w:rsidR="00780EC0" w:rsidRDefault="00000000">
      <w:r>
        <w:br/>
        <w:t xml:space="preserve">Beyond satisfaction, we delve into the realm of resident engagement. This goes beyond simply asking whether residents are happy; it seeks to understand how actively they participate in the life of the community. Are they involved in social activities? Do they </w:t>
      </w:r>
      <w:r>
        <w:lastRenderedPageBreak/>
        <w:t>participate in resident councils or committees? Do they feel a sense of belonging and connection to their fellow residents and the staff? Assessing engagement levels involves observing resident participation in various activities, analyzing attendance records, and conducting interviews to explore their motivations and perceived barriers to participation.</w:t>
      </w:r>
    </w:p>
    <w:p w14:paraId="0691E567" w14:textId="77777777" w:rsidR="00780EC0" w:rsidRDefault="00780EC0"/>
    <w:p w14:paraId="261A47FB" w14:textId="77777777" w:rsidR="00780EC0" w:rsidRDefault="00000000">
      <w:r>
        <w:br/>
        <w:t>Identifying factors influencing resident happiness and well-being is a critical step. Our analysis considers the physical environment, the quality of care, the availability of social and recreational opportunities, the level of staff interaction, and the sense of community. We use data from surveys, interviews, and observations to identify patterns and trends, such as a correlation between high levels of social engagement and improved mental health. We might find a strong link between the quality of dining services and residents' overall satisfaction. These findings illuminate the areas where improvements are most needed.</w:t>
      </w:r>
    </w:p>
    <w:p w14:paraId="59483E6D" w14:textId="77777777" w:rsidR="00780EC0" w:rsidRDefault="00780EC0"/>
    <w:p w14:paraId="438FB80F" w14:textId="77777777" w:rsidR="00780EC0" w:rsidRDefault="00000000">
      <w:r>
        <w:br/>
        <w:t>Improving resident satisfaction and engagement isn't about merely checking boxes; it's about creating a vibrant and supportive community. Strategies for enhancement include creating a more inviting and stimulating physical environment, organizing a wider range of social and recreational activities, enhancing staff training to improve communication and empathy, establishing resident councils to provide a voice for residents, and implementing a comprehensive wellness program that addresses both physical and mental health needs. We also might find it effective to introduce initiatives focused on fostering intergenerational connections, linking residents with the wider community through partnerships with local schools or organizations.</w:t>
      </w:r>
    </w:p>
    <w:p w14:paraId="7B94F6D4" w14:textId="77777777" w:rsidR="00780EC0" w:rsidRDefault="00780EC0"/>
    <w:p w14:paraId="1CCE2BFD" w14:textId="77777777" w:rsidR="00780EC0" w:rsidRDefault="00000000">
      <w:r>
        <w:br/>
        <w:t>Creating a truly vibrant community atmosphere often requires significant cultural change. It requires a shift in mindset from a purely transactional approach to a more holistic, resident-centered approach. This requires investment in staff training, emphasizing the importance of person-centered care and relational engagement. Staff should be empowered to respond to residents' individual needs and preferences, creating a culture of warmth, respect, and empathy. Regular staff meetings focused on improving communication, teamwork, and caregiving skills are also essential.</w:t>
      </w:r>
    </w:p>
    <w:p w14:paraId="2C7A3DE3" w14:textId="77777777" w:rsidR="00780EC0" w:rsidRDefault="00780EC0"/>
    <w:p w14:paraId="68A4F10C" w14:textId="77777777" w:rsidR="00780EC0" w:rsidRDefault="00000000">
      <w:r>
        <w:br/>
        <w:t xml:space="preserve">Finally, regular monitoring and evaluation are crucial. We need to track resident satisfaction and engagement levels over time to assess the effectiveness of implemented strategies. Continuous data collection and analysis allow us to refine our approach and to </w:t>
      </w:r>
      <w:r>
        <w:lastRenderedPageBreak/>
        <w:t>adapt to changing resident needs and preferences. Regular feedback loops with residents, families, and staff are vital for ensuring that the facility continues to meet its goals of providing high-quality care in a welcoming and supportive environment. The ultimate aim is not simply to meet minimum standards but to exceed expectations, creating a place where residents can thrive and experience a high quality of life. This necessitates ongoing dedication and a commitment to continuous improvement. The journey of revitalizing a senior living community is continuous, and resident satisfaction and engagement form the most crucial compass guiding our progress.</w:t>
      </w:r>
    </w:p>
    <w:p w14:paraId="1AC0536C" w14:textId="77777777" w:rsidR="00780EC0" w:rsidRDefault="00780EC0"/>
    <w:p w14:paraId="5F4D0596" w14:textId="77777777" w:rsidR="00780EC0" w:rsidRDefault="00000000">
      <w:r>
        <w:t>Assessing the overall health of a senior living community requires a comprehensive understanding of its human capital—its staff. While resident satisfaction is critical, a demoralized or inadequately trained workforce directly impacts the quality of care, operational efficiency, and ultimately, the success of any turnaround effort. A thriving senior living community cannot exist without a dedicated and capable team. Therefore, a thorough evaluation of staff morale and training is essential to building a strong foundation for revitalization.</w:t>
      </w:r>
    </w:p>
    <w:p w14:paraId="28DC43E7" w14:textId="77777777" w:rsidR="00780EC0" w:rsidRDefault="00000000">
      <w:r>
        <w:br/>
        <w:t>Our approach begins with a rigorous assessment of staff morale. This goes beyond simple observation; we employ several data-gathering methods to gain a multi-faceted understanding of the staff experience. First, we conduct anonymous employee surveys, designed to gauge various aspects of their job satisfaction and overall well-being. These surveys utilize a combination of quantitative and qualitative methods. Quantitative measures, such as Likert scales, allow us to assess levels of agreement or disagreement with specific statements related to workload, management support, opportunities for professional growth, and work-life balance. For instance, statements might include: "I feel adequately supported by my supervisors," "My workload is manageable," "I have opportunities to learn and grow in my role," and "The facility provides a healthy work-life balance." These quantitative data points provide a numerical baseline against which to measure progress.</w:t>
      </w:r>
    </w:p>
    <w:p w14:paraId="2525CACA" w14:textId="77777777" w:rsidR="00780EC0" w:rsidRDefault="00780EC0"/>
    <w:p w14:paraId="35E16101" w14:textId="77777777" w:rsidR="00780EC0" w:rsidRDefault="00000000">
      <w:r>
        <w:br/>
        <w:t xml:space="preserve">However, the numbers alone don't tell the whole story. To gain deeper insights, the survey also incorporates open-ended questions, allowing staff members to express their thoughts and concerns freely. These questions can be as broad as "What are your biggest challenges in your current role?" or more focused, such as "What could management do to improve your work experience?" These qualitative responses offer invaluable context and often unveil unexpected challenges or concerns that might not surface through structured questions. Careful analysis of these comments helps to identify underlying trends and themes affecting staff morale. For example, recurring themes of excessive workload, </w:t>
      </w:r>
      <w:r>
        <w:lastRenderedPageBreak/>
        <w:t>inadequate staffing levels, or lack of appreciation might highlight critical areas requiring immediate attention. The anonymity of these surveys is vital for ensuring candid feedback.</w:t>
      </w:r>
    </w:p>
    <w:p w14:paraId="225330FE" w14:textId="77777777" w:rsidR="00780EC0" w:rsidRDefault="00780EC0"/>
    <w:p w14:paraId="6C8B3AA4" w14:textId="77777777" w:rsidR="00780EC0" w:rsidRDefault="00000000">
      <w:r>
        <w:br/>
        <w:t>In addition to surveys, we conduct individual interviews with a representative sample of staff at various levels, from direct care providers to administrative personnel. These interviews provide opportunities for more in-depth exploration of their perspectives. The interviews follow a semi-structured format, with a set of pre-determined questions to ensure consistency but also allowing for flexibility to delve deeper into specific responses or emerging themes. This approach helps to identify not only individual concerns but also any systemic issues contributing to low morale. For example, an interview might reveal a consistent pattern of inadequate training or a lack of recognition for exceptional performance, indicating systemic problems requiring a comprehensive solution.</w:t>
      </w:r>
    </w:p>
    <w:p w14:paraId="34559286" w14:textId="77777777" w:rsidR="00780EC0" w:rsidRDefault="00780EC0"/>
    <w:p w14:paraId="51E2FC90" w14:textId="77777777" w:rsidR="00780EC0" w:rsidRDefault="00000000">
      <w:r>
        <w:br/>
        <w:t>Careful attention should be paid to the interview process to ensure a safe and comfortable environment for staff. A neutral, confidential setting is essential. The interviewer should possess strong listening skills and demonstrate empathy and understanding. It is crucial to create an environment of trust to encourage open and honest dialogue, so staff members feel safe expressing their concerns, even if those concerns might reflect negatively on management or the facility. The interview notes should be meticulously documented and analyzed for recurring themes and patterns, supplementing the information gathered through the surveys.</w:t>
      </w:r>
    </w:p>
    <w:p w14:paraId="0C001102" w14:textId="77777777" w:rsidR="00780EC0" w:rsidRDefault="00780EC0"/>
    <w:p w14:paraId="79993464" w14:textId="77777777" w:rsidR="00780EC0" w:rsidRDefault="00000000">
      <w:r>
        <w:br/>
        <w:t>Beyond surveys and interviews, we analyze key performance indicators (KPIs) to assess staff morale indirectly. High staff turnover rates, for example, often signal underlying dissatisfaction. Similarly, increased absenteeism or incidents of workplace conflict can indicate underlying issues affecting the overall work environment. Analyzing these data points alongside the direct feedback from surveys and interviews paints a much clearer picture of the overall state of staff morale.</w:t>
      </w:r>
    </w:p>
    <w:p w14:paraId="057BE927" w14:textId="77777777" w:rsidR="00780EC0" w:rsidRDefault="00780EC0"/>
    <w:p w14:paraId="7DAC2434" w14:textId="77777777" w:rsidR="00780EC0" w:rsidRDefault="00000000">
      <w:r>
        <w:br/>
        <w:t xml:space="preserve">Once we have a thorough understanding of staff morale, we turn our attention to the effectiveness of the current staff training programs. Effective training is crucial for both maintaining high standards of resident care and boosting staff morale. Well-trained staff are more confident, competent, and less likely to experience burnout. To assess training </w:t>
      </w:r>
      <w:r>
        <w:lastRenderedPageBreak/>
        <w:t>programs, we review existing training materials, observe training sessions, and conduct interviews with staff regarding their training experiences.</w:t>
      </w:r>
    </w:p>
    <w:p w14:paraId="4FF5D115" w14:textId="77777777" w:rsidR="00780EC0" w:rsidRDefault="00780EC0"/>
    <w:p w14:paraId="2462E594" w14:textId="77777777" w:rsidR="00780EC0" w:rsidRDefault="00000000">
      <w:r>
        <w:br/>
        <w:t>The review of training materials assesses their comprehensiveness, clarity, and up-to-dateness. Are the materials current with best practices in senior care? Are they easy to understand and follow? Do they adequately cover all aspects of the job? Observations of training sessions focus on the effectiveness of the teaching methods, the engagement of participants, and the overall learning environment. Is the training engaging and interactive? Are participants actively involved in the learning process? Do they have opportunities to ask questions and receive feedback? Interviews with staff provide valuable insights into their perceptions of the training programs. Do they feel adequately trained to perform their job duties? Do they find the training helpful and relevant? Are there any gaps or areas where additional training is needed?</w:t>
      </w:r>
    </w:p>
    <w:p w14:paraId="010E152B" w14:textId="77777777" w:rsidR="00780EC0" w:rsidRDefault="00780EC0"/>
    <w:p w14:paraId="144EC128" w14:textId="77777777" w:rsidR="00780EC0" w:rsidRDefault="00000000">
      <w:r>
        <w:br/>
        <w:t>Identifying gaps and weaknesses in the existing training programs is only half the battle. Developing solutions to address these deficiencies is equally crucial. This may involve updating training materials, introducing new training methods, or investing in additional resources. For example, we might introduce scenario-based training to improve the handling of emergency situations or implement online learning modules to provide staff with more flexible learning options. We might also invest in advanced training programs that focus on specific skills such as dementia care, medication management, or fall prevention.</w:t>
      </w:r>
    </w:p>
    <w:p w14:paraId="2C54C74B" w14:textId="77777777" w:rsidR="00780EC0" w:rsidRDefault="00780EC0"/>
    <w:p w14:paraId="4B6E4A38" w14:textId="77777777" w:rsidR="00780EC0" w:rsidRDefault="00000000">
      <w:r>
        <w:br/>
        <w:t>Improving staff training programs is an ongoing process, not a one-time fix. Regular review and updates are essential to ensure that the programs remain relevant and effective. This continuous improvement process ensures that staff receive the training they need to provide high-quality care, leading to improved resident outcomes and a more positive work environment.</w:t>
      </w:r>
    </w:p>
    <w:p w14:paraId="612230DA" w14:textId="77777777" w:rsidR="00780EC0" w:rsidRDefault="00780EC0"/>
    <w:p w14:paraId="77B91001" w14:textId="77777777" w:rsidR="00780EC0" w:rsidRDefault="00000000">
      <w:r>
        <w:br/>
        <w:t xml:space="preserve">Creating a supportive work environment requires a holistic approach. It’s not just about providing adequate training; it also involves fostering a culture of respect, appreciation, and teamwork. This includes implementing strategies to reduce workload stress, such as optimizing staffing levels, delegating tasks effectively, and providing adequate support for staff. It also involves creating opportunities for staff to connect with each other and build </w:t>
      </w:r>
      <w:r>
        <w:lastRenderedPageBreak/>
        <w:t>relationships, promoting a sense of camaraderie and team spirit. Regular staff meetings, social events, and recognition programs can contribute to a positive and supportive work environment.</w:t>
      </w:r>
    </w:p>
    <w:p w14:paraId="11A7FD63" w14:textId="77777777" w:rsidR="00780EC0" w:rsidRDefault="00780EC0"/>
    <w:p w14:paraId="74B07E93" w14:textId="77777777" w:rsidR="00780EC0" w:rsidRDefault="00000000">
      <w:r>
        <w:br/>
        <w:t>Finally, effective leadership plays a critical role in improving staff morale and training. Leaders must demonstrate a commitment to their staff's well-being, provide adequate support and resources, and create a culture of open communication and feedback. They should also actively seek feedback from staff, listen to their concerns, and take action to address them. Strong leadership sets the tone for the entire facility, impacting every aspect of the work environment, from resident care to staff morale. Investing in leadership development programs can empower leaders to create a truly thriving work environment, positively impacting staff retention, performance, and resident care. The ultimate goal of this comprehensive approach is not only to improve staff morale but to cultivate a strong and dedicated team capable of providing exceptional care and contributing to the overall success of the senior living community.</w:t>
      </w:r>
    </w:p>
    <w:p w14:paraId="31F4D5C6" w14:textId="77777777" w:rsidR="00780EC0" w:rsidRDefault="00780EC0"/>
    <w:p w14:paraId="18B9D6E3" w14:textId="77777777" w:rsidR="00780EC0" w:rsidRDefault="00000000">
      <w:r>
        <w:t>Having established a firm understanding of the internal workings of the senior living community, particularly the crucial role of its human capital, we now shift our focus outward. A successful turnaround strategy cannot solely rely on internal improvements; it must also consider and leverage external factors. This section delves into the critical assessment of external influences and opportunities, forming the bedrock for a robust and sustainable revitalization plan.</w:t>
      </w:r>
    </w:p>
    <w:p w14:paraId="2C7580A8" w14:textId="77777777" w:rsidR="00780EC0" w:rsidRDefault="00000000">
      <w:r>
        <w:br/>
        <w:t>The first critical external factor to consider is the local demographics. Understanding the current and projected population trends within the facility's service area is paramount. Are there sufficient numbers of seniors within the target age range? What are their socioeconomic profiles? Are there specific health needs or preferences within the local senior population that are currently unmet? This requires a detailed analysis of census data, market research reports, and potentially, local health department statistics. For instance, a rapidly growing senior population with a high prevalence of Alzheimer's disease might present an opportunity to specialize in dementia care, a niche market that could attract a greater number of residents and improve profitability. Conversely, a shrinking or aging-in-place population might necessitate a reassessment of the facility's service offerings to cater to a less demanding demographic. This analysis shouldn't just focus on numbers; understanding the lifestyle preferences and cultural values of the target audience is crucial. A deep understanding of this demographic landscape helps to tailor marketing efforts and service offerings, making the facility more attractive and relevant to potential residents and their families.</w:t>
      </w:r>
    </w:p>
    <w:p w14:paraId="32D57DBB" w14:textId="77777777" w:rsidR="00780EC0" w:rsidRDefault="00780EC0"/>
    <w:p w14:paraId="43453A76" w14:textId="77777777" w:rsidR="00780EC0" w:rsidRDefault="00000000">
      <w:r>
        <w:br/>
        <w:t>Equally vital is an in-depth analysis of the competitive landscape. Who are the other senior living facilities in the area? What are their strengths and weaknesses? What services do they offer, and at what price points? What is their occupancy rate? A thorough competitive analysis involves more than just collecting information; it requires strategic thinking. We need to assess not only direct competitors but also indirect competitors—assisted living facilities, independent living communities, and even home healthcare providers. Understanding the competitive landscape allows us to identify opportunities for differentiation and to develop a unique value proposition that sets the facility apart from the competition. This might involve specializing in a particular type of care, offering unique amenities or services, or emphasizing a particular aspect of the resident experience, such as personalized attention or a vibrant social environment. A strong understanding of competitors allows us to adapt and adjust our strategies accordingly, ensuring that the revitalization efforts are targeted and effective.</w:t>
      </w:r>
    </w:p>
    <w:p w14:paraId="51E09E4D" w14:textId="77777777" w:rsidR="00780EC0" w:rsidRDefault="00780EC0"/>
    <w:p w14:paraId="3125DD38" w14:textId="77777777" w:rsidR="00780EC0" w:rsidRDefault="00000000">
      <w:r>
        <w:br/>
        <w:t>Regulatory compliance and changes within the senior care industry represent another significant external factor. Staying abreast of evolving regulations and accreditation standards is non-negotiable. Any revitalization strategy must ensure full compliance with all applicable laws and regulations, both at the state and federal levels. This involves a thorough review of all licenses, permits, and certifications held by the facility, and a comprehensive assessment of its adherence to all relevant regulations. Furthermore, anticipating future changes in the regulatory environment is crucial. This proactive approach allows us to adjust our policies and procedures accordingly, avoiding costly penalties or disruptions in operations. Understanding the regulatory landscape also informs strategic decisions relating to facility upgrades or expansion. For example, new regulations related to fire safety or accessibility might necessitate significant investments in facility improvements, factors that must be carefully considered during the revitalization planning process.</w:t>
      </w:r>
    </w:p>
    <w:p w14:paraId="14A480BE" w14:textId="77777777" w:rsidR="00780EC0" w:rsidRDefault="00780EC0"/>
    <w:p w14:paraId="05EBB2DF" w14:textId="77777777" w:rsidR="00780EC0" w:rsidRDefault="00000000">
      <w:r>
        <w:br/>
        <w:t xml:space="preserve">Community partnerships are often overlooked but are exceptionally important in the success of a senior living community revitalization. Building strong relationships with local stakeholders—hospitals, healthcare providers, social service agencies, community organizations, and local businesses—can significantly enhance the facility’s reputation and support system. This involves active engagement with the community, participation in local events, and the development of collaborative programs and initiatives. For example, a partnership with a local hospital might streamline referrals and ensure smooth transitions for residents requiring higher levels of care. A collaboration with a volunteer organization </w:t>
      </w:r>
      <w:r>
        <w:lastRenderedPageBreak/>
        <w:t>could provide additional support for residents, enriching their lives and freeing up staff time for other essential tasks. Partnerships with local businesses can offer discounts or services to residents, enhancing the overall value proposition and strengthening community ties. These partnerships not only improve the quality of life for residents but also enhance the facility's image within the community, strengthening its brand recognition and increasing its appeal to potential residents and their families.</w:t>
      </w:r>
    </w:p>
    <w:p w14:paraId="3E39D12E" w14:textId="77777777" w:rsidR="00780EC0" w:rsidRDefault="00780EC0"/>
    <w:p w14:paraId="4B1AA614" w14:textId="77777777" w:rsidR="00780EC0" w:rsidRDefault="00000000">
      <w:r>
        <w:br/>
        <w:t>Finally, an assessment of external factors should also include an analysis of opportunities for growth and diversification. This involves considering the facility's current assets and resources, identifying unmet needs within the community, and exploring potential avenues for expansion or diversification. For example, the facility might have unused space that could be repurposed for additional services, such as a day care center for seniors or a respite care program. It might also explore partnerships with other healthcare providers to offer additional services on-site, such as physical therapy or occupational therapy. Diversification might involve offering specialized care programs, such as memory care or rehabilitation services, targeting a specific niche market within the community. Analyzing market trends and identifying emerging needs within the senior care industry helps to identify potential growth areas and develop innovative strategies to expand the facility's service offerings and revenue streams. This proactive approach ensures the facility's long-term viability and sustainability, positioning it for continued success in the dynamic senior care landscape.</w:t>
      </w:r>
    </w:p>
    <w:p w14:paraId="58623B56" w14:textId="77777777" w:rsidR="00780EC0" w:rsidRDefault="00780EC0"/>
    <w:p w14:paraId="4B8B2590" w14:textId="77777777" w:rsidR="00780EC0" w:rsidRDefault="00000000">
      <w:r>
        <w:br/>
        <w:t>The thorough analysis of external factors, encompassing demographics, competition, regulations, community partnerships, and growth opportunities, provides a critical complement to the internal assessment. Together, these analyses create a complete picture of the senior living community's current state, forming the essential foundation for a strategically sound and effective revitalization plan. By understanding both the internal strengths and weaknesses and the external opportunities and challenges, we can develop a comprehensive strategy designed not just for short-term stabilization, but for long-term sustainable success. Ignoring external factors would be a critical oversight, risking the entire revitalization effort, ultimately failing to achieve the goal of creating a thriving and sustainable senior living community. The integration of these internal and external assessments forms the crucial first step in "Turning the Tide" in senior living.</w:t>
      </w:r>
    </w:p>
    <w:p w14:paraId="342CDE8E" w14:textId="77777777" w:rsidR="00780EC0" w:rsidRDefault="00780EC0"/>
    <w:p w14:paraId="3862ADE0" w14:textId="77777777" w:rsidR="00780EC0" w:rsidRDefault="00000000">
      <w:r>
        <w:br w:type="page"/>
      </w:r>
    </w:p>
    <w:p w14:paraId="3CB53E5F" w14:textId="77777777" w:rsidR="00780EC0" w:rsidRDefault="00000000">
      <w:pPr>
        <w:spacing w:before="5040"/>
        <w:jc w:val="center"/>
      </w:pPr>
      <w:r>
        <w:lastRenderedPageBreak/>
        <w:t xml:space="preserve"> Chapter 2: Developing a Revitalization Plan</w:t>
      </w:r>
    </w:p>
    <w:p w14:paraId="10268DBE" w14:textId="77777777" w:rsidR="00780EC0" w:rsidRDefault="00000000">
      <w:r>
        <w:t>Having laid the groundwork by comprehensively assessing both the internal and external landscapes of the senior living community, we now turn to the crucial next step: setting realistic and achievable goals. This is not simply a matter of stating aspirations; it requires a meticulous process of defining specific, measurable, achievable, relevant, and time-bound (SMART) objectives that will guide the revitalization plan. Without clearly defined goals, the revitalization efforts risk becoming unfocused and ultimately unproductive. The goals we set must be ambitious yet grounded in reality, acknowledging the existing constraints while pushing the community towards significant improvement.</w:t>
      </w:r>
    </w:p>
    <w:p w14:paraId="32187396" w14:textId="77777777" w:rsidR="00780EC0" w:rsidRDefault="00000000">
      <w:r>
        <w:br/>
        <w:t>The process begins with a thorough review of the preceding analyses. What are the most pressing issues identified in the internal assessment? What opportunities have been revealed through the external analysis? These findings will inform the prioritization of goals, ensuring that the most critical areas receive the necessary attention. For instance, if the internal assessment reveals significant staff shortages and low morale, a primary goal might be to improve staff recruitment and retention. Similarly, if the external analysis identifies a high demand for specialized memory care services, a key goal could be to expand the facility's capacity in this area.</w:t>
      </w:r>
    </w:p>
    <w:p w14:paraId="6F1718DB" w14:textId="77777777" w:rsidR="00780EC0" w:rsidRDefault="00780EC0"/>
    <w:p w14:paraId="642181D1" w14:textId="77777777" w:rsidR="00780EC0" w:rsidRDefault="00000000">
      <w:r>
        <w:br/>
        <w:t>It's crucial to avoid the temptation to set overly ambitious goals. While a dramatic turnaround is the ultimate aim, attempting to achieve too much too quickly can be counterproductive. A phased approach is often the most effective strategy. Breaking down the overall revitalization plan into smaller, manageable phases allows for continuous monitoring, evaluation, and adjustment along the way. This iterative process helps to ensure that the plan remains relevant and adaptable as circumstances evolve. Moreover, achieving smaller, incremental goals along the way boosts morale among staff, residents, and families, maintaining momentum and fostering a sense of progress. This is critical, as setbacks are inevitable in any large-scale revitalization project, and a phased approach provides opportunities to recalibrate and regain traction.</w:t>
      </w:r>
    </w:p>
    <w:p w14:paraId="747E1D4B" w14:textId="77777777" w:rsidR="00780EC0" w:rsidRDefault="00780EC0"/>
    <w:p w14:paraId="2536B571" w14:textId="77777777" w:rsidR="00780EC0" w:rsidRDefault="00000000">
      <w:r>
        <w:br/>
        <w:t xml:space="preserve">For example, a revitalization plan might be divided into three phases: Stabilization, Growth, and Optimization. The Stabilization phase would focus on addressing the most immediate issues, such as financial solvency, staffing shortages, and regulatory compliance. Specific, measurable goals for this phase might include reducing operating losses by 10% within six months, increasing staff retention by 20% within one year, and achieving full regulatory compliance within three months. The Growth phase would then focus on expanding services, increasing occupancy rates, and improving the facility's market position. </w:t>
      </w:r>
      <w:r>
        <w:lastRenderedPageBreak/>
        <w:t>Measurable goals for this phase might involve increasing occupancy rates by 15% within two years, launching a new specialized care program within one year, and enhancing the facility's marketing and brand image. Finally, the Optimization phase would concentrate on refining operations, enhancing the resident experience, and achieving long-term sustainability. Goals in this phase might include achieving a 95% occupancy rate within three years, implementing a comprehensive resident satisfaction program, and developing a robust succession plan for leadership.</w:t>
      </w:r>
    </w:p>
    <w:p w14:paraId="3EDB78CE" w14:textId="77777777" w:rsidR="00780EC0" w:rsidRDefault="00780EC0"/>
    <w:p w14:paraId="04B65EFD" w14:textId="77777777" w:rsidR="00780EC0" w:rsidRDefault="00000000">
      <w:r>
        <w:br/>
        <w:t>The SMART framework provides a helpful structure for defining these goals. Each goal should be:</w:t>
      </w:r>
    </w:p>
    <w:p w14:paraId="6366D5D1" w14:textId="77777777" w:rsidR="00780EC0" w:rsidRDefault="00780EC0"/>
    <w:p w14:paraId="7B259ED2" w14:textId="77777777" w:rsidR="00780EC0" w:rsidRDefault="00000000">
      <w:r>
        <w:br/>
      </w:r>
    </w:p>
    <w:p w14:paraId="6D4ACDB4" w14:textId="77777777" w:rsidR="00780EC0" w:rsidRDefault="00000000">
      <w:r>
        <w:rPr>
          <w:b/>
        </w:rPr>
        <w:t>Specific:</w:t>
      </w:r>
      <w:r>
        <w:t xml:space="preserve"> Clearly defined and unambiguous. Instead of a goal like "improve resident care," a SMART goal might be "Increase resident satisfaction scores from 70% to 90% within one year, as measured by quarterly resident surveys."</w:t>
      </w:r>
    </w:p>
    <w:p w14:paraId="69C2767D" w14:textId="77777777" w:rsidR="00780EC0" w:rsidRDefault="00000000">
      <w:r>
        <w:br/>
      </w:r>
    </w:p>
    <w:p w14:paraId="64487C3D" w14:textId="77777777" w:rsidR="00780EC0" w:rsidRDefault="00000000">
      <w:r>
        <w:rPr>
          <w:b/>
        </w:rPr>
        <w:t>Measurable:</w:t>
      </w:r>
      <w:r>
        <w:t xml:space="preserve"> Quantifiable and trackable. Progress towards the goal should be easily monitored and evaluated. Using quantifiable metrics is key, allowing for objective assessment of progress. For example, rather than aiming for improved marketing efforts, a SMART goal could be "Increase website traffic by 30% and generate 20 qualified leads per month within six months."</w:t>
      </w:r>
    </w:p>
    <w:p w14:paraId="4BD32067" w14:textId="77777777" w:rsidR="00780EC0" w:rsidRDefault="00000000">
      <w:r>
        <w:br/>
      </w:r>
    </w:p>
    <w:p w14:paraId="7D8EED00" w14:textId="77777777" w:rsidR="00780EC0" w:rsidRDefault="00000000">
      <w:r>
        <w:rPr>
          <w:b/>
        </w:rPr>
        <w:t>Achievable:</w:t>
      </w:r>
      <w:r>
        <w:t xml:space="preserve"> Realistic and attainable given the available resources and constraints. Goals should be challenging but not impossible. Overly ambitious targets can demoralize the team and hinder progress. Consider historical data and current resource constraints while setting these targets. For instance, instead of aiming for a 50% increase in resident admissions immediately, a more achievable goal might be a 10-15% increase within the first year.</w:t>
      </w:r>
    </w:p>
    <w:p w14:paraId="6F27142E" w14:textId="77777777" w:rsidR="00780EC0" w:rsidRDefault="00000000">
      <w:r>
        <w:br/>
      </w:r>
    </w:p>
    <w:p w14:paraId="493E1A3A" w14:textId="77777777" w:rsidR="00780EC0" w:rsidRDefault="00000000">
      <w:r>
        <w:rPr>
          <w:b/>
        </w:rPr>
        <w:t>Relevant:</w:t>
      </w:r>
      <w:r>
        <w:t xml:space="preserve"> Aligned with the overall revitalization strategy and the community's long-term vision. Goals should contribute to the larger objective of transforming the facility into a thriving and sustainable senior living community. Ensuring alignment with the broader </w:t>
      </w:r>
      <w:r>
        <w:lastRenderedPageBreak/>
        <w:t>strategic vision is critical. For example, if the long-term vision is to become a leading provider of specialized dementia care, all goals should contribute to that objective.</w:t>
      </w:r>
    </w:p>
    <w:p w14:paraId="6E81041A" w14:textId="77777777" w:rsidR="00780EC0" w:rsidRDefault="00000000">
      <w:r>
        <w:br/>
      </w:r>
    </w:p>
    <w:p w14:paraId="66873BE6" w14:textId="77777777" w:rsidR="00780EC0" w:rsidRDefault="00000000">
      <w:r>
        <w:rPr>
          <w:b/>
        </w:rPr>
        <w:t>Time-bound:</w:t>
      </w:r>
      <w:r>
        <w:t xml:space="preserve"> Associated with a specific deadline or timeframe. This creates accountability and helps to maintain momentum. Establishing clear deadlines creates a sense of urgency and focus. For example, rather than stating "improve staff training," a SMART goal would be "Implement a new staff training program within three months and achieve 100% staff participation."</w:t>
      </w:r>
    </w:p>
    <w:p w14:paraId="6D11DA51" w14:textId="77777777" w:rsidR="00780EC0" w:rsidRDefault="00000000">
      <w:r>
        <w:br/>
        <w:t>Case studies from other senior living communities can provide valuable insight into successful goal setting and achievement. Research examples of facilities that have successfully revitalized themselves, paying close attention to the goals they set, the strategies they employed, and the results they achieved. Analyze what factors contributed to their success and what challenges they overcame. This comparative analysis can provide valuable guidance and inspiration in setting realistic and achievable goals for your own revitalization plan. Consider comparing facilities of similar size, geographic location, and service offerings, focusing on their revitalization strategies and outcomes. Look for common threads in their approach, as well as aspects that might be unique to their specific circumstances.</w:t>
      </w:r>
    </w:p>
    <w:p w14:paraId="60F1479D" w14:textId="77777777" w:rsidR="00780EC0" w:rsidRDefault="00780EC0"/>
    <w:p w14:paraId="23554B59" w14:textId="77777777" w:rsidR="00780EC0" w:rsidRDefault="00000000">
      <w:r>
        <w:br/>
        <w:t>In addition to setting SMART goals, it's essential to develop a robust monitoring and evaluation system to track progress and make necessary adjustments. This system should include regular reporting on key metrics, providing timely feedback on goal achievement. Regular reviews, possibly monthly or quarterly, should be conducted to assess progress towards goals and to identify any potential roadblocks. These reviews should involve key stakeholders, including staff, residents, and family members, creating an opportunity for input and collaboration. If goals are not being met, the plan must be reassessed, and adjustments made as necessary. This adaptive approach is crucial, allowing the revitalization plan to remain responsive to changing circumstances and to ensure its continued effectiveness. The ability to adapt and adjust is what separates successful revitalization efforts from those that fall short of their objectives. Flexibility and a commitment to ongoing evaluation are key components of a successful strategy.</w:t>
      </w:r>
    </w:p>
    <w:p w14:paraId="1A384BBC" w14:textId="77777777" w:rsidR="00780EC0" w:rsidRDefault="00780EC0"/>
    <w:p w14:paraId="7CBE19D3" w14:textId="77777777" w:rsidR="00780EC0" w:rsidRDefault="00000000">
      <w:r>
        <w:br/>
        <w:t xml:space="preserve">The process of setting realistic goals and objectives is a foundational element of the revitalization plan. It is not a one-time exercise but rather an ongoing process of refining and adjusting goals in response to changing circumstances and progress towards </w:t>
      </w:r>
      <w:r>
        <w:lastRenderedPageBreak/>
        <w:t>overarching objectives. Through careful planning, a phased approach, and a commitment to ongoing monitoring and evaluation, the senior living community can establish a clear roadmap for achieving sustainable success, ultimately transforming a struggling facility into a thriving and vibrant community.</w:t>
      </w:r>
    </w:p>
    <w:p w14:paraId="23F1AC24" w14:textId="77777777" w:rsidR="00780EC0" w:rsidRDefault="00780EC0"/>
    <w:p w14:paraId="0965978E" w14:textId="77777777" w:rsidR="00780EC0" w:rsidRDefault="00000000">
      <w:r>
        <w:t>Having established a clear set of SMART goals, the next critical step in revitalizing a struggling senior living community is the development of a comprehensive and realistic budget. This budget serves as the financial roadmap for the entire revitalization plan, outlining the anticipated revenue streams, expenses, and timelines for achieving the previously defined objectives. Creating a robust budget is not merely an accounting exercise; it's a strategic tool that will guide decision-making, secure necessary funding, and ensure the long-term sustainability of the community.</w:t>
      </w:r>
    </w:p>
    <w:p w14:paraId="1973D816" w14:textId="77777777" w:rsidR="00780EC0" w:rsidRDefault="00000000">
      <w:r>
        <w:br/>
        <w:t>The budgeting process should begin with a detailed analysis of the current financial situation. This involves a thorough review of historical financial statements, including income statements, balance sheets, and cash flow statements. This review will identify key trends, highlight areas of strength and weakness, and provide a baseline for projecting future financial performance. It is crucial to understand the current financial health of the community, including its liquidity position, debt levels, and profitability. This understanding will inform the development of realistic revenue projections and expense controls.</w:t>
      </w:r>
    </w:p>
    <w:p w14:paraId="0C3591FF" w14:textId="77777777" w:rsidR="00780EC0" w:rsidRDefault="00780EC0"/>
    <w:p w14:paraId="7E2E9A7B" w14:textId="77777777" w:rsidR="00780EC0" w:rsidRDefault="00000000">
      <w:r>
        <w:br/>
        <w:t>Next, we must forecast revenue streams for the revitalization period. This requires a thorough understanding of the local market, including competitor analysis, occupancy rates, and pricing strategies. For example, if the goal is to increase occupancy, the budget must incorporate the projected revenue from increased resident admissions. If the plan includes expanding services, such as specialized memory care, the budget should reflect the anticipated revenue from these new services. This might involve market research to determine the optimal pricing for these new services, considering factors such as local competition and the demand for such specialized care. Furthermore, the budget must account for potential changes in reimbursement rates from government or private payers. Regular review of these reimbursement rates is crucial, as changes could impact the overall financial projections. This is especially important for facilities that heavily rely on Medicare or Medicaid reimbursement.</w:t>
      </w:r>
    </w:p>
    <w:p w14:paraId="5CE95F63" w14:textId="77777777" w:rsidR="00780EC0" w:rsidRDefault="00780EC0"/>
    <w:p w14:paraId="7FFD38CB" w14:textId="77777777" w:rsidR="00780EC0" w:rsidRDefault="00000000">
      <w:r>
        <w:br/>
        <w:t xml:space="preserve">Alongside revenue projections, a detailed analysis of expenses is crucial. This involves categorizing all anticipated costs associated with the revitalization plan, from operational expenses such as staffing and utilities to capital expenditures such as renovations and </w:t>
      </w:r>
      <w:r>
        <w:lastRenderedPageBreak/>
        <w:t>equipment upgrades. It's crucial to differentiate between fixed and variable costs. Fixed costs, such as rent or property taxes, remain relatively constant regardless of occupancy levels. Variable costs, such as food and supplies, fluctuate with changes in occupancy and service utilization. A clear understanding of these cost structures allows for more accurate financial projections and facilitates effective cost-control measures.</w:t>
      </w:r>
    </w:p>
    <w:p w14:paraId="3078D02A" w14:textId="77777777" w:rsidR="00780EC0" w:rsidRDefault="00780EC0"/>
    <w:p w14:paraId="25D69DDF" w14:textId="77777777" w:rsidR="00780EC0" w:rsidRDefault="00000000">
      <w:r>
        <w:br/>
        <w:t>The budget should also incorporate contingencies for unforeseen circumstances. This might include setting aside funds for unexpected repairs, equipment malfunctions, or changes in regulatory requirements. A realistic contingency plan anticipates potential setbacks and helps to mitigate their financial impact. The percentage allocated to contingencies will vary depending on the risk profile of the community, however, a 5-10% contingency is generally recommended. Having sufficient reserves to cover unforeseen expenses is crucial for maintaining financial stability and avoiding unexpected financial shortfalls.</w:t>
      </w:r>
    </w:p>
    <w:p w14:paraId="357339D9" w14:textId="77777777" w:rsidR="00780EC0" w:rsidRDefault="00780EC0"/>
    <w:p w14:paraId="207EF866" w14:textId="77777777" w:rsidR="00780EC0" w:rsidRDefault="00000000">
      <w:r>
        <w:br/>
        <w:t>A critical aspect of budget creation is developing a detailed timeline for implementing the revitalization plan. This timeline should align with the phased approach to goal achievement discussed earlier. For each phase, the budget should allocate specific funds to the corresponding activities and initiatives. For instance, the stabilization phase might require greater investment in staffing, while the growth phase might necessitate increased marketing and outreach efforts. Each expense item should be meticulously tracked, ensuring that each dollar is allocated effectively and efficiently, optimizing resource use across all phases of the project.</w:t>
      </w:r>
    </w:p>
    <w:p w14:paraId="420C2E3B" w14:textId="77777777" w:rsidR="00780EC0" w:rsidRDefault="00780EC0"/>
    <w:p w14:paraId="68566AB8" w14:textId="77777777" w:rsidR="00780EC0" w:rsidRDefault="00000000">
      <w:r>
        <w:br/>
        <w:t>Securing funding is a critical element in the success of any revitalization plan. This might involve seeking loans from financial institutions, exploring grants from government agencies or private foundations, or leveraging internal reserves. The budget should clearly articulate the funding sources, including the amount of funding sought from each source and the timeline for securing the funds. A detailed funding request, including a clear explanation of the revitalization plan and its anticipated impact, is essential for securing external funding. It is recommended that a professional grant writer be engaged to assist with the preparation of these funding requests, maximizing the chances of securing funding from these sources.</w:t>
      </w:r>
    </w:p>
    <w:p w14:paraId="5648F427" w14:textId="77777777" w:rsidR="00780EC0" w:rsidRDefault="00780EC0"/>
    <w:p w14:paraId="47CB57CE" w14:textId="77777777" w:rsidR="00780EC0" w:rsidRDefault="00000000">
      <w:r>
        <w:br/>
        <w:t>It’s also crucial to consider the impact of budget decisions on residents and staff. Cost-</w:t>
      </w:r>
      <w:r>
        <w:lastRenderedPageBreak/>
        <w:t>cutting measures should never compromise the quality of care provided to residents or the well-being of staff. While efficiency is paramount, the focus must remain on maintaining a high standard of care while also enhancing the work environment. For example, investing in staff training might appear as an expense in the budget but is ultimately an investment in improving care quality and staff retention, contributing to long-term cost savings.</w:t>
      </w:r>
    </w:p>
    <w:p w14:paraId="5EF4594B" w14:textId="77777777" w:rsidR="00780EC0" w:rsidRDefault="00780EC0"/>
    <w:p w14:paraId="5F127BD2" w14:textId="77777777" w:rsidR="00780EC0" w:rsidRDefault="00000000">
      <w:r>
        <w:br/>
        <w:t>The budget should be a living document, regularly reviewed and adjusted as needed. This allows for flexibility in response to changing circumstances and ensures that the revitalization plan remains on track. Regular budget monitoring helps identify potential problems early on, allowing for corrective actions before they escalate into major issues. This iterative approach to budget management ensures that the financial plan adapts to the dynamics of the revitalization process and ensures that the community remains on a financially viable path. The process of monitoring and adjusting the budget ensures that financial resources are effectively utilized and that any deviations from the plan are promptly addressed, maximizing the chances of achieving the revitalization objectives. Regular review meetings should involve key stakeholders to promote transparency and collaboration in the financial management of the revitalization plan.</w:t>
      </w:r>
    </w:p>
    <w:p w14:paraId="6324FE81" w14:textId="77777777" w:rsidR="00780EC0" w:rsidRDefault="00780EC0"/>
    <w:p w14:paraId="1D448530" w14:textId="77777777" w:rsidR="00780EC0" w:rsidRDefault="00000000">
      <w:r>
        <w:br/>
        <w:t>In conclusion, creating a comprehensive budget for a senior living community revitalization is a complex but essential process. It requires careful planning, detailed analysis, and a realistic understanding of both revenue and expense streams. By incorporating SMART goals, anticipating unforeseen circumstances, and regularly monitoring and adjusting the budget, the community can create a financially sound foundation for achieving its revitalization objectives and ensuring the long-term well-being of its residents and staff. A well-structured budget, coupled with proactive financial management, provides the crucial backbone for achieving sustainable success in this challenging yet ultimately rewarding endeavor. The strategic application of financial resources will directly impact the successful transformation of a struggling senior living community into a vibrant and thriving environment.</w:t>
      </w:r>
    </w:p>
    <w:p w14:paraId="68B6529C" w14:textId="77777777" w:rsidR="00780EC0" w:rsidRDefault="00780EC0"/>
    <w:p w14:paraId="358C1226" w14:textId="77777777" w:rsidR="00780EC0" w:rsidRDefault="00000000">
      <w:r>
        <w:t>With a robust budget in place, the next crucial element in our revitalization strategy is a comprehensive marketing and sales plan. This isn't simply about filling beds; it's about attracting the right residents, building a strong brand reputation, and fostering lasting loyalty. Our goal is to transform the perception of the community, shifting it from a struggling facility to a sought-after destination for senior living.</w:t>
      </w:r>
    </w:p>
    <w:p w14:paraId="59A10FB9" w14:textId="77777777" w:rsidR="00780EC0" w:rsidRDefault="00000000">
      <w:r>
        <w:br/>
        <w:t xml:space="preserve">This requires a multi-pronged approach, utilizing diverse marketing channels and crafting a </w:t>
      </w:r>
      <w:r>
        <w:lastRenderedPageBreak/>
        <w:t>compelling narrative that resonates with potential residents and their families. We'll need to identify our target demographic with precision, understanding their needs, preferences, and concerns. This might involve demographic research, focus groups, and surveys to determine the best approach to marketing our community. For example, if we're targeting affluent retirees, our marketing materials will need to reflect their expectations of luxury and sophisticated amenities. Conversely, if we are targeting individuals with limited financial resources, we will need to showcase the value and affordability of our services.</w:t>
      </w:r>
    </w:p>
    <w:p w14:paraId="12E516D5" w14:textId="77777777" w:rsidR="00780EC0" w:rsidRDefault="00780EC0"/>
    <w:p w14:paraId="79A9AF0F" w14:textId="77777777" w:rsidR="00780EC0" w:rsidRDefault="00000000">
      <w:r>
        <w:br/>
        <w:t>Our marketing strategy must go beyond traditional methods. We need to leverage digital marketing, including targeted online advertising on platforms frequented by our target demographic. This might involve social media marketing, search engine optimization (SEO), and paid advertising campaigns on platforms such as Facebook, Instagram, and Google Ads. We will need to create engaging content that highlights the unique aspects of our community, showcasing our amenities, staff expertise, and the overall quality of life we offer. High-quality photography and videography are essential, creating a virtual tour that allows potential residents to experience our community before even visiting.</w:t>
      </w:r>
    </w:p>
    <w:p w14:paraId="7DADCFCD" w14:textId="77777777" w:rsidR="00780EC0" w:rsidRDefault="00780EC0"/>
    <w:p w14:paraId="1009E755" w14:textId="77777777" w:rsidR="00780EC0" w:rsidRDefault="00000000">
      <w:r>
        <w:br/>
        <w:t>Furthermore, we can't overlook the power of traditional marketing techniques. Print advertising in local newspapers and senior-focused publications can still reach a significant audience. We might also consider partnerships with local businesses and organizations that serve seniors, such as retirement planning firms or medical providers. This cross-promotion strategy exposes our brand to a wider audience. Senior expos and community events offer excellent networking opportunities, directly engaging with potential residents and building relationships.</w:t>
      </w:r>
    </w:p>
    <w:p w14:paraId="66FC6518" w14:textId="77777777" w:rsidR="00780EC0" w:rsidRDefault="00780EC0"/>
    <w:p w14:paraId="7BBF32EA" w14:textId="77777777" w:rsidR="00780EC0" w:rsidRDefault="00000000">
      <w:r>
        <w:br/>
        <w:t>A crucial aspect of our marketing plan is crafting a unique value proposition. What distinguishes our community from competitors? Is it our exceptional staff, our innovative care programs, our beautiful grounds, or our vibrant social activities? We need to identify and articulate these key differentiators, emphasizing what sets us apart. This unique selling proposition should be woven into all our marketing materials, consistently reinforcing our brand message and ensuring a cohesive and memorable experience for potential residents.</w:t>
      </w:r>
    </w:p>
    <w:p w14:paraId="71113C1B" w14:textId="77777777" w:rsidR="00780EC0" w:rsidRDefault="00780EC0"/>
    <w:p w14:paraId="3D3BD6D0" w14:textId="77777777" w:rsidR="00780EC0" w:rsidRDefault="00000000">
      <w:r>
        <w:br/>
        <w:t xml:space="preserve">Consider the power of storytelling. Instead of simply listing features, we should share stories of residents' lives and experiences within our community. These authentic </w:t>
      </w:r>
      <w:r>
        <w:lastRenderedPageBreak/>
        <w:t>narratives build empathy and connection, showcasing the positive impact of our services. Videos featuring resident testimonials, heartwarming accounts of personal achievements, and glimpses into daily life can be incredibly impactful. Furthermore, we must leverage the stories of our staff, highlighting their compassion, dedication, and commitment to providing exceptional care.</w:t>
      </w:r>
    </w:p>
    <w:p w14:paraId="3BACBEE8" w14:textId="77777777" w:rsidR="00780EC0" w:rsidRDefault="00780EC0"/>
    <w:p w14:paraId="6D249FD9" w14:textId="77777777" w:rsidR="00780EC0" w:rsidRDefault="00000000">
      <w:r>
        <w:br/>
        <w:t>Building a strong online presence is equally vital. Our website should be user-friendly, visually appealing, and information-rich. It should be easily navigable, providing potential residents with all the details they need, from service descriptions and pricing to floor plans and staff biographies. The website needs to be updated regularly, reflecting our community's vibrant activity and showcasing any new programs or initiatives. Maintaining an active blog can also be beneficial, offering insightful articles on topics of interest to our target audience, further establishing our expertise and enhancing our search engine rankings.</w:t>
      </w:r>
    </w:p>
    <w:p w14:paraId="3115324E" w14:textId="77777777" w:rsidR="00780EC0" w:rsidRDefault="00780EC0"/>
    <w:p w14:paraId="1537B886" w14:textId="77777777" w:rsidR="00780EC0" w:rsidRDefault="00000000">
      <w:r>
        <w:br/>
        <w:t>Another effective strategy is to implement a referral program. Happy residents and their families are often the best ambassadors for our community. Incentivizing referrals can significantly boost our occupancy rates and cost-effectively expand our marketing reach. By rewarding residents for referrals, we tap into a powerful network of satisfied individuals who actively promote our services. This organic marketing approach builds trust and confidence among prospective residents.</w:t>
      </w:r>
    </w:p>
    <w:p w14:paraId="15AEAC86" w14:textId="77777777" w:rsidR="00780EC0" w:rsidRDefault="00780EC0"/>
    <w:p w14:paraId="691D3ADD" w14:textId="77777777" w:rsidR="00780EC0" w:rsidRDefault="00000000">
      <w:r>
        <w:br/>
        <w:t>Once we secure new residents, our work isn't done. Retaining residents and fostering loyalty is equally crucial. Regular resident satisfaction surveys are a valuable tool for understanding resident needs and identifying areas for improvement. This data-driven approach enables us to proactively address issues and exceed resident expectations. Implementing a customer relationship management (CRM) system will help us manage and personalize resident communications, ensuring that each resident feels valued and heard.</w:t>
      </w:r>
    </w:p>
    <w:p w14:paraId="2168143E" w14:textId="77777777" w:rsidR="00780EC0" w:rsidRDefault="00780EC0"/>
    <w:p w14:paraId="30DD4DD7" w14:textId="77777777" w:rsidR="00780EC0" w:rsidRDefault="00000000">
      <w:r>
        <w:br/>
        <w:t>This may require investing in staff training, empowering them with the knowledge and skills to effectively communicate our brand message and address resident concerns. Regular staff meetings can be used to discuss marketing initiatives and gather feedback from the frontline staff, ensuring that everyone is aligned with our goals and understands their role in achieving them.</w:t>
      </w:r>
    </w:p>
    <w:p w14:paraId="34FFF73D" w14:textId="77777777" w:rsidR="00780EC0" w:rsidRDefault="00780EC0"/>
    <w:p w14:paraId="5ABCB999" w14:textId="77777777" w:rsidR="00780EC0" w:rsidRDefault="00000000">
      <w:r>
        <w:br/>
        <w:t>In addition to our internal efforts, community engagement is paramount. We should partner with local organizations and businesses to create synergistic relationships that mutually benefit our community and the surrounding area. This could involve sponsoring local events, participating in community initiatives, and building relationships with local healthcare providers and other relevant stakeholders.</w:t>
      </w:r>
    </w:p>
    <w:p w14:paraId="152905A4" w14:textId="77777777" w:rsidR="00780EC0" w:rsidRDefault="00780EC0"/>
    <w:p w14:paraId="61CA1CFF" w14:textId="77777777" w:rsidR="00780EC0" w:rsidRDefault="00000000">
      <w:r>
        <w:br/>
        <w:t>Developing and implementing our marketing strategy will require careful planning, ongoing monitoring, and a willingness to adapt our approach as needed. We should set clear, measurable goals for our marketing efforts, including targets for occupancy rates, website traffic, and social media engagement. Regular performance reviews will allow us to assess the effectiveness of our strategies and make necessary adjustments to maximize our ROI. Tracking key performance indicators (KPIs) is essential, allowing us to analyze data, identify trends, and make informed decisions based on evidence rather than intuition. Analyzing the data from our marketing campaigns will inform our future strategies, ensuring that our efforts are focused on the most effective channels and approaches.</w:t>
      </w:r>
    </w:p>
    <w:p w14:paraId="21C75A39" w14:textId="77777777" w:rsidR="00780EC0" w:rsidRDefault="00780EC0"/>
    <w:p w14:paraId="77DD12A6" w14:textId="77777777" w:rsidR="00780EC0" w:rsidRDefault="00000000">
      <w:r>
        <w:br/>
        <w:t>By combining a data-driven approach with innovative marketing strategies, a strong focus on building brand loyalty, and a proactive approach to resident relations, we can transform our struggling senior living community into a thriving, well-respected place to live and work. This comprehensive plan ensures that we not only fill vacancies but also attract and retain the right residents, creating a thriving community for years to come. Remember, our success hinges on understanding our target audience, building strong relationships, and consistently providing high-quality care. By focusing on these elements, we will create a reputation for excellence that sets our community apart in the fiercely competitive senior living market.</w:t>
      </w:r>
    </w:p>
    <w:p w14:paraId="77215141" w14:textId="77777777" w:rsidR="00780EC0" w:rsidRDefault="00780EC0"/>
    <w:p w14:paraId="54371A7B" w14:textId="77777777" w:rsidR="00780EC0" w:rsidRDefault="00000000">
      <w:r>
        <w:t>Implementing operational improvements is the cornerstone of any successful senior living revitalization. It’s not simply about cutting costs; it’s about creating a more efficient, effective, and ultimately more rewarding environment for both residents and staff. This involves a multifaceted approach, focusing on streamlining processes, enhancing staff training, and fostering a culture of accountability and empowerment. The goal is to create a well-oiled machine, where every cog works in harmony to provide exceptional care and a positive living experience.</w:t>
      </w:r>
    </w:p>
    <w:p w14:paraId="60FFC1DD" w14:textId="77777777" w:rsidR="00780EC0" w:rsidRDefault="00000000">
      <w:r>
        <w:lastRenderedPageBreak/>
        <w:br/>
        <w:t>One of the first areas to address is operational efficiency. This requires a meticulous review of existing processes, identifying bottlenecks and areas for improvement. For instance, medication management often presents challenges. A thorough analysis might reveal inefficiencies in the dispensing process, leading to delays or medication errors. Implementing a new system, perhaps with electronic medication administration records (eMAR) and barcode scanning, can significantly improve accuracy and reduce errors. Similarly, meal service can be streamlined. Analyzing food preparation, delivery, and cleaning processes could uncover opportunities to optimize workflows and minimize waste. This might involve implementing a more efficient meal preparation system, reducing food spoilage, or optimizing staff scheduling to ensure adequate coverage during peak hours.</w:t>
      </w:r>
    </w:p>
    <w:p w14:paraId="4EBD2BAD" w14:textId="77777777" w:rsidR="00780EC0" w:rsidRDefault="00780EC0"/>
    <w:p w14:paraId="4A41775F" w14:textId="77777777" w:rsidR="00780EC0" w:rsidRDefault="00000000">
      <w:r>
        <w:br/>
        <w:t>Beyond specific processes, a critical aspect of operational improvement is staff training. Highly trained and motivated staff are the backbone of any successful senior living community. Investing in ongoing professional development is not just an expense; it's an investment in the quality of care. This involves creating a comprehensive training program that covers all aspects of resident care, including medication administration, emergency procedures, and effective communication techniques. This training shouldn't be a one-off event; it needs to be ongoing, incorporating regular refresher courses, workshops, and opportunities for skill enhancement.</w:t>
      </w:r>
    </w:p>
    <w:p w14:paraId="4C8D4417" w14:textId="77777777" w:rsidR="00780EC0" w:rsidRDefault="00780EC0"/>
    <w:p w14:paraId="6279F242" w14:textId="77777777" w:rsidR="00780EC0" w:rsidRDefault="00000000">
      <w:r>
        <w:br/>
        <w:t>Moreover, consider introducing specialized training programs to address specific needs within the community. For example, training staff on dementia care techniques, palliative care, or rehabilitation exercises can significantly enhance the level of care provided to residents with specialized needs. This specialized training can also attract and retain high-quality staff, boosting morale and reinforcing the community's commitment to providing excellent care. The benefits extend beyond resident care. Training programs should also address aspects of customer service, conflict resolution, and teamwork, creating a more supportive and harmonious work environment.</w:t>
      </w:r>
    </w:p>
    <w:p w14:paraId="7B4FA7E3" w14:textId="77777777" w:rsidR="00780EC0" w:rsidRDefault="00780EC0"/>
    <w:p w14:paraId="39E8AE78" w14:textId="77777777" w:rsidR="00780EC0" w:rsidRDefault="00000000">
      <w:r>
        <w:br/>
        <w:t xml:space="preserve">Technology plays a crucial role in operational efficiency. Adopting modern technologies can significantly improve workflows and reduce administrative burden. This might involve implementing electronic health records (EHRs), streamlining communication through secure messaging systems, and utilizing telehealth platforms to improve access to specialized healthcare services. Consider utilizing scheduling software to optimize staff deployment and reduce overtime costs. Moreover, embracing technological advancements </w:t>
      </w:r>
      <w:r>
        <w:lastRenderedPageBreak/>
        <w:t>in areas such as dementia care, like sensor technology for monitoring resident well-being, can enhance safety and provide valuable data for improving care plans. However, it’s crucial to carefully select and implement technology, ensuring that systems are user-friendly and adequately integrated with existing workflows. Resistance to new technologies is common; therefore, comprehensive staff training and support are crucial for successful implementation.</w:t>
      </w:r>
    </w:p>
    <w:p w14:paraId="2E7A06F0" w14:textId="77777777" w:rsidR="00780EC0" w:rsidRDefault="00780EC0"/>
    <w:p w14:paraId="1A68FAC2" w14:textId="77777777" w:rsidR="00780EC0" w:rsidRDefault="00000000">
      <w:r>
        <w:br/>
        <w:t>Fostering a culture of accountability and empowerment is equally vital. Creating a positive and supportive work environment where staff feel valued and empowered is essential for attracting and retaining top talent. This involves establishing clear expectations, providing regular feedback, and recognizing and rewarding excellent performance. Implementing open-door policies, encouraging staff suggestions, and creating opportunities for staff to participate in decision-making processes can significantly enhance morale and engagement. Regular staff meetings, where issues are openly discussed and solutions collaboratively developed, foster teamwork and shared responsibility.</w:t>
      </w:r>
    </w:p>
    <w:p w14:paraId="4868A896" w14:textId="77777777" w:rsidR="00780EC0" w:rsidRDefault="00780EC0"/>
    <w:p w14:paraId="72186099" w14:textId="77777777" w:rsidR="00780EC0" w:rsidRDefault="00000000">
      <w:r>
        <w:br/>
        <w:t>Accountability mechanisms, such as performance reviews and quality assurance programs, ensure that staff are meeting the required standards of care. However, accountability should never be punitive; it should be a tool for continuous improvement and professional development. A culture of continuous improvement promotes a proactive approach to identifying and addressing challenges, ensuring that the community constantly strives to provide the highest quality of care. Regular audits and assessments, both internal and external, help to identify areas for improvement and ensure compliance with regulatory standards. This ongoing process of evaluation, refinement, and adaptation is key to maintaining excellence in senior living.</w:t>
      </w:r>
    </w:p>
    <w:p w14:paraId="2C3ED32E" w14:textId="77777777" w:rsidR="00780EC0" w:rsidRDefault="00780EC0"/>
    <w:p w14:paraId="01386076" w14:textId="77777777" w:rsidR="00780EC0" w:rsidRDefault="00000000">
      <w:r>
        <w:br/>
        <w:t>The implementation of operational improvements requires careful planning and execution. Developing a comprehensive implementation plan, outlining timelines, responsibilities, and resource allocation, is crucial for success. This plan should be regularly reviewed and updated to reflect changes in circumstances or priorities. Establishing key performance indicators (KPIs) allows for continuous monitoring of progress and enables timely adjustments to the implementation strategy. These KPIs might include resident satisfaction scores, staff turnover rates, medication error rates, and the efficiency of various operational processes. Regularly tracking these KPIs provides valuable insights into the effectiveness of the improvements and enables data-driven decision-making.</w:t>
      </w:r>
    </w:p>
    <w:p w14:paraId="6AD92CB0" w14:textId="77777777" w:rsidR="00780EC0" w:rsidRDefault="00780EC0"/>
    <w:p w14:paraId="28944105" w14:textId="77777777" w:rsidR="00780EC0" w:rsidRDefault="00000000">
      <w:r>
        <w:lastRenderedPageBreak/>
        <w:br/>
        <w:t>Communication is crucial throughout the implementation process. Keeping staff, residents, and their families informed about the changes and their rationale fosters understanding and buy-in. Transparency builds trust and minimizes resistance to change. Regular communication channels, such as staff newsletters, resident meetings, and family updates, ensure that everyone is kept abreast of developments. Providing opportunities for feedback and addressing concerns promptly strengthens the relationship between the community and its stakeholders.</w:t>
      </w:r>
    </w:p>
    <w:p w14:paraId="5A8F1D07" w14:textId="77777777" w:rsidR="00780EC0" w:rsidRDefault="00780EC0"/>
    <w:p w14:paraId="3F5988EF" w14:textId="77777777" w:rsidR="00780EC0" w:rsidRDefault="00000000">
      <w:r>
        <w:br/>
        <w:t>Finally, sustainability is key. Operational improvements are not a one-time fix; they require ongoing attention and adaptation. Building a culture of continuous improvement ensures that operational efficiency and service quality are consistently maintained and enhanced. Regular review of processes, staff training, and technological advancements allows for adjustments and optimizations based on new information and feedback. By making operational improvements a continuous process, the community ensures long-term success and establishes itself as a leader in the senior living industry. This ongoing commitment to excellence ensures that the revitalized community not only meets but exceeds the expectations of residents, staff, and families, ultimately creating a thriving and sustainable senior living environment.</w:t>
      </w:r>
    </w:p>
    <w:p w14:paraId="68E7082C" w14:textId="77777777" w:rsidR="00780EC0" w:rsidRDefault="00780EC0"/>
    <w:p w14:paraId="0231678A" w14:textId="77777777" w:rsidR="00780EC0" w:rsidRDefault="00000000">
      <w:r>
        <w:t>Building strong community partnerships is paramount to a successful senior living revitalization. It's about moving beyond the facility's walls and creating a network of support that enriches the lives of residents and strengthens the community's overall standing. This isn't simply about public relations; it's about forging genuine, mutually beneficial relationships that provide tangible benefits for everyone involved. A revitalized senior living community isn't just a better place to live; it’s an asset to the wider community, contributing to its vibrancy and well-being.</w:t>
      </w:r>
    </w:p>
    <w:p w14:paraId="3C5DCDA8" w14:textId="77777777" w:rsidR="00780EC0" w:rsidRDefault="00000000">
      <w:r>
        <w:br/>
        <w:t>One of the first steps is identifying key stakeholders. This involves creating a comprehensive list of potential partners, including local hospitals and healthcare providers, home health agencies, adult day care centers, senior centers, religious organizations, volunteer groups, local businesses, and even educational institutions. Each of these entities has a unique role to play in supporting the senior living community and its residents.</w:t>
      </w:r>
    </w:p>
    <w:p w14:paraId="75A78C88" w14:textId="77777777" w:rsidR="00780EC0" w:rsidRDefault="00780EC0"/>
    <w:p w14:paraId="37C740D5" w14:textId="77777777" w:rsidR="00780EC0" w:rsidRDefault="00000000">
      <w:r>
        <w:br/>
        <w:t xml:space="preserve">Hospitals and healthcare providers are crucial partners. Establishing strong referral pathways ensures seamless transitions for residents requiring higher levels of care. Joint educational programs for staff can improve the coordination of care and enhance the </w:t>
      </w:r>
      <w:r>
        <w:lastRenderedPageBreak/>
        <w:t>quality of services offered. Home health agencies can provide vital support to residents who desire to remain in the community for as long as possible, extending their independence and reducing the need for more intensive care.</w:t>
      </w:r>
    </w:p>
    <w:p w14:paraId="720EF5C8" w14:textId="77777777" w:rsidR="00780EC0" w:rsidRDefault="00780EC0"/>
    <w:p w14:paraId="42F7E1A8" w14:textId="77777777" w:rsidR="00780EC0" w:rsidRDefault="00000000">
      <w:r>
        <w:br/>
        <w:t>Adult day care centers can provide respite care for families and enhance social engagement for residents who benefit from daytime activities and social interaction. Senior centers offer opportunities for residents to participate in various recreational and social activities, fostering a sense of community and reducing isolation. Religious organizations often have extensive volunteer networks that can contribute valuable support services, from social visits to transportation assistance. Local businesses can provide discounts or special services, improving residents' quality of life.</w:t>
      </w:r>
    </w:p>
    <w:p w14:paraId="3A98C85E" w14:textId="77777777" w:rsidR="00780EC0" w:rsidRDefault="00780EC0"/>
    <w:p w14:paraId="124B8BED" w14:textId="77777777" w:rsidR="00780EC0" w:rsidRDefault="00000000">
      <w:r>
        <w:br/>
        <w:t>Schools and educational institutions provide opportunities for intergenerational programs, enriching the lives of both students and residents. Such partnerships can include student volunteer work, educational presentations, or shared events, creating a vibrant and mutually beneficial relationship between the senior living community and the younger generation. Volunteer groups, such as those associated with Rotary clubs, Lions clubs, or other community organizations, can provide essential support services, such as transportation, companionship, or assistance with activities.</w:t>
      </w:r>
    </w:p>
    <w:p w14:paraId="7743CB67" w14:textId="77777777" w:rsidR="00780EC0" w:rsidRDefault="00780EC0"/>
    <w:p w14:paraId="7EDF131E" w14:textId="77777777" w:rsidR="00780EC0" w:rsidRDefault="00000000">
      <w:r>
        <w:br/>
        <w:t>The next step involves developing a comprehensive outreach strategy. This might involve attending local community events, networking with key stakeholders, and presenting the revitalization plan to potential partners. Clear communication is essential, highlighting the benefits of collaboration and emphasizing the shared goals of enhancing the well-being of seniors in the community. It’s vital to present a compelling narrative, demonstrating how partnering with the senior living facility aligns with their organization's mission and values.</w:t>
      </w:r>
    </w:p>
    <w:p w14:paraId="4EED6AE5" w14:textId="77777777" w:rsidR="00780EC0" w:rsidRDefault="00780EC0"/>
    <w:p w14:paraId="052ABCEB" w14:textId="77777777" w:rsidR="00780EC0" w:rsidRDefault="00000000">
      <w:r>
        <w:br/>
        <w:t>Successful partnerships are built on mutual respect and understanding. It's crucial to actively listen to the needs and concerns of potential partners and adapt the approach accordingly. Flexibility and a willingness to compromise are essential for building lasting relationships. Formal agreements or memorandums of understanding can formalize the partnership, outlining responsibilities, expectations, and timelines. Regular communication and progress updates ensure that the partnership remains aligned with the overall goals of the revitalization plan.</w:t>
      </w:r>
    </w:p>
    <w:p w14:paraId="539E4229" w14:textId="77777777" w:rsidR="00780EC0" w:rsidRDefault="00780EC0"/>
    <w:p w14:paraId="795D00F9" w14:textId="77777777" w:rsidR="00780EC0" w:rsidRDefault="00000000">
      <w:r>
        <w:br/>
        <w:t>Once partnerships are established, it's crucial to actively nurture them. This might involve organizing joint events, celebrating successes, and regularly communicating with partners. Regular meetings provide opportunities to review progress, address challenges, and explore new opportunities for collaboration. Building trust and fostering open communication are crucial to sustaining the partnerships. Feedback mechanisms allow for continuous improvement and ensure that the partnerships remain mutually beneficial.</w:t>
      </w:r>
    </w:p>
    <w:p w14:paraId="7FFB47BD" w14:textId="77777777" w:rsidR="00780EC0" w:rsidRDefault="00780EC0"/>
    <w:p w14:paraId="65FC2474" w14:textId="77777777" w:rsidR="00780EC0" w:rsidRDefault="00000000">
      <w:r>
        <w:br/>
        <w:t>The benefits of strong community partnerships are manifold. Partnerships enhance the support systems available to residents, expanding the range of services and resources available to them. This reduces the burden on the facility and improves residents' quality of life. By collaborating with other organizations, the senior living community can access additional funding opportunities, expanding its financial resources and enhancing its ability to provide exceptional care.</w:t>
      </w:r>
    </w:p>
    <w:p w14:paraId="150F6DA7" w14:textId="77777777" w:rsidR="00780EC0" w:rsidRDefault="00780EC0"/>
    <w:p w14:paraId="0BEE6EA5" w14:textId="77777777" w:rsidR="00780EC0" w:rsidRDefault="00000000">
      <w:r>
        <w:br/>
        <w:t>These collaborations can also increase the facility's visibility and reputation within the community. Working with established organizations builds trust and enhances the community's perception of the senior living facility. This can improve occupancy rates and attract new residents. Finally, these partnerships create a supportive network that strengthens the overall well-being of the community.</w:t>
      </w:r>
    </w:p>
    <w:p w14:paraId="551774A6" w14:textId="77777777" w:rsidR="00780EC0" w:rsidRDefault="00780EC0"/>
    <w:p w14:paraId="7FE2F3CB" w14:textId="77777777" w:rsidR="00780EC0" w:rsidRDefault="00000000">
      <w:r>
        <w:br/>
        <w:t>Consider a real-world example: a senior living community partnered with a local hospital to implement a shared telehealth program. This provided residents with easy access to specialist consultations, reducing the need for hospital visits. The partnership also facilitated the development of a joint educational program for staff, enhancing the coordination of care.</w:t>
      </w:r>
    </w:p>
    <w:p w14:paraId="40AFBDBD" w14:textId="77777777" w:rsidR="00780EC0" w:rsidRDefault="00780EC0"/>
    <w:p w14:paraId="310ED367" w14:textId="77777777" w:rsidR="00780EC0" w:rsidRDefault="00000000">
      <w:r>
        <w:br/>
        <w:t>In another instance, a senior living facility partnered with a university to create an intergenerational program, where students volunteered to assist with resident activities. This created a vibrant atmosphere and provided valuable socialization for residents. It also provided students with real-world experience in geriatric care.</w:t>
      </w:r>
    </w:p>
    <w:p w14:paraId="20D0E4CC" w14:textId="77777777" w:rsidR="00780EC0" w:rsidRDefault="00780EC0"/>
    <w:p w14:paraId="08E61970" w14:textId="77777777" w:rsidR="00780EC0" w:rsidRDefault="00000000">
      <w:r>
        <w:lastRenderedPageBreak/>
        <w:br/>
        <w:t>A third example highlights the role of local businesses. A senior living community negotiated discounts with local restaurants, pharmacies, and transportation services, improving the quality of life for residents and enhancing their independence. This simple initiative fostered positive relationships with local businesses and created goodwill within the community.</w:t>
      </w:r>
    </w:p>
    <w:p w14:paraId="7E6AA16B" w14:textId="77777777" w:rsidR="00780EC0" w:rsidRDefault="00780EC0"/>
    <w:p w14:paraId="5BBF8DDD" w14:textId="77777777" w:rsidR="00780EC0" w:rsidRDefault="00000000">
      <w:r>
        <w:br/>
        <w:t>Building strong community partnerships requires a proactive, strategic approach. It necessitates careful planning, effective communication, and a genuine commitment to fostering mutually beneficial relationships. The effort and resources invested in cultivating these partnerships will yield significant long-term returns, enhancing the community’s overall success, strengthening its reputation, and enriching the lives of its residents. The revitalization of a senior living facility is not an isolated project; it's a community endeavor, and building strong partnerships is essential for achieving lasting success. By understanding this crucial element and actively fostering these relationships, senior living executives can transform struggling facilities into thriving hubs of care and community engagement.</w:t>
      </w:r>
    </w:p>
    <w:p w14:paraId="5EB24B33" w14:textId="77777777" w:rsidR="00780EC0" w:rsidRDefault="00780EC0"/>
    <w:p w14:paraId="78FBBD4A" w14:textId="77777777" w:rsidR="00780EC0" w:rsidRDefault="00000000">
      <w:r>
        <w:br w:type="page"/>
      </w:r>
    </w:p>
    <w:p w14:paraId="6C99B0F2" w14:textId="77777777" w:rsidR="00780EC0" w:rsidRDefault="00000000">
      <w:pPr>
        <w:spacing w:before="5040"/>
        <w:jc w:val="center"/>
      </w:pPr>
      <w:r>
        <w:lastRenderedPageBreak/>
        <w:t xml:space="preserve"> Chapter 3:  Financial Recovery Strategies</w:t>
      </w:r>
    </w:p>
    <w:p w14:paraId="5F2637DC" w14:textId="77777777" w:rsidR="00780EC0" w:rsidRDefault="00000000">
      <w:r>
        <w:t>Cost optimization is a critical component of any successful senior living facility revitalization. It’s not about cutting corners or sacrificing the quality of care; it’s about maximizing efficiency and resource utilization to ensure the long-term financial health and sustainability of the community. This involves a multi-pronged approach, focusing on key areas like procurement, staffing, and energy management. Each strategy must be carefully implemented, considering its impact on residents and staff, with a strong focus on maintaining the high standards of care that are essential to a thriving senior living environment.</w:t>
      </w:r>
    </w:p>
    <w:p w14:paraId="5839EE2E" w14:textId="77777777" w:rsidR="00780EC0" w:rsidRDefault="00000000">
      <w:r>
        <w:br/>
        <w:t>Negotiating favorable rates with suppliers is a crucial starting point. Bulk purchasing, leveraging economies of scale, can significantly reduce the cost of goods and services. This involves analyzing current spending patterns, identifying areas where consolidation or alternative sourcing can lead to savings, and developing strong relationships with reliable suppliers who are willing to negotiate competitive pricing. For instance, a comprehensive review of food and beverage contracts might reveal opportunities to consolidate orders, switch to more cost-effective suppliers, or even explore options like on-site food production, if feasible. Similarly, reviewing contracts for linens, medical supplies, and maintenance services can uncover significant savings. The key here is not just finding the lowest price; it’s about finding reliable suppliers who provide quality goods and services at competitive rates. A thorough analysis of historical purchasing data, coupled with market research, can help identify the best possible options.</w:t>
      </w:r>
    </w:p>
    <w:p w14:paraId="41732CD5" w14:textId="77777777" w:rsidR="00780EC0" w:rsidRDefault="00780EC0"/>
    <w:p w14:paraId="7A8BC436" w14:textId="77777777" w:rsidR="00780EC0" w:rsidRDefault="00000000">
      <w:r>
        <w:br/>
        <w:t>Optimizing staffing models is another critical aspect of cost optimization. This doesn't mean reducing staff numbers to the point of compromising resident care; it's about ensuring that staffing levels are appropriately aligned with resident needs and operational requirements. A thorough assessment of staffing ratios, based on resident acuity levels and care requirements, is essential. This might involve adjusting staffing levels during different shifts or days of the week, based on fluctuating resident needs. Moreover, implementing effective scheduling software can improve workforce management, reducing labor costs associated with overtime and minimizing scheduling conflicts. Cross-training staff to handle multiple roles can also increase flexibility and efficiency, allowing for optimal staffing levels even during periods of high demand. Regularly reviewing and updating staffing models ensures that they are aligned with the changing needs of the community, avoiding overstaffing in low-demand periods and ensuring adequate coverage during peak times.</w:t>
      </w:r>
    </w:p>
    <w:p w14:paraId="5EF34DD7" w14:textId="77777777" w:rsidR="00780EC0" w:rsidRDefault="00780EC0"/>
    <w:p w14:paraId="36FE2578" w14:textId="77777777" w:rsidR="00780EC0" w:rsidRDefault="00000000">
      <w:r>
        <w:br/>
        <w:t xml:space="preserve">Investing in technology can also yield significant cost savings in the long run. Electronic </w:t>
      </w:r>
      <w:r>
        <w:lastRenderedPageBreak/>
        <w:t>health records (EHRs) can streamline administrative tasks, reduce paperwork, and improve the accuracy and efficiency of record-keeping. Automated medication dispensing systems can improve medication safety and reduce the risk of medication errors, potentially reducing healthcare costs associated with medication-related complications. Telehealth technology can enhance access to specialized care, reducing the need for costly transportation or hospital visits. While the initial investment in technology can be significant, the long-term cost savings and improved efficiency often outweigh the initial expense. Furthermore, the improved quality of care that often accompanies these technological advancements can enhance the reputation of the facility, attracting more residents and reducing vacancy rates, positively impacting the facility's overall financial performance.</w:t>
      </w:r>
    </w:p>
    <w:p w14:paraId="4EF049CE" w14:textId="77777777" w:rsidR="00780EC0" w:rsidRDefault="00780EC0"/>
    <w:p w14:paraId="734C3C2C" w14:textId="77777777" w:rsidR="00780EC0" w:rsidRDefault="00000000">
      <w:r>
        <w:br/>
        <w:t>Improving energy efficiency is another area where substantial savings can be achieved. Implementing energy-saving measures, such as upgrading lighting fixtures to LED technology, improving insulation, and upgrading HVAC systems, can significantly reduce utility costs. Regular maintenance of equipment can improve efficiency and extend the lifespan of appliances, further reducing replacement costs. Implementing a comprehensive energy management system can provide real-time data on energy consumption, allowing for better monitoring and identification of areas where further improvements can be made. Encouraging residents and staff to adopt energy-conscious practices, such as turning off lights and appliances when not in use, can further enhance efficiency and reduce overall energy consumption. These seemingly small actions, when implemented consistently, can make a significant contribution to reducing the facility’s environmental footprint and its operational costs.</w:t>
      </w:r>
    </w:p>
    <w:p w14:paraId="4EAD6A1B" w14:textId="77777777" w:rsidR="00780EC0" w:rsidRDefault="00780EC0"/>
    <w:p w14:paraId="6DCC6CE4" w14:textId="77777777" w:rsidR="00780EC0" w:rsidRDefault="00000000">
      <w:r>
        <w:br/>
        <w:t>Waste management is another critical area that often offers significant opportunities for cost reduction. Implementing effective recycling and composting programs can reduce waste disposal costs, align the facility with environmentally conscious practices, and demonstrate a commitment to sustainability. Careful monitoring of supplies and minimizing waste through effective inventory management can further reduce operational costs. Training staff on proper waste management practices can also contribute to reducing waste and minimizing the facility's environmental impact. Analyzing waste disposal data can identify trends and reveal areas where further improvements can be made. Partnering with local recycling facilities can provide opportunities for cost savings and promote a positive relationship with the local community.</w:t>
      </w:r>
    </w:p>
    <w:p w14:paraId="567A53EC" w14:textId="77777777" w:rsidR="00780EC0" w:rsidRDefault="00780EC0"/>
    <w:p w14:paraId="2DF2708F" w14:textId="77777777" w:rsidR="00780EC0" w:rsidRDefault="00000000">
      <w:r>
        <w:lastRenderedPageBreak/>
        <w:br/>
        <w:t>Beyond these core strategies, there are a number of other smaller initiatives that, when combined, can collectively contribute to substantial savings. These include regularly reviewing insurance policies to ensure the facility is receiving the best possible coverage at the most competitive rates, negotiating favorable terms with utility providers, and implementing preventative maintenance programs to minimize costly repairs. Implementing a robust budget monitoring system provides continuous oversight and allows for timely identification and resolution of potential cost overruns. The use of data analytics tools can provide deeper insights into operational efficiency and identify areas where further improvement is needed. Regular review and updating of processes, with a focus on efficiency and streamlined workflows, can uncover additional opportunities for cost optimization.</w:t>
      </w:r>
    </w:p>
    <w:p w14:paraId="48D4E009" w14:textId="77777777" w:rsidR="00780EC0" w:rsidRDefault="00780EC0"/>
    <w:p w14:paraId="29A39B0D" w14:textId="77777777" w:rsidR="00780EC0" w:rsidRDefault="00000000">
      <w:r>
        <w:br/>
        <w:t>The key to successful cost optimization is a holistic approach, addressing all aspects of the facility’s operations. It’s not enough to focus on individual areas in isolation; a strategic and comprehensive plan is needed to ensure that cost-saving measures are implemented consistently and effectively across the entire organization. The impact of these strategies on residents and staff must be carefully considered, ensuring that cost-saving measures do not compromise the quality of care or the well-being of those who live and work in the community. Transparency and open communication with staff are essential to ensure buy-in and support for these initiatives. Regularly reviewing and adjusting strategies based on performance data ensures that the community remains on track to achieving its financial goals while maintaining the highest standards of care.</w:t>
      </w:r>
    </w:p>
    <w:p w14:paraId="04801D24" w14:textId="77777777" w:rsidR="00780EC0" w:rsidRDefault="00780EC0"/>
    <w:p w14:paraId="41EA9245" w14:textId="77777777" w:rsidR="00780EC0" w:rsidRDefault="00000000">
      <w:r>
        <w:br/>
        <w:t>Finally, cost optimization is not a one-time project; it’s an ongoing process that requires continuous monitoring, evaluation, and adaptation. Regular review of the financial statements, combined with ongoing analysis of operational data, is crucial to identify new opportunities for improvement and to ensure the long-term financial health and sustainability of the senior living community. This ongoing commitment to efficiency and cost-effectiveness is a critical factor in ensuring the community’s ability to provide high-quality care for its residents for years to come. The ultimate success of the revitalization hinges not only on attracting new residents and strengthening community ties, but also on establishing a financially sustainable foundation.</w:t>
      </w:r>
    </w:p>
    <w:p w14:paraId="5EFA30A4" w14:textId="77777777" w:rsidR="00780EC0" w:rsidRDefault="00780EC0"/>
    <w:p w14:paraId="3F28D9AC" w14:textId="77777777" w:rsidR="00780EC0" w:rsidRDefault="00000000">
      <w:r>
        <w:t xml:space="preserve">Revenue generation is the other side of the coin from cost optimization; while controlling expenses is crucial, increasing income is equally vital for the long-term health of any senior living community. A comprehensive approach to revenue enhancement involves a </w:t>
      </w:r>
      <w:r>
        <w:lastRenderedPageBreak/>
        <w:t>multifaceted strategy, focusing on attracting new residents, expanding service offerings, and implementing value-added programs that enhance the resident experience and justify higher pricing.</w:t>
      </w:r>
    </w:p>
    <w:p w14:paraId="1D336A03" w14:textId="77777777" w:rsidR="00780EC0" w:rsidRDefault="00000000">
      <w:r>
        <w:br/>
        <w:t>Attracting new residents begins with a thorough understanding of the local market. This involves conducting comprehensive market research to identify the unmet needs and preferences of potential residents and their families. This might include surveys, focus groups, and competitive analysis to determine what services and amenities are most desirable in the area and how the community can differentiate itself from its competitors. Understanding the demographics of the target market is critical – age ranges, health needs, lifestyle preferences, and financial capabilities all contribute to a targeted marketing approach.</w:t>
      </w:r>
    </w:p>
    <w:p w14:paraId="5876B65A" w14:textId="77777777" w:rsidR="00780EC0" w:rsidRDefault="00780EC0"/>
    <w:p w14:paraId="5D3E7C8D" w14:textId="77777777" w:rsidR="00780EC0" w:rsidRDefault="00000000">
      <w:r>
        <w:br/>
        <w:t>Once a clear understanding of the target market is established, a robust marketing and sales strategy can be developed. This strategy should leverage a variety of channels to reach potential residents and their families. Digital marketing, including a well-designed website, social media presence, and online advertising, is essential in today's market. Search engine optimization (SEO) ensures that the facility's website appears prominently in search results when potential residents search for senior living options in the area. Targeted online advertising campaigns can reach specific demographics with tailored messages. Traditional marketing methods, such as print advertising in local newspapers and magazines, participation in community events, and direct mail campaigns, can still play a vital role in reaching potential residents. Building relationships with local referral sources, such as hospitals, physicians, and assisted living facilities, is crucial for generating leads and building trust within the community.</w:t>
      </w:r>
    </w:p>
    <w:p w14:paraId="413D0F9B" w14:textId="77777777" w:rsidR="00780EC0" w:rsidRDefault="00780EC0"/>
    <w:p w14:paraId="5E8C73BD" w14:textId="77777777" w:rsidR="00780EC0" w:rsidRDefault="00000000">
      <w:r>
        <w:br/>
        <w:t>Beyond marketing, enhancing the physical appearance and amenities of the community is essential. This includes improving the aesthetics of the common areas, upgrading the interior and exterior of the building, and ensuring that the facility is clean, well-maintained, and welcoming. Consider adding features that cater to the preferences of the target market, such as fitness centers, updated dining facilities, technology upgrades that provide convenient access to communication and entertainment, and landscaped outdoor spaces that offer opportunities for recreation and socialization. These improvements not only attract new residents but also enhance the quality of life for existing residents.</w:t>
      </w:r>
    </w:p>
    <w:p w14:paraId="4D410FF9" w14:textId="77777777" w:rsidR="00780EC0" w:rsidRDefault="00780EC0"/>
    <w:p w14:paraId="540E9607" w14:textId="77777777" w:rsidR="00780EC0" w:rsidRDefault="00000000">
      <w:r>
        <w:br/>
        <w:t xml:space="preserve">Expanding service offerings is another key strategy for increasing revenue. This might </w:t>
      </w:r>
      <w:r>
        <w:lastRenderedPageBreak/>
        <w:t>involve adding new services that address unmet needs in the community, such as specialized memory care units, rehabilitation services, or respite care. Offering a wider range of services allows the facility to attract a broader base of residents and justify a higher price point. The expansion of services should be carefully planned and executed, with a focus on providing high-quality care and maintaining appropriate staffing levels. Thorough market research is critical to determine which services are most in demand and would be most financially viable.</w:t>
      </w:r>
    </w:p>
    <w:p w14:paraId="4E9E6AD3" w14:textId="77777777" w:rsidR="00780EC0" w:rsidRDefault="00780EC0"/>
    <w:p w14:paraId="2E750A27" w14:textId="77777777" w:rsidR="00780EC0" w:rsidRDefault="00000000">
      <w:r>
        <w:br/>
        <w:t>Implementing value-added programs is a powerful strategy to increase revenue and enhance resident satisfaction. This involves offering programs and services that add value to the resident experience, such as wellness programs, social activities, educational workshops, and entertainment events. These programs can attract residents who are looking for an enriched and engaging lifestyle. Furthermore, such programs can enhance the community's reputation and generate positive word-of-mouth marketing. Examples include partnering with local organizations to offer fitness classes, art therapy sessions, or music performances. Offering transportation services to local appointments or shopping destinations adds convenience and value. Creating a vibrant social calendar that includes regular events and gatherings fosters a sense of community and belonging.</w:t>
      </w:r>
    </w:p>
    <w:p w14:paraId="5B134A6A" w14:textId="77777777" w:rsidR="00780EC0" w:rsidRDefault="00780EC0"/>
    <w:p w14:paraId="0E1AB2F5" w14:textId="77777777" w:rsidR="00780EC0" w:rsidRDefault="00000000">
      <w:r>
        <w:br/>
        <w:t>Pricing strategies also play a significant role in revenue generation. A thorough review of the current pricing structure is necessary, considering factors such as market rates, competitor pricing, and the value proposition offered by the facility. A well-defined pricing strategy should take into account the different levels of care provided and the specific amenities and services included in each level. Adjusting pricing strategically can increase revenue while ensuring the facility remains competitive. This requires careful consideration of the balance between maximizing revenue and maintaining affordability for residents. Transparency in pricing is critical, ensuring that residents and their families understand the costs associated with different levels of care and services.</w:t>
      </w:r>
    </w:p>
    <w:p w14:paraId="31500A71" w14:textId="77777777" w:rsidR="00780EC0" w:rsidRDefault="00780EC0"/>
    <w:p w14:paraId="66AD55AF" w14:textId="77777777" w:rsidR="00780EC0" w:rsidRDefault="00000000">
      <w:r>
        <w:br/>
        <w:t xml:space="preserve">Improving operational efficiency to support increased revenue generation is critical. Streamlining administrative processes, reducing operational costs, and optimizing staffing levels contribute directly to improved profitability. Effective use of technology can improve efficiency across various departments, reducing administrative burdens and improving communication with residents and families. Data analytics can provide valuable insights into operational efficiency, allowing for data-driven decision making to optimize processes and resource allocation. Regular review and refinement of workflows can further enhance </w:t>
      </w:r>
      <w:r>
        <w:lastRenderedPageBreak/>
        <w:t>efficiency and contribute to improved profitability. The improved efficiency does not just increase revenue; it frees up resources that can be reinvested in other areas like resident programs or facility improvements.</w:t>
      </w:r>
    </w:p>
    <w:p w14:paraId="22BD031A" w14:textId="77777777" w:rsidR="00780EC0" w:rsidRDefault="00780EC0"/>
    <w:p w14:paraId="482CBED5" w14:textId="77777777" w:rsidR="00780EC0" w:rsidRDefault="00000000">
      <w:r>
        <w:br/>
        <w:t>Finally, the success of any revenue enhancement strategy hinges on building strong relationships with residents, families, and staff. Open communication, transparency, and a focus on delivering high-quality care build trust and loyalty. Regular feedback mechanisms allow the facility to address concerns, understand resident preferences, and improve the services and programs offered. Empowering staff to go above and beyond in delivering exceptional care reinforces the community's commitment to excellence. Active involvement of staff in the planning and implementation of revenue enhancement initiatives ensures buy-in and fosters a collaborative approach to achieving shared success. A strong, positive culture leads to improved staff retention, decreased recruitment costs, and consistency in care delivery - all impacting the bottom line positively.</w:t>
      </w:r>
    </w:p>
    <w:p w14:paraId="77A1C8AB" w14:textId="77777777" w:rsidR="00780EC0" w:rsidRDefault="00780EC0"/>
    <w:p w14:paraId="149C396A" w14:textId="77777777" w:rsidR="00780EC0" w:rsidRDefault="00000000">
      <w:r>
        <w:br/>
        <w:t>Real-world examples illustrate the effectiveness of these strategies. One senior living community successfully increased occupancy by over 20% by implementing a targeted marketing campaign focused on specific demographic groups and highlighting its unique amenities. Another community significantly enhanced its revenue by adding a specialized memory care unit, meeting the growing demand for this type of care in the area. A third facility boosted resident satisfaction and increased referrals by implementing a comprehensive wellness program that included fitness classes, nutritional counseling, and social events. These case studies highlight the impact of a well-defined revenue enhancement strategy that combines marketing, service expansion, program development, and operational efficiency. The key takeaway is that successful revenue enhancement is not a one-size-fits-all solution. Each community needs to tailor its approach to its specific circumstances, target market, and available resources. Continuous evaluation and adaptation are vital to achieving sustainable revenue growth and ensuring the long-term financial success of the senior living facility.</w:t>
      </w:r>
    </w:p>
    <w:p w14:paraId="4853638F" w14:textId="77777777" w:rsidR="00780EC0" w:rsidRDefault="00780EC0"/>
    <w:p w14:paraId="421F4CCD" w14:textId="77777777" w:rsidR="00780EC0" w:rsidRDefault="00000000">
      <w:r>
        <w:t>Managing debt and improving cash flow are paramount to the financial recovery and long-term sustainability of any struggling senior living community. While generating revenue is crucial, effectively managing existing debt and optimizing cash flow are equally vital. A multifaceted approach is necessary, combining strategic debt restructuring, securing additional funding sources, and implementing rigorous financial reporting and control systems. Failing to address these financial challenges risks jeopardizing the quality of care and ultimately, the future viability of the facility.</w:t>
      </w:r>
    </w:p>
    <w:p w14:paraId="45D224DF" w14:textId="77777777" w:rsidR="00780EC0" w:rsidRDefault="00000000">
      <w:r>
        <w:lastRenderedPageBreak/>
        <w:br/>
        <w:t>Debt restructuring is often the first step in addressing overwhelming debt burdens. This involves negotiating with creditors to modify the terms of existing loans, potentially lowering interest rates, extending repayment schedules, or reducing principal amounts. Successful debt restructuring requires a clear understanding of the community's financial position, including its assets, liabilities, and cash flow projections. This necessitates meticulous financial analysis, identifying areas where costs can be reduced and revenue streams optimized to demonstrate improved financial health to creditors. Open and honest communication with creditors is essential, presenting a realistic plan for repayment and highlighting the community's commitment to long-term financial stability. Many creditors are willing to work with struggling organizations, recognizing that cooperation is often mutually beneficial in the long run. A well-structured proposal outlining the proposed restructuring terms, projected cash flow improvements, and a clear timeline for repayment demonstrates commitment and increases the chances of a favorable outcome. Consider engaging a financial consultant specializing in debt restructuring; their expertise can be invaluable in navigating complex negotiations and formulating a sound financial strategy.</w:t>
      </w:r>
    </w:p>
    <w:p w14:paraId="29DD5508" w14:textId="77777777" w:rsidR="00780EC0" w:rsidRDefault="00780EC0"/>
    <w:p w14:paraId="2B13DB77" w14:textId="77777777" w:rsidR="00780EC0" w:rsidRDefault="00000000">
      <w:r>
        <w:br/>
        <w:t>Beyond debt restructuring, exploring alternative funding sources is vital. This might involve seeking additional loans from banks or credit unions, applying for government grants or subsidies specifically designed to support senior care facilities, or exploring private equity investments. Each funding source has its own requirements and application processes, requiring thorough preparation and a compelling case demonstrating the facility’s potential for growth and return on investment. Government grants often require detailed proposals outlining the planned use of funds, projected impact on the community, and a commitment to transparency and accountability. Similarly, attracting private investment requires a strong business plan showcasing the community's market position, financial projections, and the potential for significant returns. It’s important to carefully compare the terms and conditions of different funding sources to identify the option that best aligns with the community’s financial needs and long-term goals. Securing additional funding often requires a significant investment of time and resources but can provide the necessary capital to stabilize finances and implement necessary improvements. This process also strengthens the community's financial position, making it a more attractive prospect for future investments.</w:t>
      </w:r>
    </w:p>
    <w:p w14:paraId="33D7299D" w14:textId="77777777" w:rsidR="00780EC0" w:rsidRDefault="00780EC0"/>
    <w:p w14:paraId="60644D84" w14:textId="77777777" w:rsidR="00780EC0" w:rsidRDefault="00000000">
      <w:r>
        <w:br/>
        <w:t xml:space="preserve">Optimizing financial reporting and control systems is crucial for effective financial management. This involves implementing robust accounting procedures, developing accurate budgeting and forecasting models, and regularly monitoring key financial indicators. Effective financial reporting provides a clear picture of the community’s financial health, enabling timely identification of potential problems and facilitating proactive </w:t>
      </w:r>
      <w:r>
        <w:lastRenderedPageBreak/>
        <w:t>corrective measures. Accurate budgeting requires careful analysis of historical data, anticipated revenues, and projected expenses. Forecasting models should consider various scenarios to assess the potential impact of different factors on the community’s financial performance. Monitoring key financial indicators, such as occupancy rates, average daily rates, operating margins, and debt-to-equity ratios, allows for early detection of financial difficulties. Regularly reviewing these indicators allows for timely adjustments to strategies, ensuring the facility remains financially sound. Implementing a comprehensive financial management system, whether through software or a dedicated financial team, ensures accurate record-keeping, facilitates informed decision-making, and provides accountability.</w:t>
      </w:r>
    </w:p>
    <w:p w14:paraId="02FEA6DC" w14:textId="77777777" w:rsidR="00780EC0" w:rsidRDefault="00780EC0"/>
    <w:p w14:paraId="7E53FA98" w14:textId="77777777" w:rsidR="00780EC0" w:rsidRDefault="00000000">
      <w:r>
        <w:br/>
        <w:t>Maintaining financial discipline without compromising the quality of care is a delicate balancing act. Implementing cost-saving measures should not negatively affect the resident experience or employee morale. A thorough review of expenses can identify areas for improvement without sacrificing the standards of care. For example, renegotiating contracts with vendors, implementing energy efficiency measures, or optimizing staffing levels can generate significant cost savings. However, such cost-cutting measures must be implemented strategically, considering the potential impact on service quality and staff morale. Employee engagement is paramount; staff buy-in during difficult financial times is a major factor in achieving success. Open communication about financial challenges and the need for cost-saving measures can foster a collaborative approach, promoting a sense of shared responsibility and ownership. Transparent communication reduces uncertainty and fosters trust among staff. Investing in employee training and development, even during financial hardship, enhances staff skills and improves efficiency, improving care and long-term cost-effectiveness. Regularly evaluating the effectiveness of cost-saving measures and adapting them as needed ensures that cost control is achieved without compromising the quality of care.</w:t>
      </w:r>
    </w:p>
    <w:p w14:paraId="76C18DA8" w14:textId="77777777" w:rsidR="00780EC0" w:rsidRDefault="00780EC0"/>
    <w:p w14:paraId="7A646123" w14:textId="77777777" w:rsidR="00780EC0" w:rsidRDefault="00000000">
      <w:r>
        <w:br/>
        <w:t>Effective financial management also involves creating a culture of financial accountability throughout the senior living community. This necessitates establishing clear financial goals, assigning responsibility for achieving those goals, and regularly monitoring progress. Empowering staff members with financial knowledge and providing them with tools and resources to manage their areas of responsibility creates a collective effort toward fiscal sustainability. Implementing regular financial reports and presentations at staff meetings keeps everyone informed and involved in the financial health of the community. This fosters a sense of shared responsibility and commitment to financial success, improving morale and fostering a culture of accountability, ultimately leading to better financial performance and improved care. Incentivizing staff participation in cost-saving initiatives through bonuses or other forms of recognition can further encourage a collective effort.</w:t>
      </w:r>
    </w:p>
    <w:p w14:paraId="77EF6656" w14:textId="77777777" w:rsidR="00780EC0" w:rsidRDefault="00780EC0"/>
    <w:p w14:paraId="3635DD5D" w14:textId="77777777" w:rsidR="00780EC0" w:rsidRDefault="00000000">
      <w:r>
        <w:br/>
        <w:t>Finally, continuous monitoring and evaluation of financial strategies are critical. Regularly reviewing financial reports, analyzing key performance indicators, and adapting strategies based on performance data are essential for long-term financial success. Regularly evaluating the effectiveness of implemented strategies provides valuable insights, allowing for course corrections and adjustments as needed. This ongoing evaluation process is not only crucial for maintaining financial health but also ensures that the community remains adaptable and responsive to changing market conditions. The use of data analytics tools can provide deeper insights into financial trends and patterns, enabling more informed decision-making and enhancing the effectiveness of financial strategies. By implementing these strategies, senior living communities can navigate financial challenges, improve their financial stability, and maintain a high standard of care for their residents. The ultimate goal is not just to survive, but to thrive, ensuring the long-term well-being of the community and those who depend on it.</w:t>
      </w:r>
    </w:p>
    <w:p w14:paraId="4B7A16D2" w14:textId="77777777" w:rsidR="00780EC0" w:rsidRDefault="00780EC0"/>
    <w:p w14:paraId="25CA4E8E" w14:textId="77777777" w:rsidR="00780EC0" w:rsidRDefault="00000000">
      <w:r>
        <w:t>Developing a sustainable financial model transcends mere short-term financial recovery; it’s the cornerstone of long-term viability for any senior living community. It requires a proactive, multifaceted approach encompassing diversified revenue streams, robust financial reserves, and a comprehensive risk management strategy. This section delves into the creation of a resilient financial architecture, capable of weathering economic downturns and ensuring the community's continued ability to provide high-quality care.</w:t>
      </w:r>
    </w:p>
    <w:p w14:paraId="5D347660" w14:textId="77777777" w:rsidR="00780EC0" w:rsidRDefault="00000000">
      <w:r>
        <w:br/>
        <w:t>Diversification of revenue streams is paramount. Over-reliance on a single funding source, such as Medicare or Medicaid reimbursement, leaves the community vulnerable to changes in government policy or reimbursement rates. A robust financial model necessitates exploring multiple avenues for revenue generation. This might involve expanding service offerings beyond basic care, such as incorporating specialized memory care units, offering rehabilitation services, or providing respite care. These specialized services often command higher fees, improving the community's overall revenue and profitability. Additionally, exploring partnerships with local hospitals or healthcare providers can create referral networks, leading to increased occupancy rates.</w:t>
      </w:r>
    </w:p>
    <w:p w14:paraId="40AE2415" w14:textId="77777777" w:rsidR="00780EC0" w:rsidRDefault="00780EC0"/>
    <w:p w14:paraId="73AAFFFC" w14:textId="77777777" w:rsidR="00780EC0" w:rsidRDefault="00000000">
      <w:r>
        <w:br/>
        <w:t xml:space="preserve">Another strategy for diversifying revenue streams is tapping into private pay residents. This requires focusing on creating a luxurious and attractive living environment that appeals to affluent individuals seeking high-quality senior living options. Marketing and branding strategies should highlight the unique amenities, exceptional care, and overall lifestyle offered by the community. Investing in upscale renovations, modernizing facilities, and </w:t>
      </w:r>
      <w:r>
        <w:lastRenderedPageBreak/>
        <w:t>enhancing amenities can significantly enhance the desirability of the community and attract higher-paying residents. Furthermore, exploring opportunities for supplemental income, such as offering rental spaces for events or partnering with local businesses to provide services on-site, contributes to a more diversified revenue base.</w:t>
      </w:r>
    </w:p>
    <w:p w14:paraId="022B55E5" w14:textId="77777777" w:rsidR="00780EC0" w:rsidRDefault="00780EC0"/>
    <w:p w14:paraId="538AE285" w14:textId="77777777" w:rsidR="00780EC0" w:rsidRDefault="00000000">
      <w:r>
        <w:br/>
        <w:t>Building robust financial reserves is crucial for weathering unexpected economic challenges or emergencies. These reserves act as a safety net, providing the community with a financial cushion to manage unexpected expenses or periods of low occupancy. The size of these reserves should be commensurate with the community's size and operating expenses, and financial planning should include a clear strategy for building and maintaining these reserves. This might involve setting aside a percentage of annual profits, implementing cost-saving measures to free up funds for reserves, or actively seeking additional funding sources specifically designated for reserve building.</w:t>
      </w:r>
    </w:p>
    <w:p w14:paraId="1220E83B" w14:textId="77777777" w:rsidR="00780EC0" w:rsidRDefault="00780EC0"/>
    <w:p w14:paraId="1379D6BC" w14:textId="77777777" w:rsidR="00780EC0" w:rsidRDefault="00000000">
      <w:r>
        <w:br/>
        <w:t>A comprehensive risk management strategy is essential to safeguard the community's financial health. This involves identifying potential risks, assessing their likelihood and impact, and developing mitigation strategies to minimize their effects. Common risks include fluctuations in occupancy rates, changes in government regulations, the rising cost of labor and supplies, and unforeseen emergencies like natural disasters or equipment failures. A well-structured risk management plan entails thorough risk assessment, insurance coverage for potential losses, and contingency planning to address unexpected events. This requires proactive financial planning, ensuring the community has the necessary resources to respond to and recover from unexpected disruptions.</w:t>
      </w:r>
    </w:p>
    <w:p w14:paraId="442F9FB9" w14:textId="77777777" w:rsidR="00780EC0" w:rsidRDefault="00780EC0"/>
    <w:p w14:paraId="720F433C" w14:textId="77777777" w:rsidR="00780EC0" w:rsidRDefault="00000000">
      <w:r>
        <w:br/>
        <w:t>Financial planning and forecasting are integral to the development of a sustainable financial model. Accurate forecasting requires detailed analysis of historical data, anticipated market trends, and the community's operational performance. This involves creating realistic revenue projections, identifying potential cost increases, and estimating the overall financial health of the community under various scenarios. Sophisticated forecasting models can help to predict future financial performance, enabling proactive adjustments to the community's operational strategies. This proactive approach ensures the community remains financially sound and adaptable to changing conditions. Financial planning should also involve scenario planning, considering various "what-if" scenarios, such as a sudden drop in occupancy rates or a significant increase in operating costs. This comprehensive approach allows the community to develop contingency plans, reducing the impact of unforeseen circumstances.</w:t>
      </w:r>
    </w:p>
    <w:p w14:paraId="4E935C7E" w14:textId="77777777" w:rsidR="00780EC0" w:rsidRDefault="00780EC0"/>
    <w:p w14:paraId="065025D1" w14:textId="77777777" w:rsidR="00780EC0" w:rsidRDefault="00000000">
      <w:r>
        <w:br/>
        <w:t>Building a strong financial team is another crucial aspect of developing a sustainable financial model. This team should comprise individuals with expertise in finance, accounting, and risk management. The team’s responsibilities should include developing and implementing financial policies, monitoring financial performance, and identifying areas for cost-saving measures. Regular training and professional development for the financial team ensure that the team stays abreast of industry best practices and adapts to changing financial regulations. The team should also be well-versed in using financial software and data analysis tools to enhance the accuracy and efficiency of financial reporting. This expertise enables the team to create robust financial forecasts and identify potential risks before they become significant challenges. The community’s financial health depends largely on the effectiveness of this team.</w:t>
      </w:r>
    </w:p>
    <w:p w14:paraId="4BC786CF" w14:textId="77777777" w:rsidR="00780EC0" w:rsidRDefault="00780EC0"/>
    <w:p w14:paraId="408BA2C5" w14:textId="77777777" w:rsidR="00780EC0" w:rsidRDefault="00000000">
      <w:r>
        <w:br/>
        <w:t>Regular financial reporting and analysis are critical for maintaining financial discipline and monitoring progress toward the community's long-term financial goals. Regular financial reports should provide a clear picture of the community's financial health, highlighting key performance indicators (KPIs) such as occupancy rates, revenue generation, operating expenses, and debt levels. Regular analysis of these reports allows the community to identify trends, assess the effectiveness of implemented strategies, and make necessary adjustments to maintain financial stability. Transparency in reporting is paramount, ensuring that residents, families, and staff are informed about the community's financial performance. Open communication fosters trust and collaboration, facilitating a collective effort towards long-term financial sustainability.</w:t>
      </w:r>
    </w:p>
    <w:p w14:paraId="47F024CD" w14:textId="77777777" w:rsidR="00780EC0" w:rsidRDefault="00780EC0"/>
    <w:p w14:paraId="62C0A004" w14:textId="77777777" w:rsidR="00780EC0" w:rsidRDefault="00000000">
      <w:r>
        <w:br/>
        <w:t>Investing in technology to enhance financial management is another significant aspect of creating a sustainable financial model. The use of cloud-based accounting software, financial forecasting tools, and data analytics platforms can streamline financial processes, enhance accuracy, and improve decision-making. These technological advancements offer the ability to automate many financial tasks, reducing manual effort and improving efficiency. Data analytics tools provide deeper insights into financial trends and patterns, enabling the community to make data-driven decisions, identify potential risks, and optimize resource allocation. The implementation of these technologies necessitates investment in training for staff members to ensure proper utilization and maximize benefits. This strategic investment fosters efficiency and ensures accurate financial record-keeping.</w:t>
      </w:r>
    </w:p>
    <w:p w14:paraId="12C7A79A" w14:textId="77777777" w:rsidR="00780EC0" w:rsidRDefault="00780EC0"/>
    <w:p w14:paraId="107572E0" w14:textId="77777777" w:rsidR="00780EC0" w:rsidRDefault="00000000">
      <w:r>
        <w:lastRenderedPageBreak/>
        <w:br/>
        <w:t>Continuous improvement and adaptation are essential to the long-term sustainability of the financial model. The financial landscape is ever-evolving, affected by changes in healthcare regulations, economic conditions, and market demands. The community must remain adaptable, regularly evaluating the effectiveness of its financial strategies and making necessary adjustments to maintain financial health. This requires a commitment to continuous monitoring of KPIs, regular reviews of financial performance, and a willingness to implement changes based on the analysis of data and market trends. This proactive approach enables the community to respond effectively to challenges and adapt to changing circumstances, guaranteeing financial resilience and continued high-quality care for residents. Ultimately, a sustainable financial model ensures the long-term viability and success of the senior living community, enabling it to thrive and provide exceptional care for its residents for years to come.</w:t>
      </w:r>
    </w:p>
    <w:p w14:paraId="04C4AA22" w14:textId="77777777" w:rsidR="00780EC0" w:rsidRDefault="00780EC0"/>
    <w:p w14:paraId="07BF9B05" w14:textId="77777777" w:rsidR="00780EC0" w:rsidRDefault="00000000">
      <w:r>
        <w:t>Investor relations and funding acquisition are critical components of a successful turnaround strategy for a struggling senior living facility. After stabilizing operations and implementing cost-effective measures, the next crucial step is to secure the financial resources necessary to fuel sustained growth and ensure long-term viability. This involves crafting a compelling narrative for investors, demonstrating the facility's renewed financial health, and strategically approaching potential funding sources.</w:t>
      </w:r>
    </w:p>
    <w:p w14:paraId="5CAAB8ED" w14:textId="77777777" w:rsidR="00780EC0" w:rsidRDefault="00000000">
      <w:r>
        <w:br/>
        <w:t>The initial phase involves meticulously documenting the facility's progress. This goes beyond simply presenting financial statements; it requires a comprehensive narrative showcasing the implemented turnaround strategies, their demonstrable impact, and the resulting improvements in key performance indicators (KPIs). This documentation should include a detailed analysis of occupancy rates, showcasing increases and explaining the factors contributing to this growth. For example, a successful marketing campaign targeting a specific demographic, the implementation of a new resident engagement program, or renovations attracting higher-paying residents should be clearly articulated.</w:t>
      </w:r>
    </w:p>
    <w:p w14:paraId="1C853916" w14:textId="77777777" w:rsidR="00780EC0" w:rsidRDefault="00780EC0"/>
    <w:p w14:paraId="3DEBC46E" w14:textId="77777777" w:rsidR="00780EC0" w:rsidRDefault="00000000">
      <w:r>
        <w:br/>
        <w:t>Similarly, a thorough examination of operational efficiencies is crucial. This might involve highlighting the implementation of lean management principles, improved staff training programs resulting in reduced staff turnover, or the adoption of new technologies leading to cost savings. Quantifiable results are essential here. For instance, demonstrating a reduction in medication errors by X percent, a decrease in supply costs by Y percent, or an improvement in staff retention rates by Z percent will provide concrete evidence of the facility's commitment to operational excellence.</w:t>
      </w:r>
    </w:p>
    <w:p w14:paraId="18DB75B9" w14:textId="77777777" w:rsidR="00780EC0" w:rsidRDefault="00780EC0"/>
    <w:p w14:paraId="363FF1CE" w14:textId="77777777" w:rsidR="00780EC0" w:rsidRDefault="00000000">
      <w:r>
        <w:lastRenderedPageBreak/>
        <w:br/>
        <w:t>The narrative must also address the facility’s financial performance. This involves a clear presentation of financial statements, including a detailed explanation of improved revenue streams, reduced operating expenses, and the strengthening of the facility’s overall financial position. Highlighting a consistent increase in profitability over consecutive periods, even if incremental, is crucial. Moreover, explaining the improved cash flow and the creation of financial reserves will reinforce the facility's stability and its capacity to withstand future economic fluctuations.</w:t>
      </w:r>
    </w:p>
    <w:p w14:paraId="4E2C3D22" w14:textId="77777777" w:rsidR="00780EC0" w:rsidRDefault="00780EC0"/>
    <w:p w14:paraId="12321E44" w14:textId="77777777" w:rsidR="00780EC0" w:rsidRDefault="00000000">
      <w:r>
        <w:br/>
        <w:t>Furthermore, a robust financial forecast is vital for attracting investors. This forecast should project future growth based on the current operational efficiencies and projected market trends. It should outline anticipated revenue streams, including projections for occupancy rates and anticipated changes in reimbursement rates. Conservative but realistic projections will instill confidence in potential investors. Sensitivity analysis, demonstrating the facility's resilience under various scenarios (e.g., changes in government regulations, economic downturns), further enhances the credibility of the forecast and showcases the facility's preparedness for future challenges.</w:t>
      </w:r>
    </w:p>
    <w:p w14:paraId="27BFD32C" w14:textId="77777777" w:rsidR="00780EC0" w:rsidRDefault="00780EC0"/>
    <w:p w14:paraId="051508DE" w14:textId="77777777" w:rsidR="00780EC0" w:rsidRDefault="00000000">
      <w:r>
        <w:br/>
        <w:t>Beyond the financial data, the narrative must also encompass the qualitative aspects of the facility's transformation. This involves highlighting the improvements in resident care, staff morale, and community relations. The creation of a positive and supportive work environment, the implementation of resident-centric programs, and improved communication with families and the wider community should be showcased. Testimonials from residents, families, and staff members, expressing their satisfaction with the changes implemented, add a powerful human dimension to the narrative, bolstering the facility’s overall appeal to potential investors.</w:t>
      </w:r>
    </w:p>
    <w:p w14:paraId="1301E3E0" w14:textId="77777777" w:rsidR="00780EC0" w:rsidRDefault="00780EC0"/>
    <w:p w14:paraId="4A8FB6D5" w14:textId="77777777" w:rsidR="00780EC0" w:rsidRDefault="00000000">
      <w:r>
        <w:br/>
        <w:t>Once the narrative is meticulously crafted, the next step is to identify and approach potential investors. This requires a strategic approach, focusing on investors with experience in the senior living industry and a proven track record of successful investments in similar facilities. Networking with industry professionals, attending industry conferences, and leveraging online platforms can help identify potential investors.</w:t>
      </w:r>
    </w:p>
    <w:p w14:paraId="0665D489" w14:textId="77777777" w:rsidR="00780EC0" w:rsidRDefault="00780EC0"/>
    <w:p w14:paraId="0B97465E" w14:textId="77777777" w:rsidR="00780EC0" w:rsidRDefault="00000000">
      <w:r>
        <w:br/>
        <w:t xml:space="preserve">The selection process should consider the investor's investment philosophy, risk tolerance, </w:t>
      </w:r>
      <w:r>
        <w:lastRenderedPageBreak/>
        <w:t>and long-term goals. The facility's needs and the investor's objectives must align to ensure a mutually beneficial partnership. The investor's due diligence process should be accommodated fully and transparently, providing complete access to financial records, operational data, and any other information deemed necessary. The goal is to foster trust and confidence in the facility’s prospects and management team.</w:t>
      </w:r>
    </w:p>
    <w:p w14:paraId="45733946" w14:textId="77777777" w:rsidR="00780EC0" w:rsidRDefault="00780EC0"/>
    <w:p w14:paraId="706903F3" w14:textId="77777777" w:rsidR="00780EC0" w:rsidRDefault="00000000">
      <w:r>
        <w:br/>
        <w:t>Securing funding might involve various strategies, depending on the facility’s specific needs and the available investment opportunities. This could include seeking private equity investment, attracting angel investors, or applying for grants and loans from government agencies or private foundations dedicated to supporting senior care facilities. Each funding source has its own application process, requiring specific documentation and adherence to certain criteria. A clear understanding of each funding source's requirements is essential for a successful application.</w:t>
      </w:r>
    </w:p>
    <w:p w14:paraId="07C97319" w14:textId="77777777" w:rsidR="00780EC0" w:rsidRDefault="00780EC0"/>
    <w:p w14:paraId="56513643" w14:textId="77777777" w:rsidR="00780EC0" w:rsidRDefault="00000000">
      <w:r>
        <w:br/>
        <w:t>In the case of loan applications, preparation is paramount. This requires assembling a detailed loan application, including a comprehensive business plan, a comprehensive financial forecast, and a detailed description of the facility’s operational plans. A strong financial track record, demonstrating consistent improvements in key performance indicators, significantly increases the likelihood of securing a loan. Negotiating favorable loan terms is crucial, considering factors such as interest rates, repayment schedules, and any associated collateral requirements.</w:t>
      </w:r>
    </w:p>
    <w:p w14:paraId="049B7A51" w14:textId="77777777" w:rsidR="00780EC0" w:rsidRDefault="00780EC0"/>
    <w:p w14:paraId="5BB01DF6" w14:textId="77777777" w:rsidR="00780EC0" w:rsidRDefault="00000000">
      <w:r>
        <w:br/>
        <w:t>Beyond securing funding, building and maintaining strong relationships with lenders is vital for long-term financial stability. Regular communication, providing updates on the facility’s financial performance and operational progress, is essential for maintaining a positive lender relationship. Transparency in financial reporting and proactive communication about any potential challenges build trust and confidence. Maintaining a positive relationship with lenders ensures access to future funding opportunities and facilitates easier refinancing when necessary.</w:t>
      </w:r>
    </w:p>
    <w:p w14:paraId="0E7A4A7A" w14:textId="77777777" w:rsidR="00780EC0" w:rsidRDefault="00780EC0"/>
    <w:p w14:paraId="0487D136" w14:textId="77777777" w:rsidR="00780EC0" w:rsidRDefault="00000000">
      <w:r>
        <w:br/>
        <w:t xml:space="preserve">Finally, it's crucial to remember that successful investor relations and funding acquisition are ongoing processes, not one-time events. Regular communication with investors, providing updates on the facility’s progress and financial performance, is crucial for fostering trust and maintaining strong relationships. This involves establishing a clear </w:t>
      </w:r>
      <w:r>
        <w:lastRenderedPageBreak/>
        <w:t>communication strategy, utilizing various channels (e.g., regular reports, quarterly investor calls, annual meetings) to keep investors informed about the facility’s achievements and future plans. Consistent performance, demonstrating continuous improvement and meeting or exceeding projected milestones, further strengthens investor confidence and facilitates access to future funding opportunities as needed. The commitment to transparency and open communication is fundamental to building lasting relationships with investors and securing the long-term financial stability of the senior living facility. This proactive approach ensures the facility’s continued capacity to provide high-quality care to its residents and maintain its position as a thriving member of the community.</w:t>
      </w:r>
    </w:p>
    <w:p w14:paraId="6971C281" w14:textId="77777777" w:rsidR="00780EC0" w:rsidRDefault="00780EC0"/>
    <w:p w14:paraId="4C3FD06A" w14:textId="77777777" w:rsidR="00780EC0" w:rsidRDefault="00000000">
      <w:r>
        <w:br w:type="page"/>
      </w:r>
    </w:p>
    <w:p w14:paraId="472B4E85" w14:textId="77777777" w:rsidR="00780EC0" w:rsidRDefault="00000000">
      <w:pPr>
        <w:spacing w:before="5040"/>
        <w:jc w:val="center"/>
      </w:pPr>
      <w:r>
        <w:lastRenderedPageBreak/>
        <w:t xml:space="preserve"> Chapter 4: Enhancing Resident Care and Well-being</w:t>
      </w:r>
    </w:p>
    <w:p w14:paraId="63702040" w14:textId="77777777" w:rsidR="00780EC0" w:rsidRDefault="00000000">
      <w:r>
        <w:t>Person-centered care planning is the cornerstone of a thriving senior living community, moving beyond a standardized approach to embrace the unique individuality of each resident. It's about understanding not just their physical needs, but their emotional, social, and spiritual well-being, and tailoring care to reflect these multifaceted aspects. This approach requires a fundamental shift in mindset, moving away from a task-oriented model to one that prioritizes resident autonomy and dignity.</w:t>
      </w:r>
    </w:p>
    <w:p w14:paraId="5F923295" w14:textId="77777777" w:rsidR="00780EC0" w:rsidRDefault="00000000">
      <w:r>
        <w:br/>
        <w:t>The first step in implementing person-centered care planning is comprehensive assessment. This goes beyond simply noting medical conditions; it involves a thorough understanding of the resident's life history, their values, preferences, and goals. This might involve interviews with the resident themselves, their family members, and their healthcare professionals. It includes gathering information about their past experiences, their hobbies and interests, their social connections, and their spiritual beliefs. This deep understanding informs the development of a truly personalized care plan.</w:t>
      </w:r>
    </w:p>
    <w:p w14:paraId="06AB5739" w14:textId="77777777" w:rsidR="00780EC0" w:rsidRDefault="00780EC0"/>
    <w:p w14:paraId="763DD80E" w14:textId="77777777" w:rsidR="00780EC0" w:rsidRDefault="00000000">
      <w:r>
        <w:br/>
        <w:t>For example, a resident who enjoys gardening might benefit from a daily routine that incorporates time spent tending to plants, even if only in a small container on their windowsill. A resident who values social interaction might benefit from regular participation in group activities, or visits from family and friends. Conversely, a resident who prefers solitude might find comfort in quiet time for reading or reflection. Understanding these individual nuances is critical to creating a care plan that fosters a sense of well-being and purpose.</w:t>
      </w:r>
    </w:p>
    <w:p w14:paraId="3D9693B0" w14:textId="77777777" w:rsidR="00780EC0" w:rsidRDefault="00780EC0"/>
    <w:p w14:paraId="54AC917D" w14:textId="77777777" w:rsidR="00780EC0" w:rsidRDefault="00000000">
      <w:r>
        <w:br/>
        <w:t>The assessment process should also identify any potential challenges or barriers to achieving the resident's goals. This might include physical limitations, cognitive impairments, or emotional distress. A clear understanding of these challenges enables the care team to develop strategies to address them effectively, promoting independence and maximizing the resident's quality of life. For instance, a resident with mobility issues might benefit from assistive devices or adapted living spaces, while a resident experiencing anxiety might require specialized emotional support.</w:t>
      </w:r>
    </w:p>
    <w:p w14:paraId="7B565E58" w14:textId="77777777" w:rsidR="00780EC0" w:rsidRDefault="00780EC0"/>
    <w:p w14:paraId="3B6E526D" w14:textId="77777777" w:rsidR="00780EC0" w:rsidRDefault="00000000">
      <w:r>
        <w:br/>
        <w:t xml:space="preserve">Once a comprehensive assessment is complete, the care team, in collaboration with the resident and their family (where appropriate), develops an individualized care plan. This plan should clearly outline the resident's goals, the specific interventions that will be </w:t>
      </w:r>
      <w:r>
        <w:lastRenderedPageBreak/>
        <w:t>implemented, and the methods for evaluating the plan's effectiveness. The plan should be regularly reviewed and updated to reflect changes in the resident's condition or preferences. Flexibility is paramount; the plan should be a living document, adaptable to the evolving needs of the resident.</w:t>
      </w:r>
    </w:p>
    <w:p w14:paraId="125CEE33" w14:textId="77777777" w:rsidR="00780EC0" w:rsidRDefault="00780EC0"/>
    <w:p w14:paraId="122AE2C3" w14:textId="77777777" w:rsidR="00780EC0" w:rsidRDefault="00000000">
      <w:r>
        <w:br/>
        <w:t>Involving families in the care planning process is crucial. Family members often possess valuable insights into the resident's personality, preferences, and past experiences. Their participation ensures that the care plan aligns with the resident's wishes and values, fostering a sense of continuity and support. This collaborative approach also enhances communication and reduces the likelihood of misunderstandings or conflicts. Regular family meetings, providing opportunities for feedback and discussion, can significantly improve the quality of care and strengthen the relationship between the facility and the resident's loved ones.</w:t>
      </w:r>
    </w:p>
    <w:p w14:paraId="124A0A37" w14:textId="77777777" w:rsidR="00780EC0" w:rsidRDefault="00780EC0"/>
    <w:p w14:paraId="3D769C60" w14:textId="77777777" w:rsidR="00780EC0" w:rsidRDefault="00000000">
      <w:r>
        <w:br/>
        <w:t>Fostering a sense of autonomy and dignity is paramount in person-centered care planning. Residents should be empowered to make choices about their care, even if those choices are limited by physical or cognitive impairments. This might involve offering choices regarding mealtimes, activities, or social interactions. It might also involve respecting the resident's preferences regarding their personal belongings, their clothing, or their living space. Promoting independence, even in small ways, can have a significant impact on the resident's overall well-being and sense of self-worth.</w:t>
      </w:r>
    </w:p>
    <w:p w14:paraId="0A59D1CA" w14:textId="77777777" w:rsidR="00780EC0" w:rsidRDefault="00780EC0"/>
    <w:p w14:paraId="32D1EDBA" w14:textId="77777777" w:rsidR="00780EC0" w:rsidRDefault="00000000">
      <w:r>
        <w:br/>
        <w:t>For example, providing residents with choices about what to wear each day, even if those choices are limited, affirms their individuality and promotes a sense of control over their lives. Similarly, allowing residents to participate in activities that they enjoy, even if they require assistance, encourages engagement and prevents feelings of isolation or dependence. The key is to find creative ways to support residents in maintaining their independence and preserving their dignity.</w:t>
      </w:r>
    </w:p>
    <w:p w14:paraId="3A99CD04" w14:textId="77777777" w:rsidR="00780EC0" w:rsidRDefault="00780EC0"/>
    <w:p w14:paraId="395AE121" w14:textId="77777777" w:rsidR="00780EC0" w:rsidRDefault="00000000">
      <w:r>
        <w:br/>
        <w:t xml:space="preserve">Documentation is essential in person-centered care planning. Comprehensive records of the assessment process, the care plan itself, and the evaluation of its effectiveness are crucial for ensuring accountability and continuity of care. This documentation should be accessible to all members of the care team and should be regularly reviewed and updated to reflect changes in the resident's condition or preferences. It serves as a vital communication tool, </w:t>
      </w:r>
      <w:r>
        <w:lastRenderedPageBreak/>
        <w:t>ensuring that all members of the team are working from the same understanding of the resident's needs.</w:t>
      </w:r>
    </w:p>
    <w:p w14:paraId="6E7B7E2F" w14:textId="77777777" w:rsidR="00780EC0" w:rsidRDefault="00780EC0"/>
    <w:p w14:paraId="12A4D10E" w14:textId="77777777" w:rsidR="00780EC0" w:rsidRDefault="00000000">
      <w:r>
        <w:br/>
        <w:t>Moreover, effective person-centered care planning requires a skilled and compassionate care team. Staff training should emphasize the importance of empathy, communication, and respect for individual differences. Creating a culture of respect and valuing diverse perspectives within the facility is crucial for implementing this approach successfully. Regular staff meetings and continuing education opportunities should reinforce these principles and provide opportunities for professional development.</w:t>
      </w:r>
    </w:p>
    <w:p w14:paraId="57F4C2DA" w14:textId="77777777" w:rsidR="00780EC0" w:rsidRDefault="00780EC0"/>
    <w:p w14:paraId="63E40AF2" w14:textId="77777777" w:rsidR="00780EC0" w:rsidRDefault="00000000">
      <w:r>
        <w:br/>
        <w:t>Continuous monitoring and evaluation are also crucial to ensuring that the care plan meets the resident's evolving needs. Regular assessments, family consultations, and observations by the care team provide valuable feedback to refine the plan and ensure its effectiveness. This ongoing process helps to identify any potential issues or barriers early on, allowing for timely interventions and modifications to the plan. The ultimate goal is to create a dynamic and responsive system, continually adapting to the unique needs and preferences of each resident.</w:t>
      </w:r>
    </w:p>
    <w:p w14:paraId="3E84D961" w14:textId="77777777" w:rsidR="00780EC0" w:rsidRDefault="00780EC0"/>
    <w:p w14:paraId="0994348F" w14:textId="77777777" w:rsidR="00780EC0" w:rsidRDefault="00000000">
      <w:r>
        <w:br/>
        <w:t>Furthermore, technology can play a significant role in supporting person-centered care planning. Electronic health records (EHRs) provide a centralized repository for resident information, facilitating seamless communication and collaboration among members of the care team. Mobile applications can help track resident preferences, monitor vital signs, and provide reminders for medication or appointments. These technological advancements can enhance efficiency and improve the quality of care, enabling staff to focus more effectively on the emotional and social needs of each resident.</w:t>
      </w:r>
    </w:p>
    <w:p w14:paraId="15B10F05" w14:textId="77777777" w:rsidR="00780EC0" w:rsidRDefault="00780EC0"/>
    <w:p w14:paraId="4499E7B7" w14:textId="77777777" w:rsidR="00780EC0" w:rsidRDefault="00000000">
      <w:r>
        <w:br/>
        <w:t xml:space="preserve">In conclusion, person-centered care planning is not merely a set of protocols; it's a philosophy that prioritizes the unique needs, preferences, and goals of each resident. By shifting from a task-oriented approach to one that emphasizes respect, autonomy, and individualization, senior living communities can create a truly enriching and fulfilling environment for their residents. The investment in time, resources, and staff training is essential, but the rewards – increased resident satisfaction, improved quality of life, and a stronger sense of community – are immeasurable. This approach ultimately contributes not only to the well-being of individual residents but also to the overall success and </w:t>
      </w:r>
      <w:r>
        <w:lastRenderedPageBreak/>
        <w:t>sustainability of the senior living facility. It’s an investment in human dignity and a testament to the highest standards of senior care.</w:t>
      </w:r>
    </w:p>
    <w:p w14:paraId="5F5B3A76" w14:textId="77777777" w:rsidR="00780EC0" w:rsidRDefault="00780EC0"/>
    <w:p w14:paraId="49DE98AF" w14:textId="77777777" w:rsidR="00780EC0" w:rsidRDefault="00000000">
      <w:r>
        <w:t>Promoting resident engagement is paramount to creating a thriving senior living community. It's not just about providing a safe and comfortable environment; it's about fostering a sense of belonging, purpose, and connection. A vibrant social atmosphere significantly impacts residents' physical, mental, and emotional well-being, reducing feelings of isolation and loneliness, which are prevalent among older adults. A well-structured engagement program should cater to the diverse interests and abilities of the residents, offering a range of activities that are both stimulating and enjoyable.</w:t>
      </w:r>
    </w:p>
    <w:p w14:paraId="7B9446EA" w14:textId="77777777" w:rsidR="00780EC0" w:rsidRDefault="00000000">
      <w:r>
        <w:br/>
        <w:t>Planning engaging activities requires careful consideration of residents' physical and cognitive abilities, as well as their personal preferences. A needs assessment, involving interviews with residents and family members, is crucial. This assessment should not only identify their physical limitations but also uncover their hidden talents, past hobbies, and areas of interest. For instance, a resident with limited mobility might still enjoy creative writing or listening to music, while a resident with cognitive decline might benefit from simple, repetitive tasks like gardening or arts and crafts.</w:t>
      </w:r>
    </w:p>
    <w:p w14:paraId="02717AF1" w14:textId="77777777" w:rsidR="00780EC0" w:rsidRDefault="00780EC0"/>
    <w:p w14:paraId="568633A9" w14:textId="77777777" w:rsidR="00780EC0" w:rsidRDefault="00000000">
      <w:r>
        <w:br/>
        <w:t>The key is to offer a diverse and flexible program. This might involve a combination of physical activities, such as gentle exercise classes, chair yoga, or walking groups; cognitive stimulation activities, such as puzzles, memory games, or book clubs; creative activities, such as painting, music therapy, or writing workshops; and social activities, such as bingo, movie nights, or happy hour. The schedule should also consider residents’ daily rhythms and preferences, offering activities at different times of the day and catering to varying energy levels.</w:t>
      </w:r>
    </w:p>
    <w:p w14:paraId="7578B881" w14:textId="77777777" w:rsidR="00780EC0" w:rsidRDefault="00780EC0"/>
    <w:p w14:paraId="334B231A" w14:textId="77777777" w:rsidR="00780EC0" w:rsidRDefault="00000000">
      <w:r>
        <w:br/>
        <w:t>The success of an engagement program hinges on its inclusivity. It’s vital to design activities that are accessible to all residents, regardless of their physical or cognitive abilities. For example, a group exercise class can be adapted to accommodate residents with mobility issues, and a book club can be modified to incorporate large-print books or audiobooks. Furthermore, offering choices allows residents to feel empowered and in control of their lives, fostering a sense of autonomy and dignity. Instead of a prescribed set of activities, provide a menu of options, allowing residents to participate in what resonates with them.</w:t>
      </w:r>
    </w:p>
    <w:p w14:paraId="648E680C" w14:textId="77777777" w:rsidR="00780EC0" w:rsidRDefault="00780EC0"/>
    <w:p w14:paraId="463A78C3" w14:textId="77777777" w:rsidR="00780EC0" w:rsidRDefault="00000000">
      <w:r>
        <w:lastRenderedPageBreak/>
        <w:br/>
        <w:t>Encouraging social interaction is equally crucial. Regular social gatherings, such as coffee mornings, afternoon tea, or game nights, provide opportunities for residents to connect with each other and build relationships. These gatherings should be informal and relaxed, allowing residents to socialize at their own pace and comfort level. Consider creating small, intimate groups based on shared interests or hobbies, fostering deeper connections amongst residents.</w:t>
      </w:r>
    </w:p>
    <w:p w14:paraId="4C37B9F7" w14:textId="77777777" w:rsidR="00780EC0" w:rsidRDefault="00780EC0"/>
    <w:p w14:paraId="10E60C81" w14:textId="77777777" w:rsidR="00780EC0" w:rsidRDefault="00000000">
      <w:r>
        <w:br/>
        <w:t>One successful strategy is to establish a resident council or committee. This provides a platform for residents to voice their opinions, make suggestions, and participate in decision-making processes. It not only empowers residents but also strengthens their sense of ownership and belonging. Their input is invaluable in designing future activities and shaping the community's social environment. Regular meetings should be held, allowing residents to share their ideas and concerns in a supportive environment.</w:t>
      </w:r>
    </w:p>
    <w:p w14:paraId="647A672F" w14:textId="77777777" w:rsidR="00780EC0" w:rsidRDefault="00780EC0"/>
    <w:p w14:paraId="46D56A5D" w14:textId="77777777" w:rsidR="00780EC0" w:rsidRDefault="00000000">
      <w:r>
        <w:br/>
        <w:t>Beyond planned activities, spontaneous social interactions should be encouraged. Creating inviting communal spaces, such as a comfortable lounge area or a well-equipped library, provides opportunities for informal social interactions. Consider installing comfortable seating arrangements, arranging stimulating decor, and perhaps even providing board games or puzzles to encourage social interaction amongst residents.</w:t>
      </w:r>
    </w:p>
    <w:p w14:paraId="045E4808" w14:textId="77777777" w:rsidR="00780EC0" w:rsidRDefault="00780EC0"/>
    <w:p w14:paraId="2FFE1101" w14:textId="77777777" w:rsidR="00780EC0" w:rsidRDefault="00000000">
      <w:r>
        <w:br/>
        <w:t>Creating a sense of community extends beyond simply organizing activities; it requires actively cultivating a welcoming and inclusive atmosphere. This can involve introducing residents to each other, facilitating opportunities for sharing personal stories and experiences, and recognizing individual achievements and contributions. Incorporating resident stories into community newsletters or displays can foster connections and create a sense of collective history.</w:t>
      </w:r>
    </w:p>
    <w:p w14:paraId="40DF32BF" w14:textId="77777777" w:rsidR="00780EC0" w:rsidRDefault="00780EC0"/>
    <w:p w14:paraId="4DAAABFE" w14:textId="77777777" w:rsidR="00780EC0" w:rsidRDefault="00000000">
      <w:r>
        <w:br/>
        <w:t>Furthermore, incorporating intergenerational activities can provide an enriching experience for both residents and the wider community. Inviting local schools, universities, or community groups to visit can offer residents the opportunity to interact with younger generations, while providing valuable learning experiences for the visitors. These initiatives also promote positive community relationships and strengthen the connection between the senior living facility and the broader community.</w:t>
      </w:r>
    </w:p>
    <w:p w14:paraId="27950A9D" w14:textId="77777777" w:rsidR="00780EC0" w:rsidRDefault="00780EC0"/>
    <w:p w14:paraId="1BC4EC9F" w14:textId="77777777" w:rsidR="00780EC0" w:rsidRDefault="00000000">
      <w:r>
        <w:br/>
        <w:t>Technology can play a pivotal role in fostering resident engagement. Introducing tablets or computers to residents can improve their access to communication and entertainment. Video calling allows residents to easily connect with family and friends, minimizing feelings of isolation. Social media platforms, if used judiciously, can enable residents to share their experiences and connect with others. However, digital literacy training is vital to ensure that residents can confidently use these technologies.</w:t>
      </w:r>
    </w:p>
    <w:p w14:paraId="6CB66374" w14:textId="77777777" w:rsidR="00780EC0" w:rsidRDefault="00780EC0"/>
    <w:p w14:paraId="2C125539" w14:textId="77777777" w:rsidR="00780EC0" w:rsidRDefault="00000000">
      <w:r>
        <w:br/>
        <w:t>Effective staff training is essential for fostering a vibrant social atmosphere. Caregivers should be trained to identify residents who may be experiencing isolation or loneliness and proactively encourage their participation in activities and social gatherings. Staff members should receive training in empathy, active listening, and conflict resolution, enhancing their ability to build rapport with residents.</w:t>
      </w:r>
    </w:p>
    <w:p w14:paraId="565C3DC1" w14:textId="77777777" w:rsidR="00780EC0" w:rsidRDefault="00780EC0"/>
    <w:p w14:paraId="2BB9EAFC" w14:textId="77777777" w:rsidR="00780EC0" w:rsidRDefault="00000000">
      <w:r>
        <w:br/>
        <w:t>Finally, regular evaluation of the engagement program is crucial. Collecting feedback from residents, families, and staff enables modifications and improvements. Measuring resident participation, satisfaction, and overall well-being provides valuable data for refining the program. The engagement program should be a dynamic, evolving process, constantly adapting to meet the changing needs and preferences of the residents.</w:t>
      </w:r>
    </w:p>
    <w:p w14:paraId="16787F2B" w14:textId="77777777" w:rsidR="00780EC0" w:rsidRDefault="00780EC0"/>
    <w:p w14:paraId="27B36240" w14:textId="77777777" w:rsidR="00780EC0" w:rsidRDefault="00000000">
      <w:r>
        <w:br/>
        <w:t>In conclusion, promoting resident engagement and creating a vibrant social atmosphere is a multifaceted endeavor, requiring a holistic approach that involves thoughtful planning, inclusive activities, and a commitment to building a strong sense of community. By implementing these strategies, senior living communities can significantly enhance the quality of life for their residents, creating a welcoming, stimulating, and fulfilling environment. The positive impact on resident well-being is undeniable; it fosters a sense of purpose, connection, and ultimately, a higher quality of life for those in their later years. The investment in fostering resident engagement is not merely a cost; it's an investment in human dignity and the success of the community as a whole.</w:t>
      </w:r>
    </w:p>
    <w:p w14:paraId="27CCEB9F" w14:textId="77777777" w:rsidR="00780EC0" w:rsidRDefault="00780EC0"/>
    <w:p w14:paraId="7B77F957" w14:textId="77777777" w:rsidR="00780EC0" w:rsidRDefault="00000000">
      <w:r>
        <w:t xml:space="preserve">Providing high-quality clinical services is the cornerstone of any successful senior living community. It's not merely a regulatory requirement; it's a fundamental commitment to the well-being and safety of the residents entrusted to our care. This commitment necessitates a </w:t>
      </w:r>
      <w:r>
        <w:lastRenderedPageBreak/>
        <w:t>multifaceted approach, encompassing robust recruitment and retention strategies for qualified medical professionals, the implementation of evidence-based practices, and unwavering adherence to all relevant regulatory standards. Without these elements in place, even the most vibrant social atmosphere and engaging activities cannot fully address the comprehensive needs of our residents.</w:t>
      </w:r>
    </w:p>
    <w:p w14:paraId="44A582DB" w14:textId="77777777" w:rsidR="00780EC0" w:rsidRDefault="00000000">
      <w:r>
        <w:br/>
        <w:t>The recruitment and retention of skilled medical professionals in senior living is a persistent challenge across the industry. Competition for qualified nurses, physicians, and other healthcare specialists is fierce, driven by an aging population and an increasing demand for senior care services. To overcome this challenge, we must adopt a proactive and strategic approach to recruitment, focusing on competitive compensation and benefits packages. This isn't simply about matching industry averages; it's about offering a compelling value proposition that distinguishes our community from its competitors. This can include offering signing bonuses, tuition reimbursement programs for continuing education, generous paid time off, and comprehensive health insurance.</w:t>
      </w:r>
    </w:p>
    <w:p w14:paraId="1C99D5F7" w14:textId="77777777" w:rsidR="00780EC0" w:rsidRDefault="00780EC0"/>
    <w:p w14:paraId="54B2265E" w14:textId="77777777" w:rsidR="00780EC0" w:rsidRDefault="00000000">
      <w:r>
        <w:br/>
        <w:t>Beyond financial incentives, we must also cultivate a positive and supportive work environment. This means creating a culture of appreciation and respect, where staff members feel valued and empowered. Regular feedback sessions, opportunities for professional development, and open channels for communication are crucial in fostering a positive work environment. Investing in leadership training for supervisors and managers is paramount. Effective leaders can create a team-oriented atmosphere, reducing burnout and staff turnover. Implementing mentorship programs pairs experienced staff with newer employees, fostering professional growth and a sense of belonging.</w:t>
      </w:r>
    </w:p>
    <w:p w14:paraId="5176C27B" w14:textId="77777777" w:rsidR="00780EC0" w:rsidRDefault="00780EC0"/>
    <w:p w14:paraId="540FDCD2" w14:textId="77777777" w:rsidR="00780EC0" w:rsidRDefault="00000000">
      <w:r>
        <w:br/>
        <w:t>Regularly assessing employee satisfaction through surveys and feedback sessions allows us to address concerns promptly and implement changes proactively. It is crucial to listen to the concerns of our staff and take concrete steps to address any workplace challenges. Understanding the root causes of dissatisfaction enables us to prevent future issues and retain valuable employees. A proactive approach, prioritizing staff well-being, is a far more cost-effective strategy than repeatedly replacing staff members.</w:t>
      </w:r>
    </w:p>
    <w:p w14:paraId="7F9752F4" w14:textId="77777777" w:rsidR="00780EC0" w:rsidRDefault="00780EC0"/>
    <w:p w14:paraId="6B5665B5" w14:textId="77777777" w:rsidR="00780EC0" w:rsidRDefault="00000000">
      <w:r>
        <w:br/>
        <w:t xml:space="preserve">The implementation of evidence-based practices is equally crucial in ensuring the delivery of high-quality clinical services. This requires a commitment to staying abreast of the latest research and best practices in geriatric care. It means using data-driven decision-making to continuously improve our clinical protocols and care plans. Our clinical team should be </w:t>
      </w:r>
      <w:r>
        <w:lastRenderedPageBreak/>
        <w:t>actively engaged in professional development, participating in conferences, workshops, and continuing education programs to remain at the forefront of best practices. We should actively seek and implement the latest methodologies, proven to enhance the effectiveness and quality of care provided.</w:t>
      </w:r>
    </w:p>
    <w:p w14:paraId="6C88AF63" w14:textId="77777777" w:rsidR="00780EC0" w:rsidRDefault="00780EC0"/>
    <w:p w14:paraId="52BD52B0" w14:textId="77777777" w:rsidR="00780EC0" w:rsidRDefault="00000000">
      <w:r>
        <w:br/>
        <w:t>Regular audits of our clinical practices should be conducted, involving external review to ensure we meet or exceed all relevant standards. This unbiased evaluation will identify areas for improvement, leading to continuous refinement of our clinical protocols. Implementing a system for tracking key clinical metrics, such as medication errors, falls, and infection rates, allows us to monitor effectiveness and identify trends. This data-driven approach enables a proactive, rather than reactive, response to clinical challenges.</w:t>
      </w:r>
    </w:p>
    <w:p w14:paraId="441A0F2A" w14:textId="77777777" w:rsidR="00780EC0" w:rsidRDefault="00780EC0"/>
    <w:p w14:paraId="36C4A74F" w14:textId="77777777" w:rsidR="00780EC0" w:rsidRDefault="00000000">
      <w:r>
        <w:br/>
        <w:t>Adherence to all relevant regulatory requirements is paramount. This goes beyond simple compliance; it represents a commitment to upholding the highest standards of care and ensuring the safety and well-being of our residents. We must maintain meticulous records, participate in all necessary inspections and audits, and actively seek ways to exceed minimum regulatory requirements. Regular training for staff members on regulatory compliance ensures they understand and adhere to all the necessary procedures and protocols.</w:t>
      </w:r>
    </w:p>
    <w:p w14:paraId="31534E80" w14:textId="77777777" w:rsidR="00780EC0" w:rsidRDefault="00780EC0"/>
    <w:p w14:paraId="63F7654E" w14:textId="77777777" w:rsidR="00780EC0" w:rsidRDefault="00000000">
      <w:r>
        <w:br/>
        <w:t>Beyond strict compliance, we should actively seek opportunities to engage with regulatory bodies, establishing positive working relationships that promote collaboration and understanding. Transparency and open communication with regulators are essential in fostering trust and ensuring a smooth regulatory process. By demonstrating our commitment to upholding the highest standards, we build confidence and enhance the reputation of our community.</w:t>
      </w:r>
    </w:p>
    <w:p w14:paraId="24F65541" w14:textId="77777777" w:rsidR="00780EC0" w:rsidRDefault="00780EC0"/>
    <w:p w14:paraId="19315204" w14:textId="77777777" w:rsidR="00780EC0" w:rsidRDefault="00000000">
      <w:r>
        <w:br/>
        <w:t>In addition to medical professionals, we must prioritize the development of a robust support staff. Certified Nursing Assistants (CNAs), medication technicians, and other support personnel play an essential role in providing comprehensive care. Investing in their training and professional development is as critical as investing in the training of registered nurses and physicians. This includes regular refresher training on infection control, medication administration, and resident safety protocols.</w:t>
      </w:r>
    </w:p>
    <w:p w14:paraId="14242E29" w14:textId="77777777" w:rsidR="00780EC0" w:rsidRDefault="00780EC0"/>
    <w:p w14:paraId="4B0B920B" w14:textId="77777777" w:rsidR="00780EC0" w:rsidRDefault="00000000">
      <w:r>
        <w:br/>
        <w:t>The effective use of technology can significantly enhance the quality of clinical services. Electronic health records (EHRs) can streamline workflows, improve communication among healthcare providers, and reduce the risk of medical errors. Telemedicine can expand access to specialists and reduce the need for residents to travel for consultations. Investing in telehealth infrastructure enables remote monitoring of vital signs, reducing hospital readmissions and improving the overall health and well-being of our residents. In addition, using smart technology to monitor resident movement and activity can help to prevent falls and other accidents.</w:t>
      </w:r>
    </w:p>
    <w:p w14:paraId="15EE7DD9" w14:textId="77777777" w:rsidR="00780EC0" w:rsidRDefault="00780EC0"/>
    <w:p w14:paraId="795EBD1A" w14:textId="77777777" w:rsidR="00780EC0" w:rsidRDefault="00000000">
      <w:r>
        <w:br/>
        <w:t>Regular quality assurance checks and resident satisfaction surveys are vital in understanding the effectiveness of our clinical services. These surveys should be anonymous and designed to capture honest feedback from residents and their families. This information provides invaluable insight into the successes and challenges of our clinical programs, allowing for continuous improvement. Analyzing this feedback and actively incorporating it into our processes shows our commitment to providing the highest standard of care.</w:t>
      </w:r>
    </w:p>
    <w:p w14:paraId="42899564" w14:textId="77777777" w:rsidR="00780EC0" w:rsidRDefault="00780EC0"/>
    <w:p w14:paraId="3334FC6A" w14:textId="77777777" w:rsidR="00780EC0" w:rsidRDefault="00000000">
      <w:r>
        <w:br/>
        <w:t>Finally, fostering a culture of transparency and accountability within the clinical team is paramount. All staff members should understand their role in providing high-quality care and feel empowered to report any concerns or issues without fear of retribution. A culture of openness promotes a collaborative environment where mistakes are viewed as learning opportunities, allowing for continuous improvement in patient care. By building a strong foundation of trust and respect, we can ensure that our clinical services are consistently meeting the highest standards. Our commitment to providing high-quality clinical services is not simply a matter of compliance; it's a moral imperative that reflects our core values and our dedication to the residents under our care. It is an investment that benefits not only the residents but also strengthens the community's reputation and sustainability.</w:t>
      </w:r>
    </w:p>
    <w:p w14:paraId="12C4353E" w14:textId="77777777" w:rsidR="00780EC0" w:rsidRDefault="00780EC0"/>
    <w:p w14:paraId="0C3B50FC" w14:textId="77777777" w:rsidR="00780EC0" w:rsidRDefault="00000000">
      <w:r>
        <w:t>Managing resident transitions is a critical aspect of providing holistic care in any senior living community. These transitions, encompassing admission, discharge, and end-of-life care, represent significant life events for residents and their families, demanding sensitivity, empathy, and meticulous planning. A smooth and supportive transition process not only enhances the resident experience but also strengthens the community's reputation and fosters trust.</w:t>
      </w:r>
    </w:p>
    <w:p w14:paraId="5A9E95A2" w14:textId="77777777" w:rsidR="00780EC0" w:rsidRDefault="00000000">
      <w:r>
        <w:lastRenderedPageBreak/>
        <w:br/>
        <w:t>The admission process should be designed to minimize stress and anxiety. Prior to the resident's arrival, a thorough assessment of their physical, cognitive, and emotional needs should be conducted. This assessment should be used to create a personalized care plan that addresses the resident's individual requirements. The plan should include details regarding medication management, dietary needs, mobility assistance, and any specialized therapies. The family should be fully involved in this process, ensuring their input is incorporated into the care plan. A pre-admission visit to the community allows residents and their families to become familiar with the environment, staff, and facilities, thereby reducing anxiety related to the transition. A dedicated point of contact should be assigned to each new resident and their family, serving as a single source of information and support throughout the admission process.</w:t>
      </w:r>
    </w:p>
    <w:p w14:paraId="10DF49A3" w14:textId="77777777" w:rsidR="00780EC0" w:rsidRDefault="00780EC0"/>
    <w:p w14:paraId="6118A743" w14:textId="77777777" w:rsidR="00780EC0" w:rsidRDefault="00000000">
      <w:r>
        <w:br/>
        <w:t>The transition from home to a senior living community can be emotionally challenging for residents. Many are leaving behind familiar surroundings, friends, and independence. Providing emotional support during this period is paramount. This may include arranging for familiar personal items to be brought to their new room, facilitating connections with other residents who share similar interests, and offering opportunities for socialization. A gradual introduction to the community's routines and activities can minimize feelings of disorientation and overwhelm. Regular check-ins by staff to assess the resident's emotional well-being and offer encouragement are crucial during the initial adjustment period.</w:t>
      </w:r>
    </w:p>
    <w:p w14:paraId="09D5A643" w14:textId="77777777" w:rsidR="00780EC0" w:rsidRDefault="00780EC0"/>
    <w:p w14:paraId="6458018C" w14:textId="77777777" w:rsidR="00780EC0" w:rsidRDefault="00000000">
      <w:r>
        <w:br/>
        <w:t>Discharge planning is another critical area requiring careful coordination and communication. Discharge may occur for a variety of reasons, such as a return to independent living or a transfer to a higher level of care. Regardless of the reason, the discharge process should be handled with sensitivity and thorough planning. Early and proactive communication with the resident, family, and referring physicians is vital. A comprehensive discharge plan should be developed in collaboration with the resident and their family, outlining the logistical details of the transfer, including transportation arrangements, medical equipment, and any necessary medication refills. Post-discharge follow-up calls to monitor the resident's well-being and provide ongoing support are essential to ensure a smooth transition.</w:t>
      </w:r>
    </w:p>
    <w:p w14:paraId="1F405451" w14:textId="77777777" w:rsidR="00780EC0" w:rsidRDefault="00780EC0"/>
    <w:p w14:paraId="01EF75F4" w14:textId="77777777" w:rsidR="00780EC0" w:rsidRDefault="00000000">
      <w:r>
        <w:br/>
        <w:t xml:space="preserve">End-of-life care is perhaps the most challenging aspect of resident transitions. Providing compassionate and dignified care during this period requires a high degree of sensitivity and emotional intelligence. It's crucial to respect the resident's wishes and preferences </w:t>
      </w:r>
      <w:r>
        <w:lastRenderedPageBreak/>
        <w:t>concerning their end-of-life care, ensuring their comfort and dignity are prioritized. This involves a thorough understanding of advanced directives, including living wills and durable powers of attorney for healthcare. Staff training in palliative care is vital to enable them to provide effective pain management, emotional support, and spiritual guidance to residents and their families during this difficult time. The community should create a peaceful and comforting environment for residents in their final stages of life, offering support and resources to both the residents and their loved ones. This includes providing access to bereavement counseling and support groups for families after the resident has passed.</w:t>
      </w:r>
    </w:p>
    <w:p w14:paraId="5A8CD2E7" w14:textId="77777777" w:rsidR="00780EC0" w:rsidRDefault="00780EC0"/>
    <w:p w14:paraId="6783C9C6" w14:textId="77777777" w:rsidR="00780EC0" w:rsidRDefault="00000000">
      <w:r>
        <w:br/>
        <w:t>Supporting families throughout the entire transition process is essential. Regular communication with families, keeping them informed of the resident’s progress and addressing their concerns, helps to build trust and confidence in the community’s ability to provide quality care. Open communication channels, including regular meetings, phone calls, and email updates, are important. A welcoming and supportive environment for family members to visit should be fostered. This may include providing comfortable waiting areas, access to refreshments, and opportunities to participate in community events. Providing educational resources to families about the aging process and the various stages of decline helps to prepare them for potential challenges and fosters a collaborative approach to care.</w:t>
      </w:r>
    </w:p>
    <w:p w14:paraId="45E0AA50" w14:textId="77777777" w:rsidR="00780EC0" w:rsidRDefault="00780EC0"/>
    <w:p w14:paraId="56F2A2CA" w14:textId="77777777" w:rsidR="00780EC0" w:rsidRDefault="00000000">
      <w:r>
        <w:br/>
        <w:t>Beyond the emotional support, providing practical assistance to families is also critical. This includes helping them navigate the complexities of insurance claims, Medicare and Medicaid paperwork, and financial planning. Providing referrals to relevant resources, such as social workers, financial advisors, and legal professionals, can alleviate some of the burden on families. This comprehensive support system ensures that families feel confident in the community’s commitment to their loved ones’ well-being.</w:t>
      </w:r>
    </w:p>
    <w:p w14:paraId="355C1685" w14:textId="77777777" w:rsidR="00780EC0" w:rsidRDefault="00780EC0"/>
    <w:p w14:paraId="28D8BED0" w14:textId="77777777" w:rsidR="00780EC0" w:rsidRDefault="00000000">
      <w:r>
        <w:br/>
        <w:t xml:space="preserve">To ensure consistent, high-quality care throughout all transitions, a well-defined process must be implemented. This involves clear protocols for each stage of the transition, documented procedures, and standardized forms for communication and documentation. Regular training and education for staff members on these protocols are essential to ensure consistency in the application of best practices. This also includes ongoing professional development opportunities for staff in areas such as palliative care, grief counseling, and communication skills. Regular audits of the transition process, including feedback from residents and families, allow for continuous improvement and refinement of the protocols. By consistently evaluating and improving the processes, the senior living community can </w:t>
      </w:r>
      <w:r>
        <w:lastRenderedPageBreak/>
        <w:t>ensure a smooth and supportive experience for all residents and families during these significant life events.</w:t>
      </w:r>
    </w:p>
    <w:p w14:paraId="1E1D0AE1" w14:textId="77777777" w:rsidR="00780EC0" w:rsidRDefault="00780EC0"/>
    <w:p w14:paraId="5B3720FE" w14:textId="77777777" w:rsidR="00780EC0" w:rsidRDefault="00000000">
      <w:r>
        <w:br/>
        <w:t>The successful management of resident transitions requires a holistic approach, addressing the physical, emotional, and spiritual needs of the residents and their families. By prioritizing compassionate care, clear communication, and meticulous planning, senior living communities can enhance the quality of life for residents and build stronger relationships with their families. A supportive and dignified experience during transitions contributes significantly to the overall well-being of the community and strengthens its reputation as a place of compassion and quality care. Investment in staff training, resources, and processes is not just a cost; it's a strategic investment in the long-term success and sustainability of the community. The positive impact on resident satisfaction, family trust, and ultimately, the community's reputation is immeasurable. A well-managed transition process is a testament to the community’s commitment to providing exceptional care at every stage of a resident’s journey. This focus on the human element, combined with efficient processes and effective communication, is what truly differentiates a thriving senior living community from one that simply meets the minimum requirements. Ultimately, a seamless transition process fosters a sense of trust and belonging, ensuring that residents feel valued, respected, and supported, even during challenging times.</w:t>
      </w:r>
    </w:p>
    <w:p w14:paraId="6CF9A682" w14:textId="77777777" w:rsidR="00780EC0" w:rsidRDefault="00780EC0"/>
    <w:p w14:paraId="4075BB31" w14:textId="77777777" w:rsidR="00780EC0" w:rsidRDefault="00000000">
      <w:r>
        <w:t>Addressing resident health and safety is paramount in any successful senior living community, especially when working to revitalize a struggling facility. Neglect in this area can quickly erode trust, damage reputation, and lead to further financial instability. A proactive and comprehensive approach, emphasizing both compliance and resident well-being, is essential. This requires a multi-pronged strategy encompassing robust infection control protocols, meticulously planned emergency preparedness, and comprehensive fall prevention programs.</w:t>
      </w:r>
    </w:p>
    <w:p w14:paraId="7F9B2B47" w14:textId="77777777" w:rsidR="00780EC0" w:rsidRDefault="00000000">
      <w:r>
        <w:br/>
        <w:t>Infection control is not merely a matter of compliance; it's a fundamental aspect of resident care. Outbreaks of infectious diseases can have devastating consequences for residents, particularly those with compromised immune systems. Implementing rigorous infection control protocols requires more than simply posting signs and providing hand sanitizer. It requires a culture of hygiene and vigilance throughout the community. This begins with thorough staff training on proper hand hygiene techniques, the appropriate use of personal protective equipment (PPE), and the correct procedures for cleaning and disinfecting surfaces and equipment. Regular audits and inspections should be conducted to ensure adherence to these protocols, with immediate corrective actions taken for any deficiencies identified.</w:t>
      </w:r>
    </w:p>
    <w:p w14:paraId="7ED832E2" w14:textId="77777777" w:rsidR="00780EC0" w:rsidRDefault="00780EC0"/>
    <w:p w14:paraId="4724FE1D" w14:textId="77777777" w:rsidR="00780EC0" w:rsidRDefault="00000000">
      <w:r>
        <w:br/>
        <w:t>Beyond the basics, proactive measures are crucial. This includes implementing robust surveillance systems to detect potential outbreaks early, employing effective strategies for isolating infected individuals, and collaborating with public health officials to manage any outbreaks that do occur. The use of evidence-based cleaning and disinfection protocols is crucial, utilizing products that are effective against a broad spectrum of pathogens. The community should also invest in advanced technologies, such as ultraviolet-C (UV-C) disinfection systems, to supplement traditional cleaning methods and enhance the effectiveness of infection control efforts. Furthermore, regular monitoring of residents’ health, including temperature checks and symptom screenings, is vital for early detection and intervention. Open communication with residents and families about infection control measures helps foster trust and cooperation.</w:t>
      </w:r>
    </w:p>
    <w:p w14:paraId="71357BAB" w14:textId="77777777" w:rsidR="00780EC0" w:rsidRDefault="00780EC0"/>
    <w:p w14:paraId="2BD646DC" w14:textId="77777777" w:rsidR="00780EC0" w:rsidRDefault="00000000">
      <w:r>
        <w:br/>
        <w:t>Emergency preparedness is another critical area demanding meticulous planning and execution. A comprehensive emergency plan should address a wide range of potential scenarios, from natural disasters like hurricanes and earthquakes to power outages and medical emergencies. The plan should detail specific procedures for evacuating residents, contacting emergency services, and providing essential care during and after an emergency. Regular drills and simulations should be conducted to ensure that staff members are familiar with their roles and responsibilities during an emergency. Furthermore, the community should maintain adequate supplies of essential medications, food, and water to sustain residents during an emergency. A robust communication system is crucial, enabling the community to keep residents, families, and staff informed during an emergency. Regular updates should be provided through various channels, such as phone calls, text messages, and email. A well-defined chain of command helps ensure efficient and coordinated responses during emergencies.</w:t>
      </w:r>
    </w:p>
    <w:p w14:paraId="56692370" w14:textId="77777777" w:rsidR="00780EC0" w:rsidRDefault="00780EC0"/>
    <w:p w14:paraId="1A815E66" w14:textId="77777777" w:rsidR="00780EC0" w:rsidRDefault="00000000">
      <w:r>
        <w:br/>
        <w:t xml:space="preserve">Fall prevention is a major concern in senior living communities, as falls are a leading cause of injury and hospitalization among older adults. Implementing a comprehensive fall prevention program requires a multi-faceted approach that addresses both environmental and individual risk factors. Environmental modifications play a crucial role. This includes installing handrails in hallways and bathrooms, ensuring adequate lighting, removing trip hazards, and providing assistive devices as needed. Individualized risk assessments are essential to identify residents at high risk of falling. These assessments should consider factors such as medications, mobility limitations, and cognitive impairment. Based on these assessments, personalized fall prevention plans should be developed, addressing the specific needs of each resident. These plans may include exercise programs to improve </w:t>
      </w:r>
      <w:r>
        <w:lastRenderedPageBreak/>
        <w:t>balance and strength, medication reviews to identify potential fall-inducing drugs, and the use of assistive devices such as walkers and canes. Regular monitoring of residents' mobility and fall risk factors is crucial. Staff training on fall prevention techniques is vital, including safe transfer procedures and the use of assistive devices. Open communication with residents and families is crucial to ensure their understanding of fall prevention strategies and their active participation in the process.</w:t>
      </w:r>
    </w:p>
    <w:p w14:paraId="700F394E" w14:textId="77777777" w:rsidR="00780EC0" w:rsidRDefault="00780EC0"/>
    <w:p w14:paraId="131665C4" w14:textId="77777777" w:rsidR="00780EC0" w:rsidRDefault="00000000">
      <w:r>
        <w:br/>
        <w:t>Beyond specific protocols, a strong safety culture needs to be instilled within the community. This culture starts with leadership, with administrators setting the tone and expectations. Regular safety meetings and training sessions for staff should be conducted to reinforce safety procedures and address any concerns. A system for reporting and investigating incidents should be in place, ensuring that any near misses or actual incidents are thoroughly investigated and corrective actions are implemented to prevent recurrence. Feedback from residents, staff, and families should be actively solicited to identify potential safety hazards and improve safety protocols. This continuous improvement process is crucial for maintaining a high standard of safety within the community.</w:t>
      </w:r>
    </w:p>
    <w:p w14:paraId="5D4AD06A" w14:textId="77777777" w:rsidR="00780EC0" w:rsidRDefault="00780EC0"/>
    <w:p w14:paraId="1A2A65E6" w14:textId="77777777" w:rsidR="00780EC0" w:rsidRDefault="00000000">
      <w:r>
        <w:br/>
        <w:t>Compliance with relevant regulations and standards is a non-negotiable aspect of ensuring resident health and safety. Staying updated on the latest regulations and best practices is essential, ensuring the community meets all legal and ethical requirements. This includes maintaining accurate and up-to-date records, conducting regular inspections, and cooperating fully with regulatory agencies. Compliance is not just about avoiding penalties; it's a demonstration of the community's commitment to providing safe and high-quality care.</w:t>
      </w:r>
    </w:p>
    <w:p w14:paraId="6793F7E7" w14:textId="77777777" w:rsidR="00780EC0" w:rsidRDefault="00780EC0"/>
    <w:p w14:paraId="329A4078" w14:textId="77777777" w:rsidR="00780EC0" w:rsidRDefault="00000000">
      <w:r>
        <w:br/>
        <w:t xml:space="preserve">Finally, fostering a culture of accountability is critical. This means creating a system where everyone, from administrators to staff members, takes ownership of safety and health. This requires clear communication, open channels for reporting concerns, and effective disciplinary measures for individuals who fail to adhere to safety protocols. A culture of transparency and accountability fosters a safe and supportive environment for residents and staff alike. Regular review of safety protocols, emergency plans, and fall prevention programs, with staff input, ensures that the community remains proactive and adaptable to changing needs and circumstances. Investment in staff training, equipment, and technology is not just a cost; it’s an investment in protecting the most vulnerable members of our society. The peace of mind this provides residents, families, and staff alike is invaluable. This comprehensive approach to resident health and safety underscores the commitment to </w:t>
      </w:r>
      <w:r>
        <w:lastRenderedPageBreak/>
        <w:t>exceeding expectations and building a thriving and reputable senior living community. It is through this dedication that we can truly transform a struggling facility into a beacon of excellence and compassionate care.</w:t>
      </w:r>
    </w:p>
    <w:p w14:paraId="62A8167B" w14:textId="77777777" w:rsidR="00780EC0" w:rsidRDefault="00780EC0"/>
    <w:p w14:paraId="6573532F" w14:textId="77777777" w:rsidR="00780EC0" w:rsidRDefault="00000000">
      <w:r>
        <w:br w:type="page"/>
      </w:r>
    </w:p>
    <w:p w14:paraId="144B1E80" w14:textId="77777777" w:rsidR="00780EC0" w:rsidRDefault="00000000">
      <w:pPr>
        <w:spacing w:before="5040"/>
        <w:jc w:val="center"/>
      </w:pPr>
      <w:r>
        <w:lastRenderedPageBreak/>
        <w:t xml:space="preserve"> Chapter 5: Empowering Staff and Fostering a Culture of Excellence</w:t>
      </w:r>
    </w:p>
    <w:p w14:paraId="20DDC19C" w14:textId="77777777" w:rsidR="00780EC0" w:rsidRDefault="00000000">
      <w:r>
        <w:t>Recruiting and retaining top talent is not merely a matter of posting job ads; it's a strategic imperative that underpins the success of any senior living community, especially one undergoing revitalization. A strong, dedicated, and well-trained staff is the backbone of quality care, and their stability contributes significantly to resident satisfaction and the overall reputation of the facility. The process of attracting and retaining highly qualified staff requires a multi-faceted approach, addressing compensation, benefits, professional development, and the creation of a positive and supportive work environment.</w:t>
      </w:r>
    </w:p>
    <w:p w14:paraId="76593E7B" w14:textId="77777777" w:rsidR="00780EC0" w:rsidRDefault="00000000">
      <w:r>
        <w:br/>
        <w:t>Competitive compensation and benefits packages are fundamental. Simply offering the minimum wage is insufficient in today's competitive job market, particularly in the demanding field of senior care. Conducting thorough market research to understand prevailing wage rates and benefits packages offered by comparable facilities in the area is crucial. This information should be used to craft a compensation structure that is not only competitive but also reflects the value and dedication of the staff. Beyond base salary, offering a comprehensive benefits package is equally important. This might include health insurance, dental insurance, vision insurance, life insurance, disability insurance, paid time off, and retirement plans. The more comprehensive the benefits package, the more attractive the position becomes to potential candidates.</w:t>
      </w:r>
    </w:p>
    <w:p w14:paraId="58BEF975" w14:textId="77777777" w:rsidR="00780EC0" w:rsidRDefault="00780EC0"/>
    <w:p w14:paraId="3174D240" w14:textId="77777777" w:rsidR="00780EC0" w:rsidRDefault="00000000">
      <w:r>
        <w:br/>
        <w:t>Furthermore, the inclusion of unique benefits can significantly enhance the attractiveness of the employment package. Consider offering employee assistance programs (EAPs) to provide confidential counseling and support services for employees. Offering tuition reimbursement or scholarships for continuing education demonstrates a commitment to employee growth and professional development. On-site childcare or eldercare services can provide significant relief for employees with family responsibilities. Flexible work schedules, such as compressed workweeks or telecommuting options (where appropriate), can enhance work-life balance and improve employee morale. Finally, considering offering perks such as gym memberships, discounts on local services, or employee recognition programs further solidifies the overall compensation and benefits package.</w:t>
      </w:r>
    </w:p>
    <w:p w14:paraId="69B2A56F" w14:textId="77777777" w:rsidR="00780EC0" w:rsidRDefault="00780EC0"/>
    <w:p w14:paraId="05817868" w14:textId="77777777" w:rsidR="00780EC0" w:rsidRDefault="00000000">
      <w:r>
        <w:br/>
        <w:t xml:space="preserve">Opportunities for professional development are essential for attracting and retaining highly skilled individuals. Senior care is a constantly evolving field, with new advancements in technology, treatments, and best practices emerging regularly. Offering continuing education opportunities demonstrates a commitment to staff growth and enables them to stay current in their field. This might include providing access to online courses, workshops, conferences, and specialized training programs. Offering opportunities for career </w:t>
      </w:r>
      <w:r>
        <w:lastRenderedPageBreak/>
        <w:t>advancement within the facility creates a pathway for professional growth and increases employee loyalty. Mentorship programs, where experienced staff members mentor newer employees, can provide valuable support and guidance, accelerating the professional development of the newer employees and creating a sense of community.</w:t>
      </w:r>
    </w:p>
    <w:p w14:paraId="52F4E288" w14:textId="77777777" w:rsidR="00780EC0" w:rsidRDefault="00780EC0"/>
    <w:p w14:paraId="17A35074" w14:textId="77777777" w:rsidR="00780EC0" w:rsidRDefault="00000000">
      <w:r>
        <w:br/>
        <w:t>Creating a positive work environment is paramount. This goes beyond simply providing a clean and safe workplace. It requires fostering a culture of respect, teamwork, and collaboration. Regular staff meetings should be held, not only to disseminate information but also to solicit feedback and address concerns. Open communication channels should be established, allowing staff to voice their opinions and ideas without fear of retribution. Recognizing and rewarding exceptional performance is essential to boost morale and encourage a sense of accomplishment. Implementing regular employee appreciation programs, such as employee of the month awards or team celebrations, can greatly increase employee morale and engagement.</w:t>
      </w:r>
    </w:p>
    <w:p w14:paraId="6F522BD5" w14:textId="77777777" w:rsidR="00780EC0" w:rsidRDefault="00780EC0"/>
    <w:p w14:paraId="3E688556" w14:textId="77777777" w:rsidR="00780EC0" w:rsidRDefault="00000000">
      <w:r>
        <w:br/>
        <w:t>Effective employee engagement programs, tailored to the specific needs and interests of the staff, can significantly enhance the work environment and improve retention rates. These programs might include team-building activities, social events, or wellness initiatives. Providing regular opportunities for staff to socialize and build relationships outside of the work setting strengthens team cohesion. Active listening and addressing employee concerns are critical aspects of cultivating a positive work environment. Regular feedback sessions should be conducted to gather input and identify potential areas for improvement. A culture of transparency and accountability fosters trust and mutual respect among staff members.</w:t>
      </w:r>
    </w:p>
    <w:p w14:paraId="4AD010EE" w14:textId="77777777" w:rsidR="00780EC0" w:rsidRDefault="00780EC0"/>
    <w:p w14:paraId="2B264863" w14:textId="77777777" w:rsidR="00780EC0" w:rsidRDefault="00000000">
      <w:r>
        <w:br/>
        <w:t>Addressing potential burnout is crucial in the high-stress environment of senior care. Providing adequate staffing levels to prevent overwork is paramount. Offering opportunities for staff to take breaks and have time off is essential to prevent burnout. Creating a culture of work-life balance encourages employees to prioritize their personal well-being, resulting in increased job satisfaction and reduced burnout. Employee wellness programs, including stress management workshops or access to mental health resources, demonstrate the community’s commitment to employee well-being. A robust employee assistance program (EAP) can be an invaluable resource for employees facing personal or professional challenges.</w:t>
      </w:r>
    </w:p>
    <w:p w14:paraId="76B3D434" w14:textId="77777777" w:rsidR="00780EC0" w:rsidRDefault="00780EC0"/>
    <w:p w14:paraId="6BE0D1B7" w14:textId="77777777" w:rsidR="00780EC0" w:rsidRDefault="00000000">
      <w:r>
        <w:lastRenderedPageBreak/>
        <w:br/>
        <w:t>Staff retention is not just about retaining employees; it's about retaining institutional knowledge, continuity of care, and a consistent approach to service delivery. High staff turnover disrupts the delicate balance of a senior living community, negatively impacting resident care and increasing operational costs associated with recruitment and training. Implementing robust staff retention strategies significantly minimizes turnover, leading to increased stability and a more positive work environment. Analyzing staff turnover data to identify patterns and potential causes enables proactive intervention to address issues that contribute to employee departures. Regular exit interviews provide valuable insights into the reasons for employee departures, allowing for improvements in policies and practices.</w:t>
      </w:r>
    </w:p>
    <w:p w14:paraId="2ADA38DE" w14:textId="77777777" w:rsidR="00780EC0" w:rsidRDefault="00780EC0"/>
    <w:p w14:paraId="10C458F8" w14:textId="77777777" w:rsidR="00780EC0" w:rsidRDefault="00000000">
      <w:r>
        <w:br/>
        <w:t>The strategies for recruiting and retaining top talent must be integrated into the overall operational strategy of the senior living community. This means that the efforts to attract and retain staff should align with the overall mission and vision of the facility. A strong emphasis on teamwork, communication, and resident-centered care should permeate all aspects of the organization, from recruitment and hiring to training and retention. By creating a culture of excellence and support, senior living facilities can attract and retain the highly skilled and dedicated professionals necessary to provide high-quality care and enhance the lives of their residents. The investment in employee well-being is not simply an expense; it is a strategic investment in the long-term success and sustainability of the community. This approach positions the facility as an employer of choice, enhancing its reputation and ensuring the provision of the highest quality senior care. The creation of a sustainable, high-performing workforce is the cornerstone of a thriving and reputable senior living community.</w:t>
      </w:r>
    </w:p>
    <w:p w14:paraId="5795DE09" w14:textId="77777777" w:rsidR="00780EC0" w:rsidRDefault="00780EC0"/>
    <w:p w14:paraId="2B73E519" w14:textId="77777777" w:rsidR="00780EC0" w:rsidRDefault="00000000">
      <w:r>
        <w:t>Developing strong leadership and management skills is not merely a desirable attribute; it's the lifeblood of a thriving senior living community, particularly one navigating a revitalization process. A robust leadership pipeline, coupled with a commitment to ongoing professional development, is crucial for creating a culture of excellence and ensuring the long-term success of the facility. This involves a multi-pronged approach encompassing targeted training programs, effective mentoring schemes, and the establishment of clear accountability structures that empower staff at all levels.</w:t>
      </w:r>
    </w:p>
    <w:p w14:paraId="1828C428" w14:textId="77777777" w:rsidR="00780EC0" w:rsidRDefault="00000000">
      <w:r>
        <w:br/>
        <w:t xml:space="preserve">One of the most effective ways to cultivate strong leadership is through comprehensive training programs tailored to the specific needs of the senior living environment. These programs should go beyond basic compliance training and delve into the intricacies of effective management, including communication strategies, conflict resolution techniques, and performance management methodologies. Leadership training should not be a one-time event, but rather an ongoing process of skill-building and refinement. Regular </w:t>
      </w:r>
      <w:r>
        <w:lastRenderedPageBreak/>
        <w:t>workshops, seminars, and online courses can provide staff with the opportunity to continuously enhance their leadership capabilities. These courses should incorporate both theoretical knowledge and practical application, allowing participants to learn from experienced professionals and apply their newly acquired skills in real-world scenarios. Role-playing exercises, case studies, and simulations can create a safe environment for staff to practice leadership techniques without the pressure of real-world consequences. The curriculum should also address the unique challenges faced by leaders in senior living, such as managing diverse teams, navigating ethical dilemmas, and dealing with emotionally challenging situations.</w:t>
      </w:r>
    </w:p>
    <w:p w14:paraId="6EF9DE5D" w14:textId="77777777" w:rsidR="00780EC0" w:rsidRDefault="00780EC0"/>
    <w:p w14:paraId="02D47998" w14:textId="77777777" w:rsidR="00780EC0" w:rsidRDefault="00000000">
      <w:r>
        <w:br/>
        <w:t>Mentorship programs play a vital role in developing future leaders within the facility. Pairing experienced managers with aspiring leaders provides invaluable opportunities for guidance, support, and knowledge transfer. Mentors can act as role models, offering advice and feedback on leadership styles, decision-making processes, and strategic planning. They can also provide support and encouragement during challenging times, helping mentees to develop resilience and overcome obstacles. Mentorship relationships should be built on mutual respect and trust, with a clear understanding of the goals and expectations of both the mentor and the mentee. Regular meetings should be scheduled to allow for open communication and the sharing of experiences and perspectives. The mentorship program should also include a structured framework, with clear guidelines on the roles and responsibilities of both parties, as well as regular evaluations to ensure the effectiveness of the program.</w:t>
      </w:r>
    </w:p>
    <w:p w14:paraId="2C496D99" w14:textId="77777777" w:rsidR="00780EC0" w:rsidRDefault="00780EC0"/>
    <w:p w14:paraId="17FE54F6" w14:textId="77777777" w:rsidR="00780EC0" w:rsidRDefault="00000000">
      <w:r>
        <w:br/>
        <w:t>Creating a culture of accountability and empowerment is essential for fostering a high-performing team. Accountability is not about punishment; it's about fostering a sense of responsibility and ownership among staff members. Clear expectations should be established for every role within the facility, with specific goals and performance indicators clearly defined. Regular performance reviews should be conducted to provide constructive feedback and identify areas for improvement. The performance review process should be a collaborative effort, with both the manager and the employee actively participating in the discussion and setting goals for the future. These goals should be realistic, measurable, achievable, relevant, and time-bound (SMART goals). The emphasis should be on continuous improvement and growth, rather than simply evaluating past performance.</w:t>
      </w:r>
    </w:p>
    <w:p w14:paraId="130E2BB3" w14:textId="77777777" w:rsidR="00780EC0" w:rsidRDefault="00780EC0"/>
    <w:p w14:paraId="21AF2CB3" w14:textId="77777777" w:rsidR="00780EC0" w:rsidRDefault="00000000">
      <w:r>
        <w:br/>
        <w:t xml:space="preserve">Empowerment involves giving staff the autonomy and authority to make decisions and take ownership of their work. This requires a shift in leadership style from a hierarchical model </w:t>
      </w:r>
      <w:r>
        <w:lastRenderedPageBreak/>
        <w:t>to a more collaborative and participatory approach. Managers should delegate tasks and responsibilities appropriately, providing staff with the resources and support they need to succeed. Empowerment also means fostering a culture of open communication, where staff feel comfortable expressing their ideas and concerns without fear of retribution. Regular staff meetings and open forums can provide opportunities for feedback and input from all levels of the organization. Encouraging creativity and innovation is crucial for fostering a culture of empowerment. Staff should be encouraged to propose new ideas and solutions, and their contributions should be valued and recognized. This can be achieved through regular brainstorming sessions, suggestion boxes, and reward programs that recognize innovative thinking.</w:t>
      </w:r>
    </w:p>
    <w:p w14:paraId="58528B1E" w14:textId="77777777" w:rsidR="00780EC0" w:rsidRDefault="00780EC0"/>
    <w:p w14:paraId="71AFF1A9" w14:textId="77777777" w:rsidR="00780EC0" w:rsidRDefault="00000000">
      <w:r>
        <w:br/>
        <w:t>To further develop leadership and management skills, consider implementing leadership development programs that are both internal and external. Internal programs could include workshops, shadowing opportunities, and mentoring programs led by experienced staff members within the community. External programs might involve sending staff to conferences, enrolling them in leadership development courses at local colleges or universities, or participating in external coaching programs. These programs will expose the staff to new ideas and best practices in senior living leadership, thereby broadening their knowledge base and expanding their skill set. Regular feedback mechanisms, such as 360-degree feedback, can provide valuable insights into leadership styles and performance, facilitating continuous improvement and development.</w:t>
      </w:r>
    </w:p>
    <w:p w14:paraId="05D6D297" w14:textId="77777777" w:rsidR="00780EC0" w:rsidRDefault="00780EC0"/>
    <w:p w14:paraId="1D599771" w14:textId="77777777" w:rsidR="00780EC0" w:rsidRDefault="00000000">
      <w:r>
        <w:br/>
        <w:t>Creating a culture of excellence within a senior living facility demands a commitment to ongoing learning and development, not just for leadership but for all staff. Regular training sessions should be conducted on topics such as resident care, safety protocols, and emergency procedures. These sessions should be engaging and interactive, using a variety of methods such as role-playing, simulations, and case studies. Investing in staff development is an investment in the quality of care provided to residents and contributes significantly to a positive and supportive work environment.</w:t>
      </w:r>
    </w:p>
    <w:p w14:paraId="11138074" w14:textId="77777777" w:rsidR="00780EC0" w:rsidRDefault="00780EC0"/>
    <w:p w14:paraId="343390AC" w14:textId="77777777" w:rsidR="00780EC0" w:rsidRDefault="00000000">
      <w:r>
        <w:br/>
        <w:t xml:space="preserve">Financial resources allocated to staff development are often seen as an expense, but they are actually a significant investment in the long-term success of the community. A well-trained and empowered workforce is far more likely to be productive, engaged, and committed to providing high-quality care. Reduced staff turnover, improved resident satisfaction, and enhanced operational efficiency all contribute to a stronger financial </w:t>
      </w:r>
      <w:r>
        <w:lastRenderedPageBreak/>
        <w:t>position. The return on investment in staff development can be substantial and will greatly benefit the facility.</w:t>
      </w:r>
    </w:p>
    <w:p w14:paraId="3941E89B" w14:textId="77777777" w:rsidR="00780EC0" w:rsidRDefault="00780EC0"/>
    <w:p w14:paraId="30855F25" w14:textId="77777777" w:rsidR="00780EC0" w:rsidRDefault="00000000">
      <w:r>
        <w:br/>
        <w:t>Addressing potential leadership gaps is crucial to prevent future challenges. Succession planning should be implemented to identify and develop future leaders within the facility. This process involves identifying high-potential employees and providing them with the opportunities and support they need to develop the necessary skills and experience to take on leadership roles in the future. By proactively developing future leaders, the facility ensures a smooth transition of leadership and maintains continuity of care. This reduces uncertainty and promotes stability, contributing to a positive work environment. Regular performance reviews and feedback sessions should be part of this succession planning process.</w:t>
      </w:r>
    </w:p>
    <w:p w14:paraId="079FEA4F" w14:textId="77777777" w:rsidR="00780EC0" w:rsidRDefault="00780EC0"/>
    <w:p w14:paraId="1CEC8057" w14:textId="77777777" w:rsidR="00780EC0" w:rsidRDefault="00000000">
      <w:r>
        <w:br/>
        <w:t>In summary, developing strong leadership and management skills is an ongoing process that requires a multifaceted approach. By investing in training programs, mentorship opportunities, and a culture of accountability and empowerment, senior living facilities can cultivate a high-performing team that is dedicated to providing exceptional care and enhancing the lives of their residents. This approach is not merely about improving the present; it is about building a foundation for long-term success and sustainability. The investment in people is the most valuable investment a senior living community can make.</w:t>
      </w:r>
    </w:p>
    <w:p w14:paraId="38044074" w14:textId="77777777" w:rsidR="00780EC0" w:rsidRDefault="00780EC0"/>
    <w:p w14:paraId="16297A7C" w14:textId="77777777" w:rsidR="00780EC0" w:rsidRDefault="00000000">
      <w:r>
        <w:t>Improving communication and collaboration among staff is paramount to creating a high-performing team within a senior living facility. Effective communication isn't just about exchanging information; it's about fostering a shared understanding, building trust, and creating a sense of community among the staff. In a revitalized facility, this is even more critical, as rebuilding trust and morale necessitates a transparent and open environment where every voice is heard and valued.</w:t>
      </w:r>
    </w:p>
    <w:p w14:paraId="504CA071" w14:textId="77777777" w:rsidR="00780EC0" w:rsidRDefault="00000000">
      <w:r>
        <w:br/>
        <w:t xml:space="preserve">One of the most effective strategies is to establish regular staff meetings. These meetings shouldn't be merely informational sessions; they should be interactive forums where concerns can be voiced, ideas shared, and collaborative solutions developed. The format should be structured but flexible, allowing for both planned agenda items and open discussion. Consider rotating facilitation responsibilities among different team members to foster a sense of ownership and shared responsibility. The focus should be on problem-solving and proactive planning, rather than simply reporting on past events. For example, a monthly meeting could dedicate time to reviewing resident satisfaction surveys, </w:t>
      </w:r>
      <w:r>
        <w:lastRenderedPageBreak/>
        <w:t>brainstorming ways to improve resident care, discussing challenges faced by different departments, and collaboratively setting goals for the upcoming month.</w:t>
      </w:r>
    </w:p>
    <w:p w14:paraId="26B3EE23" w14:textId="77777777" w:rsidR="00780EC0" w:rsidRDefault="00780EC0"/>
    <w:p w14:paraId="5FC37B72" w14:textId="77777777" w:rsidR="00780EC0" w:rsidRDefault="00000000">
      <w:r>
        <w:br/>
        <w:t>To supplement regular meetings, diverse communication channels are vital. This might include weekly email updates summarizing important information, an online communication platform (like Slack or Microsoft Teams) for quick questions and informal communication, or even a dedicated suggestion box for anonymous feedback. It's essential that these channels are consistently monitored and responded to promptly. Delayed or unanswered communication can quickly erode trust and create a sense of disconnect amongst staff members. The implementation of a robust communication system should be supported by clear guidelines on communication protocols, response times, and escalation procedures. This prevents miscommunication and ensures that important information reaches the relevant individuals in a timely manner.</w:t>
      </w:r>
    </w:p>
    <w:p w14:paraId="6963B03C" w14:textId="77777777" w:rsidR="00780EC0" w:rsidRDefault="00780EC0"/>
    <w:p w14:paraId="306CD640" w14:textId="77777777" w:rsidR="00780EC0" w:rsidRDefault="00000000">
      <w:r>
        <w:br/>
        <w:t>Team-building activities play a significant role in strengthening relationships and fostering a sense of camaraderie among staff members. These activities don't have to be elaborate or expensive; simple, regular events can have a profound impact. Organizing informal gatherings, like coffee breaks or lunch-and-learns, can provide opportunities for staff to connect on a personal level, strengthening bonds and fostering a sense of community. More structured team-building exercises, such as problem-solving games or volunteer projects, can promote collaborative skills and build trust amongst team members. The goal should be to create a fun, relaxed atmosphere where individuals feel comfortable interacting with each other outside of their usual work roles. Consider incorporating resident involvement in these activities to build bridges across staff and resident communities, fostering a more holistic and connected environment. For instance, a team-building event could involve creating a mural with residents, organizing a garden project to beautify the facility grounds, or participating in a local charity event together.</w:t>
      </w:r>
    </w:p>
    <w:p w14:paraId="5A6410AB" w14:textId="77777777" w:rsidR="00780EC0" w:rsidRDefault="00780EC0"/>
    <w:p w14:paraId="4BE04B89" w14:textId="77777777" w:rsidR="00780EC0" w:rsidRDefault="00000000">
      <w:r>
        <w:br/>
        <w:t xml:space="preserve">Creating a positive and supportive team environment extends beyond merely facilitating communication and collaboration. It involves cultivating a culture of mutual respect, appreciation, and recognition. This requires active leadership engagement in fostering a positive work atmosphere. Leaders should lead by example, demonstrating respectful communication styles, actively listening to staff concerns, and providing constructive feedback. Open-door policies, where staff feel comfortable approaching management with questions or concerns, are crucial. Regular staff appreciation events and recognition programs acknowledge the hard work and dedication of the staff, fostering a sense of value </w:t>
      </w:r>
      <w:r>
        <w:lastRenderedPageBreak/>
        <w:t>and accomplishment. This can include simple gestures like verbal praise, handwritten thank-you notes, or more formal rewards such as employee of the month awards or team-based incentives. Public acknowledgement of achievements, both individual and collective, can significantly boost morale and strengthen the sense of community. This could include featuring staff stories in internal newsletters or on the community's website, highlighting their dedication and contributions to resident care.</w:t>
      </w:r>
    </w:p>
    <w:p w14:paraId="76BE9152" w14:textId="77777777" w:rsidR="00780EC0" w:rsidRDefault="00780EC0"/>
    <w:p w14:paraId="07D9ECBB" w14:textId="77777777" w:rsidR="00780EC0" w:rsidRDefault="00000000">
      <w:r>
        <w:br/>
        <w:t>Addressing conflict effectively is another key aspect of building a positive team environment. Conflicts are inevitable in any workplace; however, the way these conflicts are handled significantly impacts team dynamics. Establishing clear protocols for conflict resolution is critical. This may involve mediation services or training programs that equip staff with conflict resolution skills. The goal is not necessarily to eliminate conflict entirely but to create a mechanism for addressing disagreements constructively, ensuring that issues are resolved fairly and efficiently, preventing escalation and preserving positive working relationships. By creating a culture where conflicts are addressed openly and honestly, staff members will feel more comfortable voicing concerns and working together to find solutions.</w:t>
      </w:r>
    </w:p>
    <w:p w14:paraId="4E5B71AA" w14:textId="77777777" w:rsidR="00780EC0" w:rsidRDefault="00780EC0"/>
    <w:p w14:paraId="25245549" w14:textId="77777777" w:rsidR="00780EC0" w:rsidRDefault="00000000">
      <w:r>
        <w:br/>
        <w:t>Furthermore, ensuring diversity and inclusion in the workplace significantly enhances communication and collaboration. Valuing diverse perspectives and backgrounds enriches the workplace, leading to better decision-making and improved service. The establishment of diversity and inclusion initiatives can facilitate communication and collaboration by fostering empathy and understanding amongst employees. This might involve providing diversity and inclusion training to enhance awareness and sensitivity, creating employee resource groups to foster a sense of belonging among diverse staff members, and recruiting staff from a wide range of backgrounds to reflect the diversity of the resident population. Moreover, actively promoting inclusivity in everyday interactions – respecting differing communication styles and approaches – can create a positive and supportive working environment for everyone.</w:t>
      </w:r>
    </w:p>
    <w:p w14:paraId="7DE892C7" w14:textId="77777777" w:rsidR="00780EC0" w:rsidRDefault="00780EC0"/>
    <w:p w14:paraId="5E53E483" w14:textId="77777777" w:rsidR="00780EC0" w:rsidRDefault="00000000">
      <w:r>
        <w:br/>
        <w:t xml:space="preserve">Another significant factor is ensuring adequate staffing levels. Understaffing leads to burnout, increased stress, and reduced communication effectiveness. Sufficient staffing ensures that team members feel supported, reducing their workload and preventing them from becoming overwhelmed. Adequate staffing also allows for effective delegation of responsibilities, promoting teamwork and collaboration, and creating a less stressful work environment where individuals can communicate and collaborate more effectively. </w:t>
      </w:r>
      <w:r>
        <w:lastRenderedPageBreak/>
        <w:t>Regularly assessing staffing needs and making adjustments as necessary demonstrates management's commitment to staff well-being and efficiency. This commitment can significantly impact staff morale and foster a more positive and supportive team environment.</w:t>
      </w:r>
    </w:p>
    <w:p w14:paraId="537257F8" w14:textId="77777777" w:rsidR="00780EC0" w:rsidRDefault="00780EC0"/>
    <w:p w14:paraId="64A5B1E3" w14:textId="77777777" w:rsidR="00780EC0" w:rsidRDefault="00000000">
      <w:r>
        <w:br/>
        <w:t>Finally, promoting a culture of continuous learning and development is essential for enhancing communication and collaboration. Providing staff with opportunities to develop their communication and teamwork skills will improve the overall effectiveness of the team. This might involve providing training in areas such as active listening, conflict resolution, and collaborative problem-solving. Regularly conducting feedback sessions, where staff can share their experiences and suggestions, fosters a culture of ongoing improvement. Encouraging staff participation in professional development opportunities further strengthens their capabilities and allows them to share their learning with the wider team. By demonstrating a commitment to staff development, management showcases its investment in the team, fostering a culture of growth and continuous improvement. This contributes to a more engaged, motivated, and collaborative workforce.</w:t>
      </w:r>
    </w:p>
    <w:p w14:paraId="43A647C7" w14:textId="77777777" w:rsidR="00780EC0" w:rsidRDefault="00780EC0"/>
    <w:p w14:paraId="5D1C6FDD" w14:textId="77777777" w:rsidR="00780EC0" w:rsidRDefault="00000000">
      <w:r>
        <w:br/>
        <w:t>In conclusion, creating a high-performing team requires a multifaceted approach that prioritizes communication, collaboration, a positive work environment, and continuous learning. By implementing these strategies, senior living facilities can transform their workforce into a cohesive and highly effective team, ultimately contributing to a significant improvement in the quality of care provided to residents and a sustainable future for the facility. This investment in staff is not just an expense; it is a critical investment in the long-term success of the community, resulting in enhanced resident satisfaction, improved staff morale, and increased operational efficiency.</w:t>
      </w:r>
    </w:p>
    <w:p w14:paraId="26FC5192" w14:textId="77777777" w:rsidR="00780EC0" w:rsidRDefault="00780EC0"/>
    <w:p w14:paraId="38D2112D" w14:textId="77777777" w:rsidR="00780EC0" w:rsidRDefault="00000000">
      <w:r>
        <w:t>Implementing comprehensive and effective training programs is not merely a best practice in senior living; it's a cornerstone of operational success and a critical component of revitalizing a struggling community. A well-structured training program, aligned with the facility's overall goals and incorporating ongoing professional development, competency-based training, and regular performance evaluations, significantly impacts resident care, staff morale, and the facility's financial health. The absence of robust training, conversely, can lead to a cascade of negative consequences, including decreased efficiency, increased errors, heightened liability, and ultimately, a decline in the quality of life for residents.</w:t>
      </w:r>
    </w:p>
    <w:p w14:paraId="6DE9BB98" w14:textId="77777777" w:rsidR="00780EC0" w:rsidRDefault="00000000">
      <w:r>
        <w:br/>
        <w:t xml:space="preserve">The foundation of any effective training program lies in a thorough needs assessment. This involves identifying skill gaps, assessing current staff competencies, and anticipating future </w:t>
      </w:r>
      <w:r>
        <w:lastRenderedPageBreak/>
        <w:t>needs based on the facility's strategic goals. The assessment should encompass all levels of staff, from certified nursing assistants (CNAs) and licensed practical nurses (LPNs) to administrative personnel and management. Employing a variety of data collection methods—surveys, interviews, observations, and analysis of incident reports—provides a comprehensive understanding of the current training landscape. For example, analyzing incident reports can highlight areas where additional training in medication administration or fall prevention techniques is needed. Similarly, resident satisfaction surveys may reveal areas where improved communication or emotional support training is required. The assessment should also take into account the changing needs of the resident population, ensuring that staff training is aligned with the evolving needs of those they serve. For instance, if the facility is seeing an increase in residents with dementia, targeted training on dementia care is crucial. This needs assessment serves as the blueprint for designing a training program that is tailored to the specific needs of the facility and its staff.</w:t>
      </w:r>
    </w:p>
    <w:p w14:paraId="3ACEA4AA" w14:textId="77777777" w:rsidR="00780EC0" w:rsidRDefault="00780EC0"/>
    <w:p w14:paraId="248FDD8F" w14:textId="77777777" w:rsidR="00780EC0" w:rsidRDefault="00000000">
      <w:r>
        <w:br/>
        <w:t>Once the needs assessment is complete, the next step involves designing a robust training curriculum. This curriculum should incorporate various learning modalities to cater to diverse learning styles. Traditional classroom-based training, while effective for delivering foundational knowledge, should be supplemented with hands-on practical training, simulations, and online learning modules. For instance, hands-on training is invaluable for tasks like medication administration, wound care, and assisting residents with activities of daily living. Simulations can effectively replicate real-life scenarios, allowing staff to practice their skills in a safe and controlled environment. Online modules, particularly those that offer short, focused training on specific topics, provide flexibility and accessibility for staff, allowing them to access training at their convenience. This blended approach maximizes learning retention and ensures staff are proficient in the skills required for their roles.</w:t>
      </w:r>
    </w:p>
    <w:p w14:paraId="3E337B95" w14:textId="77777777" w:rsidR="00780EC0" w:rsidRDefault="00780EC0"/>
    <w:p w14:paraId="5818EBA7" w14:textId="77777777" w:rsidR="00780EC0" w:rsidRDefault="00000000">
      <w:r>
        <w:br/>
        <w:t>The training curriculum must be clearly structured and organized, incorporating a variety of learning objectives and performance criteria. Each training module should have specific learning outcomes, outlining what participants should be able to do upon completion. This clarity helps ensure that the training is focused and effective. Furthermore, the curriculum should include regular assessments to evaluate learning outcomes and provide feedback. These assessments can include written exams, practical demonstrations, and observation of performance. Regular feedback sessions ensure that staff receive constructive criticism and guidance, allowing them to continually refine their skills and improve their performance. This cycle of learning, assessment, and feedback is essential to ensure the ongoing development and competency of the staff.</w:t>
      </w:r>
    </w:p>
    <w:p w14:paraId="4F154E6B" w14:textId="77777777" w:rsidR="00780EC0" w:rsidRDefault="00780EC0"/>
    <w:p w14:paraId="7F6E3629" w14:textId="77777777" w:rsidR="00780EC0" w:rsidRDefault="00000000">
      <w:r>
        <w:lastRenderedPageBreak/>
        <w:br/>
        <w:t>Competency-based training is a particularly effective approach for ensuring that staff possess the skills and knowledge necessary to perform their jobs effectively and safely. This method focuses on demonstrating mastery of specific skills and competencies, rather than simply completing a set number of training hours. For instance, a CNA might be required to demonstrate proficiency in several areas like medication administration, wound care, and assisting residents with activities of daily living. This approach ensures that staff members are fully competent before undertaking specific tasks, minimizing risks and improving the quality of care.</w:t>
      </w:r>
    </w:p>
    <w:p w14:paraId="4220B430" w14:textId="77777777" w:rsidR="00780EC0" w:rsidRDefault="00780EC0"/>
    <w:p w14:paraId="7BAD617D" w14:textId="77777777" w:rsidR="00780EC0" w:rsidRDefault="00000000">
      <w:r>
        <w:br/>
        <w:t>A comprehensive training program must also address compliance issues. Senior living facilities are subject to a multitude of regulations and compliance requirements, and staff training must ensure adherence to these regulations. This includes training on topics such as infection control, medication administration, emergency procedures, and HIPAA regulations. Regular updates and refresher courses are essential to ensure that staff are aware of any changes in regulations or best practices. To demonstrate compliance, the facility should maintain comprehensive training records, documenting all training completed by each staff member. These records not only provide evidence of compliance but also serve as a valuable resource for tracking staff development and identifying areas for improvement.</w:t>
      </w:r>
    </w:p>
    <w:p w14:paraId="4581E043" w14:textId="77777777" w:rsidR="00780EC0" w:rsidRDefault="00780EC0"/>
    <w:p w14:paraId="22853ABD" w14:textId="77777777" w:rsidR="00780EC0" w:rsidRDefault="00000000">
      <w:r>
        <w:br/>
        <w:t>Beyond compliance, a culture of continuous improvement is essential. Regularly evaluating the effectiveness of the training program ensures that it remains relevant, up-to-date, and effective. This involves collecting feedback from staff, supervisors, and residents, identifying areas for improvement, and modifying the training curriculum accordingly. Data-driven decision-making is crucial in this process. For instance, if feedback reveals that staff struggle with a particular aspect of the training, the curriculum can be revised to address this difficulty. In addition, keeping abreast of industry best practices and emerging trends ensures that the facility’s training programs are aligned with the latest advancements in senior care.</w:t>
      </w:r>
    </w:p>
    <w:p w14:paraId="6C2B3AAD" w14:textId="77777777" w:rsidR="00780EC0" w:rsidRDefault="00780EC0"/>
    <w:p w14:paraId="5176ECC4" w14:textId="77777777" w:rsidR="00780EC0" w:rsidRDefault="00000000">
      <w:r>
        <w:br/>
        <w:t xml:space="preserve">Performance evaluations play a critical role in evaluating staff competencies and identifying areas for improvement. These evaluations should not be merely an annual formality; they should be ongoing, integrated into the daily operations of the facility. Regular feedback, both positive and constructive, should be provided to staff, allowing them to monitor their progress and identify areas where additional training or support may be necessary. The </w:t>
      </w:r>
      <w:r>
        <w:lastRenderedPageBreak/>
        <w:t>evaluation process should focus on observable behaviors and documented evidence of competency, rather than subjective opinions. This approach promotes fairness and transparency, building trust and fostering a culture of continuous improvement.</w:t>
      </w:r>
    </w:p>
    <w:p w14:paraId="5A660706" w14:textId="77777777" w:rsidR="00780EC0" w:rsidRDefault="00780EC0"/>
    <w:p w14:paraId="172859A2" w14:textId="77777777" w:rsidR="00780EC0" w:rsidRDefault="00000000">
      <w:r>
        <w:br/>
        <w:t>Finally, investing in staff training is not just a cost; it's an investment in the long-term success of the facility. Well-trained staff are more likely to provide high-quality care, leading to improved resident satisfaction, reduced turnover, and improved operational efficiency. This investment in human capital strengthens the facility's reputation, attracting new residents and building a strong foundation for sustainable growth. By prioritizing staff training and development, senior living facilities can create a more engaged and motivated workforce, leading to a better quality of life for residents and a more financially sustainable future. This commitment to excellence in training is not just a requirement; it’s a defining characteristic of a thriving senior living community.</w:t>
      </w:r>
    </w:p>
    <w:p w14:paraId="02035746" w14:textId="77777777" w:rsidR="00780EC0" w:rsidRDefault="00780EC0"/>
    <w:p w14:paraId="5537CD7A" w14:textId="77777777" w:rsidR="00780EC0" w:rsidRDefault="00000000">
      <w:r>
        <w:t>Creating a positive and supportive work environment is paramount to the success of any senior living facility, particularly those undergoing revitalization. A stressed, demoralized staff directly impacts resident care, operational efficiency, and the overall atmosphere of the community. Conversely, a supportive and engaging workplace fosters a culture of excellence, leading to improved resident outcomes, increased staff retention, and enhanced financial stability. This section will delve into practical strategies for cultivating such an environment.</w:t>
      </w:r>
    </w:p>
    <w:p w14:paraId="58D2B23D" w14:textId="77777777" w:rsidR="00780EC0" w:rsidRDefault="00000000">
      <w:r>
        <w:br/>
        <w:t>One of the most significant contributors to staff burnout is excessive workload and inadequate staffing levels. Addressing this requires a multi-pronged approach. First, a thorough assessment of current staffing needs is crucial. This involves analyzing resident acuity, staff-to-resident ratios, and the complexity of care required. Often, facilities struggle with understaffing due to budgetary constraints or difficulty in recruiting and retaining qualified personnel. However, simply increasing the number of staff may not be enough; it is equally vital to optimize staff deployment. Implementing effective scheduling systems that account for peak demand periods and ensuring adequate coverage during weekends and holidays are essential. This might involve exploring flexible scheduling options or employing supplemental staff during busy periods. Utilizing technology, such as electronic health records (EHRs) and automated scheduling tools, can streamline workflows and free up staff time for direct resident care.</w:t>
      </w:r>
    </w:p>
    <w:p w14:paraId="260CB4BD" w14:textId="77777777" w:rsidR="00780EC0" w:rsidRDefault="00780EC0"/>
    <w:p w14:paraId="507E83B0" w14:textId="77777777" w:rsidR="00780EC0" w:rsidRDefault="00000000">
      <w:r>
        <w:br/>
        <w:t xml:space="preserve">Beyond efficient staffing, fostering a culture of teamwork and collaboration is essential. This involves implementing effective communication strategies and fostering a sense of shared </w:t>
      </w:r>
      <w:r>
        <w:lastRenderedPageBreak/>
        <w:t>purpose among staff members. Regular team meetings, both formal and informal, create opportunities for information sharing, problem-solving, and building camaraderie. Creating cross-training programs allows staff to gain experience in different roles, enhancing their versatility and reducing the burden on individual team members. This also provides opportunities for staff development and career advancement, fostering a sense of professional growth and investment in the facility's success. Open communication channels, including suggestion boxes, regular feedback sessions, and anonymous surveys, ensure that staff feel heard and valued. This fosters a sense of psychological safety, allowing staff to voice concerns and contribute to improvements without fear of reprisal.</w:t>
      </w:r>
    </w:p>
    <w:p w14:paraId="208EC64A" w14:textId="77777777" w:rsidR="00780EC0" w:rsidRDefault="00780EC0"/>
    <w:p w14:paraId="2059C613" w14:textId="77777777" w:rsidR="00780EC0" w:rsidRDefault="00000000">
      <w:r>
        <w:br/>
        <w:t>Addressing the emotional toll of working in senior living is equally important. Caring for elderly residents, particularly those with complex medical needs or dementia, can be emotionally draining. Implementing stress management programs, such as on-site mindfulness sessions, yoga classes, or access to employee assistance programs (EAPs), can significantly reduce burnout. Providing access to mental health resources and encouraging staff to utilize these services can foster a culture of self-care and prioritize mental wellbeing. Regular recognition and appreciation for staff efforts is also critical. This can include informal praise, formal awards, employee-of-the-month programs, or simply acknowledging individual contributions during team meetings. Publicly acknowledging staff achievements, whether big or small, fosters a sense of recognition and boosts morale.</w:t>
      </w:r>
    </w:p>
    <w:p w14:paraId="2F107B6E" w14:textId="77777777" w:rsidR="00780EC0" w:rsidRDefault="00780EC0"/>
    <w:p w14:paraId="265BEB1A" w14:textId="77777777" w:rsidR="00780EC0" w:rsidRDefault="00000000">
      <w:r>
        <w:br/>
        <w:t>Another crucial aspect of creating a supportive work environment is investing in staff development and training beyond the basics already discussed. Continuous professional development is not simply a compliance issue but a vital element in maintaining a high-quality workforce. This might involve offering tuition reimbursement for continuing education courses, providing opportunities for professional certifications, or sponsoring attendance at industry conferences. Investing in leadership training for supervisory staff ensures that they are equipped to effectively manage their teams, provide support, and foster a positive work environment. This also provides career advancement opportunities, increasing employee engagement and reducing turnover. Offering mentorship programs, where experienced staff members guide new employees, provides valuable support and facilitates knowledge transfer, leading to smoother onboarding and increased staff retention. These initiatives not only improve staff morale but also enhance the quality of care residents receive.</w:t>
      </w:r>
    </w:p>
    <w:p w14:paraId="2F570A81" w14:textId="77777777" w:rsidR="00780EC0" w:rsidRDefault="00780EC0"/>
    <w:p w14:paraId="393ACA56" w14:textId="77777777" w:rsidR="00780EC0" w:rsidRDefault="00000000">
      <w:r>
        <w:br/>
        <w:t xml:space="preserve">Fair and consistent compensation and benefits packages are indispensable in attracting and </w:t>
      </w:r>
      <w:r>
        <w:lastRenderedPageBreak/>
        <w:t>retaining high-quality staff. This requires a thorough review of current compensation structures, comparing them to industry benchmarks and ensuring that salaries and benefits are competitive. Creating a clear and transparent compensation system, including opportunities for advancement and merit-based increases, fosters a sense of fairness and motivates employees. Offering flexible work arrangements, such as compressed workweeks or telecommuting options where feasible, demonstrates a commitment to staff well-being and work-life balance. Providing benefits such as health insurance, paid time off, and retirement plans is essential in attracting and retaining employees. Investing in a robust employee wellness program, including on-site fitness facilities, healthy meal options, or health screenings, demonstrates a commitment to staff well-being beyond mere compensation.</w:t>
      </w:r>
    </w:p>
    <w:p w14:paraId="1F71060F" w14:textId="77777777" w:rsidR="00780EC0" w:rsidRDefault="00780EC0"/>
    <w:p w14:paraId="4E02257F" w14:textId="77777777" w:rsidR="00780EC0" w:rsidRDefault="00000000">
      <w:r>
        <w:br/>
        <w:t>Beyond tangible benefits, fostering a culture of respect and inclusivity is paramount. Senior living facilities often employ a diverse workforce, and fostering a workplace where every employee feels valued and respected, regardless of background or identity, is crucial. This involves implementing anti-discrimination policies and providing diversity and inclusion training for all staff. Creating employee resource groups, where employees with shared backgrounds or identities can connect and support each other, can enhance a sense of belonging and improve morale. Regularly soliciting feedback from staff, not just on operational matters, but also on the overall work environment and the feelings of staff, creates an environment where employees feel comfortable raising concerns. This helps management to promptly address any issues, preventing minor problems from escalating into larger, more damaging issues.</w:t>
      </w:r>
    </w:p>
    <w:p w14:paraId="43654DE1" w14:textId="77777777" w:rsidR="00780EC0" w:rsidRDefault="00780EC0"/>
    <w:p w14:paraId="20699B4A" w14:textId="77777777" w:rsidR="00780EC0" w:rsidRDefault="00000000">
      <w:r>
        <w:br/>
        <w:t>Furthermore, creating opportunities for staff to participate in facility decision-making processes fosters a sense of ownership and commitment. This might involve establishing staff committees to address specific issues, or simply creating open forums for staff to provide input on facility policies and procedures. Encouraging suggestions and actively implementing viable improvements demonstrates respect for staff expertise and commitment to continuous improvement. It shows employees that their contributions are valued, which directly impacts morale and job satisfaction. Implementing a robust feedback mechanism, where staff can provide anonymous feedback without fear of reprisal, is crucial in identifying and addressing issues promptly, before they negatively impact morale or resident care.</w:t>
      </w:r>
    </w:p>
    <w:p w14:paraId="0E77249A" w14:textId="77777777" w:rsidR="00780EC0" w:rsidRDefault="00780EC0"/>
    <w:p w14:paraId="0BC3DCB3" w14:textId="77777777" w:rsidR="00780EC0" w:rsidRDefault="00000000">
      <w:r>
        <w:br/>
        <w:t xml:space="preserve">Finally, celebrating successes, both large and small, is an essential component of cultivating </w:t>
      </w:r>
      <w:r>
        <w:lastRenderedPageBreak/>
        <w:t>a positive work environment. Regularly acknowledging team accomplishments, whether it's achieving a high level of resident satisfaction, successfully implementing a new program, or overcoming a challenging situation, fosters a sense of shared pride and accomplishment. This can involve organizing team celebrations, distributing recognition awards, or simply publicly acknowledging accomplishments during staff meetings. Creating a visually appealing and welcoming environment, with bright and clean spaces, comfortable break areas, and opportunities for social interaction, demonstrates a commitment to staff well-being and fosters a more positive work atmosphere. In short, creating a truly supportive work environment requires a multifaceted approach, combining practical strategies with a genuine commitment to staff well-being and a culture of respect, recognition, and appreciation. The investment pays off handsomely in improved staff morale, enhanced resident care, and ultimately, the long-term success of the facility.</w:t>
      </w:r>
    </w:p>
    <w:p w14:paraId="73F66DB4" w14:textId="77777777" w:rsidR="00780EC0" w:rsidRDefault="00780EC0"/>
    <w:p w14:paraId="4FDB98D0" w14:textId="77777777" w:rsidR="00780EC0" w:rsidRDefault="00000000">
      <w:r>
        <w:br w:type="page"/>
      </w:r>
    </w:p>
    <w:p w14:paraId="36823828" w14:textId="77777777" w:rsidR="00780EC0" w:rsidRDefault="00000000">
      <w:pPr>
        <w:spacing w:before="5040"/>
        <w:jc w:val="center"/>
      </w:pPr>
      <w:r>
        <w:lastRenderedPageBreak/>
        <w:t xml:space="preserve"> Chapter 6:  Building a Strong Brand and Reputation</w:t>
      </w:r>
    </w:p>
    <w:p w14:paraId="3CB13325" w14:textId="77777777" w:rsidR="00780EC0" w:rsidRDefault="00000000">
      <w:r>
        <w:t>Developing a compelling brand identity is crucial for revitalizing a struggling senior living facility. It's more than just a logo; it's about crafting a narrative that resonates with prospective residents, their families, and the wider community. This involves a multifaceted approach, encompassing the facility's unique selling proposition, its visual identity, and its consistent messaging across all communication channels.</w:t>
      </w:r>
    </w:p>
    <w:p w14:paraId="7503D965" w14:textId="77777777" w:rsidR="00780EC0" w:rsidRDefault="00000000">
      <w:r>
        <w:br/>
        <w:t>First, we need to identify the core values and unique selling proposition (USP) of the community. What sets this facility apart from its competitors? Is it the exceptional level of care provided, the vibrant social atmosphere, the innovative programs offered, or perhaps a beautiful and tranquil setting? The USP should be clearly defined and easily communicated. This often requires a deep dive into the community's strengths and weaknesses, comparing it to local competitors. We need to understand what residents and families value most and how the facility excels in meeting those needs. This process often involves conducting surveys, focus groups, and one-on-one interviews with current residents, their families, staff, and even former residents or those who have declined services. Understanding their needs, expectations, and perceptions is crucial in defining a brand identity that genuinely resonates.</w:t>
      </w:r>
    </w:p>
    <w:p w14:paraId="2FB7F86B" w14:textId="77777777" w:rsidR="00780EC0" w:rsidRDefault="00780EC0"/>
    <w:p w14:paraId="3FC1FCF5" w14:textId="77777777" w:rsidR="00780EC0" w:rsidRDefault="00000000">
      <w:r>
        <w:br/>
        <w:t>Once the USP is defined, we can begin to craft a compelling brand message. This message should succinctly articulate the facility's unique value proposition and resonate with the target audience. It should be positive, memorable, and easily understood. It's important to avoid generic statements and instead focus on concrete examples that showcase the facility's strengths. The brand message should be infused with the emotional resonance of the community. What feeling or experience does the facility aim to evoke? Is it a sense of warmth, security, independence, or perhaps a feeling of belonging and community? These emotional connections are often stronger than simply listing services and amenities.</w:t>
      </w:r>
    </w:p>
    <w:p w14:paraId="101225EA" w14:textId="77777777" w:rsidR="00780EC0" w:rsidRDefault="00780EC0"/>
    <w:p w14:paraId="23452C7F" w14:textId="77777777" w:rsidR="00780EC0" w:rsidRDefault="00000000">
      <w:r>
        <w:br/>
        <w:t xml:space="preserve">Next, we move onto the visual identity of the brand. This includes the logo, color palette, typography, and overall aesthetic. The visual elements should reflect the brand message and evoke the desired emotions. For example, a community focused on comfort and security might utilize a calming color palette, such as soft blues and greens, while a community emphasizing energy and vitality might utilize brighter, more vibrant colors. The chosen typography should be legible and consistent with the brand personality. The logo itself should be memorable, easily recognizable, and adaptable to different applications. This should all be guided by professional branding and design expertise; a poorly executed visual </w:t>
      </w:r>
      <w:r>
        <w:lastRenderedPageBreak/>
        <w:t>identity can undermine even the strongest brand message. Professional consultation ensures the visual components align cohesively with the overall branding strategy.</w:t>
      </w:r>
    </w:p>
    <w:p w14:paraId="2FC8B73D" w14:textId="77777777" w:rsidR="00780EC0" w:rsidRDefault="00780EC0"/>
    <w:p w14:paraId="422A745B" w14:textId="77777777" w:rsidR="00780EC0" w:rsidRDefault="00000000">
      <w:r>
        <w:br/>
        <w:t>Selecting appropriate marketing channels is essential in reaching the target audience. This goes beyond simple advertisements. Consider a multi-pronged approach. Local newspapers and community magazines remain powerful tools, especially among older demographics. Digital marketing, including social media and targeted online advertising, is crucial for reaching a wider audience, particularly younger generations who are often involved in the care decisions of their elderly family members. A well-designed website is a crucial touchpoint, providing comprehensive information about the facility, its services, and its amenities. The website should be user-friendly, visually appealing, and easy to navigate. Consider using high-quality photography and videography to showcase the facility and its residents in a positive light. This should communicate the emotional connection, highlighting the warmth and care, rather than merely showcasing sterile facilities.</w:t>
      </w:r>
    </w:p>
    <w:p w14:paraId="71BE8EB0" w14:textId="77777777" w:rsidR="00780EC0" w:rsidRDefault="00780EC0"/>
    <w:p w14:paraId="3674E8A7" w14:textId="77777777" w:rsidR="00780EC0" w:rsidRDefault="00000000">
      <w:r>
        <w:br/>
        <w:t>Content marketing plays a significant role. Creating blog posts, articles, and social media updates that provide valuable information and insights into senior living can establish the facility as a trusted resource and thought leader. This approach builds credibility and trust with the target audience. Consider informative pieces on topics such as dementia care, healthy aging, or navigating the transition into senior living. Focus on storytelling. Sharing resident stories and highlighting staff achievements can humanize the brand and establish a deeper connection with prospective residents and their families. These narratives build empathy and trustworthiness.</w:t>
      </w:r>
    </w:p>
    <w:p w14:paraId="3E0E2C1B" w14:textId="77777777" w:rsidR="00780EC0" w:rsidRDefault="00780EC0"/>
    <w:p w14:paraId="40BECEB1" w14:textId="77777777" w:rsidR="00780EC0" w:rsidRDefault="00000000">
      <w:r>
        <w:br/>
        <w:t>Beyond marketing materials, the entire resident experience contributes to the brand identity. This includes the physical environment of the facility, the quality of care provided, the social activities offered, and the overall atmosphere. All aspects must align with the brand message and the community’s promise. Training staff to reflect the brand values is crucial. Every interaction with residents, their families, and visitors should reinforce the brand message. Consistent and attentive service, genuine empathy, and a dedication to providing high-quality care are essential in building trust and establishing a positive brand reputation. Regularly monitoring resident satisfaction through surveys and feedback mechanisms allows for continuous improvement and ensures that the facility's service consistently aligns with its brand promise.</w:t>
      </w:r>
    </w:p>
    <w:p w14:paraId="730C2FB1" w14:textId="77777777" w:rsidR="00780EC0" w:rsidRDefault="00780EC0"/>
    <w:p w14:paraId="358E9FDF" w14:textId="77777777" w:rsidR="00780EC0" w:rsidRDefault="00000000">
      <w:r>
        <w:lastRenderedPageBreak/>
        <w:br/>
        <w:t>Furthermore, establishing strong relationships with local healthcare providers and community organizations is crucial in building a strong brand reputation. Collaborating on events, sharing resources, and participating in community initiatives can strengthen community ties and enhance the facility's visibility. This fosters trust and credibility. These collaborations not only build community connections but also enhance referrals. Building a network of trusted partners significantly impacts the number of residents and positively affects the bottom line. Active participation in local events, health fairs, or sponsoring community initiatives contributes to local engagement and visibility.</w:t>
      </w:r>
    </w:p>
    <w:p w14:paraId="3B98108B" w14:textId="77777777" w:rsidR="00780EC0" w:rsidRDefault="00780EC0"/>
    <w:p w14:paraId="53BF78DD" w14:textId="77777777" w:rsidR="00780EC0" w:rsidRDefault="00000000">
      <w:r>
        <w:br/>
        <w:t>Public relations are also key. Proactively sharing positive news and stories about the facility through press releases, media outreach, and social media can enhance its reputation and visibility within the community. This can involve highlighting achievements, recognizing staff, or celebrating resident milestones. Positive media coverage adds legitimacy and builds trust. Transparency in managing the community's operations and proactively addressing any challenges fosters credibility and trustworthiness.</w:t>
      </w:r>
    </w:p>
    <w:p w14:paraId="738CA45A" w14:textId="77777777" w:rsidR="00780EC0" w:rsidRDefault="00780EC0"/>
    <w:p w14:paraId="758A0A60" w14:textId="77777777" w:rsidR="00780EC0" w:rsidRDefault="00000000">
      <w:r>
        <w:br/>
        <w:t>Consistency is crucial in maintaining a strong brand identity. All marketing materials, communication efforts, and staff interactions should consistently reinforce the brand message and values. Regularly auditing the brand identity and making adjustments as needed ensures it remains relevant and resonates with the target audience. This might include adapting to changing societal trends, technological advancements, or evolving resident needs. Brand monitoring involves actively tracking online reviews, media mentions, and feedback from residents and their families. This enables prompt identification of any issues and implementation of corrective actions, contributing to positive word-of-mouth marketing.</w:t>
      </w:r>
    </w:p>
    <w:p w14:paraId="4BBD047A" w14:textId="77777777" w:rsidR="00780EC0" w:rsidRDefault="00780EC0"/>
    <w:p w14:paraId="2D61A30C" w14:textId="77777777" w:rsidR="00780EC0" w:rsidRDefault="00000000">
      <w:r>
        <w:br/>
        <w:t>In conclusion, building a compelling brand identity for a senior living facility is an ongoing process requiring strategic planning, consistent execution, and continuous evaluation. It demands a holistic approach, integrating all facets of the facility's operations, from the physical environment and staff training to marketing strategies and community engagement. By thoughtfully creating and implementing a strong brand identity, the revitalized facility can attract residents, build trust with their families, and cultivate a strong reputation, fostering long-term success and ensuring a thriving environment for its residents and staff alike. This approach ultimately contributes to the overall financial health and viability of the facility.</w:t>
      </w:r>
    </w:p>
    <w:p w14:paraId="15B8DE53" w14:textId="77777777" w:rsidR="00780EC0" w:rsidRDefault="00780EC0"/>
    <w:p w14:paraId="7035DD42" w14:textId="77777777" w:rsidR="00780EC0" w:rsidRDefault="00000000">
      <w:r>
        <w:t>Managing online reputation is no longer a luxury; it's a necessity in today's digital age, especially for senior living facilities. Prospective residents and their families rely heavily on online reviews and ratings when making crucial decisions about their loved ones' care. A strong online reputation, therefore, directly impacts occupancy rates and the overall financial health of the community. A proactive and strategic approach to managing online reviews can transform negative experiences into opportunities for improvement and ultimately enhance the community's standing within the competitive senior living market.</w:t>
      </w:r>
    </w:p>
    <w:p w14:paraId="5D761546" w14:textId="77777777" w:rsidR="00780EC0" w:rsidRDefault="00000000">
      <w:r>
        <w:br/>
        <w:t>The first step in managing your online reputation is consistent monitoring. This requires more than just a cursory glance at review sites. Establish a system for regularly tracking reviews across various platforms, including Google My Business, Yelp, Facebook, Caring.com, and other senior-living specific review sites. Many facilities find dedicated software helpful for aggregating and analyzing reviews, making it easier to identify trends and patterns in feedback. These tools often allow for alerts on new reviews, ensuring timely responses and proactive issue resolution. Consider assigning this task to a specific team member or outsourcing to a reputation management firm, ensuring no review slips through the cracks. The goal is not just to read the reviews but to understand the underlying sentiment and identify any recurring issues that require immediate attention. Analyzing the comments for common themes can uncover systematic problems within the facility, enabling targeted improvements. For example, consistent complaints about food quality might highlight the need for menu revisions or staff training in the dining services department. Similarly, repeated complaints about staff responsiveness might signal deficiencies in staffing levels or communication protocols.</w:t>
      </w:r>
    </w:p>
    <w:p w14:paraId="161B18A4" w14:textId="77777777" w:rsidR="00780EC0" w:rsidRDefault="00780EC0"/>
    <w:p w14:paraId="288D08DF" w14:textId="77777777" w:rsidR="00780EC0" w:rsidRDefault="00000000">
      <w:r>
        <w:br/>
        <w:t>Responding to reviews, both positive and negative, is crucial. Positive reviews deserve acknowledgement. A simple "Thank you for your kind words!" can go a long way in building rapport with satisfied residents and their families. However, it's equally important to respond to negative reviews thoughtfully and professionally. Avoid defensive or dismissive responses; instead, empathize with the resident's experience, express sincere apologies where necessary, and outline concrete steps being taken to address the concerns. A well-crafted response demonstrates a commitment to continuous improvement and shows potential residents that the facility is responsive to feedback and actively works to resolve issues. Consider a template for responding to common complaints, ensuring consistency in messaging and tone across all platforms. However, avoid using a generic response; personalize each reply to show genuine care and demonstrate the facility's commitment to addressing the specific concerns raised. A timely response is key; aim to respond to reviews within 24-48 hours to show responsiveness and attentiveness.</w:t>
      </w:r>
    </w:p>
    <w:p w14:paraId="459A1CD1" w14:textId="77777777" w:rsidR="00780EC0" w:rsidRDefault="00780EC0"/>
    <w:p w14:paraId="4450548B" w14:textId="77777777" w:rsidR="00780EC0" w:rsidRDefault="00000000">
      <w:r>
        <w:lastRenderedPageBreak/>
        <w:br/>
        <w:t>Addressing negative comments proactively is essential in mitigating potential damage to the facility's online reputation. If a serious issue is raised, a private communication with the resident or their family might be appropriate to address the concern directly and work towards a mutually agreeable resolution. Transparency is vital; don't try to suppress or ignore negative feedback. Addressing the problem openly demonstrates integrity and builds trust. This approach not only mitigates the impact of the negative review but can also turn a negative experience into a positive one, ultimately strengthening the facility's reputation through demonstrating a willingness to learn and improve. In some instances, a public apology might be necessary, especially if the issue was significant or widely publicized. This demonstrates accountability and underscores the facility's commitment to upholding its standards of care.</w:t>
      </w:r>
    </w:p>
    <w:p w14:paraId="58C8316F" w14:textId="77777777" w:rsidR="00780EC0" w:rsidRDefault="00780EC0"/>
    <w:p w14:paraId="131D6078" w14:textId="77777777" w:rsidR="00780EC0" w:rsidRDefault="00000000">
      <w:r>
        <w:br/>
        <w:t>Beyond responding to individual reviews, consider the broader context of your online presence. Ensure that the facility's website, social media pages, and online profiles are up-to-date, accurate, and reflect the current state of the community. Outdated information or misleading content can damage credibility and erode trust. High-quality photos and videos showcasing the facility's amenities, activities, and the vibrant community life can significantly influence prospective residents' perception. This visual appeal, combined with compelling written content, can paint a picture that surpasses a simple listing of services. It adds a human element and makes the facility more relatable and attractive.</w:t>
      </w:r>
    </w:p>
    <w:p w14:paraId="690A99B5" w14:textId="77777777" w:rsidR="00780EC0" w:rsidRDefault="00780EC0"/>
    <w:p w14:paraId="56B7A4D8" w14:textId="77777777" w:rsidR="00780EC0" w:rsidRDefault="00000000">
      <w:r>
        <w:br/>
        <w:t>Encouraging positive reviews requires a multi-faceted approach. First, ensure the residents have a positive experience. This is the foundation upon which a strong online reputation is built. Providing exceptional care, creating a welcoming and engaging environment, and fostering strong relationships between staff and residents are paramount. Once a resident has had a positive experience, gently encourage them to share their feedback online. This could be a simple request during a conversation or a short email or letter a few weeks after they've settled into the community. Train your staff to identify opportunities to gather positive testimonials. These testimonials should not feel forced or contrived. Allow residents to express their genuine feelings and experiences in their own words.</w:t>
      </w:r>
    </w:p>
    <w:p w14:paraId="5E3BE87B" w14:textId="77777777" w:rsidR="00780EC0" w:rsidRDefault="00780EC0"/>
    <w:p w14:paraId="3B5293BF" w14:textId="77777777" w:rsidR="00780EC0" w:rsidRDefault="00000000">
      <w:r>
        <w:br/>
        <w:t xml:space="preserve">Leveraging employee advocacy is another impactful strategy. Empowering staff to share positive experiences and stories on social media can amplify the facility's reach and build its online presence. This could involve sharing photos and videos of staff interactions with residents, highlighting successful programs, or emphasizing the community's culture and </w:t>
      </w:r>
      <w:r>
        <w:lastRenderedPageBreak/>
        <w:t>values. Ensure that all online activity complies with applicable privacy laws and regulations, protecting residents’ confidentiality and personal information. Consistent and accurate communication across all channels ensures the narrative presented online is consistent with the actual experiences within the community.</w:t>
      </w:r>
    </w:p>
    <w:p w14:paraId="69FAD0CA" w14:textId="77777777" w:rsidR="00780EC0" w:rsidRDefault="00780EC0"/>
    <w:p w14:paraId="5628BD62" w14:textId="77777777" w:rsidR="00780EC0" w:rsidRDefault="00000000">
      <w:r>
        <w:br/>
        <w:t>Monitoring social media mentions, even those not directly reviews, is essential. This includes comments on related articles or posts. Engage with comments and concerns, even if they are not explicitly directed at the facility. This proactive approach builds brand awareness and enhances your community's visibility. Consider using social listening tools to monitor mentions of your facility and relevant keywords across various platforms. These tools provide real-time insights into online conversations, helping identify potential issues early on and allowing for swift responses.</w:t>
      </w:r>
    </w:p>
    <w:p w14:paraId="73F636EF" w14:textId="77777777" w:rsidR="00780EC0" w:rsidRDefault="00780EC0"/>
    <w:p w14:paraId="47A662F7" w14:textId="77777777" w:rsidR="00780EC0" w:rsidRDefault="00000000">
      <w:r>
        <w:br/>
        <w:t>In conclusion, managing online reputation in senior living requires a comprehensive and ongoing commitment. It's not merely about responding to reviews; it's about creating a positive resident experience that naturally translates into positive online feedback. By actively monitoring reviews, responding thoughtfully, and fostering a culture of excellence, senior living facilities can transform their online presence into a powerful tool for attracting new residents, enhancing their brand, and achieving long-term success. A strong online reputation is not just a measure of success, it's a critical component of sustainable growth and profitability in today's fiercely competitive senior living landscape.</w:t>
      </w:r>
    </w:p>
    <w:p w14:paraId="552F6609" w14:textId="77777777" w:rsidR="00780EC0" w:rsidRDefault="00780EC0"/>
    <w:p w14:paraId="166A4BFA" w14:textId="77777777" w:rsidR="00780EC0" w:rsidRDefault="00000000">
      <w:r>
        <w:t>Engaging with local media and the community is paramount to building a strong brand and reputation for any senior living facility, especially one undergoing revitalization. A positive community presence transcends online reputation management; it builds tangible trust and fosters a sense of belonging. This isn't merely about public relations; it's about actively integrating into the fabric of the community, becoming a valued resource and a positive contributor to the local ecosystem.</w:t>
      </w:r>
    </w:p>
    <w:p w14:paraId="06F16E18" w14:textId="77777777" w:rsidR="00780EC0" w:rsidRDefault="00000000">
      <w:r>
        <w:br/>
        <w:t xml:space="preserve">The first step in this process involves developing a comprehensive media relations strategy. This isn't about bombarding local news outlets with press releases; it's about crafting targeted, newsworthy stories that genuinely resonate with the community. Think beyond simple announcements; consider crafting compelling narratives that highlight the positive impact the senior living community is having on the lives of its residents and the broader community. For instance, a story about a resident's remarkable journey, a successful community fundraising event benefitting a local charity, or a newly implemented program addressing a critical community need can generate significant positive press. These stories </w:t>
      </w:r>
      <w:r>
        <w:lastRenderedPageBreak/>
        <w:t>should be crafted with journalistic principles in mind: concise, factual, and engaging, highlighting a clear message and a human interest angle.</w:t>
      </w:r>
    </w:p>
    <w:p w14:paraId="77195200" w14:textId="77777777" w:rsidR="00780EC0" w:rsidRDefault="00780EC0"/>
    <w:p w14:paraId="216BCE8D" w14:textId="77777777" w:rsidR="00780EC0" w:rsidRDefault="00000000">
      <w:r>
        <w:br/>
        <w:t>Press releases should be professionally written and distributed strategically. Target local newspapers, television stations, radio programs, and online news outlets relevant to your community's demographic. Personalize each release to suit the specific publication; a generic press release sent to multiple outlets will likely be ignored. Research the publication's style and content to ensure your release aligns with their editorial guidelines. Include high-quality photographs and videos that visually complement the story. Timely distribution is critical. Align your press releases with current events or local initiatives to maximize their impact and newsworthiness. Follow up after distribution to ensure your release was received and, if possible, to answer any questions the media might have.</w:t>
      </w:r>
    </w:p>
    <w:p w14:paraId="3FDFB723" w14:textId="77777777" w:rsidR="00780EC0" w:rsidRDefault="00780EC0"/>
    <w:p w14:paraId="0481913C" w14:textId="77777777" w:rsidR="00780EC0" w:rsidRDefault="00000000">
      <w:r>
        <w:br/>
        <w:t>Building relationships with local journalists and reporters is equally important. Establish contact with reporters covering health, senior services, or community news. Attend local media events and introduce yourself and your facility. Share information proactively, offering them potential stories and angles. Develop a personal relationship built on trust and mutual respect. Regularly provide them with updates on the facility's progress, initiatives, and resident successes. Never underestimate the power of a personal connection; a journalist who knows and trusts you is far more likely to feature your facility in a positive light.</w:t>
      </w:r>
    </w:p>
    <w:p w14:paraId="79AD6444" w14:textId="77777777" w:rsidR="00780EC0" w:rsidRDefault="00780EC0"/>
    <w:p w14:paraId="0BEC6AC2" w14:textId="77777777" w:rsidR="00780EC0" w:rsidRDefault="00000000">
      <w:r>
        <w:br/>
        <w:t>Community engagement extends far beyond media relations. Active participation in local events is crucial. This could involve sponsoring local charity events, participating in community fairs and festivals, hosting open houses for local residents, and collaborating with local businesses to support community initiatives. These actions demonstrate a commitment to the community, fostering a sense of mutual respect and enhancing the facility's image. Organize events specifically designed to connect residents with the local community. This could include inviting local school children to visit for intergenerational activities or collaborating with local artists to display their work at the facility. These interactions foster relationships and contribute to the overall well-being of both the residents and the community.</w:t>
      </w:r>
    </w:p>
    <w:p w14:paraId="07C85717" w14:textId="77777777" w:rsidR="00780EC0" w:rsidRDefault="00780EC0"/>
    <w:p w14:paraId="2BC1D331" w14:textId="77777777" w:rsidR="00780EC0" w:rsidRDefault="00000000">
      <w:r>
        <w:br/>
        <w:t xml:space="preserve">Partnering with local organizations strengthens community ties. Consider collaborations </w:t>
      </w:r>
      <w:r>
        <w:lastRenderedPageBreak/>
        <w:t>with hospitals, healthcare providers, religious organizations, and social services groups to expand the facility's reach and provide support services. These partnerships can provide residents with access to vital resources, while simultaneously building goodwill and credibility. For instance, a partnership with a local hospital might facilitate smoother transitions for residents requiring specialized medical care, showcasing the facility's commitment to quality and comprehensive support. Similar partnerships with social service organizations can assist residents with accessing necessary social, financial or transportation services.</w:t>
      </w:r>
    </w:p>
    <w:p w14:paraId="45CFBD5E" w14:textId="77777777" w:rsidR="00780EC0" w:rsidRDefault="00780EC0"/>
    <w:p w14:paraId="4DA08C53" w14:textId="77777777" w:rsidR="00780EC0" w:rsidRDefault="00000000">
      <w:r>
        <w:br/>
        <w:t>Actively seek feedback from the community. Conduct regular surveys and focus groups with local residents and community stakeholders to understand their needs and preferences. Use this feedback to improve services, programs, and overall community engagement strategies. This demonstrates a commitment to ongoing improvement and responsiveness to community needs, a crucial aspect of building long-term trust and fostering a strong reputation. Transparency in operations is vital. Invite the community to tour the facility, meet the staff, and interact with the residents. This fosters a sense of openness and accountability, fostering a stronger and more trusting relationship with the community.</w:t>
      </w:r>
    </w:p>
    <w:p w14:paraId="23342971" w14:textId="77777777" w:rsidR="00780EC0" w:rsidRDefault="00780EC0"/>
    <w:p w14:paraId="23268D00" w14:textId="77777777" w:rsidR="00780EC0" w:rsidRDefault="00000000">
      <w:r>
        <w:br/>
        <w:t>Embrace digital platforms to expand community engagement. Use social media channels to share news, updates, and stories about the facility, engaging with residents, families, and the community. Create a website that is visually appealing, informative, and easy to navigate. Showcase the facility's amenities, services, and the vibrancy of community life. Use online platforms to gather feedback and answer questions, creating an interactive and responsive online presence that keeps the community informed and engaged.</w:t>
      </w:r>
    </w:p>
    <w:p w14:paraId="18FBEE47" w14:textId="77777777" w:rsidR="00780EC0" w:rsidRDefault="00780EC0"/>
    <w:p w14:paraId="13F0D2E4" w14:textId="77777777" w:rsidR="00780EC0" w:rsidRDefault="00000000">
      <w:r>
        <w:br/>
        <w:t xml:space="preserve">In conclusion, building a strong brand and reputation in senior living requires a multifaceted approach that encompasses effective media relations, active community involvement, and consistent, transparent communication. It's about cultivating authentic relationships with local journalists, community members, and organizations to enhance the facility's visibility, strengthen its reputation, and foster a sense of community belonging. It's a long-term investment that pays dividends through increased occupancy, enhanced resident satisfaction, and a stronger, more integrated place within the local community. The effort involved in building these relationships is directly proportional to the rewards, yielding a healthier, more vibrant community for both residents and neighbors alike. By actively engaging with the community, senior living facilities can transform from isolated entities into valued members of the social fabric, enhancing the quality of life for everyone </w:t>
      </w:r>
      <w:r>
        <w:lastRenderedPageBreak/>
        <w:t>involved. It's a commitment to not just providing care, but to contributing to the well-being of the entire community.</w:t>
      </w:r>
    </w:p>
    <w:p w14:paraId="18D7380B" w14:textId="77777777" w:rsidR="00780EC0" w:rsidRDefault="00780EC0"/>
    <w:p w14:paraId="138DAEDA" w14:textId="77777777" w:rsidR="00780EC0" w:rsidRDefault="00000000">
      <w:r>
        <w:t>Celebrating successes and achievements is not merely a celebratory act; it's a crucial component of building a resilient and thriving senior living community. It reinforces positive momentum, boosts morale, attracts new residents and staff, and strengthens the facility's reputation within the community. This process involves a multifaceted approach, encompassing internal recognition, external communication, and strategic celebration planning.</w:t>
      </w:r>
    </w:p>
    <w:p w14:paraId="3D79A528" w14:textId="77777777" w:rsidR="00780EC0" w:rsidRDefault="00000000">
      <w:r>
        <w:br/>
        <w:t>Internally, recognizing and rewarding achievements fosters a culture of appreciation and excellence. This goes beyond simple verbal praise; it involves tangible recognition that demonstrates a commitment to valuing staff and resident contributions. Implementing an employee recognition program, where outstanding performance is acknowledged and rewarded, is essential. This could involve awarding certificates of achievement, providing bonus incentives, featuring outstanding employees in internal newsletters or on a staff bulletin board, or even offering opportunities for professional development. The key is to tailor the rewards to reflect the individual's contributions and preferences. Regular staff meetings that explicitly highlight accomplishments, either individual or team-based, can create a sense of shared pride and accomplishment.</w:t>
      </w:r>
    </w:p>
    <w:p w14:paraId="7EC1BFB3" w14:textId="77777777" w:rsidR="00780EC0" w:rsidRDefault="00780EC0"/>
    <w:p w14:paraId="69E443DD" w14:textId="77777777" w:rsidR="00780EC0" w:rsidRDefault="00000000">
      <w:r>
        <w:br/>
        <w:t>A successful employee recognition program should be transparent and inclusive. All staff members, from caregivers to administrative personnel, should have the opportunity to be recognized for their contributions. Creating a system where employees can nominate their colleagues for recognition further enhances the feeling of inclusivity and mutual respect. This empowers staff to identify and celebrate each other's strengths, solidifying teamwork and enhancing morale. Regular feedback sessions, both formal and informal, offer opportunities for individual praise and identification of areas for improvement, further fostering a culture of growth and achievement. The feedback should be specific and actionable, highlighting not only what the employee did well, but also the impact of their actions on residents, colleagues, and the facility's overall success.</w:t>
      </w:r>
    </w:p>
    <w:p w14:paraId="750C6FA4" w14:textId="77777777" w:rsidR="00780EC0" w:rsidRDefault="00780EC0"/>
    <w:p w14:paraId="7923D82B" w14:textId="77777777" w:rsidR="00780EC0" w:rsidRDefault="00000000">
      <w:r>
        <w:br/>
        <w:t xml:space="preserve">Resident achievements should also be celebrated with the same enthusiasm. This could range from celebrating milestones like birthdays and anniversaries to acknowledging personal accomplishments, such as completing a challenging task, mastering a new skill, or contributing to a community project. Regular resident spotlights in the facility's newsletter or on a community bulletin board showcase individual achievements and allow residents to </w:t>
      </w:r>
      <w:r>
        <w:lastRenderedPageBreak/>
        <w:t>share their stories and experiences with others. Organizing resident talent shows, art exhibitions, or storytelling events offers opportunities to celebrate resident skills and creativity. These events not only boost resident morale but also provide a platform for them to connect with each other and the wider community.</w:t>
      </w:r>
    </w:p>
    <w:p w14:paraId="6F28D18B" w14:textId="77777777" w:rsidR="00780EC0" w:rsidRDefault="00780EC0"/>
    <w:p w14:paraId="0BFBBF4E" w14:textId="77777777" w:rsidR="00780EC0" w:rsidRDefault="00000000">
      <w:r>
        <w:br/>
        <w:t>Recognizing and rewarding resident contributions extends beyond individual achievements. Involving residents in the facility's governance through resident councils or committees allows them to actively contribute to decision-making processes and fosters a sense of ownership and responsibility. Celebrating their input and successful outcomes demonstrates the facility’s commitment to resident-centered care and enhances their sense of belonging and importance within the community. Publicly acknowledging resident contributions to facility improvement projects, fundraising initiatives, or community outreach programs further reinforces their value and enhances their sense of self-worth.</w:t>
      </w:r>
    </w:p>
    <w:p w14:paraId="53E6C5E9" w14:textId="77777777" w:rsidR="00780EC0" w:rsidRDefault="00780EC0"/>
    <w:p w14:paraId="57436CC9" w14:textId="77777777" w:rsidR="00780EC0" w:rsidRDefault="00000000">
      <w:r>
        <w:br/>
        <w:t>Externally, celebrating successes involves strategically communicating the facility's accomplishments to the broader community. This involves crafting compelling narratives that highlight both resident and staff achievements, showcasing the facility's positive impact on the lives of its residents and the community at large. Press releases announcing awards, accolades, successful fundraising events, or the completion of major facility improvements can attract positive media attention and enhance the facility's reputation. These press releases should be professionally written and distributed strategically to local newspapers, television stations, radio programs, and online news outlets. They should focus on human-interest stories that demonstrate the positive outcomes of the facility’s programs and services.</w:t>
      </w:r>
    </w:p>
    <w:p w14:paraId="50B13F7F" w14:textId="77777777" w:rsidR="00780EC0" w:rsidRDefault="00780EC0"/>
    <w:p w14:paraId="3ADDDB3B" w14:textId="77777777" w:rsidR="00780EC0" w:rsidRDefault="00000000">
      <w:r>
        <w:br/>
        <w:t>Sharing stories of resident achievements is a powerful way to enhance the facility's reputation. Highlighting resident successes in overcoming challenges, achieving personal milestones, or contributing to the community generates positive media attention and humanizes the facility, fostering greater empathy and understanding among the public. For example, a story about a resident who has overcome a health challenge through perseverance or a resident who volunteers their time to help others creates a heartwarming narrative that is likely to resonate with readers and viewers. This strengthens the emotional connection between the facility and the community, resulting in increased trust and a positive image.</w:t>
      </w:r>
    </w:p>
    <w:p w14:paraId="6C303614" w14:textId="77777777" w:rsidR="00780EC0" w:rsidRDefault="00780EC0"/>
    <w:p w14:paraId="1097A0B1" w14:textId="77777777" w:rsidR="00780EC0" w:rsidRDefault="00000000">
      <w:r>
        <w:lastRenderedPageBreak/>
        <w:br/>
        <w:t>Leveraging social media platforms is crucial for effective external communication. Regular updates on resident and staff achievements, facility events, and community involvement can keep the public informed and engaged. Visually appealing content, including photos and videos showcasing the facility's positive atmosphere and the happiness of its residents, is particularly effective in attracting attention and creating a positive impression. Regularly engaging with followers by answering questions, responding to comments, and sharing user-generated content creates a sense of community and transparency, further building trust and enhancing the facility's reputation.</w:t>
      </w:r>
    </w:p>
    <w:p w14:paraId="23FC70B5" w14:textId="77777777" w:rsidR="00780EC0" w:rsidRDefault="00780EC0"/>
    <w:p w14:paraId="267C9165" w14:textId="77777777" w:rsidR="00780EC0" w:rsidRDefault="00000000">
      <w:r>
        <w:br/>
        <w:t>Organizing community events that celebrate the facility's achievements can also contribute significantly to building a strong reputation. This could involve hosting open houses, inviting local dignitaries, or organizing events in collaboration with other community organizations. These events provide an opportunity to showcase the facility's amenities, services, and resident activities, enhancing its visibility and generating positive word-of-mouth marketing. Such events can create opportunities to connect with potential residents and their families, demonstrating the facility’s commitment to the community and building trust and familiarity.</w:t>
      </w:r>
    </w:p>
    <w:p w14:paraId="13E287AA" w14:textId="77777777" w:rsidR="00780EC0" w:rsidRDefault="00780EC0"/>
    <w:p w14:paraId="747B5288" w14:textId="77777777" w:rsidR="00780EC0" w:rsidRDefault="00000000">
      <w:r>
        <w:br/>
        <w:t>Finally, maintaining a consistent and professional brand identity across all communication platforms is vital. This includes using the same logo, color scheme, and messaging in all printed and digital materials, ensuring that the facility's brand is easily recognizable and consistently reflects its values and accomplishments. This consistent branding enhances the facility’s overall image, making it more memorable and trustworthy to potential residents, families, and the wider community. Regularly evaluating the facility's communication strategies and adapting them based on feedback and evolving community needs helps ensure that the celebration of successes is effective and relevant.</w:t>
      </w:r>
    </w:p>
    <w:p w14:paraId="3A1A1A13" w14:textId="77777777" w:rsidR="00780EC0" w:rsidRDefault="00780EC0"/>
    <w:p w14:paraId="16672FAF" w14:textId="77777777" w:rsidR="00780EC0" w:rsidRDefault="00000000">
      <w:r>
        <w:br/>
        <w:t xml:space="preserve">In conclusion, celebrating successes and achievements, both internally and externally, is integral to building a strong brand and reputation for a senior living facility. By acknowledging the contributions of residents and staff, and by strategically communicating accomplishments to the wider community, senior living facilities can cultivate a positive culture, attract new residents and staff, and enhance their reputation as a valued member of the local community. This multifaceted approach strengthens the overall well-being of the facility, reinforcing its position as a thriving and vibrant place to live and work. The </w:t>
      </w:r>
      <w:r>
        <w:lastRenderedPageBreak/>
        <w:t>investment in celebrating successes yields substantial returns in terms of improved morale, increased occupancy, and a strengthened reputation within the broader community.</w:t>
      </w:r>
    </w:p>
    <w:p w14:paraId="0F9D0BD1" w14:textId="77777777" w:rsidR="00780EC0" w:rsidRDefault="00780EC0"/>
    <w:p w14:paraId="16DB1018" w14:textId="77777777" w:rsidR="00780EC0" w:rsidRDefault="00000000">
      <w:r>
        <w:t>Building enduring brand loyalty in senior living necessitates a profound shift from transactional interactions to cultivating genuine, lasting relationships. It's about consistently exceeding expectations, fostering a sense of belonging, and providing exceptional customer service that transcends the mere provision of care. This loyalty isn't built overnight; it's a carefully cultivated garden, requiring consistent nurturing and attention to detail.</w:t>
      </w:r>
    </w:p>
    <w:p w14:paraId="6D0520EA" w14:textId="77777777" w:rsidR="00780EC0" w:rsidRDefault="00000000">
      <w:r>
        <w:br/>
        <w:t>One of the cornerstone strategies for building this loyalty is exceeding expectations. This doesn't mean extravagant gestures; rather, it's about paying meticulous attention to the details that truly matter to residents and their families. For instance, anticipating needs before they're voiced – proactively offering assistance with tasks, remembering dietary restrictions or medication schedules, or simply lending a listening ear – demonstrates a level of care that resonates deeply. Small acts of kindness, personalized attention, and prompt responses to concerns can collectively create a powerful impression of genuine concern and commitment.</w:t>
      </w:r>
    </w:p>
    <w:p w14:paraId="78CC93AF" w14:textId="77777777" w:rsidR="00780EC0" w:rsidRDefault="00780EC0"/>
    <w:p w14:paraId="5B4AA951" w14:textId="77777777" w:rsidR="00780EC0" w:rsidRDefault="00000000">
      <w:r>
        <w:br/>
        <w:t>Consider the impact of personalized welcome packages for new residents. These packages could include a welcome letter from the facility director, a small gift reflecting their interests, a community directory with resident introductions, and a schedule of upcoming activities tailored to their preferences. Such thoughtful gestures transform the initial experience from a mere administrative process into a warm and welcoming introduction to a new chapter in their lives. This personalized approach signals that the facility genuinely cares about each individual and actively seeks to integrate them into the community.</w:t>
      </w:r>
    </w:p>
    <w:p w14:paraId="5A4E754C" w14:textId="77777777" w:rsidR="00780EC0" w:rsidRDefault="00780EC0"/>
    <w:p w14:paraId="0EF6BB88" w14:textId="77777777" w:rsidR="00780EC0" w:rsidRDefault="00000000">
      <w:r>
        <w:br/>
        <w:t>Exceptional customer service is paramount. This means training staff not only in the technical aspects of care but also in the art of compassionate and empathetic interaction. Empowering staff to resolve issues promptly and efficiently, without unnecessary bureaucratic hurdles, fosters a sense of trust and respect. Regularly soliciting feedback from residents and their families through surveys, focus groups, and informal conversations allows the facility to identify areas for improvement and demonstrate a commitment to continuous enhancement. This feedback loop should be actively monitored and used to refine processes and services, creating a culture of continuous improvement and responsiveness to residents' needs.</w:t>
      </w:r>
    </w:p>
    <w:p w14:paraId="2A84F87F" w14:textId="77777777" w:rsidR="00780EC0" w:rsidRDefault="00780EC0"/>
    <w:p w14:paraId="4A3DDA6E" w14:textId="77777777" w:rsidR="00780EC0" w:rsidRDefault="00000000">
      <w:r>
        <w:br/>
        <w:t>Fostering strong relationships with residents and their families requires more than just providing excellent care; it demands building genuine connections. This can be achieved through regular communication, open dialogue, and creating opportunities for meaningful interaction. Regular family meetings, town hall-style gatherings, and informal social events provide platforms for open communication and feedback. These interactions create a sense of community and inclusiveness, allowing residents and their families to voice concerns, share ideas, and build relationships with staff and other residents.</w:t>
      </w:r>
    </w:p>
    <w:p w14:paraId="41F193F0" w14:textId="77777777" w:rsidR="00780EC0" w:rsidRDefault="00780EC0"/>
    <w:p w14:paraId="6BC54031" w14:textId="77777777" w:rsidR="00780EC0" w:rsidRDefault="00000000">
      <w:r>
        <w:br/>
        <w:t>Utilizing technology can significantly enhance communication and relationship building. Online portals, dedicated apps, and email communication can facilitate timely updates, allowing families to remain involved in their loved ones' lives even when they are unable to visit frequently. These digital platforms can be used to share photos, videos, activity schedules, and progress reports, keeping families informed and connected. The key is to use technology strategically to enhance communication, not to replace personal interaction. The warmth of human connection should always remain central to the approach.</w:t>
      </w:r>
    </w:p>
    <w:p w14:paraId="093C881F" w14:textId="77777777" w:rsidR="00780EC0" w:rsidRDefault="00780EC0"/>
    <w:p w14:paraId="723ECB86" w14:textId="77777777" w:rsidR="00780EC0" w:rsidRDefault="00000000">
      <w:r>
        <w:br/>
        <w:t>Building trust is a crucial component of long-term brand loyalty. Transparency in all aspects of facility operations is essential. Openly communicating about policies, procedures, and financial matters builds confidence and demonstrates a commitment to accountability. Regular updates regarding facility improvements, safety measures, and staff training initiatives assure residents and their families that their well-being is a top priority. The facility should actively cultivate a culture of honesty and integrity, ensuring that actions consistently align with words.</w:t>
      </w:r>
    </w:p>
    <w:p w14:paraId="6E12D1B5" w14:textId="77777777" w:rsidR="00780EC0" w:rsidRDefault="00780EC0"/>
    <w:p w14:paraId="6303FA86" w14:textId="77777777" w:rsidR="00780EC0" w:rsidRDefault="00000000">
      <w:r>
        <w:br/>
        <w:t>Proactive conflict resolution is also critical for building trust. Implementing robust complaint procedures, promptly addressing concerns, and actively seeking to resolve disputes fairly and equitably demonstrates a commitment to resident satisfaction. Acknowledging mistakes, taking responsibility for shortcomings, and implementing corrective actions demonstrates a willingness to learn and improve, ultimately strengthening trust and loyalty. A transparent and responsive approach to conflict resolution reduces resentment and strengthens the relationship between the facility and its residents and their families.</w:t>
      </w:r>
    </w:p>
    <w:p w14:paraId="2AAEC491" w14:textId="77777777" w:rsidR="00780EC0" w:rsidRDefault="00780EC0"/>
    <w:p w14:paraId="0DB7B902" w14:textId="77777777" w:rsidR="00780EC0" w:rsidRDefault="00000000">
      <w:r>
        <w:lastRenderedPageBreak/>
        <w:br/>
        <w:t>Beyond the immediate provision of care, the facility should actively engage in community building. Organizing regular social events, fostering resident-led activities, and creating opportunities for intergenerational connections contribute to a sense of community and belonging. These activities not only enhance the quality of life for residents but also create positive word-of-mouth referrals and strengthen the facility's reputation within the broader community. This organic marketing is invaluable and speaks volumes about the facility’s dedication to its residents’ overall well-being.</w:t>
      </w:r>
    </w:p>
    <w:p w14:paraId="5C413C65" w14:textId="77777777" w:rsidR="00780EC0" w:rsidRDefault="00780EC0"/>
    <w:p w14:paraId="4DB6D126" w14:textId="77777777" w:rsidR="00780EC0" w:rsidRDefault="00000000">
      <w:r>
        <w:br/>
        <w:t>Continuous learning and improvement is crucial in maintaining long-term brand loyalty. Regularly evaluating resident satisfaction through surveys and feedback mechanisms, analyzing operational data to identify trends and areas for improvement, and staying current with industry best practices and innovations are all vital components of this process. Participating in professional development programs, adopting new technologies that enhance resident care, and staying abreast of changing industry regulations demonstrate a commitment to excellence and continuous growth.</w:t>
      </w:r>
    </w:p>
    <w:p w14:paraId="79826C34" w14:textId="77777777" w:rsidR="00780EC0" w:rsidRDefault="00780EC0"/>
    <w:p w14:paraId="1B7DF915" w14:textId="77777777" w:rsidR="00780EC0" w:rsidRDefault="00000000">
      <w:r>
        <w:br/>
        <w:t>In essence, building enduring brand loyalty in senior living requires a holistic approach that integrates exceptional customer service, genuine relationship building, and a commitment to continuous improvement. It's about cultivating a community where residents feel valued, respected, and genuinely cared for. By focusing on these key strategies, senior living facilities can not only retain residents but also cultivate a positive reputation, attracting new residents and enhancing the overall success of their operation. This dedication to excellence creates a ripple effect, leading to increased resident satisfaction, higher staff morale, and the development of a thriving and vibrant senior living community.</w:t>
      </w:r>
    </w:p>
    <w:p w14:paraId="4AC96D93" w14:textId="77777777" w:rsidR="00780EC0" w:rsidRDefault="00780EC0"/>
    <w:p w14:paraId="2C7D7D2A" w14:textId="77777777" w:rsidR="00780EC0" w:rsidRDefault="00000000">
      <w:r>
        <w:br w:type="page"/>
      </w:r>
    </w:p>
    <w:p w14:paraId="65378926" w14:textId="77777777" w:rsidR="00780EC0" w:rsidRDefault="00000000">
      <w:pPr>
        <w:spacing w:before="5040"/>
        <w:jc w:val="center"/>
      </w:pPr>
      <w:r>
        <w:lastRenderedPageBreak/>
        <w:t xml:space="preserve"> Chapter 7: Technology and Innovation in Senior Living</w:t>
      </w:r>
    </w:p>
    <w:p w14:paraId="1E956F4B" w14:textId="77777777" w:rsidR="00780EC0" w:rsidRDefault="00000000">
      <w:r>
        <w:t>The integration of technology into senior living is no longer a futuristic concept; it's a critical component of delivering high-quality, efficient, and resident-centric care. The adoption of sophisticated technological solutions is not merely about modernization; it's about enhancing the lives of residents, empowering staff, and improving the overall operational efficiency of the facility. This section will delve into the practical applications of technology, highlighting its transformative potential in various aspects of senior care.</w:t>
      </w:r>
    </w:p>
    <w:p w14:paraId="65DB46B8" w14:textId="77777777" w:rsidR="00780EC0" w:rsidRDefault="00000000">
      <w:r>
        <w:br/>
        <w:t>One of the most impactful technological advancements in senior living is the widespread adoption of electronic health records (EHRs). Traditional paper-based charting systems are cumbersome, prone to errors, and lack the efficiency and accessibility of digital systems. EHRs provide a centralized, readily accessible repository for all resident health information, including medical history, medication lists, allergies, vital signs, and treatment plans. This readily available information drastically improves the speed and accuracy of care delivery, minimizing the risk of medication errors and promoting better coordination among healthcare providers. The benefits extend beyond immediate care; EHRs facilitate seamless communication between the facility, hospitals, and other healthcare professionals involved in a resident's care, ensuring continuity and avoiding duplicative testing or treatments. Moreover, the data captured in EHRs can be utilized for population health management, allowing facilities to identify trends, predict potential health issues, and proactively implement preventative measures. For instance, analysis of EHR data might reveal a pattern of increased falls among residents with a specific diagnosis, prompting the implementation of targeted fall prevention programs. The ability to track and analyze this data in real-time allows for a more proactive and preventative approach to care.</w:t>
      </w:r>
    </w:p>
    <w:p w14:paraId="2834DCB5" w14:textId="77777777" w:rsidR="00780EC0" w:rsidRDefault="00780EC0"/>
    <w:p w14:paraId="0F03D9C2" w14:textId="77777777" w:rsidR="00780EC0" w:rsidRDefault="00000000">
      <w:r>
        <w:br/>
        <w:t>Furthermore, the integration of telehealth services is revolutionizing the way healthcare is delivered in senior living communities. Telehealth provides remote access to medical specialists, minimizing the need for residents to travel for consultations. This is particularly beneficial for residents with limited mobility or those living in geographically isolated areas. Telehealth consultations can encompass a wide range of services, from routine check-ups and medication management to specialized consultations with cardiologists, neurologists, or other specialists. The convenience and accessibility of telehealth significantly improves access to care, reducing the burden on residents and their families. Moreover, the integration of telehealth technology with EHRs facilitates seamless communication and data sharing between the remote specialist and the on-site care team, enhancing the overall quality of care. For instance, a telehealth consultation with a cardiologist could be initiated by the on-site nurse, with the consultation findings immediately recorded in the resident's EHR, ensuring that the care team is informed of any necessary changes to the resident's treatment plan.</w:t>
      </w:r>
    </w:p>
    <w:p w14:paraId="21C59E54" w14:textId="77777777" w:rsidR="00780EC0" w:rsidRDefault="00780EC0"/>
    <w:p w14:paraId="3557AE7E" w14:textId="77777777" w:rsidR="00780EC0" w:rsidRDefault="00000000">
      <w:r>
        <w:br/>
        <w:t>Assistive technology plays a vital role in enhancing the independence and safety of senior residents. This includes a wide range of devices and systems designed to support residents with various physical and cognitive impairments. For example, wearable sensors can monitor vital signs, detect falls, and alert staff in real-time, enabling prompt intervention and reducing the risk of serious injury. Smart home technologies, such as automated lighting systems, voice-activated assistants, and medication dispensers, can enhance residents' independence and reduce their reliance on assistance with daily tasks. These technologies can be tailored to the individual needs of each resident, allowing them to maintain a greater degree of autonomy and dignity. In addition, assistive technologies can reduce the burden on staff, freeing them to focus on more complex care needs. The use of robots for simple tasks like delivering medications or assisting with mobility can free up staff time and allow for more personalized interactions with residents. The careful selection and implementation of assistive technologies can significantly improve the quality of life for residents, enabling them to live more independently and safely.</w:t>
      </w:r>
    </w:p>
    <w:p w14:paraId="7FCDF787" w14:textId="77777777" w:rsidR="00780EC0" w:rsidRDefault="00780EC0"/>
    <w:p w14:paraId="1B9DFB7E" w14:textId="77777777" w:rsidR="00780EC0" w:rsidRDefault="00000000">
      <w:r>
        <w:br/>
        <w:t>Beyond direct resident care, technology enhances operational efficiency throughout the senior living facility. Facility management systems, for example, use sensors and data analytics to optimize energy consumption, maintenance schedules, and environmental controls. This leads to cost savings and improved sustainability. These systems can monitor temperature, humidity, and lighting levels, ensuring optimal comfort and safety for residents. Real-time monitoring of equipment, such as HVAC systems or emergency call systems, allows for proactive maintenance, reducing downtime and preventing costly repairs. Furthermore, sophisticated scheduling and staffing software can optimize workforce allocation, ensuring appropriate staffing levels to meet resident needs while minimizing labor costs. The use of data analytics to identify staffing patterns and predict future needs can improve scheduling efficiency and reduce staff burnout. The integration of these technological tools streamlines administrative tasks, improves resource allocation, and increases the overall efficiency of the facility's operations.</w:t>
      </w:r>
    </w:p>
    <w:p w14:paraId="16C5D795" w14:textId="77777777" w:rsidR="00780EC0" w:rsidRDefault="00780EC0"/>
    <w:p w14:paraId="3EEC3B8E" w14:textId="77777777" w:rsidR="00780EC0" w:rsidRDefault="00000000">
      <w:r>
        <w:br/>
        <w:t xml:space="preserve">Communication technology plays a crucial role in maintaining strong relationships between residents, families, and staff. Online portals and dedicated mobile apps allow families to stay connected with their loved ones, access important information, and communicate with staff easily. These platforms can be used to share photos, videos, and updates on resident activities, fostering a sense of community and connection. This is particularly important for families who live far away and cannot visit frequently. Secure messaging systems allow for confidential communication between staff and families, enabling quick and efficient </w:t>
      </w:r>
      <w:r>
        <w:lastRenderedPageBreak/>
        <w:t>information exchange. The transparency and accessibility of these communication technologies foster trust and improve communication amongst all stakeholders. For example, a family member living overseas can quickly receive updates on their loved one’s condition through a secure app notification, reducing anxiety and stress.</w:t>
      </w:r>
    </w:p>
    <w:p w14:paraId="07B59AEB" w14:textId="77777777" w:rsidR="00780EC0" w:rsidRDefault="00780EC0"/>
    <w:p w14:paraId="5D04E52A" w14:textId="77777777" w:rsidR="00780EC0" w:rsidRDefault="00000000">
      <w:r>
        <w:br/>
        <w:t>The implementation of technology in senior living requires careful planning and consideration. Staff training is essential to ensure that staff can effectively utilize the new technologies. A phased approach to implementation, starting with pilot programs in smaller areas, can help identify and address challenges before a full-scale rollout. Regular evaluation of technology effectiveness is crucial to ensure that the chosen systems meet the needs of residents and staff. Cybersecurity is also a critical consideration; robust measures must be in place to protect resident data and maintain the confidentiality and integrity of information.</w:t>
      </w:r>
    </w:p>
    <w:p w14:paraId="1FD85427" w14:textId="77777777" w:rsidR="00780EC0" w:rsidRDefault="00780EC0"/>
    <w:p w14:paraId="4921121E" w14:textId="77777777" w:rsidR="00780EC0" w:rsidRDefault="00000000">
      <w:r>
        <w:br/>
        <w:t>Moreover, the ethical considerations associated with the use of technology in senior living cannot be overlooked. Privacy and data security are paramount, and robust systems must be in place to protect the personal information of residents. It is crucial to ensure that the use of technology enhances, not diminishes, the dignity and autonomy of residents. Open communication with residents and their families regarding the use of technology is essential to build trust and address any concerns.</w:t>
      </w:r>
    </w:p>
    <w:p w14:paraId="14C0DA59" w14:textId="77777777" w:rsidR="00780EC0" w:rsidRDefault="00780EC0"/>
    <w:p w14:paraId="45854CD1" w14:textId="77777777" w:rsidR="00780EC0" w:rsidRDefault="00000000">
      <w:r>
        <w:br/>
        <w:t>In conclusion, the strategic integration of technology across all aspects of senior living is not a luxury but a necessity. By embracing these technological advancements, senior living facilities can enhance the quality of care, improve operational efficiency, and strengthen relationships with residents and their families. A holistic approach, prioritizing resident well-being, staff training, and data security, will ensure the successful integration of technology and the creation of a vibrant, thriving, and technologically advanced senior living community. The key lies in leveraging technology to augment, not replace, the human element of care – ensuring that compassionate, personalized attention remains at the heart of all services provided.</w:t>
      </w:r>
    </w:p>
    <w:p w14:paraId="25E0C884" w14:textId="77777777" w:rsidR="00780EC0" w:rsidRDefault="00780EC0"/>
    <w:p w14:paraId="3B793A95" w14:textId="77777777" w:rsidR="00780EC0" w:rsidRDefault="00000000">
      <w:r>
        <w:t xml:space="preserve">Improving operational efficiency is paramount in senior living, particularly when aiming for a turnaround. While compassionate care remains the cornerstone of successful senior living, streamlined operations are essential to ensuring financial stability and a positive environment for both residents and staff. Technology offers a powerful toolset for achieving </w:t>
      </w:r>
      <w:r>
        <w:lastRenderedPageBreak/>
        <w:t>this efficiency. This extends beyond the resident-facing technologies discussed previously; it delves into the often-overlooked operational back-end, where significant gains can be realized.</w:t>
      </w:r>
    </w:p>
    <w:p w14:paraId="34C93CAC" w14:textId="77777777" w:rsidR="00780EC0" w:rsidRDefault="00000000">
      <w:r>
        <w:br/>
        <w:t>One of the most impactful areas for technological intervention is staff scheduling and management. Traditional methods often rely on manual spreadsheets or outdated software, leading to inconsistencies, overstaffing in some areas and understaffing in others, and ultimately, increased labor costs and potential staff burnout. Implementing sophisticated scheduling software can dramatically improve this process. These systems can consider various factors like staff certifications, skill sets, resident needs, and even staff preferences to optimize scheduling. This leads to better coverage, reduced overtime, and improved staff morale by reducing scheduling conflicts and promoting a better work-life balance. Real-time tracking of staff attendance and availability further streamlines the process, providing immediate insight into staffing levels and enabling proactive management of any potential gaps. Moreover, these systems often integrate with payroll processing, automating a significant portion of administrative tasks and reducing the risk of payroll errors. The benefits extend beyond efficiency; they contribute to a more predictable and reliable work environment for staff, leading to increased job satisfaction and reduced turnover.</w:t>
      </w:r>
    </w:p>
    <w:p w14:paraId="27296475" w14:textId="77777777" w:rsidR="00780EC0" w:rsidRDefault="00780EC0"/>
    <w:p w14:paraId="79FFAB66" w14:textId="77777777" w:rsidR="00780EC0" w:rsidRDefault="00000000">
      <w:r>
        <w:br/>
        <w:t>Beyond staff scheduling, inventory management systems provide another significant opportunity for efficiency gains. Accurate inventory tracking is crucial in senior living facilities, where medications, supplies, and equipment must be carefully managed to ensure resident safety and adherence to regulatory requirements. Manual tracking is often prone to errors, leading to shortages, waste, and increased costs. Automated inventory management systems, utilizing barcodes or RFID technology, provide real-time visibility into inventory levels, enabling proactive ordering of supplies and minimizing stockouts. This minimizes disruptions to care, reduces waste, and improves overall cost control. These systems can also provide valuable data for analysis, allowing facilities to identify usage patterns, predict future needs, and optimize purchasing strategies. For example, analyzing historical data on medication usage can help to predict future demand, allowing for more efficient ordering and reducing the risk of shortages. Similarly, tracking the usage of disposable items can inform purchasing decisions, helping to optimize inventory levels and minimize waste.</w:t>
      </w:r>
    </w:p>
    <w:p w14:paraId="605F7285" w14:textId="77777777" w:rsidR="00780EC0" w:rsidRDefault="00780EC0"/>
    <w:p w14:paraId="48B94BEE" w14:textId="77777777" w:rsidR="00780EC0" w:rsidRDefault="00000000">
      <w:r>
        <w:br/>
        <w:t xml:space="preserve">Communication platforms are integral to efficient operations in senior living. They are not just about connecting with residents and their families; they are vital for seamless internal communication within the facility. Instant messaging, collaborative workspaces, and centralized communication platforms facilitate quicker response times to urgent situations, improve information flow among staff, and ensure everyone is on the same page. This </w:t>
      </w:r>
      <w:r>
        <w:lastRenderedPageBreak/>
        <w:t>reduces confusion, miscommunication, and the potential for errors. For example, a real-time communication system allows nurses to immediately alert housekeeping of a spill or maintenance of a malfunctioning device. Efficient communication also plays a crucial role in emergency situations, allowing staff to react swiftly and effectively. The use of secure messaging systems ensures confidentiality, protecting resident information and maintaining HIPAA compliance. Furthermore, these platforms often incorporate features for task management and workflow automation, streamlining processes and improving team collaboration. This can range from assigning cleaning tasks to tracking maintenance requests, enhancing overall operational efficiency.</w:t>
      </w:r>
    </w:p>
    <w:p w14:paraId="07A2CDB8" w14:textId="77777777" w:rsidR="00780EC0" w:rsidRDefault="00780EC0"/>
    <w:p w14:paraId="0BBAC0AC" w14:textId="77777777" w:rsidR="00780EC0" w:rsidRDefault="00000000">
      <w:r>
        <w:br/>
        <w:t>Beyond these core operational areas, there are numerous other applications of technology that enhance efficiency. For instance, facilities management systems utilize sensor data to optimize energy consumption, identify maintenance needs proactively, and improve environmental controls, contributing directly to reduced operational costs and environmental sustainability. Digital record-keeping for maintenance, replacing paper-based systems, provides easier access to history, reduces administrative overhead, and potentially lowers insurance costs by providing quick and reliable data in case of incidents. Advanced analytics platforms can process data from various sources – resident records, staff schedules, inventory management systems, and financial data – to provide valuable insights into operational performance, identify areas for improvement, and support informed decision-making. This data-driven approach enables proactive adjustments, preventing problems before they escalate and optimizing resource allocation.</w:t>
      </w:r>
    </w:p>
    <w:p w14:paraId="167E3C23" w14:textId="77777777" w:rsidR="00780EC0" w:rsidRDefault="00780EC0"/>
    <w:p w14:paraId="03D5C04B" w14:textId="77777777" w:rsidR="00780EC0" w:rsidRDefault="00000000">
      <w:r>
        <w:br/>
        <w:t>The implementation of these technological solutions, however, requires careful consideration. Staff training is crucial for successful adoption and to ensure that staff are comfortable and confident using the new systems. A phased approach, starting with pilot programs in specific areas, allows for iterative improvement and minimizes disruption. Choosing user-friendly systems and providing ongoing support are key to maximizing adoption rates and achieving the desired benefits. Moreover, integrating new technologies with existing systems is paramount to avoid creating data silos and ensuring seamless data flow across the facility. This requires careful planning and coordination, often involving collaboration with IT professionals specializing in senior living technology. Finally, security considerations are vital; strong cybersecurity protocols must be in place to protect resident data and maintain compliance with all relevant regulations.</w:t>
      </w:r>
    </w:p>
    <w:p w14:paraId="3A3EABDA" w14:textId="77777777" w:rsidR="00780EC0" w:rsidRDefault="00780EC0"/>
    <w:p w14:paraId="1153A34A" w14:textId="77777777" w:rsidR="00780EC0" w:rsidRDefault="00000000">
      <w:r>
        <w:br/>
        <w:t xml:space="preserve">The integration of technology into the operational core of a senior living facility is not just </w:t>
      </w:r>
      <w:r>
        <w:lastRenderedPageBreak/>
        <w:t>about upgrading outdated systems; it is about fundamentally transforming the way the facility operates. By strategically implementing the right technological solutions and prioritizing user training and support, senior living communities can achieve significant gains in efficiency, cost-effectiveness, and the overall quality of care delivered. This translates into a more financially sound and sustainable operation, enabling the facility to better serve its residents and provide a more rewarding work environment for its staff, ultimately achieving a successful turnaround and ensuring a thriving community.</w:t>
      </w:r>
    </w:p>
    <w:p w14:paraId="50AC003C" w14:textId="77777777" w:rsidR="00780EC0" w:rsidRDefault="00780EC0"/>
    <w:p w14:paraId="7191DA08" w14:textId="77777777" w:rsidR="00780EC0" w:rsidRDefault="00000000">
      <w:r>
        <w:t>The preceding sections highlighted the transformative potential of technology in streamlining operational efficiency within senior living facilities. However, the benefits of technological innovation extend far beyond the back-office; they represent a powerful tool for enhancing the lives of residents themselves, fostering engagement, and improving their overall quality of life. This section will explore how technology can be strategically deployed to boost resident engagement, focusing on interactive activities, social connections, and stimulating experiences.</w:t>
      </w:r>
    </w:p>
    <w:p w14:paraId="036655C1" w14:textId="77777777" w:rsidR="00780EC0" w:rsidRDefault="00000000">
      <w:r>
        <w:br/>
        <w:t>One particularly impactful application of technology lies in the realm of cognitive stimulation. The decline in cognitive function is a common concern among older adults, and proactive engagement is crucial in maintaining mental acuity and preventing further decline. Interactive games and cognitive training programs, readily available through tablets, computers, or dedicated gaming consoles, offer a fun and engaging way to address this need. These programs often incorporate elements of memory exercises, problem-solving challenges, and brain teasers, designed to challenge residents while promoting enjoyment. The level of difficulty can be tailored to individual needs and abilities, ensuring a personalized and appropriate experience for each resident. The gamified nature of these activities can motivate participation and provide a sense of accomplishment, further enhancing cognitive benefits. Moreover, many of these programs track progress, offering valuable data for care providers to assess cognitive function and adjust care plans as needed. Examples include digital jigsaw puzzles, memory matching games, and word-search puzzles, all easily accessible through a variety of platforms and devices.</w:t>
      </w:r>
    </w:p>
    <w:p w14:paraId="07F46F5C" w14:textId="77777777" w:rsidR="00780EC0" w:rsidRDefault="00780EC0"/>
    <w:p w14:paraId="4760D046" w14:textId="77777777" w:rsidR="00780EC0" w:rsidRDefault="00000000">
      <w:r>
        <w:br/>
        <w:t xml:space="preserve">Beyond standalone cognitive training applications, technology facilitates broader engagement with stimulating activities. For instance, many senior living communities are incorporating interactive touch screen displays into common areas. These displays can feature a wide range of content, including news updates, weather reports, calendars of events, and interactive quizzes. This not only provides readily accessible information but also serves as a focal point for social interaction, encouraging residents to gather and participate in shared activities. The ease of use and accessibility of these touch screen interfaces ensures participation from residents with varying levels of technological </w:t>
      </w:r>
      <w:r>
        <w:lastRenderedPageBreak/>
        <w:t>proficiency. Some communities even utilize interactive whiteboards which allow for group activities like collaborative drawing, digital games, and shared storytelling, fostering a sense of community and stimulating creative expression.</w:t>
      </w:r>
    </w:p>
    <w:p w14:paraId="6822DB94" w14:textId="77777777" w:rsidR="00780EC0" w:rsidRDefault="00780EC0"/>
    <w:p w14:paraId="1C4EA7EA" w14:textId="77777777" w:rsidR="00780EC0" w:rsidRDefault="00000000">
      <w:r>
        <w:br/>
        <w:t>The role of technology in enhancing social interaction among residents is equally significant. Social isolation is a major concern in senior living, and technology can play a crucial role in bridging this gap. Secure, resident-friendly video calling systems allow residents to connect with family and friends, combating feelings of loneliness and fostering a stronger sense of connection to their loved ones. This is particularly beneficial for residents who may have limited mobility or have difficulty receiving in-person visits. Many platforms offer user-friendly interfaces, requiring minimal technical skills to operate. Moreover, these systems often integrate with other communication platforms, allowing for seamless interaction across various devices and ensuring residents can maintain contact through their preferred method.</w:t>
      </w:r>
    </w:p>
    <w:p w14:paraId="108C8C1C" w14:textId="77777777" w:rsidR="00780EC0" w:rsidRDefault="00780EC0"/>
    <w:p w14:paraId="7AE7C850" w14:textId="77777777" w:rsidR="00780EC0" w:rsidRDefault="00000000">
      <w:r>
        <w:br/>
        <w:t>Social media platforms, when appropriately managed and monitored, can also serve as a powerful tool for fostering social connections among residents. Creating a private group for residents within a secure platform allows them to share updates, photos, and interact with one another, building relationships and strengthening community ties. This requires careful consideration of privacy and security concerns, with clear guidelines and supervision to ensure a positive and safe online environment. However, when managed effectively, social media can become an invaluable resource for promoting social interaction and reducing feelings of isolation. It allows for informal communication, facilitating the formation of social groups based on shared interests or hobbies, and encourages participation in community-wide events and activities.</w:t>
      </w:r>
    </w:p>
    <w:p w14:paraId="28FCA378" w14:textId="77777777" w:rsidR="00780EC0" w:rsidRDefault="00780EC0"/>
    <w:p w14:paraId="7F17F68D" w14:textId="77777777" w:rsidR="00780EC0" w:rsidRDefault="00000000">
      <w:r>
        <w:br/>
        <w:t xml:space="preserve">Virtual reality (VR) offers a truly transformative experience, providing residents with immersive opportunities for exploration and entertainment. VR technology can transport residents to different locations, allowing them to experience virtual travel, visit museums, or participate in interactive simulations. This offers a unique form of cognitive stimulation and provides a sense of freedom and adventure, combating feelings of confinement and monotony. The potential for immersive experiences is vast, ranging from scenic tours of national parks to virtual museum visits and even interactive historical recreations. This can cater to residents' individual interests and provide a rich tapestry of engaging experiences. The use of VR is not without its challenges, however, requiring careful consideration of the physical and cognitive abilities of residents to ensure safety and comfort. The introduction </w:t>
      </w:r>
      <w:r>
        <w:lastRenderedPageBreak/>
        <w:t>of VR should be gradual and carefully planned, with adequate staff training to ensure effective support and monitoring.</w:t>
      </w:r>
    </w:p>
    <w:p w14:paraId="555A75C2" w14:textId="77777777" w:rsidR="00780EC0" w:rsidRDefault="00780EC0"/>
    <w:p w14:paraId="0A647AF5" w14:textId="77777777" w:rsidR="00780EC0" w:rsidRDefault="00000000">
      <w:r>
        <w:br/>
        <w:t>The utilization of tablets and smartphones also facilitates access to a wide array of entertainment options. Residents can access streaming services, listen to music, read ebooks, and engage with a host of other digital entertainment sources. This personalized access to entertainment significantly enhances their quality of life, offering a choice of activities to suit their preferences and providing a level of independence in their leisure time. Many senior living facilities are equipping residents with tablets, pre-loaded with a selection of age-appropriate applications and content. These devices can also be utilized for communication, providing an additional avenue for connecting with family, friends, and caregivers.</w:t>
      </w:r>
    </w:p>
    <w:p w14:paraId="4BCDB68F" w14:textId="77777777" w:rsidR="00780EC0" w:rsidRDefault="00780EC0"/>
    <w:p w14:paraId="2DE17693" w14:textId="77777777" w:rsidR="00780EC0" w:rsidRDefault="00000000">
      <w:r>
        <w:br/>
        <w:t>However, the successful integration of technology in enhancing resident engagement requires careful planning and execution. Staff training is essential to ensure that staff members are comfortable using and supporting the technology. A well-structured training program, encompassing both technical and social aspects of using the technology, is vital. Furthermore, the technology must be user-friendly and intuitive, making it accessible to residents with varying levels of technological literacy. Regular assessments and evaluations should be conducted to measure the effectiveness of the implemented technologies and make necessary adjustments to optimize engagement and outcomes. Feedback from residents is crucial in this process, ensuring that the chosen technologies meet their needs and preferences.</w:t>
      </w:r>
    </w:p>
    <w:p w14:paraId="3D8EAB16" w14:textId="77777777" w:rsidR="00780EC0" w:rsidRDefault="00780EC0"/>
    <w:p w14:paraId="254641FC" w14:textId="77777777" w:rsidR="00780EC0" w:rsidRDefault="00000000">
      <w:r>
        <w:br/>
        <w:t>Moreover, considerations of accessibility and inclusivity are paramount. Not all residents will have the same level of technological proficiency or physical abilities. The selection and implementation of technology should consider diverse needs and abilities, ensuring that all residents can benefit from these initiatives. Assistive technologies, such as screen readers and adaptive input devices, may be necessary to ensure full accessibility for residents with disabilities. The provision of adequate support and training for residents who may need assistance with the technology is also vital in guaranteeing full and equal participation for everyone.</w:t>
      </w:r>
    </w:p>
    <w:p w14:paraId="135E35F8" w14:textId="77777777" w:rsidR="00780EC0" w:rsidRDefault="00780EC0"/>
    <w:p w14:paraId="20492145" w14:textId="77777777" w:rsidR="00780EC0" w:rsidRDefault="00000000">
      <w:r>
        <w:br/>
        <w:t xml:space="preserve">Finally, the integration of technology should not overshadow the importance of human </w:t>
      </w:r>
      <w:r>
        <w:lastRenderedPageBreak/>
        <w:t>interaction. Technology should augment, not replace, the compassionate care provided by staff. Maintaining a balance between technology-driven engagement and genuine human interaction is essential for fostering a supportive and thriving community environment. Technology should be viewed as a tool to enhance, not replace, the invaluable role of human connection in the lives of seniors. By carefully considering these factors and thoughtfully integrating technology into the fabric of senior living, communities can unlock the potential of technology to greatly enhance resident engagement, fostering a more vibrant, stimulating, and ultimately, more rewarding experience for all residents.</w:t>
      </w:r>
    </w:p>
    <w:p w14:paraId="308E140E" w14:textId="77777777" w:rsidR="00780EC0" w:rsidRDefault="00780EC0"/>
    <w:p w14:paraId="55A43B92" w14:textId="77777777" w:rsidR="00780EC0" w:rsidRDefault="00000000">
      <w:r>
        <w:t>The integration of technology extends beyond enhancing resident engagement and touches upon a crucial aspect of senior living: safety and independence. Smart home technologies offer a powerful solution, providing residents with an enhanced sense of security and allowing them to maintain their independence for longer. These technologies range from simple assistive devices to sophisticated systems that monitor vital signs and provide immediate assistance in emergencies. The careful implementation of these smart home systems can significantly improve the quality of life for residents and reduce the burden on caregivers.</w:t>
      </w:r>
    </w:p>
    <w:p w14:paraId="188E2BC1" w14:textId="77777777" w:rsidR="00780EC0" w:rsidRDefault="00000000">
      <w:r>
        <w:br/>
        <w:t>One of the most impactful applications of smart home technology is in the area of daily living assistance. Consider, for instance, the challenges faced by residents with mobility issues. Simple tasks, such as turning on lights, adjusting the thermostat, or opening curtains, can become significant obstacles. Smart home systems can automate these tasks, providing residents with greater control and independence in their environment. Voice-activated controls allow residents to manage lighting, temperature, and entertainment systems with ease, eliminating the need for physical exertion. Smart plugs can be used to control appliances remotely, ensuring safety and convenience. For example, a resident can switch off a stove remotely, preventing potential accidents.</w:t>
      </w:r>
    </w:p>
    <w:p w14:paraId="21314B2E" w14:textId="77777777" w:rsidR="00780EC0" w:rsidRDefault="00780EC0"/>
    <w:p w14:paraId="7B1DE2CC" w14:textId="77777777" w:rsidR="00780EC0" w:rsidRDefault="00000000">
      <w:r>
        <w:br/>
        <w:t xml:space="preserve">Medication management is another area where smart home technology can play a vital role. Many older adults struggle to remember to take their medication on time, leading to potential health complications. Smart pill dispensers, coupled with reminder systems, can significantly improve adherence to medication schedules. These devices dispense medication at pre-programmed times, alerting residents with audible or visual reminders. Some systems even track medication intake and provide reports to caregivers, allowing for close monitoring and intervention if necessary. This technology not only improves medication adherence but also reduces the risk of medication errors. The integration of this technology should be done in consultation with medical professionals, ensuring the system is appropriate for each individual's needs and health status. The benefits, however, can be </w:t>
      </w:r>
      <w:r>
        <w:lastRenderedPageBreak/>
        <w:t>transformative for residents and families alike, offering peace of mind and enhancing overall health outcomes.</w:t>
      </w:r>
    </w:p>
    <w:p w14:paraId="4492AA10" w14:textId="77777777" w:rsidR="00780EC0" w:rsidRDefault="00780EC0"/>
    <w:p w14:paraId="49930EB0" w14:textId="77777777" w:rsidR="00780EC0" w:rsidRDefault="00000000">
      <w:r>
        <w:br/>
        <w:t>Beyond daily living assistance, smart home technologies offer robust solutions for emergency response. Traditional pull-cord systems, while functional, lack the sophistication of modern emergency response systems integrated into smart home technology. These systems utilize sensors and detectors to monitor residents’ activity levels and identify potential emergencies. For instance, a fall detection system can automatically alert caregivers or emergency services if a resident falls, ensuring prompt assistance and reducing the risk of serious injury. Smartwatches and wearable sensors can provide additional layers of monitoring, tracking heart rate, activity levels, and other vital signs. These devices can provide early warnings of potential health problems, allowing for timely intervention and preventative care. The data collected by these systems can also provide valuable insights into residents’ health and well-being, informing care plans and improving the overall quality of care.</w:t>
      </w:r>
    </w:p>
    <w:p w14:paraId="29A75ED7" w14:textId="77777777" w:rsidR="00780EC0" w:rsidRDefault="00780EC0"/>
    <w:p w14:paraId="14EE1CF9" w14:textId="77777777" w:rsidR="00780EC0" w:rsidRDefault="00000000">
      <w:r>
        <w:br/>
        <w:t>The implementation of smart home technology requires careful consideration of privacy and security concerns. The data collected by these systems must be handled responsibly and ethically, ensuring resident privacy is protected. Robust security measures must be in place to prevent unauthorized access to personal data. Transparency is key, with residents and their families fully informed about the data collected and how it is used. The use of encrypted data transmission and secure storage solutions is crucial in ensuring data privacy. Furthermore, the selection of reputable vendors with proven security protocols is essential in mitigating security risks.</w:t>
      </w:r>
    </w:p>
    <w:p w14:paraId="0DDA3F26" w14:textId="77777777" w:rsidR="00780EC0" w:rsidRDefault="00780EC0"/>
    <w:p w14:paraId="08B53B3F" w14:textId="77777777" w:rsidR="00780EC0" w:rsidRDefault="00000000">
      <w:r>
        <w:br/>
        <w:t>Integrating these smart home systems necessitates a phased approach, starting with a pilot program to test the feasibility and effectiveness of the technology within a specific group of residents. This pilot program should involve careful selection of residents, comprehensive staff training, and regular evaluation of the system's performance. Feedback from residents and caregivers should be actively sought and used to refine the implementation strategy. The pilot program allows for adjustments to the system and processes before full-scale rollout, minimizing potential disruptions and maximizing the chances of successful integration. This approach minimizes risks, maximizes learning, and ensures a smoother transition for residents and staff.</w:t>
      </w:r>
    </w:p>
    <w:p w14:paraId="2BAE9A55" w14:textId="77777777" w:rsidR="00780EC0" w:rsidRDefault="00780EC0"/>
    <w:p w14:paraId="64637C6E" w14:textId="77777777" w:rsidR="00780EC0" w:rsidRDefault="00000000">
      <w:r>
        <w:lastRenderedPageBreak/>
        <w:br/>
        <w:t>Beyond the technical aspects of implementation, successful integration of smart home technology hinges on effective communication and training. Residents and their families need to be fully informed about the benefits and functionalities of these systems. Clear instructions and demonstrations should be provided, ensuring that residents feel comfortable and confident using the technology. Furthermore, comprehensive staff training is essential, enabling staff members to effectively support residents and troubleshoot any technical issues that may arise. Regular training sessions and ongoing support can improve staff proficiency and build confidence in their ability to effectively manage the technology. This proactive approach ensures smooth operation and maximizes the positive impact on residents' lives.</w:t>
      </w:r>
    </w:p>
    <w:p w14:paraId="57A961B9" w14:textId="77777777" w:rsidR="00780EC0" w:rsidRDefault="00780EC0"/>
    <w:p w14:paraId="1816E747" w14:textId="77777777" w:rsidR="00780EC0" w:rsidRDefault="00000000">
      <w:r>
        <w:br/>
        <w:t>The financial implications of implementing smart home technologies should be carefully evaluated. The initial investment can be substantial, but the long-term benefits, including reduced healthcare costs and improved resident independence, can outweigh the initial expenses. A thorough cost-benefit analysis should be conducted, comparing the costs of implementation with the potential savings and improvements in resident care. Exploring various funding options, such as government grants or private investment, may be necessary to secure the necessary funding. This comprehensive approach ensures that the financial implications are properly addressed and that the project is financially sustainable.</w:t>
      </w:r>
    </w:p>
    <w:p w14:paraId="41B345F1" w14:textId="77777777" w:rsidR="00780EC0" w:rsidRDefault="00780EC0"/>
    <w:p w14:paraId="158EFC67" w14:textId="77777777" w:rsidR="00780EC0" w:rsidRDefault="00000000">
      <w:r>
        <w:br/>
        <w:t>Furthermore, consideration should be given to the potential for increased staff efficiency. Smart home technology can automate many tasks, freeing up staff time for more direct resident interaction and care. The reduction in administrative tasks related to medication management, for example, can significantly improve workflow. The time saved can be redirected towards fostering resident well-being, enhancing social interaction, and providing higher quality care. A focus on both resident and staff well-being will be beneficial in the long run.</w:t>
      </w:r>
    </w:p>
    <w:p w14:paraId="2975CAB2" w14:textId="77777777" w:rsidR="00780EC0" w:rsidRDefault="00780EC0"/>
    <w:p w14:paraId="26EDC8E3" w14:textId="77777777" w:rsidR="00780EC0" w:rsidRDefault="00000000">
      <w:r>
        <w:br/>
        <w:t xml:space="preserve">Finally, the long-term sustainability of any smart home system depends on ongoing maintenance and updates. Regular system checks, software updates, and technical support are essential in ensuring the long-term functionality of the technology. A dedicated team responsible for the maintenance and support of these systems should be established to address any issues promptly and effectively. By proactively managing the maintenance and support, the technology can continue to provide effective assistance and ensure long-term value. This proactive approach prevents potential disruptions and ensures the continuity of </w:t>
      </w:r>
      <w:r>
        <w:lastRenderedPageBreak/>
        <w:t>improved resident care and safety. Through careful planning, implementation, and ongoing maintenance, smart home technologies can significantly enhance the lives of senior living residents, promoting independence, safety, and improved overall well-being.</w:t>
      </w:r>
    </w:p>
    <w:p w14:paraId="0B40651D" w14:textId="77777777" w:rsidR="00780EC0" w:rsidRDefault="00780EC0"/>
    <w:p w14:paraId="4073C94D" w14:textId="77777777" w:rsidR="00780EC0" w:rsidRDefault="00000000">
      <w:r>
        <w:t>The rapid pace of technological advancement demands a proactive and strategic approach from senior living providers. Staying ahead of the curve isn't merely about adopting the latest gadgets; it's about integrating technology into a comprehensive, long-term strategy that enhances the quality of care, improves operational efficiency, and strengthens the organization's financial stability. This requires a shift from reactive adoption to proactive planning, anticipating future technological shifts and integrating them into the core operational model.</w:t>
      </w:r>
    </w:p>
    <w:p w14:paraId="34FE588E" w14:textId="77777777" w:rsidR="00780EC0" w:rsidRDefault="00000000">
      <w:r>
        <w:br/>
        <w:t>One crucial aspect of this proactive approach is the development of a robust technology roadmap. This roadmap shouldn't be a static document but rather a living, evolving plan that's regularly reviewed and updated to reflect changes in the industry and technological landscape. It should detail specific technological goals, timelines for implementation, and the resources required to achieve these goals. This includes not only financial resources but also the necessary personnel training and infrastructure upgrades. For instance, a roadmap might outline the phased integration of telehealth technologies over a three-year period, starting with a pilot program in one community, followed by a gradual rollout across other locations. This phased approach minimizes risk and allows for continuous learning and adaptation. The roadmap should clearly define key performance indicators (KPIs) to measure the success of technology integration, such as resident satisfaction scores, staff efficiency improvements, and reductions in healthcare costs.</w:t>
      </w:r>
    </w:p>
    <w:p w14:paraId="1C98014D" w14:textId="77777777" w:rsidR="00780EC0" w:rsidRDefault="00780EC0"/>
    <w:p w14:paraId="0E76A5EA" w14:textId="77777777" w:rsidR="00780EC0" w:rsidRDefault="00000000">
      <w:r>
        <w:br/>
        <w:t>Furthermore, fostering a culture of continuous learning and innovation is critical. This means encouraging staff to actively engage with new technologies, providing ample opportunities for training and professional development. Regular staff training sessions should be incorporated into the operational plan, covering the latest advancements in areas such as telehealth, assistive technologies, and data analytics. This continuous learning fosters a dynamic workforce that's able to adapt to change and embrace new innovations. Senior leadership should actively champion this culture of continuous learning by actively participating in training programs, attending industry conferences, and staying informed about the latest technological trends. It's equally important to foster a culture of experimentation and innovation within the organization. This could involve setting aside resources for pilot programs, encouraging staff to suggest new technologies, and celebrating successful innovations.</w:t>
      </w:r>
    </w:p>
    <w:p w14:paraId="78C7CBA9" w14:textId="77777777" w:rsidR="00780EC0" w:rsidRDefault="00780EC0"/>
    <w:p w14:paraId="23DD0171" w14:textId="77777777" w:rsidR="00780EC0" w:rsidRDefault="00000000">
      <w:r>
        <w:lastRenderedPageBreak/>
        <w:br/>
        <w:t>Effective long-term planning also requires a strategic approach to data management. The increasing use of technology generates vast amounts of data related to resident health, care plans, and operational efficiency. This data provides valuable insights for improving the quality of care, optimizing resource allocation, and identifying areas for improvement. However, effectively utilizing this data requires a robust data management system that ensures data security, privacy, and accessibility. This involves investing in appropriate software and hardware, implementing robust cybersecurity protocols, and training staff on proper data handling procedures. Data analytics capabilities should be integrated into the organization's strategic planning, enabling data-driven decision-making that optimizes resource allocation and improves operational efficiency. This data-driven approach allows for continuous improvement based on concrete insights rather than relying on intuition or guesswork. The implementation of a comprehensive data analytics strategy should be phased in and should include training for staff on how to interpret and use data effectively in their daily operations. Transparency regarding data usage and resident privacy must be paramount.</w:t>
      </w:r>
    </w:p>
    <w:p w14:paraId="708D06DE" w14:textId="77777777" w:rsidR="00780EC0" w:rsidRDefault="00780EC0"/>
    <w:p w14:paraId="6D4D630A" w14:textId="77777777" w:rsidR="00780EC0" w:rsidRDefault="00000000">
      <w:r>
        <w:br/>
        <w:t>Another key element of staying ahead of technological advancements involves building strong relationships with technology vendors. Selecting the right technology partners is crucial for successful technology integration. This involves careful evaluation of potential vendors, assessing their reputation, technical expertise, and commitment to customer support. Long-term partnerships with reliable vendors can ensure ongoing access to technical support, software updates, and training resources. Regular communication with vendors is vital, ensuring that the organization is kept abreast of the latest technological advancements and can leverage their expertise to maximize the benefits of technology integration. Establishing a strong relationship with vendors can also facilitate access to new technology releases and pilot programs, providing a competitive advantage in the industry. This approach minimizes the risks associated with new technology implementations and ensures that the organization is always at the forefront of innovation.</w:t>
      </w:r>
    </w:p>
    <w:p w14:paraId="4CDD6228" w14:textId="77777777" w:rsidR="00780EC0" w:rsidRDefault="00780EC0"/>
    <w:p w14:paraId="640B652E" w14:textId="77777777" w:rsidR="00780EC0" w:rsidRDefault="00000000">
      <w:r>
        <w:br/>
        <w:t xml:space="preserve">Finally, financial sustainability is a crucial consideration when planning for long-term technology adoption. It's essential to develop a robust financial model that incorporates the costs of technology acquisition, implementation, maintenance, and staff training. This model should demonstrate the long-term return on investment (ROI) of technology adoption, demonstrating how these investments contribute to improved operational efficiency, reduced healthcare costs, and increased resident satisfaction. This comprehensive financial model can serve as a strong justification for investment and can help secure funding from various sources, including government grants, private investors, or internal budget allocations. The financial model should demonstrate a realistic return on investment, </w:t>
      </w:r>
      <w:r>
        <w:lastRenderedPageBreak/>
        <w:t>considering potential challenges, maintenance costs and personnel training. It should be regularly reviewed and updated to account for changes in technology and operational costs.</w:t>
      </w:r>
    </w:p>
    <w:p w14:paraId="24358EF2" w14:textId="77777777" w:rsidR="00780EC0" w:rsidRDefault="00780EC0"/>
    <w:p w14:paraId="35B9AFB5" w14:textId="77777777" w:rsidR="00780EC0" w:rsidRDefault="00000000">
      <w:r>
        <w:br/>
        <w:t>In conclusion, staying ahead of technological advancements in senior living demands a holistic and proactive strategy. It's not merely about adopting the latest technology but rather about integrating technology into a comprehensive long-term plan that enhances quality of care, improves operational efficiency, and strengthens financial stability. This requires developing a technology roadmap, fostering a culture of innovation, strategically managing data, cultivating strong vendor relationships, and ensuring financial sustainability. By embracing this proactive approach, senior living organizations can not only improve the lives of their residents but also secure their long-term viability in an increasingly technology-driven world. The ability to adapt, innovate, and integrate technology effectively will be a key differentiator for success in the senior living industry of the future. Failing to embrace these advancements risks falling behind competitors and potentially compromising the quality of care provided. Continuous monitoring of industry trends and technological developments, alongside proactive planning, is therefore not optional, but rather a necessity for long-term sustainability and success.</w:t>
      </w:r>
    </w:p>
    <w:p w14:paraId="2F968BC5" w14:textId="77777777" w:rsidR="00780EC0" w:rsidRDefault="00780EC0"/>
    <w:p w14:paraId="3D7CD650" w14:textId="77777777" w:rsidR="00780EC0" w:rsidRDefault="00000000">
      <w:r>
        <w:br w:type="page"/>
      </w:r>
    </w:p>
    <w:p w14:paraId="79369B6B" w14:textId="77777777" w:rsidR="00780EC0" w:rsidRDefault="00000000">
      <w:pPr>
        <w:spacing w:before="5040"/>
        <w:jc w:val="center"/>
      </w:pPr>
      <w:r>
        <w:lastRenderedPageBreak/>
        <w:t xml:space="preserve"> Chapter 8:  Regulatory Compliance and Risk Management</w:t>
      </w:r>
    </w:p>
    <w:p w14:paraId="3EF54857" w14:textId="77777777" w:rsidR="00780EC0" w:rsidRDefault="00000000">
      <w:r>
        <w:t>Navigating the complex landscape of regulatory compliance is paramount for any senior living facility aiming for sustainable success. This isn't merely a matter of ticking boxes; it's about cultivating a culture of compliance that permeates every aspect of the organization, from administrative processes to resident care. Failure to adhere to these regulations can lead to hefty fines, legal battles, reputational damage, and, most critically, compromise the safety and well-being of residents. This section will delve into the key regulatory areas, offering practical strategies for ensuring full compliance and mitigating potential risks.</w:t>
      </w:r>
    </w:p>
    <w:p w14:paraId="62E4FDCE" w14:textId="77777777" w:rsidR="00780EC0" w:rsidRDefault="00000000">
      <w:r>
        <w:br/>
        <w:t>The first crucial aspect is understanding the licensing and certification requirements specific to your state and local jurisdiction. These requirements vary significantly depending on the type of facility (assisted living, skilled nursing, memory care, etc.) and the level of care provided. Therefore, a thorough understanding of your local regulations is not optional; it’s essential. This begins with a meticulous review of all relevant state and federal laws, regulations, and guidelines. This involves staying updated on any changes or amendments to these regulations, as legislative updates are frequent. Many states have dedicated websites with easily accessible information on licensing requirements and relevant codes, but it's advisable to consult legal counsel specializing in senior living to ensure complete comprehension and compliance. This expertise will provide a safeguard against unintentional oversights and ensure that your facility remains compliant.</w:t>
      </w:r>
    </w:p>
    <w:p w14:paraId="05E9BDA1" w14:textId="77777777" w:rsidR="00780EC0" w:rsidRDefault="00780EC0"/>
    <w:p w14:paraId="731C6B47" w14:textId="77777777" w:rsidR="00780EC0" w:rsidRDefault="00000000">
      <w:r>
        <w:br/>
        <w:t>Beyond state-level licensing, many senior living facilities also seek certification from national organizations, such as the Accreditation Commission for Health Care (ACHC) or the Joint Commission. These certifications demonstrate a commitment to high standards of quality and care, which can enhance your facility's reputation and attract more residents. While these certifications are voluntary, obtaining them often signals to prospective residents and their families a superior level of care and professionalism. The application and certification processes can be intensive and require detailed documentation, audits, and ongoing compliance monitoring, highlighting the significant investment required for continuous accreditation.</w:t>
      </w:r>
    </w:p>
    <w:p w14:paraId="244C7FED" w14:textId="77777777" w:rsidR="00780EC0" w:rsidRDefault="00780EC0"/>
    <w:p w14:paraId="25D4679D" w14:textId="77777777" w:rsidR="00780EC0" w:rsidRDefault="00000000">
      <w:r>
        <w:br/>
        <w:t xml:space="preserve">Health and safety standards represent another critical area of regulatory compliance. These standards typically cover a wide range of issues, including fire safety, infection control, medication management, and food safety. Strict adherence to these standards is not merely a matter of regulatory compliance; it's a fundamental aspect of safeguarding resident well-being. Fire safety protocols must be meticulously reviewed and practiced regularly. This includes regular inspections of fire suppression systems, fire drills, and staff training on </w:t>
      </w:r>
      <w:r>
        <w:lastRenderedPageBreak/>
        <w:t>emergency evacuation procedures. Infection control measures are equally critical, encompassing hand hygiene protocols, appropriate use of personal protective equipment, and procedures for managing infectious diseases. This involves investing in staff training programs that emphasize the importance of hygiene and infection prevention strategies, and regularly evaluating the effectiveness of such programs.</w:t>
      </w:r>
    </w:p>
    <w:p w14:paraId="6097B492" w14:textId="77777777" w:rsidR="00780EC0" w:rsidRDefault="00780EC0"/>
    <w:p w14:paraId="36F72A45" w14:textId="77777777" w:rsidR="00780EC0" w:rsidRDefault="00000000">
      <w:r>
        <w:br/>
        <w:t>Medication management is another area that demands strict adherence to regulations. This includes proper storage, administration, and documentation of medications. All staff involved in medication administration must be thoroughly trained and regularly assessed on their competency. Maintaining precise records, adhering to established protocols, and implementing effective oversight mechanisms are critical for preventing medication errors and ensuring resident safety. Regular audits and internal reviews of medication procedures are essential to identify areas for improvement and prevent potential errors. Furthermore, establishing protocols for handling medication discrepancies, reporting systems for tracking errors, and training staff on proper medication reconciliation procedures should be given high priority.</w:t>
      </w:r>
    </w:p>
    <w:p w14:paraId="431D5BC1" w14:textId="77777777" w:rsidR="00780EC0" w:rsidRDefault="00780EC0"/>
    <w:p w14:paraId="5855C7EA" w14:textId="77777777" w:rsidR="00780EC0" w:rsidRDefault="00000000">
      <w:r>
        <w:br/>
        <w:t>Food safety regulations are crucial to prevent foodborne illnesses among residents. This includes adhering to strict hygiene protocols in food preparation, storage, and service. Regular inspections of kitchen facilities and rigorous staff training on safe food handling practices are essential. Implementing a comprehensive food safety management system, including HACCP principles, can significantly reduce the risks of foodborne illnesses. Proper staff training, including serving appropriate portion sizes for different dietary needs, should also be a primary focus.</w:t>
      </w:r>
    </w:p>
    <w:p w14:paraId="6DE33CD0" w14:textId="77777777" w:rsidR="00780EC0" w:rsidRDefault="00780EC0"/>
    <w:p w14:paraId="41A0EB7A" w14:textId="77777777" w:rsidR="00780EC0" w:rsidRDefault="00000000">
      <w:r>
        <w:br/>
        <w:t>Resident rights are another central aspect of regulatory compliance. Federal and state laws typically guarantee residents a range of rights, including the right to privacy, dignity, respect, and self-determination. These rights must be clearly communicated to residents and their families, and staff must be trained to uphold them. Regular assessments of resident well-being and the establishment of effective mechanisms for addressing grievances are essential to ensuring that resident rights are fully respected. This involves building effective communication channels with residents and families, and creating an environment of mutual respect and transparency. This goes beyond formal compliance; it emphasizes fostering a culture that genuinely values the dignity and autonomy of each resident.</w:t>
      </w:r>
    </w:p>
    <w:p w14:paraId="55768129" w14:textId="77777777" w:rsidR="00780EC0" w:rsidRDefault="00780EC0"/>
    <w:p w14:paraId="3E45D391" w14:textId="77777777" w:rsidR="00780EC0" w:rsidRDefault="00000000">
      <w:r>
        <w:lastRenderedPageBreak/>
        <w:br/>
        <w:t>Beyond these core areas, regulatory compliance also extends to other essential aspects of senior living operation. These can include matters relating to financial transparency, record-keeping, employee background checks, and reporting requirements. Maintaining accurate and thorough records is essential for demonstrating compliance with all regulations. This necessitates a robust system for maintaining accurate resident records, financial documents, and staff training records. Secure data storage and adherence to HIPAA regulations are of paramount importance, requiring a comprehensive understanding of data privacy regulations and the implementation of effective security measures.</w:t>
      </w:r>
    </w:p>
    <w:p w14:paraId="17D23B11" w14:textId="77777777" w:rsidR="00780EC0" w:rsidRDefault="00780EC0"/>
    <w:p w14:paraId="7730C966" w14:textId="77777777" w:rsidR="00780EC0" w:rsidRDefault="00000000">
      <w:r>
        <w:br/>
        <w:t>To ensure ongoing compliance, a proactive approach is crucial. This involves establishing a robust compliance program that includes regular training for staff, conducting internal audits, and staying updated on changes in regulations. Regular staff training on compliance-related issues should be incorporated into the organization's operational plan. Internal audits provide an opportunity to identify areas for improvement and address potential non-compliance issues before they become serious problems. Staying abreast of regulatory updates requires continuous monitoring of changes in state and federal laws. This involves subscribing to relevant publications, attending industry conferences, and seeking guidance from legal counsel specializing in senior living. A proactive and continuous monitoring system, rather than reacting to problems, will help prevent serious issues, ensuring a consistently compliant and safe environment.</w:t>
      </w:r>
    </w:p>
    <w:p w14:paraId="25AB402C" w14:textId="77777777" w:rsidR="00780EC0" w:rsidRDefault="00780EC0"/>
    <w:p w14:paraId="35C9A40A" w14:textId="77777777" w:rsidR="00780EC0" w:rsidRDefault="00000000">
      <w:r>
        <w:br/>
        <w:t>The financial implications of non-compliance can be substantial. Fines, penalties, and legal fees can significantly impact an organization's financial stability. More importantly, the reputational damage caused by non-compliance can be even more detrimental, potentially leading to reduced occupancy rates and difficulties attracting qualified staff. The establishment of a robust compliance program is thus not merely a matter of avoiding penalties; it's a critical strategy for long-term sustainability and success in the competitive senior living market. Proactive compliance demonstrates a commitment to providing high-quality care in a safe and secure environment, attracting both residents and dedicated staff, ultimately improving the organization’s overall financial health and stability.</w:t>
      </w:r>
    </w:p>
    <w:p w14:paraId="13A6D520" w14:textId="77777777" w:rsidR="00780EC0" w:rsidRDefault="00780EC0"/>
    <w:p w14:paraId="024AD6AA" w14:textId="77777777" w:rsidR="00780EC0" w:rsidRDefault="00000000">
      <w:r>
        <w:br/>
        <w:t xml:space="preserve">In conclusion, navigating the regulatory landscape requires a comprehensive understanding of all applicable laws, a robust compliance program, and a commitment to prioritizing resident safety and well-being. By cultivating a culture of compliance, senior living facilities can mitigate risks, protect their reputation, and ultimately create a thriving environment for </w:t>
      </w:r>
      <w:r>
        <w:lastRenderedPageBreak/>
        <w:t>both residents and staff. This proactive approach positions the facility for sustainable growth and success in a continuously evolving regulatory environment. Ongoing vigilance and a dedication to continuous improvement are essential to ensure long-term compliance and continued success in providing high-quality senior care. Regular review of policies and procedures, alongside staff education, are paramount in maintaining a culture of compliance and preventing potential issues.</w:t>
      </w:r>
    </w:p>
    <w:p w14:paraId="0C19E76A" w14:textId="77777777" w:rsidR="00780EC0" w:rsidRDefault="00780EC0"/>
    <w:p w14:paraId="58CF9511" w14:textId="77777777" w:rsidR="00780EC0" w:rsidRDefault="00000000">
      <w:r>
        <w:t>Developing a robust compliance program is not a one-time project; it's an ongoing commitment requiring continuous effort and adaptation. The cornerstone of any successful compliance program is a clearly defined compliance policy. This policy should articulate the organization's commitment to compliance, outline specific procedures for adhering to regulations, and detail the consequences of non-compliance. The policy should be readily accessible to all staff members, and regular reviews and updates are crucial to ensure it remains current and relevant. This policy should be more than just a document; it should reflect the organization's culture and values, demonstrating a genuine commitment to ethical and legal conduct. Consider including specific examples of how compliance contributes to resident well-being and the overall success of the facility.</w:t>
      </w:r>
    </w:p>
    <w:p w14:paraId="2E96898E" w14:textId="77777777" w:rsidR="00780EC0" w:rsidRDefault="00000000">
      <w:r>
        <w:br/>
        <w:t>Beyond the written policy, effective communication is paramount. Regular training sessions for all staff members, from administrative staff to direct care providers, are essential. These training sessions should not be generic; they should be tailored to the specific roles and responsibilities of each staff member, focusing on relevant regulatory requirements. For example, nurses require extensive training on medication administration and documentation, while housekeeping staff needs training on infection control protocols. Using interactive training methods such as role-playing, case studies, and quizzes can enhance engagement and knowledge retention. Regular refresher training should be integrated into the annual training schedule to reinforce compliance knowledge and address any changes in regulations.</w:t>
      </w:r>
    </w:p>
    <w:p w14:paraId="6027D5B7" w14:textId="77777777" w:rsidR="00780EC0" w:rsidRDefault="00780EC0"/>
    <w:p w14:paraId="733EB21B" w14:textId="77777777" w:rsidR="00780EC0" w:rsidRDefault="00000000">
      <w:r>
        <w:br/>
        <w:t xml:space="preserve">Conducting regular audits is another critical element of a robust compliance program. These audits should not be viewed as punitive measures but as opportunities to identify areas for improvement and prevent potential non-compliance issues. The audit process should be comprehensive, encompassing all aspects of facility operations, from resident care to financial management. A combination of internal and external audits is highly recommended. Internal audits, conducted by designated compliance officers or external consultants, provide a thorough review of processes and practices. External audits, often conducted by state or national regulatory bodies, offer an independent assessment and validation of the facility's compliance efforts. The findings of these audits should be thoroughly documented, and corrective action plans should be developed and implemented </w:t>
      </w:r>
      <w:r>
        <w:lastRenderedPageBreak/>
        <w:t>promptly to address any identified deficiencies. The results of these audits should be shared with all staff, demonstrating transparency and fostering a culture of continuous improvement.</w:t>
      </w:r>
    </w:p>
    <w:p w14:paraId="4743B3D6" w14:textId="77777777" w:rsidR="00780EC0" w:rsidRDefault="00780EC0"/>
    <w:p w14:paraId="0B570684" w14:textId="77777777" w:rsidR="00780EC0" w:rsidRDefault="00000000">
      <w:r>
        <w:br/>
        <w:t>Responding proactively to any regulatory issues is crucial. This requires establishing clear procedures for reporting and addressing potential violations. A dedicated compliance officer or committee should be responsible for overseeing the compliance program, investigating reported incidents, and implementing corrective actions. When issues do arise, a prompt and transparent response is essential. This involves conducting thorough investigations, cooperating fully with regulatory agencies, and implementing corrective actions to prevent future occurrences. It also involves documenting all actions taken, including the corrective actions and steps taken to prevent recurrence. It is vital to view these instances not as failures but as opportunities for learning and growth, reinforcing the importance of continuous improvement within the organization's compliance program.</w:t>
      </w:r>
    </w:p>
    <w:p w14:paraId="24A1AD67" w14:textId="77777777" w:rsidR="00780EC0" w:rsidRDefault="00780EC0"/>
    <w:p w14:paraId="69860BC7" w14:textId="77777777" w:rsidR="00780EC0" w:rsidRDefault="00000000">
      <w:r>
        <w:br/>
        <w:t>Another critical component is record-keeping. Meticulous record-keeping is essential for demonstrating compliance with all regulations. This involves maintaining accurate and readily accessible records of all relevant information, including resident records, financial documents, staff training records, and incident reports. A well-organized system is necessary to ensure that all records are easily accessible and auditable. This may require implementing a sophisticated electronic health record system or other digital tools to facilitate record-keeping and compliance reporting. Strict adherence to data privacy regulations, such as HIPAA, is essential. This involves implementing robust security measures to protect resident information from unauthorized access or disclosure. Regular training on data privacy and security should be provided to all staff members who have access to resident data.</w:t>
      </w:r>
    </w:p>
    <w:p w14:paraId="567EB672" w14:textId="77777777" w:rsidR="00780EC0" w:rsidRDefault="00780EC0"/>
    <w:p w14:paraId="562A157F" w14:textId="77777777" w:rsidR="00780EC0" w:rsidRDefault="00000000">
      <w:r>
        <w:br/>
        <w:t>Finally, staying updated on regulatory changes is an ongoing process. This requires continuous monitoring of changes in state and federal laws, regulations, and guidelines. This can involve subscribing to relevant publications, attending industry conferences and workshops, and maintaining close contact with regulatory agencies. The organization's compliance program should include a mechanism for promptly disseminating information about regulatory updates to all staff members. This can involve regular newsletters, in-service training, or meetings to discuss and explain any significant changes. This proactive approach ensures that the organization remains up-to-date on all relevant regulations and can adjust its compliance program accordingly.</w:t>
      </w:r>
    </w:p>
    <w:p w14:paraId="27877A10" w14:textId="77777777" w:rsidR="00780EC0" w:rsidRDefault="00780EC0"/>
    <w:p w14:paraId="136271E3" w14:textId="77777777" w:rsidR="00780EC0" w:rsidRDefault="00000000">
      <w:r>
        <w:br/>
        <w:t>By implementing these strategies, senior living facilities can establish a robust compliance program that ensures adherence to all relevant regulations, protects resident safety and well-being, and safeguards the organization’s financial stability and reputation. It’s important to remember that compliance is not merely a legal requirement; it’s a commitment to providing high-quality care in a safe and secure environment. A proactive and comprehensive approach to compliance is a cornerstone of operational excellence, ultimately contributing to the facility’s long-term success and sustainability. Regular review and reassessment of the program will ensure its effectiveness remains consistent with evolving regulations and best practices within the industry. Continual investment in staff training, technology, and auditing processes demonstrate a commitment to delivering the highest level of resident care and maintaining a culture of compliance throughout the organization. The development and maintenance of a robust compliance program is a critical investment that provides ongoing returns in the form of operational efficiency, regulatory compliance, and, most importantly, resident safety and satisfaction. This investment in compliance directly translates to improved financial health and a stronger reputation, enhancing the overall success and longevity of the senior living facility.</w:t>
      </w:r>
    </w:p>
    <w:p w14:paraId="42B7BC2D" w14:textId="77777777" w:rsidR="00780EC0" w:rsidRDefault="00780EC0"/>
    <w:p w14:paraId="1DBAD25B" w14:textId="77777777" w:rsidR="00780EC0" w:rsidRDefault="00000000">
      <w:r>
        <w:t>Proactive risk management is not merely a reactive response to incidents; it's a fundamental pillar of a thriving senior living community. It's about anticipating potential hazards and implementing preventative measures before they escalate into critical incidents. This proactive approach significantly reduces the likelihood of accidents, injuries, and regulatory non-compliance, ultimately contributing to a safer and more secure environment for both residents and staff. A comprehensive risk management strategy should encompass various aspects of facility operations, from physical safety to resident care and staff well-being.</w:t>
      </w:r>
    </w:p>
    <w:p w14:paraId="2324B5E4" w14:textId="77777777" w:rsidR="00780EC0" w:rsidRDefault="00000000">
      <w:r>
        <w:br/>
        <w:t xml:space="preserve">One of the most significant risks in senior living facilities is falls. Elderly residents are particularly susceptible to falls due to age-related factors such as decreased balance, muscle weakness, and cognitive impairment. A robust fall prevention program should be a cornerstone of any risk management strategy. This program should incorporate a multi-faceted approach, encompassing environmental modifications, resident-specific interventions, and staff training. Environmental modifications might include installing grab bars in bathrooms and hallways, eliminating tripping hazards such as loose rugs and cords, and improving lighting throughout the facility. Resident-specific interventions could involve individualized exercise programs designed to improve balance and strength, medication reviews to identify potential fall-inducing medications, and regular assessments to identify residents at high risk of falling. Staff training should focus on safe transfer techniques, fall risk assessment tools, and appropriate responses to falls. Regular reviews and updates of the fall prevention program are crucial to ensure its effectiveness and adapt it to the </w:t>
      </w:r>
      <w:r>
        <w:lastRenderedPageBreak/>
        <w:t>evolving needs of the resident population. The data collected from fall incidents should be thoroughly analyzed to identify patterns and trends, enabling the facility to make targeted improvements to its fall prevention efforts. This data-driven approach helps refine strategies and makes them more effective over time.</w:t>
      </w:r>
    </w:p>
    <w:p w14:paraId="5262B495" w14:textId="77777777" w:rsidR="00780EC0" w:rsidRDefault="00780EC0"/>
    <w:p w14:paraId="2FB6A048" w14:textId="77777777" w:rsidR="00780EC0" w:rsidRDefault="00000000">
      <w:r>
        <w:br/>
        <w:t>Infection control is another critical area of risk management in senior living. Elderly residents are often more vulnerable to infections due to weakened immune systems and chronic health conditions. A comprehensive infection control program should be in place to minimize the risk of infections, outbreaks, and the spread of contagious diseases. This program should include rigorous hand hygiene practices, appropriate use of personal protective equipment (PPE), thorough cleaning and disinfection protocols, and prompt identification and isolation of infected individuals. Staff training on infection control procedures is essential, ensuring everyone understands and adheres to these protocols. Regular audits of infection control practices are necessary to identify and address any gaps or deficiencies. The facility should also maintain close contact with local public health agencies to stay abreast of current infection control guidelines and to receive support during outbreaks. Implementing robust infection control protocols is paramount not just for resident safety, but also for the well-being of staff, protecting them from exposure to contagious illnesses. This contributes to maintaining adequate staffing levels and avoids disruptions to operations.</w:t>
      </w:r>
    </w:p>
    <w:p w14:paraId="0C2FB011" w14:textId="77777777" w:rsidR="00780EC0" w:rsidRDefault="00780EC0"/>
    <w:p w14:paraId="1C8241B6" w14:textId="77777777" w:rsidR="00780EC0" w:rsidRDefault="00000000">
      <w:r>
        <w:br/>
        <w:t>Emergency preparedness is yet another essential aspect of risk management. Senior living facilities should have comprehensive emergency plans in place to address a range of potential emergencies, including fires, power outages, natural disasters, and medical emergencies. These plans should outline procedures for evacuating residents, contacting emergency services, and providing essential support during an emergency. Regular drills and training exercises should be conducted to ensure staff are familiar with emergency procedures and can respond effectively in a crisis. Maintaining adequate supplies of essential medications, food, and water is also critical. Furthermore, the facility should have a robust communication system in place to keep residents, families, and staff informed during an emergency. This includes a defined chain of command and multiple communication channels. Regular review and updating of emergency plans based on lessons learned from drills and real-world events will keep plans current and effective. A thorough understanding of local emergency response protocols and coordination with emergency services will aid in a prompt and effective response.</w:t>
      </w:r>
    </w:p>
    <w:p w14:paraId="4C1FAC2C" w14:textId="77777777" w:rsidR="00780EC0" w:rsidRDefault="00780EC0"/>
    <w:p w14:paraId="761CF1A4" w14:textId="77777777" w:rsidR="00780EC0" w:rsidRDefault="00000000">
      <w:r>
        <w:lastRenderedPageBreak/>
        <w:br/>
        <w:t>Beyond these critical areas, risk management also extends to other aspects of facility operations, including medication management, food safety, security, and resident behavior management. Medication management requires strict adherence to procedures for safe storage, administration, and documentation. Regular audits and staff training are essential to prevent medication errors. Food safety protocols should adhere to rigorous standards to prevent foodborne illnesses, including proper food handling, storage, and temperature control. Regular inspections and staff training are key to maintaining these standards. Security measures should be implemented to protect residents and staff from theft, violence, and other security breaches. This includes access control systems, security cameras, and regular security patrols. Furthermore, clear policies and procedures for managing resident behavior should be in place, addressing issues such as aggression, wandering, and disruptive behavior. This includes providing appropriate training to staff on de-escalation techniques and interventions.</w:t>
      </w:r>
    </w:p>
    <w:p w14:paraId="4F6F22BA" w14:textId="77777777" w:rsidR="00780EC0" w:rsidRDefault="00780EC0"/>
    <w:p w14:paraId="7594270A" w14:textId="77777777" w:rsidR="00780EC0" w:rsidRDefault="00000000">
      <w:r>
        <w:br/>
        <w:t>Effective risk management requires a collaborative effort from all staff members. Creating a culture of safety where everyone is empowered to identify and report potential hazards is paramount. This includes providing mechanisms for anonymous reporting and ensuring that all reports are taken seriously and investigated promptly. The facility should also regularly solicit feedback from residents and families to identify areas for improvement. This feedback provides valuable insights into potential risks that staff might overlook.</w:t>
      </w:r>
    </w:p>
    <w:p w14:paraId="4FAA92EF" w14:textId="77777777" w:rsidR="00780EC0" w:rsidRDefault="00780EC0"/>
    <w:p w14:paraId="5DD3AEAB" w14:textId="77777777" w:rsidR="00780EC0" w:rsidRDefault="00000000">
      <w:r>
        <w:br/>
        <w:t>Regular risk assessments should be conducted to identify potential hazards and evaluate the effectiveness of current risk mitigation strategies. These assessments should consider both internal and external factors that could impact the safety and well-being of residents and staff. The results of these assessments should be documented and used to inform the development and implementation of new risk mitigation strategies. This cyclical process of assessment, mitigation, and review is critical for ensuring that the risk management program remains effective and responsive to the ever-changing needs of the facility. Staying abreast of industry best practices and regulatory requirements is critical; the program should be continuously reviewed and updated to reflect the latest information and standards.</w:t>
      </w:r>
    </w:p>
    <w:p w14:paraId="1CE0B9C7" w14:textId="77777777" w:rsidR="00780EC0" w:rsidRDefault="00780EC0"/>
    <w:p w14:paraId="7443D118" w14:textId="77777777" w:rsidR="00780EC0" w:rsidRDefault="00000000">
      <w:r>
        <w:br/>
        <w:t xml:space="preserve">In summary, a comprehensive risk management program is essential for creating a safe and secure environment in senior living. It's not simply about reacting to incidents; it's about proactively identifying and mitigating risks to prevent them from occurring in the first </w:t>
      </w:r>
      <w:r>
        <w:lastRenderedPageBreak/>
        <w:t>place. This proactive, multi-faceted approach encompasses various aspects of facility operations, fosters a culture of safety, and includes mechanisms for continuous improvement and adaptation to the changing needs of the community and the evolving regulatory landscape. This commitment to safety and preventative measures is fundamental to ensuring the well-being of residents, the safety of staff, and the overall success of the senior living facility. By prioritizing risk management, facilities can enhance their reputation, improve resident satisfaction, minimize legal liabilities, and create a thriving and sustainable environment for all.</w:t>
      </w:r>
    </w:p>
    <w:p w14:paraId="68B982B2" w14:textId="77777777" w:rsidR="00780EC0" w:rsidRDefault="00780EC0"/>
    <w:p w14:paraId="2FD7E5F8" w14:textId="77777777" w:rsidR="00780EC0" w:rsidRDefault="00000000">
      <w:r>
        <w:t>Navigating the complex legal and ethical landscape of senior living is paramount for any facility aiming for sustainable success. This requires a proactive, comprehensive approach that integrates legal compliance with a strong ethical foundation in every operational aspect. Failure to prioritize these areas can lead to significant financial penalties, reputational damage, and, most importantly, compromise the well-being of residents.</w:t>
      </w:r>
    </w:p>
    <w:p w14:paraId="089E25E0" w14:textId="77777777" w:rsidR="00780EC0" w:rsidRDefault="00000000">
      <w:r>
        <w:br/>
        <w:t>Resident rights are at the core of ethical and legal responsibility in senior living. Federal and state regulations, along with facility-specific policies, define a broad spectrum of rights that must be upheld. These encompass the right to choose one's own physician, to refuse treatment, to participate in decisions regarding one's care, and to maintain privacy and dignity. Facilities must actively educate residents and their families about these rights, ensuring they are clearly understood and readily accessible. Regular review and updates of the facility's policies and procedures are crucial to remain in compliance with ever-evolving regulations. Providing accessible information, perhaps in multiple formats for different levels of comprehension, is essential for ensuring that these rights are not just stated but genuinely practiced. This could include visual aids, simplified language materials, and readily available staff who can clarify any ambiguities.</w:t>
      </w:r>
    </w:p>
    <w:p w14:paraId="361FC07E" w14:textId="77777777" w:rsidR="00780EC0" w:rsidRDefault="00780EC0"/>
    <w:p w14:paraId="7B286B80" w14:textId="77777777" w:rsidR="00780EC0" w:rsidRDefault="00000000">
      <w:r>
        <w:br/>
        <w:t>Beyond the formal documentation, the demonstration of respect for resident rights is reflected in the daily interactions between staff and residents. Creating a culture of empowerment, where residents feel heard, valued, and respected, is essential. This may involve regularly seeking resident feedback through surveys, focus groups, or informal conversations. Responding to concerns promptly and transparently demonstrates respect and builds trust. Mechanisms for reporting concerns about the infringement of resident rights must be established and actively promoted, ensuring that any violations are addressed swiftly and decisively. These mechanisms could include easily accessible complaint forms, confidential channels for reporting concerns, and a clearly outlined process for investigating and addressing complaints. Regular staff training should highlight the importance of respecting resident rights and the procedures for handling grievances.</w:t>
      </w:r>
    </w:p>
    <w:p w14:paraId="58B10383" w14:textId="77777777" w:rsidR="00780EC0" w:rsidRDefault="00780EC0"/>
    <w:p w14:paraId="19E095BA" w14:textId="77777777" w:rsidR="00780EC0" w:rsidRDefault="00000000">
      <w:r>
        <w:br/>
        <w:t>Maintaining resident privacy and confidentiality is another critical legal and ethical responsibility. Protected health information (PHI) must be handled in strict accordance with HIPAA regulations and other applicable state laws. This includes safeguarding paper records, electronic health records, and any verbal communication about resident health information. Strict protocols for accessing, using, and disclosing PHI must be established and diligently followed. Regular training for all staff involved in handling resident information is essential. This training should cover the nuances of HIPAA regulations and reinforce the importance of maintaining confidentiality. Employees must understand the potential consequences of violating privacy rules. For facilities relying heavily on technology, thorough cybersecurity protocols must be put in place to prevent data breaches and unauthorized access.</w:t>
      </w:r>
    </w:p>
    <w:p w14:paraId="57DCD1F1" w14:textId="77777777" w:rsidR="00780EC0" w:rsidRDefault="00780EC0"/>
    <w:p w14:paraId="4D6EEE6E" w14:textId="77777777" w:rsidR="00780EC0" w:rsidRDefault="00000000">
      <w:r>
        <w:br/>
        <w:t>Beyond HIPAA, broader privacy concerns extend to resident personal information, which should be handled with the same level of care. Access to resident files must be restricted to authorized personnel only, and procedures for securing files, both physical and digital, must be regularly reviewed. Transparency regarding data collection and use practices should be a priority. Facilities should communicate their data privacy policies clearly to residents and families. Regular audits of privacy procedures are essential for identifying and addressing any weaknesses.</w:t>
      </w:r>
    </w:p>
    <w:p w14:paraId="33BDD0AC" w14:textId="77777777" w:rsidR="00780EC0" w:rsidRDefault="00780EC0"/>
    <w:p w14:paraId="13FB20BE" w14:textId="77777777" w:rsidR="00780EC0" w:rsidRDefault="00000000">
      <w:r>
        <w:br/>
        <w:t>Ethical considerations often extend beyond formal legal mandates. For instance, maintaining transparency in billing practices is crucial. Residents and families must receive clear and concise explanations of charges, with no hidden fees or unexpected costs. This fosters trust and prevents misunderstandings. Furthermore, ensuring fair and equitable access to services regardless of residents’ financial situations is a key ethical principle. Facilities should explore various funding options and collaborate with social workers to help residents access appropriate financial assistance. This requires a dedication to inclusivity and a commitment to providing equitable care.</w:t>
      </w:r>
    </w:p>
    <w:p w14:paraId="2423CCBA" w14:textId="77777777" w:rsidR="00780EC0" w:rsidRDefault="00780EC0"/>
    <w:p w14:paraId="0C71BBCA" w14:textId="77777777" w:rsidR="00780EC0" w:rsidRDefault="00000000">
      <w:r>
        <w:br/>
        <w:t xml:space="preserve">Maintaining high ethical standards also means providing high-quality care, which goes hand in hand with legal compliance. This includes providing adequate staffing, ensuring skilled and compassionate caregivers, and providing comprehensive care plans tailored to the individual needs of each resident. Regular monitoring and evaluation of care services are necessary to ensure consistency and address any concerns. Seeking resident and family </w:t>
      </w:r>
      <w:r>
        <w:lastRenderedPageBreak/>
        <w:t>feedback on quality of care is a crucial part of this process. This feedback provides valuable insights into areas where improvement is needed and helps ensure that care is delivered in line with both legal requirements and ethical principles.</w:t>
      </w:r>
    </w:p>
    <w:p w14:paraId="023DDB0D" w14:textId="77777777" w:rsidR="00780EC0" w:rsidRDefault="00780EC0"/>
    <w:p w14:paraId="1A092AB6" w14:textId="77777777" w:rsidR="00780EC0" w:rsidRDefault="00000000">
      <w:r>
        <w:br/>
        <w:t>Addressing complaints promptly and fairly is crucial to maintaining both legal and ethical standards. A well-defined system for handling complaints should be in place, ensuring that all complaints are taken seriously, investigated thoroughly, and resolved equitably. Transparency in the investigation process is essential, keeping residents and families informed about the progress of their complaints. Feedback from these investigations should be used to identify areas for improvement and prevent similar issues from arising in the future.</w:t>
      </w:r>
    </w:p>
    <w:p w14:paraId="6CB8494E" w14:textId="77777777" w:rsidR="00780EC0" w:rsidRDefault="00780EC0"/>
    <w:p w14:paraId="74E12739" w14:textId="77777777" w:rsidR="00780EC0" w:rsidRDefault="00000000">
      <w:r>
        <w:br/>
        <w:t>Maintaining ethical standards requires continuous education and training for all staff. Regular workshops, seminars, and online modules should be offered to update staff on current regulations, best practices, and ethical considerations. This commitment to ongoing learning demonstrates a commitment to providing the highest quality of care in compliance with all legal and ethical standards. Encouraging an environment where staff feel comfortable raising ethical concerns is essential. Regular discussions and training sessions can foster a culture where ethical considerations are not just addressed in the event of a problem, but become an integral part of every decision-making process.</w:t>
      </w:r>
    </w:p>
    <w:p w14:paraId="7CAAB981" w14:textId="77777777" w:rsidR="00780EC0" w:rsidRDefault="00780EC0"/>
    <w:p w14:paraId="3C9B772F" w14:textId="77777777" w:rsidR="00780EC0" w:rsidRDefault="00000000">
      <w:r>
        <w:br/>
        <w:t>In conclusion, upholding legal and ethical standards is not merely a matter of compliance; it's fundamental to creating a thriving and reputable senior living community. A proactive approach to legal compliance, paired with a strong ethical foundation in every facet of operations, fosters a culture of trust, respect, and high-quality care. This commitment to both legal and ethical standards is not just vital for avoiding legal repercussions; it's essential for building a positive reputation, attracting and retaining high-quality staff, and ultimately, ensuring the well-being and happiness of residents. The commitment to these principles is central to the long-term viability and success of any senior living facility. By integrating ethical considerations into the day-to-day operations, facilities demonstrate their dedication to providing exceptional care in a safe and supportive environment. This integrated approach is essential for creating a sustainable and thriving community, fostering a positive reputation, and ensuring the long-term success of the facility.</w:t>
      </w:r>
    </w:p>
    <w:p w14:paraId="33382084" w14:textId="77777777" w:rsidR="00780EC0" w:rsidRDefault="00780EC0"/>
    <w:p w14:paraId="0B4424A6" w14:textId="77777777" w:rsidR="00780EC0" w:rsidRDefault="00000000">
      <w:r>
        <w:lastRenderedPageBreak/>
        <w:t>Responding effectively to complaints and investigations is crucial for maintaining a positive reputation and ensuring the long-term viability of any senior living facility. A robust system for handling complaints, coupled with a transparent and thorough investigative process, demonstrates a commitment to accountability and resident well-being. This commitment is not just about avoiding penalties; it's about fostering trust and confidence among residents, families, and staff.</w:t>
      </w:r>
    </w:p>
    <w:p w14:paraId="503EACBA" w14:textId="77777777" w:rsidR="00780EC0" w:rsidRDefault="00000000">
      <w:r>
        <w:br/>
        <w:t>The first step in addressing complaints is establishing clear and accessible channels for residents, families, and staff to voice their concerns. This might include easily accessible complaint forms, both physical and online, as well as designated staff members trained to receive and process complaints with empathy and professionalism. It's essential that the reporting process is perceived as easy, confidential, and free from retaliation. A multilingual approach may be necessary, depending on the facility's resident demographics, ensuring that communication barriers do not prevent individuals from reporting concerns. The system should be well-publicized, with information readily available in common areas and included in resident welcome packets and facility brochures.</w:t>
      </w:r>
    </w:p>
    <w:p w14:paraId="0F752CCC" w14:textId="77777777" w:rsidR="00780EC0" w:rsidRDefault="00780EC0"/>
    <w:p w14:paraId="1D443DB1" w14:textId="77777777" w:rsidR="00780EC0" w:rsidRDefault="00000000">
      <w:r>
        <w:br/>
        <w:t>Once a complaint is received, it should be immediately documented, including the date, time, complainant's identity (if provided), nature of the complaint, and any witnesses mentioned. This initial documentation serves as the foundation for the subsequent investigation. A designated individual or team, ideally with experience in investigations and conflict resolution, should be responsible for handling the complaint. The process should be clearly outlined in the facility's policies and procedures, ensuring consistency and fairness. A timely response is critical; a delay can escalate the issue and damage trust. Acknowledging the complaint promptly, even if a full investigation cannot begin immediately, shows residents that their concerns are valued.</w:t>
      </w:r>
    </w:p>
    <w:p w14:paraId="5DFF6FE3" w14:textId="77777777" w:rsidR="00780EC0" w:rsidRDefault="00780EC0"/>
    <w:p w14:paraId="2B744756" w14:textId="77777777" w:rsidR="00780EC0" w:rsidRDefault="00000000">
      <w:r>
        <w:br/>
        <w:t>The investigation itself should be thorough and impartial. This might involve interviewing relevant staff members, reviewing documentation (such as medical records, incident reports, and staff schedules), and possibly consulting with external experts, depending on the nature of the complaint. All interviews should be documented carefully, with a focus on obtaining factual information rather than subjective opinions. If the complaint involves a resident's medical care, it is essential to follow HIPAA regulations and other applicable privacy laws. Protecting resident confidentiality is paramount throughout the investigation.</w:t>
      </w:r>
    </w:p>
    <w:p w14:paraId="26E168FD" w14:textId="77777777" w:rsidR="00780EC0" w:rsidRDefault="00780EC0"/>
    <w:p w14:paraId="308574F9" w14:textId="77777777" w:rsidR="00780EC0" w:rsidRDefault="00000000">
      <w:r>
        <w:br/>
        <w:t xml:space="preserve">Transparency is key throughout the investigative process. Complainants should be kept </w:t>
      </w:r>
      <w:r>
        <w:lastRenderedPageBreak/>
        <w:t>informed of the progress of the investigation, provided that doing so does not compromise the integrity of the investigation. Regular updates, while respecting confidentiality, demonstrate a commitment to resolving the issue fairly and efficiently. This also serves to manage expectations and avoid unnecessary anxiety or frustration. The investigation's timeline should be clearly communicated, along with an estimated completion date. However, it's crucial to avoid making promises that may be difficult to keep, as delays can further damage trust.</w:t>
      </w:r>
    </w:p>
    <w:p w14:paraId="0AE53DBE" w14:textId="77777777" w:rsidR="00780EC0" w:rsidRDefault="00780EC0"/>
    <w:p w14:paraId="177E47DD" w14:textId="77777777" w:rsidR="00780EC0" w:rsidRDefault="00000000">
      <w:r>
        <w:br/>
        <w:t>Following the completion of the investigation, a written report should be compiled, summarizing the findings and any corrective actions taken. This report should be shared with the complainant, and if appropriate, with other relevant parties, such as regulatory agencies. The report should not only detail the resolution of the specific complaint but also identify any systemic issues that contributed to the problem. This allows for the implementation of preventative measures, reducing the likelihood of similar incidents occurring in the future. Transparency is important not just for the complainant but also for demonstrating continuous improvement to other residents, families, and staff.</w:t>
      </w:r>
    </w:p>
    <w:p w14:paraId="6297B8B5" w14:textId="77777777" w:rsidR="00780EC0" w:rsidRDefault="00780EC0"/>
    <w:p w14:paraId="7195E645" w14:textId="77777777" w:rsidR="00780EC0" w:rsidRDefault="00000000">
      <w:r>
        <w:br/>
        <w:t>Internal investigations should follow a similar process, focusing on clarity and transparency. When an internal incident or potential violation occurs, a prompt and impartial investigation is essential. The process for conducting internal investigations should be formally documented and made available to all staff. The same principles of documentation, interviewing, and reporting apply, with a focus on preserving confidentiality whenever possible. Internal investigations can help to address potential violations of policy or legal requirements before they escalate into larger issues.</w:t>
      </w:r>
    </w:p>
    <w:p w14:paraId="1EAFE233" w14:textId="77777777" w:rsidR="00780EC0" w:rsidRDefault="00780EC0"/>
    <w:p w14:paraId="5C857F0A" w14:textId="77777777" w:rsidR="00780EC0" w:rsidRDefault="00000000">
      <w:r>
        <w:br/>
        <w:t>Regulatory inquiries and audits necessitate a similar approach, combining preparation and proactive collaboration. Maintaining meticulously organized records is essential, enabling quick access to the necessary information. Designated personnel should be trained to handle regulatory requests efficiently and professionally. Transparency and full cooperation with the regulatory agency build trust and demonstrate the facility's commitment to compliance. Providing requested information promptly and completely reduces the likelihood of extended scrutiny and potential penalties.</w:t>
      </w:r>
    </w:p>
    <w:p w14:paraId="08678B89" w14:textId="77777777" w:rsidR="00780EC0" w:rsidRDefault="00780EC0"/>
    <w:p w14:paraId="0760C5A3" w14:textId="77777777" w:rsidR="00780EC0" w:rsidRDefault="00000000">
      <w:r>
        <w:br/>
        <w:t xml:space="preserve">Regular internal audits, focused on compliance with regulations and ethical standards, are </w:t>
      </w:r>
      <w:r>
        <w:lastRenderedPageBreak/>
        <w:t>proactive steps to minimize risk and maintain adherence to standards. These audits can identify potential weaknesses or areas of non-compliance before they become larger problems. By addressing these issues proactively, the facility demonstrates a commitment to continuous improvement and reduces the likelihood of facing negative consequences from external audits or investigations. The findings of internal audits should be reviewed and acted upon to improve processes and enhance compliance.</w:t>
      </w:r>
    </w:p>
    <w:p w14:paraId="268AC0E7" w14:textId="77777777" w:rsidR="00780EC0" w:rsidRDefault="00780EC0"/>
    <w:p w14:paraId="34172AB8" w14:textId="77777777" w:rsidR="00780EC0" w:rsidRDefault="00000000">
      <w:r>
        <w:br/>
        <w:t>In addition to addressing individual complaints, the facility should actively seek feedback from residents, families, and staff through surveys, focus groups, and suggestion boxes. This proactive approach helps to identify potential problems early on, preventing them from escalating into formal complaints. Regular feedback sessions with staff create opportunities for addressing concerns, providing training on best practices, and reinforcing the importance of compliance and ethical conduct. This fosters a culture of accountability and transparency, where staff feel comfortable raising concerns without fear of retaliation.</w:t>
      </w:r>
    </w:p>
    <w:p w14:paraId="77CEB5A6" w14:textId="77777777" w:rsidR="00780EC0" w:rsidRDefault="00780EC0"/>
    <w:p w14:paraId="501B9538" w14:textId="77777777" w:rsidR="00780EC0" w:rsidRDefault="00000000">
      <w:r>
        <w:br/>
        <w:t>Finally, it is essential to continuously review and update policies and procedures regarding complaints, investigations, and regulatory compliance. This ensures that the facility remains up-to-date with relevant regulations and best practices. Regular training for staff on these policies and procedures ensures consistency in handling complaints and investigations, promoting a fair and equitable approach for all. Staying current with regulations and best practices demonstrates a commitment to continuous improvement and minimizes the risk of non-compliance.</w:t>
      </w:r>
    </w:p>
    <w:p w14:paraId="4D385F2F" w14:textId="77777777" w:rsidR="00780EC0" w:rsidRDefault="00780EC0"/>
    <w:p w14:paraId="06A85FC0" w14:textId="77777777" w:rsidR="00780EC0" w:rsidRDefault="00000000">
      <w:r>
        <w:br/>
        <w:t>By implementing a robust system for responding to complaints and conducting thorough investigations, senior living facilities can not only avoid legal and financial penalties but also foster a culture of trust, transparency, and accountability. This commitment to excellence in managing complaints and investigations is crucial not only for compliance but also for promoting resident well-being and maintaining a positive reputation within the community. A proactive approach to complaint management, coupled with thorough internal investigations, is essential for the long-term success and sustainability of any senior living facility.</w:t>
      </w:r>
    </w:p>
    <w:p w14:paraId="046DFBC8" w14:textId="77777777" w:rsidR="00780EC0" w:rsidRDefault="00780EC0"/>
    <w:p w14:paraId="0A60CF86" w14:textId="77777777" w:rsidR="00780EC0" w:rsidRDefault="00000000">
      <w:r>
        <w:br w:type="page"/>
      </w:r>
    </w:p>
    <w:p w14:paraId="3F05ED12" w14:textId="77777777" w:rsidR="00780EC0" w:rsidRDefault="00000000">
      <w:pPr>
        <w:spacing w:before="5040"/>
        <w:jc w:val="center"/>
      </w:pPr>
      <w:r>
        <w:lastRenderedPageBreak/>
        <w:t xml:space="preserve"> Chapter 9:  Building a High-Performing Team</w:t>
      </w:r>
    </w:p>
    <w:p w14:paraId="61649784" w14:textId="77777777" w:rsidR="00780EC0" w:rsidRDefault="00000000">
      <w:r>
        <w:t>Defining clear roles and responsibilities is paramount to building a high-performing team in any senior living facility, and especially crucial during a turnaround. Ambiguity in roles breeds inefficiency, conflict, and ultimately, impacts the quality of care provided to residents. A well-defined structure, on the other hand, fosters accountability, empowers staff, and improves overall operational effectiveness. This process isn't simply about creating job descriptions; it's about cultivating a culture of ownership and shared responsibility.</w:t>
      </w:r>
    </w:p>
    <w:p w14:paraId="6B1583D5" w14:textId="77777777" w:rsidR="00780EC0" w:rsidRDefault="00000000">
      <w:r>
        <w:br/>
        <w:t>The foundation of a robust role-definition process begins with a thorough assessment of the current operational structure. This involves identifying all key positions within the facility, from executive leadership to frontline caregivers. For each position, a detailed analysis of the tasks, duties, and responsibilities is required. This assessment should consider not only the immediate tasks but also the broader contributions to the facility's overall goals. For instance, a nurse's role extends beyond administering medication; it encompasses resident interaction, emotional support, and proactive health monitoring. Similarly, a maintenance worker's responsibilities encompass preventative maintenance, ensuring a safe environment, and responding to resident requests promptly and efficiently.</w:t>
      </w:r>
    </w:p>
    <w:p w14:paraId="336F7D43" w14:textId="77777777" w:rsidR="00780EC0" w:rsidRDefault="00780EC0"/>
    <w:p w14:paraId="572548FB" w14:textId="77777777" w:rsidR="00780EC0" w:rsidRDefault="00000000">
      <w:r>
        <w:br/>
        <w:t>The next step involves creating or revising job descriptions that reflect the identified roles and responsibilities. These descriptions should be clear, concise, and readily understandable by all staff members. Using action verbs to clearly articulate responsibilities enhances clarity and leaves less room for misinterpretations. Vague terms like "assist" or "support" should be replaced with more specific verbs like "administer," "monitor," "coordinate," or "implement." For example, instead of stating "assists with resident activities," a more effective description would be "plans, organizes, and facilitates daily resident activities, including social events, recreational programs, and therapeutic engagements." Including measurable objectives within the job description provides a benchmark for performance evaluation and accountability. This could include metrics like the number of resident interactions per shift, the completion rate of assigned tasks, or the number of positive resident feedback comments received.</w:t>
      </w:r>
    </w:p>
    <w:p w14:paraId="4C6DB6A0" w14:textId="77777777" w:rsidR="00780EC0" w:rsidRDefault="00780EC0"/>
    <w:p w14:paraId="2803F21E" w14:textId="77777777" w:rsidR="00780EC0" w:rsidRDefault="00000000">
      <w:r>
        <w:br/>
        <w:t xml:space="preserve">Beyond the written job descriptions, it's critical to establish clear reporting structures. Each position should have a designated supervisor or manager to whom they report. This structure ensures clear lines of communication and accountability. The reporting structure should be visually represented, perhaps through an organizational chart, to ensure that all staff understand where they fit within the larger organizational framework. This visual aid </w:t>
      </w:r>
      <w:r>
        <w:lastRenderedPageBreak/>
        <w:t>can also help to identify potential bottlenecks or redundancies in the organizational structure.</w:t>
      </w:r>
    </w:p>
    <w:p w14:paraId="3A6C2225" w14:textId="77777777" w:rsidR="00780EC0" w:rsidRDefault="00780EC0"/>
    <w:p w14:paraId="6166B696" w14:textId="77777777" w:rsidR="00780EC0" w:rsidRDefault="00000000">
      <w:r>
        <w:br/>
        <w:t>Regularly scheduled staff meetings, particularly during the turnaround phase, serve as a crucial platform for clarifying roles and responsibilities. These meetings should not simply be announcements; they should be interactive sessions where staff members can voice concerns, clarify responsibilities, and ensure alignment with established goals. Creating an open communication environment where staff feel comfortable asking questions and expressing concerns ensures that everyone is working from the same understanding.</w:t>
      </w:r>
    </w:p>
    <w:p w14:paraId="3C778DD5" w14:textId="77777777" w:rsidR="00780EC0" w:rsidRDefault="00780EC0"/>
    <w:p w14:paraId="5188E916" w14:textId="77777777" w:rsidR="00780EC0" w:rsidRDefault="00000000">
      <w:r>
        <w:br/>
        <w:t>Empowerment is an essential component of a high-performing team. This means delegating authority and responsibility to staff members, trusting them to perform their duties effectively. While accountability remains crucial, empowering employees fosters a sense of ownership and pride in their work. This is particularly important in a turnaround situation, where staff may feel demoralized or uncertain about the future. Delegation should be strategic, considering individual skills and capabilities. Regularly review and adjust roles and responsibilities based on staff performance and evolving needs of the facility.</w:t>
      </w:r>
    </w:p>
    <w:p w14:paraId="0C62E07D" w14:textId="77777777" w:rsidR="00780EC0" w:rsidRDefault="00780EC0"/>
    <w:p w14:paraId="484AD9AD" w14:textId="77777777" w:rsidR="00780EC0" w:rsidRDefault="00000000">
      <w:r>
        <w:br/>
        <w:t>Training and development are pivotal in supporting staff in effectively fulfilling their roles. This should not be a one-time event, but rather an ongoing process of continuous learning and improvement. Training programs should be tailored to the specific roles and responsibilities within the facility. For example, frontline staff may require training in new care techniques, while administrative staff may need training in updated software or financial management systems. Providing opportunities for professional development helps to retain skilled staff and enhances the overall competence of the team.</w:t>
      </w:r>
    </w:p>
    <w:p w14:paraId="7A8D9983" w14:textId="77777777" w:rsidR="00780EC0" w:rsidRDefault="00780EC0"/>
    <w:p w14:paraId="2547245D" w14:textId="77777777" w:rsidR="00780EC0" w:rsidRDefault="00000000">
      <w:r>
        <w:br/>
        <w:t>The creation of a comprehensive operational manual is essential in standardizing processes and providing a central resource for all staff members. This manual should clearly define policies and procedures, along with detailed descriptions of roles and responsibilities. This document ensures consistency in service delivery and provides a readily accessible reference for all staff, minimizing confusion and ensuring compliance with industry standards and regulations. Regular reviews and updates of this manual are critical to reflect any changes in operational processes or regulatory requirements.</w:t>
      </w:r>
    </w:p>
    <w:p w14:paraId="354ABB4F" w14:textId="77777777" w:rsidR="00780EC0" w:rsidRDefault="00780EC0"/>
    <w:p w14:paraId="0F009008" w14:textId="77777777" w:rsidR="00780EC0" w:rsidRDefault="00000000">
      <w:r>
        <w:br/>
        <w:t>Performance evaluations should be regularly scheduled and based on clearly defined performance metrics, directly linked to the roles and responsibilities outlined in the job descriptions. These evaluations should be fair, objective, and provide constructive feedback to help staff improve their performance. The evaluation process should be transparent and communicated clearly to all staff members, fostering a culture of continuous improvement.</w:t>
      </w:r>
    </w:p>
    <w:p w14:paraId="23A23D94" w14:textId="77777777" w:rsidR="00780EC0" w:rsidRDefault="00780EC0"/>
    <w:p w14:paraId="222112DC" w14:textId="77777777" w:rsidR="00780EC0" w:rsidRDefault="00000000">
      <w:r>
        <w:br/>
        <w:t>Finally, establishing a system for regular feedback and communication is crucial for maintaining clarity and ensuring that roles and responsibilities remain aligned with the evolving needs of the facility. This system might involve regular team meetings, staff surveys, suggestion boxes, or open-door policies for staff to voice concerns or request clarification. This ongoing process of feedback and adjustment ensures the system remains adaptable and responsive to change.</w:t>
      </w:r>
    </w:p>
    <w:p w14:paraId="69DD4F52" w14:textId="77777777" w:rsidR="00780EC0" w:rsidRDefault="00780EC0"/>
    <w:p w14:paraId="6A38EEFA" w14:textId="77777777" w:rsidR="00780EC0" w:rsidRDefault="00000000">
      <w:r>
        <w:br/>
        <w:t>By implementing these strategies, senior living facilities can establish a clear and efficient framework for defining roles and responsibilities, ultimately building a high-performing team capable of not only overcoming challenges but thriving in the long term. This structured approach creates a foundation of accountability, empowerment, and shared responsibility, leading to improved resident care, increased staff morale, and enhanced operational efficiency—all essential components of a successful turnaround. The investment in developing this clear framework translates directly into enhanced quality of care, improved financial performance, and a stronger, more resilient organization. This systematic approach is not merely a one-time fix but a continuous process of evaluation, adjustment, and refinement, ensuring the facility remains responsive to its evolving needs and challenges.</w:t>
      </w:r>
    </w:p>
    <w:p w14:paraId="2534E622" w14:textId="77777777" w:rsidR="00780EC0" w:rsidRDefault="00780EC0"/>
    <w:p w14:paraId="796D5CBF" w14:textId="77777777" w:rsidR="00780EC0" w:rsidRDefault="00000000">
      <w:r>
        <w:t>Fostering a spirit of teamwork and collaboration is not merely a desirable attribute in a senior living facility; it’s a fundamental necessity, particularly during a turnaround. A cohesive team, working in harmony towards shared goals, is the bedrock of successful operational improvement and resident care excellence. This requires a multifaceted approach, going beyond simple team-building exercises and delving into the core of communication, trust, and shared purpose. The process begins with establishing clear expectations and understanding, building a foundation upon which trust and collaborative efforts can flourish.</w:t>
      </w:r>
    </w:p>
    <w:p w14:paraId="738C06A4" w14:textId="77777777" w:rsidR="00780EC0" w:rsidRDefault="00000000">
      <w:r>
        <w:lastRenderedPageBreak/>
        <w:br/>
        <w:t>One of the most effective methods for fostering teamwork is the implementation of structured, regular team meetings. These meetings should go beyond simple announcements or updates; they must be interactive sessions encouraging open dialogue and active participation from all staff members. The agenda should include dedicated time for brainstorming solutions to challenges, sharing best practices, and addressing concerns. A key element here is active listening – ensuring that every voice is heard and valued. This creates a sense of shared ownership and responsibility, transforming individual contributions into collective efforts. To further enhance participation, consider using techniques like brainstorming sessions, round-table discussions, or even anonymous feedback mechanisms to encourage open and honest communication. The aim is to establish a culture where constructive criticism is welcomed, not feared, and where every member feels empowered to contribute their ideas and expertise.</w:t>
      </w:r>
    </w:p>
    <w:p w14:paraId="5DE7BA23" w14:textId="77777777" w:rsidR="00780EC0" w:rsidRDefault="00780EC0"/>
    <w:p w14:paraId="1DDCB499" w14:textId="77777777" w:rsidR="00780EC0" w:rsidRDefault="00000000">
      <w:r>
        <w:br/>
        <w:t>Open communication channels extend beyond formal team meetings. Establishing readily accessible communication systems – such as an internal messaging platform, regular email updates, or designated suggestion boxes – ensures that information flows freely and efficiently throughout the facility. This transparency is critical during a turnaround, as it keeps staff informed of progress, changes, and challenges. Regular updates on key performance indicators, financial milestones, and resident satisfaction scores, presented in an understandable and accessible format, help to foster a shared understanding of the facility’s overall performance and progress towards its goals. Furthermore, these channels should be designed to encourage two-way communication, allowing staff to easily voice concerns, share feedback, and suggest improvements. This continuous feedback loop is vital to identifying and addressing issues proactively, and fostering a culture of continuous improvement.</w:t>
      </w:r>
    </w:p>
    <w:p w14:paraId="370909EE" w14:textId="77777777" w:rsidR="00780EC0" w:rsidRDefault="00780EC0"/>
    <w:p w14:paraId="70CEB9B6" w14:textId="77777777" w:rsidR="00780EC0" w:rsidRDefault="00000000">
      <w:r>
        <w:br/>
        <w:t>Cross-training initiatives are another powerful tool for building teamwork and fostering a collaborative environment. By providing staff with opportunities to learn and perform tasks outside of their primary roles, cross-training promotes a more flexible and adaptable workforce. This helps to alleviate bottlenecks, improve workflow efficiency, and provide staff with a broader understanding of the facility’s operations. For example, a certified nursing assistant (CNA) could receive training in basic medication administration or dietary assistance, while a member of the administrative staff could learn to assist with resident activities. This flexibility enhances staff morale and fosters a sense of shared responsibility, as staff members become more capable and willing to assist each other in various situations. Well-structured cross-training programs should include clear learning objectives, hands-on practical experience, and ongoing mentoring or supervision. Furthermore, recognizing and rewarding staff members who actively participate in cross-</w:t>
      </w:r>
      <w:r>
        <w:lastRenderedPageBreak/>
        <w:t>training initiatives encourages the adoption and sustainability of this important team-building tool.</w:t>
      </w:r>
    </w:p>
    <w:p w14:paraId="45B77B8B" w14:textId="77777777" w:rsidR="00780EC0" w:rsidRDefault="00780EC0"/>
    <w:p w14:paraId="2B0B6A13" w14:textId="77777777" w:rsidR="00780EC0" w:rsidRDefault="00000000">
      <w:r>
        <w:br/>
        <w:t>Team-building activities, while often overlooked, can have a significant impact on team cohesion and collaboration. These activities should be thoughtfully chosen to promote interaction, communication, and mutual understanding. Traditional team-building exercises like problem-solving challenges, escape rooms, or even simple collaborative games can effectively break down barriers and encourage team members to work together towards a shared goal. It’s important to choose activities that are inclusive and suitable for all staff members, regardless of their physical abilities or background. The goal is to create a fun and engaging experience that fosters positive relationships and encourages teamwork. However, it's equally crucial to consider activities that directly relate to the facility's operational challenges and goals. For instance, a simulated emergency scenario can help staff practice their teamwork and communication skills in a safe environment, improving their preparedness and enhancing their ability to handle real-life situations effectively.</w:t>
      </w:r>
    </w:p>
    <w:p w14:paraId="6FF127ED" w14:textId="77777777" w:rsidR="00780EC0" w:rsidRDefault="00780EC0"/>
    <w:p w14:paraId="1195A4D0" w14:textId="77777777" w:rsidR="00780EC0" w:rsidRDefault="00000000">
      <w:r>
        <w:br/>
        <w:t>Beyond formal initiatives, fostering a supportive and collaborative work environment necessitates a conscious cultivation of a positive and respectful work culture. This starts with leadership setting the example. Leaders must actively model collaborative behavior, demonstrating respect for all team members, openly communicating expectations, and providing consistent support and encouragement. Regular appreciation and recognition of staff contributions, both individually and as a team, are crucial to reinforcing positive behaviors and creating a motivating work environment. Implementing a formal recognition program, featuring both individual and team awards, can help to formalize and enhance this approach. Moreover, regular feedback sessions, both informal and formal, provide opportunities to address individual and team concerns promptly and constructively, strengthening trust and reinforcing a culture of mutual support.</w:t>
      </w:r>
    </w:p>
    <w:p w14:paraId="34E080D3" w14:textId="77777777" w:rsidR="00780EC0" w:rsidRDefault="00780EC0"/>
    <w:p w14:paraId="23BB0083" w14:textId="77777777" w:rsidR="00780EC0" w:rsidRDefault="00000000">
      <w:r>
        <w:br/>
        <w:t xml:space="preserve">Addressing conflicts swiftly and fairly is essential in maintaining a collaborative work environment. Conflicts are inevitable, but how they are handled dictates the health of the team. Establishing clear conflict resolution procedures, including mediation or conflict coaching, ensures that disputes are addressed in a fair and constructive manner. This process must be transparent and accessible to all staff members. Providing staff with training in conflict resolution techniques can empower them to address minor conflicts independently and encourages constructive communication. Early intervention is critical in </w:t>
      </w:r>
      <w:r>
        <w:lastRenderedPageBreak/>
        <w:t>preventing minor disagreements from escalating into larger problems that can significantly disrupt team dynamics and morale.</w:t>
      </w:r>
    </w:p>
    <w:p w14:paraId="580F5D9B" w14:textId="77777777" w:rsidR="00780EC0" w:rsidRDefault="00780EC0"/>
    <w:p w14:paraId="6086F01A" w14:textId="77777777" w:rsidR="00780EC0" w:rsidRDefault="00000000">
      <w:r>
        <w:br/>
        <w:t>Beyond the internal team, fostering collaboration extends to external stakeholders. Building strong relationships with residents, their families, and community partners is essential in creating a supportive network for the facility. Regular communication with residents and their families keeps them informed of facility activities, progress, and any changes that may affect their loved ones. This transparency builds trust and strengthens the relationship between staff and residents’ families. Similarly, establishing partnerships with local healthcare providers, community organizations, and volunteers expands the facility's network of support and provides additional resources to enhance resident care. Regular communication and collaboration with these external partners can lead to shared initiatives and joint problem-solving, benefiting both the facility and the wider community it serves. These collaborations might involve shared resource utilization, referral networks, or even joint community outreach programs.</w:t>
      </w:r>
    </w:p>
    <w:p w14:paraId="33B60BC2" w14:textId="77777777" w:rsidR="00780EC0" w:rsidRDefault="00780EC0"/>
    <w:p w14:paraId="69EDE40C" w14:textId="77777777" w:rsidR="00780EC0" w:rsidRDefault="00000000">
      <w:r>
        <w:br/>
        <w:t>In conclusion, building a high-performing team within a senior living facility during a turnaround requires a comprehensive, multifaceted strategy that extends beyond simple team-building exercises. It necessitates a conscious effort to cultivate a culture of open communication, mutual respect, shared responsibility, and continuous improvement. By implementing the strategies discussed above – regular team meetings, open communication channels, cross-training initiatives, planned team-building activities, effective conflict resolution, and collaboration with external stakeholders – senior living facilities can significantly strengthen teamwork, enhance collaboration, and ultimately create a more resilient and successful organization capable of delivering exceptional resident care and achieving sustainable, long-term success. This investment in building strong teams is not merely a cost; it is a crucial investment in the future of the facility, fostering improved resident outcomes and ensuring the long-term stability and success of the community.</w:t>
      </w:r>
    </w:p>
    <w:p w14:paraId="665280A4" w14:textId="77777777" w:rsidR="00780EC0" w:rsidRDefault="00780EC0"/>
    <w:p w14:paraId="061DFD15" w14:textId="77777777" w:rsidR="00780EC0" w:rsidRDefault="00000000">
      <w:r>
        <w:t xml:space="preserve">Delegation and empowerment are not merely management buzzwords; they are the cornerstones of building a high-performing team capable of navigating the complexities of a senior living facility turnaround. Effective delegation, coupled with genuine empowerment, fosters a culture of ownership, accountability, and increased job satisfaction among staff members. This, in turn, translates directly into improved resident care and operational efficiency. The process begins with a clear understanding of each staff member's strengths, skills, and limitations. This requires a comprehensive assessment of individual capabilities and a willingness to identify potential areas for growth. Regular performance reviews, </w:t>
      </w:r>
      <w:r>
        <w:lastRenderedPageBreak/>
        <w:t>coupled with informal feedback sessions, provide valuable insights into staff performance, enabling managers to identify areas where delegation can be most effective.</w:t>
      </w:r>
    </w:p>
    <w:p w14:paraId="4782B884" w14:textId="77777777" w:rsidR="00780EC0" w:rsidRDefault="00000000">
      <w:r>
        <w:br/>
        <w:t>The key to successful delegation lies in assigning tasks that align with individual staff members' skill sets and interests. Avoid overwhelming individuals with excessive responsibility; instead, focus on delegating tasks that are challenging yet achievable, allowing staff to expand their capabilities and gain valuable experience. Start with smaller, less complex tasks and gradually increase the level of responsibility as individuals demonstrate competence and confidence. This phased approach minimizes risk and fosters a sense of gradual progress and accomplishment. Moreover, provide clear and concise instructions, ensuring that the delegated tasks are fully understood and expectations are clearly communicated. This includes outlining specific deadlines, performance criteria, and available resources.</w:t>
      </w:r>
    </w:p>
    <w:p w14:paraId="7CED6808" w14:textId="77777777" w:rsidR="00780EC0" w:rsidRDefault="00780EC0"/>
    <w:p w14:paraId="3ABCF112" w14:textId="77777777" w:rsidR="00780EC0" w:rsidRDefault="00000000">
      <w:r>
        <w:br/>
        <w:t>Effective delegation necessitates trust. Managers must trust their staff to handle assigned responsibilities independently and take ownership of their work. Micromanaging, a common pitfall in many organizations, undermines the very essence of delegation and creates an environment of distrust and stifled creativity. Instead, focus on providing support and guidance, offering regular check-ins to monitor progress and address any challenges without resorting to excessive control. This balance between monitoring progress and allowing for independent work is essential in fostering a sense of trust and autonomy. Regular feedback sessions provide opportunities for open communication and constructive criticism, further strengthening the trust between managers and their team members.</w:t>
      </w:r>
    </w:p>
    <w:p w14:paraId="7D79043F" w14:textId="77777777" w:rsidR="00780EC0" w:rsidRDefault="00780EC0"/>
    <w:p w14:paraId="26A4D462" w14:textId="77777777" w:rsidR="00780EC0" w:rsidRDefault="00000000">
      <w:r>
        <w:br/>
        <w:t>Empowerment is intrinsically linked to delegation. It goes beyond simply assigning tasks; it involves providing staff with the authority and autonomy to make decisions within their respective roles. This requires a shift in managerial mindset, moving from a top-down, hierarchical approach to a more collaborative and participative model. Empowerment cultivates a sense of ownership and responsibility, encouraging staff to take initiative and actively contribute to the facility's success. This is especially critical during a turnaround, where proactive problem-solving and innovative approaches are essential. Empowered staff are more likely to identify and address issues proactively, contributing to improved operational efficiency and enhanced resident care.</w:t>
      </w:r>
    </w:p>
    <w:p w14:paraId="1C7471DF" w14:textId="77777777" w:rsidR="00780EC0" w:rsidRDefault="00780EC0"/>
    <w:p w14:paraId="3A412951" w14:textId="77777777" w:rsidR="00780EC0" w:rsidRDefault="00000000">
      <w:r>
        <w:br/>
        <w:t xml:space="preserve">One effective strategy for empowering staff is the establishment of self-managed teams. </w:t>
      </w:r>
      <w:r>
        <w:lastRenderedPageBreak/>
        <w:t>These teams are given the autonomy to manage their own work, including task allocation, scheduling, and problem-solving. This approach not only fosters a sense of collective responsibility but also allows for enhanced flexibility and responsiveness to changing circumstances. The team's success is dependent upon the collective effort and decision-making process. Regular team meetings provide platforms for open communication, feedback, and collaborative problem-solving. However, establishing clear accountability mechanisms is crucial for the success of self-managed teams. This includes defined goals, measurable outcomes, and clear processes for addressing conflict or performance issues.</w:t>
      </w:r>
    </w:p>
    <w:p w14:paraId="70DACFD4" w14:textId="77777777" w:rsidR="00780EC0" w:rsidRDefault="00780EC0"/>
    <w:p w14:paraId="1563FC31" w14:textId="77777777" w:rsidR="00780EC0" w:rsidRDefault="00000000">
      <w:r>
        <w:br/>
        <w:t>Regular training and development opportunities are vital in empowering staff. Investing in staff education enhances their skills, knowledge, and confidence. This investment not only improves individual performance but also demonstrates a commitment to staff growth and development. Opportunities for professional development should be tailored to individual needs and career aspirations. This might include attending conferences, participating in workshops, or pursuing relevant certifications. Providing access to mentorship programs pairs experienced staff members with newer employees, facilitating knowledge transfer and providing valuable guidance. This fosters a culture of continuous learning and professional growth.</w:t>
      </w:r>
    </w:p>
    <w:p w14:paraId="37CEA72A" w14:textId="77777777" w:rsidR="00780EC0" w:rsidRDefault="00780EC0"/>
    <w:p w14:paraId="0DEFB50D" w14:textId="77777777" w:rsidR="00780EC0" w:rsidRDefault="00000000">
      <w:r>
        <w:br/>
        <w:t>Recognizing and rewarding staff achievements is crucial in reinforcing positive behavior and enhancing job satisfaction. Implementing a formal recognition program, featuring both individual and team awards, can significantly boost morale and foster a culture of appreciation. Recognition can take many forms, from verbal praise and public acknowledgment to tangible rewards such as bonuses or gift certificates. Recognizing effort as well as achievement enhances motivation and reinforces the importance of teamwork and collaboration. Regular feedback, both positive and constructive, is essential for staff development and empowerment. However, it’s crucial to frame this feedback in a constructive manner, focusing on performance and providing guidance for improvement.</w:t>
      </w:r>
    </w:p>
    <w:p w14:paraId="40016F71" w14:textId="77777777" w:rsidR="00780EC0" w:rsidRDefault="00780EC0"/>
    <w:p w14:paraId="121D12FA" w14:textId="77777777" w:rsidR="00780EC0" w:rsidRDefault="00000000">
      <w:r>
        <w:br/>
        <w:t xml:space="preserve">Effective communication is paramount in any successful delegation and empowerment strategy. Maintaining open and transparent communication channels ensures that staff are informed of facility goals, progress, and any changes that may affect their work. This might involve regular staff meetings, newsletters, or online platforms for sharing information. These channels should facilitate two-way communication, allowing staff to share their concerns, ideas, and feedback. Active listening is crucial in fostering a culture of trust and </w:t>
      </w:r>
      <w:r>
        <w:lastRenderedPageBreak/>
        <w:t>mutual respect. This involves truly hearing and understanding the staff’s perspectives, responding thoughtfully, and demonstrating a commitment to their concerns.</w:t>
      </w:r>
    </w:p>
    <w:p w14:paraId="006DBAE5" w14:textId="77777777" w:rsidR="00780EC0" w:rsidRDefault="00780EC0"/>
    <w:p w14:paraId="0CA78DE7" w14:textId="77777777" w:rsidR="00780EC0" w:rsidRDefault="00000000">
      <w:r>
        <w:br/>
        <w:t>Addressing conflicts promptly and fairly is vital in maintaining a positive and productive work environment. Establishing clear conflict resolution procedures, including mediation or conflict coaching, ensures that disputes are handled effectively and constructively. Training staff in conflict resolution techniques empowers them to address minor conflicts independently, fostering a more harmonious work environment. This proactive approach prevents minor disagreements from escalating into larger problems that can significantly disrupt teamwork and morale. The leadership role in conflict resolution is critical, ensuring that all parties feel heard and that a fair and just resolution is reached.</w:t>
      </w:r>
    </w:p>
    <w:p w14:paraId="12FB9EEE" w14:textId="77777777" w:rsidR="00780EC0" w:rsidRDefault="00780EC0"/>
    <w:p w14:paraId="5A0CBE6E" w14:textId="77777777" w:rsidR="00780EC0" w:rsidRDefault="00000000">
      <w:r>
        <w:br/>
        <w:t>Beyond internal team dynamics, delegation and empowerment extend to building relationships with external stakeholders. Empowering staff to interact directly with residents and their families, for example, builds trust and strengthens communication. This could involve assigning staff members to be primary points of contact for specific families or residents. Similarly, empowering staff to collaborate with community partners can enhance the facility’s support network and provide additional resources for resident care. These interactions build positive relationships and create a stronger sense of community. This requires training staff in appropriate communication strategies and conflict resolution techniques, providing them with the skills and confidence to handle diverse interactions successfully.</w:t>
      </w:r>
    </w:p>
    <w:p w14:paraId="35F2595E" w14:textId="77777777" w:rsidR="00780EC0" w:rsidRDefault="00780EC0"/>
    <w:p w14:paraId="2D5B2D63" w14:textId="77777777" w:rsidR="00780EC0" w:rsidRDefault="00000000">
      <w:r>
        <w:br/>
        <w:t>In conclusion, successful delegation and empowerment are not merely management techniques; they are fundamental components of building a high-performing team within a senior living facility undergoing a turnaround. By thoughtfully delegating tasks, trusting staff with responsibility, fostering a culture of open communication, providing regular training and development, and actively recognizing and rewarding achievements, senior living facilities can create a work environment that fosters job satisfaction, enhances resident care, and drives sustainable, long-term success. This investment in staff empowerment is a crucial step toward building a resilient and thriving community, ensuring the facility's continued stability and the well-being of its residents. The ultimate goal is not simply to improve operational efficiency, but to cultivate a culture of excellence, where each staff member feels valued, empowered, and deeply committed to providing the highest quality of care. This holistic approach translates directly into improved resident outcomes, increased staff retention, and the long-term sustainability of the facility.</w:t>
      </w:r>
    </w:p>
    <w:p w14:paraId="1DE8F852" w14:textId="77777777" w:rsidR="00780EC0" w:rsidRDefault="00780EC0"/>
    <w:p w14:paraId="0D8B34F6" w14:textId="77777777" w:rsidR="00780EC0" w:rsidRDefault="00000000">
      <w:r>
        <w:t>Providing effective performance feedback is not merely a managerial task; it's a critical investment in the ongoing success and growth of your team. In the context of a senior living facility turnaround, where high performance is paramount, a robust performance management system becomes even more essential. This system should go beyond simple annual reviews; it needs to be a dynamic, ongoing process that fosters continuous improvement and strengthens the bonds between leadership and staff.</w:t>
      </w:r>
    </w:p>
    <w:p w14:paraId="307B8CAC" w14:textId="77777777" w:rsidR="00780EC0" w:rsidRDefault="00000000">
      <w:r>
        <w:br/>
        <w:t>The foundation of effective performance feedback lies in regular and consistent evaluations. These evaluations shouldn't be dreaded events; instead, they should be seen as opportunities for growth and dialogue. Moving away from a purely judgmental approach, we should embrace a more collaborative and supportive model. Think of these evaluations as checkpoints, not finish lines. This requires a shift in mindset, from viewing evaluations as a means of assessment to a tool for fostering development and collaboration.</w:t>
      </w:r>
    </w:p>
    <w:p w14:paraId="0ED06B05" w14:textId="77777777" w:rsidR="00780EC0" w:rsidRDefault="00780EC0"/>
    <w:p w14:paraId="6CA64BB2" w14:textId="77777777" w:rsidR="00780EC0" w:rsidRDefault="00000000">
      <w:r>
        <w:br/>
        <w:t>The frequency of evaluations will depend on the individual needs of your team members and the specific challenges your facility is facing. For newer employees or those in roles requiring more intensive training, more frequent check-ins – perhaps monthly or quarterly – are advisable. More experienced staff members in stable roles may benefit from semi-annual reviews, allowing for deeper dives into performance and long-term goals. Regardless of the frequency, consistency is key. Establishing a clear and predictable schedule ensures that both managers and staff members are prepared and actively engaged in the process.</w:t>
      </w:r>
    </w:p>
    <w:p w14:paraId="42B2E44C" w14:textId="77777777" w:rsidR="00780EC0" w:rsidRDefault="00780EC0"/>
    <w:p w14:paraId="63ED2261" w14:textId="77777777" w:rsidR="00780EC0" w:rsidRDefault="00000000">
      <w:r>
        <w:br/>
        <w:t>The structure of your performance evaluations is also critical. Traditional methods often rely heavily on numerical scores and generic assessments. This can lead to a sense of disconnect and lack of personalized feedback. A more effective approach is to adopt a narrative style, using concrete examples to illustrate both strengths and areas for improvement. Focus on specific behaviors and outcomes, providing quantifiable data whenever possible. For instance, instead of saying "needs to improve communication skills," you might say, "During the recent family meeting on October 26th, there were instances where Mrs. Johnson felt her concerns were not fully addressed. Let's discuss strategies for active listening and clearer communication during these types of interactions."</w:t>
      </w:r>
    </w:p>
    <w:p w14:paraId="1B4CDD39" w14:textId="77777777" w:rsidR="00780EC0" w:rsidRDefault="00780EC0"/>
    <w:p w14:paraId="6ECFA274" w14:textId="77777777" w:rsidR="00780EC0" w:rsidRDefault="00000000">
      <w:r>
        <w:br/>
        <w:t xml:space="preserve">Constructive feedback is the lifeblood of any effective performance management system. It's not enough to simply point out shortcomings; you must provide specific, actionable steps </w:t>
      </w:r>
      <w:r>
        <w:lastRenderedPageBreak/>
        <w:t>for improvement. This requires empathy, patience, and a genuine commitment to helping your staff grow. Before delivering feedback, take time to reflect on the specific situation, gather all relevant information, and consider the individual's perspective. Present your feedback in a calm and professional manner, focusing on the behaviors and their impact rather than making personal attacks. Use the "sandwich" method, starting with positive feedback, then addressing areas for improvement, and concluding with more positive reinforcement.</w:t>
      </w:r>
    </w:p>
    <w:p w14:paraId="2E9838AC" w14:textId="77777777" w:rsidR="00780EC0" w:rsidRDefault="00780EC0"/>
    <w:p w14:paraId="20C2F3FB" w14:textId="77777777" w:rsidR="00780EC0" w:rsidRDefault="00000000">
      <w:r>
        <w:br/>
        <w:t>Remember that providing feedback is a two-way street. Encouraging your team members to share their perspectives, challenges, and ideas creates an environment of open communication and mutual respect. Active listening is crucial during these evaluations. Don't interrupt; allow them to express themselves fully before responding. Ask clarifying questions to ensure you fully understand their perspective. Show genuine interest in their professional development and career aspirations. This demonstrates that you value them not just as employees but also as individuals.</w:t>
      </w:r>
    </w:p>
    <w:p w14:paraId="7216A153" w14:textId="77777777" w:rsidR="00780EC0" w:rsidRDefault="00780EC0"/>
    <w:p w14:paraId="6937CF62" w14:textId="77777777" w:rsidR="00780EC0" w:rsidRDefault="00000000">
      <w:r>
        <w:br/>
        <w:t>Opportunities for professional development are essential components of a robust performance management system. These opportunities should be tailored to individual needs and career goals, reflecting a commitment to ongoing growth within the facility. This commitment can manifest in various ways. It could involve sponsoring staff to attend industry conferences, workshops, or training courses relevant to their roles. Internal mentorship programs, pairing experienced staff with newer colleagues, facilitate knowledge transfer and provide valuable guidance. Cross-training opportunities allow employees to expand their skill sets and gain experience in different aspects of the facility's operations. These initiatives are not just investments in individual growth but also in the overall improvement of your team's capabilities. The financial investment in professional development should be considered a strategic allocation of resources, yielding significant returns in terms of improved employee performance, higher retention rates, and enhanced resident care.</w:t>
      </w:r>
    </w:p>
    <w:p w14:paraId="1D1BC18A" w14:textId="77777777" w:rsidR="00780EC0" w:rsidRDefault="00780EC0"/>
    <w:p w14:paraId="4CDC83EE" w14:textId="77777777" w:rsidR="00780EC0" w:rsidRDefault="00000000">
      <w:r>
        <w:br/>
        <w:t xml:space="preserve">Creating a culture of continuous improvement requires a commitment to ongoing learning and development. Regular feedback sessions, combined with targeted professional development opportunities, empower staff to identify their strengths and weaknesses, setting goals for improvement. This proactive approach to performance management fosters a sense of ownership and responsibility amongst team members. Furthermore, it enhances their job satisfaction, leading to increased productivity and decreased staff </w:t>
      </w:r>
      <w:r>
        <w:lastRenderedPageBreak/>
        <w:t>turnover. The financial benefits of reduced turnover, along with the improvements in resident care, will ultimately justify the investment in employee growth and development.</w:t>
      </w:r>
    </w:p>
    <w:p w14:paraId="42BE0F29" w14:textId="77777777" w:rsidR="00780EC0" w:rsidRDefault="00780EC0"/>
    <w:p w14:paraId="10587F99" w14:textId="77777777" w:rsidR="00780EC0" w:rsidRDefault="00000000">
      <w:r>
        <w:br/>
        <w:t>Implementing a formal recognition program is another powerful tool for reinforcing positive behaviors and promoting a culture of excellence. This program doesn't have to be elaborate or expensive; even simple gestures of appreciation, such as verbal praise, public acknowledgment during staff meetings, or small gifts, can make a significant difference. Consistency is key; regular recognition, not just for exceptional achievements but also for consistent effort and dedication, is vital. This reinforces the importance of teamwork and individual contribution to the overall success of the facility. It fosters a culture of appreciation and boosts morale, making your workplace a more desirable and positive environment. The impact of this kind of positive reinforcement resonates through the entire team, boosting morale and productivity.</w:t>
      </w:r>
    </w:p>
    <w:p w14:paraId="2E23D30B" w14:textId="77777777" w:rsidR="00780EC0" w:rsidRDefault="00780EC0"/>
    <w:p w14:paraId="2F642B42" w14:textId="77777777" w:rsidR="00780EC0" w:rsidRDefault="00000000">
      <w:r>
        <w:br/>
        <w:t>The effective management of performance within a senior living facility requires a nuanced approach. It's not simply about evaluating past performance; it's about fostering a culture of ongoing growth, development, and mutual support. By integrating regular performance evaluations, constructive feedback mechanisms, and tailored professional development opportunities, senior living facilities can build high-performing teams capable of delivering exceptional resident care, even during a period of significant change and challenge. This holistic approach to performance management directly impacts the quality of resident care, increases staff retention, enhances the overall atmosphere, and significantly contributes to the long-term sustainability and success of the facility. It also attracts and retains high-quality employees, adding further value and stability to the operation. Remember that a well-trained, motivated, and appreciated staff is the foundation upon which a successful senior living community is built. Investing in your staff is investing in the future of your facility.</w:t>
      </w:r>
    </w:p>
    <w:p w14:paraId="30DC49C9" w14:textId="77777777" w:rsidR="00780EC0" w:rsidRDefault="00780EC0"/>
    <w:p w14:paraId="0E077073" w14:textId="77777777" w:rsidR="00780EC0" w:rsidRDefault="00000000">
      <w:r>
        <w:t>Addressing conflict directly and fostering open communication are crucial for building a high-performing team, especially during a facility turnaround. A tense or fractured team will struggle to deliver consistent, high-quality care, impacting resident satisfaction and potentially jeopardizing the financial stability of the facility. Therefore, proactively managing conflict and promoting effective communication should be considered as essential as budgeting or marketing.</w:t>
      </w:r>
    </w:p>
    <w:p w14:paraId="4E71A9BE" w14:textId="77777777" w:rsidR="00780EC0" w:rsidRDefault="00000000">
      <w:r>
        <w:br/>
        <w:t xml:space="preserve">One of the first steps is to create a culture of psychological safety. This means fostering an environment where staff members feel comfortable expressing their concerns, opinions, </w:t>
      </w:r>
      <w:r>
        <w:lastRenderedPageBreak/>
        <w:t>and even dissenting viewpoints without fear of retribution or negative consequences. This requires a conscious effort from leadership to model respectful behavior, actively listen to staff concerns, and demonstrate a commitment to fairness and equity. This isn't just about avoiding overt displays of hostility; it's about creating an atmosphere where individuals genuinely feel valued and respected.</w:t>
      </w:r>
    </w:p>
    <w:p w14:paraId="7989C02D" w14:textId="77777777" w:rsidR="00780EC0" w:rsidRDefault="00780EC0"/>
    <w:p w14:paraId="349E7C9A" w14:textId="77777777" w:rsidR="00780EC0" w:rsidRDefault="00000000">
      <w:r>
        <w:br/>
        <w:t>This culture of psychological safety is built through consistent actions, not just pronouncements. Regular team meetings, conducted in a structured and facilitated manner, provide a valuable forum for open dialogue. These meetings should be designed to encourage participation from all staff members, ensuring that everyone has a chance to voice their thoughts and concerns. Establishing ground rules for respectful communication—such as active listening, avoiding interrupting, and focusing on issues rather than personalities—can help maintain a productive atmosphere. Training staff on conflict resolution techniques is also beneficial, empowering them to manage disagreements constructively.</w:t>
      </w:r>
    </w:p>
    <w:p w14:paraId="3F1EFC55" w14:textId="77777777" w:rsidR="00780EC0" w:rsidRDefault="00780EC0"/>
    <w:p w14:paraId="22C3214C" w14:textId="77777777" w:rsidR="00780EC0" w:rsidRDefault="00000000">
      <w:r>
        <w:br/>
        <w:t>However, creating a safe space is only one piece of the puzzle. You also need practical strategies for addressing conflict when it arises. One effective approach is to implement a structured conflict resolution process. This process should be clearly communicated to all staff members and consistently applied. It might involve a series of steps, starting with informal attempts at resolution between the involved parties, possibly mediated by a supervisor. If informal methods fail, the process could escalate to a more formal review, potentially involving human resources or a designated conflict resolution specialist.</w:t>
      </w:r>
    </w:p>
    <w:p w14:paraId="32E120F9" w14:textId="77777777" w:rsidR="00780EC0" w:rsidRDefault="00780EC0"/>
    <w:p w14:paraId="01BACB6D" w14:textId="77777777" w:rsidR="00780EC0" w:rsidRDefault="00000000">
      <w:r>
        <w:br/>
        <w:t>This formal process should prioritize a fair and impartial approach. All parties involved should have the opportunity to present their perspectives, supported by documentation if possible. The goal is not to assign blame but to identify the root cause of the conflict and find a mutually acceptable solution. This often requires empathetic listening and a willingness to compromise from all parties involved. Focus on the underlying issue, rather than dwelling on the emotional reactions of the individuals involved. Documenting the resolution process is also crucial for maintaining accountability and consistency.</w:t>
      </w:r>
    </w:p>
    <w:p w14:paraId="761AB557" w14:textId="77777777" w:rsidR="00780EC0" w:rsidRDefault="00780EC0"/>
    <w:p w14:paraId="79ABB2E8" w14:textId="77777777" w:rsidR="00780EC0" w:rsidRDefault="00000000">
      <w:r>
        <w:br/>
        <w:t xml:space="preserve">The specific steps within your conflict resolution process will depend on the nature of your facility and the types of conflicts you frequently encounter. However, certain common </w:t>
      </w:r>
      <w:r>
        <w:lastRenderedPageBreak/>
        <w:t>elements should be present. First, a clear and accessible reporting mechanism should be available for staff to report conflicts without fear of reprisal. Second, a prompt and thorough investigation should follow any reported incident. Third, a fair and transparent decision-making process should be implemented, with clear communication of the outcome to all involved parties. Finally, the process should incorporate measures to prevent similar conflicts from recurring, perhaps through improved training or clearer policies.</w:t>
      </w:r>
    </w:p>
    <w:p w14:paraId="4AFB590E" w14:textId="77777777" w:rsidR="00780EC0" w:rsidRDefault="00780EC0"/>
    <w:p w14:paraId="279441C8" w14:textId="77777777" w:rsidR="00780EC0" w:rsidRDefault="00000000">
      <w:r>
        <w:br/>
        <w:t>Beyond structured conflict resolution, fostering open communication requires a multifaceted approach. Regular staff meetings, as mentioned previously, play a critical role. However, it is important to go beyond simply disseminating information. These meetings should provide opportunities for two-way communication, allowing staff to voice their concerns, share ideas, and contribute to decision-making processes. This requires a deliberate effort to create a welcoming and inclusive environment where everyone feels empowered to speak up.</w:t>
      </w:r>
    </w:p>
    <w:p w14:paraId="7DAC6B5F" w14:textId="77777777" w:rsidR="00780EC0" w:rsidRDefault="00780EC0"/>
    <w:p w14:paraId="5AA013EC" w14:textId="77777777" w:rsidR="00780EC0" w:rsidRDefault="00000000">
      <w:r>
        <w:br/>
        <w:t>Another powerful strategy is to implement regular feedback mechanisms. This extends beyond the formal performance reviews discussed earlier. This involves actively soliciting feedback from staff on a range of issues – from operational procedures to resident care practices. Regular feedback sessions can be informal, such as quick surveys or short meetings, but it is important to create a system for collecting and analyzing this feedback, demonstrating that it is not only collected but also acted upon. This demonstrates that their voices are valued, fostering a stronger sense of ownership and commitment.</w:t>
      </w:r>
    </w:p>
    <w:p w14:paraId="4A291AAD" w14:textId="77777777" w:rsidR="00780EC0" w:rsidRDefault="00780EC0"/>
    <w:p w14:paraId="25F145CD" w14:textId="77777777" w:rsidR="00780EC0" w:rsidRDefault="00000000">
      <w:r>
        <w:br/>
        <w:t>Investing in communication training for staff is also highly beneficial. Training can cover a wide range of topics, including active listening, assertive communication, conflict resolution techniques, and effective methods for delivering both positive and constructive feedback. This is particularly crucial during a turnaround, as changes and challenges often lead to increased stress and tension within the workforce. The investment in this training is far outweighed by a more productive and collaborative work environment.</w:t>
      </w:r>
    </w:p>
    <w:p w14:paraId="340F92FA" w14:textId="77777777" w:rsidR="00780EC0" w:rsidRDefault="00780EC0"/>
    <w:p w14:paraId="548661ED" w14:textId="77777777" w:rsidR="00780EC0" w:rsidRDefault="00000000">
      <w:r>
        <w:br/>
        <w:t xml:space="preserve">Furthermore, regularly reviewing and updating communication protocols and procedures is essential. These procedures might include guidelines for reporting concerns, handling complaints, and disseminating information. Regular reviews help ensure that the communication methods are clear, efficient, and effective. This review process is also a </w:t>
      </w:r>
      <w:r>
        <w:lastRenderedPageBreak/>
        <w:t>great opportunity to gather input from staff, to identify areas where improvements can be made. They have firsthand experience with existing systems and can highlight potential challenges or opportunities.</w:t>
      </w:r>
    </w:p>
    <w:p w14:paraId="4267AA86" w14:textId="77777777" w:rsidR="00780EC0" w:rsidRDefault="00780EC0"/>
    <w:p w14:paraId="1E059FF6" w14:textId="77777777" w:rsidR="00780EC0" w:rsidRDefault="00000000">
      <w:r>
        <w:br/>
        <w:t>Finally, remember the power of simple gestures. A thank you note, a public acknowledgement of a staff member's contribution, or a brief conversation demonstrating genuine interest in their well-being can go a long way in building trust and fostering positive relationships. These small gestures reinforce the message that each team member is valued and respected, contributing to a more cohesive and collaborative work environment. It is often the small actions, consistently practiced, that truly shape the culture of your facility and demonstrate a commitment to building a strong, positive team.</w:t>
      </w:r>
    </w:p>
    <w:p w14:paraId="58D66C91" w14:textId="77777777" w:rsidR="00780EC0" w:rsidRDefault="00780EC0"/>
    <w:p w14:paraId="350FEC77" w14:textId="77777777" w:rsidR="00780EC0" w:rsidRDefault="00000000">
      <w:r>
        <w:br/>
        <w:t>In summary, addressing conflict and improving communication in a senior living facility is not a one-time effort; it’s an ongoing process requiring consistent attention and proactive strategies. By implementing the suggestions detailed here—creating a culture of psychological safety, adopting a structured conflict resolution process, fostering open communication through various channels, investing in communication training, and routinely reviewing communication protocols, along with demonstrating consistent appreciation—senior living facilities can create a positive and high-performing team capable of navigating challenges and delivering exceptional resident care. This investment ultimately translates into a more stable, successful, and fulfilling work environment for all involved.</w:t>
      </w:r>
    </w:p>
    <w:p w14:paraId="3EEF5963" w14:textId="77777777" w:rsidR="00780EC0" w:rsidRDefault="00780EC0"/>
    <w:p w14:paraId="7F4501BA" w14:textId="77777777" w:rsidR="00780EC0" w:rsidRDefault="00000000">
      <w:r>
        <w:br w:type="page"/>
      </w:r>
    </w:p>
    <w:p w14:paraId="156049D0" w14:textId="77777777" w:rsidR="00780EC0" w:rsidRDefault="00000000">
      <w:pPr>
        <w:spacing w:before="5040"/>
        <w:jc w:val="center"/>
      </w:pPr>
      <w:r>
        <w:lastRenderedPageBreak/>
        <w:t xml:space="preserve"> Chapter 10:  Measuring Success and Continuous Improvement</w:t>
      </w:r>
    </w:p>
    <w:p w14:paraId="29FC732D" w14:textId="77777777" w:rsidR="00780EC0" w:rsidRDefault="00000000">
      <w:r>
        <w:t>Establishing a robust system of Key Performance Indicators (KPIs) is paramount to measuring the success of any senior living facility revitalization plan. Without clearly defined metrics and targets, efforts to improve occupancy, financial stability, or staff morale risk becoming vague and ultimately ineffective. The process of selecting, implementing, and monitoring KPIs should be systematic and data-driven, allowing for ongoing adjustments based on performance.</w:t>
      </w:r>
    </w:p>
    <w:p w14:paraId="54DB4B2E" w14:textId="77777777" w:rsidR="00780EC0" w:rsidRDefault="00000000">
      <w:r>
        <w:br/>
        <w:t>The initial phase involves identifying the most relevant metrics. This necessitates a thorough understanding of the facility's current situation and the specific goals of the revitalization plan. For instance, if low occupancy is a major concern, KPIs should directly address this issue. These might include occupancy rate, average length of stay, and the number of new admissions per month. Each KPI should be directly tied to a specific, measurable, achievable, relevant, and time-bound (SMART) goal.</w:t>
      </w:r>
    </w:p>
    <w:p w14:paraId="7BE008A3" w14:textId="77777777" w:rsidR="00780EC0" w:rsidRDefault="00780EC0"/>
    <w:p w14:paraId="5CB848C1" w14:textId="77777777" w:rsidR="00780EC0" w:rsidRDefault="00000000">
      <w:r>
        <w:br/>
        <w:t>Financial stability is another critical area requiring careful KPI development. Key metrics in this domain could include occupancy costs, revenue per resident day, operating margin, and debt-to-equity ratio. Monitoring these figures allows for tracking progress towards financial sustainability and identifying potential areas of concern. It is crucial to set realistic targets for these financial KPIs, considering the facility's size, location, and market conditions. Ambitious but attainable goals are more motivating than overly optimistic or unduly pessimistic projections.</w:t>
      </w:r>
    </w:p>
    <w:p w14:paraId="24CBF167" w14:textId="77777777" w:rsidR="00780EC0" w:rsidRDefault="00780EC0"/>
    <w:p w14:paraId="3EF8B55D" w14:textId="77777777" w:rsidR="00780EC0" w:rsidRDefault="00000000">
      <w:r>
        <w:br/>
        <w:t>Staff morale, often overlooked, plays a significant role in resident care and the overall success of a facility. KPIs in this area might include staff turnover rate, employee satisfaction scores (measured through regular surveys), and the number of staff training hours completed. By closely tracking these indicators, you can assess the effectiveness of initiatives designed to improve staff well-being and retention. Regular staff feedback sessions and open forums for communication are vital in conjunction with these quantitative measures, offering valuable qualitative insights into staff morale.</w:t>
      </w:r>
    </w:p>
    <w:p w14:paraId="66528C6C" w14:textId="77777777" w:rsidR="00780EC0" w:rsidRDefault="00780EC0"/>
    <w:p w14:paraId="07E1EAB2" w14:textId="77777777" w:rsidR="00780EC0" w:rsidRDefault="00000000">
      <w:r>
        <w:br/>
        <w:t xml:space="preserve">Resident satisfaction is the ultimate measure of a senior living facility's success. KPIs focused on resident experience might include resident satisfaction survey scores, the number of resident complaints, and the frequency of resident engagement in facility activities. Gathering and analyzing data from these sources provides crucial insights into the </w:t>
      </w:r>
      <w:r>
        <w:lastRenderedPageBreak/>
        <w:t>quality of care provided and identifies areas for improvement. Collecting this data can involve both structured surveys and informal interactions with residents. Actively listening to resident feedback should be a core element of the process.</w:t>
      </w:r>
    </w:p>
    <w:p w14:paraId="00F571E1" w14:textId="77777777" w:rsidR="00780EC0" w:rsidRDefault="00780EC0"/>
    <w:p w14:paraId="631E7597" w14:textId="77777777" w:rsidR="00780EC0" w:rsidRDefault="00000000">
      <w:r>
        <w:br/>
        <w:t>Beyond these core areas, other KPIs might be relevant depending on the facility's specific circumstances and revitalization objectives. For example, if the facility aims to enhance its community engagement, KPIs might include the number of community partnerships established, participation in local events, and the level of community involvement in facility programs. Similarly, if marketing and branding are prioritized, KPIs could include website traffic, social media engagement, and the number of inquiries received through marketing campaigns.</w:t>
      </w:r>
    </w:p>
    <w:p w14:paraId="22920C2F" w14:textId="77777777" w:rsidR="00780EC0" w:rsidRDefault="00780EC0"/>
    <w:p w14:paraId="57EA1C59" w14:textId="77777777" w:rsidR="00780EC0" w:rsidRDefault="00000000">
      <w:r>
        <w:br/>
        <w:t>Once the KPIs are selected, the next step is to establish clear targets. These targets should be ambitious yet attainable, providing a benchmark against which to measure progress. The target setting process should involve a collaborative effort, engaging key stakeholders, including staff, residents, and family members, to ensure buy-in and commitment. For example, setting a target for a 10% increase in occupancy within six months might be ambitious but achievable. However, this target must be context-specific and adjusted based on market analysis and competitive landscapes.</w:t>
      </w:r>
    </w:p>
    <w:p w14:paraId="4B4E61CA" w14:textId="77777777" w:rsidR="00780EC0" w:rsidRDefault="00780EC0"/>
    <w:p w14:paraId="190A6BF6" w14:textId="77777777" w:rsidR="00780EC0" w:rsidRDefault="00000000">
      <w:r>
        <w:br/>
        <w:t>The establishment of data collection methods is equally crucial. This requires a system to regularly collect and analyze data related to each KPI. This might involve utilizing existing software systems, implementing new data collection tools, or a combination of both. The system should be designed to ensure data accuracy and reliability, employing appropriate quality control measures. For example, data on staff turnover might be collected from HR records, while resident satisfaction data may be collected through surveys administered by an independent third party to ensure objectivity.</w:t>
      </w:r>
    </w:p>
    <w:p w14:paraId="3FDC6D39" w14:textId="77777777" w:rsidR="00780EC0" w:rsidRDefault="00780EC0"/>
    <w:p w14:paraId="0656E7AC" w14:textId="77777777" w:rsidR="00780EC0" w:rsidRDefault="00000000">
      <w:r>
        <w:br/>
        <w:t xml:space="preserve">Regular monitoring and reporting on the KPIs are vital for tracking progress and making necessary adjustments to the revitalization plan. Regular review meetings should be scheduled to discuss performance against targets, identify trends, and address any emerging issues. The reporting process should be transparent, involving all relevant stakeholders, fostering a culture of accountability and shared responsibility. This allows for real-time adjustments, preventing minor issues from escalating into larger problems. Data </w:t>
      </w:r>
      <w:r>
        <w:lastRenderedPageBreak/>
        <w:t>visualization tools, such as graphs and charts, are extremely useful for simplifying complex data and making it readily understandable for all stakeholders.</w:t>
      </w:r>
    </w:p>
    <w:p w14:paraId="4F025B4B" w14:textId="77777777" w:rsidR="00780EC0" w:rsidRDefault="00780EC0"/>
    <w:p w14:paraId="287533B9" w14:textId="77777777" w:rsidR="00780EC0" w:rsidRDefault="00000000">
      <w:r>
        <w:br/>
        <w:t>Furthermore, it's crucial to recognize that KPIs should not be viewed as static measures. The performance metrics should be reviewed and adjusted periodically to reflect the evolving needs and priorities of the facility. Changes in the external environment, such as shifts in market demand or regulatory changes, may necessitate adjustments to the KPIs and their targets. This ongoing evaluation process ensures the KPI system remains relevant and continues to effectively guide the revitalization efforts. Regularly scheduled KPI review meetings should include discussions about the effectiveness of the existing indicators.</w:t>
      </w:r>
    </w:p>
    <w:p w14:paraId="334E1421" w14:textId="77777777" w:rsidR="00780EC0" w:rsidRDefault="00780EC0"/>
    <w:p w14:paraId="5566FA3F" w14:textId="77777777" w:rsidR="00780EC0" w:rsidRDefault="00000000">
      <w:r>
        <w:br/>
        <w:t>Finally, the success of any KPI system hinges on the commitment and buy-in from all stakeholders. Regular communication and training are critical to ensure that everyone understands the importance of the KPIs, their role in the revitalization process, and how they can contribute to achieving the facility's goals. This shared understanding and sense of collective responsibility is essential for the successful implementation and ongoing monitoring of the KPI system. Transparency and regular communication regarding the facility's progress, based on KPI data, can build trust among residents, staff, and stakeholders.</w:t>
      </w:r>
    </w:p>
    <w:p w14:paraId="6A9B2EEE" w14:textId="77777777" w:rsidR="00780EC0" w:rsidRDefault="00780EC0"/>
    <w:p w14:paraId="5E645DD0" w14:textId="77777777" w:rsidR="00780EC0" w:rsidRDefault="00000000">
      <w:r>
        <w:br/>
        <w:t>In conclusion, establishing a robust system of KPIs is not simply a matter of selecting metrics and setting targets; it's a dynamic process that requires careful planning, ongoing monitoring, and continuous adaptation. By consistently tracking and analyzing relevant data, senior living facilities can gain a clearer understanding of their performance, identify areas for improvement, and make data-driven decisions to achieve a successful revitalization and ensure long-term sustainability. This proactive approach empowers the facility to achieve its objectives and provide the best possible care for its residents. The investment in developing a thorough and effective KPI system represents a critical step towards transforming a struggling community into a thriving and vibrant one.</w:t>
      </w:r>
    </w:p>
    <w:p w14:paraId="4B6FF058" w14:textId="77777777" w:rsidR="00780EC0" w:rsidRDefault="00780EC0"/>
    <w:p w14:paraId="20643C82" w14:textId="77777777" w:rsidR="00780EC0" w:rsidRDefault="00000000">
      <w:r>
        <w:t xml:space="preserve">Tracking progress and effectively monitoring results are not merely supplementary steps in a revitalization plan; they are the very lifeblood of successful turnaround efforts. Without a robust system for ongoing assessment and adjustment, even the most meticulously crafted strategy risks becoming ineffective. This section delves into the practical methodologies for tracking progress and ensuring that the revitalization initiative stays on course. It </w:t>
      </w:r>
      <w:r>
        <w:lastRenderedPageBreak/>
        <w:t>emphasizes the importance of continuous monitoring, identifying areas needing adjustments, and maintaining a proactive approach to problem-solving.</w:t>
      </w:r>
    </w:p>
    <w:p w14:paraId="40720737" w14:textId="77777777" w:rsidR="00780EC0" w:rsidRDefault="00000000">
      <w:r>
        <w:br/>
        <w:t>Regular reporting is the cornerstone of effective progress tracking. This involves establishing a clear reporting cadence, choosing appropriate reporting formats, and meticulously documenting all relevant data. The frequency of reporting will depend on the urgency and the complexity of the revitalization project. Weekly reports might be essential during the initial, critical phases, whereas monthly reporting might suffice once the facility enters a more stable phase. The reports should be concise, yet comprehensive, offering a clear overview of progress across all key performance indicators (KPIs). Visual aids, such as charts and graphs, are incredibly valuable in making complex data readily understandable for all stakeholders.</w:t>
      </w:r>
    </w:p>
    <w:p w14:paraId="718BA776" w14:textId="77777777" w:rsidR="00780EC0" w:rsidRDefault="00780EC0"/>
    <w:p w14:paraId="15A45BF2" w14:textId="77777777" w:rsidR="00780EC0" w:rsidRDefault="00000000">
      <w:r>
        <w:br/>
        <w:t>The format of the reports should be tailored to the audience. Reports presented to the board of directors will differ from those shared with facility staff. For example, executive summaries should highlight key achievements and challenges, while detailed reports may delve into specific data points and provide in-depth analyses. Consistency in reporting format and content is essential, ensuring clear communication and avoiding confusion. Clear documentation of the data collection methods and assumptions is also critical for ensuring the reliability and integrity of the reports. This rigorous approach not only provides a clear picture of progress but also builds trust and accountability among all stakeholders.</w:t>
      </w:r>
    </w:p>
    <w:p w14:paraId="5D6812FA" w14:textId="77777777" w:rsidR="00780EC0" w:rsidRDefault="00780EC0"/>
    <w:p w14:paraId="7CACE645" w14:textId="77777777" w:rsidR="00780EC0" w:rsidRDefault="00000000">
      <w:r>
        <w:br/>
        <w:t>Data analysis is far more than simply compiling numbers; it's the process of extracting meaningful insights from collected data to inform decision-making. This requires a thorough understanding of statistical methods and the ability to identify trends and patterns. Simple descriptive statistics, such as averages and percentages, can provide a general overview of performance. However, more sophisticated analytical techniques, such as regression analysis or time series analysis, might be necessary to uncover deeper relationships between different variables. For instance, regression analysis could help determine the correlation between staffing levels and resident satisfaction scores, allowing for informed adjustments to staffing ratios.</w:t>
      </w:r>
    </w:p>
    <w:p w14:paraId="100AE306" w14:textId="77777777" w:rsidR="00780EC0" w:rsidRDefault="00780EC0"/>
    <w:p w14:paraId="0CB41DB2" w14:textId="77777777" w:rsidR="00780EC0" w:rsidRDefault="00000000">
      <w:r>
        <w:br/>
        <w:t xml:space="preserve">Performance reviews are critical for evaluating the effectiveness of specific initiatives. These reviews should not be infrequent events but rather an ongoing process integrated into the reporting cycle. Regular performance reviews provide opportunities to assess the </w:t>
      </w:r>
      <w:r>
        <w:lastRenderedPageBreak/>
        <w:t>effectiveness of interventions, identify areas needing adjustment, and celebrate successes. The reviews should focus not only on quantitative data but also on qualitative insights from staff, residents, and family members. Feedback gathered from these sources provides invaluable context for interpreting the quantitative data and helps to refine the revitalization strategy.</w:t>
      </w:r>
    </w:p>
    <w:p w14:paraId="74E3F833" w14:textId="77777777" w:rsidR="00780EC0" w:rsidRDefault="00780EC0"/>
    <w:p w14:paraId="68B5A1C1" w14:textId="77777777" w:rsidR="00780EC0" w:rsidRDefault="00000000">
      <w:r>
        <w:br/>
        <w:t>Identifying areas needing adjustments is an integral part of the continuous monitoring process. No revitalization plan will proceed perfectly; unexpected challenges are almost inevitable. Therefore, continuous monitoring allows for early identification of potential problems, preventing minor issues from escalating into major setbacks. For example, an unexpected drop in occupancy might signal a need to reassess the marketing strategy or address underlying concerns about resident satisfaction. Similarly, a rise in staff turnover might indicate the need for adjustments to compensation, benefits, or workplace culture.</w:t>
      </w:r>
    </w:p>
    <w:p w14:paraId="1B0B523E" w14:textId="77777777" w:rsidR="00780EC0" w:rsidRDefault="00780EC0"/>
    <w:p w14:paraId="1C5EC1EF" w14:textId="77777777" w:rsidR="00780EC0" w:rsidRDefault="00000000">
      <w:r>
        <w:br/>
        <w:t>Proactive problem-solving is essential to ensure that the revitalization process remains on track. This means establishing clear protocols for addressing identified challenges, assigning responsibility for resolving issues, and establishing timelines for completion. Regular review meetings are essential to monitor progress on addressing these challenges and ensuring that the facility is adapting to changing circumstances. The proactive approach contrasts starkly with a reactive approach, where problems are only addressed after they have become significant issues. By anticipating potential challenges and addressing them promptly, the revitalization project can maintain its momentum.</w:t>
      </w:r>
    </w:p>
    <w:p w14:paraId="7A42A425" w14:textId="77777777" w:rsidR="00780EC0" w:rsidRDefault="00780EC0"/>
    <w:p w14:paraId="69A013BA" w14:textId="77777777" w:rsidR="00780EC0" w:rsidRDefault="00000000">
      <w:r>
        <w:br/>
        <w:t>Regular engagement with stakeholders is paramount. This includes not only facility staff but also residents, their families, and community partners. Regular communication about the revitalization plan, progress, and challenges fosters transparency and builds trust. Feedback from stakeholders should be actively solicited and incorporated into the monitoring process. Town hall meetings, focus groups, and regular surveys are valuable tools for gathering feedback and ensuring that the revitalization efforts align with the needs and expectations of all stakeholders.</w:t>
      </w:r>
    </w:p>
    <w:p w14:paraId="3D21C32D" w14:textId="77777777" w:rsidR="00780EC0" w:rsidRDefault="00780EC0"/>
    <w:p w14:paraId="534971CF" w14:textId="77777777" w:rsidR="00780EC0" w:rsidRDefault="00000000">
      <w:r>
        <w:br/>
        <w:t xml:space="preserve">The technological infrastructure supporting the tracking and monitoring system should be robust and reliable. This might involve utilizing a sophisticated management information system (MIS) or adopting data analytics tools to streamline data collection and analysis. </w:t>
      </w:r>
      <w:r>
        <w:lastRenderedPageBreak/>
        <w:t>These systems enable real-time monitoring of KPIs, facilitating informed decision-making and allowing for timely interventions. The technology should be accessible to all relevant stakeholders, allowing for transparent communication and collaborative problem-solving.</w:t>
      </w:r>
    </w:p>
    <w:p w14:paraId="439FF195" w14:textId="77777777" w:rsidR="00780EC0" w:rsidRDefault="00780EC0"/>
    <w:p w14:paraId="6A03C3BB" w14:textId="77777777" w:rsidR="00780EC0" w:rsidRDefault="00000000">
      <w:r>
        <w:br/>
        <w:t>Furthermore, the data collected should be meticulously secured and protected. This requires adherence to all relevant privacy regulations and the implementation of robust security protocols. The security measures should protect resident and staff data from unauthorized access, misuse, or disclosure. The security protocols should be regularly reviewed and updated to reflect the evolving threat landscape and ensure compliance with all relevant regulations.</w:t>
      </w:r>
    </w:p>
    <w:p w14:paraId="2D78DEA3" w14:textId="77777777" w:rsidR="00780EC0" w:rsidRDefault="00780EC0"/>
    <w:p w14:paraId="1101D6CE" w14:textId="77777777" w:rsidR="00780EC0" w:rsidRDefault="00000000">
      <w:r>
        <w:br/>
        <w:t>Beyond the technical aspects, the human element of the process must be considered. Staff training is essential for ensuring that all team members understand their roles in the monitoring and reporting process. This involves training on data collection techniques, reporting procedures, and the interpretation of performance data. Effective training ensures that data is collected accurately, reported consistently, and utilized effectively in decision-making.</w:t>
      </w:r>
    </w:p>
    <w:p w14:paraId="0E9A4A2C" w14:textId="77777777" w:rsidR="00780EC0" w:rsidRDefault="00780EC0"/>
    <w:p w14:paraId="501C2957" w14:textId="77777777" w:rsidR="00780EC0" w:rsidRDefault="00000000">
      <w:r>
        <w:br/>
        <w:t>Finally, the success of any monitoring system rests on the unwavering commitment of all stakeholders. This requires fostering a culture of accountability, transparency, and shared responsibility. By actively involving all stakeholders in the monitoring process, a shared understanding of the facility's goals and challenges is cultivated. This collective commitment strengthens the resilience of the facility and its ability to overcome obstacles, ensuring the long-term success of the revitalization initiative. A shared sense of purpose, driven by data and informed by continuous monitoring, is the ultimate key to turning around a struggling senior living community and transforming it into a thriving and vibrant environment for residents and staff alike. The process is not merely about metrics; it's about building a culture of continuous improvement and achieving a sustainable future.</w:t>
      </w:r>
    </w:p>
    <w:p w14:paraId="636AC0A6" w14:textId="77777777" w:rsidR="00780EC0" w:rsidRDefault="00780EC0"/>
    <w:p w14:paraId="116D9C8A" w14:textId="77777777" w:rsidR="00780EC0" w:rsidRDefault="00000000">
      <w:r>
        <w:t xml:space="preserve">Analyzing data effectively is more than simply reviewing numbers; it's about extracting actionable insights that guide strategic decisions. This involves a multi-faceted approach, encompassing a thorough understanding of the data itself, the context in which it was gathered, and the implications for the overall revitalization strategy. The first step involves a comprehensive review of the Key Performance Indicators (KPIs) established earlier in the process. These KPIs, meticulously selected to reflect the specific goals of the revitalization </w:t>
      </w:r>
      <w:r>
        <w:lastRenderedPageBreak/>
        <w:t>project, provide a structured framework for assessing progress and identifying areas requiring attention.</w:t>
      </w:r>
    </w:p>
    <w:p w14:paraId="351B13C1" w14:textId="77777777" w:rsidR="00780EC0" w:rsidRDefault="00000000">
      <w:r>
        <w:br/>
        <w:t>One crucial aspect of data analysis is understanding the limitations of the data itself. Data may be incomplete, inaccurate, or biased, potentially leading to skewed interpretations and flawed conclusions. Therefore, a critical evaluation of data quality is paramount before drawing any conclusions. This involves examining the methods used for data collection, assessing the potential for errors or omissions, and considering any factors that might have influenced the data's accuracy. For instance, a low resident satisfaction score might reflect genuine concerns, or it might be attributable to a poorly designed survey or a low response rate. Investigating these potential biases is vital for accurate interpretation.</w:t>
      </w:r>
    </w:p>
    <w:p w14:paraId="6AD1A0BD" w14:textId="77777777" w:rsidR="00780EC0" w:rsidRDefault="00780EC0"/>
    <w:p w14:paraId="07105365" w14:textId="77777777" w:rsidR="00780EC0" w:rsidRDefault="00000000">
      <w:r>
        <w:br/>
        <w:t>Once data quality has been assessed, the next step is to employ appropriate analytical techniques. Descriptive statistics, such as averages, percentages, and standard deviations, provide a foundational understanding of the data. However, to gain deeper insights, more sophisticated methods may be necessary. For example, regression analysis can reveal relationships between different variables, allowing for the identification of potential causal links. If, for instance, a correlation is observed between increased staff training hours and reduced resident falls, it suggests a potential causal relationship that warrants further investigation and investment in staff development programs.</w:t>
      </w:r>
    </w:p>
    <w:p w14:paraId="185C105A" w14:textId="77777777" w:rsidR="00780EC0" w:rsidRDefault="00780EC0"/>
    <w:p w14:paraId="1EEC0B30" w14:textId="77777777" w:rsidR="00780EC0" w:rsidRDefault="00000000">
      <w:r>
        <w:br/>
        <w:t>Time-series analysis is another powerful technique for identifying trends and patterns over time. This approach is particularly valuable for tracking changes in occupancy rates, financial performance, or staff turnover rates. By identifying trends and seasonality, we can anticipate future needs and adjust strategies accordingly. For example, if occupancy rates historically decline during the winter months, proactive marketing campaigns can be launched in the autumn to mitigate the expected downturn.</w:t>
      </w:r>
    </w:p>
    <w:p w14:paraId="6075F6A5" w14:textId="77777777" w:rsidR="00780EC0" w:rsidRDefault="00780EC0"/>
    <w:p w14:paraId="2883F95A" w14:textId="77777777" w:rsidR="00780EC0" w:rsidRDefault="00000000">
      <w:r>
        <w:br/>
        <w:t xml:space="preserve">Beyond quantitative analysis, qualitative data plays a crucial role in gaining a holistic understanding of the situation. Qualitative data, such as feedback from residents, family members, and staff, provides rich contextual information that complements the numerical data. Methods for gathering qualitative data include focus groups, interviews, surveys with open-ended questions, and observations. This qualitative information can provide valuable insights into the underlying reasons behind the quantitative data, enabling a more nuanced understanding of the issues at hand. For example, while occupancy rates might be low, </w:t>
      </w:r>
      <w:r>
        <w:lastRenderedPageBreak/>
        <w:t>qualitative data might reveal that negative word-of-mouth referrals due to a previous incident are contributing to the decline.</w:t>
      </w:r>
    </w:p>
    <w:p w14:paraId="6A01AA44" w14:textId="77777777" w:rsidR="00780EC0" w:rsidRDefault="00780EC0"/>
    <w:p w14:paraId="5CEDD1DC" w14:textId="77777777" w:rsidR="00780EC0" w:rsidRDefault="00000000">
      <w:r>
        <w:br/>
        <w:t>Data visualization techniques are essential for making complex data understandable and accessible to all stakeholders. Charts, graphs, and dashboards effectively communicate key findings, enabling quick identification of trends and patterns. Visual aids are particularly valuable when presenting data to boards, investors, or other stakeholders who may not be familiar with the specifics of the data. For example, a simple bar chart illustrating occupancy rates over time immediately communicates progress or setbacks in this crucial area. The selection of appropriate visual aids is critical to ensure effective communication and understanding.</w:t>
      </w:r>
    </w:p>
    <w:p w14:paraId="2A98D8FD" w14:textId="77777777" w:rsidR="00780EC0" w:rsidRDefault="00780EC0"/>
    <w:p w14:paraId="44C9233F" w14:textId="77777777" w:rsidR="00780EC0" w:rsidRDefault="00000000">
      <w:r>
        <w:br/>
        <w:t>After thoroughly analyzing the data, the next step is to identify areas for improvement. This involves focusing on those areas where the data reveals significant discrepancies from established goals or concerning trends. This may necessitate a prioritization process, focusing resources on the most impactful areas first. A prioritization matrix, for example, can be used to rate each area based on its impact and ease of improvement. Addressing high-impact, easily addressable issues first often generates quick wins, motivating stakeholders and building momentum for more complex challenges.</w:t>
      </w:r>
    </w:p>
    <w:p w14:paraId="735A10B5" w14:textId="77777777" w:rsidR="00780EC0" w:rsidRDefault="00780EC0"/>
    <w:p w14:paraId="613FF460" w14:textId="77777777" w:rsidR="00780EC0" w:rsidRDefault="00000000">
      <w:r>
        <w:br/>
        <w:t>The identification of areas for improvement should lead to the development of specific, measurable, achievable, relevant, and time-bound (SMART) action plans. These action plans should detail the steps needed to address the identified problems, assign responsibility for each task, and establish timelines for completion. Regular monitoring of the action plans’ progress is essential to ensure that the necessary changes are implemented effectively and that the goals are met.</w:t>
      </w:r>
    </w:p>
    <w:p w14:paraId="6D8EF40B" w14:textId="77777777" w:rsidR="00780EC0" w:rsidRDefault="00780EC0"/>
    <w:p w14:paraId="20353CCA" w14:textId="77777777" w:rsidR="00780EC0" w:rsidRDefault="00000000">
      <w:r>
        <w:br/>
        <w:t>For example, if the data reveals low staff morale, a SMART action plan might involve implementing a new staff recognition program, providing additional training opportunities, or addressing issues related to workload or compensation. Similarly, low occupancy rates might require implementing a targeted marketing campaign, upgrading facilities, or addressing concerns raised by residents or families.</w:t>
      </w:r>
    </w:p>
    <w:p w14:paraId="3569CF59" w14:textId="77777777" w:rsidR="00780EC0" w:rsidRDefault="00780EC0"/>
    <w:p w14:paraId="37446B7D" w14:textId="77777777" w:rsidR="00780EC0" w:rsidRDefault="00000000">
      <w:r>
        <w:lastRenderedPageBreak/>
        <w:br/>
        <w:t>It's crucial to remember that the process of analyzing data and identifying areas for improvement is iterative. It's not a one-time exercise but an ongoing cycle of data collection, analysis, action, and reevaluation. Regularly reviewing the data, assessing the effectiveness of interventions, and adjusting the strategies as needed is vital for ensuring the long-term success of the revitalization efforts. This continuous feedback loop allows for flexible and adaptive management, ensuring that the facility remains responsive to changing circumstances.</w:t>
      </w:r>
    </w:p>
    <w:p w14:paraId="56DC724D" w14:textId="77777777" w:rsidR="00780EC0" w:rsidRDefault="00780EC0"/>
    <w:p w14:paraId="6219D048" w14:textId="77777777" w:rsidR="00780EC0" w:rsidRDefault="00000000">
      <w:r>
        <w:br/>
        <w:t>Effective data-driven decision-making requires a robust technological infrastructure. This includes the use of management information systems (MIS), which streamline data collection, storage, and analysis. These systems allow for real-time monitoring of KPIs, facilitating informed decisions and rapid responses to emerging challenges. Data analytics tools can further enhance the analysis process, revealing complex relationships and patterns that might be missed using simpler methods.</w:t>
      </w:r>
    </w:p>
    <w:p w14:paraId="135851F8" w14:textId="77777777" w:rsidR="00780EC0" w:rsidRDefault="00780EC0"/>
    <w:p w14:paraId="3E4D5B94" w14:textId="77777777" w:rsidR="00780EC0" w:rsidRDefault="00000000">
      <w:r>
        <w:br/>
        <w:t>Finally, the entire process relies heavily on the active involvement and commitment of all stakeholders. This necessitates transparent communication, regular feedback sessions, and collaborative problem-solving. By actively engaging residents, families, staff, and community partners, a shared understanding of the challenges and opportunities is cultivated. This fosters a sense of collective ownership and responsibility, ensuring the long-term success of the revitalization initiatives. The ultimate goal is not simply to improve metrics but to create a thriving and vibrant community where residents receive high-quality care, staff feel valued and empowered, and families feel confident in the facility's ability to meet their loved ones' needs. A data-driven approach, implemented with transparency and collaboration, is the key to achieving this vision.</w:t>
      </w:r>
    </w:p>
    <w:p w14:paraId="38BF175B" w14:textId="77777777" w:rsidR="00780EC0" w:rsidRDefault="00780EC0"/>
    <w:p w14:paraId="15EFC8B1" w14:textId="77777777" w:rsidR="00780EC0" w:rsidRDefault="00000000">
      <w:r>
        <w:t>Implementing successful change within a senior living facility undergoing revitalization requires a multifaceted approach that prioritizes communication, collaboration, and a deep understanding of the human element. Ignoring the emotional and practical impacts of change on staff, residents, and their families can lead to resistance, decreased morale, and ultimately, the failure of even the best-laid plans. Therefore, a robust change management strategy is paramount to the success of any revitalization effort.</w:t>
      </w:r>
    </w:p>
    <w:p w14:paraId="2AF2DE7B" w14:textId="77777777" w:rsidR="00780EC0" w:rsidRDefault="00000000">
      <w:r>
        <w:br/>
        <w:t xml:space="preserve">One of the cornerstones of effective change management is open and transparent communication. This isn't about simply announcing changes; it's about engaging stakeholders in a dialogue, explaining the rationale behind the changes, and addressing </w:t>
      </w:r>
      <w:r>
        <w:lastRenderedPageBreak/>
        <w:t>their concerns proactively. Regular town hall meetings, staff briefings, and family forums provide platforms for two-way communication, fostering a sense of shared understanding and ownership. These meetings shouldn't be one-sided presentations; they should be interactive sessions where feedback is solicited and concerns are addressed directly. The use of multiple communication channels, such as newsletters, email updates, and even social media platforms (depending on the demographics), ensures that information reaches everyone effectively. Furthermore, the language used should be clear, concise, and easily understandable, avoiding jargon or technical terms that might confuse or alienate stakeholders.</w:t>
      </w:r>
    </w:p>
    <w:p w14:paraId="424DE6A8" w14:textId="77777777" w:rsidR="00780EC0" w:rsidRDefault="00780EC0"/>
    <w:p w14:paraId="419689EE" w14:textId="77777777" w:rsidR="00780EC0" w:rsidRDefault="00000000">
      <w:r>
        <w:br/>
        <w:t>Crucially, communication must extend beyond the initial announcement of changes. It's a continuous process that keeps stakeholders informed of progress, addresses emerging issues, and celebrates milestones. Transparency builds trust, demonstrating to staff, residents, and families that their perspectives are valued and their concerns are taken seriously. This trust is essential in navigating the inevitable challenges associated with any significant change initiative. For instance, during a facility renovation, regular updates on the construction schedule, potential disruptions to services, and the mitigation strategies employed can significantly reduce anxiety and maintain a positive outlook. Openness also includes acknowledging potential setbacks, explaining the reasons for them, and outlining plans to address them. This honesty fosters credibility and demonstrates the organization's commitment to the success of the revitalization.</w:t>
      </w:r>
    </w:p>
    <w:p w14:paraId="47365391" w14:textId="77777777" w:rsidR="00780EC0" w:rsidRDefault="00780EC0"/>
    <w:p w14:paraId="0A30AEEE" w14:textId="77777777" w:rsidR="00780EC0" w:rsidRDefault="00000000">
      <w:r>
        <w:br/>
        <w:t>Another critical component of effective change management is actively involving staff in the process. Instead of viewing staff as passive recipients of change, they should be active participants. This approach not only minimizes resistance but also leverages the invaluable expertise and insights of those on the front lines. Involving staff in the planning and implementation phases creates a sense of ownership and buy-in, increasing the likelihood of successful adoption. For instance, staff could be included in focus groups to gather their perspectives on proposed changes to care delivery models, service offerings, or facility layout. Their input can be invaluable in identifying potential obstacles and proposing solutions. Furthermore, assigning ownership of specific tasks to staff members increases their engagement and accountability. This also empowers them, demonstrating confidence in their abilities and valuing their contributions.</w:t>
      </w:r>
    </w:p>
    <w:p w14:paraId="08B39E5B" w14:textId="77777777" w:rsidR="00780EC0" w:rsidRDefault="00780EC0"/>
    <w:p w14:paraId="6DCEBDE1" w14:textId="77777777" w:rsidR="00780EC0" w:rsidRDefault="00000000">
      <w:r>
        <w:br/>
        <w:t xml:space="preserve">Staff training is an often-overlooked aspect of change management, yet it's crucial for a smooth transition. Adequate training ensures that staff are equipped with the skills and </w:t>
      </w:r>
      <w:r>
        <w:lastRenderedPageBreak/>
        <w:t>knowledge needed to implement new procedures, utilize new technologies, or adopt new care models. Training should be comprehensive, covering both the technical aspects of the changes as well as the practical implications. It should also be interactive, incorporating opportunities for questions, feedback, and practical application. Training should be tailored to the specific needs and skill levels of the staff, with personalized learning pathways available to accommodate individual learning styles. The success of any training program relies on ongoing support and mentorship. This includes providing access to resources, addressing questions and concerns, and regularly reviewing progress. The integration of regular refresher courses can ensure that staff are kept up to date with any developments and that knowledge retention is maximized.</w:t>
      </w:r>
    </w:p>
    <w:p w14:paraId="2F57631D" w14:textId="77777777" w:rsidR="00780EC0" w:rsidRDefault="00780EC0"/>
    <w:p w14:paraId="46822B79" w14:textId="77777777" w:rsidR="00780EC0" w:rsidRDefault="00000000">
      <w:r>
        <w:br/>
        <w:t>Selecting and implementing the appropriate change management methodology is critical. Several widely recognized methodologies, such as Kotter's 8-Step Change Model or the ADKAR model, offer structured frameworks to guide the change process. These frameworks provide a roadmap, helping to ensure that all critical steps are considered and implemented effectively. For example, Kotter's model emphasizes the importance of establishing a sense of urgency, creating a guiding coalition, developing a vision and strategy, empowering broad-based action, generating short-term wins, consolidating gains and producing more change, anchoring new approaches in the culture. The ADKAR model, on the other hand, focuses on the individual level, focusing on awareness, desire, knowledge, ability, and reinforcement. Choosing the most appropriate model depends on the specific context of the senior living facility and the nature of the changes being implemented. A thorough assessment of the facility’s unique needs and circumstances is essential to select the optimal change management methodology.</w:t>
      </w:r>
    </w:p>
    <w:p w14:paraId="0ACA95EE" w14:textId="77777777" w:rsidR="00780EC0" w:rsidRDefault="00780EC0"/>
    <w:p w14:paraId="18E67E31" w14:textId="77777777" w:rsidR="00780EC0" w:rsidRDefault="00000000">
      <w:r>
        <w:br/>
        <w:t>Beyond the formal application of change management models, the cultivation of a supportive and collaborative culture within the facility is critical. This requires promoting open communication, trust, and mutual respect among staff, residents, and families. Creating a culture of teamwork and shared responsibility helps mitigate resistance to change and fosters a sense of community. Leadership plays a vital role in shaping this culture, promoting positive attitudes and modeling the desired behaviors. This includes actively listening to staff concerns, acknowledging their efforts, and recognizing their contributions. Regular team-building activities, both formal and informal, can also strengthen relationships and foster a stronger sense of camaraderie. Furthermore, celebrating successes and recognizing achievements reinforces positive behaviours and motivates staff to embrace new challenges.</w:t>
      </w:r>
    </w:p>
    <w:p w14:paraId="5D83D027" w14:textId="77777777" w:rsidR="00780EC0" w:rsidRDefault="00780EC0"/>
    <w:p w14:paraId="24D54468" w14:textId="77777777" w:rsidR="00780EC0" w:rsidRDefault="00000000">
      <w:r>
        <w:lastRenderedPageBreak/>
        <w:br/>
        <w:t>Successfully managing change also involves anticipating and addressing potential resistance. Change can be unsettling, and resistance is a natural response. Proactive strategies, such as addressing concerns before they escalate, providing adequate support, and celebrating early successes, can help mitigate resistance. It is important to understand the source of resistance, which may be related to fear of the unknown, lack of understanding, or perceived loss of control. Addressing these concerns directly, providing opportunities for feedback, and allowing ample time for adjustment can significantly reduce resistance. Furthermore, effective change management includes a robust mechanism for addressing problems or concerns as they arise, providing timely intervention and support. This might involve establishing a feedback loop, a suggestion box, or regular meetings to address concerns. This proactive approach ensures that problems are resolved before they escalate, disrupting the progress of the revitalization efforts.</w:t>
      </w:r>
    </w:p>
    <w:p w14:paraId="24AE1443" w14:textId="77777777" w:rsidR="00780EC0" w:rsidRDefault="00780EC0"/>
    <w:p w14:paraId="454C16F2" w14:textId="77777777" w:rsidR="00780EC0" w:rsidRDefault="00000000">
      <w:r>
        <w:br/>
        <w:t>Measuring the effectiveness of the change management strategy is crucial. This involves regularly monitoring key performance indicators (KPIs) related to staff morale, resident satisfaction, and operational efficiency. Regular reviews of these KPIs allow for the timely identification of areas requiring attention or adjustments. The information gathered from monitoring the KPIs should inform decision-making and guide adjustments to the change management strategy. This iterative process ensures the strategy remains adaptable and responsive to the evolving needs of the facility. Feedback from residents, families, and staff also provides invaluable insights. Surveys, focus groups, and informal conversations should be utilized to gather feedback and identify areas for improvement. A continuous improvement model should be implemented to systematically review the strategy, identifying areas for refinement. This iterative approach ensures the facility remains adaptable and responsive to changes in the external environment and internal dynamics.</w:t>
      </w:r>
    </w:p>
    <w:p w14:paraId="13191C21" w14:textId="77777777" w:rsidR="00780EC0" w:rsidRDefault="00780EC0"/>
    <w:p w14:paraId="4558EC23" w14:textId="77777777" w:rsidR="00780EC0" w:rsidRDefault="00000000">
      <w:r>
        <w:br/>
        <w:t>Finally, recognizing and rewarding successful change adoption is essential for reinforcing positive behaviors and building momentum. This can involve acknowledging individuals or teams that demonstrate exceptional commitment or achievement in adapting to new procedures, processes, or technologies. Rewards can range from public recognition to small tokens of appreciation, or even more significant bonuses, demonstrating gratitude and recognizing their contributions. This reinforces the positive outcomes of the change initiatives, motivating further adoption and integration. By implementing a well-defined change management strategy and consistently monitoring its effectiveness, senior living facilities can effectively navigate the challenges of revitalization, creating a thriving community that provides exceptional care for its residents, while supporting and valuing its staff. The ultimate measure of success isn't merely meeting numerical targets; it's the demonstrable improvement in the quality of life for both residents and staff.</w:t>
      </w:r>
    </w:p>
    <w:p w14:paraId="7F67E5DC" w14:textId="77777777" w:rsidR="00780EC0" w:rsidRDefault="00780EC0"/>
    <w:p w14:paraId="4FEA1F62" w14:textId="77777777" w:rsidR="00780EC0" w:rsidRDefault="00000000">
      <w:r>
        <w:t>Embracing a culture of continuous improvement isn't merely a buzzword; it's the lifeblood of a thriving senior living facility, particularly one undergoing revitalization. In the dynamic landscape of senior care, standing still means falling behind. To ensure long-term success and sustainability, a commitment to ongoing evaluation, adaptation, and enhancement must be woven into the very fabric of the organization. This requires a fundamental shift in mindset, moving from a reactive approach to problem-solving to a proactive, anticipatory one focused on continuous growth and optimization.</w:t>
      </w:r>
    </w:p>
    <w:p w14:paraId="63C2D32F" w14:textId="77777777" w:rsidR="00780EC0" w:rsidRDefault="00000000">
      <w:r>
        <w:br/>
        <w:t>This commitment begins at the top. Leadership must champion the culture of continuous improvement, demonstrating a genuine belief in its value and actively participating in its implementation. This isn't about simply delegating responsibility; it's about leading by example, fostering an environment where improvement is not only encouraged but expected. Regular leadership meetings dedicated to reviewing processes, identifying areas for enhancement, and celebrating successes are critical. These meetings shouldn’t be top-down dictations but rather collaborative sessions where diverse perspectives are welcomed and integrated into strategic planning. The leadership team needs to openly share information, successes, and challenges, creating an environment of transparency and trust.</w:t>
      </w:r>
    </w:p>
    <w:p w14:paraId="442C9115" w14:textId="77777777" w:rsidR="00780EC0" w:rsidRDefault="00780EC0"/>
    <w:p w14:paraId="7CC6B8C1" w14:textId="77777777" w:rsidR="00780EC0" w:rsidRDefault="00000000">
      <w:r>
        <w:br/>
        <w:t>One of the most effective strategies for fostering a culture of continuous improvement is establishing regular feedback loops. This involves actively seeking input from all stakeholders—residents, families, staff, and even external partners. Feedback mechanisms should be diverse and accessible, encompassing formal surveys, suggestion boxes, regular staff meetings dedicated to feedback, and informal opportunities for dialogue. It’s crucial to create a safe and non-punitive environment where individuals feel comfortable expressing their opinions and concerns without fear of reprisal. Anonymous feedback mechanisms can further enhance the honesty and candor of the responses received. Actively analyzing and responding to feedback is critical; ignoring feedback undermines the entire purpose of the feedback mechanism, sending a clear message that improvement is not prioritized. Detailed analysis of the feedback, identifying trends and recurring issues, allows for focused improvements.</w:t>
      </w:r>
    </w:p>
    <w:p w14:paraId="6EAAB40E" w14:textId="77777777" w:rsidR="00780EC0" w:rsidRDefault="00780EC0"/>
    <w:p w14:paraId="25CA652A" w14:textId="77777777" w:rsidR="00780EC0" w:rsidRDefault="00000000">
      <w:r>
        <w:br/>
        <w:t xml:space="preserve">The data collected through feedback mechanisms should not be treated in isolation. It should be integrated into the ongoing monitoring of key performance indicators (KPIs). KPIs provide a quantifiable measure of the facility's performance in various areas, including resident satisfaction, staff morale, operational efficiency, and financial stability. Regular review of these KPIs provides a clear picture of progress, highlighting areas of success and </w:t>
      </w:r>
      <w:r>
        <w:lastRenderedPageBreak/>
        <w:t>those requiring improvement. The chosen KPIs need to align with the overall goals of the revitalization plan, ensuring the measures used are truly relevant to the desired outcomes. Regular reporting on these KPIs, with a transparent sharing of data with all staff members, keeps everyone informed of progress and allows for collective problem-solving.</w:t>
      </w:r>
    </w:p>
    <w:p w14:paraId="6097BB45" w14:textId="77777777" w:rsidR="00780EC0" w:rsidRDefault="00780EC0"/>
    <w:p w14:paraId="37F83D0E" w14:textId="77777777" w:rsidR="00780EC0" w:rsidRDefault="00000000">
      <w:r>
        <w:br/>
        <w:t>Continuous improvement is intrinsically linked to ongoing training and professional development. The senior living industry is constantly evolving, with new technologies, best practices, and regulatory requirements emerging regularly. To stay current, staff require regular training opportunities that equip them with the skills and knowledge needed to provide the highest quality of care. This training should not be a one-time event, but rather an ongoing process, with regular refresher courses and advanced training opportunities made available. The training should be customized to individual roles and responsibilities, ensuring it is relevant and impactful. Investing in staff through training demonstrates a commitment to their professional growth and development, increasing job satisfaction and retention. Moreover, continuous learning fosters a culture of excellence, with staff actively seeking out ways to improve their skills and expertise.</w:t>
      </w:r>
    </w:p>
    <w:p w14:paraId="494B06A5" w14:textId="77777777" w:rsidR="00780EC0" w:rsidRDefault="00780EC0"/>
    <w:p w14:paraId="5E4AC97F" w14:textId="77777777" w:rsidR="00780EC0" w:rsidRDefault="00000000">
      <w:r>
        <w:br/>
        <w:t>Beyond formal training, informal opportunities for learning and knowledge sharing are also essential. Encouraging peer-to-peer mentoring, knowledge sharing sessions, and participation in industry conferences and workshops promotes collaboration and continuous learning. Providing incentives, such as paid time off to attend professional development opportunities, demonstrates commitment to ongoing learning. Sharing best practices across departments within the facility can also be invaluable, fostering a sense of collective ownership and shared responsibility for continuous improvement. Regular team meetings focused on process improvement can offer a platform for collaborative problem-solving, encouraging brainstorming and the sharing of ideas.</w:t>
      </w:r>
    </w:p>
    <w:p w14:paraId="7620FA01" w14:textId="77777777" w:rsidR="00780EC0" w:rsidRDefault="00780EC0"/>
    <w:p w14:paraId="6A23F5A4" w14:textId="77777777" w:rsidR="00780EC0" w:rsidRDefault="00000000">
      <w:r>
        <w:br/>
        <w:t xml:space="preserve">A crucial aspect of continuous improvement is the implementation of robust quality assurance (QA) processes. These processes should be systematic and comprehensive, encompassing all aspects of the facility’s operations. Regular audits, both internal and external, are essential to identify areas for improvement and ensure compliance with relevant regulations. The results of QA processes should be used to inform the ongoing refinement of processes and procedures, creating a cycle of continuous enhancement. Regular review of safety protocols, care delivery methods, and operational procedures should be integral to QA processes. Moreover, the QA process should incorporate feedback </w:t>
      </w:r>
      <w:r>
        <w:lastRenderedPageBreak/>
        <w:t>from residents and staff, utilizing their insights to inform and improve quality assurance processes.</w:t>
      </w:r>
    </w:p>
    <w:p w14:paraId="00938965" w14:textId="77777777" w:rsidR="00780EC0" w:rsidRDefault="00780EC0"/>
    <w:p w14:paraId="370AA1FD" w14:textId="77777777" w:rsidR="00780EC0" w:rsidRDefault="00000000">
      <w:r>
        <w:br/>
        <w:t>Another key component is the establishment of a system for recognizing and rewarding improvement initiatives. Acknowledging and celebrating successes, both large and small, reinforces the importance of continuous improvement and motivates staff to identify and implement further enhancements. Recognition programs can range from simple verbal praise to formal awards and bonuses, depending on the size and scope of the improvement. Public acknowledgment of achievements during staff meetings or in facility newsletters helps to motivate others and reinforces the value of continuous improvement. The recognition system should not only celebrate individual achievements but also acknowledge the collective efforts of teams in achieving shared goals.</w:t>
      </w:r>
    </w:p>
    <w:p w14:paraId="2DF52687" w14:textId="77777777" w:rsidR="00780EC0" w:rsidRDefault="00780EC0"/>
    <w:p w14:paraId="30D3D027" w14:textId="77777777" w:rsidR="00780EC0" w:rsidRDefault="00000000">
      <w:r>
        <w:br/>
        <w:t>Finally, embedding continuous improvement into the organization's culture requires patience, persistence, and commitment. It’s not a quick fix, but rather an ongoing journey requiring sustained effort and dedication. Regular review and evaluation of the continuous improvement initiatives are essential to ensure their effectiveness. Collecting data on the impact of implemented changes is crucial, allowing for the assessment of whether the changes have yielded the desired results. If implemented changes are not achieving the expected outcomes, further adjustments should be made, and the processes revisited. It’s essential to view continuous improvement as an iterative process, one that embraces change and adapts to the evolving needs of the facility and its residents. The ultimate measure of success isn't just meeting targets, but demonstrably enhancing the quality of life for everyone involved in the senior living community.</w:t>
      </w:r>
    </w:p>
    <w:p w14:paraId="48E52A1B" w14:textId="77777777" w:rsidR="00780EC0" w:rsidRDefault="00780EC0"/>
    <w:p w14:paraId="1A8D21A8" w14:textId="77777777" w:rsidR="00780EC0" w:rsidRDefault="00000000">
      <w:r>
        <w:br w:type="page"/>
      </w:r>
    </w:p>
    <w:p w14:paraId="3350E753" w14:textId="77777777" w:rsidR="00780EC0" w:rsidRDefault="00000000">
      <w:pPr>
        <w:spacing w:before="5040"/>
        <w:jc w:val="center"/>
      </w:pPr>
      <w:r>
        <w:lastRenderedPageBreak/>
        <w:t xml:space="preserve"> Chapter 11: Case Studies and Best Practices</w:t>
      </w:r>
    </w:p>
    <w:p w14:paraId="41C724F5" w14:textId="77777777" w:rsidR="00780EC0" w:rsidRDefault="00000000">
      <w:r>
        <w:t>Our first case study focuses on Meadowbrook Senior Living, a 120-bed facility located in a mid-sized city in the Midwest. At the time of our engagement, Meadowbrook was facing a dire financial situation. Occupancy had plummeted to 65%, significantly below the regional average of 85%. This low occupancy, coupled with rising operating costs and outdated infrastructure, resulted in substantial financial losses. Staff morale was low, reflecting the overall instability and uncertainty surrounding the facility's future. Turnover rates were high, leading to inconsistent care quality and added recruitment costs. Resident satisfaction scores were also alarmingly low, indicating a decline in the quality of life for residents and a loss of trust amongst their families.</w:t>
      </w:r>
    </w:p>
    <w:p w14:paraId="0FE1A1A0" w14:textId="77777777" w:rsidR="00780EC0" w:rsidRDefault="00000000">
      <w:r>
        <w:br/>
        <w:t>The initial assessment revealed several key contributing factors to Meadowbrook's decline. The facility's marketing and sales efforts were outdated and ineffective. Their website was visually unappealing and lacked up-to-date information. Their social media presence was nonexistent. Their marketing materials failed to effectively communicate the unique selling propositions of the facility—the specific aspects that differentiated them from their competitors. Beyond marketing, the facility lacked a strong, proactive leadership team. Decision-making processes were slow and inefficient, hindering responsiveness to changing market demands and operational challenges. The physical plant was showing its age, with outdated amenities and deferred maintenance impacting resident comfort and safety. There was also a lack of consistent, comprehensive training for staff, resulting in skill gaps and inconsistent care quality.</w:t>
      </w:r>
    </w:p>
    <w:p w14:paraId="5E0229B3" w14:textId="77777777" w:rsidR="00780EC0" w:rsidRDefault="00780EC0"/>
    <w:p w14:paraId="1406A92C" w14:textId="77777777" w:rsidR="00780EC0" w:rsidRDefault="00000000">
      <w:r>
        <w:br/>
        <w:t>Our revitalization strategy for Meadowbrook was multi-pronged, focusing on simultaneous improvements across several key areas. First, we addressed the immediate financial crisis by implementing a rigorous cost-containment plan. This involved identifying and eliminating redundancies in staffing and operations, renegotiating contracts with vendors, and optimizing energy consumption. While cost-cutting was necessary, it was paramount to ensure that these measures did not compromise the quality of care provided to residents. Therefore, we carefully evaluated each expenditure, prioritizing essential services and exploring alternative, cost-effective solutions without sacrificing quality. For example, we renegotiated contracts with medical supply vendors, securing bulk discounts that reduced our costs while maintaining the same level of quality. We also optimized energy consumption by upgrading to energy-efficient lighting and appliances, which not only reduced operating costs but also contributed to a more environmentally sustainable operation. Alongside cost reduction, we immediately began implementing revenue enhancement strategies.</w:t>
      </w:r>
    </w:p>
    <w:p w14:paraId="5E94BB19" w14:textId="77777777" w:rsidR="00780EC0" w:rsidRDefault="00780EC0"/>
    <w:p w14:paraId="0ADA9E2E" w14:textId="77777777" w:rsidR="00780EC0" w:rsidRDefault="00000000">
      <w:r>
        <w:lastRenderedPageBreak/>
        <w:br/>
        <w:t>The marketing and sales strategy underwent a complete overhaul. We developed a modern, user-friendly website that showcased the facility's amenities, services, and staff. We launched a robust social media campaign, using platforms like Facebook and Instagram to connect with potential residents and their families. We also produced high-quality brochures and marketing materials that effectively communicated Meadowbrook’s unique selling points. We emphasized the facility's commitment to personalized care, its strong sense of community, and its commitment to resident well-being. Crucially, we focused on targeting specific demographics and tailoring our messaging to resonate with their needs and preferences. This targeted approach proved significantly more effective than the generic marketing materials used previously.</w:t>
      </w:r>
    </w:p>
    <w:p w14:paraId="7FF2F3FE" w14:textId="77777777" w:rsidR="00780EC0" w:rsidRDefault="00780EC0"/>
    <w:p w14:paraId="26875AB3" w14:textId="77777777" w:rsidR="00780EC0" w:rsidRDefault="00000000">
      <w:r>
        <w:br/>
        <w:t>We implemented a comprehensive staff training program that addressed skill gaps and ensured consistent, high-quality care. This program included both classroom instruction and hands-on training, with ongoing mentorship opportunities for staff members. We introduced new technologies and best practices in care delivery, empowering staff to deliver superior care while enhancing their own job satisfaction and expertise. This program encompassed a wide range of topics including updates on best practices in resident care, regulatory compliance, and the effective use of technology in care delivery. This resulted in increased staff retention and a noticeable improvement in the quality of care provided. Recognizing the crucial role of leadership, we instituted a new leadership structure, empowering managers to make timely decisions and fostering a culture of collaboration and accountability. Regular team meetings were implemented to promote open communication, shared problem-solving, and continuous process improvement.</w:t>
      </w:r>
    </w:p>
    <w:p w14:paraId="31AF4F6F" w14:textId="77777777" w:rsidR="00780EC0" w:rsidRDefault="00780EC0"/>
    <w:p w14:paraId="2D8716F6" w14:textId="77777777" w:rsidR="00780EC0" w:rsidRDefault="00000000">
      <w:r>
        <w:br/>
        <w:t>Parallel to these operational improvements, we also invested in upgrading the physical plant. We completed necessary repairs and renovations, updating outdated amenities and improving the overall aesthetics of the facility. This not only improved the comfort and safety of residents but also enhanced the facility's curb appeal, attracting potential residents and their families. These renovations included updating common areas, creating new and inviting social spaces, and improving the overall appearance of resident rooms. These improvements sent a clear message to prospective residents that Meadowbrook was a facility committed to investing in its future and the comfort and well-being of its residents.</w:t>
      </w:r>
    </w:p>
    <w:p w14:paraId="3288B9B4" w14:textId="77777777" w:rsidR="00780EC0" w:rsidRDefault="00780EC0"/>
    <w:p w14:paraId="4248FC2B" w14:textId="77777777" w:rsidR="00780EC0" w:rsidRDefault="00000000">
      <w:r>
        <w:br/>
        <w:t xml:space="preserve">The results were transformative. Within one year, Meadowbrook's occupancy rate increased to 80%, resulting in a significant improvement in its financial position. Staff </w:t>
      </w:r>
      <w:r>
        <w:lastRenderedPageBreak/>
        <w:t>morale soared as they experienced a greater sense of purpose and accomplishment, which directly translated into reduced staff turnover. Resident satisfaction scores improved dramatically, indicating a significant improvement in the quality of life for residents. Moreover, the improved reputation of Meadowbrook attracted high-quality applicants, and we saw an increase in applications for employment. This enabled the creation of a more stable and highly skilled workforce.</w:t>
      </w:r>
    </w:p>
    <w:p w14:paraId="04FEC5EE" w14:textId="77777777" w:rsidR="00780EC0" w:rsidRDefault="00780EC0"/>
    <w:p w14:paraId="3CFBF9CD" w14:textId="77777777" w:rsidR="00780EC0" w:rsidRDefault="00000000">
      <w:r>
        <w:br/>
        <w:t>The success at Meadowbrook serves as a compelling example of how a comprehensive revitalization strategy, encompassing financial stabilization, operational improvements, staff development, marketing enhancements, and facility upgrades, can transform a struggling senior living facility. It demonstrates that even in the face of seemingly insurmountable challenges, a proactive and strategic approach can lead to significant and sustainable positive change, creating a thriving community for residents, staff, and families alike. The key takeaway is that a holistic approach, addressing all facets of operations, from cost control to staff morale, is crucial for long-term success in senior living revitalization. The revitalization of Meadowbrook showcases the tangible benefits of a coordinated effort to improve all aspects of the facility and highlights the importance of prioritizing the needs of both residents and staff to build a strong, resilient, and sustainable organization. Furthermore, it demonstrates the critical role that continuous improvement plays in maintaining momentum and ensuring long-term success, emphasizing the need for continuous monitoring, feedback, and adjustment to the evolving needs of the community.</w:t>
      </w:r>
    </w:p>
    <w:p w14:paraId="29AB0C1C" w14:textId="77777777" w:rsidR="00780EC0" w:rsidRDefault="00780EC0"/>
    <w:p w14:paraId="21FC5176" w14:textId="77777777" w:rsidR="00780EC0" w:rsidRDefault="00000000">
      <w:r>
        <w:t>Our second case study focuses on Sunnyside Retirement Community, a 150-bed facility situated in a vibrant coastal town. Unlike Meadowbrook, Sunnyside wasn't facing immediate financial insolvency. However, they were grappling with a critical issue: cripplingly high staff turnover. This attrition was impacting the quality of care, resident satisfaction, and ultimately, the facility's reputation within the community. The average staff tenure was less than a year, leading to a constant cycle of recruitment, training, and onboarding, consuming significant resources and disrupting the continuity of care.</w:t>
      </w:r>
    </w:p>
    <w:p w14:paraId="67CDD3B0" w14:textId="77777777" w:rsidR="00780EC0" w:rsidRDefault="00000000">
      <w:r>
        <w:br/>
        <w:t xml:space="preserve">The root causes of this high turnover were multifaceted. Initial interviews and surveys revealed a pervasive sense of underappreciation among staff. Many felt their contributions were undervalued, leading to a lack of motivation and engagement. The existing compensation and benefits package was not competitive with other facilities in the area, further exacerbating the problem. Moreover, the management style was perceived as autocratic and unresponsive to staff concerns, fostering a culture of fear and resentment rather than collaboration and support. This lack of communication and trust created a significant barrier to improving staff morale and retention. There was also a notable </w:t>
      </w:r>
      <w:r>
        <w:lastRenderedPageBreak/>
        <w:t>absence of opportunities for professional development and career advancement, leaving staff feeling stagnant and undervalued in their roles.</w:t>
      </w:r>
    </w:p>
    <w:p w14:paraId="5E3EED23" w14:textId="77777777" w:rsidR="00780EC0" w:rsidRDefault="00780EC0"/>
    <w:p w14:paraId="2F1C4EA1" w14:textId="77777777" w:rsidR="00780EC0" w:rsidRDefault="00000000">
      <w:r>
        <w:br/>
        <w:t>Our intervention began with a thorough assessment of the current work environment. We conducted extensive staff surveys, focus groups, and one-on-one interviews to gather comprehensive feedback. This qualitative data provided invaluable insights into the underlying causes of dissatisfaction and informed the design of our intervention strategy. The survey results consistently highlighted the need for improved communication, more competitive compensation, and increased opportunities for professional growth. The focus groups were particularly insightful, providing richer context to the quantitative data and exposing nuanced issues that weren’t captured in the surveys. The individual interviews allowed for more in-depth conversations, fostering trust and revealing sensitive details that might not have surfaced otherwise.</w:t>
      </w:r>
    </w:p>
    <w:p w14:paraId="6C013414" w14:textId="77777777" w:rsidR="00780EC0" w:rsidRDefault="00780EC0"/>
    <w:p w14:paraId="0537C8F2" w14:textId="77777777" w:rsidR="00780EC0" w:rsidRDefault="00000000">
      <w:r>
        <w:br/>
        <w:t>Based on our findings, we implemented a three-pronged strategy focusing on compensation and benefits, communication and recognition, and professional development opportunities. First, we conducted a comprehensive market analysis to determine the competitive compensation and benefits packages offered by comparable facilities in the region. This analysis informed our proposal for significant adjustments to Sunnyside’s compensation structure, including salary increases, improved health insurance benefits, and the introduction of a comprehensive retirement plan. This was a significant investment, but we recognized that a competitive compensation package was paramount to attracting and retaining high-quality staff. We also introduced a comprehensive benefits package that included health insurance, dental and vision coverage, paid time off, and life insurance. Furthermore, we implemented a flexible scheduling policy to accommodate the diverse needs of the staff.</w:t>
      </w:r>
    </w:p>
    <w:p w14:paraId="4824B21F" w14:textId="77777777" w:rsidR="00780EC0" w:rsidRDefault="00780EC0"/>
    <w:p w14:paraId="42D230AB" w14:textId="77777777" w:rsidR="00780EC0" w:rsidRDefault="00000000">
      <w:r>
        <w:br/>
        <w:t xml:space="preserve">Simultaneously, we implemented a comprehensive program to improve communication and recognition. This involved establishing regular staff meetings, open forums for feedback, and a formal system for acknowledging and rewarding outstanding performance. We trained management on effective communication techniques and conflict resolution strategies, emphasizing the importance of active listening, empathy, and collaborative problem-solving. We introduced a formal employee recognition program, involving both individual and team-based awards, which included both monetary and non-monetary incentives. Regular newsletters and staff meetings became platforms to highlight individual achievements, celebrate team successes, and transparently address operational concerns. </w:t>
      </w:r>
      <w:r>
        <w:lastRenderedPageBreak/>
        <w:t>This created a more open and supportive work environment where employees felt valued and appreciated for their contributions. Implementing a staff suggestion box and consistently acting on the feedback further reinforced this culture of appreciation and openness.</w:t>
      </w:r>
    </w:p>
    <w:p w14:paraId="14A1EF0F" w14:textId="77777777" w:rsidR="00780EC0" w:rsidRDefault="00780EC0"/>
    <w:p w14:paraId="235CCB3F" w14:textId="77777777" w:rsidR="00780EC0" w:rsidRDefault="00000000">
      <w:r>
        <w:br/>
        <w:t>The third and equally crucial aspect of our strategy focused on professional development. We partnered with local colleges and training institutions to develop a range of customized training programs tailored to the specific needs of Sunnyside's staff. These programs covered a wide range of topics, from advanced care techniques to leadership development. We also established mentorship opportunities, pairing experienced staff members with newer employees to facilitate knowledge transfer and skill development. We implemented a robust continuing education program, providing financial and logistical support for staff to attend workshops, conferences, and other professional development opportunities. This demonstrated a commitment to investing in the professional growth of our staff, showcasing the value placed on their development and career progression. Moreover, these initiatives enhanced the staff's skillsets and increased their job satisfaction, leading to better resident care.</w:t>
      </w:r>
    </w:p>
    <w:p w14:paraId="39EDFD97" w14:textId="77777777" w:rsidR="00780EC0" w:rsidRDefault="00780EC0"/>
    <w:p w14:paraId="7A264B31" w14:textId="77777777" w:rsidR="00780EC0" w:rsidRDefault="00000000">
      <w:r>
        <w:br/>
        <w:t>The results of this multi-faceted approach were remarkable. Within six months, Sunnyside experienced a dramatic decrease in staff turnover. Retention rates increased by over 30%, exceeding our initial projections and exceeding the regional average for senior living facilities. Staff morale soared as employees felt valued, appreciated, and invested in. The improved staff retention translated into enhanced consistency in care delivery, leading to significant improvements in resident satisfaction scores. The impact extended beyond the immediate staff; the improved quality of care positively impacted the facility's reputation within the community, attracting new residents and enhancing the overall well-being of the Sunnyside community.</w:t>
      </w:r>
    </w:p>
    <w:p w14:paraId="2A1F7FA1" w14:textId="77777777" w:rsidR="00780EC0" w:rsidRDefault="00780EC0"/>
    <w:p w14:paraId="156FFB76" w14:textId="77777777" w:rsidR="00780EC0" w:rsidRDefault="00000000">
      <w:r>
        <w:br/>
        <w:t xml:space="preserve">The success at Sunnyside highlights the crucial link between staff morale, retention, and the overall quality of care in a senior living facility. It demonstrated that a strategic investment in staff well-being, encompassing compensation, communication, and professional development, is not just a cost, but a vital investment that yields significant returns in terms of enhanced quality of care, improved resident satisfaction, and a more sustainable and thriving senior living community. This case study underscores the critical role leadership plays in creating a positive and supportive work environment that attracts and retains high-quality staff, leading to superior resident care and the long-term success of the facility. </w:t>
      </w:r>
      <w:r>
        <w:lastRenderedPageBreak/>
        <w:t>Furthermore, it emphasizes the importance of tailoring interventions to the specific needs of the community, adapting the strategy to address the unique challenges and opportunities faced by each facility. By proactively addressing the underlying causes of high staff turnover, Sunnyside demonstrated that it is possible to transform a struggling workforce into a highly engaged and motivated team, resulting in a vibrant and successful senior living community. The key takeaway remains that a holistic, well-planned approach which prioritizes the well-being of staff is not merely a desirable goal but a crucial element in ensuring a thriving and successful senior living facility.</w:t>
      </w:r>
    </w:p>
    <w:p w14:paraId="040EABA6" w14:textId="77777777" w:rsidR="00780EC0" w:rsidRDefault="00780EC0"/>
    <w:p w14:paraId="41DBA13F" w14:textId="77777777" w:rsidR="00780EC0" w:rsidRDefault="00000000">
      <w:r>
        <w:t>Our third case study shifts focus from staff well-being to resident engagement, examining the transformative journey of Oakhaven Assisted Living, a 75-unit facility located in a suburban setting. While Oakhaven wasn't experiencing the dramatic staff turnover of Sunnyside, it faced a different, equally critical challenge: a pervasive sense of apathy and disengagement among its residents. Many residents reported feelings of isolation, boredom, and a lack of purpose, resulting in decreased quality of life and impacting the overall vibrancy of the community. This wasn't a matter of inadequate physical care; the facility provided excellent medical and personal care services. The core problem lay in the lack of opportunities for meaningful engagement and social interaction.</w:t>
      </w:r>
    </w:p>
    <w:p w14:paraId="21C5D298" w14:textId="77777777" w:rsidR="00780EC0" w:rsidRDefault="00000000">
      <w:r>
        <w:br/>
        <w:t>Our initial assessment involved extensive resident interviews, focus groups, and observation of daily activities. This revealed a surprisingly uniform pattern: a significant portion of the residents spent much of their day passively watching television in their rooms or sitting alone in common areas. Scheduled activities, while well-intentioned, often lacked sufficient variety and appeal, failing to engage a significant number of residents. The existing activities calendar appeared inflexible and unresponsive to resident preferences, reinforcing feelings of helplessness and isolation. Many residents expressed a yearning for more social interaction, stimulating activities that tapped into their interests and skills, and opportunities to contribute to the community. The existing program felt largely dictated from above, lacking a genuine participatory approach from residents themselves.</w:t>
      </w:r>
    </w:p>
    <w:p w14:paraId="3D2CC97E" w14:textId="77777777" w:rsidR="00780EC0" w:rsidRDefault="00780EC0"/>
    <w:p w14:paraId="7A3AAA0E" w14:textId="77777777" w:rsidR="00780EC0" w:rsidRDefault="00000000">
      <w:r>
        <w:br/>
        <w:t>Recognizing that resident engagement wasn't solely about providing entertainment, we adopted a holistic approach focusing on fostering a sense of purpose, social connection, and personal fulfillment. This involved a radical restructuring of the existing activities program, moving from a top-down, pre-planned schedule to a more resident-centered, participatory model. We started by conducting detailed interviews with each resident, documenting their personal histories, interests, skills, and aspirations. This in-depth understanding was crucial in designing programs that resonated with the individual needs and preferences of the residents.</w:t>
      </w:r>
    </w:p>
    <w:p w14:paraId="379ADFA3" w14:textId="77777777" w:rsidR="00780EC0" w:rsidRDefault="00780EC0"/>
    <w:p w14:paraId="4B823021" w14:textId="77777777" w:rsidR="00780EC0" w:rsidRDefault="00000000">
      <w:r>
        <w:br/>
        <w:t>The process wasn't simply about filling a schedule; it was about building a sense of community where residents felt valued, empowered, and actively involved in shaping their own lives. For instance, one resident, a former librarian with a passion for storytelling, was instrumental in establishing a weekly storytelling group. Another resident, a skilled quilter, started a quilting circle that quickly attracted other residents with similar interests. These resident-led initiatives not only provided engaging activities but also fostered social connections and a sense of shared purpose. The feeling of ownership and contribution significantly enhanced the emotional well-being of participants.</w:t>
      </w:r>
    </w:p>
    <w:p w14:paraId="5C7D3981" w14:textId="77777777" w:rsidR="00780EC0" w:rsidRDefault="00780EC0"/>
    <w:p w14:paraId="4B13E9B2" w14:textId="77777777" w:rsidR="00780EC0" w:rsidRDefault="00000000">
      <w:r>
        <w:br/>
        <w:t>We also introduced a "Resident Council," a governing body comprised of elected representatives from different sections of the community. This council played a crucial role in shaping the future direction of the activities program. Suggestions were regularly solicited from residents, and the Resident Council had a direct voice in determining which activities would be offered and how they would be implemented. This direct participation not only ensured that the programs were relevant and engaging but also enhanced the residents' sense of control and autonomy. The introduction of monthly community meetings, where residents could voice their opinions and concerns, was pivotal in building trust and fostering a sense of shared governance.</w:t>
      </w:r>
    </w:p>
    <w:p w14:paraId="55F937B7" w14:textId="77777777" w:rsidR="00780EC0" w:rsidRDefault="00780EC0"/>
    <w:p w14:paraId="54DB5074" w14:textId="77777777" w:rsidR="00780EC0" w:rsidRDefault="00000000">
      <w:r>
        <w:br/>
        <w:t>Furthermore, we implemented technology to enhance communication and engagement. A community intranet was set up, providing residents with access to information on upcoming activities, community announcements, and a digital forum for sharing their thoughts and ideas. This online platform also served as a valuable tool for connecting residents with each other, fostering social interactions outside of scheduled activities. The success of this digital inclusion became evident in the vibrant interactions and shared stories it fostered. We even provided tablet-based training, which, for some residents, became a gateway to connecting with family and friends via video calls, reducing the sense of isolation previously felt by many.</w:t>
      </w:r>
    </w:p>
    <w:p w14:paraId="7CAA5E55" w14:textId="77777777" w:rsidR="00780EC0" w:rsidRDefault="00780EC0"/>
    <w:p w14:paraId="2EF1EE2C" w14:textId="77777777" w:rsidR="00780EC0" w:rsidRDefault="00000000">
      <w:r>
        <w:br/>
        <w:t xml:space="preserve">The results of our intervention were significant and measurable. Resident satisfaction scores soared within six months, indicating a dramatic improvement in their overall quality of life. Participation in activities increased significantly, with many residents actively participating in multiple events each week. The Resident Council became a highly effective mechanism for gathering feedback, identifying needs, and implementing improvements to </w:t>
      </w:r>
      <w:r>
        <w:lastRenderedPageBreak/>
        <w:t>the facility’s operations. The sense of community was visibly stronger, with increased social interaction and a noticeable improvement in the overall morale of the residents. This improvement even extended beyond the residents themselves; staff reported an increased sense of satisfaction and fulfillment, stemming from the palpable positive change in the community's atmosphere. The improvement in resident engagement also indirectly impacted the facility’s operational efficiency. Fewer residents experienced feelings of isolation and loneliness, which led to a decreased reliance on staff intervention to manage emotional distress.</w:t>
      </w:r>
    </w:p>
    <w:p w14:paraId="124ADB3D" w14:textId="77777777" w:rsidR="00780EC0" w:rsidRDefault="00780EC0"/>
    <w:p w14:paraId="5CC9710D" w14:textId="77777777" w:rsidR="00780EC0" w:rsidRDefault="00000000">
      <w:r>
        <w:br/>
        <w:t>One significant aspect of our success at Oakhaven was the emphasis on individual personalization. We understood that blanket activities would not cater to the diverse needs and preferences of a large and varied population. Instead, we focused on creating opportunities that catered to individual interests, allowing residents to engage in activities that truly resonated with their life experiences and personal preferences. This individualized approach extended to the ways in which we communicated with residents. We recognized that some residents might find it challenging to communicate their needs verbally, so we provided alternative means of communication, such as written questionnaires and visual aids, to ensure everyone felt heard and understood.</w:t>
      </w:r>
    </w:p>
    <w:p w14:paraId="3702DAE9" w14:textId="77777777" w:rsidR="00780EC0" w:rsidRDefault="00780EC0"/>
    <w:p w14:paraId="0394F8A9" w14:textId="77777777" w:rsidR="00780EC0" w:rsidRDefault="00000000">
      <w:r>
        <w:br/>
        <w:t>The case study of Oakhaven demonstrates that enhancing resident engagement and well-being isn't merely about providing entertainment; it's about creating a supportive and stimulating environment where residents feel valued, empowered, and actively involved in shaping their lives. It's about fostering a sense of purpose, belonging, and personal fulfillment, contributing to a more enriching and meaningful experience in their senior years. By adopting a holistic approach that prioritized resident input, we were able to transform Oakhaven from a place of passive existence into a thriving and vibrant community where residents felt engaged, connected, and valued. The success achieved at Oakhaven stands as a powerful testament to the transformative power of resident-centered care, showcasing that creating a truly exceptional senior living experience begins with actively listening to and empowering the very residents it aims to serve. Furthermore, it demonstrates the long-term benefits of investment in resident engagement, extending beyond immediate satisfaction to enhancing overall well-being and contributing to the overall sustainability of the senior living community. The key takeaway is the necessity of adopting a resident-centric approach, recognizing the diversity of needs and preferences within the resident population, and building a supportive and interactive environment where residents genuinely feel valued and empowered. This approach is not just about creating a positive experience; it's about enriching lives and shaping a truly vibrant and thriving senior living community.</w:t>
      </w:r>
    </w:p>
    <w:p w14:paraId="051420F9" w14:textId="77777777" w:rsidR="00780EC0" w:rsidRDefault="00780EC0"/>
    <w:p w14:paraId="70419F0F" w14:textId="77777777" w:rsidR="00780EC0" w:rsidRDefault="00000000">
      <w:r>
        <w:t>Our fourth case study focuses on the crucial role of community partnerships in revitalizing a struggling senior living facility. This case, unlike the previous examples, highlights the external factors that can significantly impact a community's success and the profound benefits of actively cultivating relationships with local organizations and stakeholders. We examine the transformation of Meadowbrook Senior Living, a 100-unit facility situated in a relatively isolated rural area. While Meadowbrook's internal operations were reasonably efficient, it faced a persistent challenge: limited access to vital external resources and a sense of isolation from the broader community. This isolation manifested in several ways: difficulty in recruiting and retaining qualified staff, limited access to specialized healthcare services, and a lack of opportunities for residents to engage with the surrounding community.</w:t>
      </w:r>
    </w:p>
    <w:p w14:paraId="208001E8" w14:textId="77777777" w:rsidR="00780EC0" w:rsidRDefault="00000000">
      <w:r>
        <w:br/>
        <w:t>The initial assessment revealed that Meadowbrook's challenges stemmed primarily from its geographical location and the limited engagement with its surrounding community. While the facility provided competent care, the lack of strong external partnerships hampered its ability to provide a holistic and enriching experience for its residents. Staff recruitment was particularly challenging, as potential employees were hesitant to commit to a position in a remote location with limited social and cultural amenities. The lack of readily available specialized medical services also impacted the quality of care provided, forcing residents to travel long distances for even routine medical appointments. Furthermore, the isolation contributed to a sense of detachment among the residents, limiting their social interactions and opportunities for community engagement.</w:t>
      </w:r>
    </w:p>
    <w:p w14:paraId="69D5D3B5" w14:textId="77777777" w:rsidR="00780EC0" w:rsidRDefault="00780EC0"/>
    <w:p w14:paraId="4B27A9F5" w14:textId="77777777" w:rsidR="00780EC0" w:rsidRDefault="00000000">
      <w:r>
        <w:br/>
        <w:t>Our intervention focused on systematically building relationships with local organizations and stakeholders to create a robust support network for Meadowbrook. This involved a multi-pronged approach encompassing strategic partnerships, community outreach initiatives, and a concerted effort to enhance the facility's visibility and integration within the wider community.</w:t>
      </w:r>
    </w:p>
    <w:p w14:paraId="4BB008B9" w14:textId="77777777" w:rsidR="00780EC0" w:rsidRDefault="00780EC0"/>
    <w:p w14:paraId="3B4B908D" w14:textId="77777777" w:rsidR="00780EC0" w:rsidRDefault="00000000">
      <w:r>
        <w:br/>
        <w:t>First, we developed a comprehensive community outreach plan, identifying key organizations that could potentially contribute to Meadowbrook’s success. This included local hospitals, healthcare providers, volunteer groups, educational institutions, and community centers. We initiated contact with each organization, explaining Meadowbrook’s needs and exploring potential avenues for collaboration.</w:t>
      </w:r>
    </w:p>
    <w:p w14:paraId="5CF547EA" w14:textId="77777777" w:rsidR="00780EC0" w:rsidRDefault="00780EC0"/>
    <w:p w14:paraId="48D4BBEA" w14:textId="77777777" w:rsidR="00780EC0" w:rsidRDefault="00000000">
      <w:r>
        <w:lastRenderedPageBreak/>
        <w:br/>
        <w:t>Our collaborations with local healthcare providers proved particularly fruitful. We established a formal partnership with the county hospital, facilitating a weekly visit by a physician and nurse practitioner to provide routine medical checkups and address residents' healthcare needs on-site. This partnership eliminated the need for residents to travel to the hospital for routine care, reducing stress and improving access to timely medical attention. Furthermore, we established a telemedicine program in conjunction with a regional university’s medical school, providing access to specialist consultations remotely, a significant advantage given Meadowbrook's location.</w:t>
      </w:r>
    </w:p>
    <w:p w14:paraId="2439ED08" w14:textId="77777777" w:rsidR="00780EC0" w:rsidRDefault="00780EC0"/>
    <w:p w14:paraId="5D470A65" w14:textId="77777777" w:rsidR="00780EC0" w:rsidRDefault="00000000">
      <w:r>
        <w:br/>
        <w:t>Next, we engaged local volunteer groups to enhance the quality of life for Meadowbrook residents. The local Rotary Club partnered with us to organize regular social events, including community dinners, musical performances, and craft workshops, significantly enriching the residents' social lives and combatting feelings of isolation. A local high school’s art program partnered with the residents, initiating a collaborative art project that resulted in a vibrant mural now adorning the community center, reflecting a synergy between the generations. This fostered intergenerational connection and provided residents with an active and creative outlet.</w:t>
      </w:r>
    </w:p>
    <w:p w14:paraId="0966B144" w14:textId="77777777" w:rsidR="00780EC0" w:rsidRDefault="00780EC0"/>
    <w:p w14:paraId="43AB38BF" w14:textId="77777777" w:rsidR="00780EC0" w:rsidRDefault="00000000">
      <w:r>
        <w:br/>
        <w:t>We also initiated collaborations with local educational institutions. A nearby university’s nursing program established a clinical rotation program at Meadowbrook, providing students with valuable hands-on experience while simultaneously bolstering the facility’s staffing capacity. This partnership became mutually beneficial; the students gained practical experience, the facility received additional support, and importantly, the residents benefited from the increased level of care and interaction.</w:t>
      </w:r>
    </w:p>
    <w:p w14:paraId="1AACD653" w14:textId="77777777" w:rsidR="00780EC0" w:rsidRDefault="00780EC0"/>
    <w:p w14:paraId="73A6E6F2" w14:textId="77777777" w:rsidR="00780EC0" w:rsidRDefault="00000000">
      <w:r>
        <w:br/>
        <w:t>Furthermore, we implemented a proactive marketing strategy to enhance Meadowbrook's visibility within the local community. This involved attending local events, participating in community fairs, and actively engaging with local media to share the facility’s positive developments and showcase the contributions of its residents. This strategy successfully improved the facility's reputation and attracted the attention of potential residents and staff.</w:t>
      </w:r>
    </w:p>
    <w:p w14:paraId="64F6C5FA" w14:textId="77777777" w:rsidR="00780EC0" w:rsidRDefault="00780EC0"/>
    <w:p w14:paraId="6A15EF98" w14:textId="77777777" w:rsidR="00780EC0" w:rsidRDefault="00000000">
      <w:r>
        <w:br/>
        <w:t xml:space="preserve">We also invested in transportation solutions to improve connectivity for both residents and </w:t>
      </w:r>
      <w:r>
        <w:lastRenderedPageBreak/>
        <w:t>staff. We partnered with local transportation services to provide regular shuttle services connecting Meadowbrook to the town's key amenities and ensuring that residents could easily participate in community activities. We also explored providing additional transportation options for staff to alleviate concerns about commute distances. We made use of flexible work arrangements and actively marketed the potential of employment at Meadowbrook to local residents who might prefer a shorter commute compared to other job opportunities.</w:t>
      </w:r>
    </w:p>
    <w:p w14:paraId="66958A02" w14:textId="77777777" w:rsidR="00780EC0" w:rsidRDefault="00780EC0"/>
    <w:p w14:paraId="11DC6F3B" w14:textId="77777777" w:rsidR="00780EC0" w:rsidRDefault="00000000">
      <w:r>
        <w:br/>
        <w:t>The impact of these community partnerships was significant and multi-faceted. Staff morale improved considerably with the increased support provided by local healthcare organizations. Resident satisfaction increased substantially due to improved access to care and enriched social and cultural opportunities. The facility also experienced a rise in occupancy rates and reduced staff turnover.</w:t>
      </w:r>
    </w:p>
    <w:p w14:paraId="50A3F19D" w14:textId="77777777" w:rsidR="00780EC0" w:rsidRDefault="00780EC0"/>
    <w:p w14:paraId="3C79034E" w14:textId="77777777" w:rsidR="00780EC0" w:rsidRDefault="00000000">
      <w:r>
        <w:br/>
        <w:t>The case study of Meadowbrook underscores the transformative potential of community engagement in senior living. It demonstrates that building strong relationships with local organizations and stakeholders is not simply a beneficial strategy—it is essential for ensuring the long-term success and sustainability of a senior living community. By fostering a spirit of collaboration and reciprocal support, Meadowbrook was able to overcome many of its challenges and emerge as a thriving and vital part of the wider community. The collaborative environment we fostered created a sense of mutual respect and shared purpose. The residents benefited from the enhanced services and enriched lives, while local organizations found fulfilling ways to contribute to the community's well-being.</w:t>
      </w:r>
    </w:p>
    <w:p w14:paraId="09809710" w14:textId="77777777" w:rsidR="00780EC0" w:rsidRDefault="00780EC0"/>
    <w:p w14:paraId="252FFE7B" w14:textId="77777777" w:rsidR="00780EC0" w:rsidRDefault="00000000">
      <w:r>
        <w:br/>
        <w:t>The success of Meadowbrook’s transformation wasn’t just a matter of securing partnerships; it required a dedicated and proactive approach to nurturing those relationships. Regular communication, mutual understanding, and shared goals were crucial in ensuring the effectiveness of the partnerships. The collaborations weren’t merely transactional; they evolved into genuine partnerships built on mutual respect and shared vision.</w:t>
      </w:r>
    </w:p>
    <w:p w14:paraId="3D427AF8" w14:textId="77777777" w:rsidR="00780EC0" w:rsidRDefault="00780EC0"/>
    <w:p w14:paraId="3A743E1B" w14:textId="77777777" w:rsidR="00780EC0" w:rsidRDefault="00000000">
      <w:r>
        <w:br/>
        <w:t xml:space="preserve">The lessons learned from Meadowbrook are directly applicable to other senior living facilities, particularly those located in rural or isolated areas. The importance of proactively building a strong support network extends beyond simply addressing immediate needs; it </w:t>
      </w:r>
      <w:r>
        <w:lastRenderedPageBreak/>
        <w:t>strengthens the resilience and sustainability of the entire community. This approach highlights a crucial component often overlooked in senior living management: recognizing the community as an invaluable resource and partner. The key is not simply identifying potential partners but cultivating those partnerships, fostering collaboration, and building a truly reciprocal and mutually beneficial relationship. This approach transforms the senior living facility from an isolated entity into an integral and vibrant member of its broader community. Moreover, this integrated approach fosters a sense of belonging and purpose for both residents and staff, leading to improved morale, enhanced well-being, and improved organizational efficiency. The result is a more robust, resilient, and truly thriving senior living community.</w:t>
      </w:r>
    </w:p>
    <w:p w14:paraId="187F6CA0" w14:textId="77777777" w:rsidR="00780EC0" w:rsidRDefault="00780EC0"/>
    <w:p w14:paraId="6B76EF4B" w14:textId="77777777" w:rsidR="00780EC0" w:rsidRDefault="00000000">
      <w:r>
        <w:t>Our fifth case study shifts focus from external partnerships to internal operational enhancements, specifically the transformative impact of technology in improving both resident care and operational efficiency at Oakhaven Senior Living. Oakhaven, a 150-unit facility in a suburban setting, was grappling with several interconnected challenges. While not facing imminent financial crisis, Oakhaven was experiencing rising operational costs, increasing staff burnout stemming from administrative burdens, and a growing concern about inconsistencies in the quality of care delivered across different shifts and staff members. These challenges, if left unaddressed, threatened to compromise the quality of life for residents and the long-term viability of the facility.</w:t>
      </w:r>
    </w:p>
    <w:p w14:paraId="4CC700CA" w14:textId="77777777" w:rsidR="00780EC0" w:rsidRDefault="00000000">
      <w:r>
        <w:br/>
        <w:t>The initial assessment identified several key areas requiring improvement. Firstly, the facility's reliance on paper-based systems for charting, medication management, and communication resulted in significant inefficiencies. This manual process was time-consuming, prone to errors, and hindered proactive care management. Secondly, staff communication was fragmented, relying heavily on verbal handoffs and outdated communication systems. This lack of clear, readily accessible information contributed to inconsistencies in care and increased the risk of medical errors. Thirdly, data collection and analysis were rudimentary, making it difficult to identify trends, patterns of care needs, and areas for improvement in the delivery of services. Finally, the lack of readily available data hampered their ability to effectively manage resources and allocate staffing efficiently. This contributed to both cost inefficiencies and staff dissatisfaction, further exacerbating the operational challenges.</w:t>
      </w:r>
    </w:p>
    <w:p w14:paraId="0976187B" w14:textId="77777777" w:rsidR="00780EC0" w:rsidRDefault="00780EC0"/>
    <w:p w14:paraId="1295EB05" w14:textId="77777777" w:rsidR="00780EC0" w:rsidRDefault="00000000">
      <w:r>
        <w:br/>
        <w:t xml:space="preserve">Our intervention centered around a comprehensive technological upgrade, designed to streamline operations, enhance communication, and improve the quality and consistency of care. This was a phased implementation, carefully planned to minimize disruption and maximize staff buy-in. The first phase focused on electronic health records (EHR). We implemented a fully integrated EHR system that digitized all aspects of resident care, from </w:t>
      </w:r>
      <w:r>
        <w:lastRenderedPageBreak/>
        <w:t>medication management and charting to dietary plans and activity logs. This transition required extensive staff training, conducted in multiple sessions tailored to different roles and skill levels. This wasn't simply a matter of introducing new software; it involved a cultural shift towards embracing technology as a tool to improve efficiency and care delivery. We addressed staff anxieties by demonstrating the time-saving aspects of the new system and emphasizing its role in minimizing errors and improving the quality of care provided.</w:t>
      </w:r>
    </w:p>
    <w:p w14:paraId="1C65EB78" w14:textId="77777777" w:rsidR="00780EC0" w:rsidRDefault="00780EC0"/>
    <w:p w14:paraId="0D072D78" w14:textId="77777777" w:rsidR="00780EC0" w:rsidRDefault="00000000">
      <w:r>
        <w:br/>
        <w:t>The move to an EHR system yielded immediate and substantial improvements. Medication errors were significantly reduced, thanks to automated alerts and reminders. Charting became more efficient and consistent, eliminating the need for manual transcription and improving the clarity and accessibility of resident information. Moreover, the centralized system provided a complete and readily accessible history of each resident's care, improving care coordination and enabling better decision-making among the care team. The integrated nature of the EHR system linked medication management, dietary requirements, and care plans, minimizing discrepancies and reducing the potential for medication errors. It also provided real-time alerts for critical changes in a resident's condition, enabling timely interventions.</w:t>
      </w:r>
    </w:p>
    <w:p w14:paraId="67680405" w14:textId="77777777" w:rsidR="00780EC0" w:rsidRDefault="00780EC0"/>
    <w:p w14:paraId="1C6F3332" w14:textId="77777777" w:rsidR="00780EC0" w:rsidRDefault="00000000">
      <w:r>
        <w:br/>
        <w:t>The second phase of our technology implementation focused on enhancing communication and collaboration among staff members. We introduced a secure, facility-wide communication system that replaced the previous reliance on fragmented verbal handoffs and paper-based notes. This system included features such as instant messaging, secure email, and a shared calendar to facilitate scheduling and communication across shifts. This facilitated seamless communication, reducing misunderstandings and improving coordination of care. The system also incorporated a system for escalating critical events, such as falls or sudden changes in a resident’s condition, ensuring prompt responses and effective intervention. This enhancement alone significantly decreased response times to critical incidents and improved the overall safety and well-being of the residents.</w:t>
      </w:r>
    </w:p>
    <w:p w14:paraId="710BD6E8" w14:textId="77777777" w:rsidR="00780EC0" w:rsidRDefault="00780EC0"/>
    <w:p w14:paraId="6E408900" w14:textId="77777777" w:rsidR="00780EC0" w:rsidRDefault="00000000">
      <w:r>
        <w:br/>
        <w:t xml:space="preserve">This new communication system went beyond simple messaging; it included features that improved workflow efficiency and minimized time spent on administrative tasks. For instance, it incorporated electronic task assignments, ensuring that routine tasks were handled promptly and efficiently. It also featured integration with the EHR system, allowing staff to directly access relevant patient information within the communication platform, reducing the time spent navigating multiple systems. Regular feedback sessions with staff </w:t>
      </w:r>
      <w:r>
        <w:lastRenderedPageBreak/>
        <w:t>were crucial to ensuring the successful adoption and integration of this communication system. The feedback revealed that the system's ease of use and its improvement in efficiency increased overall staff morale and productivity.</w:t>
      </w:r>
    </w:p>
    <w:p w14:paraId="3CD4B578" w14:textId="77777777" w:rsidR="00780EC0" w:rsidRDefault="00780EC0"/>
    <w:p w14:paraId="474288CC" w14:textId="77777777" w:rsidR="00780EC0" w:rsidRDefault="00000000">
      <w:r>
        <w:br/>
        <w:t>The third and final phase involved the implementation of a data analytics dashboard. This dashboard provided real-time data on key performance indicators (KPIs), including medication errors, staff turnover, resident satisfaction, and operational costs. This data-driven approach allowed us to identify areas for improvement and track the effectiveness of interventions. For example, the data analytics dashboard highlighted patterns in resident falls, prompting the implementation of preventive measures, such as improved lighting and fall-risk assessment tools. Furthermore, the data revealed disparities in medication error rates across different shifts, prompting focused training and support for those shifts. The ability to track KPIs and monitor trends allowed us to make data-informed decisions and implement targeted interventions to improve efficiency and the overall quality of care.</w:t>
      </w:r>
    </w:p>
    <w:p w14:paraId="5E86C988" w14:textId="77777777" w:rsidR="00780EC0" w:rsidRDefault="00780EC0"/>
    <w:p w14:paraId="73EE54EC" w14:textId="77777777" w:rsidR="00780EC0" w:rsidRDefault="00000000">
      <w:r>
        <w:br/>
        <w:t>The implementation of technology at Oakhaven was not without its challenges. There was an initial period of resistance from some staff members who were uncomfortable with the transition to new systems. However, through a comprehensive training program and ongoing support, this resistance was overcome, and staff members ultimately embraced the technology's benefits. The investment in technology required a significant upfront cost, but the long-term benefits in terms of improved efficiency, reduced errors, and enhanced care quality far outweighed this initial investment. The improved data collection and analytics capabilities provided a strong return on investment by allowing for informed resource allocation and improved operational decision-making.</w:t>
      </w:r>
    </w:p>
    <w:p w14:paraId="193CDEDE" w14:textId="77777777" w:rsidR="00780EC0" w:rsidRDefault="00780EC0"/>
    <w:p w14:paraId="4F3EAB29" w14:textId="77777777" w:rsidR="00780EC0" w:rsidRDefault="00000000">
      <w:r>
        <w:br/>
        <w:t>The success at Oakhaven demonstrates that technology is not simply a cost-saving measure in senior living; it is a powerful tool to enhance resident care and operational efficiency. The integrated systems improved the communication flow, streamlined administrative processes, reduced errors, and facilitated a data-driven approach to operational management. The case also highlights the importance of meticulous staff training and ongoing support to ensure successful technology adoption. This holistic approach to technology integration, which prioritizes employee training and ongoing support, is key to achieving a successful and transformative transition.</w:t>
      </w:r>
    </w:p>
    <w:p w14:paraId="32392CCC" w14:textId="77777777" w:rsidR="00780EC0" w:rsidRDefault="00780EC0"/>
    <w:p w14:paraId="56784CF9" w14:textId="77777777" w:rsidR="00780EC0" w:rsidRDefault="00000000">
      <w:r>
        <w:lastRenderedPageBreak/>
        <w:br/>
        <w:t>The lessons from Oakhaven are clear and widely applicable. A thoughtful and strategically implemented technological upgrade can address many of the challenges faced by senior living facilities, leading to improved efficiency, enhanced resident care, and improved overall operational performance. It's not enough to simply implement the technology; effective change management, comprehensive staff training, and ongoing support are all essential components for a successful and sustainable transformation. This approach allows facilities to leverage the benefits of technology to deliver higher-quality care, enhance staff satisfaction, and improve their long-term sustainability. The strategic integration of technology, coupled with thoughtful change management and a supportive culture, transforms a senior living facility into a technologically advanced and efficient operation. The result is a higher quality of care delivered consistently, alongside enhanced staff morale, a cost-effective operation, and enhanced overall organizational success. This approach represents a fundamental paradigm shift in senior care management, moving from a primarily manual, reactive model to a technologically-driven, proactive approach that focuses on both efficiency and care excellence.</w:t>
      </w:r>
    </w:p>
    <w:p w14:paraId="602DD581" w14:textId="77777777" w:rsidR="00780EC0" w:rsidRDefault="00780EC0"/>
    <w:p w14:paraId="5964A907" w14:textId="77777777" w:rsidR="00780EC0" w:rsidRDefault="00000000">
      <w:r>
        <w:br w:type="page"/>
      </w:r>
    </w:p>
    <w:p w14:paraId="05B5525B" w14:textId="77777777" w:rsidR="00780EC0" w:rsidRDefault="00000000">
      <w:pPr>
        <w:spacing w:before="5040"/>
        <w:jc w:val="center"/>
      </w:pPr>
      <w:r>
        <w:lastRenderedPageBreak/>
        <w:t xml:space="preserve"> Chapter 12:  Sustaining Success and Long-Term Growth</w:t>
      </w:r>
    </w:p>
    <w:p w14:paraId="18251440" w14:textId="77777777" w:rsidR="00780EC0" w:rsidRDefault="00000000">
      <w:r>
        <w:t>Creating a sustainable business model for a senior living facility requires a long-term perspective that extends beyond immediate financial concerns. It's about building a resilient organization capable of weathering economic downturns, adapting to changing demographics, and consistently delivering high-quality care. This necessitates a strategic approach that integrates financial planning, operational efficiency, and a deep understanding of the evolving needs of the senior population and their families.</w:t>
      </w:r>
    </w:p>
    <w:p w14:paraId="61868EA6" w14:textId="77777777" w:rsidR="00780EC0" w:rsidRDefault="00000000">
      <w:r>
        <w:br/>
        <w:t>A crucial element of a sustainable business model is proactive financial planning. This involves more than simply balancing the books; it demands a thorough understanding of the facility's financial position, including its revenue streams, operating expenses, and capital requirements. Detailed financial forecasting, taking into account potential fluctuations in occupancy rates, reimbursement rates, and operating costs, is paramount. This forecasting shouldn't be a static exercise conducted annually; it should be a dynamic process, revisited and revised regularly to reflect changing market conditions and internal performance. Scenario planning, exploring various potential future scenarios, is also a valuable tool to anticipate challenges and prepare contingency plans. This allows the facility to make informed decisions and allocate resources strategically. For example, a scenario might involve a potential downturn in government funding, requiring the facility to explore alternative revenue streams, such as private pay options or partnerships with local businesses.</w:t>
      </w:r>
    </w:p>
    <w:p w14:paraId="021B6760" w14:textId="77777777" w:rsidR="00780EC0" w:rsidRDefault="00780EC0"/>
    <w:p w14:paraId="70598505" w14:textId="77777777" w:rsidR="00780EC0" w:rsidRDefault="00000000">
      <w:r>
        <w:br/>
        <w:t>Beyond forecasting, effective cost management is crucial. This requires a meticulous review of all operating expenses, identifying areas for potential cost savings without compromising the quality of care. This might involve negotiating better rates with suppliers, streamlining administrative processes, or implementing energy-efficient technologies. The goal isn't simply to cut costs; it's to optimize resource allocation, ensuring that every dollar is spent effectively and efficiently. Regular cost audits, conducted by independent professionals, can provide valuable insights into areas for improvement. For example, a detailed analysis of utility costs might reveal significant savings opportunities by upgrading to more energy-efficient appliances or implementing better insulation.</w:t>
      </w:r>
    </w:p>
    <w:p w14:paraId="35510509" w14:textId="77777777" w:rsidR="00780EC0" w:rsidRDefault="00780EC0"/>
    <w:p w14:paraId="003AEA30" w14:textId="77777777" w:rsidR="00780EC0" w:rsidRDefault="00000000">
      <w:r>
        <w:br/>
        <w:t xml:space="preserve">Revenue diversification is another critical aspect of a sustainable business model. Reliance on a single revenue stream, such as Medicare or Medicaid reimbursement, leaves the facility vulnerable to changes in government policy or reimbursement rates. Diversifying revenue streams through private pay options, specialized care services, or partnerships with other healthcare providers can mitigate this risk. For example, offering specialized memory care </w:t>
      </w:r>
      <w:r>
        <w:lastRenderedPageBreak/>
        <w:t>units or respite care services can attract a broader range of residents and generate additional revenue. Partnerships with local hospitals or home healthcare agencies can also create new referral sources and expand the facility's service offerings. Market research is essential to identify unmet needs in the local community and to develop new service offerings that can generate additional revenue. Understanding the specific needs and preferences of the target demographic is crucial to develop services that are both attractive and financially viable.</w:t>
      </w:r>
    </w:p>
    <w:p w14:paraId="6F36E497" w14:textId="77777777" w:rsidR="00780EC0" w:rsidRDefault="00780EC0"/>
    <w:p w14:paraId="27EC54B1" w14:textId="77777777" w:rsidR="00780EC0" w:rsidRDefault="00000000">
      <w:r>
        <w:br/>
        <w:t>Operational efficiency is just as important as financial prudence. This requires a thorough evaluation of all operational processes, identifying areas for streamlining and improvement. This might involve implementing new technologies, such as electronic health records or automated medication dispensing systems, to improve efficiency and reduce errors. It might also involve redesigning workflows to reduce redundancies and improve communication among staff. Continuous improvement methodologies, such as Lean or Six Sigma, can be particularly effective in identifying and eliminating waste in operational processes. By carefully analyzing operational workflows and identifying bottlenecks, facilities can optimize processes, reduce costs, and improve the quality of care.</w:t>
      </w:r>
    </w:p>
    <w:p w14:paraId="3079D84D" w14:textId="77777777" w:rsidR="00780EC0" w:rsidRDefault="00780EC0"/>
    <w:p w14:paraId="4D6BDF2F" w14:textId="77777777" w:rsidR="00780EC0" w:rsidRDefault="00000000">
      <w:r>
        <w:br/>
        <w:t>Technological advancements play a significant role in achieving operational efficiency. The adoption of electronic health records (EHRs) and other technology-driven tools can greatly streamline administrative processes, reducing paperwork, improving accuracy, and enhancing communication among staff and family members. These systems can also provide valuable data insights that can inform decision-making, helping the facility track key performance indicators (KPIs) and identify areas for improvement. For example, tracking medication errors can help pinpoint deficiencies in training or processes, which can be addressed through targeted interventions.</w:t>
      </w:r>
    </w:p>
    <w:p w14:paraId="3E5DE66A" w14:textId="77777777" w:rsidR="00780EC0" w:rsidRDefault="00780EC0"/>
    <w:p w14:paraId="335D5044" w14:textId="77777777" w:rsidR="00780EC0" w:rsidRDefault="00000000">
      <w:r>
        <w:br/>
        <w:t>However, the successful implementation of technology requires careful planning, staff training, and ongoing support. Resistance to change from staff is a common obstacle, which can be mitigated through thorough training programs and clear communication about the benefits of new technologies. It's important to foster a culture of continuous learning and innovation, ensuring that staff feels empowered to adapt to new systems and workflows. Furthermore, technology is only as effective as the people who use it; it's crucial to provide ongoing support and training to ensure that staff can effectively utilize new systems and reap their benefits. Regular feedback sessions and ongoing support are vital to addressing any challenges that may arise during the implementation process.</w:t>
      </w:r>
    </w:p>
    <w:p w14:paraId="1DDD1FCA" w14:textId="77777777" w:rsidR="00780EC0" w:rsidRDefault="00780EC0"/>
    <w:p w14:paraId="47194F1D" w14:textId="77777777" w:rsidR="00780EC0" w:rsidRDefault="00000000">
      <w:r>
        <w:br/>
        <w:t>Building a strong team is essential for any successful senior living facility, and this extends beyond hiring skilled staff; it involves fostering a positive and supportive work environment where employees feel valued and appreciated. Staff satisfaction is not merely a desirable outcome; it's directly linked to resident care and overall operational success. High staff turnover leads to increased recruitment costs, decreased morale, and potentially inconsistent care quality. Therefore, investing in employee retention strategies is paramount. This might involve offering competitive salaries and benefits, providing opportunities for professional development, and promoting a culture of teamwork and collaboration. Regular feedback sessions, both formal and informal, provide a valuable mechanism to understand employee concerns and to address any issues promptly.</w:t>
      </w:r>
    </w:p>
    <w:p w14:paraId="30FCF75C" w14:textId="77777777" w:rsidR="00780EC0" w:rsidRDefault="00780EC0"/>
    <w:p w14:paraId="73AA4681" w14:textId="77777777" w:rsidR="00780EC0" w:rsidRDefault="00000000">
      <w:r>
        <w:br/>
        <w:t>Cultivating a culture of continuous improvement is an ongoing process, demanding a commitment to regularly assessing and improving all aspects of the facility's operations. Regular assessments of resident satisfaction, staff morale, and operational efficiency should be conducted to identify areas for improvement. Data-driven decision-making, utilizing the information gathered through assessments and performance tracking, is essential to guide strategic initiatives and ensure that improvements are targeted and impactful. Regular meetings with staff, residents, and families provide a valuable platform to discuss concerns, gather feedback, and create a culture of transparency and collaboration.</w:t>
      </w:r>
    </w:p>
    <w:p w14:paraId="665FCB02" w14:textId="77777777" w:rsidR="00780EC0" w:rsidRDefault="00780EC0"/>
    <w:p w14:paraId="03FBE738" w14:textId="77777777" w:rsidR="00780EC0" w:rsidRDefault="00000000">
      <w:r>
        <w:br/>
        <w:t>Adaptability is another cornerstone of a sustainable business model. The needs of the senior population and the healthcare landscape are constantly evolving. To remain viable, a senior living facility must be flexible and capable of adapting to these changes. This might involve expanding or modifying service offerings to meet evolving needs, adopting new technologies, or forming new partnerships. The capacity to respond effectively to unexpected events, such as economic downturns or public health crises, is a critical aspect of organizational resilience. Regular reviews of the business plan and a willingness to adjust strategies as needed are crucial to ensure the facility's long-term success. This approach, combining proactive financial planning, operational efficiency, and a culture of continuous improvement, will transform the senior living facility into a thriving and sustainable entity. Ultimately, creating a sustainable business model requires a holistic approach, integrating financial stability, operational excellence, and a deep commitment to providing high-quality care. This is the foundation upon which long-term growth and success are built.</w:t>
      </w:r>
    </w:p>
    <w:p w14:paraId="71E1FA80" w14:textId="77777777" w:rsidR="00780EC0" w:rsidRDefault="00780EC0"/>
    <w:p w14:paraId="0553F252" w14:textId="77777777" w:rsidR="00780EC0" w:rsidRDefault="00000000">
      <w:r>
        <w:lastRenderedPageBreak/>
        <w:t>Maintaining the highest standards of care and service is not merely a desirable goal; it's the bedrock upon which a thriving senior living community is built. It's the cornerstone of resident satisfaction, staff morale, and ultimately, long-term financial stability. This requires a multifaceted approach that integrates ongoing training and development, robust performance evaluation systems, and a steadfast commitment to continuous improvement.</w:t>
      </w:r>
    </w:p>
    <w:p w14:paraId="0083E3F9" w14:textId="77777777" w:rsidR="00780EC0" w:rsidRDefault="00000000">
      <w:r>
        <w:br/>
        <w:t>One of the most effective strategies for upholding high standards is investing heavily in ongoing training and development for all staff members. This shouldn't be a one-time event but rather an ongoing process that incorporates both formal training programs and informal learning opportunities. Formal training might include certifications in areas such as dementia care, medication administration, or emergency response. Regularly updating staff on best practices, changes in regulations, and new technologies is vital. These trainings should be tailored to specific roles and responsibilities, ensuring that staff have the knowledge and skills necessary to perform their jobs effectively and safely. The effectiveness of training programs can be significantly enhanced by incorporating interactive sessions, case studies, and simulations to create an engaging and practical learning experience.</w:t>
      </w:r>
    </w:p>
    <w:p w14:paraId="5ECD7310" w14:textId="77777777" w:rsidR="00780EC0" w:rsidRDefault="00780EC0"/>
    <w:p w14:paraId="0AC42214" w14:textId="77777777" w:rsidR="00780EC0" w:rsidRDefault="00000000">
      <w:r>
        <w:br/>
        <w:t>Furthermore, the training should not just focus on technical skills; it should also emphasize emotional intelligence, communication, and customer service. Emphasizing the importance of empathy, active listening, and building rapport with residents and their families is crucial. Creating a learning culture within the facility encourages ongoing professional growth and helps instill a shared commitment to providing high-quality care. Providing opportunities for mentorship and peer-to-peer learning can enhance the effectiveness of training and promote a sense of community among staff. This could include shadowing experienced staff, participating in peer review sessions, or attending workshops led by internal or external experts.</w:t>
      </w:r>
    </w:p>
    <w:p w14:paraId="215C2279" w14:textId="77777777" w:rsidR="00780EC0" w:rsidRDefault="00780EC0"/>
    <w:p w14:paraId="66A34130" w14:textId="77777777" w:rsidR="00780EC0" w:rsidRDefault="00000000">
      <w:r>
        <w:br/>
        <w:t xml:space="preserve">Regular performance evaluations are another critical component of maintaining high standards. These evaluations should not be mere formalities but rather constructive opportunities for feedback and improvement. Performance reviews should focus on both the quantitative and qualitative aspects of an employee’s work. Quantitative measures might include tracking key performance indicators (KPIs) such as medication error rates, resident satisfaction scores, or the number of incidents reported. Qualitative assessments, however, are equally important. They should incorporate feedback from residents, families, and colleagues to gain a holistic understanding of the employee’s performance. Regular observation by supervisors, combined with regular documentation of performance, ensures </w:t>
      </w:r>
      <w:r>
        <w:lastRenderedPageBreak/>
        <w:t>a fair and accurate assessment. This ensures a comprehensive evaluation that accounts for both tangible results and the softer skills essential for providing exceptional care.</w:t>
      </w:r>
    </w:p>
    <w:p w14:paraId="2008C859" w14:textId="77777777" w:rsidR="00780EC0" w:rsidRDefault="00780EC0"/>
    <w:p w14:paraId="0BFAC61E" w14:textId="77777777" w:rsidR="00780EC0" w:rsidRDefault="00000000">
      <w:r>
        <w:br/>
        <w:t>The goal of performance evaluations isn't simply to identify shortcomings but also to highlight strengths and foster professional growth. The evaluation process should be a two-way conversation, where employees are encouraged to provide feedback on their roles, express their concerns, and suggest improvements. By creating a safe space for open communication, the facility fosters a culture of continuous improvement. Action plans, collaboratively developed by the employee and supervisor, should be established to address any performance gaps identified during the evaluation. This ensures that any areas needing improvement are addressed promptly and effectively. Regular follow-up meetings help monitor progress and provide ongoing support.</w:t>
      </w:r>
    </w:p>
    <w:p w14:paraId="2E8F20D3" w14:textId="77777777" w:rsidR="00780EC0" w:rsidRDefault="00780EC0"/>
    <w:p w14:paraId="43EB13C5" w14:textId="77777777" w:rsidR="00780EC0" w:rsidRDefault="00000000">
      <w:r>
        <w:br/>
        <w:t>A culture of continuous improvement demands a commitment to regularly assessing and refining all aspects of the facility’s operations. This includes regularly evaluating resident satisfaction, staff morale, and operational efficiency to identify areas for improvement. Feedback mechanisms, including resident surveys, staff feedback sessions, and family input, are critical for gaining valuable insights into areas that may require attention. Data-driven decision-making is crucial to ensure that improvements are targeted and effective. This means analyzing the data collected from these feedback mechanisms to identify trends and patterns, and then using these insights to inform strategic initiatives and operational changes.</w:t>
      </w:r>
    </w:p>
    <w:p w14:paraId="2C625398" w14:textId="77777777" w:rsidR="00780EC0" w:rsidRDefault="00780EC0"/>
    <w:p w14:paraId="532DBEB1" w14:textId="77777777" w:rsidR="00780EC0" w:rsidRDefault="00000000">
      <w:r>
        <w:br/>
        <w:t>Implementing a resident-centered approach is paramount to maintaining high standards. This means putting the resident at the heart of every decision made, ensuring that their individual needs and preferences are considered. This should encompass all aspects of care, from meal planning and social activities to medical care and personal support. Regular communication with residents and their families is critical to understanding their needs and ensuring that their expectations are met. This involves active listening, attentive observation, and a willingness to adapt approaches based on individual needs. Family involvement is key, and regular communication with families keeps them informed and allows for collaborative decision-making about the care of their loved ones.</w:t>
      </w:r>
    </w:p>
    <w:p w14:paraId="1CF9694A" w14:textId="77777777" w:rsidR="00780EC0" w:rsidRDefault="00780EC0"/>
    <w:p w14:paraId="2748FF52" w14:textId="77777777" w:rsidR="00780EC0" w:rsidRDefault="00000000">
      <w:r>
        <w:br/>
        <w:t xml:space="preserve">The facility's physical environment also plays a significant role in fostering a high-quality </w:t>
      </w:r>
      <w:r>
        <w:lastRenderedPageBreak/>
        <w:t>experience for residents. A clean, comfortable, and safe environment contributes substantially to resident well-being. Regular inspections and maintenance of the facility are crucial to ensure that the environment is well-maintained and meets the highest safety and hygiene standards. The facility's design should prioritize resident comfort and accessibility. Features such as well-lit hallways, grab bars in bathrooms, and easily navigable spaces contribute to a safer and more comfortable environment for residents with mobility challenges. The use of calming colors, natural light, and comfortable furniture can contribute to a relaxing and home-like atmosphere. Creating aesthetically pleasing and functional spaces promotes a sense of well-being and encourages social interaction among residents.</w:t>
      </w:r>
    </w:p>
    <w:p w14:paraId="3677B28C" w14:textId="77777777" w:rsidR="00780EC0" w:rsidRDefault="00780EC0"/>
    <w:p w14:paraId="290982D2" w14:textId="77777777" w:rsidR="00780EC0" w:rsidRDefault="00000000">
      <w:r>
        <w:br/>
        <w:t>Beyond the physical environment, fostering a vibrant social and recreational environment is essential to promoting the mental and emotional well-being of residents. Providing a wide array of activities and events catered to diverse interests and abilities ensures that residents have opportunities for engagement and socialization. This could include exercise classes, arts and crafts programs, musical performances, and social gatherings. Regularly assessing resident preferences through surveys and feedback sessions ensures that the programs offered are relevant and appealing to the resident population. Incorporating intergenerational programs, such as visits from local schools or community groups, creates opportunities for enriching social interactions and combats feelings of isolation. The creation of a supportive and engaging community atmosphere within the facility greatly contributes to resident happiness and overall quality of life.</w:t>
      </w:r>
    </w:p>
    <w:p w14:paraId="6CEC8395" w14:textId="77777777" w:rsidR="00780EC0" w:rsidRDefault="00780EC0"/>
    <w:p w14:paraId="4880EE67" w14:textId="77777777" w:rsidR="00780EC0" w:rsidRDefault="00000000">
      <w:r>
        <w:br/>
        <w:t>Furthermore, maintaining high standards of care and service necessitates a commitment to transparency and accountability. Regularly communicating with residents, families, and staff about the facility’s performance, and actively addressing any concerns or complaints promptly, fosters trust and mutual respect. Establishing clear channels for feedback and communication ensures that any issues are identified and resolved efficiently. This could include regular town hall meetings, family councils, or suggestion boxes. Promptly addressing resident concerns and complaints demonstrates a commitment to excellence and builds trust among residents and their families. Transparency in the handling of incidents or complaints, and the clear communication of the corrective actions taken, further reinforces the facility's commitment to accountability. This builds confidence and assures residents and their families that their well-being is the facility's top priority.</w:t>
      </w:r>
    </w:p>
    <w:p w14:paraId="1546C840" w14:textId="77777777" w:rsidR="00780EC0" w:rsidRDefault="00780EC0"/>
    <w:p w14:paraId="577D0921" w14:textId="77777777" w:rsidR="00780EC0" w:rsidRDefault="00000000">
      <w:r>
        <w:br/>
        <w:t xml:space="preserve">Finally, continuous monitoring and evaluation of all aspects of care and service are essential </w:t>
      </w:r>
      <w:r>
        <w:lastRenderedPageBreak/>
        <w:t>to maintaining high standards. This involves tracking key performance indicators, conducting regular audits, and obtaining feedback from all stakeholders. The data collected through these processes should be used to identify areas for improvement, and to make data-driven decisions that enhance the quality of care provided. This continuous improvement cycle ensures that the facility remains responsive to the changing needs of residents, adapts to best practices, and consistently delivers the highest possible standards of care. The pursuit of excellence is not a destination, but a continuous journey. By embracing a culture of continuous improvement, the facility can consistently deliver high-quality care and maintain its reputation as a leader in the senior living industry.</w:t>
      </w:r>
    </w:p>
    <w:p w14:paraId="72D41492" w14:textId="77777777" w:rsidR="00780EC0" w:rsidRDefault="00780EC0"/>
    <w:p w14:paraId="4D262038" w14:textId="77777777" w:rsidR="00780EC0" w:rsidRDefault="00000000">
      <w:r>
        <w:t>Adapting to the dynamic landscape of the senior living industry requires a proactive and flexible approach. The market is constantly evolving, driven by shifting demographics, increasingly stringent regulations, and rapid technological advancements. Failure to adapt effectively can lead to declining occupancy rates, financial instability, and ultimately, the closure of the facility. Therefore, successfully navigating these changes is crucial for sustaining success and achieving long-term growth.</w:t>
      </w:r>
    </w:p>
    <w:p w14:paraId="4AAEF5DC" w14:textId="77777777" w:rsidR="00780EC0" w:rsidRDefault="00000000">
      <w:r>
        <w:br/>
        <w:t>One of the most significant shifts is the changing demographic landscape. The population of older adults is growing rapidly, creating an increased demand for senior living services. However, this growth is not uniform. The demographics of the senior population itself are changing, with a rising proportion of individuals living longer with complex health conditions. This requires senior living communities to offer a broader range of services, catering to a wider spectrum of needs and preferences. Facilities must assess the specific needs of their target market and tailor their services accordingly. This may involve offering specialized care units for residents with Alzheimer's disease or other forms of dementia, enhanced rehabilitation services, or programs designed to support residents with chronic conditions. Furthermore, understanding the generational differences among older adults is crucial. Baby Boomers, for example, may have different expectations and preferences compared to previous generations. Understanding these differences allows facilities to design and market their services more effectively, catering to the unique needs and desires of each cohort.</w:t>
      </w:r>
    </w:p>
    <w:p w14:paraId="351AD9E1" w14:textId="77777777" w:rsidR="00780EC0" w:rsidRDefault="00780EC0"/>
    <w:p w14:paraId="62256839" w14:textId="77777777" w:rsidR="00780EC0" w:rsidRDefault="00000000">
      <w:r>
        <w:br/>
        <w:t xml:space="preserve">Another critical factor is the ever-changing regulatory environment. Government regulations related to health and safety, staffing requirements, and financial reporting are constantly evolving. Facilities must stay abreast of these changes and ensure full compliance to avoid penalties and maintain their operational licenses. This requires dedicating resources to staying informed about regulatory updates, investing in compliance training for staff, and implementing robust systems for tracking and managing regulatory compliance. Regular audits and internal reviews can help identify potential compliance gaps </w:t>
      </w:r>
      <w:r>
        <w:lastRenderedPageBreak/>
        <w:t>and ensure that the facility remains compliant with all relevant regulations. Engaging external consultants specialized in regulatory compliance can be beneficial, particularly when dealing with complex or rapidly evolving regulations. Their expertise can help navigate the intricacies of the regulatory landscape and ensure that the facility remains in full compliance.</w:t>
      </w:r>
    </w:p>
    <w:p w14:paraId="501C4A97" w14:textId="77777777" w:rsidR="00780EC0" w:rsidRDefault="00780EC0"/>
    <w:p w14:paraId="686674AB" w14:textId="77777777" w:rsidR="00780EC0" w:rsidRDefault="00000000">
      <w:r>
        <w:br/>
        <w:t>Technology is also transforming the senior living industry. The adoption of electronic health records (EHRs), telehealth services, and other technological advancements can improve the quality of care, enhance operational efficiency, and improve communication with residents, families, and staff. Investing in these technologies is essential for maintaining competitiveness and providing high-quality care. EHR systems not only streamline administrative tasks but also improve the accuracy and accessibility of resident health information, supporting better care coordination and decision-making. Telehealth services can expand access to specialized medical care for residents, reducing the need for frequent hospitalizations. Furthermore, adopting technological solutions for communication, such as resident portals or mobile apps, can improve transparency and engagement with residents and families. This enables residents and their families to access important information, such as care plans, medication schedules, and activity calendars, at their convenience. Moreover, technological advancements can enhance safety within the facility. Systems like smart home technology can monitor resident well-being, alerting staff to potential issues promptly and enabling quicker responses to emergencies.</w:t>
      </w:r>
    </w:p>
    <w:p w14:paraId="3D96C0F4" w14:textId="77777777" w:rsidR="00780EC0" w:rsidRDefault="00780EC0"/>
    <w:p w14:paraId="5B751BA4" w14:textId="77777777" w:rsidR="00780EC0" w:rsidRDefault="00000000">
      <w:r>
        <w:br/>
        <w:t>Beyond these major factors, market competition is another significant challenge. The senior living industry is becoming increasingly competitive, with new facilities constantly entering the market. To remain competitive, facilities must differentiate themselves through the quality of their services, their brand identity, and their community engagement. Developing a strong brand identity that reflects the facility’s values and unique selling propositions is crucial. This involves creating a clear and consistent brand message, building a strong reputation in the community, and developing effective marketing strategies to attract potential residents. Emphasizing the unique aspects of the facility, such as specialized care programs, innovative amenities, or a strong sense of community, is essential for attracting residents and distinguishing the facility from competitors.</w:t>
      </w:r>
    </w:p>
    <w:p w14:paraId="36B25BF6" w14:textId="77777777" w:rsidR="00780EC0" w:rsidRDefault="00780EC0"/>
    <w:p w14:paraId="737ED018" w14:textId="77777777" w:rsidR="00780EC0" w:rsidRDefault="00000000">
      <w:r>
        <w:br/>
        <w:t xml:space="preserve">Investing in marketing and outreach is vital for attracting new residents. This includes developing a comprehensive marketing plan that utilizes a variety of channels, such as online advertising, social media marketing, print advertising, and public relations efforts. </w:t>
      </w:r>
      <w:r>
        <w:lastRenderedPageBreak/>
        <w:t>Building strong relationships with referral sources, such as hospitals, physicians, and other healthcare providers, is also crucial for generating leads and increasing occupancy. Furthermore, actively participating in community events and building relationships with local stakeholders can improve the visibility and reputation of the facility.</w:t>
      </w:r>
    </w:p>
    <w:p w14:paraId="63021FDA" w14:textId="77777777" w:rsidR="00780EC0" w:rsidRDefault="00780EC0"/>
    <w:p w14:paraId="638CE70E" w14:textId="77777777" w:rsidR="00780EC0" w:rsidRDefault="00000000">
      <w:r>
        <w:br/>
        <w:t>The success of any senior living community relies heavily on the engagement of its staff. Motivated and well-trained staff are essential for providing high-quality care and creating a positive environment for residents. This requires investing in employee training and development, offering competitive compensation and benefits packages, and creating a supportive and rewarding work environment. Regular feedback sessions, employee recognition programs, and opportunities for professional advancement can foster a sense of loyalty and enhance staff morale. Open communication between management and staff is key to addressing any concerns or challenges promptly, preventing dissatisfaction and potential turnover.</w:t>
      </w:r>
    </w:p>
    <w:p w14:paraId="2F88DD67" w14:textId="77777777" w:rsidR="00780EC0" w:rsidRDefault="00780EC0"/>
    <w:p w14:paraId="30A27FAD" w14:textId="77777777" w:rsidR="00780EC0" w:rsidRDefault="00000000">
      <w:r>
        <w:br/>
        <w:t>Financial stability is another critical factor in sustaining success. Effective financial management, including budgeting, cost control, and revenue management, is crucial for maintaining profitability and ensuring the long-term viability of the facility. This involves developing accurate financial forecasts, regularly monitoring financial performance, and identifying opportunities to improve operational efficiency. Implementing cost-saving measures, such as energy-efficient practices and waste reduction strategies, can help reduce expenses without compromising the quality of services. Furthermore, exploring innovative revenue streams, such as offering additional services or partnering with external providers, can help increase profitability. Regular financial reviews and analysis are essential for identifying potential challenges and taking timely corrective actions.</w:t>
      </w:r>
    </w:p>
    <w:p w14:paraId="6508DFB8" w14:textId="77777777" w:rsidR="00780EC0" w:rsidRDefault="00780EC0"/>
    <w:p w14:paraId="207B87D0" w14:textId="77777777" w:rsidR="00780EC0" w:rsidRDefault="00000000">
      <w:r>
        <w:br/>
        <w:t xml:space="preserve">Finally, anticipating future changes is key. The senior living industry is characterized by its dynamic nature, making it crucial for facilities to continuously monitor trends and adapt their strategies accordingly. This requires a proactive approach to identifying potential challenges and opportunities and developing contingency plans to address them. By embracing continuous improvement and adaptation, senior living communities can not only survive but thrive in this ever-evolving landscape. The ability to anticipate and react to changes swiftly and decisively is a key differentiator between success and failure in this competitive sector. Regular market analysis, competitive benchmarking, and strategic planning are vital tools for ensuring long-term success. Regularly reviewing the facility’s strategic plan and updating it as needed to reflect changing market conditions is essential </w:t>
      </w:r>
      <w:r>
        <w:lastRenderedPageBreak/>
        <w:t>for staying ahead of the curve and adapting to the ongoing evolution of the senior living industry.</w:t>
      </w:r>
    </w:p>
    <w:p w14:paraId="3E15F49B" w14:textId="77777777" w:rsidR="00780EC0" w:rsidRDefault="00780EC0"/>
    <w:p w14:paraId="6B55A111" w14:textId="77777777" w:rsidR="00780EC0" w:rsidRDefault="00000000">
      <w:r>
        <w:t>Building a legacy of excellence in senior care transcends the immediate goals of operational efficiency and financial stability. It’s about creating a lasting positive impact on the lives of residents, fostering a supportive and rewarding environment for staff, and enhancing the overall well-being of the wider community. This enduring legacy requires a commitment to continuous improvement, a culture of innovation, and a deep understanding of the evolving needs of the senior population.</w:t>
      </w:r>
    </w:p>
    <w:p w14:paraId="4F11034F" w14:textId="77777777" w:rsidR="00780EC0" w:rsidRDefault="00000000">
      <w:r>
        <w:br/>
        <w:t>One of the crucial elements in building this legacy is the establishment of a robust and compassionate care model. This isn't merely about providing the necessary medical and personal care services; it’s about creating a holistic approach that addresses the emotional, social, and spiritual well-being of each resident. This involves fostering a sense of community, encouraging social interaction, and providing opportunities for residents to engage in meaningful activities that align with their interests and abilities. Consider implementing personalized care plans that take into account individual preferences, cultural backgrounds, and personal histories. Regular assessments of resident needs are vital to ensure that the care provided remains relevant and effective.</w:t>
      </w:r>
    </w:p>
    <w:p w14:paraId="5AB8CA62" w14:textId="77777777" w:rsidR="00780EC0" w:rsidRDefault="00780EC0"/>
    <w:p w14:paraId="7E3905E3" w14:textId="77777777" w:rsidR="00780EC0" w:rsidRDefault="00000000">
      <w:r>
        <w:br/>
        <w:t>Furthermore, creating a vibrant and stimulating environment is crucial for resident well-being. This goes beyond simply providing comfortable accommodations; it involves creating spaces that are inviting, aesthetically pleasing, and accessible. Think about incorporating elements of nature, such as gardens or courtyards, to promote relaxation and well-being. Art, music, and other forms of creative expression can also enhance the quality of life for residents. Moreover, designing spaces that encourage socialization, such as common areas and activity rooms, can foster a sense of community and belonging.</w:t>
      </w:r>
    </w:p>
    <w:p w14:paraId="6CA3D211" w14:textId="77777777" w:rsidR="00780EC0" w:rsidRDefault="00780EC0"/>
    <w:p w14:paraId="63BED913" w14:textId="77777777" w:rsidR="00780EC0" w:rsidRDefault="00000000">
      <w:r>
        <w:br/>
        <w:t>Investing in staff training and development is paramount to building a legacy of excellence. A well-trained, highly motivated workforce is the cornerstone of any successful senior care facility. This necessitates a commitment to ongoing professional development, providing staff with opportunities to enhance their skills and knowledge in areas such as dementia care, medication management, and emergency response. Regular training programs, mentorship opportunities, and access to continuing education courses should be readily available. Furthermore, a culture of continuous learning should be fostered, encouraging staff to share best practices and seek innovative solutions to improve care delivery.</w:t>
      </w:r>
    </w:p>
    <w:p w14:paraId="2B9A9455" w14:textId="77777777" w:rsidR="00780EC0" w:rsidRDefault="00780EC0"/>
    <w:p w14:paraId="64393FF7" w14:textId="77777777" w:rsidR="00780EC0" w:rsidRDefault="00000000">
      <w:r>
        <w:br/>
        <w:t>Equally crucial is fostering a supportive and respectful work environment. Staff morale is directly linked to the quality of care provided. Creating an environment where staff feel valued, appreciated, and empowered to make decisions is vital. This involves offering competitive compensation and benefits packages, recognizing outstanding contributions, and providing opportunities for professional advancement. Regular feedback sessions, employee recognition programs, and open communication channels are essential for fostering a positive work atmosphere. Addressing staff concerns promptly and effectively can prevent burnout and improve staff retention.</w:t>
      </w:r>
    </w:p>
    <w:p w14:paraId="0357E4B0" w14:textId="77777777" w:rsidR="00780EC0" w:rsidRDefault="00780EC0"/>
    <w:p w14:paraId="5DECF460" w14:textId="77777777" w:rsidR="00780EC0" w:rsidRDefault="00000000">
      <w:r>
        <w:br/>
        <w:t>Building relationships with the wider community is also essential in building a lasting legacy. A senior care facility should be more than just a place of residence; it should be an integral part of the community it serves. This involves engaging with local organizations, businesses, and individuals to build partnerships and collaborations. For example, participating in community events, collaborating with local healthcare providers, and partnering with volunteer organizations can create a sense of connection and belonging. Strong community ties also provide a valuable support network for residents and their families. Transparency and open communication with the community are vital in building trust and fostering positive relationships.</w:t>
      </w:r>
    </w:p>
    <w:p w14:paraId="6667E8CE" w14:textId="77777777" w:rsidR="00780EC0" w:rsidRDefault="00780EC0"/>
    <w:p w14:paraId="3B5B1030" w14:textId="77777777" w:rsidR="00780EC0" w:rsidRDefault="00000000">
      <w:r>
        <w:br/>
        <w:t>Financial sustainability is a critical element in ensuring the long-term success of a senior care facility and the preservation of its legacy. This necessitates careful financial planning, budgeting, and cost control measures. Efficient management of resources and the implementation of cost-saving strategies without compromising the quality of care is vital. Exploring innovative revenue generation strategies, such as developing specialized care programs or forming partnerships with external providers, can also enhance financial stability. Regular financial reviews, coupled with a proactive approach to risk management, are essential for ensuring the financial health of the facility.</w:t>
      </w:r>
    </w:p>
    <w:p w14:paraId="2F88C3C0" w14:textId="77777777" w:rsidR="00780EC0" w:rsidRDefault="00780EC0"/>
    <w:p w14:paraId="2CCA6D13" w14:textId="77777777" w:rsidR="00780EC0" w:rsidRDefault="00000000">
      <w:r>
        <w:br/>
        <w:t xml:space="preserve">Beyond financial health, a focus on innovation and continuous improvement is essential for sustaining excellence. The senior care industry is constantly evolving, with new technologies and approaches emerging regularly. Embracing innovation is crucial for remaining competitive and adapting to the changing needs of the residents. This involves exploring and implementing new technologies, such as telehealth services or electronic health records, to enhance care delivery and efficiency. It also requires a willingness to </w:t>
      </w:r>
      <w:r>
        <w:lastRenderedPageBreak/>
        <w:t>adopt new care models and approaches, ensuring that the facility remains at the forefront of senior care practices.</w:t>
      </w:r>
    </w:p>
    <w:p w14:paraId="6CC740F3" w14:textId="77777777" w:rsidR="00780EC0" w:rsidRDefault="00780EC0"/>
    <w:p w14:paraId="33139C52" w14:textId="77777777" w:rsidR="00780EC0" w:rsidRDefault="00000000">
      <w:r>
        <w:br/>
        <w:t>Leadership plays a pivotal role in building a legacy of excellence. Leaders must foster a vision that emphasizes quality, compassion, and innovation. They must champion a culture of accountability, ensuring that all staff members are committed to providing the highest standard of care. Leaders must also create an environment of open communication, trust, and mutual respect, empowering staff to contribute their ideas and expertise. By demonstrating commitment to continuous improvement and a genuine passion for senior care, leaders can inspire staff and build a culture of excellence that extends beyond the walls of the facility.</w:t>
      </w:r>
    </w:p>
    <w:p w14:paraId="1260BACD" w14:textId="77777777" w:rsidR="00780EC0" w:rsidRDefault="00780EC0"/>
    <w:p w14:paraId="23EB091D" w14:textId="77777777" w:rsidR="00780EC0" w:rsidRDefault="00000000">
      <w:r>
        <w:br/>
        <w:t>Finally, evaluating and adapting the revitalization strategies is crucial to building a lasting legacy. Regularly reviewing and reassessing the implemented changes, using metrics that measure the impact on resident satisfaction, staff morale, and financial stability, is essential. Gathering feedback from residents, families, and staff provides invaluable insight into areas requiring improvement. By remaining flexible and responsive to changing circumstances, the facility can adapt its strategies to ensure its continued success and lasting positive impact on the lives it touches. This proactive approach allows the facility to build not only a strong operational foundation but also a robust legacy of excellence that benefits generations to come. The commitment to continuous improvement, coupled with a steadfast dedication to quality care and compassionate service, forms the bedrock upon which a truly enduring legacy in senior care is built. This legacy is not merely a measure of financial success or operational efficiency; it is a testament to the facility’s profound positive impact on the lives of those it serves and the community it embraces.</w:t>
      </w:r>
    </w:p>
    <w:p w14:paraId="0AC971AF" w14:textId="77777777" w:rsidR="00780EC0" w:rsidRDefault="00780EC0"/>
    <w:p w14:paraId="6D1AF960" w14:textId="77777777" w:rsidR="00780EC0" w:rsidRDefault="00000000">
      <w:r>
        <w:t>The journey of revitalizing a struggling senior living community is not a sprint but a marathon, requiring sustained effort, adaptability, and a long-term vision. This book has explored a comprehensive framework for achieving operational stability, financial health, and, most importantly, a thriving environment for residents and staff. We’ve examined crucial elements, from addressing immediate operational challenges and fostering a culture of accountability to implementing innovative marketing strategies and building strong community ties. The success stories shared throughout illustrate the tangible results that can be achieved through strategic planning, decisive action, and a commitment to excellence.</w:t>
      </w:r>
    </w:p>
    <w:p w14:paraId="3EDDB78F" w14:textId="77777777" w:rsidR="00780EC0" w:rsidRDefault="00000000">
      <w:r>
        <w:br/>
        <w:t xml:space="preserve">However, the work doesn't end with stabilizing a facility. True, enduring success requires a </w:t>
      </w:r>
      <w:r>
        <w:lastRenderedPageBreak/>
        <w:t>proactive approach to anticipating future trends and adapting to the evolving needs of the senior population and the industry itself. The strategies outlined here are not static; they are tools that must be continuously refined and adapted to remain effective. Regular review and analysis are paramount. Key performance indicators (KPIs) should be regularly monitored, including occupancy rates, resident and staff satisfaction scores, financial performance, and community engagement metrics. This data-driven approach allows for timely adjustments, ensuring that the implemented strategies remain relevant and effective.</w:t>
      </w:r>
    </w:p>
    <w:p w14:paraId="5AD7C123" w14:textId="77777777" w:rsidR="00780EC0" w:rsidRDefault="00780EC0"/>
    <w:p w14:paraId="221953E7" w14:textId="77777777" w:rsidR="00780EC0" w:rsidRDefault="00000000">
      <w:r>
        <w:br/>
        <w:t>One critical area for future consideration is the increasing demand for specialized care services. The senior population is becoming increasingly diverse, with a growing number of residents requiring specialized care for conditions such as Alzheimer's disease, Parkinson's disease, and other forms of dementia. Senior living facilities must adapt to meet these evolving needs, either by expanding their capabilities to provide these specialized services or by forming strategic partnerships with providers specializing in these areas. This proactive approach not only caters to the needs of a growing segment of the senior population but also enhances the facility's competitive advantage and market positioning. Investing in specialized training for staff and equipping facilities with the necessary infrastructure are crucial aspects of successfully offering specialized care.</w:t>
      </w:r>
    </w:p>
    <w:p w14:paraId="40B485E2" w14:textId="77777777" w:rsidR="00780EC0" w:rsidRDefault="00780EC0"/>
    <w:p w14:paraId="6880F515" w14:textId="77777777" w:rsidR="00780EC0" w:rsidRDefault="00000000">
      <w:r>
        <w:br/>
        <w:t>Technology will continue to play a transformative role in senior living. The integration of telehealth services, electronic health records, and other technologies can significantly enhance the efficiency and effectiveness of care delivery. Telehealth, for example, can reduce the need for frequent hospital visits, improving resident comfort and reducing healthcare costs. Smart home technologies can enhance safety and independence, while providing valuable data on resident well-being. Embracing these technological advancements is not merely a matter of keeping up with the industry; it’s a crucial step in enhancing the quality of life for residents and improving the efficiency of operations. However, careful consideration must be given to the ethical implications of using technology in senior care, ensuring that it complements, rather than replaces, human interaction and compassionate care.</w:t>
      </w:r>
    </w:p>
    <w:p w14:paraId="3647197F" w14:textId="77777777" w:rsidR="00780EC0" w:rsidRDefault="00780EC0"/>
    <w:p w14:paraId="60A9E212" w14:textId="77777777" w:rsidR="00780EC0" w:rsidRDefault="00000000">
      <w:r>
        <w:br/>
        <w:t xml:space="preserve">Another significant trend influencing the future of senior living is the increasing emphasis on person-centered care. This approach moves beyond providing basic needs and focuses on the individual preferences, values, and aspirations of each resident. It necessitates a deep understanding of each resident's unique history, personality, and life goals. Creating personalized care plans that incorporate these elements ensures a more fulfilling and </w:t>
      </w:r>
      <w:r>
        <w:lastRenderedPageBreak/>
        <w:t>meaningful experience for residents. This requires a significant investment in staff training and development, emphasizing empathy, active listening, and effective communication skills. Regular communication with residents and their families is crucial in tailoring care to individual needs and preferences.</w:t>
      </w:r>
    </w:p>
    <w:p w14:paraId="7052AA92" w14:textId="77777777" w:rsidR="00780EC0" w:rsidRDefault="00780EC0"/>
    <w:p w14:paraId="2E66A1AB" w14:textId="77777777" w:rsidR="00780EC0" w:rsidRDefault="00000000">
      <w:r>
        <w:br/>
        <w:t>The future of senior living also depends heavily on fostering strong community partnerships. Building relationships with local healthcare providers, social service agencies, and community organizations creates a valuable support network for residents and their families. Collaboration can extend to shared services, resource sharing, and joint programming. Furthermore, engaging with local communities can create a welcoming and inclusive environment for residents, fostering a sense of belonging and purpose. This collaborative approach can also enhance the facility's reputation and brand awareness within the community. Building these partnerships requires a commitment to transparency and open communication, creating mutual trust and respect among all stakeholders.</w:t>
      </w:r>
    </w:p>
    <w:p w14:paraId="3254F5EA" w14:textId="77777777" w:rsidR="00780EC0" w:rsidRDefault="00780EC0"/>
    <w:p w14:paraId="006ACEDB" w14:textId="77777777" w:rsidR="00780EC0" w:rsidRDefault="00000000">
      <w:r>
        <w:br/>
        <w:t>Financial sustainability remains a cornerstone of long-term success. While operational efficiency and cost control are vital, future planning must include exploring innovative revenue generation strategies. This could involve developing specialized care programs, expanding service offerings to cater to broader needs, or forming strategic partnerships with external providers. A proactive approach to risk management, including careful financial planning and proactive budgeting, is crucial in safeguarding the financial health of the facility. Diversification of revenue streams, exploring alternative funding models, and utilizing data analytics to optimize resource allocation are key aspects of maintaining financial stability in the long run.</w:t>
      </w:r>
    </w:p>
    <w:p w14:paraId="1C8E478E" w14:textId="77777777" w:rsidR="00780EC0" w:rsidRDefault="00780EC0"/>
    <w:p w14:paraId="195BDB92" w14:textId="77777777" w:rsidR="00780EC0" w:rsidRDefault="00000000">
      <w:r>
        <w:br/>
        <w:t>Finally, the future of senior living depends on attracting and retaining high-quality staff. The senior care industry faces a significant challenge in attracting and retaining qualified professionals. Addressing this challenge requires a multi-faceted approach, including offering competitive compensation and benefits packages, providing opportunities for professional development, and fostering a positive and supportive work environment. Creating a culture of appreciation and recognition can significantly improve staff morale and retention rates. Investing in leadership development is crucial in cultivating a positive and supportive work environment, creating a culture of continuous improvement, and attracting talented professionals to the industry.</w:t>
      </w:r>
    </w:p>
    <w:p w14:paraId="74032BDE" w14:textId="77777777" w:rsidR="00780EC0" w:rsidRDefault="00780EC0"/>
    <w:p w14:paraId="38B6D235" w14:textId="77777777" w:rsidR="00780EC0" w:rsidRDefault="00000000">
      <w:r>
        <w:lastRenderedPageBreak/>
        <w:br/>
        <w:t>In conclusion, the path to sustained success in senior living requires a proactive, adaptable, and future-oriented approach. By embracing innovation, fostering strong community partnerships, prioritizing person-centered care, and ensuring financial stability, senior living communities can not only survive but thrive. This book has provided a roadmap; the ongoing commitment to excellence and the willingness to adapt to the ever-changing landscape of senior care will determine the lasting legacy of the communities we serve. The future of senior living is not merely about providing care; it is about creating meaningful lives and enriching communities. This continuous evolution, coupled with a compassionate heart, builds a lasting legacy of service and support. The success stories shared throughout this book are not just examples of turnaround but also testaments to the transformative power of human connection and dedication to a higher purpose. These successes underscore the importance of ongoing evaluation, the ability to adapt, and a steadfast commitment to providing not just excellent care, but truly meaningful lives. The focus must remain on building not just a facility, but a vibrant community where individuals can thrive in their later years.</w:t>
      </w:r>
    </w:p>
    <w:p w14:paraId="58AB025C" w14:textId="77777777" w:rsidR="00780EC0" w:rsidRDefault="00780EC0"/>
    <w:p w14:paraId="33866BB9" w14:textId="77777777" w:rsidR="00780EC0" w:rsidRDefault="00000000">
      <w:r>
        <w:br w:type="page"/>
      </w:r>
    </w:p>
    <w:p w14:paraId="46DF6C0D" w14:textId="77777777" w:rsidR="00780EC0" w:rsidRDefault="00000000">
      <w:pPr>
        <w:spacing w:before="5040"/>
        <w:jc w:val="center"/>
      </w:pPr>
      <w:r>
        <w:lastRenderedPageBreak/>
        <w:t xml:space="preserve"> Back Matter</w:t>
      </w:r>
    </w:p>
    <w:p w14:paraId="04411262" w14:textId="77777777" w:rsidR="00780EC0" w:rsidRDefault="00000000">
      <w:r>
        <w:t>This book would not have been possible without the contributions of numerous individuals. First and foremost, I express my sincere gratitude to the dedicated staff and residents of the senior living communities featured in this book. Their stories, resilience, and unwavering spirit have been the driving force behind this work. Their willingness to share their experiences, both triumphs and challenges, provided invaluable insights and shaped the narrative.</w:t>
      </w:r>
    </w:p>
    <w:p w14:paraId="4F6ADD0B" w14:textId="77777777" w:rsidR="00780EC0" w:rsidRDefault="00000000">
      <w:r>
        <w:br/>
        <w:t>I am deeply indebted to my colleagues in the senior living industry, whose expertise and shared experiences have enriched my understanding of this complex field. Their willingness to collaborate, share best practices, and offer constructive criticism has been invaluable. Their dedication to providing high-quality care serves as an inspiration to us all.</w:t>
      </w:r>
    </w:p>
    <w:p w14:paraId="51AEC59D" w14:textId="77777777" w:rsidR="00780EC0" w:rsidRDefault="00780EC0"/>
    <w:p w14:paraId="38DFF0FA" w14:textId="77777777" w:rsidR="00780EC0" w:rsidRDefault="00000000">
      <w:r>
        <w:br/>
        <w:t>My sincere thanks also go to my family and friends for their unwavering support and patience throughout the writing process. Their encouragement and understanding helped me navigate the challenges and celebrate the milestones along the way.</w:t>
      </w:r>
    </w:p>
    <w:p w14:paraId="022C719A" w14:textId="77777777" w:rsidR="00780EC0" w:rsidRDefault="00780EC0"/>
    <w:p w14:paraId="7E0EDF0F" w14:textId="77777777" w:rsidR="00780EC0" w:rsidRDefault="00000000">
      <w:r>
        <w:br/>
        <w:t>Finally, I want to acknowledge the support and guidance of [Publisher Name/Editor Name], whose expertise and dedication to publishing have made this project a reality. Their professionalism and insightful feedback significantly improved the clarity and impact of this work.</w:t>
      </w:r>
    </w:p>
    <w:p w14:paraId="1B90328C" w14:textId="77777777" w:rsidR="00780EC0" w:rsidRDefault="00780EC0"/>
    <w:p w14:paraId="05EFE514" w14:textId="77777777" w:rsidR="00780EC0" w:rsidRDefault="00000000">
      <w:r>
        <w:t>This appendix includes supplemental materials to further enhance the reader’s understanding of the concepts and strategies presented in this book. It contains:</w:t>
      </w:r>
    </w:p>
    <w:p w14:paraId="5F33D6ED" w14:textId="77777777" w:rsidR="00780EC0" w:rsidRDefault="00000000">
      <w:r>
        <w:br/>
      </w:r>
    </w:p>
    <w:p w14:paraId="62C937CF" w14:textId="77777777" w:rsidR="00780EC0" w:rsidRDefault="00000000">
      <w:r>
        <w:rPr>
          <w:b/>
        </w:rPr>
        <w:t>Appendix A:</w:t>
      </w:r>
      <w:r>
        <w:t xml:space="preserve"> A detailed breakdown of key performance indicators (KPIs) used to monitor operational and financial performance in senior living facilities, including sample calculation methods and interpretation guidelines.</w:t>
      </w:r>
    </w:p>
    <w:p w14:paraId="5C6EE7C0" w14:textId="77777777" w:rsidR="00780EC0" w:rsidRDefault="00000000">
      <w:r>
        <w:rPr>
          <w:b/>
        </w:rPr>
        <w:t>Appendix B:</w:t>
      </w:r>
      <w:r>
        <w:t xml:space="preserve"> Templates for developing personalized care plans, resident assessment forms, and staff performance reviews. These templates are designed to be adaptable to different facility settings and resident needs.</w:t>
      </w:r>
    </w:p>
    <w:p w14:paraId="25BD8BA4" w14:textId="77777777" w:rsidR="00780EC0" w:rsidRDefault="00000000">
      <w:r>
        <w:rPr>
          <w:b/>
        </w:rPr>
        <w:lastRenderedPageBreak/>
        <w:t>Appendix C:</w:t>
      </w:r>
      <w:r>
        <w:t xml:space="preserve"> A curated list of resources for senior living professionals, including relevant professional organizations, government agencies, and industry publications. This resource list offers valuable support for continuing professional development and staying abreast of industry trends.</w:t>
      </w:r>
    </w:p>
    <w:p w14:paraId="73A2D2B7" w14:textId="77777777" w:rsidR="00780EC0" w:rsidRDefault="00000000">
      <w:r>
        <w:t>This glossary defines key terms and concepts used throughout the book:</w:t>
      </w:r>
    </w:p>
    <w:p w14:paraId="487AA2E7" w14:textId="77777777" w:rsidR="00780EC0" w:rsidRDefault="00000000">
      <w:r>
        <w:br/>
      </w:r>
    </w:p>
    <w:p w14:paraId="23C84B77" w14:textId="77777777" w:rsidR="00780EC0" w:rsidRDefault="00000000">
      <w:r>
        <w:rPr>
          <w:b/>
        </w:rPr>
        <w:t>Assisted Living:</w:t>
      </w:r>
      <w:r>
        <w:t xml:space="preserve"> A residential setting providing personal care services to individuals who need assistance with activities of daily living (ADLs) but do not require the level of care offered in a skilled nursing facility.</w:t>
      </w:r>
    </w:p>
    <w:p w14:paraId="5603DC03" w14:textId="77777777" w:rsidR="00780EC0" w:rsidRDefault="00000000">
      <w:r>
        <w:rPr>
          <w:b/>
        </w:rPr>
        <w:t>CCRC (Continuing Care Retirement Community):</w:t>
      </w:r>
      <w:r>
        <w:t xml:space="preserve"> A retirement community offering a continuum of care, from independent living to assisted living to skilled nursing care, allowing residents to age in place.</w:t>
      </w:r>
    </w:p>
    <w:p w14:paraId="6D1C3960" w14:textId="77777777" w:rsidR="00780EC0" w:rsidRDefault="00000000">
      <w:r>
        <w:rPr>
          <w:b/>
        </w:rPr>
        <w:t>Occupancy Rate:</w:t>
      </w:r>
      <w:r>
        <w:t xml:space="preserve"> The percentage of occupied units in a senior living facility, a key indicator of financial health and market demand.</w:t>
      </w:r>
    </w:p>
    <w:p w14:paraId="6ED2135B" w14:textId="77777777" w:rsidR="00780EC0" w:rsidRDefault="00000000">
      <w:r>
        <w:rPr>
          <w:b/>
        </w:rPr>
        <w:t>Person-Centered Care:</w:t>
      </w:r>
      <w:r>
        <w:t xml:space="preserve"> An approach to care that prioritizes the individual preferences, needs, and aspirations of each resident.</w:t>
      </w:r>
    </w:p>
    <w:p w14:paraId="0C3D7117" w14:textId="77777777" w:rsidR="00780EC0" w:rsidRDefault="00000000">
      <w:r>
        <w:rPr>
          <w:b/>
        </w:rPr>
        <w:t>Skilled Nursing Facility (SNF):</w:t>
      </w:r>
      <w:r>
        <w:t xml:space="preserve"> A healthcare facility providing skilled nursing care, medical treatment, and rehabilitation services.</w:t>
      </w:r>
    </w:p>
    <w:p w14:paraId="2C28298B" w14:textId="77777777" w:rsidR="00780EC0" w:rsidRDefault="00000000">
      <w:r>
        <w:rPr>
          <w:b/>
        </w:rPr>
        <w:t>Telehealth:</w:t>
      </w:r>
      <w:r>
        <w:t xml:space="preserve"> The use of technology to deliver healthcare services remotely, improving access to care and reducing the need for in-person visits.</w:t>
      </w:r>
    </w:p>
    <w:p w14:paraId="1BCE7717" w14:textId="77777777" w:rsidR="00780EC0" w:rsidRDefault="00000000">
      <w:r>
        <w:t>Dan Williams is a seasoned senior living executive and turnaround specialist with over [Number] years of experience in the industry. He has a proven track record of successfully revitalizing struggling senior living communities, improving operational efficiency, enhancing resident satisfaction, and achieving financial stability. His expertise encompasses all aspects of senior living operations, including strategic planning, financial management, marketing and sales, human resources, and regulatory compliance.</w:t>
      </w:r>
    </w:p>
    <w:p w14:paraId="5ABB6CAB" w14:textId="77777777" w:rsidR="00780EC0" w:rsidRDefault="00000000">
      <w:r>
        <w:br/>
        <w:t>Prior to his work in senior living, Dan [Briefly describe previous relevant experience]. He holds a [Degree] in [Major] from [University] and has completed numerous professional development programs in senior care management and leadership. Dan is a frequent speaker at industry conferences and has been recognized for his contributions to the field. He is passionate about improving the quality of life for seniors and creating thriving communities that support their well-being and independence. He currently [Current position or activity].</w:t>
      </w:r>
    </w:p>
    <w:p w14:paraId="6344C89E" w14:textId="77777777" w:rsidR="00780EC0" w:rsidRDefault="00780EC0"/>
    <w:sectPr w:rsidR="00780EC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0376294">
    <w:abstractNumId w:val="8"/>
  </w:num>
  <w:num w:numId="2" w16cid:durableId="63726564">
    <w:abstractNumId w:val="6"/>
  </w:num>
  <w:num w:numId="3" w16cid:durableId="128793111">
    <w:abstractNumId w:val="5"/>
  </w:num>
  <w:num w:numId="4" w16cid:durableId="1211646835">
    <w:abstractNumId w:val="4"/>
  </w:num>
  <w:num w:numId="5" w16cid:durableId="1714423097">
    <w:abstractNumId w:val="7"/>
  </w:num>
  <w:num w:numId="6" w16cid:durableId="1590114394">
    <w:abstractNumId w:val="3"/>
  </w:num>
  <w:num w:numId="7" w16cid:durableId="1945765824">
    <w:abstractNumId w:val="2"/>
  </w:num>
  <w:num w:numId="8" w16cid:durableId="1866825517">
    <w:abstractNumId w:val="1"/>
  </w:num>
  <w:num w:numId="9" w16cid:durableId="1403873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9B2"/>
    <w:rsid w:val="00034616"/>
    <w:rsid w:val="0006063C"/>
    <w:rsid w:val="00083D6D"/>
    <w:rsid w:val="0015074B"/>
    <w:rsid w:val="0029639D"/>
    <w:rsid w:val="00311DCD"/>
    <w:rsid w:val="00326F90"/>
    <w:rsid w:val="005330A7"/>
    <w:rsid w:val="00780EC0"/>
    <w:rsid w:val="008E6DE2"/>
    <w:rsid w:val="009D100D"/>
    <w:rsid w:val="00AA1D8D"/>
    <w:rsid w:val="00B47730"/>
    <w:rsid w:val="00CB0664"/>
    <w:rsid w:val="00EA0AB3"/>
    <w:rsid w:val="00EA0B1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35F5826-3E48-2549-B001-C24A45FE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455273-4FA3-0C4D-BD3A-0CD9BAE2ABB4}">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181</Pages>
  <Words>64217</Words>
  <Characters>408089</Characters>
  <Application>Microsoft Office Word</Application>
  <DocSecurity>0</DocSecurity>
  <Lines>6737</Lines>
  <Paragraphs>642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472241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Williams</dc:creator>
  <cp:keywords/>
  <dc:description>generated by python-docx</dc:description>
  <cp:lastModifiedBy>Dan Williams</cp:lastModifiedBy>
  <cp:revision>8</cp:revision>
  <dcterms:created xsi:type="dcterms:W3CDTF">2025-05-23T03:03:00Z</dcterms:created>
  <dcterms:modified xsi:type="dcterms:W3CDTF">2025-05-23T03:21:00Z</dcterms:modified>
  <cp:category/>
</cp:coreProperties>
</file>