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7383E" w14:textId="33D46AFD" w:rsidR="002355BD" w:rsidRDefault="002355BD"/>
    <w:p w14:paraId="61EF97DE" w14:textId="64892332" w:rsidR="002355BD" w:rsidRDefault="00000000">
      <w:r>
        <w:br w:type="page"/>
      </w:r>
    </w:p>
    <w:p w14:paraId="48BB4ABB" w14:textId="4662A431" w:rsidR="002355BD" w:rsidRDefault="002355BD"/>
    <w:p w14:paraId="20DDD9D4" w14:textId="633C76C4" w:rsidR="002355BD" w:rsidRDefault="002355BD"/>
    <w:p w14:paraId="79FA5AAD" w14:textId="77777777" w:rsidR="002355BD" w:rsidRDefault="00000000">
      <w:r>
        <w:br w:type="page"/>
      </w:r>
    </w:p>
    <w:p w14:paraId="147595B0" w14:textId="6BFB4E52" w:rsidR="002355BD" w:rsidRDefault="002355BD"/>
    <w:p w14:paraId="7DFC37B5" w14:textId="77777777" w:rsidR="002355BD" w:rsidRDefault="002355BD"/>
    <w:p w14:paraId="4FF2127D" w14:textId="77777777" w:rsidR="002355BD" w:rsidRPr="001179E8" w:rsidRDefault="00000000">
      <w:pPr>
        <w:rPr>
          <w:lang w:val="pt-BR"/>
        </w:rPr>
      </w:pPr>
      <w:r w:rsidRPr="001179E8">
        <w:rPr>
          <w:lang w:val="pt-BR"/>
        </w:rPr>
        <w:t>O ar sobre Neo-Veridia carregava o gosto metálico da poeira e a memória de futuros perdidos. Esqueletos de arranha-céus arranhavam um céu teimosamente cinzento, suas janelas estilhaçadas como olhos cegos para a lenta, mas persistente, reconstrução que brotava entre as ruínas. Sob essa superfície marcada, nas veias subterrâneas de aço e concreto que formavam o complexo da G.R.A.I.A., a vigilância era constante. O Grupo de Resposta Avançada a Invasões e Anomalias não dormia.</w:t>
      </w:r>
    </w:p>
    <w:p w14:paraId="14BC2971" w14:textId="77777777" w:rsidR="002355BD" w:rsidRPr="001179E8" w:rsidRDefault="00000000">
      <w:pPr>
        <w:rPr>
          <w:lang w:val="pt-BR"/>
        </w:rPr>
      </w:pPr>
      <w:r w:rsidRPr="001179E8">
        <w:rPr>
          <w:lang w:val="pt-BR"/>
        </w:rPr>
        <w:br/>
      </w:r>
    </w:p>
    <w:p w14:paraId="118E9A56" w14:textId="77777777" w:rsidR="002355BD" w:rsidRPr="001179E8" w:rsidRDefault="00000000">
      <w:pPr>
        <w:rPr>
          <w:lang w:val="pt-BR"/>
        </w:rPr>
      </w:pPr>
      <w:r w:rsidRPr="001179E8">
        <w:rPr>
          <w:lang w:val="pt-BR"/>
        </w:rPr>
        <w:t>Na sala de comando, um santuário de tecnologia e tensão, o General Vance observava o globo holográfico. Pontos de luz vermelha pulsavam, indicando as últimas anomalias que desafiavam a frágil ordem mundial. Ao seu lado, Fogo-Vivo (Dante Rossi) e Híbrida (Lia Maris Aerion), pilares dos Primordiais originais, emprestavam sua presença imponente ao ambiente. Dante, mestre do fogo e do gelo, continha sua dualidade volátil sob uma calma forçada. Lia, princesa de dois reinos e esposa de Dante, emanava uma força serena, seus poderes sobre o ar e a água tão graciosos quanto letais.</w:t>
      </w:r>
    </w:p>
    <w:p w14:paraId="26C39742" w14:textId="77777777" w:rsidR="002355BD" w:rsidRPr="001179E8" w:rsidRDefault="00000000">
      <w:pPr>
        <w:rPr>
          <w:lang w:val="pt-BR"/>
        </w:rPr>
      </w:pPr>
      <w:r w:rsidRPr="001179E8">
        <w:rPr>
          <w:lang w:val="pt-BR"/>
        </w:rPr>
        <w:br/>
      </w:r>
    </w:p>
    <w:p w14:paraId="388E736D" w14:textId="77777777" w:rsidR="002355BD" w:rsidRPr="001179E8" w:rsidRDefault="00000000">
      <w:pPr>
        <w:rPr>
          <w:lang w:val="pt-BR"/>
        </w:rPr>
      </w:pPr>
      <w:r w:rsidRPr="001179E8">
        <w:rPr>
          <w:lang w:val="pt-BR"/>
        </w:rPr>
        <w:t>"As incursões estão mais audaciosas, as mutações mais erráticas," a voz grave de Vance cortou o zumbido dos servidores. "A vitória sobre Rox, anos atrás, nos deu tempo, mas não paz eterna. As consequências daquele confronto... e talvez novas ameaças... estão se agitando. Precisamos de mais do que veteranos cansados. Precisamos de futuro."</w:t>
      </w:r>
    </w:p>
    <w:p w14:paraId="4BEEFC21" w14:textId="77777777" w:rsidR="002355BD" w:rsidRPr="001179E8" w:rsidRDefault="00000000">
      <w:pPr>
        <w:rPr>
          <w:lang w:val="pt-BR"/>
        </w:rPr>
      </w:pPr>
      <w:r w:rsidRPr="001179E8">
        <w:rPr>
          <w:lang w:val="pt-BR"/>
        </w:rPr>
        <w:br/>
      </w:r>
    </w:p>
    <w:p w14:paraId="2A4B6E88" w14:textId="77777777" w:rsidR="002355BD" w:rsidRPr="001179E8" w:rsidRDefault="00000000">
      <w:pPr>
        <w:rPr>
          <w:lang w:val="pt-BR"/>
        </w:rPr>
      </w:pPr>
      <w:r w:rsidRPr="001179E8">
        <w:rPr>
          <w:lang w:val="pt-BR"/>
        </w:rPr>
        <w:t>Dante assentiu, o frio e o calor dançando invisivelmente em suas mãos. "Os Primordiais seguiram caminhos diversos após a queda de Lion. Reativar o protocolo... Recrutar os filhos?" A pergunta pairava, carregada do peso da história.</w:t>
      </w:r>
    </w:p>
    <w:p w14:paraId="2ADC2A81" w14:textId="77777777" w:rsidR="002355BD" w:rsidRPr="001179E8" w:rsidRDefault="00000000">
      <w:pPr>
        <w:rPr>
          <w:lang w:val="pt-BR"/>
        </w:rPr>
      </w:pPr>
      <w:r w:rsidRPr="001179E8">
        <w:rPr>
          <w:lang w:val="pt-BR"/>
        </w:rPr>
        <w:br/>
      </w:r>
    </w:p>
    <w:p w14:paraId="5B575B32" w14:textId="77777777" w:rsidR="002355BD" w:rsidRPr="001179E8" w:rsidRDefault="00000000">
      <w:pPr>
        <w:rPr>
          <w:lang w:val="pt-BR"/>
        </w:rPr>
      </w:pPr>
      <w:r w:rsidRPr="001179E8">
        <w:rPr>
          <w:lang w:val="pt-BR"/>
        </w:rPr>
        <w:t>"É hora," Vance confirmou. "O Projeto Primordiais II. Jovens com potencial genético, heranças complexas, habilidades emergentes. Eles são a próxima onda. E vocês," ele olhou para Dante e Lia, "serão seus guias."</w:t>
      </w:r>
    </w:p>
    <w:p w14:paraId="4152802E" w14:textId="77777777" w:rsidR="002355BD" w:rsidRPr="001179E8" w:rsidRDefault="00000000">
      <w:pPr>
        <w:rPr>
          <w:lang w:val="pt-BR"/>
        </w:rPr>
      </w:pPr>
      <w:r w:rsidRPr="001179E8">
        <w:rPr>
          <w:lang w:val="pt-BR"/>
        </w:rPr>
        <w:br/>
      </w:r>
    </w:p>
    <w:p w14:paraId="150C3796" w14:textId="77777777" w:rsidR="002355BD" w:rsidRPr="001179E8" w:rsidRDefault="00000000">
      <w:pPr>
        <w:rPr>
          <w:lang w:val="pt-BR"/>
        </w:rPr>
      </w:pPr>
      <w:r w:rsidRPr="001179E8">
        <w:rPr>
          <w:lang w:val="pt-BR"/>
        </w:rPr>
        <w:lastRenderedPageBreak/>
        <w:t>O recrutamento começou, uma mistura de convites formais e abordagens mais... diretas. Linda Blomkvist, filha de Golias e Pixie, chegou com a força latente de um meio-gigante e a alma gentil de uma fada, capaz de conversar com as plantas e encolher ou crescer drasticamente, seus olhos violeta arregalados com a maravilha e a apreensão do novo ambiente. Arthur "Art" Vance-LeFay, codinome Blue, carregava o peso esmagador de sua linhagem – filho de X e Feiticeira Branca, neto de Vance e Sang-Suga – seus olhos azuis elétricos traindo o poder de absorção que ele lutava para controlar e o fator de cura que o mantinha de pé sob a pressão. Lucas "Luke" Carmody, ex-detetive particular com um dom súbito para clonagem e teletransporte, juntou-se não por idealismo, mas por lealdade a um amigo que precisava de alguém com os pés no chão ao seu lado.</w:t>
      </w:r>
    </w:p>
    <w:p w14:paraId="10BD24ED" w14:textId="77777777" w:rsidR="002355BD" w:rsidRPr="001179E8" w:rsidRDefault="00000000">
      <w:pPr>
        <w:rPr>
          <w:lang w:val="pt-BR"/>
        </w:rPr>
      </w:pPr>
      <w:r w:rsidRPr="001179E8">
        <w:rPr>
          <w:lang w:val="pt-BR"/>
        </w:rPr>
        <w:br/>
      </w:r>
    </w:p>
    <w:p w14:paraId="433E4AC0" w14:textId="77777777" w:rsidR="002355BD" w:rsidRPr="001179E8" w:rsidRDefault="00000000">
      <w:pPr>
        <w:rPr>
          <w:lang w:val="pt-BR"/>
        </w:rPr>
      </w:pPr>
      <w:r w:rsidRPr="001179E8">
        <w:rPr>
          <w:lang w:val="pt-BR"/>
        </w:rPr>
        <w:t>Esse amigo era Ricardo "Rick" Santos, conhecido como Punk. Filho de Nitro e Densa, Rick era um turbilhão de rebeldia e poder bruto. Cabelo moicano verde-elétrico, piercings, uma jaqueta de couro customizada sobre o uniforme provisório da G.R.A.I.A. que ele claramente desprezava. Seus poderes – a capacidade de alterar a própria densidade, absorver e redirecionar energia cinética, e infundir um toque venenoso – eram tão caóticos quanto sua atitude. Ele não fora convidado; fora intimado, uma concessão relutante de seus pais heróis.</w:t>
      </w:r>
    </w:p>
    <w:p w14:paraId="47C6797F" w14:textId="77777777" w:rsidR="002355BD" w:rsidRPr="001179E8" w:rsidRDefault="00000000">
      <w:pPr>
        <w:rPr>
          <w:lang w:val="pt-BR"/>
        </w:rPr>
      </w:pPr>
      <w:r w:rsidRPr="001179E8">
        <w:rPr>
          <w:lang w:val="pt-BR"/>
        </w:rPr>
        <w:br/>
      </w:r>
    </w:p>
    <w:p w14:paraId="242FDD7F" w14:textId="77777777" w:rsidR="002355BD" w:rsidRPr="001179E8" w:rsidRDefault="00000000">
      <w:pPr>
        <w:rPr>
          <w:lang w:val="pt-BR"/>
        </w:rPr>
      </w:pPr>
      <w:r w:rsidRPr="001179E8">
        <w:rPr>
          <w:lang w:val="pt-BR"/>
        </w:rPr>
        <w:t>"Olha só, o clube dos herdeiros relutantes," Rick zombou, encostado na parede da área de treinamento, observando os outros. Luke revirou os olhos, mas um pequeno sorriso surgiu em seus lábios. Linda ofereceu um sorriso tímido. Blue apenas assentiu rigidamente, avaliando.</w:t>
      </w:r>
    </w:p>
    <w:p w14:paraId="5B511B3D" w14:textId="77777777" w:rsidR="002355BD" w:rsidRPr="001179E8" w:rsidRDefault="00000000">
      <w:pPr>
        <w:rPr>
          <w:lang w:val="pt-BR"/>
        </w:rPr>
      </w:pPr>
      <w:r w:rsidRPr="001179E8">
        <w:rPr>
          <w:lang w:val="pt-BR"/>
        </w:rPr>
        <w:br/>
      </w:r>
    </w:p>
    <w:p w14:paraId="518EE5A6" w14:textId="77777777" w:rsidR="002355BD" w:rsidRPr="001179E8" w:rsidRDefault="00000000">
      <w:pPr>
        <w:rPr>
          <w:lang w:val="pt-BR"/>
        </w:rPr>
      </w:pPr>
      <w:r w:rsidRPr="001179E8">
        <w:rPr>
          <w:lang w:val="pt-BR"/>
        </w:rPr>
        <w:t>"Rick," a voz de Dante soou, calma, mas firme, a voz de um mentor experiente, não de uma figura paterna substituta. "Isto é importante. Seu potencial..."</w:t>
      </w:r>
    </w:p>
    <w:p w14:paraId="720D001F" w14:textId="77777777" w:rsidR="002355BD" w:rsidRPr="001179E8" w:rsidRDefault="00000000">
      <w:pPr>
        <w:rPr>
          <w:lang w:val="pt-BR"/>
        </w:rPr>
      </w:pPr>
      <w:r w:rsidRPr="001179E8">
        <w:rPr>
          <w:lang w:val="pt-BR"/>
        </w:rPr>
        <w:br/>
      </w:r>
    </w:p>
    <w:p w14:paraId="77CA97E6" w14:textId="77777777" w:rsidR="002355BD" w:rsidRPr="001179E8" w:rsidRDefault="00000000">
      <w:pPr>
        <w:rPr>
          <w:lang w:val="pt-BR"/>
        </w:rPr>
      </w:pPr>
      <w:r w:rsidRPr="001179E8">
        <w:rPr>
          <w:lang w:val="pt-BR"/>
        </w:rPr>
        <w:t>"Meu potencial é sobreviver aos sermões dos meus pais," Rick retrucou, o sarcasmo afiado. "Não pedi para herdar os poderes deles, nem a bagagem que vem junto. Por que eu iria querer entrar para a nova versão da banda deles?"</w:t>
      </w:r>
    </w:p>
    <w:p w14:paraId="32324F76" w14:textId="77777777" w:rsidR="002355BD" w:rsidRPr="001179E8" w:rsidRDefault="00000000">
      <w:pPr>
        <w:rPr>
          <w:lang w:val="pt-BR"/>
        </w:rPr>
      </w:pPr>
      <w:r w:rsidRPr="001179E8">
        <w:rPr>
          <w:lang w:val="pt-BR"/>
        </w:rPr>
        <w:br/>
      </w:r>
    </w:p>
    <w:p w14:paraId="4F1F33EA" w14:textId="77777777" w:rsidR="002355BD" w:rsidRPr="001179E8" w:rsidRDefault="00000000">
      <w:pPr>
        <w:rPr>
          <w:lang w:val="pt-BR"/>
        </w:rPr>
      </w:pPr>
      <w:r w:rsidRPr="001179E8">
        <w:rPr>
          <w:lang w:val="pt-BR"/>
        </w:rPr>
        <w:t xml:space="preserve">Enquanto a tensão se instalava, uma figura observava das passarelas superiores. Nicole "Nicky" Stavros, codinome Chrome. Seu corpo revestido de metal orgânico brilhante era </w:t>
      </w:r>
      <w:r w:rsidRPr="001179E8">
        <w:rPr>
          <w:lang w:val="pt-BR"/>
        </w:rPr>
        <w:lastRenderedPageBreak/>
        <w:t>uma visão de eficiência letal. Filha de Eletron e Nyx, ela era uma agente estabelecida da G.R.A.I.A., não uma recruta para os Primordiais II. Seus olhos cinzentos como aço polido fixaram-se em Rick. Havia uma faísca ali, uma energia disruptiva que contrastava com a ordem que ela representava. Uma curiosidade analítica, talvez algo mais, observando o filho rebelde de antigos colegas de seus pais.</w:t>
      </w:r>
    </w:p>
    <w:p w14:paraId="7B176DDF" w14:textId="77777777" w:rsidR="002355BD" w:rsidRPr="001179E8" w:rsidRDefault="00000000">
      <w:pPr>
        <w:rPr>
          <w:lang w:val="pt-BR"/>
        </w:rPr>
      </w:pPr>
      <w:r w:rsidRPr="001179E8">
        <w:rPr>
          <w:lang w:val="pt-BR"/>
        </w:rPr>
        <w:br/>
      </w:r>
    </w:p>
    <w:p w14:paraId="4CDF0A5C" w14:textId="77777777" w:rsidR="002355BD" w:rsidRPr="001179E8" w:rsidRDefault="00000000">
      <w:pPr>
        <w:rPr>
          <w:lang w:val="pt-BR"/>
        </w:rPr>
      </w:pPr>
      <w:r w:rsidRPr="001179E8">
        <w:rPr>
          <w:lang w:val="pt-BR"/>
        </w:rPr>
        <w:t>Rick sentiu o olhar, erguendo o queixo desafiadoramente. Seus olhos encontraram os de Chrome. Um reconhecimento silencioso passou entre eles – dois jovens de legados complexos, em lados diferentes da estrutura da G.R.A.I.A., mas talvez não tão diferentes assim. Ele desviou o olhar primeiro, irritado.</w:t>
      </w:r>
    </w:p>
    <w:p w14:paraId="239D3920" w14:textId="77777777" w:rsidR="002355BD" w:rsidRPr="001179E8" w:rsidRDefault="00000000">
      <w:pPr>
        <w:rPr>
          <w:lang w:val="pt-BR"/>
        </w:rPr>
      </w:pPr>
      <w:r w:rsidRPr="001179E8">
        <w:rPr>
          <w:lang w:val="pt-BR"/>
        </w:rPr>
        <w:br/>
      </w:r>
    </w:p>
    <w:p w14:paraId="61A541F6" w14:textId="77777777" w:rsidR="002355BD" w:rsidRPr="001179E8" w:rsidRDefault="00000000">
      <w:pPr>
        <w:rPr>
          <w:lang w:val="pt-BR"/>
        </w:rPr>
      </w:pPr>
      <w:r w:rsidRPr="001179E8">
        <w:rPr>
          <w:lang w:val="pt-BR"/>
        </w:rPr>
        <w:t>Para apresentar a nova iniciativa ao público (e realizar avaliações discretas), Vance organizou um evento de mídia. Os "Primordiais II" seriam revelados. Parte do protocolo envolvia exames médicos, conduzidos por uma equipe liderada por um "consultor de biotecnologia" externo, Dr. Elias Thorne – na verdade, o Rei Corvo disfarçado, um humano comum consumido pela ambição de adquirir poderes.</w:t>
      </w:r>
    </w:p>
    <w:p w14:paraId="1BE06332" w14:textId="77777777" w:rsidR="002355BD" w:rsidRPr="001179E8" w:rsidRDefault="00000000">
      <w:pPr>
        <w:rPr>
          <w:lang w:val="pt-BR"/>
        </w:rPr>
      </w:pPr>
      <w:r w:rsidRPr="001179E8">
        <w:rPr>
          <w:lang w:val="pt-BR"/>
        </w:rPr>
        <w:br/>
      </w:r>
    </w:p>
    <w:p w14:paraId="0A4A2D10" w14:textId="77777777" w:rsidR="002355BD" w:rsidRPr="001179E8" w:rsidRDefault="00000000">
      <w:pPr>
        <w:rPr>
          <w:lang w:val="pt-BR"/>
        </w:rPr>
      </w:pPr>
      <w:r w:rsidRPr="001179E8">
        <w:rPr>
          <w:lang w:val="pt-BR"/>
        </w:rPr>
        <w:t>Durante o exame de Linda, o falso Dr. Thorne mal conteve sua excitação ao analisar os dados. "Fascinante! A força estrutural de um gigante, mas com... uma ressonância feérica inconfundível. Seu sangue, minha jovem, é uma chave," ele murmurou, coletando a amostra com um cuidado quase obsessivo. Linda, alheia à cobiça em seus olhos, apenas sorriu.</w:t>
      </w:r>
    </w:p>
    <w:p w14:paraId="5AAF859E" w14:textId="77777777" w:rsidR="002355BD" w:rsidRPr="001179E8" w:rsidRDefault="00000000">
      <w:pPr>
        <w:rPr>
          <w:lang w:val="pt-BR"/>
        </w:rPr>
      </w:pPr>
      <w:r w:rsidRPr="001179E8">
        <w:rPr>
          <w:lang w:val="pt-BR"/>
        </w:rPr>
        <w:br/>
      </w:r>
    </w:p>
    <w:p w14:paraId="1AA5F131" w14:textId="77777777" w:rsidR="002355BD" w:rsidRPr="001179E8" w:rsidRDefault="00000000">
      <w:pPr>
        <w:rPr>
          <w:lang w:val="pt-BR"/>
        </w:rPr>
      </w:pPr>
      <w:r w:rsidRPr="001179E8">
        <w:rPr>
          <w:lang w:val="pt-BR"/>
        </w:rPr>
        <w:t>Enquanto isso, nos laboratórios seguros da G.R.A.I.A., o verdadeiro Dr. Aris Thorne – o Androide – compilava relatórios sobre anomalias energéticas, sem saber da ameaça humana que se passava por cientista a poucos metros dali.</w:t>
      </w:r>
    </w:p>
    <w:p w14:paraId="6B22A2C4" w14:textId="77777777" w:rsidR="002355BD" w:rsidRPr="001179E8" w:rsidRDefault="00000000">
      <w:pPr>
        <w:rPr>
          <w:lang w:val="pt-BR"/>
        </w:rPr>
      </w:pPr>
      <w:r w:rsidRPr="001179E8">
        <w:rPr>
          <w:lang w:val="pt-BR"/>
        </w:rPr>
        <w:br/>
      </w:r>
    </w:p>
    <w:p w14:paraId="2ACB1B5C" w14:textId="77777777" w:rsidR="002355BD" w:rsidRPr="001179E8" w:rsidRDefault="00000000">
      <w:pPr>
        <w:rPr>
          <w:lang w:val="pt-BR"/>
        </w:rPr>
      </w:pPr>
      <w:r w:rsidRPr="001179E8">
        <w:rPr>
          <w:lang w:val="pt-BR"/>
        </w:rPr>
        <w:t>Mais tarde, Rick escapou do evento, buscando o relativo silêncio de um corredor de manutenção. Chrome surgiu das sombras, seu movimento fluido e silencioso.</w:t>
      </w:r>
    </w:p>
    <w:p w14:paraId="4CE57076" w14:textId="77777777" w:rsidR="002355BD" w:rsidRPr="001179E8" w:rsidRDefault="00000000">
      <w:pPr>
        <w:rPr>
          <w:lang w:val="pt-BR"/>
        </w:rPr>
      </w:pPr>
      <w:r w:rsidRPr="001179E8">
        <w:rPr>
          <w:lang w:val="pt-BR"/>
        </w:rPr>
        <w:br/>
      </w:r>
    </w:p>
    <w:p w14:paraId="1918491E" w14:textId="77777777" w:rsidR="002355BD" w:rsidRPr="001179E8" w:rsidRDefault="00000000">
      <w:pPr>
        <w:rPr>
          <w:lang w:val="pt-BR"/>
        </w:rPr>
      </w:pPr>
      <w:r w:rsidRPr="001179E8">
        <w:rPr>
          <w:lang w:val="pt-BR"/>
        </w:rPr>
        <w:lastRenderedPageBreak/>
        <w:t>"Fugindo da sua estreia, Punk?" A voz dela tinha um timbre metálico, mas a ironia era clara.</w:t>
      </w:r>
    </w:p>
    <w:p w14:paraId="53B9CD1A" w14:textId="77777777" w:rsidR="002355BD" w:rsidRPr="001179E8" w:rsidRDefault="00000000">
      <w:pPr>
        <w:rPr>
          <w:lang w:val="pt-BR"/>
        </w:rPr>
      </w:pPr>
      <w:r w:rsidRPr="001179E8">
        <w:rPr>
          <w:lang w:val="pt-BR"/>
        </w:rPr>
        <w:br/>
      </w:r>
    </w:p>
    <w:p w14:paraId="19FE4A0C" w14:textId="77777777" w:rsidR="002355BD" w:rsidRPr="001179E8" w:rsidRDefault="00000000">
      <w:pPr>
        <w:rPr>
          <w:lang w:val="pt-BR"/>
        </w:rPr>
      </w:pPr>
      <w:r w:rsidRPr="001179E8">
        <w:rPr>
          <w:lang w:val="pt-BR"/>
        </w:rPr>
        <w:t>"O nome é Rick," ele corrigiu, embora soubesse que o apelido pegaria. "E isso não é uma estreia, é uma coleira nova."</w:t>
      </w:r>
    </w:p>
    <w:p w14:paraId="4B6B5B8A" w14:textId="77777777" w:rsidR="002355BD" w:rsidRPr="001179E8" w:rsidRDefault="00000000">
      <w:pPr>
        <w:rPr>
          <w:lang w:val="pt-BR"/>
        </w:rPr>
      </w:pPr>
      <w:r w:rsidRPr="001179E8">
        <w:rPr>
          <w:lang w:val="pt-BR"/>
        </w:rPr>
        <w:br/>
      </w:r>
    </w:p>
    <w:p w14:paraId="70A3AB46" w14:textId="77777777" w:rsidR="002355BD" w:rsidRPr="001179E8" w:rsidRDefault="00000000">
      <w:pPr>
        <w:rPr>
          <w:lang w:val="pt-BR"/>
        </w:rPr>
      </w:pPr>
      <w:r w:rsidRPr="001179E8">
        <w:rPr>
          <w:lang w:val="pt-BR"/>
        </w:rPr>
        <w:t>"Uma coleira que pode te dar acesso a recursos, treinamento," Chrome ponderou, prática. "Ou te estrangular, se não tomar cuidado."</w:t>
      </w:r>
    </w:p>
    <w:p w14:paraId="51EE9D15" w14:textId="77777777" w:rsidR="002355BD" w:rsidRPr="001179E8" w:rsidRDefault="00000000">
      <w:pPr>
        <w:rPr>
          <w:lang w:val="pt-BR"/>
        </w:rPr>
      </w:pPr>
      <w:r w:rsidRPr="001179E8">
        <w:rPr>
          <w:lang w:val="pt-BR"/>
        </w:rPr>
        <w:br/>
      </w:r>
    </w:p>
    <w:p w14:paraId="4A0D03D2" w14:textId="77777777" w:rsidR="002355BD" w:rsidRPr="001179E8" w:rsidRDefault="00000000">
      <w:pPr>
        <w:rPr>
          <w:lang w:val="pt-BR"/>
        </w:rPr>
      </w:pPr>
      <w:r w:rsidRPr="001179E8">
        <w:rPr>
          <w:lang w:val="pt-BR"/>
        </w:rPr>
        <w:t>Rick bufou. "Prefiro minhas próprias correntes. Pelo menos sei quem as está puxando."</w:t>
      </w:r>
    </w:p>
    <w:p w14:paraId="70587D48" w14:textId="77777777" w:rsidR="002355BD" w:rsidRPr="001179E8" w:rsidRDefault="00000000">
      <w:pPr>
        <w:rPr>
          <w:lang w:val="pt-BR"/>
        </w:rPr>
      </w:pPr>
      <w:r w:rsidRPr="001179E8">
        <w:rPr>
          <w:lang w:val="pt-BR"/>
        </w:rPr>
        <w:br/>
      </w:r>
    </w:p>
    <w:p w14:paraId="0DCB25E0" w14:textId="77777777" w:rsidR="002355BD" w:rsidRPr="001179E8" w:rsidRDefault="00000000">
      <w:pPr>
        <w:rPr>
          <w:lang w:val="pt-BR"/>
        </w:rPr>
      </w:pPr>
      <w:r w:rsidRPr="001179E8">
        <w:rPr>
          <w:lang w:val="pt-BR"/>
        </w:rPr>
        <w:t>"Seus pais?" Chrome perguntou, direta.</w:t>
      </w:r>
    </w:p>
    <w:p w14:paraId="4578B973" w14:textId="77777777" w:rsidR="002355BD" w:rsidRPr="001179E8" w:rsidRDefault="00000000">
      <w:pPr>
        <w:rPr>
          <w:lang w:val="pt-BR"/>
        </w:rPr>
      </w:pPr>
      <w:r w:rsidRPr="001179E8">
        <w:rPr>
          <w:lang w:val="pt-BR"/>
        </w:rPr>
        <w:br/>
      </w:r>
    </w:p>
    <w:p w14:paraId="436F37A9" w14:textId="77777777" w:rsidR="002355BD" w:rsidRPr="001179E8" w:rsidRDefault="00000000">
      <w:pPr>
        <w:rPr>
          <w:lang w:val="pt-BR"/>
        </w:rPr>
      </w:pPr>
      <w:r w:rsidRPr="001179E8">
        <w:rPr>
          <w:lang w:val="pt-BR"/>
        </w:rPr>
        <w:t>"Entre outros," Rick admitiu, chutando uma tubulação solta. "Eles acham que sabem o que é melhor. Acham que sabem quem eu sou."</w:t>
      </w:r>
    </w:p>
    <w:p w14:paraId="1CB721CB" w14:textId="77777777" w:rsidR="002355BD" w:rsidRPr="001179E8" w:rsidRDefault="00000000">
      <w:pPr>
        <w:rPr>
          <w:lang w:val="pt-BR"/>
        </w:rPr>
      </w:pPr>
      <w:r w:rsidRPr="001179E8">
        <w:rPr>
          <w:lang w:val="pt-BR"/>
        </w:rPr>
        <w:br/>
      </w:r>
    </w:p>
    <w:p w14:paraId="38982297" w14:textId="77777777" w:rsidR="002355BD" w:rsidRPr="001179E8" w:rsidRDefault="00000000">
      <w:pPr>
        <w:rPr>
          <w:lang w:val="pt-BR"/>
        </w:rPr>
      </w:pPr>
      <w:r w:rsidRPr="001179E8">
        <w:rPr>
          <w:lang w:val="pt-BR"/>
        </w:rPr>
        <w:t>"E eles sabem?" Os olhos cinzentos de Chrome eram penetrantes.</w:t>
      </w:r>
    </w:p>
    <w:p w14:paraId="3F73DD63" w14:textId="77777777" w:rsidR="002355BD" w:rsidRPr="001179E8" w:rsidRDefault="00000000">
      <w:pPr>
        <w:rPr>
          <w:lang w:val="pt-BR"/>
        </w:rPr>
      </w:pPr>
      <w:r w:rsidRPr="001179E8">
        <w:rPr>
          <w:lang w:val="pt-BR"/>
        </w:rPr>
        <w:br/>
      </w:r>
    </w:p>
    <w:p w14:paraId="5B00F355" w14:textId="77777777" w:rsidR="002355BD" w:rsidRPr="001179E8" w:rsidRDefault="00000000">
      <w:pPr>
        <w:rPr>
          <w:lang w:val="pt-BR"/>
        </w:rPr>
      </w:pPr>
      <w:r w:rsidRPr="001179E8">
        <w:rPr>
          <w:lang w:val="pt-BR"/>
        </w:rPr>
        <w:t>Rick hesitou. "Não. Mas talvez nem eu saiba ainda." Ele olhou para ela, uma pergunta não formulada em seus olhos. "E você? Filha de Eletron e Nyx. Você sabe quem você é?"</w:t>
      </w:r>
    </w:p>
    <w:p w14:paraId="4E83F1F3" w14:textId="77777777" w:rsidR="002355BD" w:rsidRPr="001179E8" w:rsidRDefault="00000000">
      <w:pPr>
        <w:rPr>
          <w:lang w:val="pt-BR"/>
        </w:rPr>
      </w:pPr>
      <w:r w:rsidRPr="001179E8">
        <w:rPr>
          <w:lang w:val="pt-BR"/>
        </w:rPr>
        <w:br/>
      </w:r>
    </w:p>
    <w:p w14:paraId="36E5CA99" w14:textId="77777777" w:rsidR="002355BD" w:rsidRPr="001179E8" w:rsidRDefault="00000000">
      <w:pPr>
        <w:rPr>
          <w:lang w:val="pt-BR"/>
        </w:rPr>
      </w:pPr>
      <w:r w:rsidRPr="001179E8">
        <w:rPr>
          <w:lang w:val="pt-BR"/>
        </w:rPr>
        <w:t xml:space="preserve">Chrome sustentou o olhar, uma faísca quase imperceptível de eletricidade azul dançando em seus olhos de aço. "Eu sou Chrome. Sou eficiente. Cumpro a missão." Ela fez uma pausa. "O resto... está em processo." Ela se virou, o metal líquido de seu corpo brilhando ao captar a luz fraca do corredor, deixando Rick com mais perguntas do que respostas, e a sensação </w:t>
      </w:r>
      <w:r w:rsidRPr="001179E8">
        <w:rPr>
          <w:lang w:val="pt-BR"/>
        </w:rPr>
        <w:lastRenderedPageBreak/>
        <w:t>perturbadora de que, sob o cromo polido, havia uma complexidade que rivalizava com a sua própria.</w:t>
      </w:r>
    </w:p>
    <w:p w14:paraId="289A28D3" w14:textId="77777777" w:rsidR="002355BD" w:rsidRPr="001179E8" w:rsidRDefault="002355BD">
      <w:pPr>
        <w:rPr>
          <w:lang w:val="pt-BR"/>
        </w:rPr>
      </w:pPr>
    </w:p>
    <w:p w14:paraId="3D1CE6F1" w14:textId="77777777" w:rsidR="002355BD" w:rsidRPr="001179E8" w:rsidRDefault="00000000">
      <w:pPr>
        <w:rPr>
          <w:lang w:val="pt-BR"/>
        </w:rPr>
      </w:pPr>
      <w:r w:rsidRPr="001179E8">
        <w:rPr>
          <w:lang w:val="pt-BR"/>
        </w:rPr>
        <w:br/>
      </w:r>
    </w:p>
    <w:p w14:paraId="18D47F8C" w14:textId="77777777" w:rsidR="002355BD" w:rsidRPr="001179E8" w:rsidRDefault="00000000">
      <w:pPr>
        <w:rPr>
          <w:lang w:val="pt-BR"/>
        </w:rPr>
      </w:pPr>
      <w:r w:rsidRPr="001179E8">
        <w:rPr>
          <w:lang w:val="pt-BR"/>
        </w:rPr>
        <w:t>Os dias que se seguiram ao evento de apresentação dos Primordiais II foram uma mistura desconcertante de rotina forçada e tensão latente. Sob a supervisão atenta, ainda que distante, de Fogo-Vivo e Híbrida, os jovens heróis tentavam encontrar um ritmo nas instalações da G.R.A.I.A. As sessões de treinamento eram intensas, projetadas para testar os limites de seus poderes emergentes e forjar alguma coesão a partir de suas personalidades díspares.</w:t>
      </w:r>
    </w:p>
    <w:p w14:paraId="2B2DE917" w14:textId="77777777" w:rsidR="002355BD" w:rsidRPr="001179E8" w:rsidRDefault="00000000">
      <w:pPr>
        <w:rPr>
          <w:lang w:val="pt-BR"/>
        </w:rPr>
      </w:pPr>
      <w:r w:rsidRPr="001179E8">
        <w:rPr>
          <w:lang w:val="pt-BR"/>
        </w:rPr>
        <w:br/>
      </w:r>
    </w:p>
    <w:p w14:paraId="1B53D8EC" w14:textId="77777777" w:rsidR="002355BD" w:rsidRPr="001179E8" w:rsidRDefault="00000000">
      <w:pPr>
        <w:rPr>
          <w:lang w:val="pt-BR"/>
        </w:rPr>
      </w:pPr>
      <w:r w:rsidRPr="001179E8">
        <w:rPr>
          <w:lang w:val="pt-BR"/>
        </w:rPr>
        <w:t>Linda, com sua gentileza inata, tentava animar pequenas plantas nos vasos do centro de treinamento ou praticava a alteração de tamanho sob o olhar cuidadoso de Híbrida, sua forma gigante ainda desajeitada, sua forma de fada um vislumbre de asas iridescentes. Blue treinava incansavelmente o combate corpo a corpo com X, seu pai, tentando absorver a habilidade marcial do veterano, seus olhos azuis elétricos focados, a frustração uma sombra constante por não conseguir replicar a maestria paterna ou controlar totalmente o poder de absorção. Luke usava seus clones e teletransportes em simulações táticas, sua mente de detetive analisando ângulos e possibilidades, muitas vezes resmungando sobre a falta de lógica nas manobras de combate direto.</w:t>
      </w:r>
    </w:p>
    <w:p w14:paraId="7AB586BC" w14:textId="77777777" w:rsidR="002355BD" w:rsidRPr="001179E8" w:rsidRDefault="00000000">
      <w:pPr>
        <w:rPr>
          <w:lang w:val="pt-BR"/>
        </w:rPr>
      </w:pPr>
      <w:r w:rsidRPr="001179E8">
        <w:rPr>
          <w:lang w:val="pt-BR"/>
        </w:rPr>
        <w:br/>
      </w:r>
    </w:p>
    <w:p w14:paraId="20FED28F" w14:textId="77777777" w:rsidR="002355BD" w:rsidRPr="001179E8" w:rsidRDefault="00000000">
      <w:pPr>
        <w:rPr>
          <w:lang w:val="pt-BR"/>
        </w:rPr>
      </w:pPr>
      <w:r w:rsidRPr="001179E8">
        <w:rPr>
          <w:lang w:val="pt-BR"/>
        </w:rPr>
        <w:t>E Rick, ou Punk, era uma força de entropia controlada. Ele testava sua intangibilidade contra barreiras de energia, desviava de projéteis absorvendo sua cinética e redirecionando-a em explosões de força bruta, suas mãos brilhando com uma energia venenosa que ele ainda hesitava em usar plenamente. A presença de seus pais, Nitro e Densa, pairava como uma nuvem, mesmo ausentes fisicamente. Cada sucesso no treinamento parecia medido contra o legado deles, cada falha uma confirmação de suas próprias inseguranças.</w:t>
      </w:r>
    </w:p>
    <w:p w14:paraId="6AE07FF4" w14:textId="77777777" w:rsidR="002355BD" w:rsidRPr="001179E8" w:rsidRDefault="00000000">
      <w:pPr>
        <w:rPr>
          <w:lang w:val="pt-BR"/>
        </w:rPr>
      </w:pPr>
      <w:r w:rsidRPr="001179E8">
        <w:rPr>
          <w:lang w:val="pt-BR"/>
        </w:rPr>
        <w:br/>
      </w:r>
    </w:p>
    <w:p w14:paraId="4199A2D6" w14:textId="77777777" w:rsidR="002355BD" w:rsidRPr="001179E8" w:rsidRDefault="00000000">
      <w:pPr>
        <w:rPr>
          <w:lang w:val="pt-BR"/>
        </w:rPr>
      </w:pPr>
      <w:r w:rsidRPr="001179E8">
        <w:rPr>
          <w:lang w:val="pt-BR"/>
        </w:rPr>
        <w:t>"Você está hesitando, Rick," Luke observou durante uma pausa, limpando o suor da testa após se teleportar para evitar uma rajada cinética desviada por Punk. "Com o veneno. Você poderia ter neutralizado aquele simulacro mais rápido."</w:t>
      </w:r>
    </w:p>
    <w:p w14:paraId="3E08B47F" w14:textId="77777777" w:rsidR="002355BD" w:rsidRPr="001179E8" w:rsidRDefault="00000000">
      <w:pPr>
        <w:rPr>
          <w:lang w:val="pt-BR"/>
        </w:rPr>
      </w:pPr>
      <w:r w:rsidRPr="001179E8">
        <w:rPr>
          <w:lang w:val="pt-BR"/>
        </w:rPr>
        <w:br/>
      </w:r>
    </w:p>
    <w:p w14:paraId="6F015449" w14:textId="77777777" w:rsidR="002355BD" w:rsidRPr="001179E8" w:rsidRDefault="00000000">
      <w:pPr>
        <w:rPr>
          <w:lang w:val="pt-BR"/>
        </w:rPr>
      </w:pPr>
      <w:r w:rsidRPr="001179E8">
        <w:rPr>
          <w:lang w:val="pt-BR"/>
        </w:rPr>
        <w:lastRenderedPageBreak/>
        <w:t>"E arriscar uma overdose no manequim de treino? Não, obrigado," Rick retrucou, desligando a música alta que pulsava em seus fones de ouvido. "Além disso, qual é a graça se acabar rápido demais?"</w:t>
      </w:r>
    </w:p>
    <w:p w14:paraId="210B60CB" w14:textId="77777777" w:rsidR="002355BD" w:rsidRPr="001179E8" w:rsidRDefault="00000000">
      <w:pPr>
        <w:rPr>
          <w:lang w:val="pt-BR"/>
        </w:rPr>
      </w:pPr>
      <w:r w:rsidRPr="001179E8">
        <w:rPr>
          <w:lang w:val="pt-BR"/>
        </w:rPr>
        <w:br/>
      </w:r>
    </w:p>
    <w:p w14:paraId="4C8D115B" w14:textId="77777777" w:rsidR="002355BD" w:rsidRPr="001179E8" w:rsidRDefault="00000000">
      <w:pPr>
        <w:rPr>
          <w:lang w:val="pt-BR"/>
        </w:rPr>
      </w:pPr>
      <w:r w:rsidRPr="001179E8">
        <w:rPr>
          <w:lang w:val="pt-BR"/>
        </w:rPr>
        <w:t>Luke suspirou. "Isso não é um jogo."</w:t>
      </w:r>
    </w:p>
    <w:p w14:paraId="5ADFA015" w14:textId="77777777" w:rsidR="002355BD" w:rsidRPr="001179E8" w:rsidRDefault="00000000">
      <w:pPr>
        <w:rPr>
          <w:lang w:val="pt-BR"/>
        </w:rPr>
      </w:pPr>
      <w:r w:rsidRPr="001179E8">
        <w:rPr>
          <w:lang w:val="pt-BR"/>
        </w:rPr>
        <w:br/>
      </w:r>
    </w:p>
    <w:p w14:paraId="500D1F2B" w14:textId="77777777" w:rsidR="002355BD" w:rsidRPr="001179E8" w:rsidRDefault="00000000">
      <w:pPr>
        <w:rPr>
          <w:lang w:val="pt-BR"/>
        </w:rPr>
      </w:pPr>
      <w:r w:rsidRPr="001179E8">
        <w:rPr>
          <w:lang w:val="pt-BR"/>
        </w:rPr>
        <w:t>"Ainda não," Rick murmurou, seus olhos desviando para onde Chrome treinava sozinha em outra seção da vasta sala, seus movimentos metálicos uma dança letal de precisão e poder elétrico. Ela não fazia parte oficialmente do grupo de treino deles, mas sua presença era uma constante, um lembrete silencioso do nível que eles ainda precisavam alcançar. E, para Rick, um lembrete do segredo que ele guardava.</w:t>
      </w:r>
    </w:p>
    <w:p w14:paraId="227190C9" w14:textId="77777777" w:rsidR="002355BD" w:rsidRPr="001179E8" w:rsidRDefault="00000000">
      <w:pPr>
        <w:rPr>
          <w:lang w:val="pt-BR"/>
        </w:rPr>
      </w:pPr>
      <w:r w:rsidRPr="001179E8">
        <w:rPr>
          <w:lang w:val="pt-BR"/>
        </w:rPr>
        <w:br/>
      </w:r>
    </w:p>
    <w:p w14:paraId="79CC3287" w14:textId="77777777" w:rsidR="002355BD" w:rsidRPr="001179E8" w:rsidRDefault="00000000">
      <w:pPr>
        <w:rPr>
          <w:lang w:val="pt-BR"/>
        </w:rPr>
      </w:pPr>
      <w:r w:rsidRPr="001179E8">
        <w:rPr>
          <w:lang w:val="pt-BR"/>
        </w:rPr>
        <w:t>A normalidade precária foi estilhaçada sem aviso. Um alarme estridente ecoou pelo complexo, luzes vermelhas banhando os corredores de aço. Uma violação. Não nas defesas externas, mas dentro, em um dos laboratórios de biotecnologia – o mesmo onde as amostras dos recrutas haviam sido processadas.</w:t>
      </w:r>
    </w:p>
    <w:p w14:paraId="29BB5822" w14:textId="77777777" w:rsidR="002355BD" w:rsidRPr="001179E8" w:rsidRDefault="00000000">
      <w:pPr>
        <w:rPr>
          <w:lang w:val="pt-BR"/>
        </w:rPr>
      </w:pPr>
      <w:r w:rsidRPr="001179E8">
        <w:rPr>
          <w:lang w:val="pt-BR"/>
        </w:rPr>
        <w:br/>
      </w:r>
    </w:p>
    <w:p w14:paraId="1330EA32" w14:textId="77777777" w:rsidR="002355BD" w:rsidRPr="001179E8" w:rsidRDefault="00000000">
      <w:pPr>
        <w:rPr>
          <w:lang w:val="pt-BR"/>
        </w:rPr>
      </w:pPr>
      <w:r w:rsidRPr="001179E8">
        <w:rPr>
          <w:lang w:val="pt-BR"/>
        </w:rPr>
        <w:t>Os Primordiais II, ainda desajeitados em seus papéis, foram os primeiros a responder, seguindo os protocolos de emergência que haviam ensaiado. Chegaram ao laboratório para encontrar um cenário de destruição contida. Equipamentos estavam revirados, vidros quebrados, e no centro, uma figura que nenhum deles reconheceu imediatamente.</w:t>
      </w:r>
    </w:p>
    <w:p w14:paraId="56952B79" w14:textId="77777777" w:rsidR="002355BD" w:rsidRPr="001179E8" w:rsidRDefault="00000000">
      <w:pPr>
        <w:rPr>
          <w:lang w:val="pt-BR"/>
        </w:rPr>
      </w:pPr>
      <w:r w:rsidRPr="001179E8">
        <w:rPr>
          <w:lang w:val="pt-BR"/>
        </w:rPr>
        <w:br/>
      </w:r>
    </w:p>
    <w:p w14:paraId="33B19A59" w14:textId="77777777" w:rsidR="002355BD" w:rsidRPr="001179E8" w:rsidRDefault="00000000">
      <w:pPr>
        <w:rPr>
          <w:lang w:val="pt-BR"/>
        </w:rPr>
      </w:pPr>
      <w:r w:rsidRPr="001179E8">
        <w:rPr>
          <w:lang w:val="pt-BR"/>
        </w:rPr>
        <w:t>Era alto, mais alto que um humano normal, com uma massa muscular disforme sob um jaleco de laboratório rasgado. A pele tinha um tom pálido e doentio, mas veias negras pulsavam sob ela, e seus olhos... seus olhos queimavam com uma inteligência maligna e um poder recém-adquirido e instável. Era o Rei Corvo, mas transformado. O sangue roubado de Linda havia reagido de forma inesperada, uma fusão grotesca do potencial de força gigante e da biologia feérica.</w:t>
      </w:r>
    </w:p>
    <w:p w14:paraId="3F7B168F" w14:textId="77777777" w:rsidR="002355BD" w:rsidRPr="001179E8" w:rsidRDefault="00000000">
      <w:pPr>
        <w:rPr>
          <w:lang w:val="pt-BR"/>
        </w:rPr>
      </w:pPr>
      <w:r w:rsidRPr="001179E8">
        <w:rPr>
          <w:lang w:val="pt-BR"/>
        </w:rPr>
        <w:br/>
      </w:r>
    </w:p>
    <w:p w14:paraId="701D37B3" w14:textId="77777777" w:rsidR="002355BD" w:rsidRPr="001179E8" w:rsidRDefault="00000000">
      <w:pPr>
        <w:rPr>
          <w:lang w:val="pt-BR"/>
        </w:rPr>
      </w:pPr>
      <w:r w:rsidRPr="001179E8">
        <w:rPr>
          <w:lang w:val="pt-BR"/>
        </w:rPr>
        <w:lastRenderedPageBreak/>
        <w:t>"A chave..." a voz do Rei Corvo era um raspar gutural, distorcido. "O sangue dela... abriu portas... poder..."</w:t>
      </w:r>
    </w:p>
    <w:p w14:paraId="2BEEC05F" w14:textId="77777777" w:rsidR="002355BD" w:rsidRPr="001179E8" w:rsidRDefault="00000000">
      <w:pPr>
        <w:rPr>
          <w:lang w:val="pt-BR"/>
        </w:rPr>
      </w:pPr>
      <w:r w:rsidRPr="001179E8">
        <w:rPr>
          <w:lang w:val="pt-BR"/>
        </w:rPr>
        <w:br/>
      </w:r>
    </w:p>
    <w:p w14:paraId="0156B72F" w14:textId="77777777" w:rsidR="002355BD" w:rsidRPr="001179E8" w:rsidRDefault="00000000">
      <w:pPr>
        <w:rPr>
          <w:lang w:val="pt-BR"/>
        </w:rPr>
      </w:pPr>
      <w:r w:rsidRPr="001179E8">
        <w:rPr>
          <w:lang w:val="pt-BR"/>
        </w:rPr>
        <w:t>"Quem é você? O que você fez?" Blue exigiu, dando um passo à frente, seus punhos cerrados.</w:t>
      </w:r>
    </w:p>
    <w:p w14:paraId="76BE422A" w14:textId="77777777" w:rsidR="002355BD" w:rsidRPr="001179E8" w:rsidRDefault="00000000">
      <w:pPr>
        <w:rPr>
          <w:lang w:val="pt-BR"/>
        </w:rPr>
      </w:pPr>
      <w:r w:rsidRPr="001179E8">
        <w:rPr>
          <w:lang w:val="pt-BR"/>
        </w:rPr>
        <w:br/>
      </w:r>
    </w:p>
    <w:p w14:paraId="7BFD3905" w14:textId="77777777" w:rsidR="002355BD" w:rsidRPr="001179E8" w:rsidRDefault="00000000">
      <w:pPr>
        <w:rPr>
          <w:lang w:val="pt-BR"/>
        </w:rPr>
      </w:pPr>
      <w:r w:rsidRPr="001179E8">
        <w:rPr>
          <w:lang w:val="pt-BR"/>
        </w:rPr>
        <w:t>O Rei Corvo riu, um som gorgolejante. Ele ergueu uma mão, e o sangue derramado de frascos quebrados no chão pareceu se contorcer, respondendo a um comando rudimentar. "Eu sou a evolução! O que vocês, com seus legados herdados, nunca entenderão!"</w:t>
      </w:r>
    </w:p>
    <w:p w14:paraId="3C81729F" w14:textId="77777777" w:rsidR="002355BD" w:rsidRPr="001179E8" w:rsidRDefault="00000000">
      <w:pPr>
        <w:rPr>
          <w:lang w:val="pt-BR"/>
        </w:rPr>
      </w:pPr>
      <w:r w:rsidRPr="001179E8">
        <w:rPr>
          <w:lang w:val="pt-BR"/>
        </w:rPr>
        <w:br/>
      </w:r>
    </w:p>
    <w:p w14:paraId="4D1716B3" w14:textId="77777777" w:rsidR="002355BD" w:rsidRPr="001179E8" w:rsidRDefault="00000000">
      <w:pPr>
        <w:rPr>
          <w:lang w:val="pt-BR"/>
        </w:rPr>
      </w:pPr>
      <w:r w:rsidRPr="001179E8">
        <w:rPr>
          <w:lang w:val="pt-BR"/>
        </w:rPr>
        <w:t>Ele atacou. Sua velocidade era surpreendente para seu tamanho, sua força esmagadora. Linda, instintivamente, tentou crescer à sua forma gigante, mas um golpe brutal a atingiu antes que pudesse completar a transformação, jogando-a contra uma parede com força suficiente para rachar o concreto reforçado. Blue tentou absorver seu poder, mas o toque foi repelido por uma energia caótica que emanava do vilão, uma mistura de força bruta e uma magia sanguínea instável que ele mal controlava.</w:t>
      </w:r>
    </w:p>
    <w:p w14:paraId="09CEC22C" w14:textId="77777777" w:rsidR="002355BD" w:rsidRPr="001179E8" w:rsidRDefault="00000000">
      <w:pPr>
        <w:rPr>
          <w:lang w:val="pt-BR"/>
        </w:rPr>
      </w:pPr>
      <w:r w:rsidRPr="001179E8">
        <w:rPr>
          <w:lang w:val="pt-BR"/>
        </w:rPr>
        <w:br/>
      </w:r>
    </w:p>
    <w:p w14:paraId="5BFBD019" w14:textId="77777777" w:rsidR="002355BD" w:rsidRPr="001179E8" w:rsidRDefault="00000000">
      <w:pPr>
        <w:rPr>
          <w:lang w:val="pt-BR"/>
        </w:rPr>
      </w:pPr>
      <w:r w:rsidRPr="001179E8">
        <w:rPr>
          <w:lang w:val="pt-BR"/>
        </w:rPr>
        <w:t>Luke se multiplicou, seus clones tentando cercar o Rei Corvo, teleportando-se para criar aberturas, mas o vilão varria os clones com golpes poderosos, dissipando-os como fumaça. Rick entrou na briga, tornando-se intangível para evitar um golpe, depois solidificando-se para desferir um soco carregado de energia cinética. O impacto fez o Rei Corvo cambalear, mas ele se recuperou rapidamente, agarrando o braço de Rick.</w:t>
      </w:r>
    </w:p>
    <w:p w14:paraId="666B3F2C" w14:textId="77777777" w:rsidR="002355BD" w:rsidRPr="001179E8" w:rsidRDefault="00000000">
      <w:pPr>
        <w:rPr>
          <w:lang w:val="pt-BR"/>
        </w:rPr>
      </w:pPr>
      <w:r w:rsidRPr="001179E8">
        <w:rPr>
          <w:lang w:val="pt-BR"/>
        </w:rPr>
        <w:br/>
      </w:r>
    </w:p>
    <w:p w14:paraId="3B6370FF" w14:textId="77777777" w:rsidR="002355BD" w:rsidRPr="001179E8" w:rsidRDefault="00000000">
      <w:pPr>
        <w:rPr>
          <w:lang w:val="pt-BR"/>
        </w:rPr>
      </w:pPr>
      <w:r w:rsidRPr="001179E8">
        <w:rPr>
          <w:lang w:val="pt-BR"/>
        </w:rPr>
        <w:t>"Energia interessante..." o Rei Corvo sibilou, e Rick sentiu uma dor aguda quando o vilão tentou drenar algo dele, não poder, mas vitalidade. Ele reagiu por instinto, liberando a toxina paralisante de sua mão. O Rei Corvo gritou, largando-o, mas o efeito pareceu limitado, retardando-o apenas momentaneamente.</w:t>
      </w:r>
    </w:p>
    <w:p w14:paraId="70F2C3B2" w14:textId="77777777" w:rsidR="002355BD" w:rsidRPr="001179E8" w:rsidRDefault="00000000">
      <w:pPr>
        <w:rPr>
          <w:lang w:val="pt-BR"/>
        </w:rPr>
      </w:pPr>
      <w:r w:rsidRPr="001179E8">
        <w:rPr>
          <w:lang w:val="pt-BR"/>
        </w:rPr>
        <w:br/>
      </w:r>
    </w:p>
    <w:p w14:paraId="2C4A746F" w14:textId="77777777" w:rsidR="002355BD" w:rsidRPr="001179E8" w:rsidRDefault="00000000">
      <w:pPr>
        <w:rPr>
          <w:lang w:val="pt-BR"/>
        </w:rPr>
      </w:pPr>
      <w:r w:rsidRPr="001179E8">
        <w:rPr>
          <w:lang w:val="pt-BR"/>
        </w:rPr>
        <w:t>Foi então que Híbrida chegou, alertada pela comoção. Sua presença era imponente, asas de energia azulada surgindo em suas costas enquanto ela avaliava a situação. "Afaste-se deles!"</w:t>
      </w:r>
    </w:p>
    <w:p w14:paraId="3F618809" w14:textId="77777777" w:rsidR="002355BD" w:rsidRPr="001179E8" w:rsidRDefault="00000000">
      <w:pPr>
        <w:rPr>
          <w:lang w:val="pt-BR"/>
        </w:rPr>
      </w:pPr>
      <w:r w:rsidRPr="001179E8">
        <w:rPr>
          <w:lang w:val="pt-BR"/>
        </w:rPr>
        <w:lastRenderedPageBreak/>
        <w:br/>
      </w:r>
    </w:p>
    <w:p w14:paraId="1BACA693" w14:textId="77777777" w:rsidR="002355BD" w:rsidRPr="001179E8" w:rsidRDefault="00000000">
      <w:pPr>
        <w:rPr>
          <w:lang w:val="pt-BR"/>
        </w:rPr>
      </w:pPr>
      <w:r w:rsidRPr="001179E8">
        <w:rPr>
          <w:lang w:val="pt-BR"/>
        </w:rPr>
        <w:t>Ela mergulhou, sua velocidade superando a do Rei Corvo, seus golpes precisos e poderosos. Por um momento, pareceu que a experiência da veterana prevaleceria. Mas o Rei Corvo, em sua loucura induzida pelo poder, lutava com a força desesperada de quem não tinha nada a perder. Ele conseguiu agarrar uma das asas de energia de Híbrida, puxando-a para baixo, e desferiu um golpe devastador em seu abdômen.</w:t>
      </w:r>
    </w:p>
    <w:p w14:paraId="497F1F0E" w14:textId="77777777" w:rsidR="002355BD" w:rsidRPr="001179E8" w:rsidRDefault="00000000">
      <w:pPr>
        <w:rPr>
          <w:lang w:val="pt-BR"/>
        </w:rPr>
      </w:pPr>
      <w:r w:rsidRPr="001179E8">
        <w:rPr>
          <w:lang w:val="pt-BR"/>
        </w:rPr>
        <w:br/>
      </w:r>
    </w:p>
    <w:p w14:paraId="2CD74B22" w14:textId="77777777" w:rsidR="002355BD" w:rsidRPr="001179E8" w:rsidRDefault="00000000">
      <w:pPr>
        <w:rPr>
          <w:lang w:val="pt-BR"/>
        </w:rPr>
      </w:pPr>
      <w:r w:rsidRPr="001179E8">
        <w:rPr>
          <w:lang w:val="pt-BR"/>
        </w:rPr>
        <w:t>Híbrida arquejou, a cor sumindo de seu rosto, suas asas vacilando. Ela caiu, não inconsciente, mas claramente ferida, a mão instintivamente protegendo a barriga onde uma nova vida crescia.</w:t>
      </w:r>
    </w:p>
    <w:p w14:paraId="5A6A122B" w14:textId="77777777" w:rsidR="002355BD" w:rsidRPr="001179E8" w:rsidRDefault="00000000">
      <w:pPr>
        <w:rPr>
          <w:lang w:val="pt-BR"/>
        </w:rPr>
      </w:pPr>
      <w:r w:rsidRPr="001179E8">
        <w:rPr>
          <w:lang w:val="pt-BR"/>
        </w:rPr>
        <w:br/>
      </w:r>
    </w:p>
    <w:p w14:paraId="3247EC04" w14:textId="77777777" w:rsidR="002355BD" w:rsidRPr="001179E8" w:rsidRDefault="00000000">
      <w:pPr>
        <w:rPr>
          <w:lang w:val="pt-BR"/>
        </w:rPr>
      </w:pPr>
      <w:r w:rsidRPr="001179E8">
        <w:rPr>
          <w:lang w:val="pt-BR"/>
        </w:rPr>
        <w:t>O choque paralisou os jovens heróis por um instante fatal. Ver Híbrida, a mentora calma e poderosa, caída daquela forma... quebrou algo neles. O Rei Corvo aproveitou a hesitação. Com um último olhar triunfante e demente, ele atravessou uma parede exterior do laboratório, fugindo para a noite da cidade reconstruída.</w:t>
      </w:r>
    </w:p>
    <w:p w14:paraId="0C361A9E" w14:textId="77777777" w:rsidR="002355BD" w:rsidRPr="001179E8" w:rsidRDefault="00000000">
      <w:pPr>
        <w:rPr>
          <w:lang w:val="pt-BR"/>
        </w:rPr>
      </w:pPr>
      <w:r w:rsidRPr="001179E8">
        <w:rPr>
          <w:lang w:val="pt-BR"/>
        </w:rPr>
        <w:br/>
      </w:r>
    </w:p>
    <w:p w14:paraId="12A7C59D" w14:textId="77777777" w:rsidR="002355BD" w:rsidRPr="001179E8" w:rsidRDefault="00000000">
      <w:pPr>
        <w:rPr>
          <w:lang w:val="pt-BR"/>
        </w:rPr>
      </w:pPr>
      <w:r w:rsidRPr="001179E8">
        <w:rPr>
          <w:lang w:val="pt-BR"/>
        </w:rPr>
        <w:t>A ajuda chegou rapidamente. Equipes médicas cercaram Híbrida, estabilizando-a antes de levá-la às pressas para a ala médica avançada da G.R.A.I.A. Fogo-Vivo chegou logo depois, seu rosto uma máscara de fúria gelada e preocupação ardente ao ver o estado da esposa. O General Vance observava os destroços e os rostos abalados dos recrutas, sua expressão mais sombria do que nunca.</w:t>
      </w:r>
    </w:p>
    <w:p w14:paraId="4954E3F0" w14:textId="77777777" w:rsidR="002355BD" w:rsidRPr="001179E8" w:rsidRDefault="00000000">
      <w:pPr>
        <w:rPr>
          <w:lang w:val="pt-BR"/>
        </w:rPr>
      </w:pPr>
      <w:r w:rsidRPr="001179E8">
        <w:rPr>
          <w:lang w:val="pt-BR"/>
        </w:rPr>
        <w:br/>
      </w:r>
    </w:p>
    <w:p w14:paraId="58B9481A" w14:textId="77777777" w:rsidR="002355BD" w:rsidRPr="001179E8" w:rsidRDefault="00000000">
      <w:pPr>
        <w:rPr>
          <w:lang w:val="pt-BR"/>
        </w:rPr>
      </w:pPr>
      <w:r w:rsidRPr="001179E8">
        <w:rPr>
          <w:lang w:val="pt-BR"/>
        </w:rPr>
        <w:t>Os Primordiais II ficaram ali, em meio à destruição, o cheiro de ozônio e sangue no ar. A primeira batalha real deles. E fora uma derrota humilhante e dolorosa. Linda soluçava baixinho, ajudada por Blue, que parecia perdido, seu poder inútil contra a ameaça. Luke estava pálido, seus clones desaparecidos, a realidade do perigo muito mais visceral do que qualquer caso que ele já investigara.</w:t>
      </w:r>
    </w:p>
    <w:p w14:paraId="570FE616" w14:textId="77777777" w:rsidR="002355BD" w:rsidRPr="001179E8" w:rsidRDefault="00000000">
      <w:pPr>
        <w:rPr>
          <w:lang w:val="pt-BR"/>
        </w:rPr>
      </w:pPr>
      <w:r w:rsidRPr="001179E8">
        <w:rPr>
          <w:lang w:val="pt-BR"/>
        </w:rPr>
        <w:br/>
      </w:r>
    </w:p>
    <w:p w14:paraId="17FAAF43" w14:textId="77777777" w:rsidR="002355BD" w:rsidRPr="001179E8" w:rsidRDefault="00000000">
      <w:pPr>
        <w:rPr>
          <w:lang w:val="pt-BR"/>
        </w:rPr>
      </w:pPr>
      <w:r w:rsidRPr="001179E8">
        <w:rPr>
          <w:lang w:val="pt-BR"/>
        </w:rPr>
        <w:lastRenderedPageBreak/>
        <w:t>Rick estava encostado na parede oposta, socando-a com frustração silenciosa, seus nós dos dedos sangrando levemente. A culpa o corroía – ele não fora rápido o suficiente, forte o suficiente, seu veneno não fora potente o suficiente. Ele falhara. Todos falharam.</w:t>
      </w:r>
    </w:p>
    <w:p w14:paraId="07226BF2" w14:textId="77777777" w:rsidR="002355BD" w:rsidRPr="001179E8" w:rsidRDefault="00000000">
      <w:pPr>
        <w:rPr>
          <w:lang w:val="pt-BR"/>
        </w:rPr>
      </w:pPr>
      <w:r w:rsidRPr="001179E8">
        <w:rPr>
          <w:lang w:val="pt-BR"/>
        </w:rPr>
        <w:br/>
      </w:r>
    </w:p>
    <w:p w14:paraId="4E93C4C8" w14:textId="77777777" w:rsidR="002355BD" w:rsidRPr="001179E8" w:rsidRDefault="00000000">
      <w:pPr>
        <w:rPr>
          <w:lang w:val="pt-BR"/>
        </w:rPr>
      </w:pPr>
      <w:r w:rsidRPr="001179E8">
        <w:rPr>
          <w:lang w:val="pt-BR"/>
        </w:rPr>
        <w:t>Uma figura metálica surgiu na entrada do laboratório destruído. Chrome. Ela não dissera nada, apenas observava a cena com seus olhos cinzentos e analíticos. Seu olhar passou pelos jovens abalados, pela trilha de destruição deixada pelo Rei Corvo, e finalmente pousou em Rick. Ele encontrou o olhar dela, esperando sarcasmo, talvez reprovação. Mas não havia nada disso. Havia apenas uma avaliação fria e, talvez, um lampejo de algo que poderia ser compreensão. Ou talvez fosse apenas o reflexo das luzes de emergência em seu rosto de metal.</w:t>
      </w:r>
    </w:p>
    <w:p w14:paraId="15F10A65" w14:textId="77777777" w:rsidR="002355BD" w:rsidRPr="001179E8" w:rsidRDefault="00000000">
      <w:pPr>
        <w:rPr>
          <w:lang w:val="pt-BR"/>
        </w:rPr>
      </w:pPr>
      <w:r w:rsidRPr="001179E8">
        <w:rPr>
          <w:lang w:val="pt-BR"/>
        </w:rPr>
        <w:br/>
      </w:r>
    </w:p>
    <w:p w14:paraId="5B288115" w14:textId="77777777" w:rsidR="002355BD" w:rsidRPr="001179E8" w:rsidRDefault="00000000">
      <w:pPr>
        <w:rPr>
          <w:lang w:val="pt-BR"/>
        </w:rPr>
      </w:pPr>
      <w:r w:rsidRPr="001179E8">
        <w:rPr>
          <w:lang w:val="pt-BR"/>
        </w:rPr>
        <w:t>"Relatório da situação," a voz de Chrome soou, calma e profissional, cortando o silêncio chocado. "O alvo escapou. Híbrida está ferida. A equipe... está comprometida."</w:t>
      </w:r>
    </w:p>
    <w:p w14:paraId="3BECEBE7" w14:textId="77777777" w:rsidR="002355BD" w:rsidRPr="001179E8" w:rsidRDefault="00000000">
      <w:pPr>
        <w:rPr>
          <w:lang w:val="pt-BR"/>
        </w:rPr>
      </w:pPr>
      <w:r w:rsidRPr="001179E8">
        <w:rPr>
          <w:lang w:val="pt-BR"/>
        </w:rPr>
        <w:br/>
      </w:r>
    </w:p>
    <w:p w14:paraId="0B22DEA1" w14:textId="77777777" w:rsidR="002355BD" w:rsidRPr="001179E8" w:rsidRDefault="00000000">
      <w:pPr>
        <w:rPr>
          <w:lang w:val="pt-BR"/>
        </w:rPr>
      </w:pPr>
      <w:r w:rsidRPr="001179E8">
        <w:rPr>
          <w:lang w:val="pt-BR"/>
        </w:rPr>
        <w:t>Naquele momento, enquanto a G.R.A.I.A. entrava em alerta máximo e a notícia do ataque começava a vazar para uma mídia faminta por sensacionalismo, os Primordiais II sentiram o verdadeiro peso da herança que carregavam. Não era apenas sobre poder e legado; era sobre falha, perda e a dura realidade de que o mundo precisava deles, mesmo quando eles ainda não estavam prontos.</w:t>
      </w:r>
    </w:p>
    <w:p w14:paraId="53C37491" w14:textId="77777777" w:rsidR="002355BD" w:rsidRPr="001179E8" w:rsidRDefault="002355BD">
      <w:pPr>
        <w:rPr>
          <w:lang w:val="pt-BR"/>
        </w:rPr>
      </w:pPr>
    </w:p>
    <w:p w14:paraId="0C5BD3B8" w14:textId="77777777" w:rsidR="002355BD" w:rsidRPr="001179E8" w:rsidRDefault="002355BD">
      <w:pPr>
        <w:rPr>
          <w:lang w:val="pt-BR"/>
        </w:rPr>
      </w:pPr>
    </w:p>
    <w:p w14:paraId="39D5E2AE" w14:textId="77777777" w:rsidR="002355BD" w:rsidRPr="001179E8" w:rsidRDefault="00000000">
      <w:pPr>
        <w:rPr>
          <w:lang w:val="pt-BR"/>
        </w:rPr>
      </w:pPr>
      <w:r w:rsidRPr="001179E8">
        <w:rPr>
          <w:lang w:val="pt-BR"/>
        </w:rPr>
        <w:t>Dezoito meses. Um ano e meio desde a humilhação nas mãos do Rei Corvo e a queda de Híbrida. O tempo, em Neo-Veridia, não curava todas as feridas, mas as cicatrizava com a necessidade implacável de seguir em frente. Os Primordiais II não eram mais os recrutas desajeitados e assustados daquele dia fatídico. A G.R.A.I.A., sob a pressão de Vance e a orientação remota de veteranos como Fogo-Vivo (agora mais focado na recuperação de Lia e na paternidade iminente), havia intensificado o treinamento, forjado o grupo no fogo de simulações brutais e missões de baixo risco que gradualmente aumentaram em complexidade.</w:t>
      </w:r>
    </w:p>
    <w:p w14:paraId="5D6606D3" w14:textId="77777777" w:rsidR="002355BD" w:rsidRPr="001179E8" w:rsidRDefault="00000000">
      <w:pPr>
        <w:rPr>
          <w:lang w:val="pt-BR"/>
        </w:rPr>
      </w:pPr>
      <w:r w:rsidRPr="001179E8">
        <w:rPr>
          <w:lang w:val="pt-BR"/>
        </w:rPr>
        <w:br/>
      </w:r>
    </w:p>
    <w:p w14:paraId="2E20AFC9" w14:textId="77777777" w:rsidR="002355BD" w:rsidRPr="001179E8" w:rsidRDefault="00000000">
      <w:pPr>
        <w:rPr>
          <w:lang w:val="pt-BR"/>
        </w:rPr>
      </w:pPr>
      <w:r w:rsidRPr="001179E8">
        <w:rPr>
          <w:lang w:val="pt-BR"/>
        </w:rPr>
        <w:lastRenderedPageBreak/>
        <w:t>Chrome, Nicole Stavros, não era mais uma observadora externa ou uma substituta temporária. A crise havia cimentado seu lugar. Sua eficiência implacável, poderes versáteis de metal e eletricidade, e mente tática haviam se tornado um pilar para a equipe. Ela se movia entre eles com uma familiaridade conquistada, embora ainda mantivesse uma aura de reserva profissional. Era a âncora de aço em meio às personalidades mais voláteis do grupo.</w:t>
      </w:r>
    </w:p>
    <w:p w14:paraId="37047169" w14:textId="77777777" w:rsidR="002355BD" w:rsidRPr="001179E8" w:rsidRDefault="00000000">
      <w:pPr>
        <w:rPr>
          <w:lang w:val="pt-BR"/>
        </w:rPr>
      </w:pPr>
      <w:r w:rsidRPr="001179E8">
        <w:rPr>
          <w:lang w:val="pt-BR"/>
        </w:rPr>
        <w:br/>
      </w:r>
    </w:p>
    <w:p w14:paraId="407F963F" w14:textId="77777777" w:rsidR="002355BD" w:rsidRPr="001179E8" w:rsidRDefault="00000000">
      <w:pPr>
        <w:rPr>
          <w:lang w:val="pt-BR"/>
        </w:rPr>
      </w:pPr>
      <w:r w:rsidRPr="001179E8">
        <w:rPr>
          <w:lang w:val="pt-BR"/>
        </w:rPr>
        <w:t>Linda havia encontrado um equilíbrio maior entre suas formas, sua clorocinese mais focada, seus golens mais resistentes, embora a sombra do encontro com o Rei Corvo ainda pairasse em seus olhos violeta, uma cautela que antes não existia. Blue, Arthur, continuava sua luta interna, seu controle sobre a absorção de poder mais refinado, mas a pressão do legado ainda o impulsionava a treinar até a exaustão, sua determinação silenciosa uma força motriz para a equipe. Luke, o ex-detetive, tornara-se o estrategista relutante do grupo, seus clones e teletransportes usados com uma precisão calculada, sua mente analítica tentando prever o caos que seu melhor amigo inevitavelmente criava.</w:t>
      </w:r>
    </w:p>
    <w:p w14:paraId="79B3C533" w14:textId="77777777" w:rsidR="002355BD" w:rsidRPr="001179E8" w:rsidRDefault="00000000">
      <w:pPr>
        <w:rPr>
          <w:lang w:val="pt-BR"/>
        </w:rPr>
      </w:pPr>
      <w:r w:rsidRPr="001179E8">
        <w:rPr>
          <w:lang w:val="pt-BR"/>
        </w:rPr>
        <w:br/>
      </w:r>
    </w:p>
    <w:p w14:paraId="00A13F53" w14:textId="77777777" w:rsidR="002355BD" w:rsidRPr="001179E8" w:rsidRDefault="00000000">
      <w:pPr>
        <w:rPr>
          <w:lang w:val="pt-BR"/>
        </w:rPr>
      </w:pPr>
      <w:r w:rsidRPr="001179E8">
        <w:rPr>
          <w:lang w:val="pt-BR"/>
        </w:rPr>
        <w:t>E Rick Santos, Punk, havia mudado. A rebeldia ainda queimava, o sarcasmo era sua armadura, mas havia uma nova intensidade em seu olhar, um controle mais firme sobre seus poderes. A densidade mudava com mais fluidez, a energia cinética era absorvida e liberada com mais propósito, e o toque venenoso, embora ainda usado com parcimônia, era uma ferramenta precisa em seu arsenal. A relação com seus pais, Nitro e Densa, continuava tensa, mas agora havia um respeito relutante de ambas as partes, nascido da sobrevivência e do crescimento forçado de Rick.</w:t>
      </w:r>
    </w:p>
    <w:p w14:paraId="45070820" w14:textId="77777777" w:rsidR="002355BD" w:rsidRPr="001179E8" w:rsidRDefault="00000000">
      <w:pPr>
        <w:rPr>
          <w:lang w:val="pt-BR"/>
        </w:rPr>
      </w:pPr>
      <w:r w:rsidRPr="001179E8">
        <w:rPr>
          <w:lang w:val="pt-BR"/>
        </w:rPr>
        <w:br/>
      </w:r>
    </w:p>
    <w:p w14:paraId="39CF9D93" w14:textId="77777777" w:rsidR="002355BD" w:rsidRPr="001179E8" w:rsidRDefault="00000000">
      <w:pPr>
        <w:rPr>
          <w:lang w:val="pt-BR"/>
        </w:rPr>
      </w:pPr>
      <w:r w:rsidRPr="001179E8">
        <w:rPr>
          <w:lang w:val="pt-BR"/>
        </w:rPr>
        <w:t>A dinâmica entre Rick e Nicole era um campo minado de eletricidade contida. Em patrulhas noturnas pelos telhados de Neo-Veridia, ou nos momentos de silêncio tenso antes de uma missão, a atração era palpável. O contraste entre a sua natureza caótica e a dela, controlada, criava uma faísca constante. O namoro secreto continuava, um refúgio perigoso e necessário para ambos, escondido sob camadas de provocações e profissionalismo forçado.</w:t>
      </w:r>
    </w:p>
    <w:p w14:paraId="6CDCEF8F" w14:textId="77777777" w:rsidR="002355BD" w:rsidRPr="001179E8" w:rsidRDefault="00000000">
      <w:pPr>
        <w:rPr>
          <w:lang w:val="pt-BR"/>
        </w:rPr>
      </w:pPr>
      <w:r w:rsidRPr="001179E8">
        <w:rPr>
          <w:lang w:val="pt-BR"/>
        </w:rPr>
        <w:br/>
      </w:r>
    </w:p>
    <w:p w14:paraId="72DF3503" w14:textId="77777777" w:rsidR="002355BD" w:rsidRPr="001179E8" w:rsidRDefault="00000000">
      <w:pPr>
        <w:rPr>
          <w:lang w:val="pt-BR"/>
        </w:rPr>
      </w:pPr>
      <w:r w:rsidRPr="001179E8">
        <w:rPr>
          <w:lang w:val="pt-BR"/>
        </w:rPr>
        <w:t>"Você quase me eletrocutou lá atrás, Stavros," Rick resmungou, ajeitando a jaqueta de couro após uma simulação de combate particularmente intensa. Seu cabelo, agora um azul vibrante que quase combinava com as linhas de circuito no traje dela, estava despenteado.</w:t>
      </w:r>
    </w:p>
    <w:p w14:paraId="78019BDD" w14:textId="77777777" w:rsidR="002355BD" w:rsidRPr="001179E8" w:rsidRDefault="00000000">
      <w:pPr>
        <w:rPr>
          <w:lang w:val="pt-BR"/>
        </w:rPr>
      </w:pPr>
      <w:r w:rsidRPr="001179E8">
        <w:rPr>
          <w:lang w:val="pt-BR"/>
        </w:rPr>
        <w:lastRenderedPageBreak/>
        <w:br/>
      </w:r>
    </w:p>
    <w:p w14:paraId="70C55D27" w14:textId="77777777" w:rsidR="002355BD" w:rsidRPr="001179E8" w:rsidRDefault="00000000">
      <w:pPr>
        <w:rPr>
          <w:lang w:val="pt-BR"/>
        </w:rPr>
      </w:pPr>
      <w:r w:rsidRPr="001179E8">
        <w:rPr>
          <w:lang w:val="pt-BR"/>
        </w:rPr>
        <w:t>"Se você não tivesse decidido atravessar minha barreira elétrica como se fosse feita de algodão doce, Santos, talvez não precisasse de um novo penteado," Nicole retrucou, um brilho divertido em seus olhos cinzentos enquanto retraía lâminas metálicas de seus antebraços. "Sua intangibilidade não é desculpa para táticas suicidas."</w:t>
      </w:r>
    </w:p>
    <w:p w14:paraId="5E938259" w14:textId="77777777" w:rsidR="002355BD" w:rsidRPr="001179E8" w:rsidRDefault="00000000">
      <w:pPr>
        <w:rPr>
          <w:lang w:val="pt-BR"/>
        </w:rPr>
      </w:pPr>
      <w:r w:rsidRPr="001179E8">
        <w:rPr>
          <w:lang w:val="pt-BR"/>
        </w:rPr>
        <w:br/>
      </w:r>
    </w:p>
    <w:p w14:paraId="5BFC80CC" w14:textId="77777777" w:rsidR="002355BD" w:rsidRPr="001179E8" w:rsidRDefault="00000000">
      <w:pPr>
        <w:rPr>
          <w:lang w:val="pt-BR"/>
        </w:rPr>
      </w:pPr>
      <w:r w:rsidRPr="001179E8">
        <w:rPr>
          <w:lang w:val="pt-BR"/>
        </w:rPr>
        <w:t>"Ei, funcionou, não funcionou? Distraí o 'inimigo', você deu o golpe final," Rick deu de ombros, um sorriso torto brincando em seus lábios. "Trabalho em equipe."</w:t>
      </w:r>
    </w:p>
    <w:p w14:paraId="00E6049B" w14:textId="77777777" w:rsidR="002355BD" w:rsidRPr="001179E8" w:rsidRDefault="00000000">
      <w:pPr>
        <w:rPr>
          <w:lang w:val="pt-BR"/>
        </w:rPr>
      </w:pPr>
      <w:r w:rsidRPr="001179E8">
        <w:rPr>
          <w:lang w:val="pt-BR"/>
        </w:rPr>
        <w:br/>
      </w:r>
    </w:p>
    <w:p w14:paraId="134B5067" w14:textId="77777777" w:rsidR="002355BD" w:rsidRPr="001179E8" w:rsidRDefault="00000000">
      <w:pPr>
        <w:rPr>
          <w:lang w:val="pt-BR"/>
        </w:rPr>
      </w:pPr>
      <w:r w:rsidRPr="001179E8">
        <w:rPr>
          <w:lang w:val="pt-BR"/>
        </w:rPr>
        <w:t>"Trabalho em equipe envolve comunicação," Luke interrompeu, aproximando-se com um tablet exibindo dados da simulação. "Não adivinhar qual parede o Rick vai atravessar a seguir."</w:t>
      </w:r>
    </w:p>
    <w:p w14:paraId="4B584BB2" w14:textId="77777777" w:rsidR="002355BD" w:rsidRPr="001179E8" w:rsidRDefault="00000000">
      <w:pPr>
        <w:rPr>
          <w:lang w:val="pt-BR"/>
        </w:rPr>
      </w:pPr>
      <w:r w:rsidRPr="001179E8">
        <w:rPr>
          <w:lang w:val="pt-BR"/>
        </w:rPr>
        <w:br/>
      </w:r>
    </w:p>
    <w:p w14:paraId="155CCD90" w14:textId="77777777" w:rsidR="002355BD" w:rsidRPr="001179E8" w:rsidRDefault="00000000">
      <w:pPr>
        <w:rPr>
          <w:lang w:val="pt-BR"/>
        </w:rPr>
      </w:pPr>
      <w:r w:rsidRPr="001179E8">
        <w:rPr>
          <w:lang w:val="pt-BR"/>
        </w:rPr>
        <w:t>Nicole riu, um som raro e genuíno que fez Rick desviar o olhar por um instante. "Ele tem razão, Rick. Por pouco."</w:t>
      </w:r>
    </w:p>
    <w:p w14:paraId="2446B9AC" w14:textId="77777777" w:rsidR="002355BD" w:rsidRPr="001179E8" w:rsidRDefault="00000000">
      <w:pPr>
        <w:rPr>
          <w:lang w:val="pt-BR"/>
        </w:rPr>
      </w:pPr>
      <w:r w:rsidRPr="001179E8">
        <w:rPr>
          <w:lang w:val="pt-BR"/>
        </w:rPr>
        <w:br/>
      </w:r>
    </w:p>
    <w:p w14:paraId="484DC357" w14:textId="77777777" w:rsidR="002355BD" w:rsidRPr="001179E8" w:rsidRDefault="00000000">
      <w:pPr>
        <w:rPr>
          <w:lang w:val="pt-BR"/>
        </w:rPr>
      </w:pPr>
      <w:r w:rsidRPr="001179E8">
        <w:rPr>
          <w:lang w:val="pt-BR"/>
        </w:rPr>
        <w:t>Antes que Rick pudesse responder, o alerta soou. Desta vez, não era uma simulação. Leituras energéticas anômalas, picos elementais erráticos surgindo em vários pontos da cidade, concentrando-se em torno de um setor industrial abandonado, dominado pela carcaça imponente de uma antiga torre de comunicações.</w:t>
      </w:r>
    </w:p>
    <w:p w14:paraId="6A4BC1DC" w14:textId="77777777" w:rsidR="002355BD" w:rsidRPr="001179E8" w:rsidRDefault="00000000">
      <w:pPr>
        <w:rPr>
          <w:lang w:val="pt-BR"/>
        </w:rPr>
      </w:pPr>
      <w:r w:rsidRPr="001179E8">
        <w:rPr>
          <w:lang w:val="pt-BR"/>
        </w:rPr>
        <w:br/>
      </w:r>
    </w:p>
    <w:p w14:paraId="77590C48" w14:textId="77777777" w:rsidR="002355BD" w:rsidRPr="001179E8" w:rsidRDefault="00000000">
      <w:pPr>
        <w:rPr>
          <w:lang w:val="pt-BR"/>
        </w:rPr>
      </w:pPr>
      <w:r w:rsidRPr="001179E8">
        <w:rPr>
          <w:lang w:val="pt-BR"/>
        </w:rPr>
        <w:t>"Primordiais II, preparar para mobilização," a voz de Vance ecoou pelos comunicadores. "Leituras de energia desconhecidas, padrão instável. Procedam com cautela máxima."</w:t>
      </w:r>
    </w:p>
    <w:p w14:paraId="2E390D8F" w14:textId="77777777" w:rsidR="002355BD" w:rsidRPr="001179E8" w:rsidRDefault="00000000">
      <w:pPr>
        <w:rPr>
          <w:lang w:val="pt-BR"/>
        </w:rPr>
      </w:pPr>
      <w:r w:rsidRPr="001179E8">
        <w:rPr>
          <w:lang w:val="pt-BR"/>
        </w:rPr>
        <w:br/>
      </w:r>
    </w:p>
    <w:p w14:paraId="5DC9F3E6" w14:textId="77777777" w:rsidR="002355BD" w:rsidRPr="001179E8" w:rsidRDefault="00000000">
      <w:pPr>
        <w:rPr>
          <w:lang w:val="pt-BR"/>
        </w:rPr>
      </w:pPr>
      <w:r w:rsidRPr="001179E8">
        <w:rPr>
          <w:lang w:val="pt-BR"/>
        </w:rPr>
        <w:t xml:space="preserve">A equipe se moveu com uma eficiência nascida da experiência. Em minutos, estavam no local, a torre abandonada projetando uma sombra agourenta sob o céu perpetuamente nublado. O ar crepitava com uma energia estranha, o chão vibrava levemente, e pequenas </w:t>
      </w:r>
      <w:r w:rsidRPr="001179E8">
        <w:rPr>
          <w:lang w:val="pt-BR"/>
        </w:rPr>
        <w:lastRenderedPageBreak/>
        <w:t>manifestações elementais – chamas espontâneas, rajadas de vento gelado, tremores localizados – irrompiam aleatoriamente.</w:t>
      </w:r>
    </w:p>
    <w:p w14:paraId="279EAD4D" w14:textId="77777777" w:rsidR="002355BD" w:rsidRPr="001179E8" w:rsidRDefault="00000000">
      <w:pPr>
        <w:rPr>
          <w:lang w:val="pt-BR"/>
        </w:rPr>
      </w:pPr>
      <w:r w:rsidRPr="001179E8">
        <w:rPr>
          <w:lang w:val="pt-BR"/>
        </w:rPr>
        <w:br/>
      </w:r>
    </w:p>
    <w:p w14:paraId="0D6B2849" w14:textId="77777777" w:rsidR="002355BD" w:rsidRPr="001179E8" w:rsidRDefault="00000000">
      <w:pPr>
        <w:rPr>
          <w:lang w:val="pt-BR"/>
        </w:rPr>
      </w:pPr>
      <w:r w:rsidRPr="001179E8">
        <w:rPr>
          <w:lang w:val="pt-BR"/>
        </w:rPr>
        <w:t>"Isso não é natural," Linda murmurou, seus sentidos feéricos em alerta máximo, sentindo a agonia da terra sob seus pés.</w:t>
      </w:r>
    </w:p>
    <w:p w14:paraId="62F52CAB" w14:textId="77777777" w:rsidR="002355BD" w:rsidRPr="001179E8" w:rsidRDefault="00000000">
      <w:pPr>
        <w:rPr>
          <w:lang w:val="pt-BR"/>
        </w:rPr>
      </w:pPr>
      <w:r w:rsidRPr="001179E8">
        <w:rPr>
          <w:lang w:val="pt-BR"/>
        </w:rPr>
        <w:br/>
      </w:r>
    </w:p>
    <w:p w14:paraId="72BF8624" w14:textId="77777777" w:rsidR="002355BD" w:rsidRPr="001179E8" w:rsidRDefault="00000000">
      <w:pPr>
        <w:rPr>
          <w:lang w:val="pt-BR"/>
        </w:rPr>
      </w:pPr>
      <w:r w:rsidRPr="001179E8">
        <w:rPr>
          <w:lang w:val="pt-BR"/>
        </w:rPr>
        <w:t>"Análise indica uma fonte de energia concentrada no topo da torre," Chrome relatou, seus olhos varrendo a estrutura decrépita. "Altamente instável. Poderia ser uma falha tecnológica antiga, ou..."</w:t>
      </w:r>
    </w:p>
    <w:p w14:paraId="388A141B" w14:textId="77777777" w:rsidR="002355BD" w:rsidRPr="001179E8" w:rsidRDefault="00000000">
      <w:pPr>
        <w:rPr>
          <w:lang w:val="pt-BR"/>
        </w:rPr>
      </w:pPr>
      <w:r w:rsidRPr="001179E8">
        <w:rPr>
          <w:lang w:val="pt-BR"/>
        </w:rPr>
        <w:br/>
      </w:r>
    </w:p>
    <w:p w14:paraId="2432218F" w14:textId="77777777" w:rsidR="002355BD" w:rsidRPr="001179E8" w:rsidRDefault="00000000">
      <w:pPr>
        <w:rPr>
          <w:lang w:val="pt-BR"/>
        </w:rPr>
      </w:pPr>
      <w:r w:rsidRPr="001179E8">
        <w:rPr>
          <w:lang w:val="pt-BR"/>
        </w:rPr>
        <w:t>"Ou algo pior," Luke completou, seus clones já se espalhando para reconhecimento perimetral.</w:t>
      </w:r>
    </w:p>
    <w:p w14:paraId="323E24F2" w14:textId="77777777" w:rsidR="002355BD" w:rsidRPr="001179E8" w:rsidRDefault="00000000">
      <w:pPr>
        <w:rPr>
          <w:lang w:val="pt-BR"/>
        </w:rPr>
      </w:pPr>
      <w:r w:rsidRPr="001179E8">
        <w:rPr>
          <w:lang w:val="pt-BR"/>
        </w:rPr>
        <w:br/>
      </w:r>
    </w:p>
    <w:p w14:paraId="151C2205" w14:textId="77777777" w:rsidR="002355BD" w:rsidRPr="001179E8" w:rsidRDefault="00000000">
      <w:pPr>
        <w:rPr>
          <w:lang w:val="pt-BR"/>
        </w:rPr>
      </w:pPr>
      <w:r w:rsidRPr="001179E8">
        <w:rPr>
          <w:lang w:val="pt-BR"/>
        </w:rPr>
        <w:t>Subiram a torre, encontrando resistência mínima, apenas os ecos fantasmagóricos de um passado industrial. No topo, em uma vasta sala circular que outrora abrigara antenas e transmissores, encontraram a fonte do caos.</w:t>
      </w:r>
    </w:p>
    <w:p w14:paraId="7351E5F1" w14:textId="77777777" w:rsidR="002355BD" w:rsidRPr="001179E8" w:rsidRDefault="00000000">
      <w:pPr>
        <w:rPr>
          <w:lang w:val="pt-BR"/>
        </w:rPr>
      </w:pPr>
      <w:r w:rsidRPr="001179E8">
        <w:rPr>
          <w:lang w:val="pt-BR"/>
        </w:rPr>
        <w:br/>
      </w:r>
    </w:p>
    <w:p w14:paraId="27EF3D5F" w14:textId="77777777" w:rsidR="002355BD" w:rsidRPr="001179E8" w:rsidRDefault="00000000">
      <w:pPr>
        <w:rPr>
          <w:lang w:val="pt-BR"/>
        </w:rPr>
      </w:pPr>
      <w:r w:rsidRPr="001179E8">
        <w:rPr>
          <w:lang w:val="pt-BR"/>
        </w:rPr>
        <w:t>O Rei Corvo estava lá. Mas não como antes. A transformação instável havia cobrado seu preço. Ele parecia mais magro, a pele esticada sobre uma estrutura óssea que parecia... errada. As veias negras eram mais proeminentes, e ele estava cercado por um círculo improvisado de tecnologia roubada e artefatos estranhos, tentando canalizar a energia elemental ambiente para um ponto focal no centro da sala – um rasgo trêmulo na realidade, um portal.</w:t>
      </w:r>
    </w:p>
    <w:p w14:paraId="201231DE" w14:textId="77777777" w:rsidR="002355BD" w:rsidRPr="001179E8" w:rsidRDefault="00000000">
      <w:pPr>
        <w:rPr>
          <w:lang w:val="pt-BR"/>
        </w:rPr>
      </w:pPr>
      <w:r w:rsidRPr="001179E8">
        <w:rPr>
          <w:lang w:val="pt-BR"/>
        </w:rPr>
        <w:br/>
      </w:r>
    </w:p>
    <w:p w14:paraId="750FC8A5" w14:textId="77777777" w:rsidR="002355BD" w:rsidRPr="001179E8" w:rsidRDefault="00000000">
      <w:pPr>
        <w:rPr>
          <w:lang w:val="pt-BR"/>
        </w:rPr>
      </w:pPr>
      <w:r w:rsidRPr="001179E8">
        <w:rPr>
          <w:lang w:val="pt-BR"/>
        </w:rPr>
        <w:t>"Vocês..." o Rei Corvo sibilou, virando-se com olhos febris. "Chegaram tarde demais... Ele me prometeu poder... controle..."</w:t>
      </w:r>
    </w:p>
    <w:p w14:paraId="79914837" w14:textId="77777777" w:rsidR="002355BD" w:rsidRPr="001179E8" w:rsidRDefault="00000000">
      <w:pPr>
        <w:rPr>
          <w:lang w:val="pt-BR"/>
        </w:rPr>
      </w:pPr>
      <w:r w:rsidRPr="001179E8">
        <w:rPr>
          <w:lang w:val="pt-BR"/>
        </w:rPr>
        <w:br/>
      </w:r>
    </w:p>
    <w:p w14:paraId="558C63EF" w14:textId="77777777" w:rsidR="002355BD" w:rsidRPr="001179E8" w:rsidRDefault="00000000">
      <w:pPr>
        <w:rPr>
          <w:lang w:val="pt-BR"/>
        </w:rPr>
      </w:pPr>
      <w:r w:rsidRPr="001179E8">
        <w:rPr>
          <w:lang w:val="pt-BR"/>
        </w:rPr>
        <w:lastRenderedPageBreak/>
        <w:t>"Ele quem?" Blue perguntou, avançando cautelosamente.</w:t>
      </w:r>
    </w:p>
    <w:p w14:paraId="05E2AEB4" w14:textId="77777777" w:rsidR="002355BD" w:rsidRPr="001179E8" w:rsidRDefault="00000000">
      <w:pPr>
        <w:rPr>
          <w:lang w:val="pt-BR"/>
        </w:rPr>
      </w:pPr>
      <w:r w:rsidRPr="001179E8">
        <w:rPr>
          <w:lang w:val="pt-BR"/>
        </w:rPr>
        <w:br/>
      </w:r>
    </w:p>
    <w:p w14:paraId="6454F1ED" w14:textId="77777777" w:rsidR="002355BD" w:rsidRPr="001179E8" w:rsidRDefault="00000000">
      <w:pPr>
        <w:rPr>
          <w:lang w:val="pt-BR"/>
        </w:rPr>
      </w:pPr>
      <w:r w:rsidRPr="001179E8">
        <w:rPr>
          <w:lang w:val="pt-BR"/>
        </w:rPr>
        <w:t>O portal pulsou violentamente, a energia elemental girando fora de controle. O Rei Corvo gritou, pego na reação, seu corpo sendo consumido pela energia que tentara dominar.</w:t>
      </w:r>
    </w:p>
    <w:p w14:paraId="29D1F654" w14:textId="77777777" w:rsidR="002355BD" w:rsidRPr="001179E8" w:rsidRDefault="00000000">
      <w:pPr>
        <w:rPr>
          <w:lang w:val="pt-BR"/>
        </w:rPr>
      </w:pPr>
      <w:r w:rsidRPr="001179E8">
        <w:rPr>
          <w:lang w:val="pt-BR"/>
        </w:rPr>
        <w:br/>
      </w:r>
    </w:p>
    <w:p w14:paraId="76E3B733" w14:textId="77777777" w:rsidR="002355BD" w:rsidRPr="001179E8" w:rsidRDefault="00000000">
      <w:pPr>
        <w:rPr>
          <w:lang w:val="pt-BR"/>
        </w:rPr>
      </w:pPr>
      <w:r w:rsidRPr="001179E8">
        <w:rPr>
          <w:lang w:val="pt-BR"/>
        </w:rPr>
        <w:t>E do portal, uma figura emergiu. Não o híbrido gigante/fada que as lendas descreviam. Era algo mais sombrio, etéreo. Uma silhueta humanoide feita de sombras e fumaça roxa, com olhos que ardiam como brasas do submundo. Escamas espectrais cobriam partes de seu corpo, e uma aura de poder dracônico e frio ancestral emanava dele. Rox havia retornado, não como carne e osso, mas como um Espectro vingativo, alimentado pela essência da Dragoa Maligna que o havia encontrado em seu exílio.</w:t>
      </w:r>
    </w:p>
    <w:p w14:paraId="18F812B2" w14:textId="77777777" w:rsidR="002355BD" w:rsidRPr="001179E8" w:rsidRDefault="00000000">
      <w:pPr>
        <w:rPr>
          <w:lang w:val="pt-BR"/>
        </w:rPr>
      </w:pPr>
      <w:r w:rsidRPr="001179E8">
        <w:rPr>
          <w:lang w:val="pt-BR"/>
        </w:rPr>
        <w:br/>
      </w:r>
    </w:p>
    <w:p w14:paraId="7FF1F12E" w14:textId="77777777" w:rsidR="002355BD" w:rsidRPr="001179E8" w:rsidRDefault="00000000">
      <w:pPr>
        <w:rPr>
          <w:lang w:val="pt-BR"/>
        </w:rPr>
      </w:pPr>
      <w:r w:rsidRPr="001179E8">
        <w:rPr>
          <w:lang w:val="pt-BR"/>
        </w:rPr>
        <w:t>"Primordiais..." a voz de Rox era um coro de ecos fantasmagóricos, fria e cheia de ódio antigo. "Os filhos... carregando o fardo de seus pais..."</w:t>
      </w:r>
    </w:p>
    <w:p w14:paraId="7FBE6C97" w14:textId="77777777" w:rsidR="002355BD" w:rsidRPr="001179E8" w:rsidRDefault="00000000">
      <w:pPr>
        <w:rPr>
          <w:lang w:val="pt-BR"/>
        </w:rPr>
      </w:pPr>
      <w:r w:rsidRPr="001179E8">
        <w:rPr>
          <w:lang w:val="pt-BR"/>
        </w:rPr>
        <w:br/>
      </w:r>
    </w:p>
    <w:p w14:paraId="4758D8DD" w14:textId="77777777" w:rsidR="002355BD" w:rsidRPr="001179E8" w:rsidRDefault="00000000">
      <w:pPr>
        <w:rPr>
          <w:lang w:val="pt-BR"/>
        </w:rPr>
      </w:pPr>
      <w:r w:rsidRPr="001179E8">
        <w:rPr>
          <w:lang w:val="pt-BR"/>
        </w:rPr>
        <w:t>O ataque foi instantâneo e avassalador. Rox se moveu com uma velocidade fantasmagórica, ignorando as barreiras de Chrome, atravessando a forma intangível de Punk como se não existisse. Rajadas de energia sombria e gelada atingiram Blue antes que ele pudesse sequer pensar em absorver, sobrecarregando seu fator de cura. Os clones de Luke foram desfeitos por tentáculos de sombra. Linda tentou invocar golens, mas o próprio chão pareceu rejeitá-la sob a influência de Rox, e suas vinhas murcharam ao toque da energia espectral.</w:t>
      </w:r>
    </w:p>
    <w:p w14:paraId="36846170" w14:textId="77777777" w:rsidR="002355BD" w:rsidRPr="001179E8" w:rsidRDefault="00000000">
      <w:pPr>
        <w:rPr>
          <w:lang w:val="pt-BR"/>
        </w:rPr>
      </w:pPr>
      <w:r w:rsidRPr="001179E8">
        <w:rPr>
          <w:lang w:val="pt-BR"/>
        </w:rPr>
        <w:br/>
      </w:r>
    </w:p>
    <w:p w14:paraId="0F9AE6A6" w14:textId="77777777" w:rsidR="002355BD" w:rsidRPr="001179E8" w:rsidRDefault="00000000">
      <w:pPr>
        <w:rPr>
          <w:lang w:val="pt-BR"/>
        </w:rPr>
      </w:pPr>
      <w:r w:rsidRPr="001179E8">
        <w:rPr>
          <w:lang w:val="pt-BR"/>
        </w:rPr>
        <w:t>Chrome e Punk lutaram lado a lado, uma tempestade de metal, eletricidade, força cinética e densidade variável contra a escuridão avassaladora. Por um momento, sua sinergia desesperada pareceu conter o Espectro. Mas Rox era uma força primordial renascida. Com um gesto desdenhoso, ele liberou uma onda de energia dracônica pura.</w:t>
      </w:r>
    </w:p>
    <w:p w14:paraId="448F236E" w14:textId="77777777" w:rsidR="002355BD" w:rsidRPr="001179E8" w:rsidRDefault="00000000">
      <w:pPr>
        <w:rPr>
          <w:lang w:val="pt-BR"/>
        </w:rPr>
      </w:pPr>
      <w:r w:rsidRPr="001179E8">
        <w:rPr>
          <w:lang w:val="pt-BR"/>
        </w:rPr>
        <w:br/>
      </w:r>
    </w:p>
    <w:p w14:paraId="424F047C" w14:textId="77777777" w:rsidR="002355BD" w:rsidRPr="001179E8" w:rsidRDefault="00000000">
      <w:pPr>
        <w:rPr>
          <w:lang w:val="pt-BR"/>
        </w:rPr>
      </w:pPr>
      <w:r w:rsidRPr="001179E8">
        <w:rPr>
          <w:lang w:val="pt-BR"/>
        </w:rPr>
        <w:t xml:space="preserve">Rick foi arremessado contra uma parede distante, a energia cinética que tentou absorver rasgando através de suas defesas, deixando-o atordoado e sem fôlego. Chrome foi envolvida </w:t>
      </w:r>
      <w:r w:rsidRPr="001179E8">
        <w:rPr>
          <w:lang w:val="pt-BR"/>
        </w:rPr>
        <w:lastRenderedPageBreak/>
        <w:t>pela energia escura, seu corpo metálico chiando e escurecendo, seus sistemas sobrecarregados, caindo inerte no chão.</w:t>
      </w:r>
    </w:p>
    <w:p w14:paraId="6C6BD47F" w14:textId="77777777" w:rsidR="002355BD" w:rsidRPr="001179E8" w:rsidRDefault="00000000">
      <w:pPr>
        <w:rPr>
          <w:lang w:val="pt-BR"/>
        </w:rPr>
      </w:pPr>
      <w:r w:rsidRPr="001179E8">
        <w:rPr>
          <w:lang w:val="pt-BR"/>
        </w:rPr>
        <w:br/>
      </w:r>
    </w:p>
    <w:p w14:paraId="7FC408F7" w14:textId="77777777" w:rsidR="002355BD" w:rsidRPr="001179E8" w:rsidRDefault="00000000">
      <w:pPr>
        <w:rPr>
          <w:lang w:val="pt-BR"/>
        </w:rPr>
      </w:pPr>
      <w:r w:rsidRPr="001179E8">
        <w:rPr>
          <w:lang w:val="pt-BR"/>
        </w:rPr>
        <w:t>Um por um, os Primordiais II caíram. Derrotados não por falta de poder ou coragem, mas pela magnitude avassaladora de uma ameaça que transcendia sua experiência, uma sombra do passado de seus pais retornada com fúria redobrada.</w:t>
      </w:r>
    </w:p>
    <w:p w14:paraId="1E98DD40" w14:textId="77777777" w:rsidR="002355BD" w:rsidRPr="001179E8" w:rsidRDefault="00000000">
      <w:pPr>
        <w:rPr>
          <w:lang w:val="pt-BR"/>
        </w:rPr>
      </w:pPr>
      <w:r w:rsidRPr="001179E8">
        <w:rPr>
          <w:lang w:val="pt-BR"/>
        </w:rPr>
        <w:br/>
      </w:r>
    </w:p>
    <w:p w14:paraId="696C9AEB" w14:textId="77777777" w:rsidR="002355BD" w:rsidRPr="001179E8" w:rsidRDefault="00000000">
      <w:pPr>
        <w:rPr>
          <w:lang w:val="pt-BR"/>
        </w:rPr>
      </w:pPr>
      <w:r w:rsidRPr="001179E8">
        <w:rPr>
          <w:lang w:val="pt-BR"/>
        </w:rPr>
        <w:t>Rox pairou sobre os heróis caídos, sua forma espectral tremeluzindo. Ele olhou para a cidade abaixo, um sorriso frio e fantasmagórico se formando em seus traços sombrios.</w:t>
      </w:r>
    </w:p>
    <w:p w14:paraId="06800BD5" w14:textId="77777777" w:rsidR="002355BD" w:rsidRPr="001179E8" w:rsidRDefault="00000000">
      <w:pPr>
        <w:rPr>
          <w:lang w:val="pt-BR"/>
        </w:rPr>
      </w:pPr>
      <w:r w:rsidRPr="001179E8">
        <w:rPr>
          <w:lang w:val="pt-BR"/>
        </w:rPr>
        <w:br/>
      </w:r>
    </w:p>
    <w:p w14:paraId="7952916A" w14:textId="77777777" w:rsidR="002355BD" w:rsidRPr="001179E8" w:rsidRDefault="00000000">
      <w:pPr>
        <w:rPr>
          <w:lang w:val="pt-BR"/>
        </w:rPr>
      </w:pPr>
      <w:r w:rsidRPr="001179E8">
        <w:rPr>
          <w:lang w:val="pt-BR"/>
        </w:rPr>
        <w:t>"O silêncio terminou," ele sussurrou, a voz ecoando na torre devastada. "Agora... começa a fúria."</w:t>
      </w:r>
    </w:p>
    <w:p w14:paraId="6FA181B2" w14:textId="77777777" w:rsidR="002355BD" w:rsidRPr="001179E8" w:rsidRDefault="002355BD">
      <w:pPr>
        <w:rPr>
          <w:lang w:val="pt-BR"/>
        </w:rPr>
      </w:pPr>
    </w:p>
    <w:p w14:paraId="21F982FA" w14:textId="77777777" w:rsidR="002355BD" w:rsidRPr="001179E8" w:rsidRDefault="002355BD">
      <w:pPr>
        <w:rPr>
          <w:lang w:val="pt-BR"/>
        </w:rPr>
      </w:pPr>
    </w:p>
    <w:p w14:paraId="7C22674A" w14:textId="77777777" w:rsidR="002355BD" w:rsidRPr="001179E8" w:rsidRDefault="00000000">
      <w:pPr>
        <w:rPr>
          <w:lang w:val="pt-BR"/>
        </w:rPr>
      </w:pPr>
      <w:r w:rsidRPr="001179E8">
        <w:rPr>
          <w:lang w:val="pt-BR"/>
        </w:rPr>
        <w:t>O silêncio na ala médica da G.R.A.I.A. era pesado, pontuado apenas pelo bipe suave dos monitores e o zumbido baixo dos sistemas de suporte vital. Os Primordiais II estavam espalhados pela área de espera adjacente, um quadro sombrio de exaustão física e derrota moral. A batalha contra o Espectro Rox deixara mais do que contusões e sistemas sobrecarregados; deixara uma marca profunda em suas jovens psiques.</w:t>
      </w:r>
    </w:p>
    <w:p w14:paraId="4EE1841C" w14:textId="77777777" w:rsidR="002355BD" w:rsidRPr="001179E8" w:rsidRDefault="00000000">
      <w:pPr>
        <w:rPr>
          <w:lang w:val="pt-BR"/>
        </w:rPr>
      </w:pPr>
      <w:r w:rsidRPr="001179E8">
        <w:rPr>
          <w:lang w:val="pt-BR"/>
        </w:rPr>
        <w:br/>
      </w:r>
    </w:p>
    <w:p w14:paraId="3C95F453" w14:textId="77777777" w:rsidR="002355BD" w:rsidRPr="001179E8" w:rsidRDefault="00000000">
      <w:pPr>
        <w:rPr>
          <w:lang w:val="pt-BR"/>
        </w:rPr>
      </w:pPr>
      <w:r w:rsidRPr="001179E8">
        <w:rPr>
          <w:lang w:val="pt-BR"/>
        </w:rPr>
        <w:t>Linda cuidava de um pequeno bonsai que trouxera para a sala, seus dedos traçando as folhas enquanto lágrimas silenciosas escorriam por seu rosto. A violação de seu sangue pelo Rei Corvo e a impotência diante de Rox haviam abalado sua fé inata na bondade. Blue estava sentado rigidamente em uma cadeira, os olhos azuis elétricos fixos no nada, repassando mentalmente cada segundo da luta, cada falha, cada poder que não conseguiu absorver ou usar eficazmente. A sombra de seus pais e avós parecia mais longa do que nunca.</w:t>
      </w:r>
    </w:p>
    <w:p w14:paraId="5FCAD8EF" w14:textId="77777777" w:rsidR="002355BD" w:rsidRPr="001179E8" w:rsidRDefault="00000000">
      <w:pPr>
        <w:rPr>
          <w:lang w:val="pt-BR"/>
        </w:rPr>
      </w:pPr>
      <w:r w:rsidRPr="001179E8">
        <w:rPr>
          <w:lang w:val="pt-BR"/>
        </w:rPr>
        <w:br/>
      </w:r>
    </w:p>
    <w:p w14:paraId="03F13F4A" w14:textId="77777777" w:rsidR="002355BD" w:rsidRPr="001179E8" w:rsidRDefault="00000000">
      <w:pPr>
        <w:rPr>
          <w:lang w:val="pt-BR"/>
        </w:rPr>
      </w:pPr>
      <w:r w:rsidRPr="001179E8">
        <w:rPr>
          <w:lang w:val="pt-BR"/>
        </w:rPr>
        <w:t xml:space="preserve">Luke estava debruçado sobre um tablet, analisando fragmentos de dados recuperados da torre, sua mente de detetive buscando padrões, explicações lógicas para o caos sobrenatural </w:t>
      </w:r>
      <w:r w:rsidRPr="001179E8">
        <w:rPr>
          <w:lang w:val="pt-BR"/>
        </w:rPr>
        <w:lastRenderedPageBreak/>
        <w:t>que haviam enfrentado. Mas a lógica parecia um consolo frágil diante da magnitude do poder de Rox. Ele lançava olhares preocupados para seu melhor amigo.</w:t>
      </w:r>
    </w:p>
    <w:p w14:paraId="5915B407" w14:textId="77777777" w:rsidR="002355BD" w:rsidRPr="001179E8" w:rsidRDefault="00000000">
      <w:pPr>
        <w:rPr>
          <w:lang w:val="pt-BR"/>
        </w:rPr>
      </w:pPr>
      <w:r w:rsidRPr="001179E8">
        <w:rPr>
          <w:lang w:val="pt-BR"/>
        </w:rPr>
        <w:br/>
      </w:r>
    </w:p>
    <w:p w14:paraId="30A84896" w14:textId="77777777" w:rsidR="002355BD" w:rsidRPr="001179E8" w:rsidRDefault="00000000">
      <w:pPr>
        <w:rPr>
          <w:lang w:val="pt-BR"/>
        </w:rPr>
      </w:pPr>
      <w:r w:rsidRPr="001179E8">
        <w:rPr>
          <w:lang w:val="pt-BR"/>
        </w:rPr>
        <w:t>Rick, Punk, estava de pé, encostado na parede mais distante, braços cruzados, o maxilar tenso. Sua jaqueta de couro estava rasgada, e bandagens cobriam arranhões em seus braços. A energia cinética que ele absorvera de Rox ainda vibrava dolorosamente em seus ossos, um lembrete constante da diferença de poder. Ele se sentia oco, a raiva e a frustração uma mistura amarga com a culpa por não ter protegido a equipe, por não ter sido... suficiente. Seus olhos encontraram os de Nicole do outro lado da sala.</w:t>
      </w:r>
    </w:p>
    <w:p w14:paraId="42F56661" w14:textId="77777777" w:rsidR="002355BD" w:rsidRPr="001179E8" w:rsidRDefault="00000000">
      <w:pPr>
        <w:rPr>
          <w:lang w:val="pt-BR"/>
        </w:rPr>
      </w:pPr>
      <w:r w:rsidRPr="001179E8">
        <w:rPr>
          <w:lang w:val="pt-BR"/>
        </w:rPr>
        <w:br/>
      </w:r>
    </w:p>
    <w:p w14:paraId="5B656071" w14:textId="77777777" w:rsidR="002355BD" w:rsidRPr="001179E8" w:rsidRDefault="00000000">
      <w:pPr>
        <w:rPr>
          <w:lang w:val="pt-BR"/>
        </w:rPr>
      </w:pPr>
      <w:r w:rsidRPr="001179E8">
        <w:rPr>
          <w:lang w:val="pt-BR"/>
        </w:rPr>
        <w:t>Chrome estava em uma baía médica, sensores bio-energéticos monitorando a recuperação de sua forma metálica, que ainda exibia marcas escuras onde a energia de Rox a havia atingido. Técnicos especializados da G.R.A.I.A. auxiliavam no processo de estabilização de seu fluxo energético interno, visivelmente perturbado. Ela parecia impassível, mas Rick podia ver a tensão na linha de seus ombros metálicos, a maneira como seus dedos tamborilavam levemente no apoio de braço da cadeira de recuperação. Pela primeira vez, ele a vira ser dominada, seus poderes falhando. A visão o perturbara mais do que ele gostaria de admitir.</w:t>
      </w:r>
    </w:p>
    <w:p w14:paraId="5B31BAA5" w14:textId="77777777" w:rsidR="002355BD" w:rsidRPr="001179E8" w:rsidRDefault="00000000">
      <w:pPr>
        <w:rPr>
          <w:lang w:val="pt-BR"/>
        </w:rPr>
      </w:pPr>
      <w:r w:rsidRPr="001179E8">
        <w:rPr>
          <w:lang w:val="pt-BR"/>
        </w:rPr>
        <w:br/>
      </w:r>
    </w:p>
    <w:p w14:paraId="1DD245DA" w14:textId="77777777" w:rsidR="002355BD" w:rsidRPr="001179E8" w:rsidRDefault="00000000">
      <w:pPr>
        <w:rPr>
          <w:lang w:val="pt-BR"/>
        </w:rPr>
      </w:pPr>
      <w:r w:rsidRPr="001179E8">
        <w:rPr>
          <w:lang w:val="pt-BR"/>
        </w:rPr>
        <w:t>A convocação veio do General Vance. Uma reunião de emergência na sala de guerra. Os jovens heróis se arrastaram até lá, encontrando um semicírculo de figuras imponentes esperando por eles. Vance estava no centro, sua expressão grave. Ao seu lado, via holograma, estava Fogo-Vivo, Dante Rossi, seu rosto marcado pela preocupação com Lia (que estava estável, mas sob observação intensiva) e pela seriedade da situação. Presente fisicamente estava o Dr. Aris Thorne, o Androide, seus sensores ópticos analisando os dados da batalha com uma calma artificial. E, para surpresa de muitos, estava também uma figura raramente vista fora de seus domínios arcanos: Sang-Suga, a avó de Blue, uma mulher cuja idade era impossível de determinar, seus olhos contendo a sabedoria e o perigo de eras.</w:t>
      </w:r>
    </w:p>
    <w:p w14:paraId="26CE83FA" w14:textId="77777777" w:rsidR="002355BD" w:rsidRPr="001179E8" w:rsidRDefault="00000000">
      <w:pPr>
        <w:rPr>
          <w:lang w:val="pt-BR"/>
        </w:rPr>
      </w:pPr>
      <w:r w:rsidRPr="001179E8">
        <w:rPr>
          <w:lang w:val="pt-BR"/>
        </w:rPr>
        <w:br/>
      </w:r>
    </w:p>
    <w:p w14:paraId="5BA9E81C" w14:textId="77777777" w:rsidR="002355BD" w:rsidRPr="001179E8" w:rsidRDefault="00000000">
      <w:pPr>
        <w:rPr>
          <w:lang w:val="pt-BR"/>
        </w:rPr>
      </w:pPr>
      <w:r w:rsidRPr="001179E8">
        <w:rPr>
          <w:lang w:val="pt-BR"/>
        </w:rPr>
        <w:t>"Relatórios preliminares confirmam o impossível," Vance começou, sem rodeios. "A entidade que vocês enfrentaram era, de fato, Rox. Ou o que restou dele."</w:t>
      </w:r>
    </w:p>
    <w:p w14:paraId="203A4F4B" w14:textId="77777777" w:rsidR="002355BD" w:rsidRPr="001179E8" w:rsidRDefault="00000000">
      <w:pPr>
        <w:rPr>
          <w:lang w:val="pt-BR"/>
        </w:rPr>
      </w:pPr>
      <w:r w:rsidRPr="001179E8">
        <w:rPr>
          <w:lang w:val="pt-BR"/>
        </w:rPr>
        <w:br/>
      </w:r>
    </w:p>
    <w:p w14:paraId="7800B0E8" w14:textId="77777777" w:rsidR="002355BD" w:rsidRPr="001179E8" w:rsidRDefault="00000000">
      <w:pPr>
        <w:rPr>
          <w:lang w:val="pt-BR"/>
        </w:rPr>
      </w:pPr>
      <w:r w:rsidRPr="001179E8">
        <w:rPr>
          <w:lang w:val="pt-BR"/>
        </w:rPr>
        <w:lastRenderedPageBreak/>
        <w:t>"Como?" Luke perguntou, a voz rouca. "As lendas dizem que os Primordiais originais o baniram para o Submundo há décadas."</w:t>
      </w:r>
    </w:p>
    <w:p w14:paraId="4D8FAB1E" w14:textId="77777777" w:rsidR="002355BD" w:rsidRPr="001179E8" w:rsidRDefault="00000000">
      <w:pPr>
        <w:rPr>
          <w:lang w:val="pt-BR"/>
        </w:rPr>
      </w:pPr>
      <w:r w:rsidRPr="001179E8">
        <w:rPr>
          <w:lang w:val="pt-BR"/>
        </w:rPr>
        <w:br/>
      </w:r>
    </w:p>
    <w:p w14:paraId="1BA47B09" w14:textId="77777777" w:rsidR="002355BD" w:rsidRPr="001179E8" w:rsidRDefault="00000000">
      <w:pPr>
        <w:rPr>
          <w:lang w:val="pt-BR"/>
        </w:rPr>
      </w:pPr>
      <w:r w:rsidRPr="001179E8">
        <w:rPr>
          <w:lang w:val="pt-BR"/>
        </w:rPr>
        <w:t>"E assim foi," confirmou Sang-Suga, sua voz um sussurro seco como folhas antigas. "O Submundo não é um lugar de descanso, jovem detetive. É um reino de ecos sombrios e fome eterna. Rox, um híbrido de poder imenso nascido da união proibida entre Gigante e Fada, foi lançado lá, quebrado, mas não destruído."</w:t>
      </w:r>
    </w:p>
    <w:p w14:paraId="1010D9A5" w14:textId="77777777" w:rsidR="002355BD" w:rsidRPr="001179E8" w:rsidRDefault="00000000">
      <w:pPr>
        <w:rPr>
          <w:lang w:val="pt-BR"/>
        </w:rPr>
      </w:pPr>
      <w:r w:rsidRPr="001179E8">
        <w:rPr>
          <w:lang w:val="pt-BR"/>
        </w:rPr>
        <w:br/>
      </w:r>
    </w:p>
    <w:p w14:paraId="717A4C74" w14:textId="77777777" w:rsidR="002355BD" w:rsidRPr="001179E8" w:rsidRDefault="00000000">
      <w:pPr>
        <w:rPr>
          <w:lang w:val="pt-BR"/>
        </w:rPr>
      </w:pPr>
      <w:r w:rsidRPr="001179E8">
        <w:rPr>
          <w:lang w:val="pt-BR"/>
        </w:rPr>
        <w:t>"Nossas análises da energia residual indicam uma assinatura dracônica," interveio o Dr. Thorne, sua voz sintética precisa. "Misturada com uma energia necrótica e espectral de natureza desconhecida, mas compatível com descrições de entidades poderosas do Submundo."</w:t>
      </w:r>
    </w:p>
    <w:p w14:paraId="7BD40336" w14:textId="77777777" w:rsidR="002355BD" w:rsidRPr="001179E8" w:rsidRDefault="00000000">
      <w:pPr>
        <w:rPr>
          <w:lang w:val="pt-BR"/>
        </w:rPr>
      </w:pPr>
      <w:r w:rsidRPr="001179E8">
        <w:rPr>
          <w:lang w:val="pt-BR"/>
        </w:rPr>
        <w:br/>
      </w:r>
    </w:p>
    <w:p w14:paraId="0F8C1F3D" w14:textId="77777777" w:rsidR="002355BD" w:rsidRPr="001179E8" w:rsidRDefault="00000000">
      <w:pPr>
        <w:rPr>
          <w:lang w:val="pt-BR"/>
        </w:rPr>
      </w:pPr>
      <w:r w:rsidRPr="001179E8">
        <w:rPr>
          <w:lang w:val="pt-BR"/>
        </w:rPr>
        <w:t>"A Dragoa Maligna," Sang-Suga murmurou, e um arrepio pareceu percorrer a sala. "Uma das Devoradoras Primordiais que residem nas profundezas mais escuras. Rox, em seu desespero e ódio, deve ter encontrado ou sido encontrado por ela. Ele se tornou seu arauto, seu avatar... um Espectro alimentado por seu poder profano."</w:t>
      </w:r>
    </w:p>
    <w:p w14:paraId="0D971AF0" w14:textId="77777777" w:rsidR="002355BD" w:rsidRPr="001179E8" w:rsidRDefault="00000000">
      <w:pPr>
        <w:rPr>
          <w:lang w:val="pt-BR"/>
        </w:rPr>
      </w:pPr>
      <w:r w:rsidRPr="001179E8">
        <w:rPr>
          <w:lang w:val="pt-BR"/>
        </w:rPr>
        <w:br/>
      </w:r>
    </w:p>
    <w:p w14:paraId="78F1305E" w14:textId="77777777" w:rsidR="002355BD" w:rsidRPr="001179E8" w:rsidRDefault="00000000">
      <w:pPr>
        <w:rPr>
          <w:lang w:val="pt-BR"/>
        </w:rPr>
      </w:pPr>
      <w:r w:rsidRPr="001179E8">
        <w:rPr>
          <w:lang w:val="pt-BR"/>
        </w:rPr>
        <w:t>Dante, pelo holograma, acrescentou com gravidade: "Isso explica a forma espectral, a resistência a muitos de nossos ataques convencionais e a energia dracônica. Ele não é mais apenas o híbrido que enfrentamos. É algo... outro."</w:t>
      </w:r>
    </w:p>
    <w:p w14:paraId="57D9756A" w14:textId="77777777" w:rsidR="002355BD" w:rsidRPr="001179E8" w:rsidRDefault="00000000">
      <w:pPr>
        <w:rPr>
          <w:lang w:val="pt-BR"/>
        </w:rPr>
      </w:pPr>
      <w:r w:rsidRPr="001179E8">
        <w:rPr>
          <w:lang w:val="pt-BR"/>
        </w:rPr>
        <w:br/>
      </w:r>
    </w:p>
    <w:p w14:paraId="4C7A59AB" w14:textId="77777777" w:rsidR="002355BD" w:rsidRPr="001179E8" w:rsidRDefault="00000000">
      <w:pPr>
        <w:rPr>
          <w:lang w:val="pt-BR"/>
        </w:rPr>
      </w:pPr>
      <w:r w:rsidRPr="001179E8">
        <w:rPr>
          <w:lang w:val="pt-BR"/>
        </w:rPr>
        <w:t>"E o Rei Corvo?" perguntou Blue, sua voz tensa.</w:t>
      </w:r>
    </w:p>
    <w:p w14:paraId="0CCEE01F" w14:textId="77777777" w:rsidR="002355BD" w:rsidRPr="001179E8" w:rsidRDefault="00000000">
      <w:pPr>
        <w:rPr>
          <w:lang w:val="pt-BR"/>
        </w:rPr>
      </w:pPr>
      <w:r w:rsidRPr="001179E8">
        <w:rPr>
          <w:lang w:val="pt-BR"/>
        </w:rPr>
        <w:br/>
      </w:r>
    </w:p>
    <w:p w14:paraId="7778C76C" w14:textId="77777777" w:rsidR="002355BD" w:rsidRPr="001179E8" w:rsidRDefault="00000000">
      <w:pPr>
        <w:rPr>
          <w:lang w:val="pt-BR"/>
        </w:rPr>
      </w:pPr>
      <w:r w:rsidRPr="001179E8">
        <w:rPr>
          <w:lang w:val="pt-BR"/>
        </w:rPr>
        <w:t>"Um peão," respondeu Vance. "Um humano ambicioso, facilmente manipulado pela promessa de poder que emanava do portal enfraquecido. Sua obsessão pelo sangue de Linda foi provavelmente um catalisador conveniente, mas o objetivo final era libertar Rox."</w:t>
      </w:r>
    </w:p>
    <w:p w14:paraId="6F8762FB" w14:textId="77777777" w:rsidR="002355BD" w:rsidRPr="001179E8" w:rsidRDefault="00000000">
      <w:pPr>
        <w:rPr>
          <w:lang w:val="pt-BR"/>
        </w:rPr>
      </w:pPr>
      <w:r w:rsidRPr="001179E8">
        <w:rPr>
          <w:lang w:val="pt-BR"/>
        </w:rPr>
        <w:br/>
      </w:r>
    </w:p>
    <w:p w14:paraId="37ED34FD" w14:textId="77777777" w:rsidR="002355BD" w:rsidRPr="001179E8" w:rsidRDefault="00000000">
      <w:pPr>
        <w:rPr>
          <w:lang w:val="pt-BR"/>
        </w:rPr>
      </w:pPr>
      <w:r w:rsidRPr="001179E8">
        <w:rPr>
          <w:lang w:val="pt-BR"/>
        </w:rPr>
        <w:lastRenderedPageBreak/>
        <w:t>O peso daquelas revelações caiu sobre os jovens heróis. Eles não estavam apenas enfrentando um antigo inimigo de seus pais; estavam enfrentando uma lenda sombria renascida, fortalecida por um poder cósmico de pesadelo.</w:t>
      </w:r>
    </w:p>
    <w:p w14:paraId="2216A6DA" w14:textId="77777777" w:rsidR="002355BD" w:rsidRPr="001179E8" w:rsidRDefault="00000000">
      <w:pPr>
        <w:rPr>
          <w:lang w:val="pt-BR"/>
        </w:rPr>
      </w:pPr>
      <w:r w:rsidRPr="001179E8">
        <w:rPr>
          <w:lang w:val="pt-BR"/>
        </w:rPr>
        <w:br/>
      </w:r>
    </w:p>
    <w:p w14:paraId="5A0BC3F9" w14:textId="77777777" w:rsidR="002355BD" w:rsidRPr="001179E8" w:rsidRDefault="00000000">
      <w:pPr>
        <w:rPr>
          <w:lang w:val="pt-BR"/>
        </w:rPr>
      </w:pPr>
      <w:r w:rsidRPr="001179E8">
        <w:rPr>
          <w:lang w:val="pt-BR"/>
        </w:rPr>
        <w:t>"O legado dos Primordiais não é apenas de vitória," disse Vance, seu olhar varrendo os rostos abatidos. "É também de responsabilidade. Rox é uma ameaça de nível ômega, uma que esta nova geração não pode enfrentar sozinha... ainda." Ele fez uma pausa. "Vocês mostraram coragem, sinergia. Mas precisam de mais. Mais treinamento, mais conhecimento, talvez... mais aliados."</w:t>
      </w:r>
    </w:p>
    <w:p w14:paraId="106A0BF0" w14:textId="77777777" w:rsidR="002355BD" w:rsidRPr="001179E8" w:rsidRDefault="00000000">
      <w:pPr>
        <w:rPr>
          <w:lang w:val="pt-BR"/>
        </w:rPr>
      </w:pPr>
      <w:r w:rsidRPr="001179E8">
        <w:rPr>
          <w:lang w:val="pt-BR"/>
        </w:rPr>
        <w:br/>
      </w:r>
    </w:p>
    <w:p w14:paraId="4F58BFEB" w14:textId="77777777" w:rsidR="002355BD" w:rsidRPr="001179E8" w:rsidRDefault="00000000">
      <w:pPr>
        <w:rPr>
          <w:lang w:val="pt-BR"/>
        </w:rPr>
      </w:pPr>
      <w:r w:rsidRPr="001179E8">
        <w:rPr>
          <w:lang w:val="pt-BR"/>
        </w:rPr>
        <w:t>A reunião terminou com um plano vago de pesquisa, análise e preparação intensiva. Os Primordiais II foram dispensados, a enormidade da tarefa à frente pairando sobre eles.</w:t>
      </w:r>
    </w:p>
    <w:p w14:paraId="1AC76A06" w14:textId="77777777" w:rsidR="002355BD" w:rsidRPr="001179E8" w:rsidRDefault="00000000">
      <w:pPr>
        <w:rPr>
          <w:lang w:val="pt-BR"/>
        </w:rPr>
      </w:pPr>
      <w:r w:rsidRPr="001179E8">
        <w:rPr>
          <w:lang w:val="pt-BR"/>
        </w:rPr>
        <w:br/>
      </w:r>
    </w:p>
    <w:p w14:paraId="6F3B1EE0" w14:textId="77777777" w:rsidR="002355BD" w:rsidRPr="001179E8" w:rsidRDefault="00000000">
      <w:pPr>
        <w:rPr>
          <w:lang w:val="pt-BR"/>
        </w:rPr>
      </w:pPr>
      <w:r w:rsidRPr="001179E8">
        <w:rPr>
          <w:lang w:val="pt-BR"/>
        </w:rPr>
        <w:t>Mais tarde, naquela noite, Rick encontrou Nicole na oficina de tecnologia da G.R.A.I.A. Seu corpo cintilava com energia elétrica residual enquanto ela alternava sua forma metálica, avaliando a própria recuperação.</w:t>
      </w:r>
    </w:p>
    <w:p w14:paraId="4A1C6824" w14:textId="77777777" w:rsidR="002355BD" w:rsidRPr="001179E8" w:rsidRDefault="00000000">
      <w:pPr>
        <w:rPr>
          <w:lang w:val="pt-BR"/>
        </w:rPr>
      </w:pPr>
      <w:r w:rsidRPr="001179E8">
        <w:rPr>
          <w:lang w:val="pt-BR"/>
        </w:rPr>
        <w:br/>
      </w:r>
    </w:p>
    <w:p w14:paraId="3ED41527" w14:textId="77777777" w:rsidR="002355BD" w:rsidRPr="001179E8" w:rsidRDefault="00000000">
      <w:pPr>
        <w:rPr>
          <w:lang w:val="pt-BR"/>
        </w:rPr>
      </w:pPr>
      <w:r w:rsidRPr="001179E8">
        <w:rPr>
          <w:lang w:val="pt-BR"/>
        </w:rPr>
        <w:t>"Recuperação quase 100%," ela relatou, sem se virar, sentindo a presença dele. "A energia dele... deixou uma assinatura residual. Corrosiva."</w:t>
      </w:r>
    </w:p>
    <w:p w14:paraId="693C5E78" w14:textId="77777777" w:rsidR="002355BD" w:rsidRPr="001179E8" w:rsidRDefault="00000000">
      <w:pPr>
        <w:rPr>
          <w:lang w:val="pt-BR"/>
        </w:rPr>
      </w:pPr>
      <w:r w:rsidRPr="001179E8">
        <w:rPr>
          <w:lang w:val="pt-BR"/>
        </w:rPr>
        <w:br/>
      </w:r>
    </w:p>
    <w:p w14:paraId="4C01119C" w14:textId="77777777" w:rsidR="002355BD" w:rsidRPr="001179E8" w:rsidRDefault="00000000">
      <w:pPr>
        <w:rPr>
          <w:lang w:val="pt-BR"/>
        </w:rPr>
      </w:pPr>
      <w:r w:rsidRPr="001179E8">
        <w:rPr>
          <w:lang w:val="pt-BR"/>
        </w:rPr>
        <w:t>Rick se aproximou, parando a uma distância respeitosa. "Você... está bem?"</w:t>
      </w:r>
    </w:p>
    <w:p w14:paraId="600D7CB7" w14:textId="77777777" w:rsidR="002355BD" w:rsidRPr="001179E8" w:rsidRDefault="00000000">
      <w:pPr>
        <w:rPr>
          <w:lang w:val="pt-BR"/>
        </w:rPr>
      </w:pPr>
      <w:r w:rsidRPr="001179E8">
        <w:rPr>
          <w:lang w:val="pt-BR"/>
        </w:rPr>
        <w:br/>
      </w:r>
    </w:p>
    <w:p w14:paraId="007659AB" w14:textId="77777777" w:rsidR="002355BD" w:rsidRPr="001179E8" w:rsidRDefault="00000000">
      <w:pPr>
        <w:rPr>
          <w:lang w:val="pt-BR"/>
        </w:rPr>
      </w:pPr>
      <w:r w:rsidRPr="001179E8">
        <w:rPr>
          <w:lang w:val="pt-BR"/>
        </w:rPr>
        <w:t>A pergunta pareceu surpreendê-la. Ela finalmente se virou, seus olhos cinzentos encontrando os dele. "Estou funcional, Santos. Foi uma falha tática. Subestimei a natureza da energia dele."</w:t>
      </w:r>
    </w:p>
    <w:p w14:paraId="575A98C9" w14:textId="77777777" w:rsidR="002355BD" w:rsidRPr="001179E8" w:rsidRDefault="00000000">
      <w:pPr>
        <w:rPr>
          <w:lang w:val="pt-BR"/>
        </w:rPr>
      </w:pPr>
      <w:r w:rsidRPr="001179E8">
        <w:rPr>
          <w:lang w:val="pt-BR"/>
        </w:rPr>
        <w:br/>
      </w:r>
    </w:p>
    <w:p w14:paraId="49A4428B" w14:textId="77777777" w:rsidR="002355BD" w:rsidRPr="001179E8" w:rsidRDefault="00000000">
      <w:pPr>
        <w:rPr>
          <w:lang w:val="pt-BR"/>
        </w:rPr>
      </w:pPr>
      <w:r w:rsidRPr="001179E8">
        <w:rPr>
          <w:lang w:val="pt-BR"/>
        </w:rPr>
        <w:lastRenderedPageBreak/>
        <w:t>"Não foi só tática, Nicky," Rick disse, a voz baixa, usando o nome dela raramente. "Nenhum de nós estava preparado. Ele nos varreu como se não fôssemos nada."</w:t>
      </w:r>
    </w:p>
    <w:p w14:paraId="3D99A68A" w14:textId="77777777" w:rsidR="002355BD" w:rsidRPr="001179E8" w:rsidRDefault="00000000">
      <w:pPr>
        <w:rPr>
          <w:lang w:val="pt-BR"/>
        </w:rPr>
      </w:pPr>
      <w:r w:rsidRPr="001179E8">
        <w:rPr>
          <w:lang w:val="pt-BR"/>
        </w:rPr>
        <w:br/>
      </w:r>
    </w:p>
    <w:p w14:paraId="4A96C004" w14:textId="77777777" w:rsidR="002355BD" w:rsidRPr="001179E8" w:rsidRDefault="00000000">
      <w:pPr>
        <w:rPr>
          <w:lang w:val="pt-BR"/>
        </w:rPr>
      </w:pPr>
      <w:r w:rsidRPr="001179E8">
        <w:rPr>
          <w:lang w:val="pt-BR"/>
        </w:rPr>
        <w:t>"Nós sobrevivemos," ela respondeu, mas havia uma fragilidade em sua voz metálica que ele nunca ouvira antes. "Mal."</w:t>
      </w:r>
    </w:p>
    <w:p w14:paraId="14514906" w14:textId="77777777" w:rsidR="002355BD" w:rsidRPr="001179E8" w:rsidRDefault="00000000">
      <w:pPr>
        <w:rPr>
          <w:lang w:val="pt-BR"/>
        </w:rPr>
      </w:pPr>
      <w:r w:rsidRPr="001179E8">
        <w:rPr>
          <w:lang w:val="pt-BR"/>
        </w:rPr>
        <w:br/>
      </w:r>
    </w:p>
    <w:p w14:paraId="0D6B306B" w14:textId="77777777" w:rsidR="002355BD" w:rsidRPr="001179E8" w:rsidRDefault="00000000">
      <w:pPr>
        <w:rPr>
          <w:lang w:val="pt-BR"/>
        </w:rPr>
      </w:pPr>
      <w:r w:rsidRPr="001179E8">
        <w:rPr>
          <w:lang w:val="pt-BR"/>
        </w:rPr>
        <w:t>"É esse o problema," Rick passou a mão pelo cabelo azul. "Mal. Contra algo assim... mal não é suficiente. Meus pais, os seus... eles enfrentaram coisas assim. Como se espera que a gente...?"</w:t>
      </w:r>
    </w:p>
    <w:p w14:paraId="642D260D" w14:textId="77777777" w:rsidR="002355BD" w:rsidRPr="001179E8" w:rsidRDefault="00000000">
      <w:pPr>
        <w:rPr>
          <w:lang w:val="pt-BR"/>
        </w:rPr>
      </w:pPr>
      <w:r w:rsidRPr="001179E8">
        <w:rPr>
          <w:lang w:val="pt-BR"/>
        </w:rPr>
        <w:br/>
      </w:r>
    </w:p>
    <w:p w14:paraId="3319AEDE" w14:textId="77777777" w:rsidR="002355BD" w:rsidRPr="001179E8" w:rsidRDefault="00000000">
      <w:pPr>
        <w:rPr>
          <w:lang w:val="pt-BR"/>
        </w:rPr>
      </w:pPr>
      <w:r w:rsidRPr="001179E8">
        <w:rPr>
          <w:lang w:val="pt-BR"/>
        </w:rPr>
        <w:t>Nicole desviou o olhar, focando nos hologramas de diagnóstico. "Nós treinamos. Nós nos adaptamos. Nós nos tornamos melhores. É o que fazemos."</w:t>
      </w:r>
    </w:p>
    <w:p w14:paraId="7B5654EF" w14:textId="77777777" w:rsidR="002355BD" w:rsidRPr="001179E8" w:rsidRDefault="00000000">
      <w:pPr>
        <w:rPr>
          <w:lang w:val="pt-BR"/>
        </w:rPr>
      </w:pPr>
      <w:r w:rsidRPr="001179E8">
        <w:rPr>
          <w:lang w:val="pt-BR"/>
        </w:rPr>
        <w:br/>
      </w:r>
    </w:p>
    <w:p w14:paraId="3A05504F" w14:textId="77777777" w:rsidR="002355BD" w:rsidRPr="001179E8" w:rsidRDefault="00000000">
      <w:pPr>
        <w:rPr>
          <w:lang w:val="pt-BR"/>
        </w:rPr>
      </w:pPr>
      <w:r w:rsidRPr="001179E8">
        <w:rPr>
          <w:lang w:val="pt-BR"/>
        </w:rPr>
        <w:t>"E se não for o bastante?" A vulnerabilidade na voz de Rick era crua. "E se o legado for pesado demais?"</w:t>
      </w:r>
    </w:p>
    <w:p w14:paraId="78E6A75C" w14:textId="77777777" w:rsidR="002355BD" w:rsidRPr="001179E8" w:rsidRDefault="00000000">
      <w:pPr>
        <w:rPr>
          <w:lang w:val="pt-BR"/>
        </w:rPr>
      </w:pPr>
      <w:r w:rsidRPr="001179E8">
        <w:rPr>
          <w:lang w:val="pt-BR"/>
        </w:rPr>
        <w:br/>
      </w:r>
    </w:p>
    <w:p w14:paraId="43AF6B42" w14:textId="77777777" w:rsidR="002355BD" w:rsidRPr="001179E8" w:rsidRDefault="00000000">
      <w:pPr>
        <w:rPr>
          <w:lang w:val="pt-BR"/>
        </w:rPr>
      </w:pPr>
      <w:r w:rsidRPr="001179E8">
        <w:rPr>
          <w:lang w:val="pt-BR"/>
        </w:rPr>
        <w:t>Nicole ficou em silêncio por um longo momento. Então, ela estendeu a mão metálica, não para atacar ou analisar, mas hesitou por um instante antes de tocar levemente o braço dele, sobre a jaqueta de couro rasgada. O contato foi breve, quase imperceptível, mas carregado de significado.</w:t>
      </w:r>
    </w:p>
    <w:p w14:paraId="3BB2A01D" w14:textId="77777777" w:rsidR="002355BD" w:rsidRPr="001179E8" w:rsidRDefault="00000000">
      <w:pPr>
        <w:rPr>
          <w:lang w:val="pt-BR"/>
        </w:rPr>
      </w:pPr>
      <w:r w:rsidRPr="001179E8">
        <w:rPr>
          <w:lang w:val="pt-BR"/>
        </w:rPr>
        <w:br/>
      </w:r>
    </w:p>
    <w:p w14:paraId="4EB549E8" w14:textId="77777777" w:rsidR="002355BD" w:rsidRPr="001179E8" w:rsidRDefault="00000000">
      <w:pPr>
        <w:rPr>
          <w:lang w:val="pt-BR"/>
        </w:rPr>
      </w:pPr>
      <w:r w:rsidRPr="001179E8">
        <w:rPr>
          <w:lang w:val="pt-BR"/>
        </w:rPr>
        <w:t>"Então," ela disse, a voz um pouco mais suave, os olhos cinzentos encontrando os dele novamente, "nós o carregamos juntos. Secretamente ou não." Ela retirou a mão, a máscara profissional voltando ao lugar, mas algo havia mudado no espaço entre eles. "Agora, se me dá licença, tenho sistemas para otimizar. A próxima vez que o virmos, não serei pega de surpresa."</w:t>
      </w:r>
    </w:p>
    <w:p w14:paraId="1BE12D2A" w14:textId="77777777" w:rsidR="002355BD" w:rsidRPr="001179E8" w:rsidRDefault="00000000">
      <w:pPr>
        <w:rPr>
          <w:lang w:val="pt-BR"/>
        </w:rPr>
      </w:pPr>
      <w:r w:rsidRPr="001179E8">
        <w:rPr>
          <w:lang w:val="pt-BR"/>
        </w:rPr>
        <w:br/>
      </w:r>
    </w:p>
    <w:p w14:paraId="288E5C9B" w14:textId="77777777" w:rsidR="002355BD" w:rsidRPr="001179E8" w:rsidRDefault="00000000">
      <w:pPr>
        <w:rPr>
          <w:lang w:val="pt-BR"/>
        </w:rPr>
      </w:pPr>
      <w:r w:rsidRPr="001179E8">
        <w:rPr>
          <w:lang w:val="pt-BR"/>
        </w:rPr>
        <w:lastRenderedPageBreak/>
        <w:t>Ela se virou de volta para os consoles, mas Rick permaneceu ali por um momento, o calor fantasma do toque metálico em seu braço. Eles estavam assustados, sobrecarregados, presos sob o peso de nomes que não escolheram. Mas, talvez, como Nicole disse, eles não precisassem carregar esse peso sozinhos.</w:t>
      </w:r>
    </w:p>
    <w:p w14:paraId="7883708F" w14:textId="77777777" w:rsidR="002355BD" w:rsidRPr="001179E8" w:rsidRDefault="002355BD">
      <w:pPr>
        <w:rPr>
          <w:lang w:val="pt-BR"/>
        </w:rPr>
      </w:pPr>
    </w:p>
    <w:p w14:paraId="65821E60" w14:textId="77777777" w:rsidR="002355BD" w:rsidRPr="001179E8" w:rsidRDefault="00000000">
      <w:pPr>
        <w:rPr>
          <w:lang w:val="pt-BR"/>
        </w:rPr>
      </w:pPr>
      <w:r w:rsidRPr="001179E8">
        <w:rPr>
          <w:lang w:val="pt-BR"/>
        </w:rPr>
        <w:t>A derrota para o Espectro Rox pairou sobre a G.R.A.I.A. como uma mortalha fria. A urgência substituiu a rotina, e o complexo subterrâneo tornou-se uma colmeia de atividade febril. Sob a diretriz implacável do General Vance, os Primordiais II foram lançados em um regime de treinamento que fazia as sessões anteriores parecerem um aquecimento. Os veteranos, antes guias distantes, tornaram-se mentores presentes e exigentes, cada um focando nas fraquezas expostas pela batalha na torre.</w:t>
      </w:r>
    </w:p>
    <w:p w14:paraId="4BD42F9A" w14:textId="77777777" w:rsidR="002355BD" w:rsidRPr="001179E8" w:rsidRDefault="00000000">
      <w:pPr>
        <w:rPr>
          <w:lang w:val="pt-BR"/>
        </w:rPr>
      </w:pPr>
      <w:r w:rsidRPr="001179E8">
        <w:rPr>
          <w:lang w:val="pt-BR"/>
        </w:rPr>
        <w:br/>
      </w:r>
    </w:p>
    <w:p w14:paraId="263301E9" w14:textId="77777777" w:rsidR="002355BD" w:rsidRPr="001179E8" w:rsidRDefault="00000000">
      <w:pPr>
        <w:rPr>
          <w:lang w:val="pt-BR"/>
        </w:rPr>
      </w:pPr>
      <w:r w:rsidRPr="001179E8">
        <w:rPr>
          <w:lang w:val="pt-BR"/>
        </w:rPr>
        <w:t>X, Alexander Vance, assumiu pessoalmente o treinamento de combate de Blue. As sessões eram brutais, uma dança de disciplina marcial contra o poder imprevisível da absorção. "Não é sobre sugar tudo, Arthur," X dizia, sua voz calma, mas cortante, enquanto desviava de um toque desesperado de Blue. "É sobre controle. Escolha. Absorva a habilidade, não o caos. Sinta a assinatura, isole-a. Seu avô... Sang-Suga... ela entende o custo da absorção descontrolada. Não repita os erros da linhagem." A pressão era imensa, cada falha de Blue parecia ecoar não apenas como um erro tático, mas como uma decepção pessoal para o pai estóico.</w:t>
      </w:r>
    </w:p>
    <w:p w14:paraId="0DDD0EC1" w14:textId="77777777" w:rsidR="002355BD" w:rsidRPr="001179E8" w:rsidRDefault="00000000">
      <w:pPr>
        <w:rPr>
          <w:lang w:val="pt-BR"/>
        </w:rPr>
      </w:pPr>
      <w:r w:rsidRPr="001179E8">
        <w:rPr>
          <w:lang w:val="pt-BR"/>
        </w:rPr>
        <w:br/>
      </w:r>
    </w:p>
    <w:p w14:paraId="748BC40C" w14:textId="77777777" w:rsidR="002355BD" w:rsidRPr="001179E8" w:rsidRDefault="00000000">
      <w:pPr>
        <w:rPr>
          <w:lang w:val="pt-BR"/>
        </w:rPr>
      </w:pPr>
      <w:r w:rsidRPr="001179E8">
        <w:rPr>
          <w:lang w:val="pt-BR"/>
        </w:rPr>
        <w:t>Linda encontrou uma mentora surpreendente em Sang-Suga. A anciã arcana, geralmente reclusa, passava horas com a jovem meio-fada, não ensinando feitiços complexos, mas guiando-a a sentir as energias mais profundas – a força da terra sob seus pés, a resiliência das plantas, a conexão tênue com o sangue feérico que corria em suas veias. "Seu poder não é apenas força bruta ou crescimento acelerado, criança," Sang-Suga sussurrava, seus olhos antigos observando Linda fazer um golem de pedra se erguer hesitante. "É sobre a vida, a resistência, a vontade indomável da natureza. O Espectro exala morte e decadência. Você deve ser o oposto." Linda absorvia os ensinamentos, sua gentileza natural ganhando um núcleo de determinação silenciosa.</w:t>
      </w:r>
    </w:p>
    <w:p w14:paraId="30ECFA92" w14:textId="77777777" w:rsidR="002355BD" w:rsidRPr="001179E8" w:rsidRDefault="00000000">
      <w:pPr>
        <w:rPr>
          <w:lang w:val="pt-BR"/>
        </w:rPr>
      </w:pPr>
      <w:r w:rsidRPr="001179E8">
        <w:rPr>
          <w:lang w:val="pt-BR"/>
        </w:rPr>
        <w:br/>
      </w:r>
    </w:p>
    <w:p w14:paraId="0E557069" w14:textId="77777777" w:rsidR="002355BD" w:rsidRPr="001179E8" w:rsidRDefault="00000000">
      <w:pPr>
        <w:rPr>
          <w:lang w:val="pt-BR"/>
        </w:rPr>
      </w:pPr>
      <w:r w:rsidRPr="001179E8">
        <w:rPr>
          <w:lang w:val="pt-BR"/>
        </w:rPr>
        <w:t xml:space="preserve">Luke trabalhava lado a lado com o Dr. Aris Thorne, o Androide. Enquanto Thorne analisava as partículas de energia espectral e dracônica deixadas por Rox, Luke usava seus clones e sua mente analítica para processar dados, simular cenários de combate e buscar padrões nas manifestações elementais erráticas que ainda ocorriam esporadicamente na cidade. "A </w:t>
      </w:r>
      <w:r w:rsidRPr="001179E8">
        <w:rPr>
          <w:lang w:val="pt-BR"/>
        </w:rPr>
        <w:lastRenderedPageBreak/>
        <w:t>lógica sugere que a fonte de poder de Rox, a Dragoa Maligna, possui fraquezas inerentes a entidades extradimensionais," Thorne declarava. "Isolamento de frequência sônica específica, ressonância simpática a certos arcanotipos... Precisamos de mais dados." Luke se sentia mais em casa ali, entre dados e análises, do que desviando de rajadas de energia, mas a ameaça iminente o mantinha focado.</w:t>
      </w:r>
    </w:p>
    <w:p w14:paraId="7EC6168D" w14:textId="77777777" w:rsidR="002355BD" w:rsidRPr="001179E8" w:rsidRDefault="00000000">
      <w:pPr>
        <w:rPr>
          <w:lang w:val="pt-BR"/>
        </w:rPr>
      </w:pPr>
      <w:r w:rsidRPr="001179E8">
        <w:rPr>
          <w:lang w:val="pt-BR"/>
        </w:rPr>
        <w:br/>
      </w:r>
    </w:p>
    <w:p w14:paraId="105C1816" w14:textId="77777777" w:rsidR="002355BD" w:rsidRPr="001179E8" w:rsidRDefault="00000000">
      <w:pPr>
        <w:rPr>
          <w:lang w:val="pt-BR"/>
        </w:rPr>
      </w:pPr>
      <w:r w:rsidRPr="001179E8">
        <w:rPr>
          <w:lang w:val="pt-BR"/>
        </w:rPr>
        <w:t>O treinamento de Rick e Nicole era uma categoria à parte. Frequentemente supervisionados por Fogo-Vivo (via holograma, sua voz tensa pela condição de Lia) ou por Nyx (a mãe de Nicole, uma sombra ágil e silenciosa que aparecia e desaparecia), suas sessões eram uma explosão de poder e tensão. A eletricidade de Chrome contra a intangibilidade de Punk, sua força metálica contra a energia cinética redirecionada dele. Eles se pressionavam, exploravam os limites um do outro, a linha entre combate e algo mais perigosamente tênue.</w:t>
      </w:r>
    </w:p>
    <w:p w14:paraId="3814B705" w14:textId="77777777" w:rsidR="002355BD" w:rsidRPr="001179E8" w:rsidRDefault="00000000">
      <w:pPr>
        <w:rPr>
          <w:lang w:val="pt-BR"/>
        </w:rPr>
      </w:pPr>
      <w:r w:rsidRPr="001179E8">
        <w:rPr>
          <w:lang w:val="pt-BR"/>
        </w:rPr>
        <w:br/>
      </w:r>
    </w:p>
    <w:p w14:paraId="0DBE090C" w14:textId="77777777" w:rsidR="002355BD" w:rsidRPr="001179E8" w:rsidRDefault="00000000">
      <w:pPr>
        <w:rPr>
          <w:lang w:val="pt-BR"/>
        </w:rPr>
      </w:pPr>
      <w:r w:rsidRPr="001179E8">
        <w:rPr>
          <w:lang w:val="pt-BR"/>
        </w:rPr>
        <w:t>"Você está se segurando, Santos," Nicole provocou após uma manobra em que ele absorveu o impacto de seu martelo metálico, mas hesitou em redirecioná-lo com força total contra ela.</w:t>
      </w:r>
    </w:p>
    <w:p w14:paraId="4E6DB6BF" w14:textId="77777777" w:rsidR="002355BD" w:rsidRPr="001179E8" w:rsidRDefault="00000000">
      <w:pPr>
        <w:rPr>
          <w:lang w:val="pt-BR"/>
        </w:rPr>
      </w:pPr>
      <w:r w:rsidRPr="001179E8">
        <w:rPr>
          <w:lang w:val="pt-BR"/>
        </w:rPr>
        <w:br/>
      </w:r>
    </w:p>
    <w:p w14:paraId="6208AFBA" w14:textId="77777777" w:rsidR="002355BD" w:rsidRPr="001179E8" w:rsidRDefault="00000000">
      <w:pPr>
        <w:rPr>
          <w:lang w:val="pt-BR"/>
        </w:rPr>
      </w:pPr>
      <w:r w:rsidRPr="001179E8">
        <w:rPr>
          <w:lang w:val="pt-BR"/>
        </w:rPr>
        <w:t>"Talvez eu goste do seu brilho intacto, Stavros," ele retrucou, um sorriso rápido cruzando seus lábios antes de se tornar intangível e atravessar o chão para reaparecer atrás dela. Ela girou, um chicote elétrico estalando onde ele estivera um segundo antes.</w:t>
      </w:r>
    </w:p>
    <w:p w14:paraId="024A5375" w14:textId="77777777" w:rsidR="002355BD" w:rsidRPr="001179E8" w:rsidRDefault="00000000">
      <w:pPr>
        <w:rPr>
          <w:lang w:val="pt-BR"/>
        </w:rPr>
      </w:pPr>
      <w:r w:rsidRPr="001179E8">
        <w:rPr>
          <w:lang w:val="pt-BR"/>
        </w:rPr>
        <w:br/>
      </w:r>
    </w:p>
    <w:p w14:paraId="78705DA8" w14:textId="77777777" w:rsidR="002355BD" w:rsidRPr="001179E8" w:rsidRDefault="00000000">
      <w:pPr>
        <w:rPr>
          <w:lang w:val="pt-BR"/>
        </w:rPr>
      </w:pPr>
      <w:r w:rsidRPr="001179E8">
        <w:rPr>
          <w:lang w:val="pt-BR"/>
        </w:rPr>
        <w:t>Enquanto o treinamento físico e tático avançava, a busca por conhecimento se intensificava. Sang-Suga e Feiticeira Branca (Morgana LeFay, a mãe de Blue, sua presença uma aura de poder arcano contido e preocupação materna) mergulharam em tomos antigos e perigosos nos arquivos mais profundos da G.R.A.I.A., buscando informações sobre a Dragoa Maligna, espectros dracônicos e rituais de banimento ou contenção. A tensão entre mãe e filho era palpável; Morgana via a luta de Arthur com a absorção e temia que ele herdasse não apenas o poder de Sang-Suga, mas também a tentação sombria que ela mesma combatia.</w:t>
      </w:r>
    </w:p>
    <w:p w14:paraId="09C5F20B" w14:textId="77777777" w:rsidR="002355BD" w:rsidRPr="001179E8" w:rsidRDefault="00000000">
      <w:pPr>
        <w:rPr>
          <w:lang w:val="pt-BR"/>
        </w:rPr>
      </w:pPr>
      <w:r w:rsidRPr="001179E8">
        <w:rPr>
          <w:lang w:val="pt-BR"/>
        </w:rPr>
        <w:br/>
      </w:r>
    </w:p>
    <w:p w14:paraId="09E34BB8" w14:textId="77777777" w:rsidR="002355BD" w:rsidRPr="001179E8" w:rsidRDefault="00000000">
      <w:pPr>
        <w:rPr>
          <w:lang w:val="pt-BR"/>
        </w:rPr>
      </w:pPr>
      <w:r w:rsidRPr="001179E8">
        <w:rPr>
          <w:lang w:val="pt-BR"/>
        </w:rPr>
        <w:t xml:space="preserve">"Você precisa ancorar sua mente, Arthur, não apenas seu corpo," Morgana disse suavemente, interrompendo uma sessão de meditação frustrada de Blue. "O poder flui </w:t>
      </w:r>
      <w:r w:rsidRPr="001179E8">
        <w:rPr>
          <w:lang w:val="pt-BR"/>
        </w:rPr>
        <w:lastRenderedPageBreak/>
        <w:t xml:space="preserve">através da vontade. Se a sua vontade vacila sob o peso do que você acha que </w:t>
      </w:r>
      <w:r w:rsidRPr="001179E8">
        <w:rPr>
          <w:i/>
          <w:lang w:val="pt-BR"/>
        </w:rPr>
        <w:t>deveria</w:t>
      </w:r>
      <w:r w:rsidRPr="001179E8">
        <w:rPr>
          <w:lang w:val="pt-BR"/>
        </w:rPr>
        <w:t xml:space="preserve"> ser, o poder se torna um rio sem leito."</w:t>
      </w:r>
    </w:p>
    <w:p w14:paraId="6FDC7C67" w14:textId="77777777" w:rsidR="002355BD" w:rsidRPr="001179E8" w:rsidRDefault="00000000">
      <w:pPr>
        <w:rPr>
          <w:lang w:val="pt-BR"/>
        </w:rPr>
      </w:pPr>
      <w:r w:rsidRPr="001179E8">
        <w:rPr>
          <w:lang w:val="pt-BR"/>
        </w:rPr>
        <w:br/>
      </w:r>
    </w:p>
    <w:p w14:paraId="789D5BD9" w14:textId="77777777" w:rsidR="002355BD" w:rsidRPr="001179E8" w:rsidRDefault="00000000">
      <w:pPr>
        <w:rPr>
          <w:lang w:val="pt-BR"/>
        </w:rPr>
      </w:pPr>
      <w:r w:rsidRPr="001179E8">
        <w:rPr>
          <w:lang w:val="pt-BR"/>
        </w:rPr>
        <w:t>Blue apenas apertou os punhos. "Eu estou tentando."</w:t>
      </w:r>
    </w:p>
    <w:p w14:paraId="47D98B58" w14:textId="77777777" w:rsidR="002355BD" w:rsidRPr="001179E8" w:rsidRDefault="00000000">
      <w:pPr>
        <w:rPr>
          <w:lang w:val="pt-BR"/>
        </w:rPr>
      </w:pPr>
      <w:r w:rsidRPr="001179E8">
        <w:rPr>
          <w:lang w:val="pt-BR"/>
        </w:rPr>
        <w:br/>
      </w:r>
    </w:p>
    <w:p w14:paraId="7FC37E04" w14:textId="77777777" w:rsidR="002355BD" w:rsidRPr="001179E8" w:rsidRDefault="00000000">
      <w:pPr>
        <w:rPr>
          <w:lang w:val="pt-BR"/>
        </w:rPr>
      </w:pPr>
      <w:r w:rsidRPr="001179E8">
        <w:rPr>
          <w:lang w:val="pt-BR"/>
        </w:rPr>
        <w:t>"Eu sei," ela respondeu, a compreensão e o medo misturados em seus olhos violeta.</w:t>
      </w:r>
    </w:p>
    <w:p w14:paraId="09C6517F" w14:textId="77777777" w:rsidR="002355BD" w:rsidRPr="001179E8" w:rsidRDefault="00000000">
      <w:pPr>
        <w:rPr>
          <w:lang w:val="pt-BR"/>
        </w:rPr>
      </w:pPr>
      <w:r w:rsidRPr="001179E8">
        <w:rPr>
          <w:lang w:val="pt-BR"/>
        </w:rPr>
        <w:br/>
      </w:r>
    </w:p>
    <w:p w14:paraId="18313A4C" w14:textId="77777777" w:rsidR="002355BD" w:rsidRPr="001179E8" w:rsidRDefault="00000000">
      <w:pPr>
        <w:rPr>
          <w:lang w:val="pt-BR"/>
        </w:rPr>
      </w:pPr>
      <w:r w:rsidRPr="001179E8">
        <w:rPr>
          <w:lang w:val="pt-BR"/>
        </w:rPr>
        <w:t>Em meio à pressão crescente, os momentos roubados entre Rick e Nicole tornaram-se seu único refúgio. Encontros rápidos em corredores de serviço escuros, conversas sussurradas em telhados varridos pelo vento durante patrulhas noturnas.</w:t>
      </w:r>
    </w:p>
    <w:p w14:paraId="33964230" w14:textId="77777777" w:rsidR="002355BD" w:rsidRPr="001179E8" w:rsidRDefault="00000000">
      <w:pPr>
        <w:rPr>
          <w:lang w:val="pt-BR"/>
        </w:rPr>
      </w:pPr>
      <w:r w:rsidRPr="001179E8">
        <w:rPr>
          <w:lang w:val="pt-BR"/>
        </w:rPr>
        <w:br/>
      </w:r>
    </w:p>
    <w:p w14:paraId="2675F757" w14:textId="77777777" w:rsidR="002355BD" w:rsidRPr="001179E8" w:rsidRDefault="00000000">
      <w:pPr>
        <w:rPr>
          <w:lang w:val="pt-BR"/>
        </w:rPr>
      </w:pPr>
      <w:r w:rsidRPr="001179E8">
        <w:rPr>
          <w:lang w:val="pt-BR"/>
        </w:rPr>
        <w:t>"Ele mencionou a Dragoa Maligna," Rick disse em uma dessas noites, observando as luzes de Neo-Veridia abaixo. "Sang-Suga parecia... assustada."</w:t>
      </w:r>
    </w:p>
    <w:p w14:paraId="169E9E86" w14:textId="77777777" w:rsidR="002355BD" w:rsidRPr="001179E8" w:rsidRDefault="00000000">
      <w:pPr>
        <w:rPr>
          <w:lang w:val="pt-BR"/>
        </w:rPr>
      </w:pPr>
      <w:r w:rsidRPr="001179E8">
        <w:rPr>
          <w:lang w:val="pt-BR"/>
        </w:rPr>
        <w:br/>
      </w:r>
    </w:p>
    <w:p w14:paraId="5E342CF4" w14:textId="77777777" w:rsidR="002355BD" w:rsidRPr="001179E8" w:rsidRDefault="00000000">
      <w:pPr>
        <w:rPr>
          <w:lang w:val="pt-BR"/>
        </w:rPr>
      </w:pPr>
      <w:r w:rsidRPr="001179E8">
        <w:rPr>
          <w:lang w:val="pt-BR"/>
        </w:rPr>
        <w:t>Nicole assentiu, seu corpo metálico absorvendo o frio da noite. "Minha mãe também. Há lendas sobre ela nos círculos arcanos. Uma entidade de fome e fim. Rox ser seu arauto... isso muda tudo."</w:t>
      </w:r>
    </w:p>
    <w:p w14:paraId="12AD8847" w14:textId="77777777" w:rsidR="002355BD" w:rsidRPr="001179E8" w:rsidRDefault="00000000">
      <w:pPr>
        <w:rPr>
          <w:lang w:val="pt-BR"/>
        </w:rPr>
      </w:pPr>
      <w:r w:rsidRPr="001179E8">
        <w:rPr>
          <w:lang w:val="pt-BR"/>
        </w:rPr>
        <w:br/>
      </w:r>
    </w:p>
    <w:p w14:paraId="2651B408" w14:textId="77777777" w:rsidR="002355BD" w:rsidRPr="001179E8" w:rsidRDefault="00000000">
      <w:pPr>
        <w:rPr>
          <w:lang w:val="pt-BR"/>
        </w:rPr>
      </w:pPr>
      <w:r w:rsidRPr="001179E8">
        <w:rPr>
          <w:lang w:val="pt-BR"/>
        </w:rPr>
        <w:t>"Muda o quê? Que estamos ainda mais ferrados do que pensávamos?" O sarcasmo de Rick era uma defesa frágil.</w:t>
      </w:r>
    </w:p>
    <w:p w14:paraId="27745F24" w14:textId="77777777" w:rsidR="002355BD" w:rsidRPr="001179E8" w:rsidRDefault="00000000">
      <w:pPr>
        <w:rPr>
          <w:lang w:val="pt-BR"/>
        </w:rPr>
      </w:pPr>
      <w:r w:rsidRPr="001179E8">
        <w:rPr>
          <w:lang w:val="pt-BR"/>
        </w:rPr>
        <w:br/>
      </w:r>
    </w:p>
    <w:p w14:paraId="36729F73" w14:textId="77777777" w:rsidR="002355BD" w:rsidRPr="001179E8" w:rsidRDefault="00000000">
      <w:pPr>
        <w:rPr>
          <w:lang w:val="pt-BR"/>
        </w:rPr>
      </w:pPr>
      <w:r w:rsidRPr="001179E8">
        <w:rPr>
          <w:lang w:val="pt-BR"/>
        </w:rPr>
        <w:t>Nicole se aproximou, o brilho suave das linhas de circuito em seu traje iluminando o rosto dele. "Muda que precisamos ser mais do que apenas filhos de heróis reagindo. Precisamos entender o que estamos enfrentando." Ela hesitou. "Eu tenho pesquisado... nos arquivos do meu pai. Eletron. Ele estudou energias extradimensionais. Talvez haja algo lá."</w:t>
      </w:r>
    </w:p>
    <w:p w14:paraId="665BE188" w14:textId="77777777" w:rsidR="002355BD" w:rsidRPr="001179E8" w:rsidRDefault="00000000">
      <w:pPr>
        <w:rPr>
          <w:lang w:val="pt-BR"/>
        </w:rPr>
      </w:pPr>
      <w:r w:rsidRPr="001179E8">
        <w:rPr>
          <w:lang w:val="pt-BR"/>
        </w:rPr>
        <w:lastRenderedPageBreak/>
        <w:br/>
      </w:r>
    </w:p>
    <w:p w14:paraId="6DE807AE" w14:textId="77777777" w:rsidR="002355BD" w:rsidRPr="001179E8" w:rsidRDefault="00000000">
      <w:pPr>
        <w:rPr>
          <w:lang w:val="pt-BR"/>
        </w:rPr>
      </w:pPr>
      <w:r w:rsidRPr="001179E8">
        <w:rPr>
          <w:lang w:val="pt-BR"/>
        </w:rPr>
        <w:t>"Você vasculhando os arquivos secretos do papai? Cuidado para não tropeçar em algum esqueleto no armário," Rick brincou, mas havia uma ponta de preocupação genuína em sua voz.</w:t>
      </w:r>
    </w:p>
    <w:p w14:paraId="797B7FEA" w14:textId="77777777" w:rsidR="002355BD" w:rsidRPr="001179E8" w:rsidRDefault="00000000">
      <w:pPr>
        <w:rPr>
          <w:lang w:val="pt-BR"/>
        </w:rPr>
      </w:pPr>
      <w:r w:rsidRPr="001179E8">
        <w:rPr>
          <w:lang w:val="pt-BR"/>
        </w:rPr>
        <w:br/>
      </w:r>
    </w:p>
    <w:p w14:paraId="11E72ED2" w14:textId="77777777" w:rsidR="002355BD" w:rsidRPr="001179E8" w:rsidRDefault="00000000">
      <w:pPr>
        <w:rPr>
          <w:lang w:val="pt-BR"/>
        </w:rPr>
      </w:pPr>
      <w:r w:rsidRPr="001179E8">
        <w:rPr>
          <w:lang w:val="pt-BR"/>
        </w:rPr>
        <w:t>"Todos nós temos esqueletos, Rick," ela respondeu suavemente. "A questão é se deixamos eles nos definirem." Ela olhou para ele, a vulnerabilidade momentânea em seus olhos cinzentos antes que a máscara profissional voltasse. "Preciso ir. Tenho... otimizações para fazer."</w:t>
      </w:r>
    </w:p>
    <w:p w14:paraId="6CFBD6AC" w14:textId="77777777" w:rsidR="002355BD" w:rsidRPr="001179E8" w:rsidRDefault="00000000">
      <w:pPr>
        <w:rPr>
          <w:lang w:val="pt-BR"/>
        </w:rPr>
      </w:pPr>
      <w:r w:rsidRPr="001179E8">
        <w:rPr>
          <w:lang w:val="pt-BR"/>
        </w:rPr>
        <w:br/>
      </w:r>
    </w:p>
    <w:p w14:paraId="14678105" w14:textId="77777777" w:rsidR="002355BD" w:rsidRPr="001179E8" w:rsidRDefault="00000000">
      <w:pPr>
        <w:rPr>
          <w:lang w:val="pt-BR"/>
        </w:rPr>
      </w:pPr>
      <w:r w:rsidRPr="001179E8">
        <w:rPr>
          <w:lang w:val="pt-BR"/>
        </w:rPr>
        <w:t>Ela se afastou, deixando Rick com o eco de suas palavras e a sensação crescente de que a batalha contra Rox era apenas a superfície de algo muito mais antigo e sombrio. A busca por conhecimento havia começado, mas cada resposta parecia levar a perguntas mais perigosas, enquanto os fragmentos de suas próprias identidades e relacionamentos eram forjados e testados no calor da crise iminente.A derrota para o Espectro Rox pairou sobre a G.R.A.I.A. como uma mortalha fria. A urgência substituiu a rotina, e o complexo subterrâneo tornou-se uma colmeia de atividade febril. Sob a diretriz implacável do General Vance, os Primordiais II foram lançados em um regime de treinamento que fazia as sessões anteriores parecerem um aquecimento. Os veteranos, antes guias distantes, tornaram-se mentores presentes e exigentes, cada um focando nas fraquezas expostas pela batalha na torre.</w:t>
      </w:r>
    </w:p>
    <w:p w14:paraId="61CD4C18" w14:textId="77777777" w:rsidR="002355BD" w:rsidRPr="001179E8" w:rsidRDefault="00000000">
      <w:pPr>
        <w:rPr>
          <w:lang w:val="pt-BR"/>
        </w:rPr>
      </w:pPr>
      <w:r w:rsidRPr="001179E8">
        <w:rPr>
          <w:lang w:val="pt-BR"/>
        </w:rPr>
        <w:br/>
      </w:r>
    </w:p>
    <w:p w14:paraId="1BED262A" w14:textId="77777777" w:rsidR="002355BD" w:rsidRPr="001179E8" w:rsidRDefault="00000000">
      <w:pPr>
        <w:rPr>
          <w:lang w:val="pt-BR"/>
        </w:rPr>
      </w:pPr>
      <w:r w:rsidRPr="001179E8">
        <w:rPr>
          <w:lang w:val="pt-BR"/>
        </w:rPr>
        <w:t>X, Alexander Vance, assumiu pessoalmente o treinamento de combate de Blue. As sessões eram brutais, uma dança de disciplina marcial contra o poder imprevisível da absorção. "Não é sobre sugar tudo, Arthur," X dizia, sua voz calma, mas cortante, enquanto desviava de um toque desesperado de Blue. "É sobre controle. Escolha. Absorva a habilidade, não o caos. Sinta a assinatura, isole-a. Seu avô... Sang-Suga... ela entende o custo da absorção descontrolada. Não repita os erros da linhagem." A pressão era imensa, cada falha de Blue parecia ecoar não apenas como um erro tático, mas como uma decepção pessoal para o pai estóico.</w:t>
      </w:r>
    </w:p>
    <w:p w14:paraId="73DDCCE1" w14:textId="77777777" w:rsidR="002355BD" w:rsidRPr="001179E8" w:rsidRDefault="00000000">
      <w:pPr>
        <w:rPr>
          <w:lang w:val="pt-BR"/>
        </w:rPr>
      </w:pPr>
      <w:r w:rsidRPr="001179E8">
        <w:rPr>
          <w:lang w:val="pt-BR"/>
        </w:rPr>
        <w:br/>
      </w:r>
    </w:p>
    <w:p w14:paraId="1F09D9B6" w14:textId="77777777" w:rsidR="002355BD" w:rsidRPr="001179E8" w:rsidRDefault="00000000">
      <w:pPr>
        <w:rPr>
          <w:lang w:val="pt-BR"/>
        </w:rPr>
      </w:pPr>
      <w:r w:rsidRPr="001179E8">
        <w:rPr>
          <w:lang w:val="pt-BR"/>
        </w:rPr>
        <w:t xml:space="preserve">Linda encontrou uma mentora surpreendente em Sang-Suga. A anciã arcana, geralmente reclusa, passava horas com a jovem meio-fada, não ensinando feitiços complexos, mas </w:t>
      </w:r>
      <w:r w:rsidRPr="001179E8">
        <w:rPr>
          <w:lang w:val="pt-BR"/>
        </w:rPr>
        <w:lastRenderedPageBreak/>
        <w:t>guiando-a a sentir as energias mais profundas – a força da terra sob seus pés, a resiliência das plantas, a conexão tênue com o sangue feérico que corria em suas veias. "Seu poder não é apenas força bruta ou crescimento acelerado, criança," Sang-Suga sussurrava, seus olhos antigos observando Linda fazer um golem de pedra se erguer hesitante. "É sobre a vida, a resistência, a vontade indomável da natureza. O Espectro exala morte e decadência. Você deve ser o oposto." Linda absorvia os ensinamentos, sua gentileza natural ganhando um núcleo de determinação silenciosa.</w:t>
      </w:r>
    </w:p>
    <w:p w14:paraId="57F1EC43" w14:textId="77777777" w:rsidR="002355BD" w:rsidRPr="001179E8" w:rsidRDefault="00000000">
      <w:pPr>
        <w:rPr>
          <w:lang w:val="pt-BR"/>
        </w:rPr>
      </w:pPr>
      <w:r w:rsidRPr="001179E8">
        <w:rPr>
          <w:lang w:val="pt-BR"/>
        </w:rPr>
        <w:br/>
      </w:r>
    </w:p>
    <w:p w14:paraId="7701BBAD" w14:textId="77777777" w:rsidR="002355BD" w:rsidRPr="001179E8" w:rsidRDefault="00000000">
      <w:pPr>
        <w:rPr>
          <w:lang w:val="pt-BR"/>
        </w:rPr>
      </w:pPr>
      <w:r w:rsidRPr="001179E8">
        <w:rPr>
          <w:lang w:val="pt-BR"/>
        </w:rPr>
        <w:t>Luke trabalhava lado a lado com o Dr. Aris Thorne, o Androide. Enquanto Thorne analisava as partículas de energia espectral e dracônica deixadas por Rox, Luke usava seus clones e sua mente analítica para processar dados, simular cenários de combate e buscar padrões nas manifestações elementais erráticas que ainda ocorriam esporadicamente na cidade. "A lógica sugere que a fonte de poder de Rox, a Dragoa Maligna, possui fraquezas inerentes a entidades extradimensionais," Thorne declarava. "Isolamento de frequência sônica específica, ressonância simpática a certos arcanotipos... Precisamos de mais dados." Luke se sentia mais em casa ali, entre dados e análises, do que desviando de rajadas de energia, mas a ameaça iminente o mantinha focado.</w:t>
      </w:r>
    </w:p>
    <w:p w14:paraId="1889C6EC" w14:textId="77777777" w:rsidR="002355BD" w:rsidRPr="001179E8" w:rsidRDefault="00000000">
      <w:pPr>
        <w:rPr>
          <w:lang w:val="pt-BR"/>
        </w:rPr>
      </w:pPr>
      <w:r w:rsidRPr="001179E8">
        <w:rPr>
          <w:lang w:val="pt-BR"/>
        </w:rPr>
        <w:br/>
      </w:r>
    </w:p>
    <w:p w14:paraId="78A114F0" w14:textId="77777777" w:rsidR="002355BD" w:rsidRPr="001179E8" w:rsidRDefault="00000000">
      <w:pPr>
        <w:rPr>
          <w:lang w:val="pt-BR"/>
        </w:rPr>
      </w:pPr>
      <w:r w:rsidRPr="001179E8">
        <w:rPr>
          <w:lang w:val="pt-BR"/>
        </w:rPr>
        <w:t>O treinamento de Rick e Nicole era uma categoria à parte. Frequentemente supervisionados por Fogo-Vivo (via holograma, sua voz tensa pela condição de Lia) ou por Nyx (a mãe de Nicole, uma sombra ágil e silenciosa que aparecia e desaparecia), suas sessões eram uma explosão de poder e tensão. A eletricidade de Chrome contra a intangibilidade de Punk, sua força metálica contra a energia cinética redirecionada dele. Eles se pressionavam, exploravam os limites um do outro, a linha entre combate e algo mais perigosamente tênue.</w:t>
      </w:r>
    </w:p>
    <w:p w14:paraId="56AD26C9" w14:textId="77777777" w:rsidR="002355BD" w:rsidRPr="001179E8" w:rsidRDefault="00000000">
      <w:pPr>
        <w:rPr>
          <w:lang w:val="pt-BR"/>
        </w:rPr>
      </w:pPr>
      <w:r w:rsidRPr="001179E8">
        <w:rPr>
          <w:lang w:val="pt-BR"/>
        </w:rPr>
        <w:br/>
      </w:r>
    </w:p>
    <w:p w14:paraId="4BB5C090" w14:textId="77777777" w:rsidR="002355BD" w:rsidRPr="001179E8" w:rsidRDefault="00000000">
      <w:pPr>
        <w:rPr>
          <w:lang w:val="pt-BR"/>
        </w:rPr>
      </w:pPr>
      <w:r w:rsidRPr="001179E8">
        <w:rPr>
          <w:lang w:val="pt-BR"/>
        </w:rPr>
        <w:t>"Você está se segurando, Santos," Nicole provocou após uma manobra em que ele absorveu o impacto de seu martelo metálico, mas hesitou em redirecioná-lo com força total contra ela.</w:t>
      </w:r>
    </w:p>
    <w:p w14:paraId="16A94276" w14:textId="77777777" w:rsidR="002355BD" w:rsidRPr="001179E8" w:rsidRDefault="00000000">
      <w:pPr>
        <w:rPr>
          <w:lang w:val="pt-BR"/>
        </w:rPr>
      </w:pPr>
      <w:r w:rsidRPr="001179E8">
        <w:rPr>
          <w:lang w:val="pt-BR"/>
        </w:rPr>
        <w:br/>
      </w:r>
    </w:p>
    <w:p w14:paraId="76675CCA" w14:textId="77777777" w:rsidR="002355BD" w:rsidRPr="001179E8" w:rsidRDefault="00000000">
      <w:pPr>
        <w:rPr>
          <w:lang w:val="pt-BR"/>
        </w:rPr>
      </w:pPr>
      <w:r w:rsidRPr="001179E8">
        <w:rPr>
          <w:lang w:val="pt-BR"/>
        </w:rPr>
        <w:t>"Talvez eu goste do seu brilho intacto, Stavros," ele retrucou, um sorriso rápido cruzando seus lábios antes de se tornar intangível e atravessar o chão para reaparecer atrás dela. Ela girou, um chicote elétrico estalando onde ele estivera um segundo antes.</w:t>
      </w:r>
    </w:p>
    <w:p w14:paraId="765FACDD" w14:textId="77777777" w:rsidR="002355BD" w:rsidRPr="001179E8" w:rsidRDefault="00000000">
      <w:pPr>
        <w:rPr>
          <w:lang w:val="pt-BR"/>
        </w:rPr>
      </w:pPr>
      <w:r w:rsidRPr="001179E8">
        <w:rPr>
          <w:lang w:val="pt-BR"/>
        </w:rPr>
        <w:lastRenderedPageBreak/>
        <w:br/>
      </w:r>
    </w:p>
    <w:p w14:paraId="4F778150" w14:textId="77777777" w:rsidR="002355BD" w:rsidRPr="001179E8" w:rsidRDefault="00000000">
      <w:pPr>
        <w:rPr>
          <w:lang w:val="pt-BR"/>
        </w:rPr>
      </w:pPr>
      <w:r w:rsidRPr="001179E8">
        <w:rPr>
          <w:lang w:val="pt-BR"/>
        </w:rPr>
        <w:t>Enquanto o treinamento físico e tático avançava, a busca por conhecimento se intensificava. Sang-Suga e Feiticeira Branca (Morgana LeFay, a mãe de Blue, sua presença uma aura de poder arcano contido e preocupação materna) mergulharam em tomos antigos e perigosos nos arquivos mais profundos da G.R.A.I.A., buscando informações sobre a Dragoa Maligna, espectros dracônicos e rituais de banimento ou contenção. A tensão entre mãe e filho era palpável; Morgana via a luta de Arthur com a absorção e temia que ele herdasse não apenas o poder de Sang-Suga, mas também a tentação sombria que ela mesma combatia.</w:t>
      </w:r>
    </w:p>
    <w:p w14:paraId="36A8AA9C" w14:textId="77777777" w:rsidR="002355BD" w:rsidRPr="001179E8" w:rsidRDefault="00000000">
      <w:pPr>
        <w:rPr>
          <w:lang w:val="pt-BR"/>
        </w:rPr>
      </w:pPr>
      <w:r w:rsidRPr="001179E8">
        <w:rPr>
          <w:lang w:val="pt-BR"/>
        </w:rPr>
        <w:br/>
      </w:r>
    </w:p>
    <w:p w14:paraId="7FA6069F" w14:textId="77777777" w:rsidR="002355BD" w:rsidRPr="001179E8" w:rsidRDefault="00000000">
      <w:pPr>
        <w:rPr>
          <w:lang w:val="pt-BR"/>
        </w:rPr>
      </w:pPr>
      <w:r w:rsidRPr="001179E8">
        <w:rPr>
          <w:lang w:val="pt-BR"/>
        </w:rPr>
        <w:t xml:space="preserve">"Você precisa ancorar sua mente, Arthur, não apenas seu corpo," Morgana disse suavemente, interrompendo uma sessão de meditação frustrada de Blue. "O poder flui através da vontade. Se a sua vontade vacila sob o peso do que você acha que </w:t>
      </w:r>
      <w:r w:rsidRPr="001179E8">
        <w:rPr>
          <w:i/>
          <w:lang w:val="pt-BR"/>
        </w:rPr>
        <w:t>*deveria*</w:t>
      </w:r>
      <w:r w:rsidRPr="001179E8">
        <w:rPr>
          <w:lang w:val="pt-BR"/>
        </w:rPr>
        <w:t xml:space="preserve"> ser, o poder se torna um rio sem leito."</w:t>
      </w:r>
    </w:p>
    <w:p w14:paraId="1F590DCE" w14:textId="77777777" w:rsidR="002355BD" w:rsidRPr="001179E8" w:rsidRDefault="00000000">
      <w:pPr>
        <w:rPr>
          <w:lang w:val="pt-BR"/>
        </w:rPr>
      </w:pPr>
      <w:r w:rsidRPr="001179E8">
        <w:rPr>
          <w:lang w:val="pt-BR"/>
        </w:rPr>
        <w:br/>
      </w:r>
    </w:p>
    <w:p w14:paraId="36735E0B" w14:textId="77777777" w:rsidR="002355BD" w:rsidRPr="001179E8" w:rsidRDefault="00000000">
      <w:pPr>
        <w:rPr>
          <w:lang w:val="pt-BR"/>
        </w:rPr>
      </w:pPr>
      <w:r w:rsidRPr="001179E8">
        <w:rPr>
          <w:lang w:val="pt-BR"/>
        </w:rPr>
        <w:t>Blue apenas apertou os punhos. "Eu estou tentando."</w:t>
      </w:r>
    </w:p>
    <w:p w14:paraId="02EBAD68" w14:textId="77777777" w:rsidR="002355BD" w:rsidRPr="001179E8" w:rsidRDefault="00000000">
      <w:pPr>
        <w:rPr>
          <w:lang w:val="pt-BR"/>
        </w:rPr>
      </w:pPr>
      <w:r w:rsidRPr="001179E8">
        <w:rPr>
          <w:lang w:val="pt-BR"/>
        </w:rPr>
        <w:br/>
      </w:r>
    </w:p>
    <w:p w14:paraId="2668275B" w14:textId="77777777" w:rsidR="002355BD" w:rsidRPr="001179E8" w:rsidRDefault="00000000">
      <w:pPr>
        <w:rPr>
          <w:lang w:val="pt-BR"/>
        </w:rPr>
      </w:pPr>
      <w:r w:rsidRPr="001179E8">
        <w:rPr>
          <w:lang w:val="pt-BR"/>
        </w:rPr>
        <w:t>"Eu sei," ela respondeu, a compreensão e o medo misturados em seus olhos violeta.</w:t>
      </w:r>
    </w:p>
    <w:p w14:paraId="04BA86DC" w14:textId="77777777" w:rsidR="002355BD" w:rsidRPr="001179E8" w:rsidRDefault="00000000">
      <w:pPr>
        <w:rPr>
          <w:lang w:val="pt-BR"/>
        </w:rPr>
      </w:pPr>
      <w:r w:rsidRPr="001179E8">
        <w:rPr>
          <w:lang w:val="pt-BR"/>
        </w:rPr>
        <w:br/>
      </w:r>
    </w:p>
    <w:p w14:paraId="02D46444" w14:textId="77777777" w:rsidR="002355BD" w:rsidRPr="001179E8" w:rsidRDefault="00000000">
      <w:pPr>
        <w:rPr>
          <w:lang w:val="pt-BR"/>
        </w:rPr>
      </w:pPr>
      <w:r w:rsidRPr="001179E8">
        <w:rPr>
          <w:lang w:val="pt-BR"/>
        </w:rPr>
        <w:t>Em meio à pressão crescente, os momentos roubados entre Rick e Nicole tornaram-se seu único refúgio. Encontros rápidos em corredores de serviço escuros, conversas sussurradas em telhados varridos pelo vento durante patrulhas noturnas.</w:t>
      </w:r>
    </w:p>
    <w:p w14:paraId="29173CFA" w14:textId="77777777" w:rsidR="002355BD" w:rsidRPr="001179E8" w:rsidRDefault="00000000">
      <w:pPr>
        <w:rPr>
          <w:lang w:val="pt-BR"/>
        </w:rPr>
      </w:pPr>
      <w:r w:rsidRPr="001179E8">
        <w:rPr>
          <w:lang w:val="pt-BR"/>
        </w:rPr>
        <w:br/>
      </w:r>
    </w:p>
    <w:p w14:paraId="7B8B061B" w14:textId="77777777" w:rsidR="002355BD" w:rsidRPr="001179E8" w:rsidRDefault="00000000">
      <w:pPr>
        <w:rPr>
          <w:lang w:val="pt-BR"/>
        </w:rPr>
      </w:pPr>
      <w:r w:rsidRPr="001179E8">
        <w:rPr>
          <w:lang w:val="pt-BR"/>
        </w:rPr>
        <w:t>"Ele mencionou a Dragoa Maligna," Rick disse em uma dessas noites, observando as luzes de Neo-Veridia abaixo. "Sang-Suga parecia... assustada."</w:t>
      </w:r>
    </w:p>
    <w:p w14:paraId="1F762F00" w14:textId="77777777" w:rsidR="002355BD" w:rsidRPr="001179E8" w:rsidRDefault="00000000">
      <w:pPr>
        <w:rPr>
          <w:lang w:val="pt-BR"/>
        </w:rPr>
      </w:pPr>
      <w:r w:rsidRPr="001179E8">
        <w:rPr>
          <w:lang w:val="pt-BR"/>
        </w:rPr>
        <w:br/>
      </w:r>
    </w:p>
    <w:p w14:paraId="13F5C9C7" w14:textId="77777777" w:rsidR="002355BD" w:rsidRPr="001179E8" w:rsidRDefault="00000000">
      <w:pPr>
        <w:rPr>
          <w:lang w:val="pt-BR"/>
        </w:rPr>
      </w:pPr>
      <w:r w:rsidRPr="001179E8">
        <w:rPr>
          <w:lang w:val="pt-BR"/>
        </w:rPr>
        <w:t>Nicole assentiu, seu corpo metálico absorvendo o frio da noite. "Minha mãe também. Há lendas sobre ela nos círculos arcanos. Uma entidade de fome e fim. Rox ser seu arauto... isso muda tudo."</w:t>
      </w:r>
    </w:p>
    <w:p w14:paraId="574A824D" w14:textId="77777777" w:rsidR="002355BD" w:rsidRPr="001179E8" w:rsidRDefault="00000000">
      <w:pPr>
        <w:rPr>
          <w:lang w:val="pt-BR"/>
        </w:rPr>
      </w:pPr>
      <w:r w:rsidRPr="001179E8">
        <w:rPr>
          <w:lang w:val="pt-BR"/>
        </w:rPr>
        <w:lastRenderedPageBreak/>
        <w:br/>
      </w:r>
    </w:p>
    <w:p w14:paraId="6075A7DA" w14:textId="77777777" w:rsidR="002355BD" w:rsidRPr="001179E8" w:rsidRDefault="00000000">
      <w:pPr>
        <w:rPr>
          <w:lang w:val="pt-BR"/>
        </w:rPr>
      </w:pPr>
      <w:r w:rsidRPr="001179E8">
        <w:rPr>
          <w:lang w:val="pt-BR"/>
        </w:rPr>
        <w:t>"Muda o quê? Que estamos ainda mais ferrados do que pensávamos?" O sarcasmo de Rick era uma defesa frágil.</w:t>
      </w:r>
    </w:p>
    <w:p w14:paraId="1CB534E8" w14:textId="77777777" w:rsidR="002355BD" w:rsidRPr="001179E8" w:rsidRDefault="00000000">
      <w:pPr>
        <w:rPr>
          <w:lang w:val="pt-BR"/>
        </w:rPr>
      </w:pPr>
      <w:r w:rsidRPr="001179E8">
        <w:rPr>
          <w:lang w:val="pt-BR"/>
        </w:rPr>
        <w:br/>
      </w:r>
    </w:p>
    <w:p w14:paraId="6EBB7288" w14:textId="77777777" w:rsidR="002355BD" w:rsidRPr="001179E8" w:rsidRDefault="00000000">
      <w:pPr>
        <w:rPr>
          <w:lang w:val="pt-BR"/>
        </w:rPr>
      </w:pPr>
      <w:r w:rsidRPr="001179E8">
        <w:rPr>
          <w:lang w:val="pt-BR"/>
        </w:rPr>
        <w:t>Nicole se aproximou, o brilho suave das linhas de circuito em seu traje iluminando o rosto dele. "Muda que precisamos ser mais do que apenas filhos de heróis reagindo. Precisamos entender o que estamos enfrentando." Ela hesitou. "Eu tenho pesquisado... nos arquivos do meu pai. Eletron. Ele estudou energias extradimensionais. Talvez haja algo lá."</w:t>
      </w:r>
    </w:p>
    <w:p w14:paraId="2825CBD6" w14:textId="77777777" w:rsidR="002355BD" w:rsidRPr="001179E8" w:rsidRDefault="00000000">
      <w:pPr>
        <w:rPr>
          <w:lang w:val="pt-BR"/>
        </w:rPr>
      </w:pPr>
      <w:r w:rsidRPr="001179E8">
        <w:rPr>
          <w:lang w:val="pt-BR"/>
        </w:rPr>
        <w:br/>
      </w:r>
    </w:p>
    <w:p w14:paraId="4D09911B" w14:textId="77777777" w:rsidR="002355BD" w:rsidRPr="001179E8" w:rsidRDefault="00000000">
      <w:pPr>
        <w:rPr>
          <w:lang w:val="pt-BR"/>
        </w:rPr>
      </w:pPr>
      <w:r w:rsidRPr="001179E8">
        <w:rPr>
          <w:lang w:val="pt-BR"/>
        </w:rPr>
        <w:t>"Você vasculhando os arquivos secretos do papai? Cuidado para não tropeçar em algum esqueleto no armário," Rick brincou, mas havia uma ponta de preocupação genuína em sua voz.</w:t>
      </w:r>
    </w:p>
    <w:p w14:paraId="031093C7" w14:textId="77777777" w:rsidR="002355BD" w:rsidRPr="001179E8" w:rsidRDefault="00000000">
      <w:pPr>
        <w:rPr>
          <w:lang w:val="pt-BR"/>
        </w:rPr>
      </w:pPr>
      <w:r w:rsidRPr="001179E8">
        <w:rPr>
          <w:lang w:val="pt-BR"/>
        </w:rPr>
        <w:br/>
      </w:r>
    </w:p>
    <w:p w14:paraId="2E01DA0A" w14:textId="77777777" w:rsidR="002355BD" w:rsidRPr="001179E8" w:rsidRDefault="00000000">
      <w:pPr>
        <w:rPr>
          <w:lang w:val="pt-BR"/>
        </w:rPr>
      </w:pPr>
      <w:r w:rsidRPr="001179E8">
        <w:rPr>
          <w:lang w:val="pt-BR"/>
        </w:rPr>
        <w:t>"Todos nós temos esqueletos, Rick," ela respondeu suavemente. "A questão é se deixamos eles nos definirem." Ela olhou para ele, a vulnerabilidade momentânea em seus olhos cinzentos antes que a máscara profissional voltasse. "Preciso ir. Tenho... otimizações para fazer."</w:t>
      </w:r>
    </w:p>
    <w:p w14:paraId="18167393" w14:textId="77777777" w:rsidR="002355BD" w:rsidRPr="001179E8" w:rsidRDefault="00000000">
      <w:pPr>
        <w:rPr>
          <w:lang w:val="pt-BR"/>
        </w:rPr>
      </w:pPr>
      <w:r w:rsidRPr="001179E8">
        <w:rPr>
          <w:lang w:val="pt-BR"/>
        </w:rPr>
        <w:br/>
      </w:r>
    </w:p>
    <w:p w14:paraId="305C92E3" w14:textId="77777777" w:rsidR="002355BD" w:rsidRPr="001179E8" w:rsidRDefault="00000000">
      <w:pPr>
        <w:rPr>
          <w:lang w:val="pt-BR"/>
        </w:rPr>
      </w:pPr>
      <w:r w:rsidRPr="001179E8">
        <w:rPr>
          <w:lang w:val="pt-BR"/>
        </w:rPr>
        <w:t>Ela se afastou, deixando Rick com o eco de suas palavras e a sensação crescente de que a batalha contra Rox era apenas a superfície de algo muito mais antigo e sombrio. A busca por conhecimento havia começado, mas cada resposta parecia levar a perguntas mais perigosas, enquanto os fragmentos de suas próprias identidades e relacionamentos eram forjados e testados no calor da crise iminente.</w:t>
      </w:r>
    </w:p>
    <w:p w14:paraId="6A7BE90D" w14:textId="77777777" w:rsidR="002355BD" w:rsidRPr="001179E8" w:rsidRDefault="002355BD">
      <w:pPr>
        <w:rPr>
          <w:lang w:val="pt-BR"/>
        </w:rPr>
      </w:pPr>
    </w:p>
    <w:p w14:paraId="2EA888B7" w14:textId="77777777" w:rsidR="002355BD" w:rsidRPr="001179E8" w:rsidRDefault="002355BD">
      <w:pPr>
        <w:rPr>
          <w:lang w:val="pt-BR"/>
        </w:rPr>
      </w:pPr>
    </w:p>
    <w:p w14:paraId="1291AB07" w14:textId="77777777" w:rsidR="002355BD" w:rsidRPr="001179E8" w:rsidRDefault="00000000">
      <w:pPr>
        <w:rPr>
          <w:lang w:val="pt-BR"/>
        </w:rPr>
      </w:pPr>
      <w:r w:rsidRPr="001179E8">
        <w:rPr>
          <w:lang w:val="pt-BR"/>
        </w:rPr>
        <w:t xml:space="preserve">A pesquisa frenética de Sang-Suga e Morgana LeFay nos arquivos arcanos da G.R.A.I.A. finalmente rendeu um fragmento de esperança – ou talvez apenas um caminho para um perigo ainda maior. Textos antigos, fragmentados e quase ilegíveis, falavam de um artefato conhecido como o Coração de Inverno, uma relíquia imbuída de uma energia elemental fria </w:t>
      </w:r>
      <w:r w:rsidRPr="001179E8">
        <w:rPr>
          <w:lang w:val="pt-BR"/>
        </w:rPr>
        <w:lastRenderedPageBreak/>
        <w:t>e primordial, supostamente capaz de neutralizar ou enfraquecer entidades de sombra e fogo profano, como a Dragoa Maligna e, por extensão, seu arauto, Rox.</w:t>
      </w:r>
    </w:p>
    <w:p w14:paraId="795AD726" w14:textId="77777777" w:rsidR="002355BD" w:rsidRPr="001179E8" w:rsidRDefault="00000000">
      <w:pPr>
        <w:rPr>
          <w:lang w:val="pt-BR"/>
        </w:rPr>
      </w:pPr>
      <w:r w:rsidRPr="001179E8">
        <w:rPr>
          <w:lang w:val="pt-BR"/>
        </w:rPr>
        <w:br/>
      </w:r>
    </w:p>
    <w:p w14:paraId="2CFCC212" w14:textId="77777777" w:rsidR="002355BD" w:rsidRPr="001179E8" w:rsidRDefault="00000000">
      <w:pPr>
        <w:rPr>
          <w:lang w:val="pt-BR"/>
        </w:rPr>
      </w:pPr>
      <w:r w:rsidRPr="001179E8">
        <w:rPr>
          <w:lang w:val="pt-BR"/>
        </w:rPr>
        <w:t>A localização do Coração de Inverno era incerta, perdida em lendas sobre criptas esquecidas em regiões árticas remotas, guardadas por magia antiga e perigos naturais. Era uma pista tênue, uma aposta desesperada, mas era a única que tinham.</w:t>
      </w:r>
    </w:p>
    <w:p w14:paraId="77ADEA5A" w14:textId="77777777" w:rsidR="002355BD" w:rsidRPr="001179E8" w:rsidRDefault="00000000">
      <w:pPr>
        <w:rPr>
          <w:lang w:val="pt-BR"/>
        </w:rPr>
      </w:pPr>
      <w:r w:rsidRPr="001179E8">
        <w:rPr>
          <w:lang w:val="pt-BR"/>
        </w:rPr>
        <w:br/>
      </w:r>
    </w:p>
    <w:p w14:paraId="66047947" w14:textId="77777777" w:rsidR="002355BD" w:rsidRPr="001179E8" w:rsidRDefault="00000000">
      <w:pPr>
        <w:rPr>
          <w:lang w:val="pt-BR"/>
        </w:rPr>
      </w:pPr>
      <w:r w:rsidRPr="001179E8">
        <w:rPr>
          <w:lang w:val="pt-BR"/>
        </w:rPr>
        <w:t>Uma pequena equipe de assalto foi formada, escolhida por suas habilidades únicas para navegar pelos desafios previstos: Sang-Suga, com seu conhecimento arcano e capacidade de sentir energias antigas; Feiticeira Branca (Morgana), cujo poder mágico bruto seria necessário para romper barreiras místicas; Luke, cujos clones e teletransporte seriam essenciais para reconhecimento, infiltração e extração rápida; e Chrome, cuja resistência metálica e poder elétrico poderiam lidar com perigos ambientais extremos e defesas tecnológicas ou energéticas inesperadas.</w:t>
      </w:r>
    </w:p>
    <w:p w14:paraId="54AD78ED" w14:textId="77777777" w:rsidR="002355BD" w:rsidRPr="001179E8" w:rsidRDefault="00000000">
      <w:pPr>
        <w:rPr>
          <w:lang w:val="pt-BR"/>
        </w:rPr>
      </w:pPr>
      <w:r w:rsidRPr="001179E8">
        <w:rPr>
          <w:lang w:val="pt-BR"/>
        </w:rPr>
        <w:br/>
      </w:r>
    </w:p>
    <w:p w14:paraId="1E04F7AA" w14:textId="77777777" w:rsidR="002355BD" w:rsidRPr="001179E8" w:rsidRDefault="00000000">
      <w:pPr>
        <w:rPr>
          <w:lang w:val="pt-BR"/>
        </w:rPr>
      </w:pPr>
      <w:r w:rsidRPr="001179E8">
        <w:rPr>
          <w:lang w:val="pt-BR"/>
        </w:rPr>
        <w:t>Os Primordiais II restantes – Rick, Blue e Linda – foram designados para permanecer na base, uma decisão tática de Vance para manter uma linha de defesa e evitar expor toda a equipe a uma missão de alto risco com informações incompletas. A decisão, no entanto, não foi bem recebida por todos.</w:t>
      </w:r>
    </w:p>
    <w:p w14:paraId="3F9DE6E3" w14:textId="77777777" w:rsidR="002355BD" w:rsidRPr="001179E8" w:rsidRDefault="00000000">
      <w:pPr>
        <w:rPr>
          <w:lang w:val="pt-BR"/>
        </w:rPr>
      </w:pPr>
      <w:r w:rsidRPr="001179E8">
        <w:rPr>
          <w:lang w:val="pt-BR"/>
        </w:rPr>
        <w:br/>
      </w:r>
    </w:p>
    <w:p w14:paraId="27AF59CC" w14:textId="77777777" w:rsidR="002355BD" w:rsidRPr="001179E8" w:rsidRDefault="00000000">
      <w:pPr>
        <w:rPr>
          <w:lang w:val="pt-BR"/>
        </w:rPr>
      </w:pPr>
      <w:r w:rsidRPr="001179E8">
        <w:rPr>
          <w:lang w:val="pt-BR"/>
        </w:rPr>
        <w:t>Rick estava na área de treinamento, descarregando sua frustração em simulacros de combate com uma ferocidade contida, quando sua mãe, Clara Benavides – a heroína Densa – o encontrou. Clara era uma mulher de presença sólida, seus poderes de manipulação de densidade refletidos em sua postura inabalável e olhar penetrante. A relação entre mãe e filho era um campo minado de amor não expresso, expectativas frustradas e ressentimento antigo.</w:t>
      </w:r>
    </w:p>
    <w:p w14:paraId="0D14BDF4" w14:textId="77777777" w:rsidR="002355BD" w:rsidRPr="001179E8" w:rsidRDefault="00000000">
      <w:pPr>
        <w:rPr>
          <w:lang w:val="pt-BR"/>
        </w:rPr>
      </w:pPr>
      <w:r w:rsidRPr="001179E8">
        <w:rPr>
          <w:lang w:val="pt-BR"/>
        </w:rPr>
        <w:br/>
      </w:r>
    </w:p>
    <w:p w14:paraId="6FC8011F" w14:textId="77777777" w:rsidR="002355BD" w:rsidRPr="001179E8" w:rsidRDefault="00000000">
      <w:pPr>
        <w:rPr>
          <w:lang w:val="pt-BR"/>
        </w:rPr>
      </w:pPr>
      <w:r w:rsidRPr="001179E8">
        <w:rPr>
          <w:lang w:val="pt-BR"/>
        </w:rPr>
        <w:t>"Ouvi dizer que você ficou para trás," Clara disse, sua voz calma, mas com um subtexto que Rick conhecia bem demais.</w:t>
      </w:r>
    </w:p>
    <w:p w14:paraId="66DFE70A" w14:textId="77777777" w:rsidR="002355BD" w:rsidRPr="001179E8" w:rsidRDefault="00000000">
      <w:pPr>
        <w:rPr>
          <w:lang w:val="pt-BR"/>
        </w:rPr>
      </w:pPr>
      <w:r w:rsidRPr="001179E8">
        <w:rPr>
          <w:lang w:val="pt-BR"/>
        </w:rPr>
        <w:br/>
      </w:r>
    </w:p>
    <w:p w14:paraId="36AF5050" w14:textId="77777777" w:rsidR="002355BD" w:rsidRPr="001179E8" w:rsidRDefault="00000000">
      <w:pPr>
        <w:rPr>
          <w:lang w:val="pt-BR"/>
        </w:rPr>
      </w:pPr>
      <w:r w:rsidRPr="001179E8">
        <w:rPr>
          <w:lang w:val="pt-BR"/>
        </w:rPr>
        <w:lastRenderedPageBreak/>
        <w:t>"Alguém tem que cuidar da loja enquanto os magos e a lata de sardinha vão passear no gelo," Rick retrucou, sem parar de atacar o simulacro, redirecionando um golpe cinético com força desnecessária.</w:t>
      </w:r>
    </w:p>
    <w:p w14:paraId="7EA8D331" w14:textId="77777777" w:rsidR="002355BD" w:rsidRPr="001179E8" w:rsidRDefault="00000000">
      <w:pPr>
        <w:rPr>
          <w:lang w:val="pt-BR"/>
        </w:rPr>
      </w:pPr>
      <w:r w:rsidRPr="001179E8">
        <w:rPr>
          <w:lang w:val="pt-BR"/>
        </w:rPr>
        <w:br/>
      </w:r>
    </w:p>
    <w:p w14:paraId="2DBAFF9B" w14:textId="77777777" w:rsidR="002355BD" w:rsidRPr="001179E8" w:rsidRDefault="00000000">
      <w:pPr>
        <w:rPr>
          <w:lang w:val="pt-BR"/>
        </w:rPr>
      </w:pPr>
      <w:r w:rsidRPr="001179E8">
        <w:rPr>
          <w:lang w:val="pt-BR"/>
        </w:rPr>
        <w:t xml:space="preserve">"Não subestime a missão deles, Ricardo," Clara repreendeu suavemente. "Rox é uma ameaça que seus pais... que </w:t>
      </w:r>
      <w:r w:rsidRPr="001179E8">
        <w:rPr>
          <w:i/>
          <w:lang w:val="pt-BR"/>
        </w:rPr>
        <w:t>nós</w:t>
      </w:r>
      <w:r w:rsidRPr="001179E8">
        <w:rPr>
          <w:lang w:val="pt-BR"/>
        </w:rPr>
        <w:t>... mal conseguimos conter da primeira vez. Se há uma chance, por menor que seja, de encontrar algo que possa enfraquecê-lo..."</w:t>
      </w:r>
    </w:p>
    <w:p w14:paraId="79EC9A12" w14:textId="77777777" w:rsidR="002355BD" w:rsidRPr="001179E8" w:rsidRDefault="00000000">
      <w:pPr>
        <w:rPr>
          <w:lang w:val="pt-BR"/>
        </w:rPr>
      </w:pPr>
      <w:r w:rsidRPr="001179E8">
        <w:rPr>
          <w:lang w:val="pt-BR"/>
        </w:rPr>
        <w:br/>
      </w:r>
    </w:p>
    <w:p w14:paraId="04DFB0A9" w14:textId="77777777" w:rsidR="002355BD" w:rsidRPr="001179E8" w:rsidRDefault="00000000">
      <w:pPr>
        <w:rPr>
          <w:lang w:val="pt-BR"/>
        </w:rPr>
      </w:pPr>
      <w:r w:rsidRPr="001179E8">
        <w:rPr>
          <w:lang w:val="pt-BR"/>
        </w:rPr>
        <w:t>"Eu sei o quão perigoso ele é!" Rick explodiu, virando-se para encarar a mãe, a energia crepitando em suas mãos. "Eu estava lá! Nós estávamos lá! E fomos esmagados! Por que eles vão e eu fico? Porque você e o pai acham que eu ainda sou o garoto problema que vai estragar tudo?"</w:t>
      </w:r>
    </w:p>
    <w:p w14:paraId="1488EA49" w14:textId="77777777" w:rsidR="002355BD" w:rsidRPr="001179E8" w:rsidRDefault="00000000">
      <w:pPr>
        <w:rPr>
          <w:lang w:val="pt-BR"/>
        </w:rPr>
      </w:pPr>
      <w:r w:rsidRPr="001179E8">
        <w:rPr>
          <w:lang w:val="pt-BR"/>
        </w:rPr>
        <w:br/>
      </w:r>
    </w:p>
    <w:p w14:paraId="6390B069" w14:textId="77777777" w:rsidR="002355BD" w:rsidRPr="001179E8" w:rsidRDefault="00000000">
      <w:pPr>
        <w:rPr>
          <w:lang w:val="pt-BR"/>
        </w:rPr>
      </w:pPr>
      <w:r w:rsidRPr="001179E8">
        <w:rPr>
          <w:lang w:val="pt-BR"/>
        </w:rPr>
        <w:t>Clara suspirou, a fachada de heroína vacilando por um instante, revelando a mãe preocupada por baixo. "Não é isso, Rick. É sobre estratégia. Suas habilidades... são mais adequadas para combate direto, para proteger a base. A equipe que foi enviada tem a combinação específica de habilidades de infiltração, magia e resistência ambiental necessária para esta missão específica."</w:t>
      </w:r>
    </w:p>
    <w:p w14:paraId="40CC8755" w14:textId="77777777" w:rsidR="002355BD" w:rsidRPr="001179E8" w:rsidRDefault="00000000">
      <w:pPr>
        <w:rPr>
          <w:lang w:val="pt-BR"/>
        </w:rPr>
      </w:pPr>
      <w:r w:rsidRPr="001179E8">
        <w:rPr>
          <w:lang w:val="pt-BR"/>
        </w:rPr>
        <w:br/>
      </w:r>
    </w:p>
    <w:p w14:paraId="0170A3E5" w14:textId="77777777" w:rsidR="002355BD" w:rsidRPr="001179E8" w:rsidRDefault="00000000">
      <w:pPr>
        <w:rPr>
          <w:lang w:val="pt-BR"/>
        </w:rPr>
      </w:pPr>
      <w:r w:rsidRPr="001179E8">
        <w:rPr>
          <w:lang w:val="pt-BR"/>
        </w:rPr>
        <w:t>"Habilidades específicas? Ou você só não confia em mim perto de magia antiga ou... ou perto dela?" A menção a Chrome pairou no ar, não dita, mas compreendida.</w:t>
      </w:r>
    </w:p>
    <w:p w14:paraId="594C3DC4" w14:textId="77777777" w:rsidR="002355BD" w:rsidRPr="001179E8" w:rsidRDefault="00000000">
      <w:pPr>
        <w:rPr>
          <w:lang w:val="pt-BR"/>
        </w:rPr>
      </w:pPr>
      <w:r w:rsidRPr="001179E8">
        <w:rPr>
          <w:lang w:val="pt-BR"/>
        </w:rPr>
        <w:br/>
      </w:r>
    </w:p>
    <w:p w14:paraId="5CEA5D2C" w14:textId="77777777" w:rsidR="002355BD" w:rsidRPr="001179E8" w:rsidRDefault="00000000">
      <w:pPr>
        <w:rPr>
          <w:lang w:val="pt-BR"/>
        </w:rPr>
      </w:pPr>
      <w:r w:rsidRPr="001179E8">
        <w:rPr>
          <w:lang w:val="pt-BR"/>
        </w:rPr>
        <w:t>Os olhos de Clara se estreitaram. "Sua vida pessoal é sua, Ricardo, embora suas escolhas nem sempre demonstrem a melhor... discrição. Mas esta decisão foi tática, tomada pelo General Vance e pelos líderes da missão. Você é um membro valioso desta equipe, seus poderes são únicos, mas nem toda missão é para todos. Aprender isso é parte de se tornar um herói, não apenas alguém com poderes."</w:t>
      </w:r>
    </w:p>
    <w:p w14:paraId="2605458A" w14:textId="77777777" w:rsidR="002355BD" w:rsidRPr="001179E8" w:rsidRDefault="00000000">
      <w:pPr>
        <w:rPr>
          <w:lang w:val="pt-BR"/>
        </w:rPr>
      </w:pPr>
      <w:r w:rsidRPr="001179E8">
        <w:rPr>
          <w:lang w:val="pt-BR"/>
        </w:rPr>
        <w:br/>
      </w:r>
    </w:p>
    <w:p w14:paraId="33498FD5" w14:textId="77777777" w:rsidR="002355BD" w:rsidRPr="001179E8" w:rsidRDefault="00000000">
      <w:pPr>
        <w:rPr>
          <w:lang w:val="pt-BR"/>
        </w:rPr>
      </w:pPr>
      <w:r w:rsidRPr="001179E8">
        <w:rPr>
          <w:lang w:val="pt-BR"/>
        </w:rPr>
        <w:lastRenderedPageBreak/>
        <w:t>"Então eu fico aqui, treinando, enquanto Luke e Nicole arriscam o pescoço por causa de uma lenda?" A amargura em sua voz era palpável.</w:t>
      </w:r>
    </w:p>
    <w:p w14:paraId="281FA9E9" w14:textId="77777777" w:rsidR="002355BD" w:rsidRPr="001179E8" w:rsidRDefault="00000000">
      <w:pPr>
        <w:rPr>
          <w:lang w:val="pt-BR"/>
        </w:rPr>
      </w:pPr>
      <w:r w:rsidRPr="001179E8">
        <w:rPr>
          <w:lang w:val="pt-BR"/>
        </w:rPr>
        <w:br/>
      </w:r>
    </w:p>
    <w:p w14:paraId="61C606B7" w14:textId="77777777" w:rsidR="002355BD" w:rsidRPr="001179E8" w:rsidRDefault="00000000">
      <w:pPr>
        <w:rPr>
          <w:lang w:val="pt-BR"/>
        </w:rPr>
      </w:pPr>
      <w:r w:rsidRPr="001179E8">
        <w:rPr>
          <w:lang w:val="pt-BR"/>
        </w:rPr>
        <w:t>"Você fica aqui como parte essencial da defesa," Clara corrigiu, sua voz recuperando a firmeza. "Você protege a retaguarda. Garante que, se eles falharem, ou se Rox atacar enquanto eles estiverem fora, ainda haja uma linha de defesa. É um papel vital, mesmo que não seja o mais... chamativo." Ela se aproximou, colocando a mão no ombro dele – um gesto raro de contato físico entre eles. "Seu pai e eu... nós nos preocupamos. Mas também vemos o quanto você cresceu. Não confunda responsabilidade com desconfiança."</w:t>
      </w:r>
    </w:p>
    <w:p w14:paraId="04FC87BB" w14:textId="77777777" w:rsidR="002355BD" w:rsidRPr="001179E8" w:rsidRDefault="00000000">
      <w:pPr>
        <w:rPr>
          <w:lang w:val="pt-BR"/>
        </w:rPr>
      </w:pPr>
      <w:r w:rsidRPr="001179E8">
        <w:rPr>
          <w:lang w:val="pt-BR"/>
        </w:rPr>
        <w:br/>
      </w:r>
    </w:p>
    <w:p w14:paraId="66EFBDF7" w14:textId="77777777" w:rsidR="002355BD" w:rsidRPr="001179E8" w:rsidRDefault="00000000">
      <w:pPr>
        <w:rPr>
          <w:lang w:val="pt-BR"/>
        </w:rPr>
      </w:pPr>
      <w:r w:rsidRPr="001179E8">
        <w:rPr>
          <w:lang w:val="pt-BR"/>
        </w:rPr>
        <w:t>Rick desviou o olhar, desconfortável com a proximidade e a sinceridade inesperada. Ele queria acreditar nela, mas anos de conflito haviam construído muros altos. "Tanto faz," ele resmungou, afastando-se. "Só espero que eles saibam o que estão fazendo."</w:t>
      </w:r>
    </w:p>
    <w:p w14:paraId="16578CF1" w14:textId="77777777" w:rsidR="002355BD" w:rsidRPr="001179E8" w:rsidRDefault="00000000">
      <w:pPr>
        <w:rPr>
          <w:lang w:val="pt-BR"/>
        </w:rPr>
      </w:pPr>
      <w:r w:rsidRPr="001179E8">
        <w:rPr>
          <w:lang w:val="pt-BR"/>
        </w:rPr>
        <w:br/>
      </w:r>
    </w:p>
    <w:p w14:paraId="37C6B5B8" w14:textId="77777777" w:rsidR="002355BD" w:rsidRPr="001179E8" w:rsidRDefault="00000000">
      <w:pPr>
        <w:rPr>
          <w:lang w:val="pt-BR"/>
        </w:rPr>
      </w:pPr>
      <w:r w:rsidRPr="001179E8">
        <w:rPr>
          <w:lang w:val="pt-BR"/>
        </w:rPr>
        <w:t>Clara observou-o voltar a atacar o simulacro, a preocupação gravada em seu rosto. A discussão não resolvida, mais uma camada na complexa tapeçaria de seu relacionamento.</w:t>
      </w:r>
    </w:p>
    <w:p w14:paraId="5D362836" w14:textId="77777777" w:rsidR="002355BD" w:rsidRPr="001179E8" w:rsidRDefault="00000000">
      <w:pPr>
        <w:rPr>
          <w:lang w:val="pt-BR"/>
        </w:rPr>
      </w:pPr>
      <w:r w:rsidRPr="001179E8">
        <w:rPr>
          <w:lang w:val="pt-BR"/>
        </w:rPr>
        <w:br/>
      </w:r>
    </w:p>
    <w:p w14:paraId="01B18DB1" w14:textId="77777777" w:rsidR="002355BD" w:rsidRPr="001179E8" w:rsidRDefault="00000000">
      <w:pPr>
        <w:rPr>
          <w:lang w:val="pt-BR"/>
        </w:rPr>
      </w:pPr>
      <w:r w:rsidRPr="001179E8">
        <w:rPr>
          <w:lang w:val="pt-BR"/>
        </w:rPr>
        <w:t>Enquanto isso, a milhares de quilômetros ao norte, o jato furtivo da G.R.A.I.A. cortava o céu ártico. Dentro, a atmosfera era tensa. Sang-Suga meditava, seus sentidos estendidos, buscando ecos da energia do Coração de Inverno. Morgana revisava diagramas rúnicos complexos em um tablet, seus lábios movendo-se silenciosamente. Luke usava um de seus clones para pilotar o jato enquanto seu eu principal e outro clone analisavam dados geológicos e leituras de energia anômala da região.</w:t>
      </w:r>
    </w:p>
    <w:p w14:paraId="13956C43" w14:textId="77777777" w:rsidR="002355BD" w:rsidRPr="001179E8" w:rsidRDefault="00000000">
      <w:pPr>
        <w:rPr>
          <w:lang w:val="pt-BR"/>
        </w:rPr>
      </w:pPr>
      <w:r w:rsidRPr="001179E8">
        <w:rPr>
          <w:lang w:val="pt-BR"/>
        </w:rPr>
        <w:br/>
      </w:r>
    </w:p>
    <w:p w14:paraId="6666F937" w14:textId="77777777" w:rsidR="002355BD" w:rsidRPr="001179E8" w:rsidRDefault="00000000">
      <w:pPr>
        <w:rPr>
          <w:lang w:val="pt-BR"/>
        </w:rPr>
      </w:pPr>
      <w:r w:rsidRPr="001179E8">
        <w:rPr>
          <w:lang w:val="pt-BR"/>
        </w:rPr>
        <w:t>Chrome estava em silêncio, seus olhos cinzentos fixos na paisagem branca e desoladora que passava abaixo. Ela recalibrava seus sensores internos para o frio extremo e revisava os protocolos de combate em ambiente ártico. A menção de seu pai, Eletron, e seus estudos sobre energias extradimensionais ainda ecoava em sua mente. Havia mais nos arquivos dele do que ela revelara a Rick, fragmentos sobre entidades como a Dragoa Maligna, notas que pareciam mais avisos do que pesquisas. Ela afastou esses pensamentos. A missão era o foco.</w:t>
      </w:r>
    </w:p>
    <w:p w14:paraId="1773B0A3" w14:textId="77777777" w:rsidR="002355BD" w:rsidRPr="001179E8" w:rsidRDefault="00000000">
      <w:pPr>
        <w:rPr>
          <w:lang w:val="pt-BR"/>
        </w:rPr>
      </w:pPr>
      <w:r w:rsidRPr="001179E8">
        <w:rPr>
          <w:lang w:val="pt-BR"/>
        </w:rPr>
        <w:lastRenderedPageBreak/>
        <w:br/>
      </w:r>
    </w:p>
    <w:p w14:paraId="4C4C2825" w14:textId="77777777" w:rsidR="002355BD" w:rsidRPr="001179E8" w:rsidRDefault="00000000">
      <w:pPr>
        <w:rPr>
          <w:lang w:val="pt-BR"/>
        </w:rPr>
      </w:pPr>
      <w:r w:rsidRPr="001179E8">
        <w:rPr>
          <w:lang w:val="pt-BR"/>
        </w:rPr>
        <w:t>"Estamos nos aproximando da área com as maiores leituras de energia residual arcana," Luke anunciou, apontando para um ponto no mapa holográfico – uma cadeia de montanhas irregulares e cobertas de gelo, envolta em uma nevasca perpétua.</w:t>
      </w:r>
    </w:p>
    <w:p w14:paraId="20ACDF7F" w14:textId="77777777" w:rsidR="002355BD" w:rsidRPr="001179E8" w:rsidRDefault="00000000">
      <w:pPr>
        <w:rPr>
          <w:lang w:val="pt-BR"/>
        </w:rPr>
      </w:pPr>
      <w:r w:rsidRPr="001179E8">
        <w:rPr>
          <w:lang w:val="pt-BR"/>
        </w:rPr>
        <w:br/>
      </w:r>
    </w:p>
    <w:p w14:paraId="2306CCA0" w14:textId="77777777" w:rsidR="002355BD" w:rsidRPr="001179E8" w:rsidRDefault="00000000">
      <w:pPr>
        <w:rPr>
          <w:lang w:val="pt-BR"/>
        </w:rPr>
      </w:pPr>
      <w:r w:rsidRPr="001179E8">
        <w:rPr>
          <w:lang w:val="pt-BR"/>
        </w:rPr>
        <w:t>"A Cripta dos Ventos Uivantes," Sang-Suga murmurou, abrindo os olhos. "Um nome apropriado. As barreiras mágicas são antigas e potentes. E o frio... o frio aqui não é apenas natural. É uma guarda."</w:t>
      </w:r>
    </w:p>
    <w:p w14:paraId="56E4E686" w14:textId="77777777" w:rsidR="002355BD" w:rsidRPr="001179E8" w:rsidRDefault="00000000">
      <w:pPr>
        <w:rPr>
          <w:lang w:val="pt-BR"/>
        </w:rPr>
      </w:pPr>
      <w:r w:rsidRPr="001179E8">
        <w:rPr>
          <w:lang w:val="pt-BR"/>
        </w:rPr>
        <w:br/>
      </w:r>
    </w:p>
    <w:p w14:paraId="266C78B3" w14:textId="77777777" w:rsidR="002355BD" w:rsidRPr="001179E8" w:rsidRDefault="00000000">
      <w:pPr>
        <w:rPr>
          <w:lang w:val="pt-BR"/>
        </w:rPr>
      </w:pPr>
      <w:r w:rsidRPr="001179E8">
        <w:rPr>
          <w:lang w:val="pt-BR"/>
        </w:rPr>
        <w:t>Morgana assentiu. "Sinto a magia. Forte, selvagem. Protetora." Seus olhos encontraram os de Sang-Suga. "Estamos prontas?"</w:t>
      </w:r>
    </w:p>
    <w:p w14:paraId="2A5F3296" w14:textId="77777777" w:rsidR="002355BD" w:rsidRPr="001179E8" w:rsidRDefault="00000000">
      <w:pPr>
        <w:rPr>
          <w:lang w:val="pt-BR"/>
        </w:rPr>
      </w:pPr>
      <w:r w:rsidRPr="001179E8">
        <w:rPr>
          <w:lang w:val="pt-BR"/>
        </w:rPr>
        <w:br/>
      </w:r>
    </w:p>
    <w:p w14:paraId="212469E1" w14:textId="77777777" w:rsidR="002355BD" w:rsidRPr="001179E8" w:rsidRDefault="00000000">
      <w:pPr>
        <w:rPr>
          <w:lang w:val="pt-BR"/>
        </w:rPr>
      </w:pPr>
      <w:r w:rsidRPr="001179E8">
        <w:rPr>
          <w:lang w:val="pt-BR"/>
        </w:rPr>
        <w:t>A anciã deu um sorriso fino, quase invisível. "Nascemos prontas, criança. A questão é se o que guardam lá dentro está pronto para nós."</w:t>
      </w:r>
    </w:p>
    <w:p w14:paraId="0CFE97DC" w14:textId="77777777" w:rsidR="002355BD" w:rsidRPr="001179E8" w:rsidRDefault="00000000">
      <w:pPr>
        <w:rPr>
          <w:lang w:val="pt-BR"/>
        </w:rPr>
      </w:pPr>
      <w:r w:rsidRPr="001179E8">
        <w:rPr>
          <w:lang w:val="pt-BR"/>
        </w:rPr>
        <w:br/>
      </w:r>
    </w:p>
    <w:p w14:paraId="1E149277" w14:textId="77777777" w:rsidR="002355BD" w:rsidRPr="001179E8" w:rsidRDefault="00000000">
      <w:pPr>
        <w:rPr>
          <w:lang w:val="pt-BR"/>
        </w:rPr>
      </w:pPr>
      <w:r w:rsidRPr="001179E8">
        <w:rPr>
          <w:lang w:val="pt-BR"/>
        </w:rPr>
        <w:t>O jato começou a descida, mergulhando na tempestade de gelo e magia antiga. A busca pelo Coração de Inverno havia começado, e com ela, uma jornada a um passado congelado que poderia conter a chave para o futuro – ou liberar horrores ainda piores.</w:t>
      </w:r>
    </w:p>
    <w:p w14:paraId="164393E8" w14:textId="77777777" w:rsidR="002355BD" w:rsidRPr="001179E8" w:rsidRDefault="00000000">
      <w:pPr>
        <w:rPr>
          <w:lang w:val="pt-BR"/>
        </w:rPr>
      </w:pPr>
      <w:r w:rsidRPr="001179E8">
        <w:rPr>
          <w:lang w:val="pt-BR"/>
        </w:rPr>
        <w:br/>
      </w:r>
      <w:r w:rsidRPr="001179E8">
        <w:rPr>
          <w:lang w:val="pt-BR"/>
        </w:rPr>
        <w:br/>
      </w:r>
      <w:r w:rsidRPr="001179E8">
        <w:rPr>
          <w:lang w:val="pt-BR"/>
        </w:rPr>
        <w:br/>
      </w:r>
    </w:p>
    <w:p w14:paraId="398DF95B" w14:textId="77777777" w:rsidR="002355BD" w:rsidRPr="001179E8" w:rsidRDefault="00000000">
      <w:pPr>
        <w:rPr>
          <w:lang w:val="pt-BR"/>
        </w:rPr>
      </w:pPr>
      <w:r w:rsidRPr="001179E8">
        <w:rPr>
          <w:lang w:val="pt-BR"/>
        </w:rPr>
        <w:t>A descida na tempestade foi brutal. Ventos uivantes, carregados de fragmentos de gelo e energia arcana bruta, açoitavam o jato. Luke lutava para manter o controle, seus clones trabalhando em sincronia nos comandos enquanto ele próprio tentava penetrar a interferência mágica com os sensores da nave.</w:t>
      </w:r>
    </w:p>
    <w:p w14:paraId="16A3FC3E" w14:textId="77777777" w:rsidR="002355BD" w:rsidRPr="001179E8" w:rsidRDefault="00000000">
      <w:pPr>
        <w:rPr>
          <w:lang w:val="pt-BR"/>
        </w:rPr>
      </w:pPr>
      <w:r w:rsidRPr="001179E8">
        <w:rPr>
          <w:lang w:val="pt-BR"/>
        </w:rPr>
        <w:br/>
      </w:r>
    </w:p>
    <w:p w14:paraId="2C108462" w14:textId="77777777" w:rsidR="002355BD" w:rsidRPr="001179E8" w:rsidRDefault="00000000">
      <w:pPr>
        <w:rPr>
          <w:lang w:val="pt-BR"/>
        </w:rPr>
      </w:pPr>
      <w:r w:rsidRPr="001179E8">
        <w:rPr>
          <w:lang w:val="pt-BR"/>
        </w:rPr>
        <w:lastRenderedPageBreak/>
        <w:t>"As barreiras estão reagindo à nossa aproximação!" Morgana alertou, seus olhos brilhando enquanto ela reforçava os escudos defletores do jato com sua própria magia. "São proteções antigas, projetadas para repelir intrusos."</w:t>
      </w:r>
    </w:p>
    <w:p w14:paraId="10B35D60" w14:textId="77777777" w:rsidR="002355BD" w:rsidRPr="001179E8" w:rsidRDefault="00000000">
      <w:pPr>
        <w:rPr>
          <w:lang w:val="pt-BR"/>
        </w:rPr>
      </w:pPr>
      <w:r w:rsidRPr="001179E8">
        <w:rPr>
          <w:lang w:val="pt-BR"/>
        </w:rPr>
        <w:br/>
      </w:r>
    </w:p>
    <w:p w14:paraId="4C11E113" w14:textId="77777777" w:rsidR="002355BD" w:rsidRPr="001179E8" w:rsidRDefault="00000000">
      <w:pPr>
        <w:rPr>
          <w:lang w:val="pt-BR"/>
        </w:rPr>
      </w:pPr>
      <w:r w:rsidRPr="001179E8">
        <w:rPr>
          <w:lang w:val="pt-BR"/>
        </w:rPr>
        <w:t>"Sinto... uma assinatura familiar por baixo de tudo," Sang-Suga murmurou, a testa franzida em concentração. "Algo ligado aos Primordiais... mas distorcido."</w:t>
      </w:r>
    </w:p>
    <w:p w14:paraId="64F46E64" w14:textId="77777777" w:rsidR="002355BD" w:rsidRPr="001179E8" w:rsidRDefault="00000000">
      <w:pPr>
        <w:rPr>
          <w:lang w:val="pt-BR"/>
        </w:rPr>
      </w:pPr>
      <w:r w:rsidRPr="001179E8">
        <w:rPr>
          <w:lang w:val="pt-BR"/>
        </w:rPr>
        <w:br/>
      </w:r>
    </w:p>
    <w:p w14:paraId="103BE007" w14:textId="77777777" w:rsidR="002355BD" w:rsidRPr="001179E8" w:rsidRDefault="00000000">
      <w:pPr>
        <w:rPr>
          <w:lang w:val="pt-BR"/>
        </w:rPr>
      </w:pPr>
      <w:r w:rsidRPr="001179E8">
        <w:rPr>
          <w:lang w:val="pt-BR"/>
        </w:rPr>
        <w:t>Com um solavanco final, Luke conseguiu pousar o jato em uma plataforma de gelo relativamente abrigada, escondida em uma fenda na base da montanha principal. A entrada da cripta era uma boca escura na parede de gelo, emanando um frio que penetrava até os ossos, mesmo através dos trajes térmicos avançados.</w:t>
      </w:r>
    </w:p>
    <w:p w14:paraId="640E1D05" w14:textId="77777777" w:rsidR="002355BD" w:rsidRPr="001179E8" w:rsidRDefault="00000000">
      <w:pPr>
        <w:rPr>
          <w:lang w:val="pt-BR"/>
        </w:rPr>
      </w:pPr>
      <w:r w:rsidRPr="001179E8">
        <w:rPr>
          <w:lang w:val="pt-BR"/>
        </w:rPr>
        <w:br/>
      </w:r>
    </w:p>
    <w:p w14:paraId="0C7C36AA" w14:textId="77777777" w:rsidR="002355BD" w:rsidRPr="001179E8" w:rsidRDefault="00000000">
      <w:pPr>
        <w:rPr>
          <w:lang w:val="pt-BR"/>
        </w:rPr>
      </w:pPr>
      <w:r w:rsidRPr="001179E8">
        <w:rPr>
          <w:lang w:val="pt-BR"/>
        </w:rPr>
        <w:t>"Temperatura ambiente significativamente abaixo do esperado para a geologia local. Detectando flutuações energéticas consistentes com contenção mágica e criogenia arcana," Chrome relatou, seus sensores analisando a entrada.</w:t>
      </w:r>
    </w:p>
    <w:p w14:paraId="1449D62D" w14:textId="77777777" w:rsidR="002355BD" w:rsidRPr="001179E8" w:rsidRDefault="00000000">
      <w:pPr>
        <w:rPr>
          <w:lang w:val="pt-BR"/>
        </w:rPr>
      </w:pPr>
      <w:r w:rsidRPr="001179E8">
        <w:rPr>
          <w:lang w:val="pt-BR"/>
        </w:rPr>
        <w:br/>
      </w:r>
    </w:p>
    <w:p w14:paraId="6FAA3B96" w14:textId="77777777" w:rsidR="002355BD" w:rsidRPr="001179E8" w:rsidRDefault="00000000">
      <w:pPr>
        <w:rPr>
          <w:lang w:val="pt-BR"/>
        </w:rPr>
      </w:pPr>
      <w:r w:rsidRPr="001179E8">
        <w:rPr>
          <w:lang w:val="pt-BR"/>
        </w:rPr>
        <w:t>"Vamos," Morgana decidiu, conjurando uma esfera de luz esmeralda para iluminar o caminho.</w:t>
      </w:r>
    </w:p>
    <w:p w14:paraId="70BCCF04" w14:textId="77777777" w:rsidR="002355BD" w:rsidRPr="001179E8" w:rsidRDefault="00000000">
      <w:pPr>
        <w:rPr>
          <w:lang w:val="pt-BR"/>
        </w:rPr>
      </w:pPr>
      <w:r w:rsidRPr="001179E8">
        <w:rPr>
          <w:lang w:val="pt-BR"/>
        </w:rPr>
        <w:br/>
      </w:r>
    </w:p>
    <w:p w14:paraId="165ED174" w14:textId="77777777" w:rsidR="002355BD" w:rsidRPr="001179E8" w:rsidRDefault="00000000">
      <w:pPr>
        <w:rPr>
          <w:lang w:val="pt-BR"/>
        </w:rPr>
      </w:pPr>
      <w:r w:rsidRPr="001179E8">
        <w:rPr>
          <w:lang w:val="pt-BR"/>
        </w:rPr>
        <w:t>A cripta era um labirinto de túneis esculpidos no gelo eterno, as paredes brilhando com uma luz azulada fraca, gravadas com runas que pulsavam com poder adormecido. O ar era rarefeito e gelado, e o silêncio era profundo, quebrado apenas pelo som de seus passos e pelo uivo distante do vento mágico nos túneis superiores.</w:t>
      </w:r>
    </w:p>
    <w:p w14:paraId="4E961280" w14:textId="77777777" w:rsidR="002355BD" w:rsidRPr="001179E8" w:rsidRDefault="00000000">
      <w:pPr>
        <w:rPr>
          <w:lang w:val="pt-BR"/>
        </w:rPr>
      </w:pPr>
      <w:r w:rsidRPr="001179E8">
        <w:rPr>
          <w:lang w:val="pt-BR"/>
        </w:rPr>
        <w:br/>
      </w:r>
    </w:p>
    <w:p w14:paraId="6E509DA7" w14:textId="77777777" w:rsidR="002355BD" w:rsidRPr="001179E8" w:rsidRDefault="00000000">
      <w:pPr>
        <w:rPr>
          <w:lang w:val="pt-BR"/>
        </w:rPr>
      </w:pPr>
      <w:r w:rsidRPr="001179E8">
        <w:rPr>
          <w:lang w:val="pt-BR"/>
        </w:rPr>
        <w:t>Luke enviou clones à frente para mapear o caminho, mas muitos eram dissipados por armadilhas de energia invisíveis ou barreiras rúnicas que reagiam à sua forma astral. "Armadilhas de detecção de vida e energia," ele relatou. "Precisamos de alguém para desarmá-las ou encontrar um caminho alternativo."</w:t>
      </w:r>
    </w:p>
    <w:p w14:paraId="25BCF1C0" w14:textId="77777777" w:rsidR="002355BD" w:rsidRPr="001179E8" w:rsidRDefault="00000000">
      <w:pPr>
        <w:rPr>
          <w:lang w:val="pt-BR"/>
        </w:rPr>
      </w:pPr>
      <w:r w:rsidRPr="001179E8">
        <w:rPr>
          <w:lang w:val="pt-BR"/>
        </w:rPr>
        <w:lastRenderedPageBreak/>
        <w:br/>
      </w:r>
    </w:p>
    <w:p w14:paraId="5C9323BF" w14:textId="77777777" w:rsidR="002355BD" w:rsidRPr="001179E8" w:rsidRDefault="00000000">
      <w:pPr>
        <w:rPr>
          <w:lang w:val="pt-BR"/>
        </w:rPr>
      </w:pPr>
      <w:r w:rsidRPr="001179E8">
        <w:rPr>
          <w:lang w:val="pt-BR"/>
        </w:rPr>
        <w:t>Sang-Suga assumiu a liderança, seus dedos nodosos traçando as runas nas paredes. "Estes são selos de proteção... mas também de passagem. Requerem uma chave... ou um entendimento." Ela fechou os olhos, murmurando palavras em uma língua esquecida. Lentamente, algumas das runas à frente brilharam mais intensamente, revelando um caminho seguro através de um corredor que, de outra forma, teria desintegrado os clones de Luke.</w:t>
      </w:r>
    </w:p>
    <w:p w14:paraId="13CF3DCA" w14:textId="77777777" w:rsidR="002355BD" w:rsidRPr="001179E8" w:rsidRDefault="00000000">
      <w:pPr>
        <w:rPr>
          <w:lang w:val="pt-BR"/>
        </w:rPr>
      </w:pPr>
      <w:r w:rsidRPr="001179E8">
        <w:rPr>
          <w:lang w:val="pt-BR"/>
        </w:rPr>
        <w:br/>
      </w:r>
    </w:p>
    <w:p w14:paraId="10823B56" w14:textId="77777777" w:rsidR="002355BD" w:rsidRPr="001179E8" w:rsidRDefault="00000000">
      <w:pPr>
        <w:rPr>
          <w:lang w:val="pt-BR"/>
        </w:rPr>
      </w:pPr>
      <w:r w:rsidRPr="001179E8">
        <w:rPr>
          <w:lang w:val="pt-BR"/>
        </w:rPr>
        <w:t>Enquanto avançavam, encontraram guardiões. Elementais de gelo maciços, animados pela magia da cripta, ergueram-se das paredes congeladas. Chrome avançou, seu corpo metálico resistindo aos golpes congelantes, enquanto descarregava rajadas elétricas que superaqueciam e estilhaçavam as formas de gelo. Morgana conjurava fogo arcano, explorando a fraqueza elemental dos guardiões, enquanto Sang-Suga enfraquecia sua coesão mágica.</w:t>
      </w:r>
    </w:p>
    <w:p w14:paraId="6F2B1A9F" w14:textId="77777777" w:rsidR="002355BD" w:rsidRPr="001179E8" w:rsidRDefault="00000000">
      <w:pPr>
        <w:rPr>
          <w:lang w:val="pt-BR"/>
        </w:rPr>
      </w:pPr>
      <w:r w:rsidRPr="001179E8">
        <w:rPr>
          <w:lang w:val="pt-BR"/>
        </w:rPr>
        <w:br/>
      </w:r>
    </w:p>
    <w:p w14:paraId="63A9316F" w14:textId="77777777" w:rsidR="002355BD" w:rsidRPr="001179E8" w:rsidRDefault="00000000">
      <w:pPr>
        <w:rPr>
          <w:lang w:val="pt-BR"/>
        </w:rPr>
      </w:pPr>
      <w:r w:rsidRPr="001179E8">
        <w:rPr>
          <w:lang w:val="pt-BR"/>
        </w:rPr>
        <w:t>Mais profundamente, encontraram um vasto salão circular. No centro, flutuando sobre um pedestal de gelo negro, estava um cristal multifacetado que irradiava uma luz fria e poderosa – o Coração de Inverno. Mas algo estava errado.</w:t>
      </w:r>
    </w:p>
    <w:p w14:paraId="6CDA49E9" w14:textId="77777777" w:rsidR="002355BD" w:rsidRPr="001179E8" w:rsidRDefault="00000000">
      <w:pPr>
        <w:rPr>
          <w:lang w:val="pt-BR"/>
        </w:rPr>
      </w:pPr>
      <w:r w:rsidRPr="001179E8">
        <w:rPr>
          <w:lang w:val="pt-BR"/>
        </w:rPr>
        <w:br/>
      </w:r>
    </w:p>
    <w:p w14:paraId="0D5260A4" w14:textId="77777777" w:rsidR="002355BD" w:rsidRPr="001179E8" w:rsidRDefault="00000000">
      <w:pPr>
        <w:rPr>
          <w:lang w:val="pt-BR"/>
        </w:rPr>
      </w:pPr>
      <w:r w:rsidRPr="001179E8">
        <w:rPr>
          <w:lang w:val="pt-BR"/>
        </w:rPr>
        <w:t>"A energia... está sendo drenada," Sang-Suga ofegou, sentindo a pulsação fraca do artefato. "Está sendo usada para alimentar outra coisa... algo acima!"</w:t>
      </w:r>
    </w:p>
    <w:p w14:paraId="2C5223C2" w14:textId="77777777" w:rsidR="002355BD" w:rsidRPr="001179E8" w:rsidRDefault="00000000">
      <w:pPr>
        <w:rPr>
          <w:lang w:val="pt-BR"/>
        </w:rPr>
      </w:pPr>
      <w:r w:rsidRPr="001179E8">
        <w:rPr>
          <w:lang w:val="pt-BR"/>
        </w:rPr>
        <w:br/>
      </w:r>
    </w:p>
    <w:p w14:paraId="66329B72" w14:textId="77777777" w:rsidR="002355BD" w:rsidRPr="001179E8" w:rsidRDefault="00000000">
      <w:pPr>
        <w:rPr>
          <w:lang w:val="pt-BR"/>
        </w:rPr>
      </w:pPr>
      <w:r w:rsidRPr="001179E8">
        <w:rPr>
          <w:lang w:val="pt-BR"/>
        </w:rPr>
        <w:t>Linhas de energia quase invisíveis subiam do Coração de Inverno, atravessando o teto da caverna e desaparecendo na rocha acima. Seguindo as linhas com o olhar, perceberam que a cripta não era apenas uma tumba esquecida; era a fundação, a fonte de energia para algo construído sobre ela.</w:t>
      </w:r>
    </w:p>
    <w:p w14:paraId="3E8259AD" w14:textId="77777777" w:rsidR="002355BD" w:rsidRPr="001179E8" w:rsidRDefault="00000000">
      <w:pPr>
        <w:rPr>
          <w:lang w:val="pt-BR"/>
        </w:rPr>
      </w:pPr>
      <w:r w:rsidRPr="001179E8">
        <w:rPr>
          <w:lang w:val="pt-BR"/>
        </w:rPr>
        <w:br/>
      </w:r>
    </w:p>
    <w:p w14:paraId="29B725F4" w14:textId="77777777" w:rsidR="002355BD" w:rsidRPr="001179E8" w:rsidRDefault="00000000">
      <w:pPr>
        <w:rPr>
          <w:lang w:val="pt-BR"/>
        </w:rPr>
      </w:pPr>
      <w:r w:rsidRPr="001179E8">
        <w:rPr>
          <w:lang w:val="pt-BR"/>
        </w:rPr>
        <w:t>"A Torre," Luke percebeu. "A Cripta não guarda o Coração... ela o usa como bateria para a Torre! Ou pelo menos, para o que quer que esteja acontecendo lá em cima agora."</w:t>
      </w:r>
    </w:p>
    <w:p w14:paraId="7237CEE4" w14:textId="77777777" w:rsidR="002355BD" w:rsidRPr="001179E8" w:rsidRDefault="00000000">
      <w:pPr>
        <w:rPr>
          <w:lang w:val="pt-BR"/>
        </w:rPr>
      </w:pPr>
      <w:r w:rsidRPr="001179E8">
        <w:rPr>
          <w:lang w:val="pt-BR"/>
        </w:rPr>
        <w:lastRenderedPageBreak/>
        <w:br/>
      </w:r>
    </w:p>
    <w:p w14:paraId="6208E515" w14:textId="77777777" w:rsidR="002355BD" w:rsidRPr="001179E8" w:rsidRDefault="00000000">
      <w:pPr>
        <w:rPr>
          <w:lang w:val="pt-BR"/>
        </w:rPr>
      </w:pPr>
      <w:r w:rsidRPr="001179E8">
        <w:rPr>
          <w:lang w:val="pt-BR"/>
        </w:rPr>
        <w:t>"Precisamos subir," Morgana declarou. "Interromper o fluxo de energia aqui pode ser inútil se o ritual já estiver em andamento lá em cima."</w:t>
      </w:r>
    </w:p>
    <w:p w14:paraId="0A4931F8" w14:textId="77777777" w:rsidR="002355BD" w:rsidRPr="001179E8" w:rsidRDefault="00000000">
      <w:pPr>
        <w:rPr>
          <w:lang w:val="pt-BR"/>
        </w:rPr>
      </w:pPr>
      <w:r w:rsidRPr="001179E8">
        <w:rPr>
          <w:lang w:val="pt-BR"/>
        </w:rPr>
        <w:br/>
      </w:r>
    </w:p>
    <w:p w14:paraId="350EBAAE" w14:textId="77777777" w:rsidR="002355BD" w:rsidRPr="001179E8" w:rsidRDefault="00000000">
      <w:pPr>
        <w:rPr>
          <w:lang w:val="pt-BR"/>
        </w:rPr>
      </w:pPr>
      <w:r w:rsidRPr="001179E8">
        <w:rPr>
          <w:lang w:val="pt-BR"/>
        </w:rPr>
        <w:t>Encontraram um poço vertical escondido atrás do pedestal do Coração, um antigo elevador ou conduto de energia que subia pela montanha. Runas de transporte brilhavam fracamente nas paredes.</w:t>
      </w:r>
    </w:p>
    <w:p w14:paraId="111C78E9" w14:textId="77777777" w:rsidR="002355BD" w:rsidRPr="001179E8" w:rsidRDefault="00000000">
      <w:pPr>
        <w:rPr>
          <w:lang w:val="pt-BR"/>
        </w:rPr>
      </w:pPr>
      <w:r w:rsidRPr="001179E8">
        <w:rPr>
          <w:lang w:val="pt-BR"/>
        </w:rPr>
        <w:br/>
      </w:r>
    </w:p>
    <w:p w14:paraId="0C573201" w14:textId="77777777" w:rsidR="002355BD" w:rsidRPr="001179E8" w:rsidRDefault="00000000">
      <w:pPr>
        <w:rPr>
          <w:lang w:val="pt-BR"/>
        </w:rPr>
      </w:pPr>
      <w:r w:rsidRPr="001179E8">
        <w:rPr>
          <w:lang w:val="pt-BR"/>
        </w:rPr>
        <w:t>"Isso nos levará para cima," disse Sang-Suga. "Diretamente para o coração da tempestade que eles estão criando."</w:t>
      </w:r>
    </w:p>
    <w:p w14:paraId="0825FC0D" w14:textId="77777777" w:rsidR="002355BD" w:rsidRPr="001179E8" w:rsidRDefault="00000000">
      <w:pPr>
        <w:rPr>
          <w:lang w:val="pt-BR"/>
        </w:rPr>
      </w:pPr>
      <w:r w:rsidRPr="001179E8">
        <w:rPr>
          <w:lang w:val="pt-BR"/>
        </w:rPr>
        <w:br/>
      </w:r>
    </w:p>
    <w:p w14:paraId="34432E3A" w14:textId="77777777" w:rsidR="002355BD" w:rsidRPr="001179E8" w:rsidRDefault="00000000">
      <w:pPr>
        <w:rPr>
          <w:lang w:val="pt-BR"/>
        </w:rPr>
      </w:pPr>
      <w:r w:rsidRPr="001179E8">
        <w:rPr>
          <w:lang w:val="pt-BR"/>
        </w:rPr>
        <w:t>Com um aceno de Morgana, as runas se ativaram. A equipe foi envolvida por uma luz azulada e puxada para cima, deixando a cripta gelada para trás e ascendendo em direção ao topo da Torre de Comunicações abandonada, onde Magenta, o Rei Corvo e o poder crescente de Rox os aguardavam.</w:t>
      </w:r>
    </w:p>
    <w:p w14:paraId="1051470F" w14:textId="77777777" w:rsidR="002355BD" w:rsidRPr="001179E8" w:rsidRDefault="00000000">
      <w:pPr>
        <w:rPr>
          <w:lang w:val="pt-BR"/>
        </w:rPr>
      </w:pPr>
      <w:r w:rsidRPr="001179E8">
        <w:rPr>
          <w:lang w:val="pt-BR"/>
        </w:rPr>
        <w:br/>
      </w:r>
      <w:r w:rsidRPr="001179E8">
        <w:rPr>
          <w:lang w:val="pt-BR"/>
        </w:rPr>
        <w:br/>
      </w:r>
      <w:r w:rsidRPr="001179E8">
        <w:rPr>
          <w:lang w:val="pt-BR"/>
        </w:rPr>
        <w:br/>
      </w:r>
    </w:p>
    <w:p w14:paraId="191FB1B7" w14:textId="77777777" w:rsidR="002355BD" w:rsidRPr="001179E8" w:rsidRDefault="00000000">
      <w:pPr>
        <w:rPr>
          <w:lang w:val="pt-BR"/>
        </w:rPr>
      </w:pPr>
      <w:r w:rsidRPr="001179E8">
        <w:rPr>
          <w:lang w:val="pt-BR"/>
        </w:rPr>
        <w:t>A luz azulada do transporte depositou-os no que outrora fora a sala principal de transmissão da torre. Agora, era um pesadelo tecnológico-arcano. Cabos grossos, pulsando com a energia magenta de Magenta e a energia fria drenada do Coração de Inverno, serpenteavam pelo chão e paredes, convergindo para o centro da sala. Ali, flutuando no ar, estava um portal instável, um rasgo na realidade que crepitava com poder elemental bruto – fogo, ar, terra, água, todos em um vórtice caótico.</w:t>
      </w:r>
    </w:p>
    <w:p w14:paraId="6FF173D9" w14:textId="77777777" w:rsidR="002355BD" w:rsidRPr="001179E8" w:rsidRDefault="00000000">
      <w:pPr>
        <w:rPr>
          <w:lang w:val="pt-BR"/>
        </w:rPr>
      </w:pPr>
      <w:r w:rsidRPr="001179E8">
        <w:rPr>
          <w:lang w:val="pt-BR"/>
        </w:rPr>
        <w:br/>
      </w:r>
    </w:p>
    <w:p w14:paraId="1CF638C8" w14:textId="77777777" w:rsidR="002355BD" w:rsidRPr="001179E8" w:rsidRDefault="00000000">
      <w:pPr>
        <w:rPr>
          <w:lang w:val="pt-BR"/>
        </w:rPr>
      </w:pPr>
      <w:r w:rsidRPr="001179E8">
        <w:rPr>
          <w:lang w:val="pt-BR"/>
        </w:rPr>
        <w:t xml:space="preserve">Diante do portal, Magenta orquestrava o fluxo de energia com gestos graciosos e mortais, seus cabelos flutuando como tentáculos energéticos. O Rei Corvo, agora parecendo mais uma abominação de carne e metal corrompido pela magia de Magenta, montava guarda com uma postura bestial, seus olhos fixos na equipe recém-chegada. Espalhados pela sala, </w:t>
      </w:r>
      <w:r w:rsidRPr="001179E8">
        <w:rPr>
          <w:lang w:val="pt-BR"/>
        </w:rPr>
        <w:lastRenderedPageBreak/>
        <w:t>estavam outros capangas – mercenários aprimorados ciberneticamente e cultistas menores atraídos pelo poder de Magenta, seus rostos ocultos por máscaras ou capuzes.</w:t>
      </w:r>
    </w:p>
    <w:p w14:paraId="2CED0854" w14:textId="77777777" w:rsidR="002355BD" w:rsidRPr="001179E8" w:rsidRDefault="00000000">
      <w:pPr>
        <w:rPr>
          <w:lang w:val="pt-BR"/>
        </w:rPr>
      </w:pPr>
      <w:r w:rsidRPr="001179E8">
        <w:rPr>
          <w:lang w:val="pt-BR"/>
        </w:rPr>
        <w:br/>
      </w:r>
    </w:p>
    <w:p w14:paraId="1C6556C9" w14:textId="77777777" w:rsidR="002355BD" w:rsidRPr="001179E8" w:rsidRDefault="00000000">
      <w:pPr>
        <w:rPr>
          <w:lang w:val="pt-BR"/>
        </w:rPr>
      </w:pPr>
      <w:r w:rsidRPr="001179E8">
        <w:rPr>
          <w:lang w:val="pt-BR"/>
        </w:rPr>
        <w:t>"Bem-vindos ao ato final," Magenta cumprimentou, sem se virar, sua voz ecoando com poder. "Chegaram a tempo de testemunhar o renascimento de um deus... e a ascensão de uma nova era."</w:t>
      </w:r>
    </w:p>
    <w:p w14:paraId="76BF0F71" w14:textId="77777777" w:rsidR="002355BD" w:rsidRPr="001179E8" w:rsidRDefault="00000000">
      <w:pPr>
        <w:rPr>
          <w:lang w:val="pt-BR"/>
        </w:rPr>
      </w:pPr>
      <w:r w:rsidRPr="001179E8">
        <w:rPr>
          <w:lang w:val="pt-BR"/>
        </w:rPr>
        <w:br/>
      </w:r>
    </w:p>
    <w:p w14:paraId="1AC06B9F" w14:textId="77777777" w:rsidR="002355BD" w:rsidRPr="001179E8" w:rsidRDefault="00000000">
      <w:pPr>
        <w:rPr>
          <w:lang w:val="pt-BR"/>
        </w:rPr>
      </w:pPr>
      <w:r w:rsidRPr="001179E8">
        <w:rPr>
          <w:lang w:val="pt-BR"/>
        </w:rPr>
        <w:t>"Magenta!" Morgana gritou, avançando. "Seja qual for o acordo que você fez com Rox, ele não vai honrá-lo! Você está brincando com forças que não pode controlar!"</w:t>
      </w:r>
    </w:p>
    <w:p w14:paraId="62ED791E" w14:textId="77777777" w:rsidR="002355BD" w:rsidRPr="001179E8" w:rsidRDefault="00000000">
      <w:pPr>
        <w:rPr>
          <w:lang w:val="pt-BR"/>
        </w:rPr>
      </w:pPr>
      <w:r w:rsidRPr="001179E8">
        <w:rPr>
          <w:lang w:val="pt-BR"/>
        </w:rPr>
        <w:br/>
      </w:r>
    </w:p>
    <w:p w14:paraId="4B4C633E" w14:textId="77777777" w:rsidR="002355BD" w:rsidRPr="001179E8" w:rsidRDefault="00000000">
      <w:pPr>
        <w:rPr>
          <w:lang w:val="pt-BR"/>
        </w:rPr>
      </w:pPr>
      <w:r w:rsidRPr="001179E8">
        <w:rPr>
          <w:lang w:val="pt-BR"/>
        </w:rPr>
        <w:t>Magenta finalmente se virou, um sorriso condescendente em seus lábios pálidos. "Controle? Querida Morgana, o controle é uma ilusão. Eu busco influência, poder bruto. E as almas elementares presas neste portal... elas são a chave. Rox é apenas o recipiente mais conveniente no momento." Ela estalou os dedos. "Cuidem deles. Não deixem que interrompam o ritual."</w:t>
      </w:r>
    </w:p>
    <w:p w14:paraId="4C881837" w14:textId="77777777" w:rsidR="002355BD" w:rsidRPr="001179E8" w:rsidRDefault="00000000">
      <w:pPr>
        <w:rPr>
          <w:lang w:val="pt-BR"/>
        </w:rPr>
      </w:pPr>
      <w:r w:rsidRPr="001179E8">
        <w:rPr>
          <w:lang w:val="pt-BR"/>
        </w:rPr>
        <w:br/>
      </w:r>
    </w:p>
    <w:p w14:paraId="1C15D5E4" w14:textId="77777777" w:rsidR="002355BD" w:rsidRPr="001179E8" w:rsidRDefault="00000000">
      <w:pPr>
        <w:rPr>
          <w:lang w:val="pt-BR"/>
        </w:rPr>
      </w:pPr>
      <w:r w:rsidRPr="001179E8">
        <w:rPr>
          <w:lang w:val="pt-BR"/>
        </w:rPr>
        <w:t>O Rei Corvo rugiu e avançou, um aríete de fúria e poder distorcido, mirando Chrome novamente, como se sentisse uma rivalidade primária. Os cultistas e mercenários atacaram em conjunto, disparando armas de energia modificadas e lançando feitiços menores, mas numerosos.</w:t>
      </w:r>
    </w:p>
    <w:p w14:paraId="0CBB527D" w14:textId="77777777" w:rsidR="002355BD" w:rsidRPr="001179E8" w:rsidRDefault="00000000">
      <w:pPr>
        <w:rPr>
          <w:lang w:val="pt-BR"/>
        </w:rPr>
      </w:pPr>
      <w:r w:rsidRPr="001179E8">
        <w:rPr>
          <w:lang w:val="pt-BR"/>
        </w:rPr>
        <w:br/>
      </w:r>
    </w:p>
    <w:p w14:paraId="095843E7" w14:textId="77777777" w:rsidR="002355BD" w:rsidRPr="001179E8" w:rsidRDefault="00000000">
      <w:pPr>
        <w:rPr>
          <w:lang w:val="pt-BR"/>
        </w:rPr>
      </w:pPr>
      <w:r w:rsidRPr="001179E8">
        <w:rPr>
          <w:lang w:val="pt-BR"/>
        </w:rPr>
        <w:t>"Luke, contenha os lacaios!" Morgana ordenou, erguendo um escudo protetor enquanto ela e Sang-Suga focavam em Magenta. "Chrome, o Corvo é seu! Não o deixe chegar perto do portal!"</w:t>
      </w:r>
    </w:p>
    <w:p w14:paraId="1A31BB21" w14:textId="77777777" w:rsidR="002355BD" w:rsidRPr="001179E8" w:rsidRDefault="00000000">
      <w:pPr>
        <w:rPr>
          <w:lang w:val="pt-BR"/>
        </w:rPr>
      </w:pPr>
      <w:r w:rsidRPr="001179E8">
        <w:rPr>
          <w:lang w:val="pt-BR"/>
        </w:rPr>
        <w:br/>
      </w:r>
    </w:p>
    <w:p w14:paraId="00E49C09" w14:textId="77777777" w:rsidR="002355BD" w:rsidRPr="001179E8" w:rsidRDefault="00000000">
      <w:pPr>
        <w:rPr>
          <w:lang w:val="pt-BR"/>
        </w:rPr>
      </w:pPr>
      <w:r w:rsidRPr="001179E8">
        <w:rPr>
          <w:lang w:val="pt-BR"/>
        </w:rPr>
        <w:t>Luke se multiplicou instantaneamente, seus clones engajando os mercenários e cultistas em uma dança caótica de teletransportes, golpes rápidos e distrações táticas. Ele precisava manter a maior parte da força inimiga ocupada enquanto os pesos-pesados se enfrentavam.</w:t>
      </w:r>
    </w:p>
    <w:p w14:paraId="5D42BDD7" w14:textId="77777777" w:rsidR="002355BD" w:rsidRPr="001179E8" w:rsidRDefault="00000000">
      <w:pPr>
        <w:rPr>
          <w:lang w:val="pt-BR"/>
        </w:rPr>
      </w:pPr>
      <w:r w:rsidRPr="001179E8">
        <w:rPr>
          <w:lang w:val="pt-BR"/>
        </w:rPr>
        <w:lastRenderedPageBreak/>
        <w:br/>
      </w:r>
    </w:p>
    <w:p w14:paraId="6479C043" w14:textId="77777777" w:rsidR="002355BD" w:rsidRPr="001179E8" w:rsidRDefault="00000000">
      <w:pPr>
        <w:rPr>
          <w:lang w:val="pt-BR"/>
        </w:rPr>
      </w:pPr>
      <w:r w:rsidRPr="001179E8">
        <w:rPr>
          <w:lang w:val="pt-BR"/>
        </w:rPr>
        <w:t>Chrome interceptou a carga do Rei Corvo com um impacto metálico que ressoou pela sala. "Você de novo?" ela rosnou, desviando de um golpe esmagador. "Não aprendeu da última vez?"</w:t>
      </w:r>
    </w:p>
    <w:p w14:paraId="2DD1C9DF" w14:textId="77777777" w:rsidR="002355BD" w:rsidRPr="001179E8" w:rsidRDefault="00000000">
      <w:pPr>
        <w:rPr>
          <w:lang w:val="pt-BR"/>
        </w:rPr>
      </w:pPr>
      <w:r w:rsidRPr="001179E8">
        <w:rPr>
          <w:lang w:val="pt-BR"/>
        </w:rPr>
        <w:br/>
      </w:r>
    </w:p>
    <w:p w14:paraId="643A2954" w14:textId="77777777" w:rsidR="002355BD" w:rsidRPr="001179E8" w:rsidRDefault="00000000">
      <w:pPr>
        <w:rPr>
          <w:lang w:val="pt-BR"/>
        </w:rPr>
      </w:pPr>
      <w:r w:rsidRPr="001179E8">
        <w:rPr>
          <w:lang w:val="pt-BR"/>
        </w:rPr>
        <w:t>"Mais forte agora!" o Rei Corvo grunhiu, sua voz um arranhar gutural. A magia de Magenta o havia tornado mais resistente, seus golpes mais selvagens. A luta entre eles recomeçou, uma batalha brutal de metal contra carne corrompida.</w:t>
      </w:r>
    </w:p>
    <w:p w14:paraId="265079FF" w14:textId="77777777" w:rsidR="002355BD" w:rsidRPr="001179E8" w:rsidRDefault="00000000">
      <w:pPr>
        <w:rPr>
          <w:lang w:val="pt-BR"/>
        </w:rPr>
      </w:pPr>
      <w:r w:rsidRPr="001179E8">
        <w:rPr>
          <w:lang w:val="pt-BR"/>
        </w:rPr>
        <w:br/>
      </w:r>
    </w:p>
    <w:p w14:paraId="7864F67D" w14:textId="77777777" w:rsidR="002355BD" w:rsidRPr="001179E8" w:rsidRDefault="00000000">
      <w:pPr>
        <w:rPr>
          <w:lang w:val="pt-BR"/>
        </w:rPr>
      </w:pPr>
      <w:r w:rsidRPr="001179E8">
        <w:rPr>
          <w:lang w:val="pt-BR"/>
        </w:rPr>
        <w:t>Morgana e Sang-Suga enfrentaram Magenta. A feiticeira renegada era poderosa, sua energia magenta pura era corrosiva para a magia mais tradicional. Morgana lançava rajadas de energia esmeralda e tentava prender Magenta com selos arcanos, enquanto Sang-Suga tentava minar sua força vital e desfazer os construtos de energia que ela criava. Mas Magenta estava no auge de seu poder, alimentada pela energia do portal e do Coração de Inverno.</w:t>
      </w:r>
    </w:p>
    <w:p w14:paraId="545104DB" w14:textId="77777777" w:rsidR="002355BD" w:rsidRPr="001179E8" w:rsidRDefault="00000000">
      <w:pPr>
        <w:rPr>
          <w:lang w:val="pt-BR"/>
        </w:rPr>
      </w:pPr>
      <w:r w:rsidRPr="001179E8">
        <w:rPr>
          <w:lang w:val="pt-BR"/>
        </w:rPr>
        <w:br/>
      </w:r>
    </w:p>
    <w:p w14:paraId="433431AE" w14:textId="77777777" w:rsidR="002355BD" w:rsidRPr="001179E8" w:rsidRDefault="00000000">
      <w:pPr>
        <w:rPr>
          <w:lang w:val="pt-BR"/>
        </w:rPr>
      </w:pPr>
      <w:r w:rsidRPr="001179E8">
        <w:rPr>
          <w:lang w:val="pt-BR"/>
        </w:rPr>
        <w:t>"Tolas!" Magenta riu, dissipando um selo de Morgana com uma onda de energia. "Vocês protegem a ordem antiga, o equilíbrio frágil. Eu abraço o caos! O poder elemental puro!" Ela ergueu as mãos em direção ao portal caótico.</w:t>
      </w:r>
    </w:p>
    <w:p w14:paraId="4462BE2C" w14:textId="77777777" w:rsidR="002355BD" w:rsidRPr="001179E8" w:rsidRDefault="00000000">
      <w:pPr>
        <w:rPr>
          <w:lang w:val="pt-BR"/>
        </w:rPr>
      </w:pPr>
      <w:r w:rsidRPr="001179E8">
        <w:rPr>
          <w:lang w:val="pt-BR"/>
        </w:rPr>
        <w:br/>
      </w:r>
      <w:r w:rsidRPr="001179E8">
        <w:rPr>
          <w:lang w:val="pt-BR"/>
        </w:rPr>
        <w:br/>
      </w:r>
      <w:r w:rsidRPr="001179E8">
        <w:rPr>
          <w:lang w:val="pt-BR"/>
        </w:rPr>
        <w:br/>
      </w:r>
    </w:p>
    <w:p w14:paraId="1B266F49" w14:textId="77777777" w:rsidR="002355BD" w:rsidRPr="001179E8" w:rsidRDefault="00000000">
      <w:pPr>
        <w:rPr>
          <w:lang w:val="pt-BR"/>
        </w:rPr>
      </w:pPr>
      <w:r w:rsidRPr="001179E8">
        <w:rPr>
          <w:lang w:val="pt-BR"/>
        </w:rPr>
        <w:t>"Não!" Sang-Suga gritou, sentindo a intenção de Magenta. Ela tentou lançar um feitiço de contenção, mas Magenta foi mais rápida.</w:t>
      </w:r>
    </w:p>
    <w:p w14:paraId="2C87FA12" w14:textId="77777777" w:rsidR="002355BD" w:rsidRPr="001179E8" w:rsidRDefault="00000000">
      <w:pPr>
        <w:rPr>
          <w:lang w:val="pt-BR"/>
        </w:rPr>
      </w:pPr>
      <w:r w:rsidRPr="001179E8">
        <w:rPr>
          <w:lang w:val="pt-BR"/>
        </w:rPr>
        <w:br/>
      </w:r>
    </w:p>
    <w:p w14:paraId="77914101" w14:textId="77777777" w:rsidR="002355BD" w:rsidRPr="001179E8" w:rsidRDefault="00000000">
      <w:pPr>
        <w:rPr>
          <w:lang w:val="pt-BR"/>
        </w:rPr>
      </w:pPr>
      <w:r w:rsidRPr="001179E8">
        <w:rPr>
          <w:lang w:val="pt-BR"/>
        </w:rPr>
        <w:t>Com um grito que misturava êxtase e esforço, Magenta mergulhou as mãos energéticas no portal rodopiante. A energia caótica chicoteou ao redor dela, mas ela a dominou, seus dedos magenta agarrando duas formas de pura essência elemental que lutavam para escapar: uma esfera de fogo branco e pulsante, crepitando com calor primordial, e um vórtice de vento translúcido, zunindo com a fúria de mil tempestades.</w:t>
      </w:r>
    </w:p>
    <w:p w14:paraId="1A77B39C" w14:textId="77777777" w:rsidR="002355BD" w:rsidRPr="001179E8" w:rsidRDefault="00000000">
      <w:pPr>
        <w:rPr>
          <w:lang w:val="pt-BR"/>
        </w:rPr>
      </w:pPr>
      <w:r w:rsidRPr="001179E8">
        <w:rPr>
          <w:lang w:val="pt-BR"/>
        </w:rPr>
        <w:lastRenderedPageBreak/>
        <w:br/>
      </w:r>
    </w:p>
    <w:p w14:paraId="7D321F0A" w14:textId="77777777" w:rsidR="002355BD" w:rsidRPr="001179E8" w:rsidRDefault="00000000">
      <w:pPr>
        <w:rPr>
          <w:lang w:val="pt-BR"/>
        </w:rPr>
      </w:pPr>
      <w:r w:rsidRPr="001179E8">
        <w:rPr>
          <w:lang w:val="pt-BR"/>
        </w:rPr>
        <w:t>Ela puxou as duas essências para fora do portal com um esforço tremendo. O portal vacilou violentamente, ameaçando entrar em colapso. No instante em que as almas elementares foram extraídas, uma presença sombria se manifestou ao lado de Magenta. O Espectro Rox surgiu, não do portal, mas das sombras da própria sala, sua forma etérea mais definida, seus olhos de brasa fixos nas essências capturadas.</w:t>
      </w:r>
    </w:p>
    <w:p w14:paraId="06DDCBC1" w14:textId="77777777" w:rsidR="002355BD" w:rsidRPr="001179E8" w:rsidRDefault="00000000">
      <w:pPr>
        <w:rPr>
          <w:lang w:val="pt-BR"/>
        </w:rPr>
      </w:pPr>
      <w:r w:rsidRPr="001179E8">
        <w:rPr>
          <w:lang w:val="pt-BR"/>
        </w:rPr>
        <w:br/>
      </w:r>
    </w:p>
    <w:p w14:paraId="05DE6E2E" w14:textId="77777777" w:rsidR="002355BD" w:rsidRPr="001179E8" w:rsidRDefault="00000000">
      <w:pPr>
        <w:rPr>
          <w:lang w:val="pt-BR"/>
        </w:rPr>
      </w:pPr>
      <w:r w:rsidRPr="001179E8">
        <w:rPr>
          <w:lang w:val="pt-BR"/>
        </w:rPr>
        <w:t>"O Fogo... para mim..." a voz de Rox ecoou, um coro de almas perdidas e poder dracônico.</w:t>
      </w:r>
    </w:p>
    <w:p w14:paraId="41357DA1" w14:textId="77777777" w:rsidR="002355BD" w:rsidRPr="001179E8" w:rsidRDefault="00000000">
      <w:pPr>
        <w:rPr>
          <w:lang w:val="pt-BR"/>
        </w:rPr>
      </w:pPr>
      <w:r w:rsidRPr="001179E8">
        <w:rPr>
          <w:lang w:val="pt-BR"/>
        </w:rPr>
        <w:br/>
      </w:r>
    </w:p>
    <w:p w14:paraId="3C2155B1" w14:textId="77777777" w:rsidR="002355BD" w:rsidRPr="001179E8" w:rsidRDefault="00000000">
      <w:pPr>
        <w:rPr>
          <w:lang w:val="pt-BR"/>
        </w:rPr>
      </w:pPr>
      <w:r w:rsidRPr="001179E8">
        <w:rPr>
          <w:lang w:val="pt-BR"/>
        </w:rPr>
        <w:t>Magenta, ofegante, mas triunfante, lançou a esfera de fogo branco na direção de Rox. O Espectro abriu sua forma sombria, e a alma elemental do Fogo foi absorvida em sua essência espectral. Uma onda de calor avassaladora varreu a sala, e a forma de Rox tremeluziu, tornando-se mais densa, as escamas espectrais brilhando com um brilho interno avermelhado. Ele pareceu crescer em estatura, e o frio ancestral que emanava dele agora estava misturado com um calor infernal.</w:t>
      </w:r>
    </w:p>
    <w:p w14:paraId="65E136B9" w14:textId="77777777" w:rsidR="002355BD" w:rsidRPr="001179E8" w:rsidRDefault="00000000">
      <w:pPr>
        <w:rPr>
          <w:lang w:val="pt-BR"/>
        </w:rPr>
      </w:pPr>
      <w:r w:rsidRPr="001179E8">
        <w:rPr>
          <w:lang w:val="pt-BR"/>
        </w:rPr>
        <w:br/>
      </w:r>
    </w:p>
    <w:p w14:paraId="0BFD45BB" w14:textId="77777777" w:rsidR="002355BD" w:rsidRPr="001179E8" w:rsidRDefault="00000000">
      <w:pPr>
        <w:rPr>
          <w:lang w:val="pt-BR"/>
        </w:rPr>
      </w:pPr>
      <w:r w:rsidRPr="001179E8">
        <w:rPr>
          <w:lang w:val="pt-BR"/>
        </w:rPr>
        <w:t>"Sim!" Rox sibilou, o poder recém-adquirido vibrando em sua voz. "O começo da minha verdadeira forma!"</w:t>
      </w:r>
    </w:p>
    <w:p w14:paraId="0E68C757" w14:textId="77777777" w:rsidR="002355BD" w:rsidRPr="001179E8" w:rsidRDefault="00000000">
      <w:pPr>
        <w:rPr>
          <w:lang w:val="pt-BR"/>
        </w:rPr>
      </w:pPr>
      <w:r w:rsidRPr="001179E8">
        <w:rPr>
          <w:lang w:val="pt-BR"/>
        </w:rPr>
        <w:br/>
      </w:r>
    </w:p>
    <w:p w14:paraId="64B4151E" w14:textId="77777777" w:rsidR="002355BD" w:rsidRPr="001179E8" w:rsidRDefault="00000000">
      <w:pPr>
        <w:rPr>
          <w:lang w:val="pt-BR"/>
        </w:rPr>
      </w:pPr>
      <w:r w:rsidRPr="001179E8">
        <w:rPr>
          <w:lang w:val="pt-BR"/>
        </w:rPr>
        <w:t>Enquanto Rox se deleitava com seu novo poder, Magenta rapidamente envolveu o vórtice de ar em uma matriz de energia magenta, prendendo a alma elemental do Ar em um orbe cintilante que ela absorveu em sua própria palma. Seus olhos brilharam com poder intensificado.</w:t>
      </w:r>
    </w:p>
    <w:p w14:paraId="6B9B08CC" w14:textId="77777777" w:rsidR="002355BD" w:rsidRPr="001179E8" w:rsidRDefault="00000000">
      <w:pPr>
        <w:rPr>
          <w:lang w:val="pt-BR"/>
        </w:rPr>
      </w:pPr>
      <w:r w:rsidRPr="001179E8">
        <w:rPr>
          <w:lang w:val="pt-BR"/>
        </w:rPr>
        <w:br/>
      </w:r>
    </w:p>
    <w:p w14:paraId="35AD5F57" w14:textId="77777777" w:rsidR="002355BD" w:rsidRPr="001179E8" w:rsidRDefault="00000000">
      <w:pPr>
        <w:rPr>
          <w:lang w:val="pt-BR"/>
        </w:rPr>
      </w:pPr>
      <w:r w:rsidRPr="001179E8">
        <w:rPr>
          <w:lang w:val="pt-BR"/>
        </w:rPr>
        <w:t>"O Ar... um presente para mim mesma," ela murmurou, um sorriso satisfeito em seus lábios.</w:t>
      </w:r>
    </w:p>
    <w:p w14:paraId="572F4F5E" w14:textId="77777777" w:rsidR="002355BD" w:rsidRPr="001179E8" w:rsidRDefault="00000000">
      <w:pPr>
        <w:rPr>
          <w:lang w:val="pt-BR"/>
        </w:rPr>
      </w:pPr>
      <w:r w:rsidRPr="001179E8">
        <w:rPr>
          <w:lang w:val="pt-BR"/>
        </w:rPr>
        <w:br/>
      </w:r>
    </w:p>
    <w:p w14:paraId="4D049CEB" w14:textId="77777777" w:rsidR="002355BD" w:rsidRPr="001179E8" w:rsidRDefault="00000000">
      <w:pPr>
        <w:rPr>
          <w:lang w:val="pt-BR"/>
        </w:rPr>
      </w:pPr>
      <w:r w:rsidRPr="001179E8">
        <w:rPr>
          <w:lang w:val="pt-BR"/>
        </w:rPr>
        <w:t xml:space="preserve">Os heróis assistiram horrorizados, suas batalhas momentaneamente esquecidas diante da magnitude do que acabara de acontecer. Morgana lançou um raio de energia desesperado </w:t>
      </w:r>
      <w:r w:rsidRPr="001179E8">
        <w:rPr>
          <w:lang w:val="pt-BR"/>
        </w:rPr>
        <w:lastRenderedPageBreak/>
        <w:t>em direção a Magenta, mas a feiticeira renegada, agora fortalecida pela alma do Ar, desviou-o com um escudo de vento e energia magenta.</w:t>
      </w:r>
    </w:p>
    <w:p w14:paraId="4504C00F" w14:textId="77777777" w:rsidR="002355BD" w:rsidRPr="001179E8" w:rsidRDefault="00000000">
      <w:pPr>
        <w:rPr>
          <w:lang w:val="pt-BR"/>
        </w:rPr>
      </w:pPr>
      <w:r w:rsidRPr="001179E8">
        <w:rPr>
          <w:lang w:val="pt-BR"/>
        </w:rPr>
        <w:br/>
      </w:r>
    </w:p>
    <w:p w14:paraId="6248CD5F" w14:textId="77777777" w:rsidR="002355BD" w:rsidRPr="001179E8" w:rsidRDefault="00000000">
      <w:pPr>
        <w:rPr>
          <w:lang w:val="pt-BR"/>
        </w:rPr>
      </w:pPr>
      <w:r w:rsidRPr="001179E8">
        <w:rPr>
          <w:lang w:val="pt-BR"/>
        </w:rPr>
        <w:t>"Tarde demais, LeFay!" Magenta zombou. "O equilíbrio foi quebrado!"</w:t>
      </w:r>
    </w:p>
    <w:p w14:paraId="1DFBB21F" w14:textId="77777777" w:rsidR="002355BD" w:rsidRPr="001179E8" w:rsidRDefault="00000000">
      <w:pPr>
        <w:rPr>
          <w:lang w:val="pt-BR"/>
        </w:rPr>
      </w:pPr>
      <w:r w:rsidRPr="001179E8">
        <w:rPr>
          <w:lang w:val="pt-BR"/>
        </w:rPr>
        <w:br/>
      </w:r>
      <w:r w:rsidRPr="001179E8">
        <w:rPr>
          <w:lang w:val="pt-BR"/>
        </w:rPr>
        <w:br/>
      </w:r>
      <w:r w:rsidRPr="001179E8">
        <w:rPr>
          <w:lang w:val="pt-BR"/>
        </w:rPr>
        <w:br/>
      </w:r>
    </w:p>
    <w:p w14:paraId="5BED055C" w14:textId="77777777" w:rsidR="002355BD" w:rsidRPr="001179E8" w:rsidRDefault="00000000">
      <w:pPr>
        <w:rPr>
          <w:lang w:val="pt-BR"/>
        </w:rPr>
      </w:pPr>
      <w:r w:rsidRPr="001179E8">
        <w:rPr>
          <w:lang w:val="pt-BR"/>
        </w:rPr>
        <w:t>O poder recém-adquirido de Rox era volátil, uma fusão instável de sombra dracônica e fogo primordial. Ele riu, um som que era ao mesmo tempo um rugido de triunfo e um lamento de agonia, enquanto chamas espectrais irrompiam de sua forma etérea, lambendo as paredes e o teto da sala. A própria estrutura da torre gemeu sob o ataque energético.</w:t>
      </w:r>
    </w:p>
    <w:p w14:paraId="2EF379CF" w14:textId="77777777" w:rsidR="002355BD" w:rsidRPr="001179E8" w:rsidRDefault="00000000">
      <w:pPr>
        <w:rPr>
          <w:lang w:val="pt-BR"/>
        </w:rPr>
      </w:pPr>
      <w:r w:rsidRPr="001179E8">
        <w:rPr>
          <w:lang w:val="pt-BR"/>
        </w:rPr>
        <w:br/>
      </w:r>
    </w:p>
    <w:p w14:paraId="4D94B671" w14:textId="77777777" w:rsidR="002355BD" w:rsidRPr="001179E8" w:rsidRDefault="00000000">
      <w:pPr>
        <w:rPr>
          <w:lang w:val="pt-BR"/>
        </w:rPr>
      </w:pPr>
      <w:r w:rsidRPr="001179E8">
        <w:rPr>
          <w:lang w:val="pt-BR"/>
        </w:rPr>
        <w:t>"Este mundo... queimará!" Rox declarou, sua voz agora uma cacofonia de fogo e sombra. Ele não parecia mais interessado nos heróis ou mesmo em Magenta. Seu foco estava no poder bruto que agora corria através dele.</w:t>
      </w:r>
    </w:p>
    <w:p w14:paraId="5D27E863" w14:textId="77777777" w:rsidR="002355BD" w:rsidRPr="001179E8" w:rsidRDefault="00000000">
      <w:pPr>
        <w:rPr>
          <w:lang w:val="pt-BR"/>
        </w:rPr>
      </w:pPr>
      <w:r w:rsidRPr="001179E8">
        <w:rPr>
          <w:lang w:val="pt-BR"/>
        </w:rPr>
        <w:br/>
      </w:r>
    </w:p>
    <w:p w14:paraId="5F0B07E9" w14:textId="77777777" w:rsidR="002355BD" w:rsidRPr="001179E8" w:rsidRDefault="00000000">
      <w:pPr>
        <w:rPr>
          <w:lang w:val="pt-BR"/>
        </w:rPr>
      </w:pPr>
      <w:r w:rsidRPr="001179E8">
        <w:rPr>
          <w:lang w:val="pt-BR"/>
        </w:rPr>
        <w:t>O portal, despojado de duas de suas âncoras elementares e abalado pela explosão de poder de Rox, começou a entrar em colapso. Fissuras de energia pura rasgaram o ar, e pedaços do teto começaram a desabar. A energia drenada do Coração de Inverno flutuou erraticamente, causando curtos-circuitos nos cabos que cobriam a sala.</w:t>
      </w:r>
    </w:p>
    <w:p w14:paraId="453B6FB4" w14:textId="77777777" w:rsidR="002355BD" w:rsidRPr="001179E8" w:rsidRDefault="00000000">
      <w:pPr>
        <w:rPr>
          <w:lang w:val="pt-BR"/>
        </w:rPr>
      </w:pPr>
      <w:r w:rsidRPr="001179E8">
        <w:rPr>
          <w:lang w:val="pt-BR"/>
        </w:rPr>
        <w:br/>
      </w:r>
    </w:p>
    <w:p w14:paraId="1439221D" w14:textId="77777777" w:rsidR="002355BD" w:rsidRPr="001179E8" w:rsidRDefault="00000000">
      <w:pPr>
        <w:rPr>
          <w:lang w:val="pt-BR"/>
        </w:rPr>
      </w:pPr>
      <w:r w:rsidRPr="001179E8">
        <w:rPr>
          <w:lang w:val="pt-BR"/>
        </w:rPr>
        <w:t>"Ele está perdendo o controle! Ou talvez nunca o teve!" Morgana gritou por sobre o barulho crescente. "Precisamos sair daqui! Agora!"</w:t>
      </w:r>
    </w:p>
    <w:p w14:paraId="6EDE5E37" w14:textId="77777777" w:rsidR="002355BD" w:rsidRPr="001179E8" w:rsidRDefault="00000000">
      <w:pPr>
        <w:rPr>
          <w:lang w:val="pt-BR"/>
        </w:rPr>
      </w:pPr>
      <w:r w:rsidRPr="001179E8">
        <w:rPr>
          <w:lang w:val="pt-BR"/>
        </w:rPr>
        <w:br/>
      </w:r>
    </w:p>
    <w:p w14:paraId="63D16036" w14:textId="77777777" w:rsidR="002355BD" w:rsidRPr="001179E8" w:rsidRDefault="00000000">
      <w:pPr>
        <w:rPr>
          <w:lang w:val="pt-BR"/>
        </w:rPr>
      </w:pPr>
      <w:r w:rsidRPr="001179E8">
        <w:rPr>
          <w:lang w:val="pt-BR"/>
        </w:rPr>
        <w:t xml:space="preserve">Magenta, vendo a situação se deteriorar e Rox consumido por seu próprio poder, não perdeu tempo. Com um sorriso predatório, ela envolveu a si mesma e ao Rei Corvo em um escudo de vento e energia magenta. "Parece que nossa parceria termina aqui, Espectro. Aproveite suas chamas." Com um aceno desdenhoso para os heróis presos, ela disparou </w:t>
      </w:r>
      <w:r w:rsidRPr="001179E8">
        <w:rPr>
          <w:lang w:val="pt-BR"/>
        </w:rPr>
        <w:lastRenderedPageBreak/>
        <w:t>para baixo através de um buraco recém-aberto no chão, desaparecendo nos níveis inferiores da torre em colapso.</w:t>
      </w:r>
    </w:p>
    <w:p w14:paraId="7264D7BF" w14:textId="77777777" w:rsidR="002355BD" w:rsidRPr="001179E8" w:rsidRDefault="00000000">
      <w:pPr>
        <w:rPr>
          <w:lang w:val="pt-BR"/>
        </w:rPr>
      </w:pPr>
      <w:r w:rsidRPr="001179E8">
        <w:rPr>
          <w:lang w:val="pt-BR"/>
        </w:rPr>
        <w:br/>
      </w:r>
    </w:p>
    <w:p w14:paraId="21B5BC51" w14:textId="77777777" w:rsidR="002355BD" w:rsidRPr="001179E8" w:rsidRDefault="00000000">
      <w:pPr>
        <w:rPr>
          <w:lang w:val="pt-BR"/>
        </w:rPr>
      </w:pPr>
      <w:r w:rsidRPr="001179E8">
        <w:rPr>
          <w:lang w:val="pt-BR"/>
        </w:rPr>
        <w:t>Rox, indiferente à partida de seus supostos aliados, ergueu as mãos espectrais e liberou outra onda de fogo sombrio, esta ainda mais poderosa, que atingiu o núcleo estrutural da torre. Metal rangeu, concreto explodiu, e toda a seção superior da torre começou a inclinar-se perigosamente.</w:t>
      </w:r>
    </w:p>
    <w:p w14:paraId="540621B4" w14:textId="77777777" w:rsidR="002355BD" w:rsidRPr="001179E8" w:rsidRDefault="00000000">
      <w:pPr>
        <w:rPr>
          <w:lang w:val="pt-BR"/>
        </w:rPr>
      </w:pPr>
      <w:r w:rsidRPr="001179E8">
        <w:rPr>
          <w:lang w:val="pt-BR"/>
        </w:rPr>
        <w:br/>
      </w:r>
    </w:p>
    <w:p w14:paraId="0A47CBAA" w14:textId="77777777" w:rsidR="002355BD" w:rsidRPr="001179E8" w:rsidRDefault="00000000">
      <w:pPr>
        <w:rPr>
          <w:lang w:val="pt-BR"/>
        </w:rPr>
      </w:pPr>
      <w:r w:rsidRPr="001179E8">
        <w:rPr>
          <w:lang w:val="pt-BR"/>
        </w:rPr>
        <w:t>"Luke!" Chrome gritou, desviando de um pedaço de maquinário em queda enquanto tentava se manter firme no chão que tremia violentamente. Ela havia conseguido incapacitar temporariamente o Rei Corvo pouco antes de Magenta levá-lo, mas a batalha a deixara com novas avarias.</w:t>
      </w:r>
    </w:p>
    <w:p w14:paraId="7F5CE0FE" w14:textId="77777777" w:rsidR="002355BD" w:rsidRPr="001179E8" w:rsidRDefault="00000000">
      <w:pPr>
        <w:rPr>
          <w:lang w:val="pt-BR"/>
        </w:rPr>
      </w:pPr>
      <w:r w:rsidRPr="001179E8">
        <w:rPr>
          <w:lang w:val="pt-BR"/>
        </w:rPr>
        <w:br/>
      </w:r>
    </w:p>
    <w:p w14:paraId="29305EDF" w14:textId="77777777" w:rsidR="002355BD" w:rsidRPr="001179E8" w:rsidRDefault="00000000">
      <w:pPr>
        <w:rPr>
          <w:lang w:val="pt-BR"/>
        </w:rPr>
      </w:pPr>
      <w:r w:rsidRPr="001179E8">
        <w:rPr>
          <w:lang w:val="pt-BR"/>
        </w:rPr>
        <w:t>"Estou tentando!" Luke respondeu, seus clones restantes trabalhando freneticamente para proteger Morgana e Sang-Suga de detritos e explosões de energia enquanto ele próprio tentava encontrar um ponto de ancoragem seguro para um teletransporte em massa. "A estrutura está instável demais, a energia residual está interferindo!"</w:t>
      </w:r>
    </w:p>
    <w:p w14:paraId="3FB44862" w14:textId="77777777" w:rsidR="002355BD" w:rsidRPr="001179E8" w:rsidRDefault="00000000">
      <w:pPr>
        <w:rPr>
          <w:lang w:val="pt-BR"/>
        </w:rPr>
      </w:pPr>
      <w:r w:rsidRPr="001179E8">
        <w:rPr>
          <w:lang w:val="pt-BR"/>
        </w:rPr>
        <w:br/>
      </w:r>
    </w:p>
    <w:p w14:paraId="0249BA5C" w14:textId="77777777" w:rsidR="002355BD" w:rsidRPr="001179E8" w:rsidRDefault="00000000">
      <w:pPr>
        <w:rPr>
          <w:lang w:val="pt-BR"/>
        </w:rPr>
      </w:pPr>
      <w:r w:rsidRPr="001179E8">
        <w:rPr>
          <w:lang w:val="pt-BR"/>
        </w:rPr>
        <w:t>Uma viga de metal maciça despencou do teto, indo direto para Sang-Suga. Morgana reagiu instantaneamente, erguendo um escudo esmeralda, mas o impacto foi brutal, jogando ambas as feiticeiras para trás. Sang-Suga bateu a cabeça com força, ficando momentaneamente atordoada.</w:t>
      </w:r>
    </w:p>
    <w:p w14:paraId="617F1E55" w14:textId="77777777" w:rsidR="002355BD" w:rsidRPr="001179E8" w:rsidRDefault="00000000">
      <w:pPr>
        <w:rPr>
          <w:lang w:val="pt-BR"/>
        </w:rPr>
      </w:pPr>
      <w:r w:rsidRPr="001179E8">
        <w:rPr>
          <w:lang w:val="pt-BR"/>
        </w:rPr>
        <w:br/>
      </w:r>
    </w:p>
    <w:p w14:paraId="64BB8496" w14:textId="77777777" w:rsidR="002355BD" w:rsidRPr="001179E8" w:rsidRDefault="00000000">
      <w:pPr>
        <w:rPr>
          <w:lang w:val="pt-BR"/>
        </w:rPr>
      </w:pPr>
      <w:r w:rsidRPr="001179E8">
        <w:rPr>
          <w:lang w:val="pt-BR"/>
        </w:rPr>
        <w:t>"Mãe!" Morgana correu para ajudá-la, ignorando a dor em seu próprio ombro deslocado pelo impacto.</w:t>
      </w:r>
    </w:p>
    <w:p w14:paraId="08DA59F1" w14:textId="77777777" w:rsidR="002355BD" w:rsidRPr="001179E8" w:rsidRDefault="00000000">
      <w:pPr>
        <w:rPr>
          <w:lang w:val="pt-BR"/>
        </w:rPr>
      </w:pPr>
      <w:r w:rsidRPr="001179E8">
        <w:rPr>
          <w:lang w:val="pt-BR"/>
        </w:rPr>
        <w:br/>
      </w:r>
    </w:p>
    <w:p w14:paraId="3BB93829" w14:textId="77777777" w:rsidR="002355BD" w:rsidRPr="001179E8" w:rsidRDefault="00000000">
      <w:pPr>
        <w:rPr>
          <w:lang w:val="pt-BR"/>
        </w:rPr>
      </w:pPr>
      <w:r w:rsidRPr="001179E8">
        <w:rPr>
          <w:lang w:val="pt-BR"/>
        </w:rPr>
        <w:t>"Preciso de uma plataforma estável!" Luke gritou, desviando de outra explosão de energia do portal em colapso.</w:t>
      </w:r>
    </w:p>
    <w:p w14:paraId="4BAC4CEB" w14:textId="77777777" w:rsidR="002355BD" w:rsidRPr="001179E8" w:rsidRDefault="00000000">
      <w:pPr>
        <w:rPr>
          <w:lang w:val="pt-BR"/>
        </w:rPr>
      </w:pPr>
      <w:r w:rsidRPr="001179E8">
        <w:rPr>
          <w:lang w:val="pt-BR"/>
        </w:rPr>
        <w:lastRenderedPageBreak/>
        <w:br/>
      </w:r>
    </w:p>
    <w:p w14:paraId="2C0FACE9" w14:textId="77777777" w:rsidR="002355BD" w:rsidRPr="001179E8" w:rsidRDefault="00000000">
      <w:pPr>
        <w:rPr>
          <w:lang w:val="pt-BR"/>
        </w:rPr>
      </w:pPr>
      <w:r w:rsidRPr="001179E8">
        <w:rPr>
          <w:lang w:val="pt-BR"/>
        </w:rPr>
        <w:t>Chrome olhou ao redor, seus olhos cinzentos calculando rapidamente. Ela viu uma seção do piso que parecia momentaneamente menos afetada pelo caos. "Aqui!" Ela correu para o local, fincando os pés metálicos no chão e erguendo os braços. "Use-me como âncora! Rápido!"</w:t>
      </w:r>
    </w:p>
    <w:p w14:paraId="706942CE" w14:textId="77777777" w:rsidR="002355BD" w:rsidRPr="001179E8" w:rsidRDefault="00000000">
      <w:pPr>
        <w:rPr>
          <w:lang w:val="pt-BR"/>
        </w:rPr>
      </w:pPr>
      <w:r w:rsidRPr="001179E8">
        <w:rPr>
          <w:lang w:val="pt-BR"/>
        </w:rPr>
        <w:br/>
      </w:r>
    </w:p>
    <w:p w14:paraId="1134C2B6" w14:textId="77777777" w:rsidR="002355BD" w:rsidRPr="001179E8" w:rsidRDefault="00000000">
      <w:pPr>
        <w:rPr>
          <w:lang w:val="pt-BR"/>
        </w:rPr>
      </w:pPr>
      <w:r w:rsidRPr="001179E8">
        <w:rPr>
          <w:lang w:val="pt-BR"/>
        </w:rPr>
        <w:t>Luke não hesitou. Ele teleportou Morgana e a Sang-Suga semi-consciente para perto de Chrome e então focou sua energia, usando a estabilidade relativa de Chrome como ponto focal. O ar ao redor deles começou a brilhar.</w:t>
      </w:r>
    </w:p>
    <w:p w14:paraId="301E8CEC" w14:textId="77777777" w:rsidR="002355BD" w:rsidRPr="001179E8" w:rsidRDefault="00000000">
      <w:pPr>
        <w:rPr>
          <w:lang w:val="pt-BR"/>
        </w:rPr>
      </w:pPr>
      <w:r w:rsidRPr="001179E8">
        <w:rPr>
          <w:lang w:val="pt-BR"/>
        </w:rPr>
        <w:br/>
      </w:r>
    </w:p>
    <w:p w14:paraId="1F10F42E" w14:textId="77777777" w:rsidR="002355BD" w:rsidRPr="001179E8" w:rsidRDefault="00000000">
      <w:pPr>
        <w:rPr>
          <w:lang w:val="pt-BR"/>
        </w:rPr>
      </w:pPr>
      <w:r w:rsidRPr="001179E8">
        <w:rPr>
          <w:lang w:val="pt-BR"/>
        </w:rPr>
        <w:t>"Adeus, Primordiais," Rox ecoou, sua forma de fogo e sombra começando a se dissipar, não em derrota, mas como se estivesse se retirando para outro plano para se ajustar ao seu novo poder. "O inferno espera por vocês."</w:t>
      </w:r>
    </w:p>
    <w:p w14:paraId="68745642" w14:textId="77777777" w:rsidR="002355BD" w:rsidRPr="001179E8" w:rsidRDefault="00000000">
      <w:pPr>
        <w:rPr>
          <w:lang w:val="pt-BR"/>
        </w:rPr>
      </w:pPr>
      <w:r w:rsidRPr="001179E8">
        <w:rPr>
          <w:lang w:val="pt-BR"/>
        </w:rPr>
        <w:br/>
      </w:r>
    </w:p>
    <w:p w14:paraId="521E221A" w14:textId="77777777" w:rsidR="002355BD" w:rsidRPr="001179E8" w:rsidRDefault="00000000">
      <w:pPr>
        <w:rPr>
          <w:lang w:val="pt-BR"/>
        </w:rPr>
      </w:pPr>
      <w:r w:rsidRPr="001179E8">
        <w:rPr>
          <w:lang w:val="pt-BR"/>
        </w:rPr>
        <w:t>Com um último rugido ensurdecedor, a seção superior da torre cedeu completamente. No instante antes do colapso total, Luke conseguiu ativar o teletransporte, envolvendo a si mesmo, Chrome, Morgana e Sang-Suga em uma luz azulada e desaparecendo segundos antes que toneladas de metal e concreto esmagassem o local onde estavam.</w:t>
      </w:r>
    </w:p>
    <w:p w14:paraId="690F3083" w14:textId="77777777" w:rsidR="002355BD" w:rsidRPr="001179E8" w:rsidRDefault="00000000">
      <w:pPr>
        <w:rPr>
          <w:lang w:val="pt-BR"/>
        </w:rPr>
      </w:pPr>
      <w:r w:rsidRPr="001179E8">
        <w:rPr>
          <w:lang w:val="pt-BR"/>
        </w:rPr>
        <w:br/>
      </w:r>
    </w:p>
    <w:p w14:paraId="06C4EF1B" w14:textId="77777777" w:rsidR="002355BD" w:rsidRPr="001179E8" w:rsidRDefault="00000000">
      <w:pPr>
        <w:rPr>
          <w:lang w:val="pt-BR"/>
        </w:rPr>
      </w:pPr>
      <w:r w:rsidRPr="001179E8">
        <w:rPr>
          <w:lang w:val="pt-BR"/>
        </w:rPr>
        <w:t>Eles reapareceram do lado de fora, na plataforma de gelo onde o jato estava estacionado, caindo de forma desajeitada enquanto o teletransporte se dissipava. O som do colapso da torre ecoou pelas montanhas geladas, uma avalanche de destroços caindo pela encosta. Eles haviam sobrevivido. Mas mal.</w:t>
      </w:r>
    </w:p>
    <w:p w14:paraId="4C15864C" w14:textId="77777777" w:rsidR="002355BD" w:rsidRPr="001179E8" w:rsidRDefault="00000000">
      <w:pPr>
        <w:rPr>
          <w:lang w:val="pt-BR"/>
        </w:rPr>
      </w:pPr>
      <w:r w:rsidRPr="001179E8">
        <w:rPr>
          <w:lang w:val="pt-BR"/>
        </w:rPr>
        <w:br/>
      </w:r>
      <w:r w:rsidRPr="001179E8">
        <w:rPr>
          <w:lang w:val="pt-BR"/>
        </w:rPr>
        <w:br/>
      </w:r>
      <w:r w:rsidRPr="001179E8">
        <w:rPr>
          <w:lang w:val="pt-BR"/>
        </w:rPr>
        <w:br/>
      </w:r>
    </w:p>
    <w:p w14:paraId="70CDE0E1" w14:textId="77777777" w:rsidR="002355BD" w:rsidRPr="001179E8" w:rsidRDefault="00000000">
      <w:pPr>
        <w:rPr>
          <w:lang w:val="pt-BR"/>
        </w:rPr>
      </w:pPr>
      <w:r w:rsidRPr="001179E8">
        <w:rPr>
          <w:lang w:val="pt-BR"/>
        </w:rPr>
        <w:t xml:space="preserve">De volta à base da G.R.A.I.A., a tensão era palpável. Rick andava de um lado para o outro na sala de controle principal, ignorando os olhares de Blue e Linda, que estavam sentados em silêncio, a preocupação gravada em seus rostos. As comunicações com a equipe de assalto </w:t>
      </w:r>
      <w:r w:rsidRPr="001179E8">
        <w:rPr>
          <w:lang w:val="pt-BR"/>
        </w:rPr>
        <w:lastRenderedPageBreak/>
        <w:t>haviam sido cortadas abruptamente após a confirmação de que haviam chegado ao topo da torre. O silêncio que se seguiu era mais assustador do que qualquer relatório de batalha.</w:t>
      </w:r>
    </w:p>
    <w:p w14:paraId="25391EB0" w14:textId="77777777" w:rsidR="002355BD" w:rsidRPr="001179E8" w:rsidRDefault="00000000">
      <w:pPr>
        <w:rPr>
          <w:lang w:val="pt-BR"/>
        </w:rPr>
      </w:pPr>
      <w:r w:rsidRPr="001179E8">
        <w:rPr>
          <w:lang w:val="pt-BR"/>
        </w:rPr>
        <w:br/>
      </w:r>
    </w:p>
    <w:p w14:paraId="1B5AFEA9" w14:textId="77777777" w:rsidR="002355BD" w:rsidRPr="001179E8" w:rsidRDefault="00000000">
      <w:pPr>
        <w:rPr>
          <w:lang w:val="pt-BR"/>
        </w:rPr>
      </w:pPr>
      <w:r w:rsidRPr="001179E8">
        <w:rPr>
          <w:lang w:val="pt-BR"/>
        </w:rPr>
        <w:t>O General Vance observava os monitores táticos, seu rosto uma máscara impassível, mas a rigidez em seus ombros traía sua ansiedade. Densa estava presente também, parada perto de seu filho, uma presença silenciosa que Rick se recusava a reconhecer após a discussão anterior.</w:t>
      </w:r>
    </w:p>
    <w:p w14:paraId="0CE86021" w14:textId="77777777" w:rsidR="002355BD" w:rsidRPr="001179E8" w:rsidRDefault="00000000">
      <w:pPr>
        <w:rPr>
          <w:lang w:val="pt-BR"/>
        </w:rPr>
      </w:pPr>
      <w:r w:rsidRPr="001179E8">
        <w:rPr>
          <w:lang w:val="pt-BR"/>
        </w:rPr>
        <w:br/>
      </w:r>
    </w:p>
    <w:p w14:paraId="49BC9772" w14:textId="77777777" w:rsidR="002355BD" w:rsidRPr="001179E8" w:rsidRDefault="00000000">
      <w:pPr>
        <w:rPr>
          <w:lang w:val="pt-BR"/>
        </w:rPr>
      </w:pPr>
      <w:r w:rsidRPr="001179E8">
        <w:rPr>
          <w:lang w:val="pt-BR"/>
        </w:rPr>
        <w:t>De repente, um alerta soou – um pico de energia de teletransporte não programado na área de recebimento médico. Todos os olhares se voltaram para o monitor que exibia a área.</w:t>
      </w:r>
    </w:p>
    <w:p w14:paraId="630AD8DD" w14:textId="77777777" w:rsidR="002355BD" w:rsidRPr="001179E8" w:rsidRDefault="00000000">
      <w:pPr>
        <w:rPr>
          <w:lang w:val="pt-BR"/>
        </w:rPr>
      </w:pPr>
      <w:r w:rsidRPr="001179E8">
        <w:rPr>
          <w:lang w:val="pt-BR"/>
        </w:rPr>
        <w:br/>
      </w:r>
    </w:p>
    <w:p w14:paraId="322E7811" w14:textId="77777777" w:rsidR="002355BD" w:rsidRPr="001179E8" w:rsidRDefault="00000000">
      <w:pPr>
        <w:rPr>
          <w:lang w:val="pt-BR"/>
        </w:rPr>
      </w:pPr>
      <w:r w:rsidRPr="001179E8">
        <w:rPr>
          <w:lang w:val="pt-BR"/>
        </w:rPr>
        <w:t>Com um flash de luz azulada, Luke, Chrome, Morgana e Sang-Suga materializaram-se, não em uma formação controlada, mas caindo no chão em uma pilha desajeitada. A imagem era devastadora.</w:t>
      </w:r>
    </w:p>
    <w:p w14:paraId="3BC0FF97" w14:textId="77777777" w:rsidR="002355BD" w:rsidRPr="001179E8" w:rsidRDefault="00000000">
      <w:pPr>
        <w:rPr>
          <w:lang w:val="pt-BR"/>
        </w:rPr>
      </w:pPr>
      <w:r w:rsidRPr="001179E8">
        <w:rPr>
          <w:lang w:val="pt-BR"/>
        </w:rPr>
        <w:br/>
      </w:r>
    </w:p>
    <w:p w14:paraId="761A0E68" w14:textId="77777777" w:rsidR="002355BD" w:rsidRPr="001179E8" w:rsidRDefault="00000000">
      <w:pPr>
        <w:rPr>
          <w:lang w:val="pt-BR"/>
        </w:rPr>
      </w:pPr>
      <w:r w:rsidRPr="001179E8">
        <w:rPr>
          <w:lang w:val="pt-BR"/>
        </w:rPr>
        <w:t>Morgana estava pálida, segurando o ombro deslocado, tentando ajudar uma Sang-Suga que parecia completamente desorientada, um filete de sangue escorrendo de um ferimento na têmpora. Luke estava de joelhos, ofegante, a energia do teletransporte forçado claramente cobrando seu preço. Mas foi a visão de Chrome que fez o coração de Rick parar por um instante.</w:t>
      </w:r>
    </w:p>
    <w:p w14:paraId="60A7A1B7" w14:textId="77777777" w:rsidR="002355BD" w:rsidRPr="001179E8" w:rsidRDefault="00000000">
      <w:pPr>
        <w:rPr>
          <w:lang w:val="pt-BR"/>
        </w:rPr>
      </w:pPr>
      <w:r w:rsidRPr="001179E8">
        <w:rPr>
          <w:lang w:val="pt-BR"/>
        </w:rPr>
        <w:br/>
      </w:r>
    </w:p>
    <w:p w14:paraId="19F3E617" w14:textId="77777777" w:rsidR="002355BD" w:rsidRPr="001179E8" w:rsidRDefault="00000000">
      <w:pPr>
        <w:rPr>
          <w:lang w:val="pt-BR"/>
        </w:rPr>
      </w:pPr>
      <w:r w:rsidRPr="001179E8">
        <w:rPr>
          <w:lang w:val="pt-BR"/>
        </w:rPr>
        <w:t>Seu corpo metálico estava arranhado, amassado em alguns pontos, e as marcas escuras da energia de Rox pareciam mais profundas. Ela se levantou com dificuldade, seu equilíbrio instável, e por um momento, seus olhos cinzentos encontraram os de Rick através do monitor. Havia exaustão ali, dor, e algo mais... uma fragilidade que ele nunca associara a ela.</w:t>
      </w:r>
    </w:p>
    <w:p w14:paraId="3CCEB674" w14:textId="77777777" w:rsidR="002355BD" w:rsidRPr="001179E8" w:rsidRDefault="00000000">
      <w:pPr>
        <w:rPr>
          <w:lang w:val="pt-BR"/>
        </w:rPr>
      </w:pPr>
      <w:r w:rsidRPr="001179E8">
        <w:rPr>
          <w:lang w:val="pt-BR"/>
        </w:rPr>
        <w:br/>
      </w:r>
    </w:p>
    <w:p w14:paraId="613A5F86" w14:textId="77777777" w:rsidR="002355BD" w:rsidRPr="001179E8" w:rsidRDefault="00000000">
      <w:pPr>
        <w:rPr>
          <w:lang w:val="pt-BR"/>
        </w:rPr>
      </w:pPr>
      <w:r w:rsidRPr="001179E8">
        <w:rPr>
          <w:lang w:val="pt-BR"/>
        </w:rPr>
        <w:t xml:space="preserve">Rick parou de andar. A fachada de indiferença e sarcasmo desmoronou completamente. Seus punhos se cerraram ao lado do corpo, e um rosnado baixo escapou de seus lábios. Ele deu um passo instintivo em direção à porta, como se pudesse atravessar as paredes para </w:t>
      </w:r>
      <w:r w:rsidRPr="001179E8">
        <w:rPr>
          <w:lang w:val="pt-BR"/>
        </w:rPr>
        <w:lastRenderedPageBreak/>
        <w:t xml:space="preserve">chegar até eles, até </w:t>
      </w:r>
      <w:r w:rsidRPr="001179E8">
        <w:rPr>
          <w:i/>
          <w:lang w:val="pt-BR"/>
        </w:rPr>
        <w:t>ela</w:t>
      </w:r>
      <w:r w:rsidRPr="001179E8">
        <w:rPr>
          <w:lang w:val="pt-BR"/>
        </w:rPr>
        <w:t>. Densa colocou uma mão em seu braço para contê-lo, e pela primeira vez, ele não a afastou, apenas ficou ali, rígido, os olhos fixos na imagem de Nicole lutando para se manter de pé enquanto as equipes médicas corriam para a área de recebimento.</w:t>
      </w:r>
    </w:p>
    <w:p w14:paraId="176F7A4A" w14:textId="77777777" w:rsidR="002355BD" w:rsidRPr="001179E8" w:rsidRDefault="00000000">
      <w:pPr>
        <w:rPr>
          <w:lang w:val="pt-BR"/>
        </w:rPr>
      </w:pPr>
      <w:r w:rsidRPr="001179E8">
        <w:rPr>
          <w:lang w:val="pt-BR"/>
        </w:rPr>
        <w:br/>
      </w:r>
    </w:p>
    <w:p w14:paraId="2AB31DDC" w14:textId="77777777" w:rsidR="002355BD" w:rsidRPr="001179E8" w:rsidRDefault="00000000">
      <w:pPr>
        <w:rPr>
          <w:lang w:val="pt-BR"/>
        </w:rPr>
      </w:pPr>
      <w:r w:rsidRPr="001179E8">
        <w:rPr>
          <w:lang w:val="pt-BR"/>
        </w:rPr>
        <w:t>"Relatório!" A voz de Vance cortou a tensão, já no comunicador com as equipes médicas. "Estado dos feridos? O que aconteceu lá?"</w:t>
      </w:r>
    </w:p>
    <w:p w14:paraId="348D4482" w14:textId="77777777" w:rsidR="002355BD" w:rsidRPr="001179E8" w:rsidRDefault="00000000">
      <w:pPr>
        <w:rPr>
          <w:lang w:val="pt-BR"/>
        </w:rPr>
      </w:pPr>
      <w:r w:rsidRPr="001179E8">
        <w:rPr>
          <w:lang w:val="pt-BR"/>
        </w:rPr>
        <w:br/>
      </w:r>
    </w:p>
    <w:p w14:paraId="2A8A02EC" w14:textId="77777777" w:rsidR="002355BD" w:rsidRPr="001179E8" w:rsidRDefault="00000000">
      <w:pPr>
        <w:rPr>
          <w:lang w:val="pt-BR"/>
        </w:rPr>
      </w:pPr>
      <w:r w:rsidRPr="001179E8">
        <w:rPr>
          <w:lang w:val="pt-BR"/>
        </w:rPr>
        <w:t>As respostas viriam, fragmentadas e terríveis. Mas naquele momento, para Rick, só havia a imagem de Chrome, ferida e vulnerável, e uma fúria fria e impotente crescendo dentro dele. Eles haviam falhado. Rox estava mais forte. E as pessoas com quem ele se importava estavam pagando o preço. A guerra havia chegado a um novo patamar, e o peso do legado pareceu esmagadoramente real.A pesquisa frenética de Sang-Suga e Morgana LeFay nos arquivos arcanos da G.R.A.I.A. finalmente rendeu um fragmento de esperança – ou talvez apenas um caminho para um perigo ainda maior. Textos antigos, fragmentados e quase ilegíveis, falavam de um artefato conhecido como o Coração de Inverno, uma relíquia imbuída de uma energia elemental fria e primordial, supostamente capaz de neutralizar ou enfraquecer entidades de sombra e fogo profano, como a Dragoa Maligna e, por extensão, seu arauto, Rox.</w:t>
      </w:r>
    </w:p>
    <w:p w14:paraId="0B9EED75" w14:textId="77777777" w:rsidR="002355BD" w:rsidRPr="001179E8" w:rsidRDefault="00000000">
      <w:pPr>
        <w:rPr>
          <w:lang w:val="pt-BR"/>
        </w:rPr>
      </w:pPr>
      <w:r w:rsidRPr="001179E8">
        <w:rPr>
          <w:lang w:val="pt-BR"/>
        </w:rPr>
        <w:br/>
      </w:r>
    </w:p>
    <w:p w14:paraId="6B084D2F" w14:textId="77777777" w:rsidR="002355BD" w:rsidRPr="001179E8" w:rsidRDefault="00000000">
      <w:pPr>
        <w:rPr>
          <w:lang w:val="pt-BR"/>
        </w:rPr>
      </w:pPr>
      <w:r w:rsidRPr="001179E8">
        <w:rPr>
          <w:lang w:val="pt-BR"/>
        </w:rPr>
        <w:t>A localização do Coração de Inverno era incerta, perdida em lendas sobre criptas esquecidas em regiões árticas remotas, guardadas por magia antiga e perigos naturais. Era uma pista tênue, uma aposta desesperada, mas era a única que tinham.</w:t>
      </w:r>
    </w:p>
    <w:p w14:paraId="3886004E" w14:textId="77777777" w:rsidR="002355BD" w:rsidRPr="001179E8" w:rsidRDefault="00000000">
      <w:pPr>
        <w:rPr>
          <w:lang w:val="pt-BR"/>
        </w:rPr>
      </w:pPr>
      <w:r w:rsidRPr="001179E8">
        <w:rPr>
          <w:lang w:val="pt-BR"/>
        </w:rPr>
        <w:br/>
      </w:r>
    </w:p>
    <w:p w14:paraId="07C69079" w14:textId="77777777" w:rsidR="002355BD" w:rsidRPr="001179E8" w:rsidRDefault="00000000">
      <w:pPr>
        <w:rPr>
          <w:lang w:val="pt-BR"/>
        </w:rPr>
      </w:pPr>
      <w:r w:rsidRPr="001179E8">
        <w:rPr>
          <w:lang w:val="pt-BR"/>
        </w:rPr>
        <w:t>Uma pequena equipe de assalto foi formada, escolhida por suas habilidades únicas para navegar pelos desafios previstos: Sang-Suga, com seu conhecimento arcano e capacidade de sentir energias antigas; Feiticeira Branca (Morgana), cujo poder mágico bruto seria necessário para romper barreiras místicas; Luke, cujos clones e teletransporte seriam essenciais para reconhecimento, infiltração e extração rápida; e Chrome, cuja resistência metálica e poder elétrico poderiam lidar com perigos ambientais extremos e defesas tecnológicas ou energéticas inesperadas.</w:t>
      </w:r>
    </w:p>
    <w:p w14:paraId="67A12727" w14:textId="77777777" w:rsidR="002355BD" w:rsidRPr="001179E8" w:rsidRDefault="00000000">
      <w:pPr>
        <w:rPr>
          <w:lang w:val="pt-BR"/>
        </w:rPr>
      </w:pPr>
      <w:r w:rsidRPr="001179E8">
        <w:rPr>
          <w:lang w:val="pt-BR"/>
        </w:rPr>
        <w:br/>
      </w:r>
    </w:p>
    <w:p w14:paraId="2C680206" w14:textId="77777777" w:rsidR="002355BD" w:rsidRPr="001179E8" w:rsidRDefault="00000000">
      <w:pPr>
        <w:rPr>
          <w:lang w:val="pt-BR"/>
        </w:rPr>
      </w:pPr>
      <w:r w:rsidRPr="001179E8">
        <w:rPr>
          <w:lang w:val="pt-BR"/>
        </w:rPr>
        <w:lastRenderedPageBreak/>
        <w:t>Os Primordiais II restantes – Rick, Blue e Linda – foram designados para permanecer na base, uma decisão tática de Vance para manter uma linha de defesa e evitar expor toda a equipe a uma missão de alto risco com informações incompletas. A decisão, no entanto, não foi bem recebida por todos.</w:t>
      </w:r>
    </w:p>
    <w:p w14:paraId="2D226783" w14:textId="77777777" w:rsidR="002355BD" w:rsidRPr="001179E8" w:rsidRDefault="00000000">
      <w:pPr>
        <w:rPr>
          <w:lang w:val="pt-BR"/>
        </w:rPr>
      </w:pPr>
      <w:r w:rsidRPr="001179E8">
        <w:rPr>
          <w:lang w:val="pt-BR"/>
        </w:rPr>
        <w:br/>
      </w:r>
    </w:p>
    <w:p w14:paraId="1BE9E36F" w14:textId="77777777" w:rsidR="002355BD" w:rsidRPr="001179E8" w:rsidRDefault="00000000">
      <w:pPr>
        <w:rPr>
          <w:lang w:val="pt-BR"/>
        </w:rPr>
      </w:pPr>
      <w:r w:rsidRPr="001179E8">
        <w:rPr>
          <w:lang w:val="pt-BR"/>
        </w:rPr>
        <w:t>Rick estava na área de treinamento, descarregando sua frustração em simulacros de combate com uma ferocidade contida, quando sua mãe, Clara Benavides – a heroína Densa – o encontrou. Clara era uma mulher de presença sólida, seus poderes de manipulação de densidade refletidos em sua postura inabalável e olhar penetrante. A relação entre mãe e filho era um campo minado de amor não expresso, expectativas frustradas e ressentimento antigo.</w:t>
      </w:r>
    </w:p>
    <w:p w14:paraId="76C6E0CE" w14:textId="77777777" w:rsidR="002355BD" w:rsidRPr="001179E8" w:rsidRDefault="00000000">
      <w:pPr>
        <w:rPr>
          <w:lang w:val="pt-BR"/>
        </w:rPr>
      </w:pPr>
      <w:r w:rsidRPr="001179E8">
        <w:rPr>
          <w:lang w:val="pt-BR"/>
        </w:rPr>
        <w:br/>
      </w:r>
    </w:p>
    <w:p w14:paraId="46AB239D" w14:textId="77777777" w:rsidR="002355BD" w:rsidRPr="001179E8" w:rsidRDefault="00000000">
      <w:pPr>
        <w:rPr>
          <w:lang w:val="pt-BR"/>
        </w:rPr>
      </w:pPr>
      <w:r w:rsidRPr="001179E8">
        <w:rPr>
          <w:lang w:val="pt-BR"/>
        </w:rPr>
        <w:t>"Ouvi dizer que você ficou para trás," Clara disse, sua voz calma, mas com um subtexto que Rick conhecia bem demais.</w:t>
      </w:r>
    </w:p>
    <w:p w14:paraId="2E8223B7" w14:textId="77777777" w:rsidR="002355BD" w:rsidRPr="001179E8" w:rsidRDefault="00000000">
      <w:pPr>
        <w:rPr>
          <w:lang w:val="pt-BR"/>
        </w:rPr>
      </w:pPr>
      <w:r w:rsidRPr="001179E8">
        <w:rPr>
          <w:lang w:val="pt-BR"/>
        </w:rPr>
        <w:br/>
      </w:r>
    </w:p>
    <w:p w14:paraId="51A0E99D" w14:textId="77777777" w:rsidR="002355BD" w:rsidRPr="001179E8" w:rsidRDefault="00000000">
      <w:pPr>
        <w:rPr>
          <w:lang w:val="pt-BR"/>
        </w:rPr>
      </w:pPr>
      <w:r w:rsidRPr="001179E8">
        <w:rPr>
          <w:lang w:val="pt-BR"/>
        </w:rPr>
        <w:t>"Alguém tem que cuidar da loja enquanto os magos e a lata de sardinha vão passear no gelo," Rick retrucou, sem parar de atacar o simulacro, redirecionando um golpe cinético com força desnecessária.</w:t>
      </w:r>
    </w:p>
    <w:p w14:paraId="252F067A" w14:textId="77777777" w:rsidR="002355BD" w:rsidRPr="001179E8" w:rsidRDefault="00000000">
      <w:pPr>
        <w:rPr>
          <w:lang w:val="pt-BR"/>
        </w:rPr>
      </w:pPr>
      <w:r w:rsidRPr="001179E8">
        <w:rPr>
          <w:lang w:val="pt-BR"/>
        </w:rPr>
        <w:br/>
      </w:r>
    </w:p>
    <w:p w14:paraId="18183304" w14:textId="77777777" w:rsidR="002355BD" w:rsidRPr="001179E8" w:rsidRDefault="00000000">
      <w:pPr>
        <w:rPr>
          <w:lang w:val="pt-BR"/>
        </w:rPr>
      </w:pPr>
      <w:r w:rsidRPr="001179E8">
        <w:rPr>
          <w:lang w:val="pt-BR"/>
        </w:rPr>
        <w:t xml:space="preserve">"Não subestime a missão deles, Ricardo," Clara repreendeu suavemente. "Rox é uma ameaça que seus pais... que </w:t>
      </w:r>
      <w:r w:rsidRPr="001179E8">
        <w:rPr>
          <w:i/>
          <w:lang w:val="pt-BR"/>
        </w:rPr>
        <w:t>*nós*</w:t>
      </w:r>
      <w:r w:rsidRPr="001179E8">
        <w:rPr>
          <w:lang w:val="pt-BR"/>
        </w:rPr>
        <w:t>... mal conseguimos conter da primeira vez. Se há uma chance, por menor que seja, de encontrar algo que possa enfraquecê-lo..."</w:t>
      </w:r>
    </w:p>
    <w:p w14:paraId="7369D8DF" w14:textId="77777777" w:rsidR="002355BD" w:rsidRPr="001179E8" w:rsidRDefault="00000000">
      <w:pPr>
        <w:rPr>
          <w:lang w:val="pt-BR"/>
        </w:rPr>
      </w:pPr>
      <w:r w:rsidRPr="001179E8">
        <w:rPr>
          <w:lang w:val="pt-BR"/>
        </w:rPr>
        <w:br/>
      </w:r>
    </w:p>
    <w:p w14:paraId="3EB1DA99" w14:textId="77777777" w:rsidR="002355BD" w:rsidRPr="001179E8" w:rsidRDefault="00000000">
      <w:pPr>
        <w:rPr>
          <w:lang w:val="pt-BR"/>
        </w:rPr>
      </w:pPr>
      <w:r w:rsidRPr="001179E8">
        <w:rPr>
          <w:lang w:val="pt-BR"/>
        </w:rPr>
        <w:t>"Eu sei o quão perigoso ele é!" Rick explodiu, virando-se para encarar a mãe, a energia crepitando em suas mãos. "Eu estava lá! Nós estávamos lá! E fomos esmagados! Por que eles vão e eu fico? Porque você e o pai acham que eu ainda sou o garoto problema que vai estragar tudo?"</w:t>
      </w:r>
    </w:p>
    <w:p w14:paraId="481BF586" w14:textId="77777777" w:rsidR="002355BD" w:rsidRPr="001179E8" w:rsidRDefault="00000000">
      <w:pPr>
        <w:rPr>
          <w:lang w:val="pt-BR"/>
        </w:rPr>
      </w:pPr>
      <w:r w:rsidRPr="001179E8">
        <w:rPr>
          <w:lang w:val="pt-BR"/>
        </w:rPr>
        <w:br/>
      </w:r>
    </w:p>
    <w:p w14:paraId="73A6FCA1" w14:textId="77777777" w:rsidR="002355BD" w:rsidRPr="001179E8" w:rsidRDefault="00000000">
      <w:pPr>
        <w:rPr>
          <w:lang w:val="pt-BR"/>
        </w:rPr>
      </w:pPr>
      <w:r w:rsidRPr="001179E8">
        <w:rPr>
          <w:lang w:val="pt-BR"/>
        </w:rPr>
        <w:lastRenderedPageBreak/>
        <w:t>Clara suspirou, a fachada de heroína vacilando por um instante, revelando a mãe preocupada por baixo. "Não é isso, Rick. É sobre estratégia. Suas habilidades... são mais adequadas para combate direto, para proteger a base. A equipe que foi enviada tem a combinação específica de habilidades de infiltração, magia e resistência ambiental necessária para esta missão específica."</w:t>
      </w:r>
    </w:p>
    <w:p w14:paraId="68369C5B" w14:textId="77777777" w:rsidR="002355BD" w:rsidRPr="001179E8" w:rsidRDefault="00000000">
      <w:pPr>
        <w:rPr>
          <w:lang w:val="pt-BR"/>
        </w:rPr>
      </w:pPr>
      <w:r w:rsidRPr="001179E8">
        <w:rPr>
          <w:lang w:val="pt-BR"/>
        </w:rPr>
        <w:br/>
      </w:r>
    </w:p>
    <w:p w14:paraId="1219303E" w14:textId="77777777" w:rsidR="002355BD" w:rsidRPr="001179E8" w:rsidRDefault="00000000">
      <w:pPr>
        <w:rPr>
          <w:lang w:val="pt-BR"/>
        </w:rPr>
      </w:pPr>
      <w:r w:rsidRPr="001179E8">
        <w:rPr>
          <w:lang w:val="pt-BR"/>
        </w:rPr>
        <w:t>"Habilidades específicas? Ou você só não confia em mim perto de magia antiga ou... ou perto dela?" A menção a Chrome pairou no ar, não dita, mas compreendida.</w:t>
      </w:r>
    </w:p>
    <w:p w14:paraId="6B5C848D" w14:textId="77777777" w:rsidR="002355BD" w:rsidRPr="001179E8" w:rsidRDefault="00000000">
      <w:pPr>
        <w:rPr>
          <w:lang w:val="pt-BR"/>
        </w:rPr>
      </w:pPr>
      <w:r w:rsidRPr="001179E8">
        <w:rPr>
          <w:lang w:val="pt-BR"/>
        </w:rPr>
        <w:br/>
      </w:r>
    </w:p>
    <w:p w14:paraId="575600BE" w14:textId="77777777" w:rsidR="002355BD" w:rsidRPr="001179E8" w:rsidRDefault="00000000">
      <w:pPr>
        <w:rPr>
          <w:lang w:val="pt-BR"/>
        </w:rPr>
      </w:pPr>
      <w:r w:rsidRPr="001179E8">
        <w:rPr>
          <w:lang w:val="pt-BR"/>
        </w:rPr>
        <w:t>Os olhos de Clara se estreitaram. "Sua vida pessoal é sua, Ricardo, embora suas escolhas nem sempre demonstrem a melhor... discrição. Mas esta decisão foi tática, tomada pelo General Vance e pelos líderes da missão. Você é um membro valioso desta equipe, seus poderes são únicos, mas nem toda missão é para todos. Aprender isso é parte de se tornar um herói, não apenas alguém com poderes."</w:t>
      </w:r>
    </w:p>
    <w:p w14:paraId="19676C0B" w14:textId="77777777" w:rsidR="002355BD" w:rsidRPr="001179E8" w:rsidRDefault="00000000">
      <w:pPr>
        <w:rPr>
          <w:lang w:val="pt-BR"/>
        </w:rPr>
      </w:pPr>
      <w:r w:rsidRPr="001179E8">
        <w:rPr>
          <w:lang w:val="pt-BR"/>
        </w:rPr>
        <w:br/>
      </w:r>
    </w:p>
    <w:p w14:paraId="2FA88E81" w14:textId="77777777" w:rsidR="002355BD" w:rsidRPr="001179E8" w:rsidRDefault="00000000">
      <w:pPr>
        <w:rPr>
          <w:lang w:val="pt-BR"/>
        </w:rPr>
      </w:pPr>
      <w:r w:rsidRPr="001179E8">
        <w:rPr>
          <w:lang w:val="pt-BR"/>
        </w:rPr>
        <w:t>"Então eu fico aqui, treinando, enquanto Luke e Nicole arriscam o pescoço por causa de uma lenda?" A amargura em sua voz era palpável.</w:t>
      </w:r>
    </w:p>
    <w:p w14:paraId="706FC0A7" w14:textId="77777777" w:rsidR="002355BD" w:rsidRPr="001179E8" w:rsidRDefault="00000000">
      <w:pPr>
        <w:rPr>
          <w:lang w:val="pt-BR"/>
        </w:rPr>
      </w:pPr>
      <w:r w:rsidRPr="001179E8">
        <w:rPr>
          <w:lang w:val="pt-BR"/>
        </w:rPr>
        <w:br/>
      </w:r>
    </w:p>
    <w:p w14:paraId="0A3EC60D" w14:textId="77777777" w:rsidR="002355BD" w:rsidRPr="001179E8" w:rsidRDefault="00000000">
      <w:pPr>
        <w:rPr>
          <w:lang w:val="pt-BR"/>
        </w:rPr>
      </w:pPr>
      <w:r w:rsidRPr="001179E8">
        <w:rPr>
          <w:lang w:val="pt-BR"/>
        </w:rPr>
        <w:t>"Você fica aqui como parte essencial da defesa," Clara corrigiu, sua voz recuperando a firmeza. "Você protege a retaguarda. Garante que, se eles falharem, ou se Rox atacar enquanto eles estiverem fora, ainda haja uma linha de defesa. É um papel vital, mesmo que não seja o mais... chamativo." Ela se aproximou, colocando a mão no ombro dele – um gesto raro de contato físico entre eles. "Seu pai e eu... nós nos preocupamos. Mas também vemos o quanto você cresceu. Não confunda responsabilidade com desconfiança."</w:t>
      </w:r>
    </w:p>
    <w:p w14:paraId="25408C1C" w14:textId="77777777" w:rsidR="002355BD" w:rsidRPr="001179E8" w:rsidRDefault="00000000">
      <w:pPr>
        <w:rPr>
          <w:lang w:val="pt-BR"/>
        </w:rPr>
      </w:pPr>
      <w:r w:rsidRPr="001179E8">
        <w:rPr>
          <w:lang w:val="pt-BR"/>
        </w:rPr>
        <w:br/>
      </w:r>
    </w:p>
    <w:p w14:paraId="384BC82B" w14:textId="77777777" w:rsidR="002355BD" w:rsidRPr="001179E8" w:rsidRDefault="00000000">
      <w:pPr>
        <w:rPr>
          <w:lang w:val="pt-BR"/>
        </w:rPr>
      </w:pPr>
      <w:r w:rsidRPr="001179E8">
        <w:rPr>
          <w:lang w:val="pt-BR"/>
        </w:rPr>
        <w:t>Rick desviou o olhar, desconfortável com a proximidade e a sinceridade inesperada. Ele queria acreditar nela, mas anos de conflito haviam construído muros altos. "Tanto faz," ele resmungou, afastando-se. "Só espero que eles saibam o que estão fazendo."</w:t>
      </w:r>
    </w:p>
    <w:p w14:paraId="4E4AE3BA" w14:textId="77777777" w:rsidR="002355BD" w:rsidRPr="001179E8" w:rsidRDefault="00000000">
      <w:pPr>
        <w:rPr>
          <w:lang w:val="pt-BR"/>
        </w:rPr>
      </w:pPr>
      <w:r w:rsidRPr="001179E8">
        <w:rPr>
          <w:lang w:val="pt-BR"/>
        </w:rPr>
        <w:br/>
      </w:r>
    </w:p>
    <w:p w14:paraId="2A0F22B3" w14:textId="77777777" w:rsidR="002355BD" w:rsidRPr="001179E8" w:rsidRDefault="00000000">
      <w:pPr>
        <w:rPr>
          <w:lang w:val="pt-BR"/>
        </w:rPr>
      </w:pPr>
      <w:r w:rsidRPr="001179E8">
        <w:rPr>
          <w:lang w:val="pt-BR"/>
        </w:rPr>
        <w:lastRenderedPageBreak/>
        <w:t>Clara observou-o voltar a atacar o simulacro, a preocupação gravada em seu rosto. A discussão não resolvida, mais uma camada na complexa tapeçaria de seu relacionamento.</w:t>
      </w:r>
    </w:p>
    <w:p w14:paraId="21B2F57C" w14:textId="77777777" w:rsidR="002355BD" w:rsidRPr="001179E8" w:rsidRDefault="00000000">
      <w:pPr>
        <w:rPr>
          <w:lang w:val="pt-BR"/>
        </w:rPr>
      </w:pPr>
      <w:r w:rsidRPr="001179E8">
        <w:rPr>
          <w:lang w:val="pt-BR"/>
        </w:rPr>
        <w:br/>
      </w:r>
    </w:p>
    <w:p w14:paraId="69806252" w14:textId="77777777" w:rsidR="002355BD" w:rsidRPr="001179E8" w:rsidRDefault="00000000">
      <w:pPr>
        <w:rPr>
          <w:lang w:val="pt-BR"/>
        </w:rPr>
      </w:pPr>
      <w:r w:rsidRPr="001179E8">
        <w:rPr>
          <w:lang w:val="pt-BR"/>
        </w:rPr>
        <w:t>Enquanto isso, a milhares de quilômetros ao norte, o jato furtivo da G.R.A.I.A. cortava o céu ártico. Dentro, a atmosfera era tensa. Sang-Suga meditava, seus sentidos estendidos, buscando ecos da energia do Coração de Inverno. Morgana revisava diagramas rúnicos complexos em um tablet, seus lábios movendo-se silenciosamente. Luke usava um de seus clones para pilotar o jato enquanto seu eu principal e outro clone analisavam dados geológicos e leituras de energia anômala da região.</w:t>
      </w:r>
    </w:p>
    <w:p w14:paraId="7D48E08B" w14:textId="77777777" w:rsidR="002355BD" w:rsidRPr="001179E8" w:rsidRDefault="00000000">
      <w:pPr>
        <w:rPr>
          <w:lang w:val="pt-BR"/>
        </w:rPr>
      </w:pPr>
      <w:r w:rsidRPr="001179E8">
        <w:rPr>
          <w:lang w:val="pt-BR"/>
        </w:rPr>
        <w:br/>
      </w:r>
    </w:p>
    <w:p w14:paraId="6FDB1EE4" w14:textId="77777777" w:rsidR="002355BD" w:rsidRPr="001179E8" w:rsidRDefault="00000000">
      <w:pPr>
        <w:rPr>
          <w:lang w:val="pt-BR"/>
        </w:rPr>
      </w:pPr>
      <w:r w:rsidRPr="001179E8">
        <w:rPr>
          <w:lang w:val="pt-BR"/>
        </w:rPr>
        <w:t>Chrome estava em silêncio, seus olhos cinzentos fixos na paisagem branca e desoladora que passava abaixo. Ela recalibrava seus sensores internos para o frio extremo e revisava os protocolos de combate em ambiente ártico. A menção de seu pai, Eletron, e seus estudos sobre energias extradimensionais ainda ecoava em sua mente. Havia mais nos arquivos dele do que ela revelara a Rick, fragmentos sobre entidades como a Dragoa Maligna, notas que pareciam mais avisos do que pesquisas. Ela afastou esses pensamentos. A missão era o foco.</w:t>
      </w:r>
    </w:p>
    <w:p w14:paraId="443D0E55" w14:textId="77777777" w:rsidR="002355BD" w:rsidRPr="001179E8" w:rsidRDefault="00000000">
      <w:pPr>
        <w:rPr>
          <w:lang w:val="pt-BR"/>
        </w:rPr>
      </w:pPr>
      <w:r w:rsidRPr="001179E8">
        <w:rPr>
          <w:lang w:val="pt-BR"/>
        </w:rPr>
        <w:br/>
      </w:r>
    </w:p>
    <w:p w14:paraId="755BB64E" w14:textId="77777777" w:rsidR="002355BD" w:rsidRPr="001179E8" w:rsidRDefault="00000000">
      <w:pPr>
        <w:rPr>
          <w:lang w:val="pt-BR"/>
        </w:rPr>
      </w:pPr>
      <w:r w:rsidRPr="001179E8">
        <w:rPr>
          <w:lang w:val="pt-BR"/>
        </w:rPr>
        <w:t>"Estamos nos aproximando da área com as maiores leituras de energia residual arcana," Luke anunciou, apontando para um ponto no mapa holográfico – uma cadeia de montanhas irregulares e cobertas de gelo, envolta em uma nevasca perpétua.</w:t>
      </w:r>
    </w:p>
    <w:p w14:paraId="5A6DCFF6" w14:textId="77777777" w:rsidR="002355BD" w:rsidRPr="001179E8" w:rsidRDefault="00000000">
      <w:pPr>
        <w:rPr>
          <w:lang w:val="pt-BR"/>
        </w:rPr>
      </w:pPr>
      <w:r w:rsidRPr="001179E8">
        <w:rPr>
          <w:lang w:val="pt-BR"/>
        </w:rPr>
        <w:br/>
      </w:r>
    </w:p>
    <w:p w14:paraId="41CFF37F" w14:textId="77777777" w:rsidR="002355BD" w:rsidRPr="001179E8" w:rsidRDefault="00000000">
      <w:pPr>
        <w:rPr>
          <w:lang w:val="pt-BR"/>
        </w:rPr>
      </w:pPr>
      <w:r w:rsidRPr="001179E8">
        <w:rPr>
          <w:lang w:val="pt-BR"/>
        </w:rPr>
        <w:t>"A Cripta dos Ventos Uivantes," Sang-Suga murmurou, abrindo os olhos. "Um nome apropriado. As barreiras mágicas são antigas e potentes. E o frio... o frio aqui não é apenas natural. É uma guarda."</w:t>
      </w:r>
    </w:p>
    <w:p w14:paraId="61BD34E3" w14:textId="77777777" w:rsidR="002355BD" w:rsidRPr="001179E8" w:rsidRDefault="00000000">
      <w:pPr>
        <w:rPr>
          <w:lang w:val="pt-BR"/>
        </w:rPr>
      </w:pPr>
      <w:r w:rsidRPr="001179E8">
        <w:rPr>
          <w:lang w:val="pt-BR"/>
        </w:rPr>
        <w:br/>
      </w:r>
    </w:p>
    <w:p w14:paraId="32A2DBEE" w14:textId="77777777" w:rsidR="002355BD" w:rsidRPr="001179E8" w:rsidRDefault="00000000">
      <w:pPr>
        <w:rPr>
          <w:lang w:val="pt-BR"/>
        </w:rPr>
      </w:pPr>
      <w:r w:rsidRPr="001179E8">
        <w:rPr>
          <w:lang w:val="pt-BR"/>
        </w:rPr>
        <w:t>Morgana assentiu. "Sinto a magia. Forte, selvagem. Protetora." Seus olhos encontraram os de Sang-Suga. "Estamos prontas?"</w:t>
      </w:r>
    </w:p>
    <w:p w14:paraId="2CDC0FC8" w14:textId="77777777" w:rsidR="002355BD" w:rsidRPr="001179E8" w:rsidRDefault="00000000">
      <w:pPr>
        <w:rPr>
          <w:lang w:val="pt-BR"/>
        </w:rPr>
      </w:pPr>
      <w:r w:rsidRPr="001179E8">
        <w:rPr>
          <w:lang w:val="pt-BR"/>
        </w:rPr>
        <w:br/>
      </w:r>
    </w:p>
    <w:p w14:paraId="115628BA" w14:textId="77777777" w:rsidR="002355BD" w:rsidRPr="001179E8" w:rsidRDefault="00000000">
      <w:pPr>
        <w:rPr>
          <w:lang w:val="pt-BR"/>
        </w:rPr>
      </w:pPr>
      <w:r w:rsidRPr="001179E8">
        <w:rPr>
          <w:lang w:val="pt-BR"/>
        </w:rPr>
        <w:lastRenderedPageBreak/>
        <w:t>A anciã deu um sorriso fino, quase invisível. "Nascemos prontas, criança. A questão é se o que guardam lá dentro está pronto para nós."</w:t>
      </w:r>
    </w:p>
    <w:p w14:paraId="31651C79" w14:textId="77777777" w:rsidR="002355BD" w:rsidRPr="001179E8" w:rsidRDefault="00000000">
      <w:pPr>
        <w:rPr>
          <w:lang w:val="pt-BR"/>
        </w:rPr>
      </w:pPr>
      <w:r w:rsidRPr="001179E8">
        <w:rPr>
          <w:lang w:val="pt-BR"/>
        </w:rPr>
        <w:br/>
      </w:r>
    </w:p>
    <w:p w14:paraId="0F020A94" w14:textId="77777777" w:rsidR="002355BD" w:rsidRPr="001179E8" w:rsidRDefault="00000000">
      <w:pPr>
        <w:rPr>
          <w:lang w:val="pt-BR"/>
        </w:rPr>
      </w:pPr>
      <w:r w:rsidRPr="001179E8">
        <w:rPr>
          <w:lang w:val="pt-BR"/>
        </w:rPr>
        <w:t>O jato começou a descida, mergulhando na tempestade de gelo e magia antiga. A busca pelo Coração de Inverno havia começado, e com ela, uma jornada a um passado congelado que poderia conter a chave para o futuro – ou liberar horrores ainda piores.</w:t>
      </w:r>
    </w:p>
    <w:p w14:paraId="5C5C8138" w14:textId="77777777" w:rsidR="002355BD" w:rsidRPr="001179E8" w:rsidRDefault="00000000">
      <w:pPr>
        <w:rPr>
          <w:lang w:val="pt-BR"/>
        </w:rPr>
      </w:pPr>
      <w:r w:rsidRPr="001179E8">
        <w:rPr>
          <w:lang w:val="pt-BR"/>
        </w:rPr>
        <w:br/>
      </w:r>
      <w:r w:rsidRPr="001179E8">
        <w:rPr>
          <w:lang w:val="pt-BR"/>
        </w:rPr>
        <w:br/>
      </w:r>
      <w:r w:rsidRPr="001179E8">
        <w:rPr>
          <w:lang w:val="pt-BR"/>
        </w:rPr>
        <w:br/>
      </w:r>
    </w:p>
    <w:p w14:paraId="63D616AF" w14:textId="77777777" w:rsidR="002355BD" w:rsidRPr="001179E8" w:rsidRDefault="00000000">
      <w:pPr>
        <w:rPr>
          <w:lang w:val="pt-BR"/>
        </w:rPr>
      </w:pPr>
      <w:r w:rsidRPr="001179E8">
        <w:rPr>
          <w:lang w:val="pt-BR"/>
        </w:rPr>
        <w:t>A descida na tempestade foi brutal. Ventos uivantes, carregados de fragmentos de gelo e energia arcana bruta, açoitavam o jato. Luke lutava para manter o controle, seus clones trabalhando em sincronia nos comandos enquanto ele próprio tentava penetrar a interferência mágica com os sensores da nave.</w:t>
      </w:r>
    </w:p>
    <w:p w14:paraId="27313382" w14:textId="77777777" w:rsidR="002355BD" w:rsidRPr="001179E8" w:rsidRDefault="00000000">
      <w:pPr>
        <w:rPr>
          <w:lang w:val="pt-BR"/>
        </w:rPr>
      </w:pPr>
      <w:r w:rsidRPr="001179E8">
        <w:rPr>
          <w:lang w:val="pt-BR"/>
        </w:rPr>
        <w:br/>
      </w:r>
    </w:p>
    <w:p w14:paraId="2591C657" w14:textId="77777777" w:rsidR="002355BD" w:rsidRPr="001179E8" w:rsidRDefault="00000000">
      <w:pPr>
        <w:rPr>
          <w:lang w:val="pt-BR"/>
        </w:rPr>
      </w:pPr>
      <w:r w:rsidRPr="001179E8">
        <w:rPr>
          <w:lang w:val="pt-BR"/>
        </w:rPr>
        <w:t>"As barreiras estão reagindo à nossa aproximação!" Morgana alertou, seus olhos brilhando enquanto ela reforçava os escudos defletores do jato com sua própria magia. "São proteções antigas, projetadas para repelir intrusos."</w:t>
      </w:r>
    </w:p>
    <w:p w14:paraId="6472AF5A" w14:textId="77777777" w:rsidR="002355BD" w:rsidRPr="001179E8" w:rsidRDefault="00000000">
      <w:pPr>
        <w:rPr>
          <w:lang w:val="pt-BR"/>
        </w:rPr>
      </w:pPr>
      <w:r w:rsidRPr="001179E8">
        <w:rPr>
          <w:lang w:val="pt-BR"/>
        </w:rPr>
        <w:br/>
      </w:r>
    </w:p>
    <w:p w14:paraId="1EBDEEEE" w14:textId="77777777" w:rsidR="002355BD" w:rsidRPr="001179E8" w:rsidRDefault="00000000">
      <w:pPr>
        <w:rPr>
          <w:lang w:val="pt-BR"/>
        </w:rPr>
      </w:pPr>
      <w:r w:rsidRPr="001179E8">
        <w:rPr>
          <w:lang w:val="pt-BR"/>
        </w:rPr>
        <w:t>"Sinto... uma assinatura familiar por baixo de tudo," Sang-Suga murmurou, a testa franzida em concentração. "Algo ligado aos Primordiais... mas distorcido."</w:t>
      </w:r>
    </w:p>
    <w:p w14:paraId="7783F520" w14:textId="77777777" w:rsidR="002355BD" w:rsidRPr="001179E8" w:rsidRDefault="00000000">
      <w:pPr>
        <w:rPr>
          <w:lang w:val="pt-BR"/>
        </w:rPr>
      </w:pPr>
      <w:r w:rsidRPr="001179E8">
        <w:rPr>
          <w:lang w:val="pt-BR"/>
        </w:rPr>
        <w:br/>
      </w:r>
    </w:p>
    <w:p w14:paraId="1C5FD692" w14:textId="77777777" w:rsidR="002355BD" w:rsidRPr="001179E8" w:rsidRDefault="00000000">
      <w:pPr>
        <w:rPr>
          <w:lang w:val="pt-BR"/>
        </w:rPr>
      </w:pPr>
      <w:r w:rsidRPr="001179E8">
        <w:rPr>
          <w:lang w:val="pt-BR"/>
        </w:rPr>
        <w:t>Com um solavanco final, Luke conseguiu pousar o jato em uma plataforma de gelo relativamente abrigada, escondida em uma fenda na base da montanha principal. A entrada da cripta era uma boca escura na parede de gelo, emanando um frio que penetrava até os ossos, mesmo através dos trajes térmicos avançados.</w:t>
      </w:r>
    </w:p>
    <w:p w14:paraId="23B761F4" w14:textId="77777777" w:rsidR="002355BD" w:rsidRPr="001179E8" w:rsidRDefault="00000000">
      <w:pPr>
        <w:rPr>
          <w:lang w:val="pt-BR"/>
        </w:rPr>
      </w:pPr>
      <w:r w:rsidRPr="001179E8">
        <w:rPr>
          <w:lang w:val="pt-BR"/>
        </w:rPr>
        <w:br/>
      </w:r>
    </w:p>
    <w:p w14:paraId="4D3588FC" w14:textId="77777777" w:rsidR="002355BD" w:rsidRPr="001179E8" w:rsidRDefault="00000000">
      <w:pPr>
        <w:rPr>
          <w:lang w:val="pt-BR"/>
        </w:rPr>
      </w:pPr>
      <w:r w:rsidRPr="001179E8">
        <w:rPr>
          <w:lang w:val="pt-BR"/>
        </w:rPr>
        <w:t>"Temperatura ambiente significativamente abaixo do esperado para a geologia local. Detectando flutuações energéticas consistentes com contenção mágica e criogenia arcana," Chrome relatou, seus sensores analisando a entrada.</w:t>
      </w:r>
    </w:p>
    <w:p w14:paraId="19D4FFFE" w14:textId="77777777" w:rsidR="002355BD" w:rsidRPr="001179E8" w:rsidRDefault="00000000">
      <w:pPr>
        <w:rPr>
          <w:lang w:val="pt-BR"/>
        </w:rPr>
      </w:pPr>
      <w:r w:rsidRPr="001179E8">
        <w:rPr>
          <w:lang w:val="pt-BR"/>
        </w:rPr>
        <w:lastRenderedPageBreak/>
        <w:br/>
      </w:r>
    </w:p>
    <w:p w14:paraId="1B6D81F3" w14:textId="77777777" w:rsidR="002355BD" w:rsidRPr="001179E8" w:rsidRDefault="00000000">
      <w:pPr>
        <w:rPr>
          <w:lang w:val="pt-BR"/>
        </w:rPr>
      </w:pPr>
      <w:r w:rsidRPr="001179E8">
        <w:rPr>
          <w:lang w:val="pt-BR"/>
        </w:rPr>
        <w:t>"Vamos," Morgana decidiu, conjurando uma esfera de luz esmeralda para iluminar o caminho.</w:t>
      </w:r>
    </w:p>
    <w:p w14:paraId="531F167A" w14:textId="77777777" w:rsidR="002355BD" w:rsidRPr="001179E8" w:rsidRDefault="00000000">
      <w:pPr>
        <w:rPr>
          <w:lang w:val="pt-BR"/>
        </w:rPr>
      </w:pPr>
      <w:r w:rsidRPr="001179E8">
        <w:rPr>
          <w:lang w:val="pt-BR"/>
        </w:rPr>
        <w:br/>
      </w:r>
    </w:p>
    <w:p w14:paraId="6AAE1FEF" w14:textId="77777777" w:rsidR="002355BD" w:rsidRPr="001179E8" w:rsidRDefault="00000000">
      <w:pPr>
        <w:rPr>
          <w:lang w:val="pt-BR"/>
        </w:rPr>
      </w:pPr>
      <w:r w:rsidRPr="001179E8">
        <w:rPr>
          <w:lang w:val="pt-BR"/>
        </w:rPr>
        <w:t>A cripta era um labirinto de túneis esculpidos no gelo eterno, as paredes brilhando com uma luz azulada fraca, gravadas com runas que pulsavam com poder adormecido. O ar era rarefeito e gelado, e o silêncio era profundo, quebrado apenas pelo som de seus passos e pelo uivo distante do vento mágico nos túneis superiores.</w:t>
      </w:r>
    </w:p>
    <w:p w14:paraId="350BF6F5" w14:textId="77777777" w:rsidR="002355BD" w:rsidRPr="001179E8" w:rsidRDefault="00000000">
      <w:pPr>
        <w:rPr>
          <w:lang w:val="pt-BR"/>
        </w:rPr>
      </w:pPr>
      <w:r w:rsidRPr="001179E8">
        <w:rPr>
          <w:lang w:val="pt-BR"/>
        </w:rPr>
        <w:br/>
      </w:r>
    </w:p>
    <w:p w14:paraId="270DD465" w14:textId="77777777" w:rsidR="002355BD" w:rsidRPr="001179E8" w:rsidRDefault="00000000">
      <w:pPr>
        <w:rPr>
          <w:lang w:val="pt-BR"/>
        </w:rPr>
      </w:pPr>
      <w:r w:rsidRPr="001179E8">
        <w:rPr>
          <w:lang w:val="pt-BR"/>
        </w:rPr>
        <w:t>Luke enviou clones à frente para mapear o caminho, mas muitos eram dissipados por armadilhas de energia invisíveis ou barreiras rúnicas que reagiam à sua forma astral. "Armadilhas de detecção de vida e energia," ele relatou. "Precisamos de alguém para desarmá-las ou encontrar um caminho alternativo."</w:t>
      </w:r>
    </w:p>
    <w:p w14:paraId="5899F3CB" w14:textId="77777777" w:rsidR="002355BD" w:rsidRPr="001179E8" w:rsidRDefault="00000000">
      <w:pPr>
        <w:rPr>
          <w:lang w:val="pt-BR"/>
        </w:rPr>
      </w:pPr>
      <w:r w:rsidRPr="001179E8">
        <w:rPr>
          <w:lang w:val="pt-BR"/>
        </w:rPr>
        <w:br/>
      </w:r>
    </w:p>
    <w:p w14:paraId="252A8911" w14:textId="77777777" w:rsidR="002355BD" w:rsidRPr="001179E8" w:rsidRDefault="00000000">
      <w:pPr>
        <w:rPr>
          <w:lang w:val="pt-BR"/>
        </w:rPr>
      </w:pPr>
      <w:r w:rsidRPr="001179E8">
        <w:rPr>
          <w:lang w:val="pt-BR"/>
        </w:rPr>
        <w:t>Sang-Suga assumiu a liderança, seus dedos nodosos traçando as runas nas paredes. "Estes são selos de proteção... mas também de passagem. Requerem uma chave... ou um entendimento." Ela fechou os olhos, murmurando palavras em uma língua esquecida. Lentamente, algumas das runas à frente brilharam mais intensamente, revelando um caminho seguro através de um corredor que, de outra forma, teria desintegrado os clones de Luke.</w:t>
      </w:r>
    </w:p>
    <w:p w14:paraId="6BD90E3D" w14:textId="77777777" w:rsidR="002355BD" w:rsidRPr="001179E8" w:rsidRDefault="00000000">
      <w:pPr>
        <w:rPr>
          <w:lang w:val="pt-BR"/>
        </w:rPr>
      </w:pPr>
      <w:r w:rsidRPr="001179E8">
        <w:rPr>
          <w:lang w:val="pt-BR"/>
        </w:rPr>
        <w:br/>
      </w:r>
    </w:p>
    <w:p w14:paraId="01043BCA" w14:textId="77777777" w:rsidR="002355BD" w:rsidRPr="001179E8" w:rsidRDefault="00000000">
      <w:pPr>
        <w:rPr>
          <w:lang w:val="pt-BR"/>
        </w:rPr>
      </w:pPr>
      <w:r w:rsidRPr="001179E8">
        <w:rPr>
          <w:lang w:val="pt-BR"/>
        </w:rPr>
        <w:t>Enquanto avançavam, encontraram guardiões. Elementais de gelo maciços, animados pela magia da cripta, ergueram-se das paredes congeladas. Chrome avançou, seu corpo metálico resistindo aos golpes congelantes, enquanto descarregava rajadas elétricas que superaqueciam e estilhaçavam as formas de gelo. Morgana conjurava fogo arcano, explorando a fraqueza elemental dos guardiões, enquanto Sang-Suga enfraquecia sua coesão mágica.</w:t>
      </w:r>
    </w:p>
    <w:p w14:paraId="1A767127" w14:textId="77777777" w:rsidR="002355BD" w:rsidRPr="001179E8" w:rsidRDefault="00000000">
      <w:pPr>
        <w:rPr>
          <w:lang w:val="pt-BR"/>
        </w:rPr>
      </w:pPr>
      <w:r w:rsidRPr="001179E8">
        <w:rPr>
          <w:lang w:val="pt-BR"/>
        </w:rPr>
        <w:br/>
      </w:r>
    </w:p>
    <w:p w14:paraId="4CDFA48F" w14:textId="77777777" w:rsidR="002355BD" w:rsidRPr="001179E8" w:rsidRDefault="00000000">
      <w:pPr>
        <w:rPr>
          <w:lang w:val="pt-BR"/>
        </w:rPr>
      </w:pPr>
      <w:r w:rsidRPr="001179E8">
        <w:rPr>
          <w:lang w:val="pt-BR"/>
        </w:rPr>
        <w:lastRenderedPageBreak/>
        <w:t>Mais profundamente, encontraram um vasto salão circular. No centro, flutuando sobre um pedestal de gelo negro, estava um cristal multifacetado que irradiava uma luz fria e poderosa – o Coração de Inverno. Mas algo estava errado.</w:t>
      </w:r>
    </w:p>
    <w:p w14:paraId="3AB8DA8D" w14:textId="77777777" w:rsidR="002355BD" w:rsidRPr="001179E8" w:rsidRDefault="00000000">
      <w:pPr>
        <w:rPr>
          <w:lang w:val="pt-BR"/>
        </w:rPr>
      </w:pPr>
      <w:r w:rsidRPr="001179E8">
        <w:rPr>
          <w:lang w:val="pt-BR"/>
        </w:rPr>
        <w:br/>
      </w:r>
    </w:p>
    <w:p w14:paraId="60A53839" w14:textId="77777777" w:rsidR="002355BD" w:rsidRPr="001179E8" w:rsidRDefault="00000000">
      <w:pPr>
        <w:rPr>
          <w:lang w:val="pt-BR"/>
        </w:rPr>
      </w:pPr>
      <w:r w:rsidRPr="001179E8">
        <w:rPr>
          <w:lang w:val="pt-BR"/>
        </w:rPr>
        <w:t>"A energia... está sendo drenada," Sang-Suga ofegou, sentindo a pulsação fraca do artefato. "Está sendo usada para alimentar outra coisa... algo acima!"</w:t>
      </w:r>
    </w:p>
    <w:p w14:paraId="3D6ADD37" w14:textId="77777777" w:rsidR="002355BD" w:rsidRPr="001179E8" w:rsidRDefault="00000000">
      <w:pPr>
        <w:rPr>
          <w:lang w:val="pt-BR"/>
        </w:rPr>
      </w:pPr>
      <w:r w:rsidRPr="001179E8">
        <w:rPr>
          <w:lang w:val="pt-BR"/>
        </w:rPr>
        <w:br/>
      </w:r>
    </w:p>
    <w:p w14:paraId="47B56025" w14:textId="77777777" w:rsidR="002355BD" w:rsidRPr="001179E8" w:rsidRDefault="00000000">
      <w:pPr>
        <w:rPr>
          <w:lang w:val="pt-BR"/>
        </w:rPr>
      </w:pPr>
      <w:r w:rsidRPr="001179E8">
        <w:rPr>
          <w:lang w:val="pt-BR"/>
        </w:rPr>
        <w:t>Linhas de energia quase invisíveis subiam do Coração de Inverno, atravessando o teto da caverna e desaparecendo na rocha acima. Seguindo as linhas com o olhar, perceberam que a cripta não era apenas uma tumba esquecida; era a fundação, a fonte de energia para algo construído sobre ela.</w:t>
      </w:r>
    </w:p>
    <w:p w14:paraId="14364B21" w14:textId="77777777" w:rsidR="002355BD" w:rsidRPr="001179E8" w:rsidRDefault="00000000">
      <w:pPr>
        <w:rPr>
          <w:lang w:val="pt-BR"/>
        </w:rPr>
      </w:pPr>
      <w:r w:rsidRPr="001179E8">
        <w:rPr>
          <w:lang w:val="pt-BR"/>
        </w:rPr>
        <w:br/>
      </w:r>
    </w:p>
    <w:p w14:paraId="01ECE2BF" w14:textId="77777777" w:rsidR="002355BD" w:rsidRPr="001179E8" w:rsidRDefault="00000000">
      <w:pPr>
        <w:rPr>
          <w:lang w:val="pt-BR"/>
        </w:rPr>
      </w:pPr>
      <w:r w:rsidRPr="001179E8">
        <w:rPr>
          <w:lang w:val="pt-BR"/>
        </w:rPr>
        <w:t>"A Torre," Luke percebeu. "A Cripta não guarda o Coração... ela o usa como bateria para a Torre! Ou pelo menos, para o que quer que esteja acontecendo lá em cima agora."</w:t>
      </w:r>
    </w:p>
    <w:p w14:paraId="77C35DE0" w14:textId="77777777" w:rsidR="002355BD" w:rsidRPr="001179E8" w:rsidRDefault="00000000">
      <w:pPr>
        <w:rPr>
          <w:lang w:val="pt-BR"/>
        </w:rPr>
      </w:pPr>
      <w:r w:rsidRPr="001179E8">
        <w:rPr>
          <w:lang w:val="pt-BR"/>
        </w:rPr>
        <w:br/>
      </w:r>
    </w:p>
    <w:p w14:paraId="1CF545D4" w14:textId="77777777" w:rsidR="002355BD" w:rsidRPr="001179E8" w:rsidRDefault="00000000">
      <w:pPr>
        <w:rPr>
          <w:lang w:val="pt-BR"/>
        </w:rPr>
      </w:pPr>
      <w:r w:rsidRPr="001179E8">
        <w:rPr>
          <w:lang w:val="pt-BR"/>
        </w:rPr>
        <w:t>"Precisamos subir," Morgana declarou. "Interromper o fluxo de energia aqui pode ser inútil se o ritual já estiver em andamento lá em cima."</w:t>
      </w:r>
    </w:p>
    <w:p w14:paraId="08848C58" w14:textId="77777777" w:rsidR="002355BD" w:rsidRPr="001179E8" w:rsidRDefault="00000000">
      <w:pPr>
        <w:rPr>
          <w:lang w:val="pt-BR"/>
        </w:rPr>
      </w:pPr>
      <w:r w:rsidRPr="001179E8">
        <w:rPr>
          <w:lang w:val="pt-BR"/>
        </w:rPr>
        <w:br/>
      </w:r>
    </w:p>
    <w:p w14:paraId="6008B387" w14:textId="77777777" w:rsidR="002355BD" w:rsidRPr="001179E8" w:rsidRDefault="00000000">
      <w:pPr>
        <w:rPr>
          <w:lang w:val="pt-BR"/>
        </w:rPr>
      </w:pPr>
      <w:r w:rsidRPr="001179E8">
        <w:rPr>
          <w:lang w:val="pt-BR"/>
        </w:rPr>
        <w:t>Encontraram um poço vertical escondido atrás do pedestal do Coração, um antigo elevador ou conduto de energia que subia pela montanha. Runas de transporte brilhavam fracamente nas paredes.</w:t>
      </w:r>
    </w:p>
    <w:p w14:paraId="48DC3EA6" w14:textId="77777777" w:rsidR="002355BD" w:rsidRPr="001179E8" w:rsidRDefault="00000000">
      <w:pPr>
        <w:rPr>
          <w:lang w:val="pt-BR"/>
        </w:rPr>
      </w:pPr>
      <w:r w:rsidRPr="001179E8">
        <w:rPr>
          <w:lang w:val="pt-BR"/>
        </w:rPr>
        <w:br/>
      </w:r>
    </w:p>
    <w:p w14:paraId="445C42C4" w14:textId="77777777" w:rsidR="002355BD" w:rsidRPr="001179E8" w:rsidRDefault="00000000">
      <w:pPr>
        <w:rPr>
          <w:lang w:val="pt-BR"/>
        </w:rPr>
      </w:pPr>
      <w:r w:rsidRPr="001179E8">
        <w:rPr>
          <w:lang w:val="pt-BR"/>
        </w:rPr>
        <w:t>"Isso nos levará para cima," disse Sang-Suga. "Diretamente para o coração da tempestade que eles estão criando."</w:t>
      </w:r>
    </w:p>
    <w:p w14:paraId="227A3897" w14:textId="77777777" w:rsidR="002355BD" w:rsidRPr="001179E8" w:rsidRDefault="00000000">
      <w:pPr>
        <w:rPr>
          <w:lang w:val="pt-BR"/>
        </w:rPr>
      </w:pPr>
      <w:r w:rsidRPr="001179E8">
        <w:rPr>
          <w:lang w:val="pt-BR"/>
        </w:rPr>
        <w:br/>
      </w:r>
    </w:p>
    <w:p w14:paraId="45D9B519" w14:textId="77777777" w:rsidR="002355BD" w:rsidRPr="001179E8" w:rsidRDefault="00000000">
      <w:pPr>
        <w:rPr>
          <w:lang w:val="pt-BR"/>
        </w:rPr>
      </w:pPr>
      <w:r w:rsidRPr="001179E8">
        <w:rPr>
          <w:lang w:val="pt-BR"/>
        </w:rPr>
        <w:t xml:space="preserve">Com um aceno de Morgana, as runas se ativaram. A equipe foi envolvida por uma luz azulada e puxada para cima, deixando a cripta gelada para trás e ascendendo em direção ao </w:t>
      </w:r>
      <w:r w:rsidRPr="001179E8">
        <w:rPr>
          <w:lang w:val="pt-BR"/>
        </w:rPr>
        <w:lastRenderedPageBreak/>
        <w:t>topo da Torre de Comunicações abandonada, onde Magenta, o Rei Corvo e o poder crescente de Rox os aguardavam.</w:t>
      </w:r>
    </w:p>
    <w:p w14:paraId="4C055B6B" w14:textId="77777777" w:rsidR="002355BD" w:rsidRPr="001179E8" w:rsidRDefault="00000000">
      <w:pPr>
        <w:rPr>
          <w:lang w:val="pt-BR"/>
        </w:rPr>
      </w:pPr>
      <w:r w:rsidRPr="001179E8">
        <w:rPr>
          <w:lang w:val="pt-BR"/>
        </w:rPr>
        <w:br/>
      </w:r>
      <w:r w:rsidRPr="001179E8">
        <w:rPr>
          <w:lang w:val="pt-BR"/>
        </w:rPr>
        <w:br/>
      </w:r>
      <w:r w:rsidRPr="001179E8">
        <w:rPr>
          <w:lang w:val="pt-BR"/>
        </w:rPr>
        <w:br/>
      </w:r>
    </w:p>
    <w:p w14:paraId="049101D3" w14:textId="77777777" w:rsidR="002355BD" w:rsidRPr="001179E8" w:rsidRDefault="00000000">
      <w:pPr>
        <w:rPr>
          <w:lang w:val="pt-BR"/>
        </w:rPr>
      </w:pPr>
      <w:r w:rsidRPr="001179E8">
        <w:rPr>
          <w:lang w:val="pt-BR"/>
        </w:rPr>
        <w:t>A luz azulada do transporte depositou-os no que outrora fora a sala principal de transmissão da torre. Agora, era um pesadelo tecnológico-arcano. Cabos grossos, pulsando com a energia magenta de Magenta e a energia fria drenada do Coração de Inverno, serpenteavam pelo chão e paredes, convergindo para o centro da sala. Ali, flutuando no ar, estava um portal instável, um rasgo na realidade que crepitava com poder elemental bruto – fogo, ar, terra, água, todos em um vórtice caótico.</w:t>
      </w:r>
    </w:p>
    <w:p w14:paraId="49FFA8FC" w14:textId="77777777" w:rsidR="002355BD" w:rsidRPr="001179E8" w:rsidRDefault="00000000">
      <w:pPr>
        <w:rPr>
          <w:lang w:val="pt-BR"/>
        </w:rPr>
      </w:pPr>
      <w:r w:rsidRPr="001179E8">
        <w:rPr>
          <w:lang w:val="pt-BR"/>
        </w:rPr>
        <w:br/>
      </w:r>
    </w:p>
    <w:p w14:paraId="7002A143" w14:textId="77777777" w:rsidR="002355BD" w:rsidRPr="001179E8" w:rsidRDefault="00000000">
      <w:pPr>
        <w:rPr>
          <w:lang w:val="pt-BR"/>
        </w:rPr>
      </w:pPr>
      <w:r w:rsidRPr="001179E8">
        <w:rPr>
          <w:lang w:val="pt-BR"/>
        </w:rPr>
        <w:t>Diante do portal, Magenta orquestrava o fluxo de energia com gestos graciosos e mortais, seus cabelos flutuando como tentáculos energéticos. O Rei Corvo, agora parecendo mais uma abominação de carne e metal corrompido pela magia de Magenta, montava guarda com uma postura bestial, seus olhos fixos na equipe recém-chegada. Espalhados pela sala, estavam outros capangas – mercenários aprimorados ciberneticamente e cultistas menores atraídos pelo poder de Magenta, seus rostos ocultos por máscaras ou capuzes.</w:t>
      </w:r>
    </w:p>
    <w:p w14:paraId="2FF17FC0" w14:textId="77777777" w:rsidR="002355BD" w:rsidRPr="001179E8" w:rsidRDefault="00000000">
      <w:pPr>
        <w:rPr>
          <w:lang w:val="pt-BR"/>
        </w:rPr>
      </w:pPr>
      <w:r w:rsidRPr="001179E8">
        <w:rPr>
          <w:lang w:val="pt-BR"/>
        </w:rPr>
        <w:br/>
      </w:r>
    </w:p>
    <w:p w14:paraId="5EBEBEB1" w14:textId="77777777" w:rsidR="002355BD" w:rsidRPr="001179E8" w:rsidRDefault="00000000">
      <w:pPr>
        <w:rPr>
          <w:lang w:val="pt-BR"/>
        </w:rPr>
      </w:pPr>
      <w:r w:rsidRPr="001179E8">
        <w:rPr>
          <w:lang w:val="pt-BR"/>
        </w:rPr>
        <w:t>"Bem-vindos ao ato final," Magenta cumprimentou, sem se virar, sua voz ecoando com poder. "Chegaram a tempo de testemunhar o renascimento de um deus... e a ascensão de uma nova era."</w:t>
      </w:r>
    </w:p>
    <w:p w14:paraId="56A67340" w14:textId="77777777" w:rsidR="002355BD" w:rsidRPr="001179E8" w:rsidRDefault="00000000">
      <w:pPr>
        <w:rPr>
          <w:lang w:val="pt-BR"/>
        </w:rPr>
      </w:pPr>
      <w:r w:rsidRPr="001179E8">
        <w:rPr>
          <w:lang w:val="pt-BR"/>
        </w:rPr>
        <w:br/>
      </w:r>
    </w:p>
    <w:p w14:paraId="4AA04E1E" w14:textId="77777777" w:rsidR="002355BD" w:rsidRPr="001179E8" w:rsidRDefault="00000000">
      <w:pPr>
        <w:rPr>
          <w:lang w:val="pt-BR"/>
        </w:rPr>
      </w:pPr>
      <w:r w:rsidRPr="001179E8">
        <w:rPr>
          <w:lang w:val="pt-BR"/>
        </w:rPr>
        <w:t>"Magenta!" Morgana gritou, avançando. "Seja qual for o acordo que você fez com Rox, ele não vai honrá-lo! Você está brincando com forças que não pode controlar!"</w:t>
      </w:r>
    </w:p>
    <w:p w14:paraId="02E1B602" w14:textId="77777777" w:rsidR="002355BD" w:rsidRPr="001179E8" w:rsidRDefault="00000000">
      <w:pPr>
        <w:rPr>
          <w:lang w:val="pt-BR"/>
        </w:rPr>
      </w:pPr>
      <w:r w:rsidRPr="001179E8">
        <w:rPr>
          <w:lang w:val="pt-BR"/>
        </w:rPr>
        <w:br/>
      </w:r>
    </w:p>
    <w:p w14:paraId="28102DCA" w14:textId="77777777" w:rsidR="002355BD" w:rsidRPr="001179E8" w:rsidRDefault="00000000">
      <w:pPr>
        <w:rPr>
          <w:lang w:val="pt-BR"/>
        </w:rPr>
      </w:pPr>
      <w:r w:rsidRPr="001179E8">
        <w:rPr>
          <w:lang w:val="pt-BR"/>
        </w:rPr>
        <w:t>Magenta finalmente se virou, um sorriso condescendente em seus lábios pálidos. "Controle? Querida Morgana, o controle é uma ilusão. Eu busco influência, poder bruto. E as almas elementares presas neste portal... elas são a chave. Rox é apenas o recipiente mais conveniente no momento." Ela estalou os dedos. "Cuidem deles. Não deixem que interrompam o ritual."</w:t>
      </w:r>
    </w:p>
    <w:p w14:paraId="0FB967AB" w14:textId="77777777" w:rsidR="002355BD" w:rsidRPr="001179E8" w:rsidRDefault="00000000">
      <w:pPr>
        <w:rPr>
          <w:lang w:val="pt-BR"/>
        </w:rPr>
      </w:pPr>
      <w:r w:rsidRPr="001179E8">
        <w:rPr>
          <w:lang w:val="pt-BR"/>
        </w:rPr>
        <w:lastRenderedPageBreak/>
        <w:br/>
      </w:r>
    </w:p>
    <w:p w14:paraId="56CAC7F6" w14:textId="77777777" w:rsidR="002355BD" w:rsidRPr="001179E8" w:rsidRDefault="00000000">
      <w:pPr>
        <w:rPr>
          <w:lang w:val="pt-BR"/>
        </w:rPr>
      </w:pPr>
      <w:r w:rsidRPr="001179E8">
        <w:rPr>
          <w:lang w:val="pt-BR"/>
        </w:rPr>
        <w:t>O Rei Corvo rugiu e avançou, um aríete de fúria e poder distorcido, mirando Chrome novamente, como se sentisse uma rivalidade primária. Os cultistas e mercenários atacaram em conjunto, disparando armas de energia modificadas e lançando feitiços menores, mas numerosos.</w:t>
      </w:r>
    </w:p>
    <w:p w14:paraId="3C661517" w14:textId="77777777" w:rsidR="002355BD" w:rsidRPr="001179E8" w:rsidRDefault="00000000">
      <w:pPr>
        <w:rPr>
          <w:lang w:val="pt-BR"/>
        </w:rPr>
      </w:pPr>
      <w:r w:rsidRPr="001179E8">
        <w:rPr>
          <w:lang w:val="pt-BR"/>
        </w:rPr>
        <w:br/>
      </w:r>
    </w:p>
    <w:p w14:paraId="3343DC56" w14:textId="77777777" w:rsidR="002355BD" w:rsidRPr="001179E8" w:rsidRDefault="00000000">
      <w:pPr>
        <w:rPr>
          <w:lang w:val="pt-BR"/>
        </w:rPr>
      </w:pPr>
      <w:r w:rsidRPr="001179E8">
        <w:rPr>
          <w:lang w:val="pt-BR"/>
        </w:rPr>
        <w:t>"Luke, contenha os lacaios!" Morgana ordenou, erguendo um escudo protetor enquanto ela e Sang-Suga focavam em Magenta. "Chrome, o Corvo é seu! Não o deixe chegar perto do portal!"</w:t>
      </w:r>
    </w:p>
    <w:p w14:paraId="4D68A5EF" w14:textId="77777777" w:rsidR="002355BD" w:rsidRPr="001179E8" w:rsidRDefault="00000000">
      <w:pPr>
        <w:rPr>
          <w:lang w:val="pt-BR"/>
        </w:rPr>
      </w:pPr>
      <w:r w:rsidRPr="001179E8">
        <w:rPr>
          <w:lang w:val="pt-BR"/>
        </w:rPr>
        <w:br/>
      </w:r>
    </w:p>
    <w:p w14:paraId="42B2A1BC" w14:textId="77777777" w:rsidR="002355BD" w:rsidRPr="001179E8" w:rsidRDefault="00000000">
      <w:pPr>
        <w:rPr>
          <w:lang w:val="pt-BR"/>
        </w:rPr>
      </w:pPr>
      <w:r w:rsidRPr="001179E8">
        <w:rPr>
          <w:lang w:val="pt-BR"/>
        </w:rPr>
        <w:t>Luke se multiplicou instantaneamente, seus clones engajando os mercenários e cultistas em uma dança caótica de teletransportes, golpes rápidos e distrações táticas. Ele precisava manter a maior parte da força inimiga ocupada enquanto os pesos-pesados se enfrentavam.</w:t>
      </w:r>
    </w:p>
    <w:p w14:paraId="59F36FF4" w14:textId="77777777" w:rsidR="002355BD" w:rsidRPr="001179E8" w:rsidRDefault="00000000">
      <w:pPr>
        <w:rPr>
          <w:lang w:val="pt-BR"/>
        </w:rPr>
      </w:pPr>
      <w:r w:rsidRPr="001179E8">
        <w:rPr>
          <w:lang w:val="pt-BR"/>
        </w:rPr>
        <w:br/>
      </w:r>
    </w:p>
    <w:p w14:paraId="6B1AC87E" w14:textId="77777777" w:rsidR="002355BD" w:rsidRPr="001179E8" w:rsidRDefault="00000000">
      <w:pPr>
        <w:rPr>
          <w:lang w:val="pt-BR"/>
        </w:rPr>
      </w:pPr>
      <w:r w:rsidRPr="001179E8">
        <w:rPr>
          <w:lang w:val="pt-BR"/>
        </w:rPr>
        <w:t>Chrome interceptou a carga do Rei Corvo com um impacto metálico que ressoou pela sala. "Você de novo?" ela rosnou, desviando de um golpe esmagador. "Não aprendeu da última vez?"</w:t>
      </w:r>
    </w:p>
    <w:p w14:paraId="7D8A7657" w14:textId="77777777" w:rsidR="002355BD" w:rsidRPr="001179E8" w:rsidRDefault="00000000">
      <w:pPr>
        <w:rPr>
          <w:lang w:val="pt-BR"/>
        </w:rPr>
      </w:pPr>
      <w:r w:rsidRPr="001179E8">
        <w:rPr>
          <w:lang w:val="pt-BR"/>
        </w:rPr>
        <w:br/>
      </w:r>
    </w:p>
    <w:p w14:paraId="43EAEF73" w14:textId="77777777" w:rsidR="002355BD" w:rsidRPr="001179E8" w:rsidRDefault="00000000">
      <w:pPr>
        <w:rPr>
          <w:lang w:val="pt-BR"/>
        </w:rPr>
      </w:pPr>
      <w:r w:rsidRPr="001179E8">
        <w:rPr>
          <w:lang w:val="pt-BR"/>
        </w:rPr>
        <w:t>"Mais forte agora!" o Rei Corvo grunhiu, sua voz um arranhar gutural. A magia de Magenta o havia tornado mais resistente, seus golpes mais selvagens. A luta entre eles recomeçou, uma batalha brutal de metal contra carne corrompida.</w:t>
      </w:r>
    </w:p>
    <w:p w14:paraId="26F0F4C2" w14:textId="77777777" w:rsidR="002355BD" w:rsidRPr="001179E8" w:rsidRDefault="00000000">
      <w:pPr>
        <w:rPr>
          <w:lang w:val="pt-BR"/>
        </w:rPr>
      </w:pPr>
      <w:r w:rsidRPr="001179E8">
        <w:rPr>
          <w:lang w:val="pt-BR"/>
        </w:rPr>
        <w:br/>
      </w:r>
    </w:p>
    <w:p w14:paraId="04EA7220" w14:textId="77777777" w:rsidR="002355BD" w:rsidRPr="001179E8" w:rsidRDefault="00000000">
      <w:pPr>
        <w:rPr>
          <w:lang w:val="pt-BR"/>
        </w:rPr>
      </w:pPr>
      <w:r w:rsidRPr="001179E8">
        <w:rPr>
          <w:lang w:val="pt-BR"/>
        </w:rPr>
        <w:t>Morgana e Sang-Suga enfrentaram Magenta. A feiticeira renegada era poderosa, sua energia magenta pura era corrosiva para a magia mais tradicional. Morgana lançava rajadas de energia esmeralda e tentava prender Magenta com selos arcanos, enquanto Sang-Suga tentava minar sua força vital e desfazer os construtos de energia que ela criava. Mas Magenta estava no auge de seu poder, alimentada pela energia do portal e do Coração de Inverno.</w:t>
      </w:r>
    </w:p>
    <w:p w14:paraId="3128D938" w14:textId="77777777" w:rsidR="002355BD" w:rsidRPr="001179E8" w:rsidRDefault="00000000">
      <w:pPr>
        <w:rPr>
          <w:lang w:val="pt-BR"/>
        </w:rPr>
      </w:pPr>
      <w:r w:rsidRPr="001179E8">
        <w:rPr>
          <w:lang w:val="pt-BR"/>
        </w:rPr>
        <w:lastRenderedPageBreak/>
        <w:br/>
      </w:r>
    </w:p>
    <w:p w14:paraId="0721F78A" w14:textId="77777777" w:rsidR="002355BD" w:rsidRPr="001179E8" w:rsidRDefault="00000000">
      <w:pPr>
        <w:rPr>
          <w:lang w:val="pt-BR"/>
        </w:rPr>
      </w:pPr>
      <w:r w:rsidRPr="001179E8">
        <w:rPr>
          <w:lang w:val="pt-BR"/>
        </w:rPr>
        <w:t>"Tolas!" Magenta riu, dissipando um selo de Morgana com uma onda de energia. "Vocês protegem a ordem antiga, o equilíbrio frágil. Eu abraço o caos! O poder elemental puro!" Ela ergueu as mãos em direção ao portal caótico.</w:t>
      </w:r>
    </w:p>
    <w:p w14:paraId="3D221378" w14:textId="77777777" w:rsidR="002355BD" w:rsidRPr="001179E8" w:rsidRDefault="00000000">
      <w:pPr>
        <w:rPr>
          <w:lang w:val="pt-BR"/>
        </w:rPr>
      </w:pPr>
      <w:r w:rsidRPr="001179E8">
        <w:rPr>
          <w:lang w:val="pt-BR"/>
        </w:rPr>
        <w:br/>
      </w:r>
      <w:r w:rsidRPr="001179E8">
        <w:rPr>
          <w:lang w:val="pt-BR"/>
        </w:rPr>
        <w:br/>
      </w:r>
      <w:r w:rsidRPr="001179E8">
        <w:rPr>
          <w:lang w:val="pt-BR"/>
        </w:rPr>
        <w:br/>
      </w:r>
    </w:p>
    <w:p w14:paraId="5F51AE1F" w14:textId="77777777" w:rsidR="002355BD" w:rsidRPr="001179E8" w:rsidRDefault="00000000">
      <w:pPr>
        <w:rPr>
          <w:lang w:val="pt-BR"/>
        </w:rPr>
      </w:pPr>
      <w:r w:rsidRPr="001179E8">
        <w:rPr>
          <w:lang w:val="pt-BR"/>
        </w:rPr>
        <w:t>"Não!" Sang-Suga gritou, sentindo a intenção de Magenta. Ela tentou lançar um feitiço de contenção, mas Magenta foi mais rápida.</w:t>
      </w:r>
    </w:p>
    <w:p w14:paraId="5B91B8B2" w14:textId="77777777" w:rsidR="002355BD" w:rsidRPr="001179E8" w:rsidRDefault="00000000">
      <w:pPr>
        <w:rPr>
          <w:lang w:val="pt-BR"/>
        </w:rPr>
      </w:pPr>
      <w:r w:rsidRPr="001179E8">
        <w:rPr>
          <w:lang w:val="pt-BR"/>
        </w:rPr>
        <w:br/>
      </w:r>
    </w:p>
    <w:p w14:paraId="006771EA" w14:textId="77777777" w:rsidR="002355BD" w:rsidRPr="001179E8" w:rsidRDefault="00000000">
      <w:pPr>
        <w:rPr>
          <w:lang w:val="pt-BR"/>
        </w:rPr>
      </w:pPr>
      <w:r w:rsidRPr="001179E8">
        <w:rPr>
          <w:lang w:val="pt-BR"/>
        </w:rPr>
        <w:t>Com um grito que misturava êxtase e esforço, Magenta mergulhou as mãos energéticas no portal rodopiante. A energia caótica chicoteou ao redor dela, mas ela a dominou, seus dedos magenta agarrando duas formas de pura essência elemental que lutavam para escapar: uma esfera de fogo branco e pulsante, crepitando com calor primordial, e um vórtice de vento translúcido, zunindo com a fúria de mil tempestades.</w:t>
      </w:r>
    </w:p>
    <w:p w14:paraId="1B89CB0B" w14:textId="77777777" w:rsidR="002355BD" w:rsidRPr="001179E8" w:rsidRDefault="00000000">
      <w:pPr>
        <w:rPr>
          <w:lang w:val="pt-BR"/>
        </w:rPr>
      </w:pPr>
      <w:r w:rsidRPr="001179E8">
        <w:rPr>
          <w:lang w:val="pt-BR"/>
        </w:rPr>
        <w:br/>
      </w:r>
    </w:p>
    <w:p w14:paraId="103F1ED8" w14:textId="77777777" w:rsidR="002355BD" w:rsidRPr="001179E8" w:rsidRDefault="00000000">
      <w:pPr>
        <w:rPr>
          <w:lang w:val="pt-BR"/>
        </w:rPr>
      </w:pPr>
      <w:r w:rsidRPr="001179E8">
        <w:rPr>
          <w:lang w:val="pt-BR"/>
        </w:rPr>
        <w:t>Ela puxou as duas essências para fora do portal com um esforço tremendo. O portal vacilou violentamente, ameaçando entrar em colapso. No instante em que as almas elementares foram extraídas, uma presença sombria se manifestou ao lado de Magenta. O Espectro Rox surgiu, não do portal, mas das sombras da própria sala, sua forma etérea mais definida, seus olhos de brasa fixos nas essências capturadas.</w:t>
      </w:r>
    </w:p>
    <w:p w14:paraId="608F0F05" w14:textId="77777777" w:rsidR="002355BD" w:rsidRPr="001179E8" w:rsidRDefault="00000000">
      <w:pPr>
        <w:rPr>
          <w:lang w:val="pt-BR"/>
        </w:rPr>
      </w:pPr>
      <w:r w:rsidRPr="001179E8">
        <w:rPr>
          <w:lang w:val="pt-BR"/>
        </w:rPr>
        <w:br/>
      </w:r>
    </w:p>
    <w:p w14:paraId="6B4028C0" w14:textId="77777777" w:rsidR="002355BD" w:rsidRPr="001179E8" w:rsidRDefault="00000000">
      <w:pPr>
        <w:rPr>
          <w:lang w:val="pt-BR"/>
        </w:rPr>
      </w:pPr>
      <w:r w:rsidRPr="001179E8">
        <w:rPr>
          <w:lang w:val="pt-BR"/>
        </w:rPr>
        <w:t>"O Fogo... para mim..." a voz de Rox ecoou, um coro de almas perdidas e poder dracônico.</w:t>
      </w:r>
    </w:p>
    <w:p w14:paraId="17684A35" w14:textId="77777777" w:rsidR="002355BD" w:rsidRPr="001179E8" w:rsidRDefault="00000000">
      <w:pPr>
        <w:rPr>
          <w:lang w:val="pt-BR"/>
        </w:rPr>
      </w:pPr>
      <w:r w:rsidRPr="001179E8">
        <w:rPr>
          <w:lang w:val="pt-BR"/>
        </w:rPr>
        <w:br/>
      </w:r>
    </w:p>
    <w:p w14:paraId="16F3A1DB" w14:textId="77777777" w:rsidR="002355BD" w:rsidRPr="001179E8" w:rsidRDefault="00000000">
      <w:pPr>
        <w:rPr>
          <w:lang w:val="pt-BR"/>
        </w:rPr>
      </w:pPr>
      <w:r w:rsidRPr="001179E8">
        <w:rPr>
          <w:lang w:val="pt-BR"/>
        </w:rPr>
        <w:t>Magenta, ofegante, mas triunfante, lançou a esfera de fogo branco na direção de Rox. O Espectro abriu sua forma sombria, e a alma elemental do Fogo foi absorvida em sua essência espectral. Uma onda de calor avassaladora varreu a sala, e a forma de Rox tremeluziu, tornando-se mais densa, as escamas espectrais brilhando com um brilho interno avermelhado. Ele pareceu crescer em estatura, e o frio ancestral que emanava dele agora estava misturado com um calor infernal.</w:t>
      </w:r>
    </w:p>
    <w:p w14:paraId="1B9516CB" w14:textId="77777777" w:rsidR="002355BD" w:rsidRPr="001179E8" w:rsidRDefault="00000000">
      <w:pPr>
        <w:rPr>
          <w:lang w:val="pt-BR"/>
        </w:rPr>
      </w:pPr>
      <w:r w:rsidRPr="001179E8">
        <w:rPr>
          <w:lang w:val="pt-BR"/>
        </w:rPr>
        <w:lastRenderedPageBreak/>
        <w:br/>
      </w:r>
    </w:p>
    <w:p w14:paraId="4198211E" w14:textId="77777777" w:rsidR="002355BD" w:rsidRPr="001179E8" w:rsidRDefault="00000000">
      <w:pPr>
        <w:rPr>
          <w:lang w:val="pt-BR"/>
        </w:rPr>
      </w:pPr>
      <w:r w:rsidRPr="001179E8">
        <w:rPr>
          <w:lang w:val="pt-BR"/>
        </w:rPr>
        <w:t>"Sim!" Rox sibilou, o poder recém-adquirido vibrando em sua voz. "O começo da minha verdadeira forma!"</w:t>
      </w:r>
    </w:p>
    <w:p w14:paraId="043B5EA8" w14:textId="77777777" w:rsidR="002355BD" w:rsidRPr="001179E8" w:rsidRDefault="00000000">
      <w:pPr>
        <w:rPr>
          <w:lang w:val="pt-BR"/>
        </w:rPr>
      </w:pPr>
      <w:r w:rsidRPr="001179E8">
        <w:rPr>
          <w:lang w:val="pt-BR"/>
        </w:rPr>
        <w:br/>
      </w:r>
    </w:p>
    <w:p w14:paraId="74AB15F0" w14:textId="77777777" w:rsidR="002355BD" w:rsidRPr="001179E8" w:rsidRDefault="00000000">
      <w:pPr>
        <w:rPr>
          <w:lang w:val="pt-BR"/>
        </w:rPr>
      </w:pPr>
      <w:r w:rsidRPr="001179E8">
        <w:rPr>
          <w:lang w:val="pt-BR"/>
        </w:rPr>
        <w:t>Enquanto Rox se deleitava com seu novo poder, Magenta rapidamente envolveu o vórtice de ar em uma matriz de energia magenta, prendendo a alma elemental do Ar em um orbe cintilante que ela absorveu em sua própria palma. Seus olhos brilharam com poder intensificado.</w:t>
      </w:r>
    </w:p>
    <w:p w14:paraId="6275A041" w14:textId="77777777" w:rsidR="002355BD" w:rsidRPr="001179E8" w:rsidRDefault="00000000">
      <w:pPr>
        <w:rPr>
          <w:lang w:val="pt-BR"/>
        </w:rPr>
      </w:pPr>
      <w:r w:rsidRPr="001179E8">
        <w:rPr>
          <w:lang w:val="pt-BR"/>
        </w:rPr>
        <w:br/>
      </w:r>
    </w:p>
    <w:p w14:paraId="5591D86B" w14:textId="77777777" w:rsidR="002355BD" w:rsidRPr="001179E8" w:rsidRDefault="00000000">
      <w:pPr>
        <w:rPr>
          <w:lang w:val="pt-BR"/>
        </w:rPr>
      </w:pPr>
      <w:r w:rsidRPr="001179E8">
        <w:rPr>
          <w:lang w:val="pt-BR"/>
        </w:rPr>
        <w:t>"O Ar... um presente para mim mesma," ela murmurou, um sorriso satisfeito em seus lábios.</w:t>
      </w:r>
    </w:p>
    <w:p w14:paraId="572875E8" w14:textId="77777777" w:rsidR="002355BD" w:rsidRPr="001179E8" w:rsidRDefault="00000000">
      <w:pPr>
        <w:rPr>
          <w:lang w:val="pt-BR"/>
        </w:rPr>
      </w:pPr>
      <w:r w:rsidRPr="001179E8">
        <w:rPr>
          <w:lang w:val="pt-BR"/>
        </w:rPr>
        <w:br/>
      </w:r>
    </w:p>
    <w:p w14:paraId="46403AD8" w14:textId="77777777" w:rsidR="002355BD" w:rsidRPr="001179E8" w:rsidRDefault="00000000">
      <w:pPr>
        <w:rPr>
          <w:lang w:val="pt-BR"/>
        </w:rPr>
      </w:pPr>
      <w:r w:rsidRPr="001179E8">
        <w:rPr>
          <w:lang w:val="pt-BR"/>
        </w:rPr>
        <w:t>Os heróis assistiram horrorizados, suas batalhas momentaneamente esquecidas diante da magnitude do que acabara de acontecer. Morgana lançou um raio de energia desesperado em direção a Magenta, mas a feiticeira renegada, agora fortalecida pela alma do Ar, desviou-o com um escudo de vento e energia magenta.</w:t>
      </w:r>
    </w:p>
    <w:p w14:paraId="291E4A16" w14:textId="77777777" w:rsidR="002355BD" w:rsidRPr="001179E8" w:rsidRDefault="00000000">
      <w:pPr>
        <w:rPr>
          <w:lang w:val="pt-BR"/>
        </w:rPr>
      </w:pPr>
      <w:r w:rsidRPr="001179E8">
        <w:rPr>
          <w:lang w:val="pt-BR"/>
        </w:rPr>
        <w:br/>
      </w:r>
    </w:p>
    <w:p w14:paraId="0A0CEAC3" w14:textId="77777777" w:rsidR="002355BD" w:rsidRPr="001179E8" w:rsidRDefault="00000000">
      <w:pPr>
        <w:rPr>
          <w:lang w:val="pt-BR"/>
        </w:rPr>
      </w:pPr>
      <w:r w:rsidRPr="001179E8">
        <w:rPr>
          <w:lang w:val="pt-BR"/>
        </w:rPr>
        <w:t>"Tarde demais, LeFay!" Magenta zombou. "O equilíbrio foi quebrado!"</w:t>
      </w:r>
    </w:p>
    <w:p w14:paraId="2C96FA3B" w14:textId="77777777" w:rsidR="002355BD" w:rsidRPr="001179E8" w:rsidRDefault="00000000">
      <w:pPr>
        <w:rPr>
          <w:lang w:val="pt-BR"/>
        </w:rPr>
      </w:pPr>
      <w:r w:rsidRPr="001179E8">
        <w:rPr>
          <w:lang w:val="pt-BR"/>
        </w:rPr>
        <w:br/>
      </w:r>
      <w:r w:rsidRPr="001179E8">
        <w:rPr>
          <w:lang w:val="pt-BR"/>
        </w:rPr>
        <w:br/>
      </w:r>
      <w:r w:rsidRPr="001179E8">
        <w:rPr>
          <w:lang w:val="pt-BR"/>
        </w:rPr>
        <w:br/>
      </w:r>
    </w:p>
    <w:p w14:paraId="370A7689" w14:textId="77777777" w:rsidR="002355BD" w:rsidRPr="001179E8" w:rsidRDefault="00000000">
      <w:pPr>
        <w:rPr>
          <w:lang w:val="pt-BR"/>
        </w:rPr>
      </w:pPr>
      <w:r w:rsidRPr="001179E8">
        <w:rPr>
          <w:lang w:val="pt-BR"/>
        </w:rPr>
        <w:t>O poder recém-adquirido de Rox era volátil, uma fusão instável de sombra dracônica e fogo primordial. Ele riu, um som que era ao mesmo tempo um rugido de triunfo e um lamento de agonia, enquanto chamas espectrais irrompiam de sua forma etérea, lambendo as paredes e o teto da sala. A própria estrutura da torre gemeu sob o ataque energético.</w:t>
      </w:r>
    </w:p>
    <w:p w14:paraId="27723C17" w14:textId="77777777" w:rsidR="002355BD" w:rsidRPr="001179E8" w:rsidRDefault="00000000">
      <w:pPr>
        <w:rPr>
          <w:lang w:val="pt-BR"/>
        </w:rPr>
      </w:pPr>
      <w:r w:rsidRPr="001179E8">
        <w:rPr>
          <w:lang w:val="pt-BR"/>
        </w:rPr>
        <w:br/>
      </w:r>
    </w:p>
    <w:p w14:paraId="6477FB6C" w14:textId="77777777" w:rsidR="002355BD" w:rsidRPr="001179E8" w:rsidRDefault="00000000">
      <w:pPr>
        <w:rPr>
          <w:lang w:val="pt-BR"/>
        </w:rPr>
      </w:pPr>
      <w:r w:rsidRPr="001179E8">
        <w:rPr>
          <w:lang w:val="pt-BR"/>
        </w:rPr>
        <w:t>"Este mundo... queimará!" Rox declarou, sua voz agora uma cacofonia de fogo e sombra. Ele não parecia mais interessado nos heróis ou mesmo em Magenta. Seu foco estava no poder bruto que agora corria através dele.</w:t>
      </w:r>
    </w:p>
    <w:p w14:paraId="69F5397F" w14:textId="77777777" w:rsidR="002355BD" w:rsidRPr="001179E8" w:rsidRDefault="00000000">
      <w:pPr>
        <w:rPr>
          <w:lang w:val="pt-BR"/>
        </w:rPr>
      </w:pPr>
      <w:r w:rsidRPr="001179E8">
        <w:rPr>
          <w:lang w:val="pt-BR"/>
        </w:rPr>
        <w:lastRenderedPageBreak/>
        <w:br/>
      </w:r>
    </w:p>
    <w:p w14:paraId="7FABA01D" w14:textId="77777777" w:rsidR="002355BD" w:rsidRPr="001179E8" w:rsidRDefault="00000000">
      <w:pPr>
        <w:rPr>
          <w:lang w:val="pt-BR"/>
        </w:rPr>
      </w:pPr>
      <w:r w:rsidRPr="001179E8">
        <w:rPr>
          <w:lang w:val="pt-BR"/>
        </w:rPr>
        <w:t>O portal, despojado de duas de suas âncoras elementares e abalado pela explosão de poder de Rox, começou a entrar em colapso. Fissuras de energia pura rasgaram o ar, e pedaços do teto começaram a desabar. A energia drenada do Coração de Inverno flutuou erraticamente, causando curtos-circuitos nos cabos que cobriam a sala.</w:t>
      </w:r>
    </w:p>
    <w:p w14:paraId="762A76B6" w14:textId="77777777" w:rsidR="002355BD" w:rsidRPr="001179E8" w:rsidRDefault="00000000">
      <w:pPr>
        <w:rPr>
          <w:lang w:val="pt-BR"/>
        </w:rPr>
      </w:pPr>
      <w:r w:rsidRPr="001179E8">
        <w:rPr>
          <w:lang w:val="pt-BR"/>
        </w:rPr>
        <w:br/>
      </w:r>
    </w:p>
    <w:p w14:paraId="56191FD3" w14:textId="77777777" w:rsidR="002355BD" w:rsidRPr="001179E8" w:rsidRDefault="00000000">
      <w:pPr>
        <w:rPr>
          <w:lang w:val="pt-BR"/>
        </w:rPr>
      </w:pPr>
      <w:r w:rsidRPr="001179E8">
        <w:rPr>
          <w:lang w:val="pt-BR"/>
        </w:rPr>
        <w:t>"Ele está perdendo o controle! Ou talvez nunca o teve!" Morgana gritou por sobre o barulho crescente. "Precisamos sair daqui! Agora!"</w:t>
      </w:r>
    </w:p>
    <w:p w14:paraId="1CE6B74C" w14:textId="77777777" w:rsidR="002355BD" w:rsidRPr="001179E8" w:rsidRDefault="00000000">
      <w:pPr>
        <w:rPr>
          <w:lang w:val="pt-BR"/>
        </w:rPr>
      </w:pPr>
      <w:r w:rsidRPr="001179E8">
        <w:rPr>
          <w:lang w:val="pt-BR"/>
        </w:rPr>
        <w:br/>
      </w:r>
    </w:p>
    <w:p w14:paraId="5A12A9B0" w14:textId="77777777" w:rsidR="002355BD" w:rsidRPr="001179E8" w:rsidRDefault="00000000">
      <w:pPr>
        <w:rPr>
          <w:lang w:val="pt-BR"/>
        </w:rPr>
      </w:pPr>
      <w:r w:rsidRPr="001179E8">
        <w:rPr>
          <w:lang w:val="pt-BR"/>
        </w:rPr>
        <w:t>Magenta, vendo a situação se deteriorar e Rox consumido por seu próprio poder, não perdeu tempo. Com um sorriso predatório, ela envolveu a si mesma e ao Rei Corvo em um escudo de vento e energia magenta. "Parece que nossa parceria termina aqui, Espectro. Aproveite suas chamas." Com um aceno desdenhoso para os heróis presos, ela disparou para baixo através de um buraco recém-aberto no chão, desaparecendo nos níveis inferiores da torre em colapso.</w:t>
      </w:r>
    </w:p>
    <w:p w14:paraId="19049EEE" w14:textId="77777777" w:rsidR="002355BD" w:rsidRPr="001179E8" w:rsidRDefault="00000000">
      <w:pPr>
        <w:rPr>
          <w:lang w:val="pt-BR"/>
        </w:rPr>
      </w:pPr>
      <w:r w:rsidRPr="001179E8">
        <w:rPr>
          <w:lang w:val="pt-BR"/>
        </w:rPr>
        <w:br/>
      </w:r>
    </w:p>
    <w:p w14:paraId="6151C9B4" w14:textId="77777777" w:rsidR="002355BD" w:rsidRPr="001179E8" w:rsidRDefault="00000000">
      <w:pPr>
        <w:rPr>
          <w:lang w:val="pt-BR"/>
        </w:rPr>
      </w:pPr>
      <w:r w:rsidRPr="001179E8">
        <w:rPr>
          <w:lang w:val="pt-BR"/>
        </w:rPr>
        <w:t>Rox, indiferente à partida de seus supostos aliados, ergueu as mãos espectrais e liberou outra onda de fogo sombrio, esta ainda mais poderosa, que atingiu o núcleo estrutural da torre. Metal rangeu, concreto explodiu, e toda a seção superior da torre começou a inclinar-se perigosamente.</w:t>
      </w:r>
    </w:p>
    <w:p w14:paraId="19B3F5E7" w14:textId="77777777" w:rsidR="002355BD" w:rsidRPr="001179E8" w:rsidRDefault="00000000">
      <w:pPr>
        <w:rPr>
          <w:lang w:val="pt-BR"/>
        </w:rPr>
      </w:pPr>
      <w:r w:rsidRPr="001179E8">
        <w:rPr>
          <w:lang w:val="pt-BR"/>
        </w:rPr>
        <w:br/>
      </w:r>
    </w:p>
    <w:p w14:paraId="27ED6DE5" w14:textId="77777777" w:rsidR="002355BD" w:rsidRPr="001179E8" w:rsidRDefault="00000000">
      <w:pPr>
        <w:rPr>
          <w:lang w:val="pt-BR"/>
        </w:rPr>
      </w:pPr>
      <w:r w:rsidRPr="001179E8">
        <w:rPr>
          <w:lang w:val="pt-BR"/>
        </w:rPr>
        <w:t>"Luke!" Chrome gritou, desviando de um pedaço de maquinário em queda enquanto tentava se manter firme no chão que tremia violentamente. Ela havia conseguido incapacitar temporariamente o Rei Corvo pouco antes de Magenta levá-lo, mas a batalha a deixara com novas avarias.</w:t>
      </w:r>
    </w:p>
    <w:p w14:paraId="5A9DAEE6" w14:textId="77777777" w:rsidR="002355BD" w:rsidRPr="001179E8" w:rsidRDefault="00000000">
      <w:pPr>
        <w:rPr>
          <w:lang w:val="pt-BR"/>
        </w:rPr>
      </w:pPr>
      <w:r w:rsidRPr="001179E8">
        <w:rPr>
          <w:lang w:val="pt-BR"/>
        </w:rPr>
        <w:br/>
      </w:r>
    </w:p>
    <w:p w14:paraId="6E4B9D0C" w14:textId="77777777" w:rsidR="002355BD" w:rsidRPr="001179E8" w:rsidRDefault="00000000">
      <w:pPr>
        <w:rPr>
          <w:lang w:val="pt-BR"/>
        </w:rPr>
      </w:pPr>
      <w:r w:rsidRPr="001179E8">
        <w:rPr>
          <w:lang w:val="pt-BR"/>
        </w:rPr>
        <w:t>"Estou tentando!" Luke respondeu, seus clones restantes trabalhando freneticamente para proteger Morgana e Sang-Suga de detritos e explosões de energia enquanto ele próprio tentava encontrar um ponto de ancoragem seguro para um teletransporte em massa. "A estrutura está instável demais, a energia residual está interferindo!"</w:t>
      </w:r>
    </w:p>
    <w:p w14:paraId="65D4B9FC" w14:textId="77777777" w:rsidR="002355BD" w:rsidRPr="001179E8" w:rsidRDefault="00000000">
      <w:pPr>
        <w:rPr>
          <w:lang w:val="pt-BR"/>
        </w:rPr>
      </w:pPr>
      <w:r w:rsidRPr="001179E8">
        <w:rPr>
          <w:lang w:val="pt-BR"/>
        </w:rPr>
        <w:lastRenderedPageBreak/>
        <w:br/>
      </w:r>
    </w:p>
    <w:p w14:paraId="2CEFF6A7" w14:textId="77777777" w:rsidR="002355BD" w:rsidRPr="001179E8" w:rsidRDefault="00000000">
      <w:pPr>
        <w:rPr>
          <w:lang w:val="pt-BR"/>
        </w:rPr>
      </w:pPr>
      <w:r w:rsidRPr="001179E8">
        <w:rPr>
          <w:lang w:val="pt-BR"/>
        </w:rPr>
        <w:t>Uma viga de metal maciça despencou do teto, indo direto para Sang-Suga. Morgana reagiu instantaneamente, erguendo um escudo esmeralda, mas o impacto foi brutal, jogando ambas as feiticeiras para trás. Sang-Suga bateu a cabeça com força, ficando momentaneamente atordoada.</w:t>
      </w:r>
    </w:p>
    <w:p w14:paraId="0CD6330C" w14:textId="77777777" w:rsidR="002355BD" w:rsidRPr="001179E8" w:rsidRDefault="00000000">
      <w:pPr>
        <w:rPr>
          <w:lang w:val="pt-BR"/>
        </w:rPr>
      </w:pPr>
      <w:r w:rsidRPr="001179E8">
        <w:rPr>
          <w:lang w:val="pt-BR"/>
        </w:rPr>
        <w:br/>
      </w:r>
    </w:p>
    <w:p w14:paraId="107106B0" w14:textId="77777777" w:rsidR="002355BD" w:rsidRPr="001179E8" w:rsidRDefault="00000000">
      <w:pPr>
        <w:rPr>
          <w:lang w:val="pt-BR"/>
        </w:rPr>
      </w:pPr>
      <w:r w:rsidRPr="001179E8">
        <w:rPr>
          <w:lang w:val="pt-BR"/>
        </w:rPr>
        <w:t>"Mãe!" Morgana correu para ajudá-la, ignorando a dor em seu próprio ombro deslocado pelo impacto.</w:t>
      </w:r>
    </w:p>
    <w:p w14:paraId="5B1A51AC" w14:textId="77777777" w:rsidR="002355BD" w:rsidRPr="001179E8" w:rsidRDefault="00000000">
      <w:pPr>
        <w:rPr>
          <w:lang w:val="pt-BR"/>
        </w:rPr>
      </w:pPr>
      <w:r w:rsidRPr="001179E8">
        <w:rPr>
          <w:lang w:val="pt-BR"/>
        </w:rPr>
        <w:br/>
      </w:r>
    </w:p>
    <w:p w14:paraId="1BBC151E" w14:textId="77777777" w:rsidR="002355BD" w:rsidRPr="001179E8" w:rsidRDefault="00000000">
      <w:pPr>
        <w:rPr>
          <w:lang w:val="pt-BR"/>
        </w:rPr>
      </w:pPr>
      <w:r w:rsidRPr="001179E8">
        <w:rPr>
          <w:lang w:val="pt-BR"/>
        </w:rPr>
        <w:t>"Preciso de uma plataforma estável!" Luke gritou, desviando de outra explosão de energia do portal em colapso.</w:t>
      </w:r>
    </w:p>
    <w:p w14:paraId="1982ED61" w14:textId="77777777" w:rsidR="002355BD" w:rsidRPr="001179E8" w:rsidRDefault="00000000">
      <w:pPr>
        <w:rPr>
          <w:lang w:val="pt-BR"/>
        </w:rPr>
      </w:pPr>
      <w:r w:rsidRPr="001179E8">
        <w:rPr>
          <w:lang w:val="pt-BR"/>
        </w:rPr>
        <w:br/>
      </w:r>
    </w:p>
    <w:p w14:paraId="4ED94EAC" w14:textId="77777777" w:rsidR="002355BD" w:rsidRPr="001179E8" w:rsidRDefault="00000000">
      <w:pPr>
        <w:rPr>
          <w:lang w:val="pt-BR"/>
        </w:rPr>
      </w:pPr>
      <w:r w:rsidRPr="001179E8">
        <w:rPr>
          <w:lang w:val="pt-BR"/>
        </w:rPr>
        <w:t>Chrome olhou ao redor, seus olhos cinzentos calculando rapidamente. Ela viu uma seção do piso que parecia momentaneamente menos afetada pelo caos. "Aqui!" Ela correu para o local, fincando os pés metálicos no chão e erguendo os braços. "Use-me como âncora! Rápido!"</w:t>
      </w:r>
    </w:p>
    <w:p w14:paraId="01ABEB50" w14:textId="77777777" w:rsidR="002355BD" w:rsidRPr="001179E8" w:rsidRDefault="00000000">
      <w:pPr>
        <w:rPr>
          <w:lang w:val="pt-BR"/>
        </w:rPr>
      </w:pPr>
      <w:r w:rsidRPr="001179E8">
        <w:rPr>
          <w:lang w:val="pt-BR"/>
        </w:rPr>
        <w:br/>
      </w:r>
    </w:p>
    <w:p w14:paraId="3B6F12D6" w14:textId="77777777" w:rsidR="002355BD" w:rsidRPr="001179E8" w:rsidRDefault="00000000">
      <w:pPr>
        <w:rPr>
          <w:lang w:val="pt-BR"/>
        </w:rPr>
      </w:pPr>
      <w:r w:rsidRPr="001179E8">
        <w:rPr>
          <w:lang w:val="pt-BR"/>
        </w:rPr>
        <w:t>Luke não hesitou. Ele teleportou Morgana e a Sang-Suga semi-consciente para perto de Chrome e então focou sua energia, usando a estabilidade relativa de Chrome como ponto focal. O ar ao redor deles começou a brilhar.</w:t>
      </w:r>
    </w:p>
    <w:p w14:paraId="2F326D1E" w14:textId="77777777" w:rsidR="002355BD" w:rsidRPr="001179E8" w:rsidRDefault="00000000">
      <w:pPr>
        <w:rPr>
          <w:lang w:val="pt-BR"/>
        </w:rPr>
      </w:pPr>
      <w:r w:rsidRPr="001179E8">
        <w:rPr>
          <w:lang w:val="pt-BR"/>
        </w:rPr>
        <w:br/>
      </w:r>
    </w:p>
    <w:p w14:paraId="3C90EC6B" w14:textId="77777777" w:rsidR="002355BD" w:rsidRPr="001179E8" w:rsidRDefault="00000000">
      <w:pPr>
        <w:rPr>
          <w:lang w:val="pt-BR"/>
        </w:rPr>
      </w:pPr>
      <w:r w:rsidRPr="001179E8">
        <w:rPr>
          <w:lang w:val="pt-BR"/>
        </w:rPr>
        <w:t>"Adeus, Primordiais," Rox ecoou, sua forma de fogo e sombra começando a se dissipar, não em derrota, mas como se estivesse se retirando para outro plano para se ajustar ao seu novo poder. "O inferno espera por vocês."</w:t>
      </w:r>
    </w:p>
    <w:p w14:paraId="1ECA9A84" w14:textId="77777777" w:rsidR="002355BD" w:rsidRPr="001179E8" w:rsidRDefault="00000000">
      <w:pPr>
        <w:rPr>
          <w:lang w:val="pt-BR"/>
        </w:rPr>
      </w:pPr>
      <w:r w:rsidRPr="001179E8">
        <w:rPr>
          <w:lang w:val="pt-BR"/>
        </w:rPr>
        <w:br/>
      </w:r>
    </w:p>
    <w:p w14:paraId="5D968508" w14:textId="77777777" w:rsidR="002355BD" w:rsidRPr="001179E8" w:rsidRDefault="00000000">
      <w:pPr>
        <w:rPr>
          <w:lang w:val="pt-BR"/>
        </w:rPr>
      </w:pPr>
      <w:r w:rsidRPr="001179E8">
        <w:rPr>
          <w:lang w:val="pt-BR"/>
        </w:rPr>
        <w:t xml:space="preserve">Com um último rugido ensurdecedor, a seção superior da torre cedeu completamente. No instante antes do colapso total, Luke conseguiu ativar o teletransporte, envolvendo a si </w:t>
      </w:r>
      <w:r w:rsidRPr="001179E8">
        <w:rPr>
          <w:lang w:val="pt-BR"/>
        </w:rPr>
        <w:lastRenderedPageBreak/>
        <w:t>mesmo, Chrome, Morgana e Sang-Suga em uma luz azulada e desaparecendo segundos antes que toneladas de metal e concreto esmagassem o local onde estavam.</w:t>
      </w:r>
    </w:p>
    <w:p w14:paraId="727A5DE4" w14:textId="77777777" w:rsidR="002355BD" w:rsidRPr="001179E8" w:rsidRDefault="00000000">
      <w:pPr>
        <w:rPr>
          <w:lang w:val="pt-BR"/>
        </w:rPr>
      </w:pPr>
      <w:r w:rsidRPr="001179E8">
        <w:rPr>
          <w:lang w:val="pt-BR"/>
        </w:rPr>
        <w:br/>
      </w:r>
    </w:p>
    <w:p w14:paraId="5B70F9CC" w14:textId="77777777" w:rsidR="002355BD" w:rsidRPr="001179E8" w:rsidRDefault="00000000">
      <w:pPr>
        <w:rPr>
          <w:lang w:val="pt-BR"/>
        </w:rPr>
      </w:pPr>
      <w:r w:rsidRPr="001179E8">
        <w:rPr>
          <w:lang w:val="pt-BR"/>
        </w:rPr>
        <w:t>Eles reapareceram do lado de fora, na plataforma de gelo onde o jato estava estacionado, caindo de forma desajeitada enquanto o teletransporte se dissipava. O som do colapso da torre ecoou pelas montanhas geladas, uma avalanche de destroços caindo pela encosta. Eles haviam sobrevivido. Mas mal.</w:t>
      </w:r>
    </w:p>
    <w:p w14:paraId="182BFE9F" w14:textId="77777777" w:rsidR="002355BD" w:rsidRPr="001179E8" w:rsidRDefault="00000000">
      <w:pPr>
        <w:rPr>
          <w:lang w:val="pt-BR"/>
        </w:rPr>
      </w:pPr>
      <w:r w:rsidRPr="001179E8">
        <w:rPr>
          <w:lang w:val="pt-BR"/>
        </w:rPr>
        <w:br/>
      </w:r>
      <w:r w:rsidRPr="001179E8">
        <w:rPr>
          <w:lang w:val="pt-BR"/>
        </w:rPr>
        <w:br/>
      </w:r>
      <w:r w:rsidRPr="001179E8">
        <w:rPr>
          <w:lang w:val="pt-BR"/>
        </w:rPr>
        <w:br/>
      </w:r>
    </w:p>
    <w:p w14:paraId="6AD3E8BC" w14:textId="77777777" w:rsidR="002355BD" w:rsidRPr="001179E8" w:rsidRDefault="00000000">
      <w:pPr>
        <w:rPr>
          <w:lang w:val="pt-BR"/>
        </w:rPr>
      </w:pPr>
      <w:r w:rsidRPr="001179E8">
        <w:rPr>
          <w:lang w:val="pt-BR"/>
        </w:rPr>
        <w:t>De volta à base da G.R.A.I.A., a tensão era palpável. Rick andava de um lado para o outro na sala de controle principal, ignorando os olhares de Blue e Linda, que estavam sentados em silêncio, a preocupação gravada em seus rostos. As comunicações com a equipe de assalto haviam sido cortadas abruptamente após a confirmação de que haviam chegado ao topo da torre. O silêncio que se seguiu era mais assustador do que qualquer relatório de batalha.</w:t>
      </w:r>
    </w:p>
    <w:p w14:paraId="5E945F5E" w14:textId="77777777" w:rsidR="002355BD" w:rsidRPr="001179E8" w:rsidRDefault="00000000">
      <w:pPr>
        <w:rPr>
          <w:lang w:val="pt-BR"/>
        </w:rPr>
      </w:pPr>
      <w:r w:rsidRPr="001179E8">
        <w:rPr>
          <w:lang w:val="pt-BR"/>
        </w:rPr>
        <w:br/>
      </w:r>
    </w:p>
    <w:p w14:paraId="7D1B88B7" w14:textId="77777777" w:rsidR="002355BD" w:rsidRPr="001179E8" w:rsidRDefault="00000000">
      <w:pPr>
        <w:rPr>
          <w:lang w:val="pt-BR"/>
        </w:rPr>
      </w:pPr>
      <w:r w:rsidRPr="001179E8">
        <w:rPr>
          <w:lang w:val="pt-BR"/>
        </w:rPr>
        <w:t>O General Vance observava os monitores táticos, seu rosto uma máscara impassível, mas a rigidez em seus ombros traía sua ansiedade. Densa estava presente também, parada perto de seu filho, uma presença silenciosa que Rick se recusava a reconhecer após a discussão anterior.</w:t>
      </w:r>
    </w:p>
    <w:p w14:paraId="2458C014" w14:textId="77777777" w:rsidR="002355BD" w:rsidRPr="001179E8" w:rsidRDefault="00000000">
      <w:pPr>
        <w:rPr>
          <w:lang w:val="pt-BR"/>
        </w:rPr>
      </w:pPr>
      <w:r w:rsidRPr="001179E8">
        <w:rPr>
          <w:lang w:val="pt-BR"/>
        </w:rPr>
        <w:br/>
      </w:r>
    </w:p>
    <w:p w14:paraId="7BCD92CF" w14:textId="77777777" w:rsidR="002355BD" w:rsidRPr="001179E8" w:rsidRDefault="00000000">
      <w:pPr>
        <w:rPr>
          <w:lang w:val="pt-BR"/>
        </w:rPr>
      </w:pPr>
      <w:r w:rsidRPr="001179E8">
        <w:rPr>
          <w:lang w:val="pt-BR"/>
        </w:rPr>
        <w:t>De repente, um alerta soou – um pico de energia de teletransporte não programado na área de recebimento médico. Todos os olhares se voltaram para o monitor que exibia a área.</w:t>
      </w:r>
    </w:p>
    <w:p w14:paraId="1885FD59" w14:textId="77777777" w:rsidR="002355BD" w:rsidRPr="001179E8" w:rsidRDefault="00000000">
      <w:pPr>
        <w:rPr>
          <w:lang w:val="pt-BR"/>
        </w:rPr>
      </w:pPr>
      <w:r w:rsidRPr="001179E8">
        <w:rPr>
          <w:lang w:val="pt-BR"/>
        </w:rPr>
        <w:br/>
      </w:r>
    </w:p>
    <w:p w14:paraId="6754F368" w14:textId="77777777" w:rsidR="002355BD" w:rsidRPr="001179E8" w:rsidRDefault="00000000">
      <w:pPr>
        <w:rPr>
          <w:lang w:val="pt-BR"/>
        </w:rPr>
      </w:pPr>
      <w:r w:rsidRPr="001179E8">
        <w:rPr>
          <w:lang w:val="pt-BR"/>
        </w:rPr>
        <w:t>Com um flash de luz azulada, Luke, Chrome, Morgana e Sang-Suga materializaram-se, não em uma formação controlada, mas caindo no chão em uma pilha desajeitada. A imagem era devastadora.</w:t>
      </w:r>
    </w:p>
    <w:p w14:paraId="410ABFD6" w14:textId="77777777" w:rsidR="002355BD" w:rsidRPr="001179E8" w:rsidRDefault="00000000">
      <w:pPr>
        <w:rPr>
          <w:lang w:val="pt-BR"/>
        </w:rPr>
      </w:pPr>
      <w:r w:rsidRPr="001179E8">
        <w:rPr>
          <w:lang w:val="pt-BR"/>
        </w:rPr>
        <w:br/>
      </w:r>
    </w:p>
    <w:p w14:paraId="546E5387" w14:textId="77777777" w:rsidR="002355BD" w:rsidRPr="001179E8" w:rsidRDefault="00000000">
      <w:pPr>
        <w:rPr>
          <w:lang w:val="pt-BR"/>
        </w:rPr>
      </w:pPr>
      <w:r w:rsidRPr="001179E8">
        <w:rPr>
          <w:lang w:val="pt-BR"/>
        </w:rPr>
        <w:lastRenderedPageBreak/>
        <w:t>Morgana estava pálida, segurando o ombro deslocado, tentando ajudar uma Sang-Suga que parecia completamente desorientada, um filete de sangue escorrendo de um ferimento na têmpora. Luke estava de joelhos, ofegante, a energia do teletransporte forçado claramente cobrando seu preço. Mas foi a visão de Chrome que fez o coração de Rick parar por um instante.</w:t>
      </w:r>
    </w:p>
    <w:p w14:paraId="27873344" w14:textId="77777777" w:rsidR="002355BD" w:rsidRPr="001179E8" w:rsidRDefault="00000000">
      <w:pPr>
        <w:rPr>
          <w:lang w:val="pt-BR"/>
        </w:rPr>
      </w:pPr>
      <w:r w:rsidRPr="001179E8">
        <w:rPr>
          <w:lang w:val="pt-BR"/>
        </w:rPr>
        <w:br/>
      </w:r>
    </w:p>
    <w:p w14:paraId="08C68DA6" w14:textId="77777777" w:rsidR="002355BD" w:rsidRPr="001179E8" w:rsidRDefault="00000000">
      <w:pPr>
        <w:rPr>
          <w:lang w:val="pt-BR"/>
        </w:rPr>
      </w:pPr>
      <w:r w:rsidRPr="001179E8">
        <w:rPr>
          <w:lang w:val="pt-BR"/>
        </w:rPr>
        <w:t>Seu corpo metálico estava arranhado, amassado em alguns pontos, e as marcas escuras da energia de Rox pareciam mais profundas. Ela se levantou com dificuldade, seu equilíbrio instável, e por um momento, seus olhos cinzentos encontraram os de Rick através do monitor. Havia exaustão ali, dor, e algo mais... uma fragilidade que ele nunca associara a ela.</w:t>
      </w:r>
    </w:p>
    <w:p w14:paraId="4434D9E5" w14:textId="77777777" w:rsidR="002355BD" w:rsidRPr="001179E8" w:rsidRDefault="00000000">
      <w:pPr>
        <w:rPr>
          <w:lang w:val="pt-BR"/>
        </w:rPr>
      </w:pPr>
      <w:r w:rsidRPr="001179E8">
        <w:rPr>
          <w:lang w:val="pt-BR"/>
        </w:rPr>
        <w:br/>
      </w:r>
    </w:p>
    <w:p w14:paraId="3A97EFB2" w14:textId="77777777" w:rsidR="002355BD" w:rsidRPr="001179E8" w:rsidRDefault="00000000">
      <w:pPr>
        <w:rPr>
          <w:lang w:val="pt-BR"/>
        </w:rPr>
      </w:pPr>
      <w:r w:rsidRPr="001179E8">
        <w:rPr>
          <w:lang w:val="pt-BR"/>
        </w:rPr>
        <w:t xml:space="preserve">Rick parou de andar. A fachada de indiferença e sarcasmo desmoronou completamente. Seus punhos se cerraram ao lado do corpo, e um rosnado baixo escapou de seus lábios. Ele deu um passo instintivo em direção à porta, como se pudesse atravessar as paredes para chegar até eles, até </w:t>
      </w:r>
      <w:r w:rsidRPr="001179E8">
        <w:rPr>
          <w:i/>
          <w:lang w:val="pt-BR"/>
        </w:rPr>
        <w:t>*ela*</w:t>
      </w:r>
      <w:r w:rsidRPr="001179E8">
        <w:rPr>
          <w:lang w:val="pt-BR"/>
        </w:rPr>
        <w:t>. Densa colocou uma mão em seu braço para contê-lo, e pela primeira vez, ele não a afastou, apenas ficou ali, rígido, os olhos fixos na imagem de Nicole lutando para se manter de pé enquanto as equipes médicas corriam para a área de recebimento.</w:t>
      </w:r>
    </w:p>
    <w:p w14:paraId="71D360C5" w14:textId="77777777" w:rsidR="002355BD" w:rsidRPr="001179E8" w:rsidRDefault="00000000">
      <w:pPr>
        <w:rPr>
          <w:lang w:val="pt-BR"/>
        </w:rPr>
      </w:pPr>
      <w:r w:rsidRPr="001179E8">
        <w:rPr>
          <w:lang w:val="pt-BR"/>
        </w:rPr>
        <w:br/>
      </w:r>
    </w:p>
    <w:p w14:paraId="55344EFD" w14:textId="77777777" w:rsidR="002355BD" w:rsidRPr="001179E8" w:rsidRDefault="00000000">
      <w:pPr>
        <w:rPr>
          <w:lang w:val="pt-BR"/>
        </w:rPr>
      </w:pPr>
      <w:r w:rsidRPr="001179E8">
        <w:rPr>
          <w:lang w:val="pt-BR"/>
        </w:rPr>
        <w:t>"Relatório!" A voz de Vance cortou a tensão, já no comunicador com as equipes médicas. "Estado dos feridos? O que aconteceu lá?"</w:t>
      </w:r>
    </w:p>
    <w:p w14:paraId="52C72FA1" w14:textId="77777777" w:rsidR="002355BD" w:rsidRPr="001179E8" w:rsidRDefault="00000000">
      <w:pPr>
        <w:rPr>
          <w:lang w:val="pt-BR"/>
        </w:rPr>
      </w:pPr>
      <w:r w:rsidRPr="001179E8">
        <w:rPr>
          <w:lang w:val="pt-BR"/>
        </w:rPr>
        <w:br/>
      </w:r>
    </w:p>
    <w:p w14:paraId="3E7B06A9" w14:textId="77777777" w:rsidR="002355BD" w:rsidRPr="001179E8" w:rsidRDefault="00000000">
      <w:pPr>
        <w:rPr>
          <w:lang w:val="pt-BR"/>
        </w:rPr>
      </w:pPr>
      <w:r w:rsidRPr="001179E8">
        <w:rPr>
          <w:lang w:val="pt-BR"/>
        </w:rPr>
        <w:t>As respostas viriam, fragmentadas e terríveis. Mas naquele momento, para Rick, só havia a imagem de Chrome, ferida e vulnerável, e uma fúria fria e impotente crescendo dentro dele. Eles haviam falhado. Rox estava mais forte. E as pessoas com quem ele se importava estavam pagando o preço. A guerra havia chegado a um novo patamar, e o peso do legado pareceu esmagadoramente real.</w:t>
      </w:r>
    </w:p>
    <w:p w14:paraId="10BB4CB3" w14:textId="77777777" w:rsidR="002355BD" w:rsidRPr="001179E8" w:rsidRDefault="002355BD">
      <w:pPr>
        <w:rPr>
          <w:lang w:val="pt-BR"/>
        </w:rPr>
      </w:pPr>
    </w:p>
    <w:p w14:paraId="7C7A378E" w14:textId="77777777" w:rsidR="002355BD" w:rsidRPr="001179E8" w:rsidRDefault="00000000">
      <w:pPr>
        <w:rPr>
          <w:lang w:val="pt-BR"/>
        </w:rPr>
      </w:pPr>
      <w:r w:rsidRPr="001179E8">
        <w:rPr>
          <w:lang w:val="pt-BR"/>
        </w:rPr>
        <w:t xml:space="preserve">O colapso parcial da Torre de Comunicações não foi apenas um evento físico; foi uma ruptura no tecido da realidade local. A destruição do portal instável e a dispersão da energia acumulada – uma mistura volátil da magia do Coração de Inverno, do poder elemental bruto das almas roubadas e da essência sombria do Espectro Rox – lançaram fragmentos </w:t>
      </w:r>
      <w:r w:rsidRPr="001179E8">
        <w:rPr>
          <w:lang w:val="pt-BR"/>
        </w:rPr>
        <w:lastRenderedPageBreak/>
        <w:t>invisíveis sobre Neo-Veridia. Eram estilhaços do Véu, a barreira tênue entre mundos, agora carregados com energia caótica.</w:t>
      </w:r>
    </w:p>
    <w:p w14:paraId="77B23C31" w14:textId="77777777" w:rsidR="002355BD" w:rsidRPr="001179E8" w:rsidRDefault="00000000">
      <w:pPr>
        <w:rPr>
          <w:lang w:val="pt-BR"/>
        </w:rPr>
      </w:pPr>
      <w:r w:rsidRPr="001179E8">
        <w:rPr>
          <w:lang w:val="pt-BR"/>
        </w:rPr>
        <w:br/>
      </w:r>
    </w:p>
    <w:p w14:paraId="0BBC1C84" w14:textId="77777777" w:rsidR="002355BD" w:rsidRPr="001179E8" w:rsidRDefault="00000000">
      <w:pPr>
        <w:rPr>
          <w:lang w:val="pt-BR"/>
        </w:rPr>
      </w:pPr>
      <w:r w:rsidRPr="001179E8">
        <w:rPr>
          <w:lang w:val="pt-BR"/>
        </w:rPr>
        <w:t>Nos dias que se seguiram ao retorno traumático da equipe de assalto, a cidade começou a mudar de maneiras sutis e aterrorizantes. Luzes piscavam erraticamente em bairros inteiros, não por falha elétrica, mas por surtos de energia empática. Objetos inanimados se moviam sozinhos em apartamentos silenciosos. E, mais perturbador, pessoas comuns começaram a manifestar habilidades estranhas e incontroláveis.</w:t>
      </w:r>
    </w:p>
    <w:p w14:paraId="4A9E990B" w14:textId="77777777" w:rsidR="002355BD" w:rsidRPr="001179E8" w:rsidRDefault="00000000">
      <w:pPr>
        <w:rPr>
          <w:lang w:val="pt-BR"/>
        </w:rPr>
      </w:pPr>
      <w:r w:rsidRPr="001179E8">
        <w:rPr>
          <w:lang w:val="pt-BR"/>
        </w:rPr>
        <w:br/>
      </w:r>
    </w:p>
    <w:p w14:paraId="41621177" w14:textId="77777777" w:rsidR="002355BD" w:rsidRPr="001179E8" w:rsidRDefault="00000000">
      <w:pPr>
        <w:rPr>
          <w:lang w:val="pt-BR"/>
        </w:rPr>
      </w:pPr>
      <w:r w:rsidRPr="001179E8">
        <w:rPr>
          <w:lang w:val="pt-BR"/>
        </w:rPr>
        <w:t>Um contador estressado descobriu que podia fazer canetas levitarem quando estava sob pressão, apenas para causar uma explosão telecinética em seu escritório. Uma artista de rua viu seus grafites ganharem vida própria, contorcendo-se nas paredes com intenções maliciosas. Um pequeno ladrão, encurralado pela polícia, de repente se dissolveu em sombras, reaparecendo quarteirões de distância, confuso e apavorado com seu novo poder.</w:t>
      </w:r>
    </w:p>
    <w:p w14:paraId="6A44CD3B" w14:textId="77777777" w:rsidR="002355BD" w:rsidRPr="001179E8" w:rsidRDefault="00000000">
      <w:pPr>
        <w:rPr>
          <w:lang w:val="pt-BR"/>
        </w:rPr>
      </w:pPr>
      <w:r w:rsidRPr="001179E8">
        <w:rPr>
          <w:lang w:val="pt-BR"/>
        </w:rPr>
        <w:br/>
      </w:r>
    </w:p>
    <w:p w14:paraId="6C8249D1" w14:textId="77777777" w:rsidR="002355BD" w:rsidRPr="001179E8" w:rsidRDefault="00000000">
      <w:pPr>
        <w:rPr>
          <w:lang w:val="pt-BR"/>
        </w:rPr>
      </w:pPr>
      <w:r w:rsidRPr="001179E8">
        <w:rPr>
          <w:lang w:val="pt-BR"/>
        </w:rPr>
        <w:t>Para a G.R.A.I.A., já sobrecarregada com os ferimentos da equipe (Sang-Suga em coma induzido, Morgana com o braço imobilizado, Luke sofrendo de exaustão de teletransporte e Chrome passando por uma dolorosa recalibração bio-energética), esses incidentes eram um pesadelo logístico e de segurança. Equipes de contenção corriam pela cidade, tentando lidar com os surtos de poder antes que causassem danos maiores ou chamassem atenção indesejada.</w:t>
      </w:r>
    </w:p>
    <w:p w14:paraId="5D56BAA7" w14:textId="77777777" w:rsidR="002355BD" w:rsidRPr="001179E8" w:rsidRDefault="00000000">
      <w:pPr>
        <w:rPr>
          <w:lang w:val="pt-BR"/>
        </w:rPr>
      </w:pPr>
      <w:r w:rsidRPr="001179E8">
        <w:rPr>
          <w:lang w:val="pt-BR"/>
        </w:rPr>
        <w:br/>
      </w:r>
    </w:p>
    <w:p w14:paraId="63438FE1" w14:textId="77777777" w:rsidR="002355BD" w:rsidRPr="001179E8" w:rsidRDefault="00000000">
      <w:pPr>
        <w:rPr>
          <w:lang w:val="pt-BR"/>
        </w:rPr>
      </w:pPr>
      <w:r w:rsidRPr="001179E8">
        <w:rPr>
          <w:lang w:val="pt-BR"/>
        </w:rPr>
        <w:t>Mas a energia fragmentada do Véu não trouxe apenas poderes aleatórios. Trouxe também sussurros, medos e uma influência insidiosa que se infiltrava nas mentes mais vulneráveis. E com essa influência, surgiu uma nova figura nas sombras de Neo-Veridia: a Marioneta Sinistra.</w:t>
      </w:r>
    </w:p>
    <w:p w14:paraId="31F38434" w14:textId="77777777" w:rsidR="002355BD" w:rsidRPr="001179E8" w:rsidRDefault="00000000">
      <w:pPr>
        <w:rPr>
          <w:lang w:val="pt-BR"/>
        </w:rPr>
      </w:pPr>
      <w:r w:rsidRPr="001179E8">
        <w:rPr>
          <w:lang w:val="pt-BR"/>
        </w:rPr>
        <w:br/>
      </w:r>
    </w:p>
    <w:p w14:paraId="66239415" w14:textId="77777777" w:rsidR="002355BD" w:rsidRPr="001179E8" w:rsidRDefault="00000000">
      <w:pPr>
        <w:rPr>
          <w:lang w:val="pt-BR"/>
        </w:rPr>
      </w:pPr>
      <w:r w:rsidRPr="001179E8">
        <w:rPr>
          <w:lang w:val="pt-BR"/>
        </w:rPr>
        <w:t xml:space="preserve">Não era uma pessoa, mas uma presença. Uma entidade psíquica ou astral que se alimentava do medo e da confusão gerados pelos fragmentos do Véu. Ela se manifestava nos sonhos, nos cantos escuros dos olhos, como uma figura alta e esguia feita de sombras tremeluzentes e fios de marionete invisíveis, puxando as cordas da sanidade. Suas vítimas eram os recém-despertos, os mentalmente instáveis, os desesperados – ela oferecia controle sobre seus </w:t>
      </w:r>
      <w:r w:rsidRPr="001179E8">
        <w:rPr>
          <w:lang w:val="pt-BR"/>
        </w:rPr>
        <w:lastRenderedPageBreak/>
        <w:t>novos poderes caóticos em troca de... lealdade. Pequenos atos de vandalismo e caos começaram a ocorrer, coordenados com uma inteligência sinistra que não pertencia aos indivíduos envolvidos.</w:t>
      </w:r>
    </w:p>
    <w:p w14:paraId="7DF4D79F" w14:textId="77777777" w:rsidR="002355BD" w:rsidRPr="001179E8" w:rsidRDefault="00000000">
      <w:pPr>
        <w:rPr>
          <w:lang w:val="pt-BR"/>
        </w:rPr>
      </w:pPr>
      <w:r w:rsidRPr="001179E8">
        <w:rPr>
          <w:lang w:val="pt-BR"/>
        </w:rPr>
        <w:br/>
      </w:r>
    </w:p>
    <w:p w14:paraId="3500E17A" w14:textId="77777777" w:rsidR="002355BD" w:rsidRPr="001179E8" w:rsidRDefault="00000000">
      <w:pPr>
        <w:rPr>
          <w:lang w:val="pt-BR"/>
        </w:rPr>
      </w:pPr>
      <w:r w:rsidRPr="001179E8">
        <w:rPr>
          <w:lang w:val="pt-BR"/>
        </w:rPr>
        <w:t>Os próprios Primordiais II não estavam imunes. O trauma da batalha e a energia residual do Véu que haviam encontrado na torre abriram brechas em suas defesas psíquicas. Linda era a mais afetada. Seus sonhos eram invadidos por visões aterrorizantes: uma vasta escuridão faminta, olhos reptilianos de malícia antiga observando-a de dentro das sombras, a forma espectral de Rox rindo enquanto o mundo queimava. Eram vislumbres da Dragoa Maligna, a fonte do poder de Rox, sua consciência tocando a mente sensível da meio-fada.</w:t>
      </w:r>
    </w:p>
    <w:p w14:paraId="7DD6E2C1" w14:textId="77777777" w:rsidR="002355BD" w:rsidRPr="001179E8" w:rsidRDefault="00000000">
      <w:pPr>
        <w:rPr>
          <w:lang w:val="pt-BR"/>
        </w:rPr>
      </w:pPr>
      <w:r w:rsidRPr="001179E8">
        <w:rPr>
          <w:lang w:val="pt-BR"/>
        </w:rPr>
        <w:br/>
      </w:r>
    </w:p>
    <w:p w14:paraId="37C5F35C" w14:textId="77777777" w:rsidR="002355BD" w:rsidRPr="001179E8" w:rsidRDefault="00000000">
      <w:pPr>
        <w:rPr>
          <w:lang w:val="pt-BR"/>
        </w:rPr>
      </w:pPr>
      <w:r w:rsidRPr="001179E8">
        <w:rPr>
          <w:lang w:val="pt-BR"/>
        </w:rPr>
        <w:t>Blue lutava contra pesadelos onde perdia o controle de seus poderes de absorção, drenando a força vital de seus amigos, tornando-se o monstro que tanto temia. Luke revivia a queda da torre incessantemente, cada decisão tática levando a um resultado ainda pior, a culpa corroendo sua mente lógica.</w:t>
      </w:r>
    </w:p>
    <w:p w14:paraId="4015E3F8" w14:textId="77777777" w:rsidR="002355BD" w:rsidRPr="001179E8" w:rsidRDefault="00000000">
      <w:pPr>
        <w:rPr>
          <w:lang w:val="pt-BR"/>
        </w:rPr>
      </w:pPr>
      <w:r w:rsidRPr="001179E8">
        <w:rPr>
          <w:lang w:val="pt-BR"/>
        </w:rPr>
        <w:br/>
      </w:r>
    </w:p>
    <w:p w14:paraId="22D768E1" w14:textId="77777777" w:rsidR="002355BD" w:rsidRPr="001179E8" w:rsidRDefault="00000000">
      <w:pPr>
        <w:rPr>
          <w:lang w:val="pt-BR"/>
        </w:rPr>
      </w:pPr>
      <w:r w:rsidRPr="001179E8">
        <w:rPr>
          <w:lang w:val="pt-BR"/>
        </w:rPr>
        <w:t>Rick, embora externamente mantivesse sua fachada de rebeldia, era atormentado por memórias distorcidas de suas falhas passadas, de momentos em que decepcionou seus pais ou colocou a equipe em risco. E, cada vez mais, seus pesadelos envolviam Chrome sendo destruída, sua forma metálica se despedaçando enquanto ele era incapaz de alcançá-la.</w:t>
      </w:r>
    </w:p>
    <w:p w14:paraId="3CDF33AA" w14:textId="77777777" w:rsidR="002355BD" w:rsidRPr="001179E8" w:rsidRDefault="00000000">
      <w:pPr>
        <w:rPr>
          <w:lang w:val="pt-BR"/>
        </w:rPr>
      </w:pPr>
      <w:r w:rsidRPr="001179E8">
        <w:rPr>
          <w:lang w:val="pt-BR"/>
        </w:rPr>
        <w:br/>
      </w:r>
    </w:p>
    <w:p w14:paraId="59CDD5E0" w14:textId="77777777" w:rsidR="002355BD" w:rsidRPr="001179E8" w:rsidRDefault="00000000">
      <w:pPr>
        <w:rPr>
          <w:lang w:val="pt-BR"/>
        </w:rPr>
      </w:pPr>
      <w:r w:rsidRPr="001179E8">
        <w:rPr>
          <w:lang w:val="pt-BR"/>
        </w:rPr>
        <w:t>A tensão entre eles era quase insuportável. A necessidade de treinar e se preparar para o retorno de Rox colidia com a exaustão emocional e os ataques psíquicos sutis. Foi durante uma dessas noites tensas, enquanto patrulhavam um setor da cidade conhecido por atividade anômala recente, que Rick e Nicole enfrentaram algo novo.</w:t>
      </w:r>
    </w:p>
    <w:p w14:paraId="4892D967" w14:textId="77777777" w:rsidR="002355BD" w:rsidRPr="001179E8" w:rsidRDefault="00000000">
      <w:pPr>
        <w:rPr>
          <w:lang w:val="pt-BR"/>
        </w:rPr>
      </w:pPr>
      <w:r w:rsidRPr="001179E8">
        <w:rPr>
          <w:lang w:val="pt-BR"/>
        </w:rPr>
        <w:br/>
      </w:r>
    </w:p>
    <w:p w14:paraId="44AB14E4" w14:textId="77777777" w:rsidR="002355BD" w:rsidRPr="001179E8" w:rsidRDefault="00000000">
      <w:pPr>
        <w:rPr>
          <w:lang w:val="pt-BR"/>
        </w:rPr>
      </w:pPr>
      <w:r w:rsidRPr="001179E8">
        <w:rPr>
          <w:lang w:val="pt-BR"/>
        </w:rPr>
        <w:t>Eles estavam nos telhados de um distrito industrial abandonado, o silêncio quebrado apenas pelo vento frio e o zumbido distante da cidade. Rick estava mais quieto que o normal, e Nicole podia sentir a energia nervosa emanando dele.</w:t>
      </w:r>
    </w:p>
    <w:p w14:paraId="724D4BD0" w14:textId="77777777" w:rsidR="002355BD" w:rsidRPr="001179E8" w:rsidRDefault="00000000">
      <w:pPr>
        <w:rPr>
          <w:lang w:val="pt-BR"/>
        </w:rPr>
      </w:pPr>
      <w:r w:rsidRPr="001179E8">
        <w:rPr>
          <w:lang w:val="pt-BR"/>
        </w:rPr>
        <w:br/>
      </w:r>
    </w:p>
    <w:p w14:paraId="1A62545D" w14:textId="77777777" w:rsidR="002355BD" w:rsidRPr="001179E8" w:rsidRDefault="00000000">
      <w:pPr>
        <w:rPr>
          <w:lang w:val="pt-BR"/>
        </w:rPr>
      </w:pPr>
      <w:r w:rsidRPr="001179E8">
        <w:rPr>
          <w:lang w:val="pt-BR"/>
        </w:rPr>
        <w:lastRenderedPageBreak/>
        <w:t>"Você está bem, Santos?" ela perguntou, sua voz modulada para cortar o vento.</w:t>
      </w:r>
    </w:p>
    <w:p w14:paraId="494B398B" w14:textId="77777777" w:rsidR="002355BD" w:rsidRPr="001179E8" w:rsidRDefault="00000000">
      <w:pPr>
        <w:rPr>
          <w:lang w:val="pt-BR"/>
        </w:rPr>
      </w:pPr>
      <w:r w:rsidRPr="001179E8">
        <w:rPr>
          <w:lang w:val="pt-BR"/>
        </w:rPr>
        <w:br/>
      </w:r>
    </w:p>
    <w:p w14:paraId="65EB6774" w14:textId="77777777" w:rsidR="002355BD" w:rsidRPr="001179E8" w:rsidRDefault="00000000">
      <w:pPr>
        <w:rPr>
          <w:lang w:val="pt-BR"/>
        </w:rPr>
      </w:pPr>
      <w:r w:rsidRPr="001179E8">
        <w:rPr>
          <w:lang w:val="pt-BR"/>
        </w:rPr>
        <w:t>"Estou ótimo, Stavros. Só apreciando a vista de mais um fim de mundo iminente," ele respondeu, o sarcasmo forçado.</w:t>
      </w:r>
    </w:p>
    <w:p w14:paraId="12ECC4CE" w14:textId="77777777" w:rsidR="002355BD" w:rsidRPr="001179E8" w:rsidRDefault="00000000">
      <w:pPr>
        <w:rPr>
          <w:lang w:val="pt-BR"/>
        </w:rPr>
      </w:pPr>
      <w:r w:rsidRPr="001179E8">
        <w:rPr>
          <w:lang w:val="pt-BR"/>
        </w:rPr>
        <w:br/>
      </w:r>
    </w:p>
    <w:p w14:paraId="2046C963" w14:textId="77777777" w:rsidR="002355BD" w:rsidRPr="001179E8" w:rsidRDefault="00000000">
      <w:pPr>
        <w:rPr>
          <w:lang w:val="pt-BR"/>
        </w:rPr>
      </w:pPr>
      <w:r w:rsidRPr="001179E8">
        <w:rPr>
          <w:lang w:val="pt-BR"/>
        </w:rPr>
        <w:t>Antes que ela pudesse pressioná-lo, uma distorção no ar chamou sua atenção. Não era um ataque físico, mas psíquico. Uma manifestação nascida dos fragmentos do Véu e, talvez, tocada pela influência da Marioneta Sinistra.</w:t>
      </w:r>
    </w:p>
    <w:p w14:paraId="56A8976E" w14:textId="77777777" w:rsidR="002355BD" w:rsidRPr="001179E8" w:rsidRDefault="00000000">
      <w:pPr>
        <w:rPr>
          <w:lang w:val="pt-BR"/>
        </w:rPr>
      </w:pPr>
      <w:r w:rsidRPr="001179E8">
        <w:rPr>
          <w:lang w:val="pt-BR"/>
        </w:rPr>
        <w:br/>
      </w:r>
    </w:p>
    <w:p w14:paraId="1CC64735" w14:textId="77777777" w:rsidR="002355BD" w:rsidRPr="001179E8" w:rsidRDefault="00000000">
      <w:pPr>
        <w:rPr>
          <w:lang w:val="pt-BR"/>
        </w:rPr>
      </w:pPr>
      <w:r w:rsidRPr="001179E8">
        <w:rPr>
          <w:lang w:val="pt-BR"/>
        </w:rPr>
        <w:t>Duas figuras se materializaram diante deles, formadas de sombras e energia residual. Uma era uma versão distorcida de Punk, mais sombria, com olhos vazios e um sorriso cruel, seus poderes de densidade e cinética usados de forma destrutiva e imprudente. A outra era uma Chrome corrompida, seu metal escurecido e retorcido, eletricidade negra crepitando em suas mãos, seus movimentos desprovidos de controle, pura agressão metálica.</w:t>
      </w:r>
    </w:p>
    <w:p w14:paraId="7DA67379" w14:textId="77777777" w:rsidR="002355BD" w:rsidRPr="001179E8" w:rsidRDefault="00000000">
      <w:pPr>
        <w:rPr>
          <w:lang w:val="pt-BR"/>
        </w:rPr>
      </w:pPr>
      <w:r w:rsidRPr="001179E8">
        <w:rPr>
          <w:lang w:val="pt-BR"/>
        </w:rPr>
        <w:br/>
      </w:r>
    </w:p>
    <w:p w14:paraId="75A8E423" w14:textId="77777777" w:rsidR="002355BD" w:rsidRPr="001179E8" w:rsidRDefault="00000000">
      <w:pPr>
        <w:rPr>
          <w:lang w:val="pt-BR"/>
        </w:rPr>
      </w:pPr>
      <w:r w:rsidRPr="001179E8">
        <w:rPr>
          <w:lang w:val="pt-BR"/>
        </w:rPr>
        <w:t>Eram ecos de seus medos, de suas falhas, manifestados. A personificação da dúvida que os assombrava.</w:t>
      </w:r>
    </w:p>
    <w:p w14:paraId="6B45043B" w14:textId="77777777" w:rsidR="002355BD" w:rsidRPr="001179E8" w:rsidRDefault="00000000">
      <w:pPr>
        <w:rPr>
          <w:lang w:val="pt-BR"/>
        </w:rPr>
      </w:pPr>
      <w:r w:rsidRPr="001179E8">
        <w:rPr>
          <w:lang w:val="pt-BR"/>
        </w:rPr>
        <w:br/>
      </w:r>
    </w:p>
    <w:p w14:paraId="51C02C77" w14:textId="77777777" w:rsidR="002355BD" w:rsidRPr="001179E8" w:rsidRDefault="00000000">
      <w:pPr>
        <w:rPr>
          <w:lang w:val="pt-BR"/>
        </w:rPr>
      </w:pPr>
      <w:r w:rsidRPr="001179E8">
        <w:rPr>
          <w:lang w:val="pt-BR"/>
        </w:rPr>
        <w:t>"Olha só o que temos aqui," o Punk sombrio zombou, sua voz um eco distorcido da de Rick. "O garoto problema e sua lata de lixo superestimada. Ainda brincando de herói?"</w:t>
      </w:r>
    </w:p>
    <w:p w14:paraId="5476B3C3" w14:textId="77777777" w:rsidR="002355BD" w:rsidRPr="001179E8" w:rsidRDefault="00000000">
      <w:pPr>
        <w:rPr>
          <w:lang w:val="pt-BR"/>
        </w:rPr>
      </w:pPr>
      <w:r w:rsidRPr="001179E8">
        <w:rPr>
          <w:lang w:val="pt-BR"/>
        </w:rPr>
        <w:br/>
      </w:r>
    </w:p>
    <w:p w14:paraId="68DB1435" w14:textId="77777777" w:rsidR="002355BD" w:rsidRPr="001179E8" w:rsidRDefault="00000000">
      <w:pPr>
        <w:rPr>
          <w:lang w:val="pt-BR"/>
        </w:rPr>
      </w:pPr>
      <w:r w:rsidRPr="001179E8">
        <w:rPr>
          <w:lang w:val="pt-BR"/>
        </w:rPr>
        <w:t>A Chrome corrompida não falou, apenas avançou, lâminas de sombra e metal surgindo de seus braços, mirando a Nicole real.</w:t>
      </w:r>
    </w:p>
    <w:p w14:paraId="37A32353" w14:textId="77777777" w:rsidR="002355BD" w:rsidRPr="001179E8" w:rsidRDefault="00000000">
      <w:pPr>
        <w:rPr>
          <w:lang w:val="pt-BR"/>
        </w:rPr>
      </w:pPr>
      <w:r w:rsidRPr="001179E8">
        <w:rPr>
          <w:lang w:val="pt-BR"/>
        </w:rPr>
        <w:br/>
      </w:r>
    </w:p>
    <w:p w14:paraId="088EFA7A" w14:textId="77777777" w:rsidR="002355BD" w:rsidRPr="001179E8" w:rsidRDefault="00000000">
      <w:pPr>
        <w:rPr>
          <w:lang w:val="pt-BR"/>
        </w:rPr>
      </w:pPr>
      <w:r w:rsidRPr="001179E8">
        <w:rPr>
          <w:lang w:val="pt-BR"/>
        </w:rPr>
        <w:t xml:space="preserve">Rick e Nicole reagiram por instinto, lutando lado a lado contra seus próprios reflexos sombrios. A luta era surreal e profundamente perturbadora. O Punk sombrio usava os poderes de Rick com uma crueldade que ele sempre temeu possuir, explorando cada </w:t>
      </w:r>
      <w:r w:rsidRPr="001179E8">
        <w:rPr>
          <w:lang w:val="pt-BR"/>
        </w:rPr>
        <w:lastRenderedPageBreak/>
        <w:t>abertura, cada hesitação. A Chrome corrompida era uma força bruta, sem a precisão e o controle de Nicole, mas com uma fúria destrutiva que a tornava perigosa.</w:t>
      </w:r>
    </w:p>
    <w:p w14:paraId="702BCD32" w14:textId="77777777" w:rsidR="002355BD" w:rsidRPr="001179E8" w:rsidRDefault="00000000">
      <w:pPr>
        <w:rPr>
          <w:lang w:val="pt-BR"/>
        </w:rPr>
      </w:pPr>
      <w:r w:rsidRPr="001179E8">
        <w:rPr>
          <w:lang w:val="pt-BR"/>
        </w:rPr>
        <w:br/>
      </w:r>
    </w:p>
    <w:p w14:paraId="5B6BDDD1" w14:textId="77777777" w:rsidR="002355BD" w:rsidRPr="001179E8" w:rsidRDefault="00000000">
      <w:pPr>
        <w:rPr>
          <w:lang w:val="pt-BR"/>
        </w:rPr>
      </w:pPr>
      <w:r w:rsidRPr="001179E8">
        <w:rPr>
          <w:lang w:val="pt-BR"/>
        </w:rPr>
        <w:t>"Eles são nossos medos, Rick!" Nicole gritou, desviando de um golpe selvagem de sua contraparte sombria. "Não são reais!"</w:t>
      </w:r>
    </w:p>
    <w:p w14:paraId="54296F12" w14:textId="77777777" w:rsidR="002355BD" w:rsidRPr="001179E8" w:rsidRDefault="00000000">
      <w:pPr>
        <w:rPr>
          <w:lang w:val="pt-BR"/>
        </w:rPr>
      </w:pPr>
      <w:r w:rsidRPr="001179E8">
        <w:rPr>
          <w:lang w:val="pt-BR"/>
        </w:rPr>
        <w:br/>
      </w:r>
    </w:p>
    <w:p w14:paraId="5496DEB4" w14:textId="77777777" w:rsidR="002355BD" w:rsidRPr="001179E8" w:rsidRDefault="00000000">
      <w:pPr>
        <w:rPr>
          <w:lang w:val="pt-BR"/>
        </w:rPr>
      </w:pPr>
      <w:r w:rsidRPr="001179E8">
        <w:rPr>
          <w:lang w:val="pt-BR"/>
        </w:rPr>
        <w:t>"Parecem bem reais quando estão tentando nos matar!" ele respondeu, tornando-se intangível para evitar uma explosão cinética de seu duplo, apenas para ser surpreendido por um ataque de densidade que o solidificou dolorosamente.</w:t>
      </w:r>
    </w:p>
    <w:p w14:paraId="3AEA7F13" w14:textId="77777777" w:rsidR="002355BD" w:rsidRPr="001179E8" w:rsidRDefault="00000000">
      <w:pPr>
        <w:rPr>
          <w:lang w:val="pt-BR"/>
        </w:rPr>
      </w:pPr>
      <w:r w:rsidRPr="001179E8">
        <w:rPr>
          <w:lang w:val="pt-BR"/>
        </w:rPr>
        <w:br/>
      </w:r>
    </w:p>
    <w:p w14:paraId="5119D404" w14:textId="77777777" w:rsidR="002355BD" w:rsidRPr="001179E8" w:rsidRDefault="00000000">
      <w:pPr>
        <w:rPr>
          <w:lang w:val="pt-BR"/>
        </w:rPr>
      </w:pPr>
      <w:r w:rsidRPr="001179E8">
        <w:rPr>
          <w:lang w:val="pt-BR"/>
        </w:rPr>
        <w:t>Eles estavam sendo superados, não pela força, mas pela guerra psicológica. Seus duplos conheciam suas fraquezas, seus gatilhos. Mas, lutando juntos, encontraram uma força inesperada. Rick usou sua intangibilidade não apenas para se defender, mas para criar aberturas para Nicole, confiando que ela exploraria a vantagem. Nicole usou sua eletricidade não apenas para atacar, mas para criar barreiras que protegiam Rick, antecipando os movimentos de seu duplo sombrio.</w:t>
      </w:r>
    </w:p>
    <w:p w14:paraId="66E78EAB" w14:textId="77777777" w:rsidR="002355BD" w:rsidRPr="001179E8" w:rsidRDefault="00000000">
      <w:pPr>
        <w:rPr>
          <w:lang w:val="pt-BR"/>
        </w:rPr>
      </w:pPr>
      <w:r w:rsidRPr="001179E8">
        <w:rPr>
          <w:lang w:val="pt-BR"/>
        </w:rPr>
        <w:br/>
      </w:r>
    </w:p>
    <w:p w14:paraId="5C592191" w14:textId="77777777" w:rsidR="002355BD" w:rsidRPr="001179E8" w:rsidRDefault="00000000">
      <w:pPr>
        <w:rPr>
          <w:lang w:val="pt-BR"/>
        </w:rPr>
      </w:pPr>
      <w:r w:rsidRPr="001179E8">
        <w:rPr>
          <w:lang w:val="pt-BR"/>
        </w:rPr>
        <w:t>Em um momento crucial, o Punk sombrio tentou um ataque venenoso direto contra Nicole. Rick reagiu instantaneamente, não atacando seu duplo, mas usando sua manipulação de densidade para tornar o ar ao redor da mão venenosa tão denso que o ataque foi contido. No mesmo instante, Nicole, vendo a abertura criada, descarregou um pulso elétrico concentrado não letal que sobrecarregou a forma instável da Chrome corrompida, fazendo-a se dissipar com um grito silencioso.</w:t>
      </w:r>
    </w:p>
    <w:p w14:paraId="6269A3A5" w14:textId="77777777" w:rsidR="002355BD" w:rsidRPr="001179E8" w:rsidRDefault="00000000">
      <w:pPr>
        <w:rPr>
          <w:lang w:val="pt-BR"/>
        </w:rPr>
      </w:pPr>
      <w:r w:rsidRPr="001179E8">
        <w:rPr>
          <w:lang w:val="pt-BR"/>
        </w:rPr>
        <w:br/>
      </w:r>
    </w:p>
    <w:p w14:paraId="09B7E755" w14:textId="77777777" w:rsidR="002355BD" w:rsidRPr="001179E8" w:rsidRDefault="00000000">
      <w:pPr>
        <w:rPr>
          <w:lang w:val="pt-BR"/>
        </w:rPr>
      </w:pPr>
      <w:r w:rsidRPr="001179E8">
        <w:rPr>
          <w:lang w:val="pt-BR"/>
        </w:rPr>
        <w:t>Com sua parceira desaparecida, o Punk sombrio vacilou. Rick aproveitou a hesitação, solidificando-se e desferindo um golpe carregado de energia cinética absorvida, não com raiva, mas com uma determinação focada. A forma sombria se desfez, ecoando as palavras "fracasso" enquanto desaparecia.</w:t>
      </w:r>
    </w:p>
    <w:p w14:paraId="6F325B0D" w14:textId="77777777" w:rsidR="002355BD" w:rsidRPr="001179E8" w:rsidRDefault="00000000">
      <w:pPr>
        <w:rPr>
          <w:lang w:val="pt-BR"/>
        </w:rPr>
      </w:pPr>
      <w:r w:rsidRPr="001179E8">
        <w:rPr>
          <w:lang w:val="pt-BR"/>
        </w:rPr>
        <w:br/>
      </w:r>
    </w:p>
    <w:p w14:paraId="79DC043F" w14:textId="77777777" w:rsidR="002355BD" w:rsidRPr="001179E8" w:rsidRDefault="00000000">
      <w:pPr>
        <w:rPr>
          <w:lang w:val="pt-BR"/>
        </w:rPr>
      </w:pPr>
      <w:r w:rsidRPr="001179E8">
        <w:rPr>
          <w:lang w:val="pt-BR"/>
        </w:rPr>
        <w:lastRenderedPageBreak/>
        <w:t>Eles ficaram ali, ofegantes, sob a luz fria da lua artificial de Neo-Veridia. A adrenalina diminuiu, deixando para trás a exaustão e a crueza da batalha psicológica.</w:t>
      </w:r>
    </w:p>
    <w:p w14:paraId="089BCEEA" w14:textId="77777777" w:rsidR="002355BD" w:rsidRPr="001179E8" w:rsidRDefault="00000000">
      <w:pPr>
        <w:rPr>
          <w:lang w:val="pt-BR"/>
        </w:rPr>
      </w:pPr>
      <w:r w:rsidRPr="001179E8">
        <w:rPr>
          <w:lang w:val="pt-BR"/>
        </w:rPr>
        <w:br/>
      </w:r>
    </w:p>
    <w:p w14:paraId="5C5D9B62" w14:textId="77777777" w:rsidR="002355BD" w:rsidRPr="001179E8" w:rsidRDefault="00000000">
      <w:pPr>
        <w:rPr>
          <w:lang w:val="pt-BR"/>
        </w:rPr>
      </w:pPr>
      <w:r w:rsidRPr="001179E8">
        <w:rPr>
          <w:lang w:val="pt-BR"/>
        </w:rPr>
        <w:t>"Isso foi..." Rick começou, sem fôlego.</w:t>
      </w:r>
    </w:p>
    <w:p w14:paraId="0E1ED72C" w14:textId="77777777" w:rsidR="002355BD" w:rsidRPr="001179E8" w:rsidRDefault="00000000">
      <w:pPr>
        <w:rPr>
          <w:lang w:val="pt-BR"/>
        </w:rPr>
      </w:pPr>
      <w:r w:rsidRPr="001179E8">
        <w:rPr>
          <w:lang w:val="pt-BR"/>
        </w:rPr>
        <w:br/>
      </w:r>
    </w:p>
    <w:p w14:paraId="50315AEC" w14:textId="77777777" w:rsidR="002355BD" w:rsidRPr="001179E8" w:rsidRDefault="00000000">
      <w:pPr>
        <w:rPr>
          <w:lang w:val="pt-BR"/>
        </w:rPr>
      </w:pPr>
      <w:r w:rsidRPr="001179E8">
        <w:rPr>
          <w:lang w:val="pt-BR"/>
        </w:rPr>
        <w:t>"Intenso," Nicole completou, seu corpo metálico ainda vibrando levemente. Ela se virou para ele, seus olhos cinzentos encontrando os dele. A fachada profissional havia desaparecido completamente, substituída por uma vulnerabilidade compartilhada.</w:t>
      </w:r>
    </w:p>
    <w:p w14:paraId="1079E275" w14:textId="77777777" w:rsidR="002355BD" w:rsidRPr="001179E8" w:rsidRDefault="00000000">
      <w:pPr>
        <w:rPr>
          <w:lang w:val="pt-BR"/>
        </w:rPr>
      </w:pPr>
      <w:r w:rsidRPr="001179E8">
        <w:rPr>
          <w:lang w:val="pt-BR"/>
        </w:rPr>
        <w:br/>
      </w:r>
    </w:p>
    <w:p w14:paraId="2EF16A5D" w14:textId="77777777" w:rsidR="002355BD" w:rsidRPr="001179E8" w:rsidRDefault="00000000">
      <w:pPr>
        <w:rPr>
          <w:lang w:val="pt-BR"/>
        </w:rPr>
      </w:pPr>
      <w:r w:rsidRPr="001179E8">
        <w:rPr>
          <w:lang w:val="pt-BR"/>
        </w:rPr>
        <w:t>O silêncio se estendeu entre eles, carregado de tudo o que não fora dito, de todo o medo e da confiança recém-descoberta que haviam demonstrado um pelo outro na luta. Sem pensar, movidos por um impulso nascido do perigo e da conexão inegável, eles se aproximaram.</w:t>
      </w:r>
    </w:p>
    <w:p w14:paraId="7E8A2CAD" w14:textId="77777777" w:rsidR="002355BD" w:rsidRPr="001179E8" w:rsidRDefault="00000000">
      <w:pPr>
        <w:rPr>
          <w:lang w:val="pt-BR"/>
        </w:rPr>
      </w:pPr>
      <w:r w:rsidRPr="001179E8">
        <w:rPr>
          <w:lang w:val="pt-BR"/>
        </w:rPr>
        <w:br/>
      </w:r>
    </w:p>
    <w:p w14:paraId="15E0E036" w14:textId="77777777" w:rsidR="002355BD" w:rsidRPr="001179E8" w:rsidRDefault="00000000">
      <w:pPr>
        <w:rPr>
          <w:lang w:val="pt-BR"/>
        </w:rPr>
      </w:pPr>
      <w:r w:rsidRPr="001179E8">
        <w:rPr>
          <w:lang w:val="pt-BR"/>
        </w:rPr>
        <w:t>Rick ergueu a mão, hesitando por um instante antes de tocar o rosto metálico dela, o metal frio sob seus dedos. Nicole não recuou. Em vez disso, inclinou-se para o toque. E então, eles se beijaram. Não foi um beijo hesitante ou incerto, mas um beijo carregado de toda a tensão, o medo, a atração e a necessidade desesperada de conexão que vinham crescendo entre eles. Foi um reconhecimento silencioso, um momento de clareza em meio ao caos.</w:t>
      </w:r>
    </w:p>
    <w:p w14:paraId="6F0638BA" w14:textId="77777777" w:rsidR="002355BD" w:rsidRPr="001179E8" w:rsidRDefault="00000000">
      <w:pPr>
        <w:rPr>
          <w:lang w:val="pt-BR"/>
        </w:rPr>
      </w:pPr>
      <w:r w:rsidRPr="001179E8">
        <w:rPr>
          <w:lang w:val="pt-BR"/>
        </w:rPr>
        <w:br/>
      </w:r>
    </w:p>
    <w:p w14:paraId="5CBB31DA" w14:textId="77777777" w:rsidR="002355BD" w:rsidRPr="001179E8" w:rsidRDefault="00000000">
      <w:pPr>
        <w:rPr>
          <w:lang w:val="pt-BR"/>
        </w:rPr>
      </w:pPr>
      <w:r w:rsidRPr="001179E8">
        <w:rPr>
          <w:lang w:val="pt-BR"/>
        </w:rPr>
        <w:t>Quando se afastaram, ambos estavam sem fôlego, a realidade do que havia acontecido pairando entre eles. O namoro secreto, as provocações, as barreiras – tudo pareceu trivial diante daquele momento. Eles se olharam, e pela primeira vez, não havia máscaras, apenas Rick e Nicole, dois jovens heróis assustados encontrando um no outro um porto seguro em meio à tempestade que se formava.</w:t>
      </w:r>
    </w:p>
    <w:p w14:paraId="147462D2" w14:textId="77777777" w:rsidR="002355BD" w:rsidRPr="001179E8" w:rsidRDefault="002355BD">
      <w:pPr>
        <w:rPr>
          <w:lang w:val="pt-BR"/>
        </w:rPr>
      </w:pPr>
    </w:p>
    <w:p w14:paraId="4FFFD7F9" w14:textId="77777777" w:rsidR="002355BD" w:rsidRPr="001179E8" w:rsidRDefault="00000000">
      <w:pPr>
        <w:rPr>
          <w:lang w:val="pt-BR"/>
        </w:rPr>
      </w:pPr>
      <w:r w:rsidRPr="001179E8">
        <w:rPr>
          <w:lang w:val="pt-BR"/>
        </w:rPr>
        <w:t xml:space="preserve">Enquanto Neo-Veridia lutava para lidar com as consequências dos fragmentos do Véu e a G.R.A.I.A. se desdobrava para conter o caos crescente e cuidar de seus feridos, uma busca desesperada por respostas acontecia nos níveis mais profundos da base. Com Sang-Suga ainda em recuperação lenta, alternando entre momentos de lucidez e delírios febris sobre "sombras com mil dentes" e "o Véu rasgado", Morgana LeFay e o Dr. Aris Thorne </w:t>
      </w:r>
      <w:r w:rsidRPr="001179E8">
        <w:rPr>
          <w:lang w:val="pt-BR"/>
        </w:rPr>
        <w:lastRenderedPageBreak/>
        <w:t>mergulharam nos arquivos mais antigos da organização e nos dados recuperados da torre antes de seu colapso.</w:t>
      </w:r>
    </w:p>
    <w:p w14:paraId="250D4273" w14:textId="77777777" w:rsidR="002355BD" w:rsidRPr="001179E8" w:rsidRDefault="00000000">
      <w:pPr>
        <w:rPr>
          <w:lang w:val="pt-BR"/>
        </w:rPr>
      </w:pPr>
      <w:r w:rsidRPr="001179E8">
        <w:rPr>
          <w:lang w:val="pt-BR"/>
        </w:rPr>
        <w:br/>
      </w:r>
    </w:p>
    <w:p w14:paraId="08BB0B33" w14:textId="77777777" w:rsidR="002355BD" w:rsidRPr="001179E8" w:rsidRDefault="00000000">
      <w:pPr>
        <w:rPr>
          <w:lang w:val="pt-BR"/>
        </w:rPr>
      </w:pPr>
      <w:r w:rsidRPr="001179E8">
        <w:rPr>
          <w:lang w:val="pt-BR"/>
        </w:rPr>
        <w:t>Foi Morgana quem encontrou os primeiros fragmentos significativos, em textos que sua mãe havia estudado anos antes, textos que falavam da Ordem do Véu. Não era uma lenda, como muitos acreditavam, mas uma organização real, antiga e poderosa, dedicada a proteger a Terra de incursões extradimensionais. O primeiro Grão-Mestre, uma figura envolta em mistério, havia selado as primeiras grandes fendas séculos atrás, usando uma combinação de magia primordial e tecnologia esquecida.</w:t>
      </w:r>
    </w:p>
    <w:p w14:paraId="0AA959B4" w14:textId="77777777" w:rsidR="002355BD" w:rsidRPr="001179E8" w:rsidRDefault="00000000">
      <w:pPr>
        <w:rPr>
          <w:lang w:val="pt-BR"/>
        </w:rPr>
      </w:pPr>
      <w:r w:rsidRPr="001179E8">
        <w:rPr>
          <w:lang w:val="pt-BR"/>
        </w:rPr>
        <w:br/>
      </w:r>
    </w:p>
    <w:p w14:paraId="1DE30E62" w14:textId="77777777" w:rsidR="002355BD" w:rsidRPr="001179E8" w:rsidRDefault="00000000">
      <w:pPr>
        <w:rPr>
          <w:lang w:val="pt-BR"/>
        </w:rPr>
      </w:pPr>
      <w:r w:rsidRPr="001179E8">
        <w:rPr>
          <w:i/>
          <w:lang w:val="pt-BR"/>
        </w:rPr>
        <w:t>Flashback: Uma planície varrida pelo vento, sob um céu de cor estranha. Uma figura encapuzada, o Primeiro Grão-Mestre, ergue um cajado que brilha com energia pura. Ao seu redor, guerreiros com armaduras arcanas lutam contra criaturas sombrias que emergem de um rasgo cintilante na realidade. Entre os guerreiros, figuras reconhecíveis, mais jovens, mais cruas: um homem envolto em chamas controladas (o ancestral de Fogo-Vivo?), uma mulher cuja forma cintilava com poder cósmico (uma predecessora de Densa?), um guerreiro cuja velocidade desafiava a percepção (Temporal em seu auge?). Eles lutavam com desespero, não apenas para repelir, mas para dar tempo ao Grão-Mestre. O cajado atinge o chão, e uma onda de luz branca e dourada emana, forçando o rasgo a se fechar com um grito que abala a própria realidade.</w:t>
      </w:r>
    </w:p>
    <w:p w14:paraId="2AAB7DB9" w14:textId="77777777" w:rsidR="002355BD" w:rsidRPr="001179E8" w:rsidRDefault="00000000">
      <w:pPr>
        <w:rPr>
          <w:lang w:val="pt-BR"/>
        </w:rPr>
      </w:pPr>
      <w:r w:rsidRPr="001179E8">
        <w:rPr>
          <w:lang w:val="pt-BR"/>
        </w:rPr>
        <w:br/>
      </w:r>
    </w:p>
    <w:p w14:paraId="1002FDEC" w14:textId="77777777" w:rsidR="002355BD" w:rsidRPr="001179E8" w:rsidRDefault="00000000">
      <w:pPr>
        <w:rPr>
          <w:lang w:val="pt-BR"/>
        </w:rPr>
      </w:pPr>
      <w:r w:rsidRPr="001179E8">
        <w:rPr>
          <w:lang w:val="pt-BR"/>
        </w:rPr>
        <w:t>Os textos também falavam de profecias sombrias: o enfraquecimento do Véu, o retorno de entidades antigas como a Dragoa Maligna, e o surgimento de "Espectros", arautos de dimensões sombrias que poderiam atravessar quando as barreiras estivessem finas. Rox era apenas o primeiro. Havia outros, esperando. A menção fez um arrepio percorrer a espinha de Morgana. A ameaça era muito maior do que imaginavam.</w:t>
      </w:r>
    </w:p>
    <w:p w14:paraId="5DD406CC" w14:textId="77777777" w:rsidR="002355BD" w:rsidRPr="001179E8" w:rsidRDefault="00000000">
      <w:pPr>
        <w:rPr>
          <w:lang w:val="pt-BR"/>
        </w:rPr>
      </w:pPr>
      <w:r w:rsidRPr="001179E8">
        <w:rPr>
          <w:lang w:val="pt-BR"/>
        </w:rPr>
        <w:br/>
      </w:r>
    </w:p>
    <w:p w14:paraId="2A15A590" w14:textId="77777777" w:rsidR="002355BD" w:rsidRPr="001179E8" w:rsidRDefault="00000000">
      <w:pPr>
        <w:rPr>
          <w:lang w:val="pt-BR"/>
        </w:rPr>
      </w:pPr>
      <w:r w:rsidRPr="001179E8">
        <w:rPr>
          <w:lang w:val="pt-BR"/>
        </w:rPr>
        <w:t>Enquanto Morgana desvendava a história arcana, Dr. Thorne fazia uma descoberta perturbadora sobre Chrome. Analisando os dados de seus diagnósticos após a batalha na torre e cruzando-os com arquivos recuperados do laboratório de seu pai, Eletron, Thorne isolou a composição exata do metal único que formava o corpo de Nicole. Não era uma liga terrestre, nem mesmo de origem extraterrestre conhecida. Era um minério com uma assinatura energética ressonante com... a energia dracônica detectada em Rox.</w:t>
      </w:r>
    </w:p>
    <w:p w14:paraId="1B7D5CE8" w14:textId="77777777" w:rsidR="002355BD" w:rsidRPr="001179E8" w:rsidRDefault="00000000">
      <w:pPr>
        <w:rPr>
          <w:lang w:val="pt-BR"/>
        </w:rPr>
      </w:pPr>
      <w:r w:rsidRPr="001179E8">
        <w:rPr>
          <w:lang w:val="pt-BR"/>
        </w:rPr>
        <w:lastRenderedPageBreak/>
        <w:br/>
      </w:r>
    </w:p>
    <w:p w14:paraId="3361F0B8" w14:textId="77777777" w:rsidR="002355BD" w:rsidRPr="001179E8" w:rsidRDefault="00000000">
      <w:pPr>
        <w:rPr>
          <w:lang w:val="pt-BR"/>
        </w:rPr>
      </w:pPr>
      <w:r w:rsidRPr="001179E8">
        <w:rPr>
          <w:lang w:val="pt-BR"/>
        </w:rPr>
        <w:t>"Minério Dracônico," Thorne murmurou para si mesmo em seu laboratório, observando as leituras holográficas. "Extremamente raro, considerado mítico. Possui propriedades condutoras e de resistência incríveis, mas também... uma certa volatilidade energética, uma afinidade com energias primordiais e caóticas." Ele acessou os arquivos criptografados de Eletron. "Seu pai sabia. Ele estava pesquisando isso... tentando criar um condutor estável, talvez até uma arma contra..." A frase estava incompleta, mas a implicação era clara.</w:t>
      </w:r>
    </w:p>
    <w:p w14:paraId="4F5CA4C6" w14:textId="77777777" w:rsidR="002355BD" w:rsidRPr="001179E8" w:rsidRDefault="00000000">
      <w:pPr>
        <w:rPr>
          <w:lang w:val="pt-BR"/>
        </w:rPr>
      </w:pPr>
      <w:r w:rsidRPr="001179E8">
        <w:rPr>
          <w:lang w:val="pt-BR"/>
        </w:rPr>
        <w:br/>
      </w:r>
    </w:p>
    <w:p w14:paraId="302A2948" w14:textId="77777777" w:rsidR="002355BD" w:rsidRPr="001179E8" w:rsidRDefault="00000000">
      <w:pPr>
        <w:rPr>
          <w:lang w:val="pt-BR"/>
        </w:rPr>
      </w:pPr>
      <w:r w:rsidRPr="001179E8">
        <w:rPr>
          <w:lang w:val="pt-BR"/>
        </w:rPr>
        <w:t>Thorne contatou Nicole, que estava na enfermaria, passando por mais uma sessão de recalibração energética dolorosa, com Rick sentado rigidamente ao seu lado, recusando-se a sair. A notícia atingiu Nicole como um golpe físico. Seu corpo, sua própria existência, estava ligado à mesma fonte de poder que alimentava o monstro que quase a matou?</w:t>
      </w:r>
    </w:p>
    <w:p w14:paraId="5C7E7177" w14:textId="77777777" w:rsidR="002355BD" w:rsidRPr="001179E8" w:rsidRDefault="00000000">
      <w:pPr>
        <w:rPr>
          <w:lang w:val="pt-BR"/>
        </w:rPr>
      </w:pPr>
      <w:r w:rsidRPr="001179E8">
        <w:rPr>
          <w:lang w:val="pt-BR"/>
        </w:rPr>
        <w:br/>
      </w:r>
    </w:p>
    <w:p w14:paraId="79D3D8EA" w14:textId="77777777" w:rsidR="002355BD" w:rsidRPr="001179E8" w:rsidRDefault="00000000">
      <w:pPr>
        <w:rPr>
          <w:lang w:val="pt-BR"/>
        </w:rPr>
      </w:pPr>
      <w:r w:rsidRPr="001179E8">
        <w:rPr>
          <w:lang w:val="pt-BR"/>
        </w:rPr>
        <w:t>"Isso não pode ser," ela sussurrou, olhando para suas mãos metálicas com uma nova sensação de horror. "Meu pai... ele teria me contado."</w:t>
      </w:r>
    </w:p>
    <w:p w14:paraId="4F357E6B" w14:textId="77777777" w:rsidR="002355BD" w:rsidRPr="001179E8" w:rsidRDefault="00000000">
      <w:pPr>
        <w:rPr>
          <w:lang w:val="pt-BR"/>
        </w:rPr>
      </w:pPr>
      <w:r w:rsidRPr="001179E8">
        <w:rPr>
          <w:lang w:val="pt-BR"/>
        </w:rPr>
        <w:br/>
      </w:r>
    </w:p>
    <w:p w14:paraId="523FC0FC" w14:textId="77777777" w:rsidR="002355BD" w:rsidRPr="001179E8" w:rsidRDefault="00000000">
      <w:pPr>
        <w:rPr>
          <w:lang w:val="pt-BR"/>
        </w:rPr>
      </w:pPr>
      <w:r w:rsidRPr="001179E8">
        <w:rPr>
          <w:lang w:val="pt-BR"/>
        </w:rPr>
        <w:t>"Talvez ele não soubesse toda a verdade, ou talvez estivesse tentando protegê-la," Thorne disse suavemente pelo comunicador. "Mas há mais, Nicole. Os arquivos de seu pai... eles mencionam um 'Protocolo Gênese'. Parece estar relacionado à sua criação, à infusão do metal em seu corpo. Mas os detalhes estão corrompidos, exceto por uma nota fragmentada: 'Instabilidade inerente. Risco de... rejeição catastrófica ou... sintonização indesejada'."</w:t>
      </w:r>
    </w:p>
    <w:p w14:paraId="72DB75E2" w14:textId="77777777" w:rsidR="002355BD" w:rsidRPr="001179E8" w:rsidRDefault="00000000">
      <w:pPr>
        <w:rPr>
          <w:lang w:val="pt-BR"/>
        </w:rPr>
      </w:pPr>
      <w:r w:rsidRPr="001179E8">
        <w:rPr>
          <w:lang w:val="pt-BR"/>
        </w:rPr>
        <w:br/>
      </w:r>
    </w:p>
    <w:p w14:paraId="68466658" w14:textId="77777777" w:rsidR="002355BD" w:rsidRPr="001179E8" w:rsidRDefault="00000000">
      <w:pPr>
        <w:rPr>
          <w:lang w:val="pt-BR"/>
        </w:rPr>
      </w:pPr>
      <w:r w:rsidRPr="001179E8">
        <w:rPr>
          <w:lang w:val="pt-BR"/>
        </w:rPr>
        <w:t>Sintonização indesejada. Com a energia dracônica? Com Rox? A implicação era terrível. Nicole sentiu um frio percorrer seu corpo, um medo mais profundo do que qualquer batalha. Rick segurou sua mão metálica com força, seus próprios medos momentaneamente esquecidos diante do terror dela.</w:t>
      </w:r>
    </w:p>
    <w:p w14:paraId="6FD138EC" w14:textId="77777777" w:rsidR="002355BD" w:rsidRPr="001179E8" w:rsidRDefault="00000000">
      <w:pPr>
        <w:rPr>
          <w:lang w:val="pt-BR"/>
        </w:rPr>
      </w:pPr>
      <w:r w:rsidRPr="001179E8">
        <w:rPr>
          <w:lang w:val="pt-BR"/>
        </w:rPr>
        <w:br/>
      </w:r>
    </w:p>
    <w:p w14:paraId="4881B8B5" w14:textId="77777777" w:rsidR="002355BD" w:rsidRPr="001179E8" w:rsidRDefault="00000000">
      <w:pPr>
        <w:rPr>
          <w:lang w:val="pt-BR"/>
        </w:rPr>
      </w:pPr>
      <w:r w:rsidRPr="001179E8">
        <w:rPr>
          <w:lang w:val="pt-BR"/>
        </w:rPr>
        <w:t>"Ei," ele disse, sua voz rouca. "Nós vamos descobrir isso. Juntos. Você não está sozinha nisso."</w:t>
      </w:r>
    </w:p>
    <w:p w14:paraId="3397E513" w14:textId="77777777" w:rsidR="002355BD" w:rsidRPr="001179E8" w:rsidRDefault="00000000">
      <w:pPr>
        <w:rPr>
          <w:lang w:val="pt-BR"/>
        </w:rPr>
      </w:pPr>
      <w:r w:rsidRPr="001179E8">
        <w:rPr>
          <w:lang w:val="pt-BR"/>
        </w:rPr>
        <w:lastRenderedPageBreak/>
        <w:br/>
      </w:r>
    </w:p>
    <w:p w14:paraId="653BE444" w14:textId="77777777" w:rsidR="002355BD" w:rsidRPr="001179E8" w:rsidRDefault="00000000">
      <w:pPr>
        <w:rPr>
          <w:lang w:val="pt-BR"/>
        </w:rPr>
      </w:pPr>
      <w:r w:rsidRPr="001179E8">
        <w:rPr>
          <w:lang w:val="pt-BR"/>
        </w:rPr>
        <w:t>O apoio silencioso dele era uma âncora. Mas a descoberta abriu uma nova ferida, uma dúvida sobre sua própria identidade e origem que a assombraria.</w:t>
      </w:r>
    </w:p>
    <w:p w14:paraId="45B0E0CA" w14:textId="77777777" w:rsidR="002355BD" w:rsidRPr="001179E8" w:rsidRDefault="00000000">
      <w:pPr>
        <w:rPr>
          <w:lang w:val="pt-BR"/>
        </w:rPr>
      </w:pPr>
      <w:r w:rsidRPr="001179E8">
        <w:rPr>
          <w:lang w:val="pt-BR"/>
        </w:rPr>
        <w:br/>
      </w:r>
    </w:p>
    <w:p w14:paraId="2DAC884A" w14:textId="77777777" w:rsidR="002355BD" w:rsidRPr="001179E8" w:rsidRDefault="00000000">
      <w:pPr>
        <w:rPr>
          <w:lang w:val="pt-BR"/>
        </w:rPr>
      </w:pPr>
      <w:r w:rsidRPr="001179E8">
        <w:rPr>
          <w:lang w:val="pt-BR"/>
        </w:rPr>
        <w:t>Enquanto isso, Rick enfrentava seus próprios demônios familiares. Após dias de silêncio tenso, sua mãe, Densa, o confrontou novamente, não na área de treinamento, mas nos corredores silenciosos da base.</w:t>
      </w:r>
    </w:p>
    <w:p w14:paraId="4EF54FBB" w14:textId="77777777" w:rsidR="002355BD" w:rsidRPr="001179E8" w:rsidRDefault="00000000">
      <w:pPr>
        <w:rPr>
          <w:lang w:val="pt-BR"/>
        </w:rPr>
      </w:pPr>
      <w:r w:rsidRPr="001179E8">
        <w:rPr>
          <w:lang w:val="pt-BR"/>
        </w:rPr>
        <w:br/>
      </w:r>
    </w:p>
    <w:p w14:paraId="34009266" w14:textId="77777777" w:rsidR="002355BD" w:rsidRPr="001179E8" w:rsidRDefault="00000000">
      <w:pPr>
        <w:rPr>
          <w:lang w:val="pt-BR"/>
        </w:rPr>
      </w:pPr>
      <w:r w:rsidRPr="001179E8">
        <w:rPr>
          <w:lang w:val="pt-BR"/>
        </w:rPr>
        <w:t>"Precisamos conversar, Ricardo," ela disse, sua voz desprovida da firmeza habitual, substituída por uma exaustão profunda.</w:t>
      </w:r>
    </w:p>
    <w:p w14:paraId="14FD2840" w14:textId="77777777" w:rsidR="002355BD" w:rsidRPr="001179E8" w:rsidRDefault="00000000">
      <w:pPr>
        <w:rPr>
          <w:lang w:val="pt-BR"/>
        </w:rPr>
      </w:pPr>
      <w:r w:rsidRPr="001179E8">
        <w:rPr>
          <w:lang w:val="pt-BR"/>
        </w:rPr>
        <w:br/>
      </w:r>
    </w:p>
    <w:p w14:paraId="4EFDE6E2" w14:textId="77777777" w:rsidR="002355BD" w:rsidRPr="001179E8" w:rsidRDefault="00000000">
      <w:pPr>
        <w:rPr>
          <w:lang w:val="pt-BR"/>
        </w:rPr>
      </w:pPr>
      <w:r w:rsidRPr="001179E8">
        <w:rPr>
          <w:lang w:val="pt-BR"/>
        </w:rPr>
        <w:t>"Sobre o quê? Sobre como eu não sou bom o suficiente para as missões importantes? Sobre como você preferia que eu não estivesse aqui?" A amargura de Rick era uma defesa automática.</w:t>
      </w:r>
    </w:p>
    <w:p w14:paraId="7D8F3873" w14:textId="77777777" w:rsidR="002355BD" w:rsidRPr="001179E8" w:rsidRDefault="00000000">
      <w:pPr>
        <w:rPr>
          <w:lang w:val="pt-BR"/>
        </w:rPr>
      </w:pPr>
      <w:r w:rsidRPr="001179E8">
        <w:rPr>
          <w:lang w:val="pt-BR"/>
        </w:rPr>
        <w:br/>
      </w:r>
    </w:p>
    <w:p w14:paraId="7A759780" w14:textId="77777777" w:rsidR="002355BD" w:rsidRPr="001179E8" w:rsidRDefault="00000000">
      <w:pPr>
        <w:rPr>
          <w:lang w:val="pt-BR"/>
        </w:rPr>
      </w:pPr>
      <w:r w:rsidRPr="001179E8">
        <w:rPr>
          <w:lang w:val="pt-BR"/>
        </w:rPr>
        <w:t xml:space="preserve">"Não é isso," Clara suspirou, passando a mão pelo rosto. "Eu não te desprezo, Rick. Eu... tenho medo. Medo </w:t>
      </w:r>
      <w:r w:rsidRPr="001179E8">
        <w:rPr>
          <w:i/>
          <w:lang w:val="pt-BR"/>
        </w:rPr>
        <w:t>por</w:t>
      </w:r>
      <w:r w:rsidRPr="001179E8">
        <w:rPr>
          <w:lang w:val="pt-BR"/>
        </w:rPr>
        <w:t xml:space="preserve"> você, e medo </w:t>
      </w:r>
      <w:r w:rsidRPr="001179E8">
        <w:rPr>
          <w:i/>
          <w:lang w:val="pt-BR"/>
        </w:rPr>
        <w:t>de</w:t>
      </w:r>
      <w:r w:rsidRPr="001179E8">
        <w:rPr>
          <w:lang w:val="pt-BR"/>
        </w:rPr>
        <w:t xml:space="preserve"> você."</w:t>
      </w:r>
    </w:p>
    <w:p w14:paraId="0C41EFEE" w14:textId="77777777" w:rsidR="002355BD" w:rsidRPr="001179E8" w:rsidRDefault="00000000">
      <w:pPr>
        <w:rPr>
          <w:lang w:val="pt-BR"/>
        </w:rPr>
      </w:pPr>
      <w:r w:rsidRPr="001179E8">
        <w:rPr>
          <w:lang w:val="pt-BR"/>
        </w:rPr>
        <w:br/>
      </w:r>
    </w:p>
    <w:p w14:paraId="589E3CA0" w14:textId="77777777" w:rsidR="002355BD" w:rsidRPr="001179E8" w:rsidRDefault="00000000">
      <w:pPr>
        <w:rPr>
          <w:lang w:val="pt-BR"/>
        </w:rPr>
      </w:pPr>
      <w:r w:rsidRPr="001179E8">
        <w:rPr>
          <w:lang w:val="pt-BR"/>
        </w:rPr>
        <w:t>A confissão o pegou de surpresa. "Medo de mim? Por quê?"</w:t>
      </w:r>
    </w:p>
    <w:p w14:paraId="4988A4AF" w14:textId="77777777" w:rsidR="002355BD" w:rsidRPr="001179E8" w:rsidRDefault="00000000">
      <w:pPr>
        <w:rPr>
          <w:lang w:val="pt-BR"/>
        </w:rPr>
      </w:pPr>
      <w:r w:rsidRPr="001179E8">
        <w:rPr>
          <w:lang w:val="pt-BR"/>
        </w:rPr>
        <w:br/>
      </w:r>
    </w:p>
    <w:p w14:paraId="1A22B042" w14:textId="77777777" w:rsidR="002355BD" w:rsidRPr="001179E8" w:rsidRDefault="00000000">
      <w:pPr>
        <w:rPr>
          <w:lang w:val="pt-BR"/>
        </w:rPr>
      </w:pPr>
      <w:r w:rsidRPr="001179E8">
        <w:rPr>
          <w:lang w:val="pt-BR"/>
        </w:rPr>
        <w:t>"Seus poderes," ela disse, a voz baixa. "Eles são como os do seu pai, sim, a energia cinética, a força. Mas a manipulação de densidade, a intangibilidade... isso vem de mim. E o veneno... isso é algo novo, instável. Quando você perde o controle, quando a raiva toma conta... eu vejo o potencial destrutivo. O mesmo potencial que quase consumiu seu pai antes dele aprender a controlar. O mesmo que quase me consumiu quando perdi..." Ela parou, incapaz de terminar a frase, a menção de uma perda antiga pairando no ar.</w:t>
      </w:r>
    </w:p>
    <w:p w14:paraId="3FD08FEB" w14:textId="77777777" w:rsidR="002355BD" w:rsidRPr="001179E8" w:rsidRDefault="00000000">
      <w:pPr>
        <w:rPr>
          <w:lang w:val="pt-BR"/>
        </w:rPr>
      </w:pPr>
      <w:r w:rsidRPr="001179E8">
        <w:rPr>
          <w:lang w:val="pt-BR"/>
        </w:rPr>
        <w:lastRenderedPageBreak/>
        <w:br/>
      </w:r>
    </w:p>
    <w:p w14:paraId="3F2E1033" w14:textId="77777777" w:rsidR="002355BD" w:rsidRPr="001179E8" w:rsidRDefault="00000000">
      <w:pPr>
        <w:rPr>
          <w:lang w:val="pt-BR"/>
        </w:rPr>
      </w:pPr>
      <w:r w:rsidRPr="001179E8">
        <w:rPr>
          <w:lang w:val="pt-BR"/>
        </w:rPr>
        <w:t>"Você tem medo que eu me torne um monstro? Como o Nitro quase se tornou?" Rick perguntou, a compreensão começando a clarear a raiva.</w:t>
      </w:r>
    </w:p>
    <w:p w14:paraId="65304898" w14:textId="77777777" w:rsidR="002355BD" w:rsidRPr="001179E8" w:rsidRDefault="00000000">
      <w:pPr>
        <w:rPr>
          <w:lang w:val="pt-BR"/>
        </w:rPr>
      </w:pPr>
      <w:r w:rsidRPr="001179E8">
        <w:rPr>
          <w:lang w:val="pt-BR"/>
        </w:rPr>
        <w:br/>
      </w:r>
    </w:p>
    <w:p w14:paraId="085DE7C8" w14:textId="77777777" w:rsidR="002355BD" w:rsidRPr="001179E8" w:rsidRDefault="00000000">
      <w:pPr>
        <w:rPr>
          <w:lang w:val="pt-BR"/>
        </w:rPr>
      </w:pPr>
      <w:r w:rsidRPr="001179E8">
        <w:rPr>
          <w:lang w:val="pt-BR"/>
        </w:rPr>
        <w:t xml:space="preserve">"Tenho medo de perder você," Clara admitiu, vulnerável pela primeira vez. "Para a raiva, para o poder, para essa guerra. Eu te afasto porque... porque é mais fácil manter a distância do que encarar a possibilidade de te perder como quase perdi seu pai. Eu exijo perfeição porque tenho pavor das suas falhas, das minhas falhas refletidas em você. Não é desprezo, Rick. É medo. E culpa." </w:t>
      </w:r>
    </w:p>
    <w:p w14:paraId="1591A11A" w14:textId="77777777" w:rsidR="002355BD" w:rsidRPr="001179E8" w:rsidRDefault="00000000">
      <w:pPr>
        <w:rPr>
          <w:lang w:val="pt-BR"/>
        </w:rPr>
      </w:pPr>
      <w:r w:rsidRPr="001179E8">
        <w:rPr>
          <w:lang w:val="pt-BR"/>
        </w:rPr>
        <w:br/>
      </w:r>
    </w:p>
    <w:p w14:paraId="0EDE13D4" w14:textId="77777777" w:rsidR="002355BD" w:rsidRPr="001179E8" w:rsidRDefault="00000000">
      <w:pPr>
        <w:rPr>
          <w:lang w:val="pt-BR"/>
        </w:rPr>
      </w:pPr>
      <w:r w:rsidRPr="001179E8">
        <w:rPr>
          <w:lang w:val="pt-BR"/>
        </w:rPr>
        <w:t>A revelação atingiu Rick com força. Não era rejeição, mas um medo profundo e distorcido. Ele não sabia como responder, mas pela primeira vez, viu sua mãe não como a heroína Densa, mas como Clara, uma mulher assustada carregando o peso de traumas passados. O abismo entre eles não desapareceu, mas uma ponte frágil havia sido construída.</w:t>
      </w:r>
    </w:p>
    <w:p w14:paraId="78AB5406" w14:textId="77777777" w:rsidR="002355BD" w:rsidRPr="001179E8" w:rsidRDefault="00000000">
      <w:pPr>
        <w:rPr>
          <w:lang w:val="pt-BR"/>
        </w:rPr>
      </w:pPr>
      <w:r w:rsidRPr="001179E8">
        <w:rPr>
          <w:lang w:val="pt-BR"/>
        </w:rPr>
        <w:br/>
      </w:r>
    </w:p>
    <w:p w14:paraId="5FC36A3B" w14:textId="77777777" w:rsidR="002355BD" w:rsidRPr="001179E8" w:rsidRDefault="00000000">
      <w:pPr>
        <w:rPr>
          <w:lang w:val="pt-BR"/>
        </w:rPr>
      </w:pPr>
      <w:r w:rsidRPr="001179E8">
        <w:rPr>
          <w:lang w:val="pt-BR"/>
        </w:rPr>
        <w:t>Mais tarde, ele contou a Nicole sobre a conversa, a vulnerabilidade em sua voz espelhando a dela ao falar sobre sua origem. Eles se sentaram juntos na enfermaria silenciosa, não mais apenas como colegas de equipe ou amantes secretos, mas como duas almas feridas encontrando consolo e força uma na outra. O medo ainda estava lá, as dúvidas também, mas agora havia um entendimento compartilhado, um elo emocional que se tornava mais forte a cada revelação dolorosa.</w:t>
      </w:r>
    </w:p>
    <w:p w14:paraId="66CF439B" w14:textId="77777777" w:rsidR="002355BD" w:rsidRPr="001179E8" w:rsidRDefault="00000000">
      <w:pPr>
        <w:rPr>
          <w:lang w:val="pt-BR"/>
        </w:rPr>
      </w:pPr>
      <w:r w:rsidRPr="001179E8">
        <w:rPr>
          <w:lang w:val="pt-BR"/>
        </w:rPr>
        <w:br/>
      </w:r>
    </w:p>
    <w:p w14:paraId="386179E9" w14:textId="77777777" w:rsidR="002355BD" w:rsidRPr="001179E8" w:rsidRDefault="00000000">
      <w:pPr>
        <w:rPr>
          <w:lang w:val="pt-BR"/>
        </w:rPr>
      </w:pPr>
      <w:r w:rsidRPr="001179E8">
        <w:rPr>
          <w:lang w:val="pt-BR"/>
        </w:rPr>
        <w:t>Enquanto os heróis lidavam com seus traumas e revelações, outras peças se moviam no tabuleiro.</w:t>
      </w:r>
    </w:p>
    <w:p w14:paraId="0E8EA901" w14:textId="77777777" w:rsidR="002355BD" w:rsidRPr="001179E8" w:rsidRDefault="00000000">
      <w:pPr>
        <w:rPr>
          <w:lang w:val="pt-BR"/>
        </w:rPr>
      </w:pPr>
      <w:r w:rsidRPr="001179E8">
        <w:rPr>
          <w:lang w:val="pt-BR"/>
        </w:rPr>
        <w:br/>
      </w:r>
    </w:p>
    <w:p w14:paraId="11F6382C" w14:textId="77777777" w:rsidR="002355BD" w:rsidRPr="001179E8" w:rsidRDefault="00000000">
      <w:pPr>
        <w:rPr>
          <w:lang w:val="pt-BR"/>
        </w:rPr>
      </w:pPr>
      <w:r w:rsidRPr="001179E8">
        <w:rPr>
          <w:lang w:val="pt-BR"/>
        </w:rPr>
        <w:t xml:space="preserve">Linda (a Primordial II com poderes de fada), ainda perturbada pelas visões da Dragoa, descobriu algo inesperado durante uma sessão de treinamento vocal com Blue (que tentava controlar sua absorção cantando mantras de foco). Quando Linda atingiu uma nota particularmente alta e pura, um equipamento próximo que monitorava as anomalias do Véu </w:t>
      </w:r>
      <w:r w:rsidRPr="001179E8">
        <w:rPr>
          <w:lang w:val="pt-BR"/>
        </w:rPr>
        <w:lastRenderedPageBreak/>
        <w:t>apitou freneticamente. Sua voz, sua canção de fada, podia de alguma forma ressoar com as frequências das fendas dimensionais, detectando-as.</w:t>
      </w:r>
    </w:p>
    <w:p w14:paraId="2DD5BB4A" w14:textId="77777777" w:rsidR="002355BD" w:rsidRPr="001179E8" w:rsidRDefault="00000000">
      <w:pPr>
        <w:rPr>
          <w:lang w:val="pt-BR"/>
        </w:rPr>
      </w:pPr>
      <w:r w:rsidRPr="001179E8">
        <w:rPr>
          <w:lang w:val="pt-BR"/>
        </w:rPr>
        <w:br/>
      </w:r>
    </w:p>
    <w:p w14:paraId="7B7ECE69" w14:textId="77777777" w:rsidR="002355BD" w:rsidRPr="001179E8" w:rsidRDefault="00000000">
      <w:pPr>
        <w:rPr>
          <w:lang w:val="pt-BR"/>
        </w:rPr>
      </w:pPr>
      <w:r w:rsidRPr="001179E8">
        <w:rPr>
          <w:lang w:val="pt-BR"/>
        </w:rPr>
        <w:t>Em outro lugar, o General Vance, revisando relatórios de inteligência e fluxos financeiros incomuns, notou um padrão perturbador. Doações anônimas para políticos específicos, legislação sendo discretamente alterada para enfraquecer regulamentações sobre pesquisa energética e dimensional, figuras obscuras ganhando influência nos bastidores. Alguém estava manipulando o sistema por dentro. E então, um nome surgiu em um relatório interceptado, um nome que Vance não ouvia há anos: Crepúsculo. O mestre estrategista e manipulador, antigo inimigo dos Primordiais Originais, estava de volta à ativa.</w:t>
      </w:r>
    </w:p>
    <w:p w14:paraId="4AC18BC1" w14:textId="77777777" w:rsidR="002355BD" w:rsidRPr="001179E8" w:rsidRDefault="00000000">
      <w:pPr>
        <w:rPr>
          <w:lang w:val="pt-BR"/>
        </w:rPr>
      </w:pPr>
      <w:r w:rsidRPr="001179E8">
        <w:rPr>
          <w:lang w:val="pt-BR"/>
        </w:rPr>
        <w:br/>
      </w:r>
    </w:p>
    <w:p w14:paraId="7E1B3D75" w14:textId="77777777" w:rsidR="002355BD" w:rsidRPr="001179E8" w:rsidRDefault="00000000">
      <w:pPr>
        <w:rPr>
          <w:lang w:val="pt-BR"/>
        </w:rPr>
      </w:pPr>
      <w:r w:rsidRPr="001179E8">
        <w:rPr>
          <w:lang w:val="pt-BR"/>
        </w:rPr>
        <w:t>E, nas sombras mais profundas de Neo-Veridia, Crepúsculo sorriu. Seus planos, cuidadosamente elaborados por anos, estavam finalmente se concretizando. O caos gerado por Rox e Magenta era a distração perfeita. Enquanto os heróis se concentravam nas ameaças óbvias, ele movia suas peças, preparando o terreno para seu próprio jogo final. A ascensão dos novos poderes, a instabilidade do Véu, tudo isso servia aos seus propósitos. A era dos heróis estava chegando ao fim, e a sua estava prestes a começar.Enquanto Neo-Veridia lutava para lidar com as consequências dos fragmentos do Véu e a G.R.A.I.A. se desdobrava para conter o caos crescente e cuidar de seus feridos, uma busca desesperada por respostas acontecia nos níveis mais profundos da base. Com Sang-Suga ainda em recuperação lenta, alternando entre momentos de lucidez e delírios febris sobre "sombras com mil dentes" e "o Véu rasgado", Morgana LeFay e o Dr. Aris Thorne mergulharam nos arquivos mais antigos da organização e nos dados recuperados da torre antes de seu colapso.</w:t>
      </w:r>
    </w:p>
    <w:p w14:paraId="7611A33E" w14:textId="77777777" w:rsidR="002355BD" w:rsidRPr="001179E8" w:rsidRDefault="00000000">
      <w:pPr>
        <w:rPr>
          <w:lang w:val="pt-BR"/>
        </w:rPr>
      </w:pPr>
      <w:r w:rsidRPr="001179E8">
        <w:rPr>
          <w:lang w:val="pt-BR"/>
        </w:rPr>
        <w:br/>
      </w:r>
    </w:p>
    <w:p w14:paraId="1DB0778A" w14:textId="77777777" w:rsidR="002355BD" w:rsidRPr="001179E8" w:rsidRDefault="00000000">
      <w:pPr>
        <w:rPr>
          <w:lang w:val="pt-BR"/>
        </w:rPr>
      </w:pPr>
      <w:r w:rsidRPr="001179E8">
        <w:rPr>
          <w:lang w:val="pt-BR"/>
        </w:rPr>
        <w:t>Foi Morgana quem encontrou os primeiros fragmentos significativos, em textos que sua mãe havia estudado anos antes, textos que falavam da Ordem do Véu. Não era uma lenda, como muitos acreditavam, mas uma organização real, antiga e poderosa, dedicada a proteger a Terra de incursões extradimensionais. O primeiro Grão-Mestre, uma figura envolta em mistério, havia selado as primeiras grandes fendas séculos atrás, usando uma combinação de magia primordial e tecnologia esquecida.</w:t>
      </w:r>
    </w:p>
    <w:p w14:paraId="15E69FE9" w14:textId="77777777" w:rsidR="002355BD" w:rsidRPr="001179E8" w:rsidRDefault="00000000">
      <w:pPr>
        <w:rPr>
          <w:lang w:val="pt-BR"/>
        </w:rPr>
      </w:pPr>
      <w:r w:rsidRPr="001179E8">
        <w:rPr>
          <w:lang w:val="pt-BR"/>
        </w:rPr>
        <w:br/>
      </w:r>
    </w:p>
    <w:p w14:paraId="4B9158A7" w14:textId="77777777" w:rsidR="002355BD" w:rsidRPr="001179E8" w:rsidRDefault="00000000">
      <w:pPr>
        <w:rPr>
          <w:lang w:val="pt-BR"/>
        </w:rPr>
      </w:pPr>
      <w:r w:rsidRPr="001179E8">
        <w:rPr>
          <w:i/>
          <w:lang w:val="pt-BR"/>
        </w:rPr>
        <w:t xml:space="preserve">*Flashback: Uma planície varrida pelo vento, sob um céu de cor estranha. Uma figura encapuzada, o Primeiro Grão-Mestre, ergue um cajado que brilha com energia pura. Ao seu </w:t>
      </w:r>
      <w:r w:rsidRPr="001179E8">
        <w:rPr>
          <w:i/>
          <w:lang w:val="pt-BR"/>
        </w:rPr>
        <w:lastRenderedPageBreak/>
        <w:t>redor, guerreiros com armaduras arcanas lutam contra criaturas sombrias que emergem de um rasgo cintilante na realidade. Entre os guerreiros, figuras reconhecíveis, mais jovens, mais cruas: um homem envolto em chamas controladas (o ancestral de Fogo-Vivo?), uma mulher cuja forma cintilava com poder cósmico (uma predecessora de Densa?), um guerreiro cuja velocidade desafiava a percepção (Temporal em seu auge?). Eles lutavam com desespero, não apenas para repelir, mas para dar tempo ao Grão-Mestre. O cajado atinge o chão, e uma onda de luz branca e dourada emana, forçando o rasgo a se fechar com um grito que abala a própria realidade.*</w:t>
      </w:r>
    </w:p>
    <w:p w14:paraId="2202E28D" w14:textId="77777777" w:rsidR="002355BD" w:rsidRPr="001179E8" w:rsidRDefault="00000000">
      <w:pPr>
        <w:rPr>
          <w:lang w:val="pt-BR"/>
        </w:rPr>
      </w:pPr>
      <w:r w:rsidRPr="001179E8">
        <w:rPr>
          <w:lang w:val="pt-BR"/>
        </w:rPr>
        <w:br/>
      </w:r>
    </w:p>
    <w:p w14:paraId="63B9F391" w14:textId="77777777" w:rsidR="002355BD" w:rsidRPr="001179E8" w:rsidRDefault="00000000">
      <w:pPr>
        <w:rPr>
          <w:lang w:val="pt-BR"/>
        </w:rPr>
      </w:pPr>
      <w:r w:rsidRPr="001179E8">
        <w:rPr>
          <w:lang w:val="pt-BR"/>
        </w:rPr>
        <w:t>Os textos também falavam de profecias sombrias: o enfraquecimento do Véu, o retorno de entidades antigas como a Dragoa Maligna, e o surgimento de "Espectros", arautos de dimensões sombrias que poderiam atravessar quando as barreiras estivessem finas. Rox era apenas o primeiro. Havia outros, esperando. A menção fez um arrepio percorrer a espinha de Morgana. A ameaça era muito maior do que imaginavam.</w:t>
      </w:r>
    </w:p>
    <w:p w14:paraId="6FC1F24A" w14:textId="77777777" w:rsidR="002355BD" w:rsidRPr="001179E8" w:rsidRDefault="00000000">
      <w:pPr>
        <w:rPr>
          <w:lang w:val="pt-BR"/>
        </w:rPr>
      </w:pPr>
      <w:r w:rsidRPr="001179E8">
        <w:rPr>
          <w:lang w:val="pt-BR"/>
        </w:rPr>
        <w:br/>
      </w:r>
    </w:p>
    <w:p w14:paraId="7E79014E" w14:textId="77777777" w:rsidR="002355BD" w:rsidRPr="001179E8" w:rsidRDefault="00000000">
      <w:pPr>
        <w:rPr>
          <w:lang w:val="pt-BR"/>
        </w:rPr>
      </w:pPr>
      <w:r w:rsidRPr="001179E8">
        <w:rPr>
          <w:lang w:val="pt-BR"/>
        </w:rPr>
        <w:t>Enquanto Morgana desvendava a história arcana, Dr. Thorne fazia uma descoberta perturbadora sobre Chrome. Analisando os dados de seus diagnósticos após a batalha na torre e cruzando-os com arquivos recuperados do laboratório de seu pai, Eletron, Thorne isolou a composição exata do metal único que formava o corpo de Nicole. Não era uma liga terrestre, nem mesmo de origem extraterrestre conhecida. Era um minério com uma assinatura energética ressonante com... a energia dracônica detectada em Rox.</w:t>
      </w:r>
    </w:p>
    <w:p w14:paraId="03341A6E" w14:textId="77777777" w:rsidR="002355BD" w:rsidRPr="001179E8" w:rsidRDefault="00000000">
      <w:pPr>
        <w:rPr>
          <w:lang w:val="pt-BR"/>
        </w:rPr>
      </w:pPr>
      <w:r w:rsidRPr="001179E8">
        <w:rPr>
          <w:lang w:val="pt-BR"/>
        </w:rPr>
        <w:br/>
      </w:r>
    </w:p>
    <w:p w14:paraId="00E6A2A4" w14:textId="77777777" w:rsidR="002355BD" w:rsidRPr="001179E8" w:rsidRDefault="00000000">
      <w:pPr>
        <w:rPr>
          <w:lang w:val="pt-BR"/>
        </w:rPr>
      </w:pPr>
      <w:r w:rsidRPr="001179E8">
        <w:rPr>
          <w:lang w:val="pt-BR"/>
        </w:rPr>
        <w:t>"Minério Dracônico," Thorne murmurou para si mesmo em seu laboratório, observando as leituras holográficas. "Extremamente raro, considerado mítico. Possui propriedades condutoras e de resistência incríveis, mas também... uma certa volatilidade energética, uma afinidade com energias primordiais e caóticas." Ele acessou os arquivos criptografados de Eletron. "Seu pai sabia. Ele estava pesquisando isso... tentando criar um condutor estável, talvez até uma arma contra..." A frase estava incompleta, mas a implicação era clara.</w:t>
      </w:r>
    </w:p>
    <w:p w14:paraId="2AFA154B" w14:textId="77777777" w:rsidR="002355BD" w:rsidRPr="001179E8" w:rsidRDefault="00000000">
      <w:pPr>
        <w:rPr>
          <w:lang w:val="pt-BR"/>
        </w:rPr>
      </w:pPr>
      <w:r w:rsidRPr="001179E8">
        <w:rPr>
          <w:lang w:val="pt-BR"/>
        </w:rPr>
        <w:br/>
      </w:r>
    </w:p>
    <w:p w14:paraId="570FB30F" w14:textId="77777777" w:rsidR="002355BD" w:rsidRPr="001179E8" w:rsidRDefault="00000000">
      <w:pPr>
        <w:rPr>
          <w:lang w:val="pt-BR"/>
        </w:rPr>
      </w:pPr>
      <w:r w:rsidRPr="001179E8">
        <w:rPr>
          <w:lang w:val="pt-BR"/>
        </w:rPr>
        <w:t>Thorne contatou Nicole, que estava na enfermaria, passando por mais uma sessão de recalibração energética dolorosa, com Rick sentado rigidamente ao seu lado, recusando-se a sair. A notícia atingiu Nicole como um golpe físico. Seu corpo, sua própria existência, estava ligado à mesma fonte de poder que alimentava o monstro que quase a matou?</w:t>
      </w:r>
    </w:p>
    <w:p w14:paraId="105524D3" w14:textId="77777777" w:rsidR="002355BD" w:rsidRPr="001179E8" w:rsidRDefault="00000000">
      <w:pPr>
        <w:rPr>
          <w:lang w:val="pt-BR"/>
        </w:rPr>
      </w:pPr>
      <w:r w:rsidRPr="001179E8">
        <w:rPr>
          <w:lang w:val="pt-BR"/>
        </w:rPr>
        <w:lastRenderedPageBreak/>
        <w:br/>
      </w:r>
    </w:p>
    <w:p w14:paraId="2D7270B2" w14:textId="77777777" w:rsidR="002355BD" w:rsidRPr="001179E8" w:rsidRDefault="00000000">
      <w:pPr>
        <w:rPr>
          <w:lang w:val="pt-BR"/>
        </w:rPr>
      </w:pPr>
      <w:r w:rsidRPr="001179E8">
        <w:rPr>
          <w:lang w:val="pt-BR"/>
        </w:rPr>
        <w:t>"Isso não pode ser," ela sussurrou, olhando para suas mãos metálicas com uma nova sensação de horror. "Meu pai... ele teria me contado."</w:t>
      </w:r>
    </w:p>
    <w:p w14:paraId="1A5A1F6E" w14:textId="77777777" w:rsidR="002355BD" w:rsidRPr="001179E8" w:rsidRDefault="00000000">
      <w:pPr>
        <w:rPr>
          <w:lang w:val="pt-BR"/>
        </w:rPr>
      </w:pPr>
      <w:r w:rsidRPr="001179E8">
        <w:rPr>
          <w:lang w:val="pt-BR"/>
        </w:rPr>
        <w:br/>
      </w:r>
    </w:p>
    <w:p w14:paraId="0E746C5F" w14:textId="77777777" w:rsidR="002355BD" w:rsidRPr="001179E8" w:rsidRDefault="00000000">
      <w:pPr>
        <w:rPr>
          <w:lang w:val="pt-BR"/>
        </w:rPr>
      </w:pPr>
      <w:r w:rsidRPr="001179E8">
        <w:rPr>
          <w:lang w:val="pt-BR"/>
        </w:rPr>
        <w:t>"Talvez ele não soubesse toda a verdade, ou talvez estivesse tentando protegê-la," Thorne disse suavemente pelo comunicador. "Mas há mais, Nicole. Os arquivos de seu pai... eles mencionam um 'Protocolo Gênese'. Parece estar relacionado à sua criação, à infusão do metal em seu corpo. Mas os detalhes estão corrompidos, exceto por uma nota fragmentada: 'Instabilidade inerente. Risco de... rejeição catastrófica ou... sintonização indesejada'."</w:t>
      </w:r>
    </w:p>
    <w:p w14:paraId="236E2ED6" w14:textId="77777777" w:rsidR="002355BD" w:rsidRPr="001179E8" w:rsidRDefault="00000000">
      <w:pPr>
        <w:rPr>
          <w:lang w:val="pt-BR"/>
        </w:rPr>
      </w:pPr>
      <w:r w:rsidRPr="001179E8">
        <w:rPr>
          <w:lang w:val="pt-BR"/>
        </w:rPr>
        <w:br/>
      </w:r>
    </w:p>
    <w:p w14:paraId="550795AB" w14:textId="77777777" w:rsidR="002355BD" w:rsidRPr="001179E8" w:rsidRDefault="00000000">
      <w:pPr>
        <w:rPr>
          <w:lang w:val="pt-BR"/>
        </w:rPr>
      </w:pPr>
      <w:r w:rsidRPr="001179E8">
        <w:rPr>
          <w:lang w:val="pt-BR"/>
        </w:rPr>
        <w:t>Sintonização indesejada. Com a energia dracônica? Com Rox? A implicação era terrível. Nicole sentiu um frio percorrer seu corpo, um medo mais profundo do que qualquer batalha. Rick segurou sua mão metálica com força, seus próprios medos momentaneamente esquecidos diante do terror dela.</w:t>
      </w:r>
    </w:p>
    <w:p w14:paraId="1F05975E" w14:textId="77777777" w:rsidR="002355BD" w:rsidRPr="001179E8" w:rsidRDefault="00000000">
      <w:pPr>
        <w:rPr>
          <w:lang w:val="pt-BR"/>
        </w:rPr>
      </w:pPr>
      <w:r w:rsidRPr="001179E8">
        <w:rPr>
          <w:lang w:val="pt-BR"/>
        </w:rPr>
        <w:br/>
      </w:r>
    </w:p>
    <w:p w14:paraId="348CA73F" w14:textId="77777777" w:rsidR="002355BD" w:rsidRPr="001179E8" w:rsidRDefault="00000000">
      <w:pPr>
        <w:rPr>
          <w:lang w:val="pt-BR"/>
        </w:rPr>
      </w:pPr>
      <w:r w:rsidRPr="001179E8">
        <w:rPr>
          <w:lang w:val="pt-BR"/>
        </w:rPr>
        <w:t>"Ei," ele disse, sua voz rouca. "Nós vamos descobrir isso. Juntos. Você não está sozinha nisso."</w:t>
      </w:r>
    </w:p>
    <w:p w14:paraId="12F8FB46" w14:textId="77777777" w:rsidR="002355BD" w:rsidRPr="001179E8" w:rsidRDefault="00000000">
      <w:pPr>
        <w:rPr>
          <w:lang w:val="pt-BR"/>
        </w:rPr>
      </w:pPr>
      <w:r w:rsidRPr="001179E8">
        <w:rPr>
          <w:lang w:val="pt-BR"/>
        </w:rPr>
        <w:br/>
      </w:r>
    </w:p>
    <w:p w14:paraId="74CC68AB" w14:textId="77777777" w:rsidR="002355BD" w:rsidRPr="001179E8" w:rsidRDefault="00000000">
      <w:pPr>
        <w:rPr>
          <w:lang w:val="pt-BR"/>
        </w:rPr>
      </w:pPr>
      <w:r w:rsidRPr="001179E8">
        <w:rPr>
          <w:lang w:val="pt-BR"/>
        </w:rPr>
        <w:t>O apoio silencioso dele era uma âncora. Mas a descoberta abriu uma nova ferida, uma dúvida sobre sua própria identidade e origem que a assombraria.</w:t>
      </w:r>
    </w:p>
    <w:p w14:paraId="60D869D2" w14:textId="77777777" w:rsidR="002355BD" w:rsidRPr="001179E8" w:rsidRDefault="00000000">
      <w:pPr>
        <w:rPr>
          <w:lang w:val="pt-BR"/>
        </w:rPr>
      </w:pPr>
      <w:r w:rsidRPr="001179E8">
        <w:rPr>
          <w:lang w:val="pt-BR"/>
        </w:rPr>
        <w:br/>
      </w:r>
    </w:p>
    <w:p w14:paraId="6960874F" w14:textId="77777777" w:rsidR="002355BD" w:rsidRPr="001179E8" w:rsidRDefault="00000000">
      <w:pPr>
        <w:rPr>
          <w:lang w:val="pt-BR"/>
        </w:rPr>
      </w:pPr>
      <w:r w:rsidRPr="001179E8">
        <w:rPr>
          <w:lang w:val="pt-BR"/>
        </w:rPr>
        <w:t>Enquanto isso, Rick enfrentava seus próprios demônios familiares. Após dias de silêncio tenso, sua mãe, Densa, o confrontou novamente, não na área de treinamento, mas nos corredores silenciosos da base.</w:t>
      </w:r>
    </w:p>
    <w:p w14:paraId="3733E2BA" w14:textId="77777777" w:rsidR="002355BD" w:rsidRPr="001179E8" w:rsidRDefault="00000000">
      <w:pPr>
        <w:rPr>
          <w:lang w:val="pt-BR"/>
        </w:rPr>
      </w:pPr>
      <w:r w:rsidRPr="001179E8">
        <w:rPr>
          <w:lang w:val="pt-BR"/>
        </w:rPr>
        <w:br/>
      </w:r>
    </w:p>
    <w:p w14:paraId="5C8DCB2A" w14:textId="77777777" w:rsidR="002355BD" w:rsidRPr="001179E8" w:rsidRDefault="00000000">
      <w:pPr>
        <w:rPr>
          <w:lang w:val="pt-BR"/>
        </w:rPr>
      </w:pPr>
      <w:r w:rsidRPr="001179E8">
        <w:rPr>
          <w:lang w:val="pt-BR"/>
        </w:rPr>
        <w:t>"Precisamos conversar, Ricardo," ela disse, sua voz desprovida da firmeza habitual, substituída por uma exaustão profunda.</w:t>
      </w:r>
    </w:p>
    <w:p w14:paraId="46B8030B" w14:textId="77777777" w:rsidR="002355BD" w:rsidRPr="001179E8" w:rsidRDefault="00000000">
      <w:pPr>
        <w:rPr>
          <w:lang w:val="pt-BR"/>
        </w:rPr>
      </w:pPr>
      <w:r w:rsidRPr="001179E8">
        <w:rPr>
          <w:lang w:val="pt-BR"/>
        </w:rPr>
        <w:lastRenderedPageBreak/>
        <w:br/>
      </w:r>
    </w:p>
    <w:p w14:paraId="1C598F58" w14:textId="77777777" w:rsidR="002355BD" w:rsidRPr="001179E8" w:rsidRDefault="00000000">
      <w:pPr>
        <w:rPr>
          <w:lang w:val="pt-BR"/>
        </w:rPr>
      </w:pPr>
      <w:r w:rsidRPr="001179E8">
        <w:rPr>
          <w:lang w:val="pt-BR"/>
        </w:rPr>
        <w:t>"Sobre o quê? Sobre como eu não sou bom o suficiente para as missões importantes? Sobre como você preferia que eu não estivesse aqui?" A amargura de Rick era uma defesa automática.</w:t>
      </w:r>
    </w:p>
    <w:p w14:paraId="32DCEE59" w14:textId="77777777" w:rsidR="002355BD" w:rsidRPr="001179E8" w:rsidRDefault="00000000">
      <w:pPr>
        <w:rPr>
          <w:lang w:val="pt-BR"/>
        </w:rPr>
      </w:pPr>
      <w:r w:rsidRPr="001179E8">
        <w:rPr>
          <w:lang w:val="pt-BR"/>
        </w:rPr>
        <w:br/>
      </w:r>
    </w:p>
    <w:p w14:paraId="60B09BD4" w14:textId="77777777" w:rsidR="002355BD" w:rsidRPr="001179E8" w:rsidRDefault="00000000">
      <w:pPr>
        <w:rPr>
          <w:lang w:val="pt-BR"/>
        </w:rPr>
      </w:pPr>
      <w:r w:rsidRPr="001179E8">
        <w:rPr>
          <w:lang w:val="pt-BR"/>
        </w:rPr>
        <w:t xml:space="preserve">"Não é isso," Clara suspirou, passando a mão pelo rosto. "Eu não te desprezo, Rick. Eu... tenho medo. Medo </w:t>
      </w:r>
      <w:r w:rsidRPr="001179E8">
        <w:rPr>
          <w:i/>
          <w:lang w:val="pt-BR"/>
        </w:rPr>
        <w:t>*por*</w:t>
      </w:r>
      <w:r w:rsidRPr="001179E8">
        <w:rPr>
          <w:lang w:val="pt-BR"/>
        </w:rPr>
        <w:t xml:space="preserve"> você, e medo </w:t>
      </w:r>
      <w:r w:rsidRPr="001179E8">
        <w:rPr>
          <w:i/>
          <w:lang w:val="pt-BR"/>
        </w:rPr>
        <w:t>*de*</w:t>
      </w:r>
      <w:r w:rsidRPr="001179E8">
        <w:rPr>
          <w:lang w:val="pt-BR"/>
        </w:rPr>
        <w:t xml:space="preserve"> você."</w:t>
      </w:r>
    </w:p>
    <w:p w14:paraId="72570980" w14:textId="77777777" w:rsidR="002355BD" w:rsidRPr="001179E8" w:rsidRDefault="00000000">
      <w:pPr>
        <w:rPr>
          <w:lang w:val="pt-BR"/>
        </w:rPr>
      </w:pPr>
      <w:r w:rsidRPr="001179E8">
        <w:rPr>
          <w:lang w:val="pt-BR"/>
        </w:rPr>
        <w:br/>
      </w:r>
    </w:p>
    <w:p w14:paraId="10146C83" w14:textId="77777777" w:rsidR="002355BD" w:rsidRPr="001179E8" w:rsidRDefault="00000000">
      <w:pPr>
        <w:rPr>
          <w:lang w:val="pt-BR"/>
        </w:rPr>
      </w:pPr>
      <w:r w:rsidRPr="001179E8">
        <w:rPr>
          <w:lang w:val="pt-BR"/>
        </w:rPr>
        <w:t>A confissão o pegou de surpresa. "Medo de mim? Por quê?"</w:t>
      </w:r>
    </w:p>
    <w:p w14:paraId="7A939E8D" w14:textId="77777777" w:rsidR="002355BD" w:rsidRPr="001179E8" w:rsidRDefault="00000000">
      <w:pPr>
        <w:rPr>
          <w:lang w:val="pt-BR"/>
        </w:rPr>
      </w:pPr>
      <w:r w:rsidRPr="001179E8">
        <w:rPr>
          <w:lang w:val="pt-BR"/>
        </w:rPr>
        <w:br/>
      </w:r>
    </w:p>
    <w:p w14:paraId="0C367393" w14:textId="77777777" w:rsidR="002355BD" w:rsidRPr="001179E8" w:rsidRDefault="00000000">
      <w:pPr>
        <w:rPr>
          <w:lang w:val="pt-BR"/>
        </w:rPr>
      </w:pPr>
      <w:r w:rsidRPr="001179E8">
        <w:rPr>
          <w:lang w:val="pt-BR"/>
        </w:rPr>
        <w:t>"Seus poderes," ela disse, a voz baixa. "Eles são como os do seu pai, sim, a energia cinética, a força. Mas a manipulação de densidade, a intangibilidade... isso vem de mim. E o veneno... isso é algo novo, instável. Quando você perde o controle, quando a raiva toma conta... eu vejo o potencial destrutivo. O mesmo potencial que quase consumiu seu pai antes dele aprender a controlar. O mesmo que quase me consumiu quando perdi..." Ela parou, incapaz de terminar a frase, a menção de uma perda antiga pairando no ar.</w:t>
      </w:r>
    </w:p>
    <w:p w14:paraId="1FFC74B1" w14:textId="77777777" w:rsidR="002355BD" w:rsidRPr="001179E8" w:rsidRDefault="00000000">
      <w:pPr>
        <w:rPr>
          <w:lang w:val="pt-BR"/>
        </w:rPr>
      </w:pPr>
      <w:r w:rsidRPr="001179E8">
        <w:rPr>
          <w:lang w:val="pt-BR"/>
        </w:rPr>
        <w:br/>
      </w:r>
    </w:p>
    <w:p w14:paraId="33157D2C" w14:textId="77777777" w:rsidR="002355BD" w:rsidRPr="001179E8" w:rsidRDefault="00000000">
      <w:pPr>
        <w:rPr>
          <w:lang w:val="pt-BR"/>
        </w:rPr>
      </w:pPr>
      <w:r w:rsidRPr="001179E8">
        <w:rPr>
          <w:lang w:val="pt-BR"/>
        </w:rPr>
        <w:t>"Você tem medo que eu me torne um monstro? Como o Nitro quase se tornou?" Rick perguntou, a compreensão começando a clarear a raiva.</w:t>
      </w:r>
    </w:p>
    <w:p w14:paraId="5A6FD6C7" w14:textId="77777777" w:rsidR="002355BD" w:rsidRPr="001179E8" w:rsidRDefault="00000000">
      <w:pPr>
        <w:rPr>
          <w:lang w:val="pt-BR"/>
        </w:rPr>
      </w:pPr>
      <w:r w:rsidRPr="001179E8">
        <w:rPr>
          <w:lang w:val="pt-BR"/>
        </w:rPr>
        <w:br/>
      </w:r>
    </w:p>
    <w:p w14:paraId="0F8F6950" w14:textId="77777777" w:rsidR="002355BD" w:rsidRPr="001179E8" w:rsidRDefault="00000000">
      <w:pPr>
        <w:rPr>
          <w:lang w:val="pt-BR"/>
        </w:rPr>
      </w:pPr>
      <w:r w:rsidRPr="001179E8">
        <w:rPr>
          <w:lang w:val="pt-BR"/>
        </w:rPr>
        <w:t xml:space="preserve">"Tenho medo de perder você," Clara admitiu, vulnerável pela primeira vez. "Para a raiva, para o poder, para essa guerra. Eu te afasto porque... porque é mais fácil manter a distância do que encarar a possibilidade de te perder como quase perdi seu pai. Eu exijo perfeição porque tenho pavor das suas falhas, das minhas falhas refletidas em você. Não é desprezo, Rick. É medo. E culpa." </w:t>
      </w:r>
    </w:p>
    <w:p w14:paraId="0BC7CD73" w14:textId="77777777" w:rsidR="002355BD" w:rsidRPr="001179E8" w:rsidRDefault="00000000">
      <w:pPr>
        <w:rPr>
          <w:lang w:val="pt-BR"/>
        </w:rPr>
      </w:pPr>
      <w:r w:rsidRPr="001179E8">
        <w:rPr>
          <w:lang w:val="pt-BR"/>
        </w:rPr>
        <w:br/>
      </w:r>
    </w:p>
    <w:p w14:paraId="0B216EC7" w14:textId="77777777" w:rsidR="002355BD" w:rsidRPr="001179E8" w:rsidRDefault="00000000">
      <w:pPr>
        <w:rPr>
          <w:lang w:val="pt-BR"/>
        </w:rPr>
      </w:pPr>
      <w:r w:rsidRPr="001179E8">
        <w:rPr>
          <w:lang w:val="pt-BR"/>
        </w:rPr>
        <w:t xml:space="preserve">A revelação atingiu Rick com força. Não era rejeição, mas um medo profundo e distorcido. Ele não sabia como responder, mas pela primeira vez, viu sua mãe não como a heroína </w:t>
      </w:r>
      <w:r w:rsidRPr="001179E8">
        <w:rPr>
          <w:lang w:val="pt-BR"/>
        </w:rPr>
        <w:lastRenderedPageBreak/>
        <w:t>Densa, mas como Clara, uma mulher assustada carregando o peso de traumas passados. O abismo entre eles não desapareceu, mas uma ponte frágil havia sido construída.</w:t>
      </w:r>
    </w:p>
    <w:p w14:paraId="1CA36C09" w14:textId="77777777" w:rsidR="002355BD" w:rsidRPr="001179E8" w:rsidRDefault="00000000">
      <w:pPr>
        <w:rPr>
          <w:lang w:val="pt-BR"/>
        </w:rPr>
      </w:pPr>
      <w:r w:rsidRPr="001179E8">
        <w:rPr>
          <w:lang w:val="pt-BR"/>
        </w:rPr>
        <w:br/>
      </w:r>
    </w:p>
    <w:p w14:paraId="44746166" w14:textId="77777777" w:rsidR="002355BD" w:rsidRPr="001179E8" w:rsidRDefault="00000000">
      <w:pPr>
        <w:rPr>
          <w:lang w:val="pt-BR"/>
        </w:rPr>
      </w:pPr>
      <w:r w:rsidRPr="001179E8">
        <w:rPr>
          <w:lang w:val="pt-BR"/>
        </w:rPr>
        <w:t>Mais tarde, ele contou a Nicole sobre a conversa, a vulnerabilidade em sua voz espelhando a dela ao falar sobre sua origem. Eles se sentaram juntos na enfermaria silenciosa, não mais apenas como colegas de equipe ou amantes secretos, mas como duas almas feridas encontrando consolo e força uma na outra. O medo ainda estava lá, as dúvidas também, mas agora havia um entendimento compartilhado, um elo emocional que se tornava mais forte a cada revelação dolorosa.</w:t>
      </w:r>
    </w:p>
    <w:p w14:paraId="3FC94E83" w14:textId="77777777" w:rsidR="002355BD" w:rsidRPr="001179E8" w:rsidRDefault="00000000">
      <w:pPr>
        <w:rPr>
          <w:lang w:val="pt-BR"/>
        </w:rPr>
      </w:pPr>
      <w:r w:rsidRPr="001179E8">
        <w:rPr>
          <w:lang w:val="pt-BR"/>
        </w:rPr>
        <w:br/>
      </w:r>
    </w:p>
    <w:p w14:paraId="28D5C3DE" w14:textId="77777777" w:rsidR="002355BD" w:rsidRPr="001179E8" w:rsidRDefault="00000000">
      <w:pPr>
        <w:rPr>
          <w:lang w:val="pt-BR"/>
        </w:rPr>
      </w:pPr>
      <w:r w:rsidRPr="001179E8">
        <w:rPr>
          <w:lang w:val="pt-BR"/>
        </w:rPr>
        <w:t>Enquanto os heróis lidavam com seus traumas e revelações, outras peças se moviam no tabuleiro.</w:t>
      </w:r>
    </w:p>
    <w:p w14:paraId="2BC7F20B" w14:textId="77777777" w:rsidR="002355BD" w:rsidRPr="001179E8" w:rsidRDefault="00000000">
      <w:pPr>
        <w:rPr>
          <w:lang w:val="pt-BR"/>
        </w:rPr>
      </w:pPr>
      <w:r w:rsidRPr="001179E8">
        <w:rPr>
          <w:lang w:val="pt-BR"/>
        </w:rPr>
        <w:br/>
      </w:r>
    </w:p>
    <w:p w14:paraId="309D5408" w14:textId="77777777" w:rsidR="002355BD" w:rsidRPr="001179E8" w:rsidRDefault="00000000">
      <w:pPr>
        <w:rPr>
          <w:lang w:val="pt-BR"/>
        </w:rPr>
      </w:pPr>
      <w:r w:rsidRPr="001179E8">
        <w:rPr>
          <w:lang w:val="pt-BR"/>
        </w:rPr>
        <w:t>Linda (a Primordial II com poderes de fada), ainda perturbada pelas visões da Dragoa, descobriu algo inesperado durante uma sessão de treinamento vocal com Blue (que tentava controlar sua absorção cantando mantras de foco). Quando Linda atingiu uma nota particularmente alta e pura, um equipamento próximo que monitorava as anomalias do Véu apitou freneticamente. Sua voz, sua canção de fada, podia de alguma forma ressoar com as frequências das fendas dimensionais, detectando-as.</w:t>
      </w:r>
    </w:p>
    <w:p w14:paraId="1EAD8E0D" w14:textId="77777777" w:rsidR="002355BD" w:rsidRPr="001179E8" w:rsidRDefault="00000000">
      <w:pPr>
        <w:rPr>
          <w:lang w:val="pt-BR"/>
        </w:rPr>
      </w:pPr>
      <w:r w:rsidRPr="001179E8">
        <w:rPr>
          <w:lang w:val="pt-BR"/>
        </w:rPr>
        <w:br/>
      </w:r>
    </w:p>
    <w:p w14:paraId="032F45B8" w14:textId="77777777" w:rsidR="002355BD" w:rsidRPr="001179E8" w:rsidRDefault="00000000">
      <w:pPr>
        <w:rPr>
          <w:lang w:val="pt-BR"/>
        </w:rPr>
      </w:pPr>
      <w:r w:rsidRPr="001179E8">
        <w:rPr>
          <w:lang w:val="pt-BR"/>
        </w:rPr>
        <w:t>Em outro lugar, o General Vance, revisando relatórios de inteligência e fluxos financeiros incomuns, notou um padrão perturbador. Doações anônimas para políticos específicos, legislação sendo discretamente alterada para enfraquecer regulamentações sobre pesquisa energética e dimensional, figuras obscuras ganhando influência nos bastidores. Alguém estava manipulando o sistema por dentro. E então, um nome surgiu em um relatório interceptado, um nome que Vance não ouvia há anos: Crepúsculo. O mestre estrategista e manipulador, antigo inimigo dos Primordiais Originais, estava de volta à ativa.</w:t>
      </w:r>
    </w:p>
    <w:p w14:paraId="479251C6" w14:textId="77777777" w:rsidR="002355BD" w:rsidRPr="001179E8" w:rsidRDefault="00000000">
      <w:pPr>
        <w:rPr>
          <w:lang w:val="pt-BR"/>
        </w:rPr>
      </w:pPr>
      <w:r w:rsidRPr="001179E8">
        <w:rPr>
          <w:lang w:val="pt-BR"/>
        </w:rPr>
        <w:br/>
      </w:r>
    </w:p>
    <w:p w14:paraId="53580008" w14:textId="77777777" w:rsidR="002355BD" w:rsidRPr="001179E8" w:rsidRDefault="00000000">
      <w:pPr>
        <w:rPr>
          <w:lang w:val="pt-BR"/>
        </w:rPr>
      </w:pPr>
      <w:r w:rsidRPr="001179E8">
        <w:rPr>
          <w:lang w:val="pt-BR"/>
        </w:rPr>
        <w:t xml:space="preserve">E, nas sombras mais profundas de Neo-Veridia, Crepúsculo sorriu. Seus planos, cuidadosamente elaborados por anos, estavam finalmente se concretizando. O caos gerado por Rox e Magenta era a distração perfeita. Enquanto os heróis se concentravam nas ameaças óbvias, ele movia suas peças, preparando o terreno para seu próprio jogo final. A </w:t>
      </w:r>
      <w:r w:rsidRPr="001179E8">
        <w:rPr>
          <w:lang w:val="pt-BR"/>
        </w:rPr>
        <w:lastRenderedPageBreak/>
        <w:t>ascensão dos novos poderes, a instabilidade do Véu, tudo isso servia aos seus propósitos. A era dos heróis estava chegando ao fim, e a sua estava prestes a começar.</w:t>
      </w:r>
    </w:p>
    <w:p w14:paraId="72062159" w14:textId="77777777" w:rsidR="002355BD" w:rsidRPr="001179E8" w:rsidRDefault="002355BD">
      <w:pPr>
        <w:rPr>
          <w:lang w:val="pt-BR"/>
        </w:rPr>
      </w:pPr>
    </w:p>
    <w:p w14:paraId="703A497E" w14:textId="77777777" w:rsidR="002355BD" w:rsidRPr="001179E8" w:rsidRDefault="002355BD">
      <w:pPr>
        <w:rPr>
          <w:lang w:val="pt-BR"/>
        </w:rPr>
      </w:pPr>
    </w:p>
    <w:p w14:paraId="072251DA" w14:textId="77777777" w:rsidR="002355BD" w:rsidRPr="001179E8" w:rsidRDefault="00000000">
      <w:pPr>
        <w:rPr>
          <w:lang w:val="pt-BR"/>
        </w:rPr>
      </w:pPr>
      <w:r w:rsidRPr="001179E8">
        <w:rPr>
          <w:lang w:val="pt-BR"/>
        </w:rPr>
        <w:t>O Espectro Rox, fortalecido pela alma elemental do Fogo, não perdeu tempo. Sua presença sombria e flamejante começou a se manifestar em locais esquecidos pelo tempo, domínios de poder que antecediam até mesmo a Ordem do Véu. Eram nexos de energia pura, lugares onde Lordes elementais ou entidades arcanas haviam deixado sua marca eras atrás. Com uma fúria calculada, Rox começou a rasgar esses domínios.</w:t>
      </w:r>
    </w:p>
    <w:p w14:paraId="4AAABB09" w14:textId="77777777" w:rsidR="002355BD" w:rsidRPr="001179E8" w:rsidRDefault="00000000">
      <w:pPr>
        <w:rPr>
          <w:lang w:val="pt-BR"/>
        </w:rPr>
      </w:pPr>
      <w:r w:rsidRPr="001179E8">
        <w:rPr>
          <w:lang w:val="pt-BR"/>
        </w:rPr>
        <w:br/>
      </w:r>
    </w:p>
    <w:p w14:paraId="12D633DF" w14:textId="77777777" w:rsidR="002355BD" w:rsidRPr="001179E8" w:rsidRDefault="00000000">
      <w:pPr>
        <w:rPr>
          <w:lang w:val="pt-BR"/>
        </w:rPr>
      </w:pPr>
      <w:r w:rsidRPr="001179E8">
        <w:rPr>
          <w:lang w:val="pt-BR"/>
        </w:rPr>
        <w:t>Relatos chegavam à G.R.A.I.A. como ondas de choque: uma ilha flutuante ancestral, mantida por magia da terra, desabou no oceano após Rox drenar seu núcleo energético; um vulcão adormecido, lar de um espírito de magma primordial, entrou em erupção violenta quando Rox arrancou sua essência; uma biblioteca astral, contendo ecos de conhecimento antigo, foi incendiada por chamas espectrais após ter sua energia de proteção consumida.</w:t>
      </w:r>
    </w:p>
    <w:p w14:paraId="3E909F32" w14:textId="77777777" w:rsidR="002355BD" w:rsidRPr="001179E8" w:rsidRDefault="00000000">
      <w:pPr>
        <w:rPr>
          <w:lang w:val="pt-BR"/>
        </w:rPr>
      </w:pPr>
      <w:r w:rsidRPr="001179E8">
        <w:rPr>
          <w:lang w:val="pt-BR"/>
        </w:rPr>
        <w:br/>
      </w:r>
    </w:p>
    <w:p w14:paraId="4D3808F2" w14:textId="77777777" w:rsidR="002355BD" w:rsidRPr="001179E8" w:rsidRDefault="00000000">
      <w:pPr>
        <w:rPr>
          <w:lang w:val="pt-BR"/>
        </w:rPr>
      </w:pPr>
      <w:r w:rsidRPr="001179E8">
        <w:rPr>
          <w:lang w:val="pt-BR"/>
        </w:rPr>
        <w:t>A cada domínio destruído, a assinatura energética de Rox crescia exponencialmente. Ele não estava apenas absorvendo poder; estava desfazendo a antiga tapeçaria da realidade, consumindo os resquícios de ordem que o precederam. Suas transmissões psíquicas, captadas intermitentemente pelos sensores da G.R.A.I.A., eram delírios de grandeza e destruição: "Este mundo falho... será refeito... purificado em fogo e sombra... com minhas próprias mãos!"</w:t>
      </w:r>
    </w:p>
    <w:p w14:paraId="79BC0633" w14:textId="77777777" w:rsidR="002355BD" w:rsidRPr="001179E8" w:rsidRDefault="00000000">
      <w:pPr>
        <w:rPr>
          <w:lang w:val="pt-BR"/>
        </w:rPr>
      </w:pPr>
      <w:r w:rsidRPr="001179E8">
        <w:rPr>
          <w:lang w:val="pt-BR"/>
        </w:rPr>
        <w:br/>
      </w:r>
    </w:p>
    <w:p w14:paraId="3D46CE02" w14:textId="77777777" w:rsidR="002355BD" w:rsidRPr="001179E8" w:rsidRDefault="00000000">
      <w:pPr>
        <w:rPr>
          <w:lang w:val="pt-BR"/>
        </w:rPr>
      </w:pPr>
      <w:r w:rsidRPr="001179E8">
        <w:rPr>
          <w:lang w:val="pt-BR"/>
        </w:rPr>
        <w:t>A escalada era rápida e brutal. Os heróis mal tinham tempo de se recuperar dos eventos da torre, e já enfrentavam um inimigo cujo poder crescia a cada hora. Na sala de guerra da G.R.A.I.A., o General Vance observava o mapa tático global, os pontos vermelhos representando os ataques de Rox se multiplicando como uma praga.</w:t>
      </w:r>
    </w:p>
    <w:p w14:paraId="605A09C0" w14:textId="77777777" w:rsidR="002355BD" w:rsidRPr="001179E8" w:rsidRDefault="00000000">
      <w:pPr>
        <w:rPr>
          <w:lang w:val="pt-BR"/>
        </w:rPr>
      </w:pPr>
      <w:r w:rsidRPr="001179E8">
        <w:rPr>
          <w:lang w:val="pt-BR"/>
        </w:rPr>
        <w:br/>
      </w:r>
    </w:p>
    <w:p w14:paraId="79350195" w14:textId="77777777" w:rsidR="002355BD" w:rsidRPr="001179E8" w:rsidRDefault="00000000">
      <w:pPr>
        <w:rPr>
          <w:lang w:val="pt-BR"/>
        </w:rPr>
      </w:pPr>
      <w:r w:rsidRPr="001179E8">
        <w:rPr>
          <w:lang w:val="pt-BR"/>
        </w:rPr>
        <w:t>"Ele não está apenas ficando mais forte, está desestabilizando ativamente as linhas de ley do planeta," disse Morgana, ainda com o braço na tipóia, mas seus olhos focados nos padrões de energia. "Se ele destruir mais alguns desses nexos primordiais... as consequências podem ser irreversíveis. Rasgos permanentes no Véu, caos elemental generalizado."</w:t>
      </w:r>
    </w:p>
    <w:p w14:paraId="018AB47B" w14:textId="77777777" w:rsidR="002355BD" w:rsidRPr="001179E8" w:rsidRDefault="00000000">
      <w:pPr>
        <w:rPr>
          <w:lang w:val="pt-BR"/>
        </w:rPr>
      </w:pPr>
      <w:r w:rsidRPr="001179E8">
        <w:rPr>
          <w:lang w:val="pt-BR"/>
        </w:rPr>
        <w:lastRenderedPageBreak/>
        <w:br/>
      </w:r>
    </w:p>
    <w:p w14:paraId="413A9632" w14:textId="77777777" w:rsidR="002355BD" w:rsidRPr="001179E8" w:rsidRDefault="00000000">
      <w:pPr>
        <w:rPr>
          <w:lang w:val="pt-BR"/>
        </w:rPr>
      </w:pPr>
      <w:r w:rsidRPr="001179E8">
        <w:rPr>
          <w:lang w:val="pt-BR"/>
        </w:rPr>
        <w:t>Vance assentiu gravemente, seu rosto marcado pela tensão. "Não podemos mais reagir. Precisamos antecipar seu próximo alvo e interceptá-lo. Mas enfrentá-lo diretamente..." Ele olhou para os relatórios médicos dos Primordiais II e da equipe de assalto. Estavam feridos, exaustos, traumatizados. "Ele está poderoso demais para nossa equipe principal no momento."</w:t>
      </w:r>
    </w:p>
    <w:p w14:paraId="7FA0C8E3" w14:textId="77777777" w:rsidR="002355BD" w:rsidRPr="001179E8" w:rsidRDefault="00000000">
      <w:pPr>
        <w:rPr>
          <w:lang w:val="pt-BR"/>
        </w:rPr>
      </w:pPr>
      <w:r w:rsidRPr="001179E8">
        <w:rPr>
          <w:lang w:val="pt-BR"/>
        </w:rPr>
        <w:br/>
      </w:r>
    </w:p>
    <w:p w14:paraId="5647B821" w14:textId="77777777" w:rsidR="002355BD" w:rsidRPr="001179E8" w:rsidRDefault="00000000">
      <w:pPr>
        <w:rPr>
          <w:lang w:val="pt-BR"/>
        </w:rPr>
      </w:pPr>
      <w:r w:rsidRPr="001179E8">
        <w:rPr>
          <w:lang w:val="pt-BR"/>
        </w:rPr>
        <w:t>Uma decisão difícil pairava no ar. Vance respirou fundo. "Preparem a Diretiva Ômega. Vamos montar uma equipe de interceptação com nossos agentes mais experientes e poderosos. Aqueles que entendem o custo. Uma missão de contenção de alto risco. Uma chance de retardá-lo, de ganhar tempo para que os mais jovens se recuperem e encontremos uma fraqueza."</w:t>
      </w:r>
    </w:p>
    <w:p w14:paraId="186FBA02" w14:textId="77777777" w:rsidR="002355BD" w:rsidRPr="001179E8" w:rsidRDefault="00000000">
      <w:pPr>
        <w:rPr>
          <w:lang w:val="pt-BR"/>
        </w:rPr>
      </w:pPr>
      <w:r w:rsidRPr="001179E8">
        <w:rPr>
          <w:lang w:val="pt-BR"/>
        </w:rPr>
        <w:br/>
      </w:r>
    </w:p>
    <w:p w14:paraId="113FA769" w14:textId="77777777" w:rsidR="002355BD" w:rsidRPr="001179E8" w:rsidRDefault="00000000">
      <w:pPr>
        <w:rPr>
          <w:lang w:val="pt-BR"/>
        </w:rPr>
      </w:pPr>
      <w:r w:rsidRPr="001179E8">
        <w:rPr>
          <w:lang w:val="pt-BR"/>
        </w:rPr>
        <w:t>A sala ficou em silêncio. Diretiva Ômega era o código para missões quase suicidas, onde a probabilidade de retorno era mínima. Significava enviar os veteranos, os pilares da G.R.A.I.A., para a linha de frente contra um poder avassalador. Nomes como Temporal, Fogo-Vivo, talvez até Nitro e Densa, pairavam no ar.</w:t>
      </w:r>
    </w:p>
    <w:p w14:paraId="520621F6" w14:textId="77777777" w:rsidR="002355BD" w:rsidRPr="001179E8" w:rsidRDefault="00000000">
      <w:pPr>
        <w:rPr>
          <w:lang w:val="pt-BR"/>
        </w:rPr>
      </w:pPr>
      <w:r w:rsidRPr="001179E8">
        <w:rPr>
          <w:lang w:val="pt-BR"/>
        </w:rPr>
        <w:br/>
      </w:r>
    </w:p>
    <w:p w14:paraId="5051CAC2" w14:textId="77777777" w:rsidR="002355BD" w:rsidRPr="001179E8" w:rsidRDefault="00000000">
      <w:pPr>
        <w:rPr>
          <w:lang w:val="pt-BR"/>
        </w:rPr>
      </w:pPr>
      <w:r w:rsidRPr="001179E8">
        <w:rPr>
          <w:lang w:val="pt-BR"/>
        </w:rPr>
        <w:t>Enquanto a liderança tomava decisões sombrias, os relacionamentos na base eram testados ao limite.</w:t>
      </w:r>
    </w:p>
    <w:p w14:paraId="6CDC5FFF" w14:textId="77777777" w:rsidR="002355BD" w:rsidRPr="001179E8" w:rsidRDefault="00000000">
      <w:pPr>
        <w:rPr>
          <w:lang w:val="pt-BR"/>
        </w:rPr>
      </w:pPr>
      <w:r w:rsidRPr="001179E8">
        <w:rPr>
          <w:lang w:val="pt-BR"/>
        </w:rPr>
        <w:br/>
      </w:r>
    </w:p>
    <w:p w14:paraId="5D5BAC93" w14:textId="77777777" w:rsidR="002355BD" w:rsidRPr="001179E8" w:rsidRDefault="00000000">
      <w:pPr>
        <w:rPr>
          <w:lang w:val="pt-BR"/>
        </w:rPr>
      </w:pPr>
      <w:r w:rsidRPr="001179E8">
        <w:rPr>
          <w:lang w:val="pt-BR"/>
        </w:rPr>
        <w:t>Nicole (Chrome) estava em seu laboratório improvisado, tentando analisar os fragmentos de dados sobre o "Protocolo Gênese" e o minério dracônico que compunha seu corpo. O medo era uma corrente fria sob sua pele metálica. Ela era uma arma esperando para ser sintonizada com o inimigo? Uma bomba-relógio? A porta se abriu e Eletron, seu pai, entrou, acompanhado por Nyx, sua mãe, cuja presença imponente parecia preencher a sala.</w:t>
      </w:r>
    </w:p>
    <w:p w14:paraId="20F875D2" w14:textId="77777777" w:rsidR="002355BD" w:rsidRPr="001179E8" w:rsidRDefault="00000000">
      <w:pPr>
        <w:rPr>
          <w:lang w:val="pt-BR"/>
        </w:rPr>
      </w:pPr>
      <w:r w:rsidRPr="001179E8">
        <w:rPr>
          <w:lang w:val="pt-BR"/>
        </w:rPr>
        <w:br/>
      </w:r>
    </w:p>
    <w:p w14:paraId="76CCBAC6" w14:textId="77777777" w:rsidR="002355BD" w:rsidRPr="001179E8" w:rsidRDefault="00000000">
      <w:pPr>
        <w:rPr>
          <w:lang w:val="pt-BR"/>
        </w:rPr>
      </w:pPr>
      <w:r w:rsidRPr="001179E8">
        <w:rPr>
          <w:lang w:val="pt-BR"/>
        </w:rPr>
        <w:t>"Nicole," Eletron começou, sua voz carregada de preocupação. "Dr. Thorne nos informou sobre suas... descobertas."</w:t>
      </w:r>
    </w:p>
    <w:p w14:paraId="272634B1" w14:textId="77777777" w:rsidR="002355BD" w:rsidRPr="001179E8" w:rsidRDefault="00000000">
      <w:pPr>
        <w:rPr>
          <w:lang w:val="pt-BR"/>
        </w:rPr>
      </w:pPr>
      <w:r w:rsidRPr="001179E8">
        <w:rPr>
          <w:lang w:val="pt-BR"/>
        </w:rPr>
        <w:lastRenderedPageBreak/>
        <w:br/>
      </w:r>
    </w:p>
    <w:p w14:paraId="7FC04064" w14:textId="77777777" w:rsidR="002355BD" w:rsidRPr="001179E8" w:rsidRDefault="00000000">
      <w:pPr>
        <w:rPr>
          <w:lang w:val="pt-BR"/>
        </w:rPr>
      </w:pPr>
      <w:r w:rsidRPr="001179E8">
        <w:rPr>
          <w:lang w:val="pt-BR"/>
        </w:rPr>
        <w:t>"Vocês sabiam?" A voz de Nicole era baixa, vibrando com uma mistura de medo e acusação. "Sobre o metal? Sobre de onde ele veio?"</w:t>
      </w:r>
    </w:p>
    <w:p w14:paraId="0D733138" w14:textId="77777777" w:rsidR="002355BD" w:rsidRPr="001179E8" w:rsidRDefault="00000000">
      <w:pPr>
        <w:rPr>
          <w:lang w:val="pt-BR"/>
        </w:rPr>
      </w:pPr>
      <w:r w:rsidRPr="001179E8">
        <w:rPr>
          <w:lang w:val="pt-BR"/>
        </w:rPr>
        <w:br/>
      </w:r>
    </w:p>
    <w:p w14:paraId="1733F29C" w14:textId="77777777" w:rsidR="002355BD" w:rsidRPr="001179E8" w:rsidRDefault="00000000">
      <w:pPr>
        <w:rPr>
          <w:lang w:val="pt-BR"/>
        </w:rPr>
      </w:pPr>
      <w:r w:rsidRPr="001179E8">
        <w:rPr>
          <w:lang w:val="pt-BR"/>
        </w:rPr>
        <w:t>Eletron hesitou. "Nós sabíamos que era... único. Poderoso. Perigoso. Eu o encontrei... um fragmento do lendário Dragão Justo... em uma zona de impacto dimensional. Estava pesquisando como neutralizar sua ressonância inerente. Quando você sofreu o acidente que quase a matou, sua fisiologia única, herança minha e de sua mãe, reagiu de forma imprevisível à exposição energética. Usar o fragmento do Dragão Justo para tentar estabilizar sua matriz bio-energética foi um ato desesperado... que desencadeou uma fusão bio-metálica que salvou sua vida, mas a transformou nisso. Eu acreditava que sua força de vontade poderia conter as propriedades mais... voláteis."</w:t>
      </w:r>
    </w:p>
    <w:p w14:paraId="3EEF062A" w14:textId="77777777" w:rsidR="002355BD" w:rsidRPr="001179E8" w:rsidRDefault="00000000">
      <w:pPr>
        <w:rPr>
          <w:lang w:val="pt-BR"/>
        </w:rPr>
      </w:pPr>
      <w:r w:rsidRPr="001179E8">
        <w:rPr>
          <w:lang w:val="pt-BR"/>
        </w:rPr>
        <w:br/>
      </w:r>
    </w:p>
    <w:p w14:paraId="72CC5BA3" w14:textId="77777777" w:rsidR="002355BD" w:rsidRPr="001179E8" w:rsidRDefault="00000000">
      <w:pPr>
        <w:rPr>
          <w:lang w:val="pt-BR"/>
        </w:rPr>
      </w:pPr>
      <w:r w:rsidRPr="001179E8">
        <w:rPr>
          <w:lang w:val="pt-BR"/>
        </w:rPr>
        <w:t>"E o Protocolo Gênese? A 'sintonização indesejada'?" Nicole pressionou.</w:t>
      </w:r>
    </w:p>
    <w:p w14:paraId="24E46903" w14:textId="77777777" w:rsidR="002355BD" w:rsidRPr="001179E8" w:rsidRDefault="00000000">
      <w:pPr>
        <w:rPr>
          <w:lang w:val="pt-BR"/>
        </w:rPr>
      </w:pPr>
      <w:r w:rsidRPr="001179E8">
        <w:rPr>
          <w:lang w:val="pt-BR"/>
        </w:rPr>
        <w:br/>
      </w:r>
    </w:p>
    <w:p w14:paraId="699D6809" w14:textId="77777777" w:rsidR="002355BD" w:rsidRPr="001179E8" w:rsidRDefault="00000000">
      <w:pPr>
        <w:rPr>
          <w:lang w:val="pt-BR"/>
        </w:rPr>
      </w:pPr>
      <w:r w:rsidRPr="001179E8">
        <w:rPr>
          <w:lang w:val="pt-BR"/>
        </w:rPr>
        <w:t>Foi Nyx quem respondeu, sua voz ressoando com ecos de eras. "O minério não é apenas metal, criança. É um fragmento cristalizado da essência de uma entidade dracônica primordial, anterior à própria Dragoa Maligna que alimenta Rox. Ele anseia por energia, por poder. Seu pai tentou isolá-la, mas a conexão está lá. Rox, sendo um arauto dracônico, pode tentar... ressoar com essa essência dentro de você. Usá-la. Ou destruí-la."</w:t>
      </w:r>
    </w:p>
    <w:p w14:paraId="56AD1A34" w14:textId="77777777" w:rsidR="002355BD" w:rsidRPr="001179E8" w:rsidRDefault="00000000">
      <w:pPr>
        <w:rPr>
          <w:lang w:val="pt-BR"/>
        </w:rPr>
      </w:pPr>
      <w:r w:rsidRPr="001179E8">
        <w:rPr>
          <w:lang w:val="pt-BR"/>
        </w:rPr>
        <w:br/>
      </w:r>
    </w:p>
    <w:p w14:paraId="49D31D2C" w14:textId="77777777" w:rsidR="002355BD" w:rsidRPr="001179E8" w:rsidRDefault="00000000">
      <w:pPr>
        <w:rPr>
          <w:lang w:val="pt-BR"/>
        </w:rPr>
      </w:pPr>
      <w:r w:rsidRPr="001179E8">
        <w:rPr>
          <w:lang w:val="pt-BR"/>
        </w:rPr>
        <w:t>O medo de Nicole se intensificou. "Então eu sou... um perigo? Para todos?"</w:t>
      </w:r>
    </w:p>
    <w:p w14:paraId="43130A7C" w14:textId="77777777" w:rsidR="002355BD" w:rsidRPr="001179E8" w:rsidRDefault="00000000">
      <w:pPr>
        <w:rPr>
          <w:lang w:val="pt-BR"/>
        </w:rPr>
      </w:pPr>
      <w:r w:rsidRPr="001179E8">
        <w:rPr>
          <w:lang w:val="pt-BR"/>
        </w:rPr>
        <w:br/>
      </w:r>
    </w:p>
    <w:p w14:paraId="4C86074B" w14:textId="77777777" w:rsidR="002355BD" w:rsidRPr="001179E8" w:rsidRDefault="00000000">
      <w:pPr>
        <w:rPr>
          <w:lang w:val="pt-BR"/>
        </w:rPr>
      </w:pPr>
      <w:r w:rsidRPr="001179E8">
        <w:rPr>
          <w:lang w:val="pt-BR"/>
        </w:rPr>
        <w:t>"Você é uma incógnita," Nyx corrigiu, seus olhos cósmicos fixos nos dela. "Seu controle, sua vontade, sua humanidade... são fatores que nem seu pai nem eu podemos prever. O potencial para grande poder e grande perigo coexistem em você. A escolha de qual caminho seguir... será sua."</w:t>
      </w:r>
    </w:p>
    <w:p w14:paraId="4CD2B6B1" w14:textId="77777777" w:rsidR="002355BD" w:rsidRPr="001179E8" w:rsidRDefault="00000000">
      <w:pPr>
        <w:rPr>
          <w:lang w:val="pt-BR"/>
        </w:rPr>
      </w:pPr>
      <w:r w:rsidRPr="001179E8">
        <w:rPr>
          <w:lang w:val="pt-BR"/>
        </w:rPr>
        <w:br/>
      </w:r>
    </w:p>
    <w:p w14:paraId="4AB77419" w14:textId="77777777" w:rsidR="002355BD" w:rsidRPr="001179E8" w:rsidRDefault="00000000">
      <w:pPr>
        <w:rPr>
          <w:lang w:val="pt-BR"/>
        </w:rPr>
      </w:pPr>
      <w:r w:rsidRPr="001179E8">
        <w:rPr>
          <w:lang w:val="pt-BR"/>
        </w:rPr>
        <w:lastRenderedPageBreak/>
        <w:t>As palavras não eram reconfortantes, mas eram honestas. Eletron colocou a mão no ombro dela. "Eu nunca quis isso para você, Nicole. Eu só queria te salvar. Vamos encontrar uma maneira de proteger você."</w:t>
      </w:r>
    </w:p>
    <w:p w14:paraId="7AEDCE14" w14:textId="77777777" w:rsidR="002355BD" w:rsidRPr="001179E8" w:rsidRDefault="00000000">
      <w:pPr>
        <w:rPr>
          <w:lang w:val="pt-BR"/>
        </w:rPr>
      </w:pPr>
      <w:r w:rsidRPr="001179E8">
        <w:rPr>
          <w:lang w:val="pt-BR"/>
        </w:rPr>
        <w:br/>
      </w:r>
    </w:p>
    <w:p w14:paraId="1007BDCB" w14:textId="77777777" w:rsidR="002355BD" w:rsidRPr="001179E8" w:rsidRDefault="00000000">
      <w:pPr>
        <w:rPr>
          <w:lang w:val="pt-BR"/>
        </w:rPr>
      </w:pPr>
      <w:r w:rsidRPr="001179E8">
        <w:rPr>
          <w:lang w:val="pt-BR"/>
        </w:rPr>
        <w:t>Mas a dúvida havia sido plantada. Nicole ficou sozinha no laboratório, olhando para suas mãos metálicas, sentindo-se mais alienígena e assustada do que nunca.</w:t>
      </w:r>
    </w:p>
    <w:p w14:paraId="1408D736" w14:textId="77777777" w:rsidR="002355BD" w:rsidRPr="001179E8" w:rsidRDefault="00000000">
      <w:pPr>
        <w:rPr>
          <w:lang w:val="pt-BR"/>
        </w:rPr>
      </w:pPr>
      <w:r w:rsidRPr="001179E8">
        <w:rPr>
          <w:lang w:val="pt-BR"/>
        </w:rPr>
        <w:br/>
      </w:r>
    </w:p>
    <w:p w14:paraId="3234EA84" w14:textId="77777777" w:rsidR="002355BD" w:rsidRPr="001179E8" w:rsidRDefault="00000000">
      <w:pPr>
        <w:rPr>
          <w:lang w:val="pt-BR"/>
        </w:rPr>
      </w:pPr>
      <w:r w:rsidRPr="001179E8">
        <w:rPr>
          <w:lang w:val="pt-BR"/>
        </w:rPr>
        <w:t>Em outra parte da base, Rick estava treinando com uma fúria renovada, a imagem de Nicole ferida alimentando sua determinação. Seu pai, Nitro (Marco Santos), observava das sombras, uma expressão complexa no rosto.</w:t>
      </w:r>
    </w:p>
    <w:p w14:paraId="331590C3" w14:textId="77777777" w:rsidR="002355BD" w:rsidRPr="001179E8" w:rsidRDefault="00000000">
      <w:pPr>
        <w:rPr>
          <w:lang w:val="pt-BR"/>
        </w:rPr>
      </w:pPr>
      <w:r w:rsidRPr="001179E8">
        <w:rPr>
          <w:lang w:val="pt-BR"/>
        </w:rPr>
        <w:br/>
      </w:r>
    </w:p>
    <w:p w14:paraId="5D5F5544" w14:textId="77777777" w:rsidR="002355BD" w:rsidRPr="001179E8" w:rsidRDefault="00000000">
      <w:pPr>
        <w:rPr>
          <w:lang w:val="pt-BR"/>
        </w:rPr>
      </w:pPr>
      <w:r w:rsidRPr="001179E8">
        <w:rPr>
          <w:lang w:val="pt-BR"/>
        </w:rPr>
        <w:t>"Você vai abrir um buraco no chão se continuar assim," Marco disse, aproximando-se.</w:t>
      </w:r>
    </w:p>
    <w:p w14:paraId="2D56F609" w14:textId="77777777" w:rsidR="002355BD" w:rsidRPr="001179E8" w:rsidRDefault="00000000">
      <w:pPr>
        <w:rPr>
          <w:lang w:val="pt-BR"/>
        </w:rPr>
      </w:pPr>
      <w:r w:rsidRPr="001179E8">
        <w:rPr>
          <w:lang w:val="pt-BR"/>
        </w:rPr>
        <w:br/>
      </w:r>
    </w:p>
    <w:p w14:paraId="7C29730F" w14:textId="77777777" w:rsidR="002355BD" w:rsidRPr="001179E8" w:rsidRDefault="00000000">
      <w:pPr>
        <w:rPr>
          <w:lang w:val="pt-BR"/>
        </w:rPr>
      </w:pPr>
      <w:r w:rsidRPr="001179E8">
        <w:rPr>
          <w:lang w:val="pt-BR"/>
        </w:rPr>
        <w:t>Rick parou, ofegante. "Preciso ficar mais forte. Rox... ele quase a matou. Ele vai voltar."</w:t>
      </w:r>
    </w:p>
    <w:p w14:paraId="5D3004B4" w14:textId="77777777" w:rsidR="002355BD" w:rsidRPr="001179E8" w:rsidRDefault="00000000">
      <w:pPr>
        <w:rPr>
          <w:lang w:val="pt-BR"/>
        </w:rPr>
      </w:pPr>
      <w:r w:rsidRPr="001179E8">
        <w:rPr>
          <w:lang w:val="pt-BR"/>
        </w:rPr>
        <w:br/>
      </w:r>
    </w:p>
    <w:p w14:paraId="163149C8" w14:textId="77777777" w:rsidR="002355BD" w:rsidRPr="001179E8" w:rsidRDefault="00000000">
      <w:pPr>
        <w:rPr>
          <w:lang w:val="pt-BR"/>
        </w:rPr>
      </w:pPr>
      <w:r w:rsidRPr="001179E8">
        <w:rPr>
          <w:lang w:val="pt-BR"/>
        </w:rPr>
        <w:t>"Eu sei," Marco disse calmamente. "Mas treinar até a exaustão não vai adiantar se sua cabeça não estiver no lugar." Ele fez uma pausa. "Eu vi como você olha para ela. Como ficou quando eles voltaram."</w:t>
      </w:r>
    </w:p>
    <w:p w14:paraId="7BE82FB4" w14:textId="77777777" w:rsidR="002355BD" w:rsidRPr="001179E8" w:rsidRDefault="00000000">
      <w:pPr>
        <w:rPr>
          <w:lang w:val="pt-BR"/>
        </w:rPr>
      </w:pPr>
      <w:r w:rsidRPr="001179E8">
        <w:rPr>
          <w:lang w:val="pt-BR"/>
        </w:rPr>
        <w:br/>
      </w:r>
    </w:p>
    <w:p w14:paraId="157B197C" w14:textId="77777777" w:rsidR="002355BD" w:rsidRPr="001179E8" w:rsidRDefault="00000000">
      <w:pPr>
        <w:rPr>
          <w:lang w:val="pt-BR"/>
        </w:rPr>
      </w:pPr>
      <w:r w:rsidRPr="001179E8">
        <w:rPr>
          <w:lang w:val="pt-BR"/>
        </w:rPr>
        <w:t>Rick ficou tenso, esperando uma bronca, uma advertência. Mas a voz de Marco era suave. "Sua mãe e eu... nós também começamos assim. No meio do caos, da batalha. Encontrar alguém que entende o peso, a pressão... é raro." Ele colocou a mão no ombro do filho, um gesto muito diferente do de Clara. "Não deixe o medo te impedir, Rick. Nem o medo do que você sente, nem o medo de perdê-la. Isso só te enfraquece. Proteja-a, lute ao lado dela, mas não se esconda atrás da raiva."</w:t>
      </w:r>
    </w:p>
    <w:p w14:paraId="2E8D5EB9" w14:textId="77777777" w:rsidR="002355BD" w:rsidRPr="001179E8" w:rsidRDefault="00000000">
      <w:pPr>
        <w:rPr>
          <w:lang w:val="pt-BR"/>
        </w:rPr>
      </w:pPr>
      <w:r w:rsidRPr="001179E8">
        <w:rPr>
          <w:lang w:val="pt-BR"/>
        </w:rPr>
        <w:br/>
      </w:r>
    </w:p>
    <w:p w14:paraId="0077AD49" w14:textId="77777777" w:rsidR="002355BD" w:rsidRPr="001179E8" w:rsidRDefault="00000000">
      <w:pPr>
        <w:rPr>
          <w:lang w:val="pt-BR"/>
        </w:rPr>
      </w:pPr>
      <w:r w:rsidRPr="001179E8">
        <w:rPr>
          <w:lang w:val="pt-BR"/>
        </w:rPr>
        <w:lastRenderedPageBreak/>
        <w:t>O apoio inesperado de seu pai, a validação de seus sentimentos, pegou Rick desprevenido. Ele apenas assentiu, as palavras de Marco ecoando em sua mente.</w:t>
      </w:r>
    </w:p>
    <w:p w14:paraId="0A3F8757" w14:textId="77777777" w:rsidR="002355BD" w:rsidRPr="001179E8" w:rsidRDefault="00000000">
      <w:pPr>
        <w:rPr>
          <w:lang w:val="pt-BR"/>
        </w:rPr>
      </w:pPr>
      <w:r w:rsidRPr="001179E8">
        <w:rPr>
          <w:lang w:val="pt-BR"/>
        </w:rPr>
        <w:br/>
      </w:r>
    </w:p>
    <w:p w14:paraId="4237C277" w14:textId="77777777" w:rsidR="002355BD" w:rsidRPr="001179E8" w:rsidRDefault="00000000">
      <w:pPr>
        <w:rPr>
          <w:lang w:val="pt-BR"/>
        </w:rPr>
      </w:pPr>
      <w:r w:rsidRPr="001179E8">
        <w:rPr>
          <w:lang w:val="pt-BR"/>
        </w:rPr>
        <w:t>Mais tarde naquele dia, a tensão acumulada explodiu. Rick encontrou Nicole novamente no laboratório. Ela estava tentando executar diagnósticos em si mesma, mas suas mãos tremiam levemente.</w:t>
      </w:r>
    </w:p>
    <w:p w14:paraId="702C1480" w14:textId="77777777" w:rsidR="002355BD" w:rsidRPr="001179E8" w:rsidRDefault="00000000">
      <w:pPr>
        <w:rPr>
          <w:lang w:val="pt-BR"/>
        </w:rPr>
      </w:pPr>
      <w:r w:rsidRPr="001179E8">
        <w:rPr>
          <w:lang w:val="pt-BR"/>
        </w:rPr>
        <w:br/>
      </w:r>
    </w:p>
    <w:p w14:paraId="661B5CBF" w14:textId="77777777" w:rsidR="002355BD" w:rsidRPr="001179E8" w:rsidRDefault="00000000">
      <w:pPr>
        <w:rPr>
          <w:lang w:val="pt-BR"/>
        </w:rPr>
      </w:pPr>
      <w:r w:rsidRPr="001179E8">
        <w:rPr>
          <w:lang w:val="pt-BR"/>
        </w:rPr>
        <w:t>"Você não deveria estar descansando?" Rick perguntou, tentando manter a voz neutra.</w:t>
      </w:r>
    </w:p>
    <w:p w14:paraId="42C1FB1B" w14:textId="77777777" w:rsidR="002355BD" w:rsidRPr="001179E8" w:rsidRDefault="00000000">
      <w:pPr>
        <w:rPr>
          <w:lang w:val="pt-BR"/>
        </w:rPr>
      </w:pPr>
      <w:r w:rsidRPr="001179E8">
        <w:rPr>
          <w:lang w:val="pt-BR"/>
        </w:rPr>
        <w:br/>
      </w:r>
    </w:p>
    <w:p w14:paraId="26CB0DFB" w14:textId="77777777" w:rsidR="002355BD" w:rsidRPr="001179E8" w:rsidRDefault="00000000">
      <w:pPr>
        <w:rPr>
          <w:lang w:val="pt-BR"/>
        </w:rPr>
      </w:pPr>
      <w:r w:rsidRPr="001179E8">
        <w:rPr>
          <w:lang w:val="pt-BR"/>
        </w:rPr>
        <w:t xml:space="preserve">"Eu preciso entender isso, Rick!" ela explodiu, virando-se para ele, seus olhos cinzentos faiscando. "Essa... coisa dentro de mim! E se Nyx estiver certa? E se eu for um risco? E se eu machucar alguém? Machucar </w:t>
      </w:r>
      <w:r w:rsidRPr="001179E8">
        <w:rPr>
          <w:i/>
          <w:lang w:val="pt-BR"/>
        </w:rPr>
        <w:t>você</w:t>
      </w:r>
      <w:r w:rsidRPr="001179E8">
        <w:rPr>
          <w:lang w:val="pt-BR"/>
        </w:rPr>
        <w:t>?"</w:t>
      </w:r>
    </w:p>
    <w:p w14:paraId="56E4217C" w14:textId="77777777" w:rsidR="002355BD" w:rsidRPr="001179E8" w:rsidRDefault="00000000">
      <w:pPr>
        <w:rPr>
          <w:lang w:val="pt-BR"/>
        </w:rPr>
      </w:pPr>
      <w:r w:rsidRPr="001179E8">
        <w:rPr>
          <w:lang w:val="pt-BR"/>
        </w:rPr>
        <w:br/>
      </w:r>
    </w:p>
    <w:p w14:paraId="08E580F2" w14:textId="77777777" w:rsidR="002355BD" w:rsidRPr="001179E8" w:rsidRDefault="00000000">
      <w:pPr>
        <w:rPr>
          <w:lang w:val="pt-BR"/>
        </w:rPr>
      </w:pPr>
      <w:r w:rsidRPr="001179E8">
        <w:rPr>
          <w:lang w:val="pt-BR"/>
        </w:rPr>
        <w:t>"Isso não vai acontecer," ele disse firmemente.</w:t>
      </w:r>
    </w:p>
    <w:p w14:paraId="679070CB" w14:textId="77777777" w:rsidR="002355BD" w:rsidRPr="001179E8" w:rsidRDefault="00000000">
      <w:pPr>
        <w:rPr>
          <w:lang w:val="pt-BR"/>
        </w:rPr>
      </w:pPr>
      <w:r w:rsidRPr="001179E8">
        <w:rPr>
          <w:lang w:val="pt-BR"/>
        </w:rPr>
        <w:br/>
      </w:r>
    </w:p>
    <w:p w14:paraId="2B441462" w14:textId="77777777" w:rsidR="002355BD" w:rsidRPr="001179E8" w:rsidRDefault="00000000">
      <w:pPr>
        <w:rPr>
          <w:lang w:val="pt-BR"/>
        </w:rPr>
      </w:pPr>
      <w:r w:rsidRPr="001179E8">
        <w:rPr>
          <w:lang w:val="pt-BR"/>
        </w:rPr>
        <w:t>"Como você sabe?!" ela retrucou, a voz embargada. "Você viu o que Rox fez! Essa energia... está ligada a ele! E se ele tentar me controlar? E se eu não conseguir lutar contra isso?"</w:t>
      </w:r>
    </w:p>
    <w:p w14:paraId="6DCEB802" w14:textId="77777777" w:rsidR="002355BD" w:rsidRPr="001179E8" w:rsidRDefault="00000000">
      <w:pPr>
        <w:rPr>
          <w:lang w:val="pt-BR"/>
        </w:rPr>
      </w:pPr>
      <w:r w:rsidRPr="001179E8">
        <w:rPr>
          <w:lang w:val="pt-BR"/>
        </w:rPr>
        <w:br/>
      </w:r>
    </w:p>
    <w:p w14:paraId="2E761EB6" w14:textId="77777777" w:rsidR="002355BD" w:rsidRPr="001179E8" w:rsidRDefault="00000000">
      <w:pPr>
        <w:rPr>
          <w:lang w:val="pt-BR"/>
        </w:rPr>
      </w:pPr>
      <w:r w:rsidRPr="001179E8">
        <w:rPr>
          <w:lang w:val="pt-BR"/>
        </w:rPr>
        <w:t>O medo dela espelhava o dele – o medo de seu próprio poder, de perder o controle, de falhar. Mas em vez de oferecer conforto, a própria ansiedade de Rick veio à tona. "Então lute! Você é mais forte do que pensa, Nicole! Pare de se afogar na dúvida! Precisamos de você focada!"</w:t>
      </w:r>
    </w:p>
    <w:p w14:paraId="0484FADF" w14:textId="77777777" w:rsidR="002355BD" w:rsidRPr="001179E8" w:rsidRDefault="00000000">
      <w:pPr>
        <w:rPr>
          <w:lang w:val="pt-BR"/>
        </w:rPr>
      </w:pPr>
      <w:r w:rsidRPr="001179E8">
        <w:rPr>
          <w:lang w:val="pt-BR"/>
        </w:rPr>
        <w:br/>
      </w:r>
    </w:p>
    <w:p w14:paraId="7C98ECD0" w14:textId="77777777" w:rsidR="002355BD" w:rsidRPr="001179E8" w:rsidRDefault="00000000">
      <w:pPr>
        <w:rPr>
          <w:lang w:val="pt-BR"/>
        </w:rPr>
      </w:pPr>
      <w:r w:rsidRPr="001179E8">
        <w:rPr>
          <w:lang w:val="pt-BR"/>
        </w:rPr>
        <w:t>"Focada?" ela riu amargamente. "Fácil para você dizer! Você não tem um pedaço de dragão assassino ressoando no seu esqueleto! Você não tem que se preocupar em se tornar uma arma para o inimigo!"</w:t>
      </w:r>
    </w:p>
    <w:p w14:paraId="11C1E36C" w14:textId="77777777" w:rsidR="002355BD" w:rsidRPr="001179E8" w:rsidRDefault="00000000">
      <w:pPr>
        <w:rPr>
          <w:lang w:val="pt-BR"/>
        </w:rPr>
      </w:pPr>
      <w:r w:rsidRPr="001179E8">
        <w:rPr>
          <w:lang w:val="pt-BR"/>
        </w:rPr>
        <w:lastRenderedPageBreak/>
        <w:br/>
      </w:r>
    </w:p>
    <w:p w14:paraId="563E6373" w14:textId="77777777" w:rsidR="002355BD" w:rsidRPr="001179E8" w:rsidRDefault="00000000">
      <w:pPr>
        <w:rPr>
          <w:lang w:val="pt-BR"/>
        </w:rPr>
      </w:pPr>
      <w:r w:rsidRPr="001179E8">
        <w:rPr>
          <w:lang w:val="pt-BR"/>
        </w:rPr>
        <w:t>"E você acha que eu não tenho medo?" Rick gritou de volta, a raiva e o medo finalmente transbordando. "Medo de não ser forte o suficiente? Medo de perder você como quase perdi na torre? Medo de que meus próprios poderes me transformem em algo que eu odeio? Todos nós temos medo, Nicole! Mas se esconder não vai ajudar!"</w:t>
      </w:r>
    </w:p>
    <w:p w14:paraId="327A1BFA" w14:textId="77777777" w:rsidR="002355BD" w:rsidRPr="001179E8" w:rsidRDefault="00000000">
      <w:pPr>
        <w:rPr>
          <w:lang w:val="pt-BR"/>
        </w:rPr>
      </w:pPr>
      <w:r w:rsidRPr="001179E8">
        <w:rPr>
          <w:lang w:val="pt-BR"/>
        </w:rPr>
        <w:br/>
      </w:r>
    </w:p>
    <w:p w14:paraId="11902090" w14:textId="77777777" w:rsidR="002355BD" w:rsidRPr="001179E8" w:rsidRDefault="00000000">
      <w:pPr>
        <w:rPr>
          <w:lang w:val="pt-BR"/>
        </w:rPr>
      </w:pPr>
      <w:r w:rsidRPr="001179E8">
        <w:rPr>
          <w:lang w:val="pt-BR"/>
        </w:rPr>
        <w:t>As palavras ásperas pairaram entre eles. A dor e o medo nos olhos um do outro eram um reflexo doloroso. Nicole recuou, ferida pela explosão dele. Rick imediatamente se arrependeu de suas palavras, vendo a dor que causara.</w:t>
      </w:r>
    </w:p>
    <w:p w14:paraId="613DE683" w14:textId="77777777" w:rsidR="002355BD" w:rsidRPr="001179E8" w:rsidRDefault="00000000">
      <w:pPr>
        <w:rPr>
          <w:lang w:val="pt-BR"/>
        </w:rPr>
      </w:pPr>
      <w:r w:rsidRPr="001179E8">
        <w:rPr>
          <w:lang w:val="pt-BR"/>
        </w:rPr>
        <w:br/>
      </w:r>
    </w:p>
    <w:p w14:paraId="1EC12441" w14:textId="77777777" w:rsidR="002355BD" w:rsidRPr="001179E8" w:rsidRDefault="00000000">
      <w:pPr>
        <w:rPr>
          <w:lang w:val="pt-BR"/>
        </w:rPr>
      </w:pPr>
      <w:r w:rsidRPr="001179E8">
        <w:rPr>
          <w:lang w:val="pt-BR"/>
        </w:rPr>
        <w:t>"Nick, eu..." ele começou, dando um passo em direção a ela.</w:t>
      </w:r>
    </w:p>
    <w:p w14:paraId="7298A455" w14:textId="77777777" w:rsidR="002355BD" w:rsidRPr="001179E8" w:rsidRDefault="00000000">
      <w:pPr>
        <w:rPr>
          <w:lang w:val="pt-BR"/>
        </w:rPr>
      </w:pPr>
      <w:r w:rsidRPr="001179E8">
        <w:rPr>
          <w:lang w:val="pt-BR"/>
        </w:rPr>
        <w:br/>
      </w:r>
    </w:p>
    <w:p w14:paraId="64E53F19" w14:textId="77777777" w:rsidR="002355BD" w:rsidRPr="001179E8" w:rsidRDefault="00000000">
      <w:pPr>
        <w:rPr>
          <w:lang w:val="pt-BR"/>
        </w:rPr>
      </w:pPr>
      <w:r w:rsidRPr="001179E8">
        <w:rPr>
          <w:lang w:val="pt-BR"/>
        </w:rPr>
        <w:t>"Não," ela sussurrou, lágrimas inesperadas brilhando em seus olhos antes que ela as controlasse. "Você está certo. Se esconder não adianta." Ela respirou fundo, a vulnerabilidade dando lugar a uma determinação frágil. "Mas eu estou apavorada, Rick."</w:t>
      </w:r>
    </w:p>
    <w:p w14:paraId="49B2836A" w14:textId="77777777" w:rsidR="002355BD" w:rsidRPr="001179E8" w:rsidRDefault="00000000">
      <w:pPr>
        <w:rPr>
          <w:lang w:val="pt-BR"/>
        </w:rPr>
      </w:pPr>
      <w:r w:rsidRPr="001179E8">
        <w:rPr>
          <w:lang w:val="pt-BR"/>
        </w:rPr>
        <w:br/>
      </w:r>
    </w:p>
    <w:p w14:paraId="60685179" w14:textId="77777777" w:rsidR="002355BD" w:rsidRPr="001179E8" w:rsidRDefault="00000000">
      <w:pPr>
        <w:rPr>
          <w:lang w:val="pt-BR"/>
        </w:rPr>
      </w:pPr>
      <w:r w:rsidRPr="001179E8">
        <w:rPr>
          <w:lang w:val="pt-BR"/>
        </w:rPr>
        <w:t>Ele fechou a distância entre eles, parando bem na frente dela. "Eu também," ele admitiu, sua própria voz baixa e rouca. "Mas talvez... talvez seja menos assustador se estivermos apavorados juntos."</w:t>
      </w:r>
    </w:p>
    <w:p w14:paraId="1D0A723D" w14:textId="77777777" w:rsidR="002355BD" w:rsidRPr="001179E8" w:rsidRDefault="00000000">
      <w:pPr>
        <w:rPr>
          <w:lang w:val="pt-BR"/>
        </w:rPr>
      </w:pPr>
      <w:r w:rsidRPr="001179E8">
        <w:rPr>
          <w:lang w:val="pt-BR"/>
        </w:rPr>
        <w:br/>
      </w:r>
    </w:p>
    <w:p w14:paraId="34CD5B7D" w14:textId="77777777" w:rsidR="002355BD" w:rsidRPr="001179E8" w:rsidRDefault="00000000">
      <w:pPr>
        <w:rPr>
          <w:lang w:val="pt-BR"/>
        </w:rPr>
      </w:pPr>
      <w:r w:rsidRPr="001179E8">
        <w:rPr>
          <w:lang w:val="pt-BR"/>
        </w:rPr>
        <w:t>Ele ergueu a mão, não para seu rosto metálico desta vez, mas para sua mão humana, entrelaçando seus dedos com os dela. Ela apertou de volta, uma conexão silenciosa passando entre eles.</w:t>
      </w:r>
    </w:p>
    <w:p w14:paraId="453B8F45" w14:textId="77777777" w:rsidR="002355BD" w:rsidRPr="001179E8" w:rsidRDefault="00000000">
      <w:pPr>
        <w:rPr>
          <w:lang w:val="pt-BR"/>
        </w:rPr>
      </w:pPr>
      <w:r w:rsidRPr="001179E8">
        <w:rPr>
          <w:lang w:val="pt-BR"/>
        </w:rPr>
        <w:br/>
      </w:r>
    </w:p>
    <w:p w14:paraId="18F42123" w14:textId="77777777" w:rsidR="002355BD" w:rsidRPr="001179E8" w:rsidRDefault="00000000">
      <w:pPr>
        <w:rPr>
          <w:lang w:val="pt-BR"/>
        </w:rPr>
      </w:pPr>
      <w:r w:rsidRPr="001179E8">
        <w:rPr>
          <w:lang w:val="pt-BR"/>
        </w:rPr>
        <w:t>"Rick, eu..." ela começou, mas ele a interrompeu suavemente.</w:t>
      </w:r>
    </w:p>
    <w:p w14:paraId="68A7F1BC" w14:textId="77777777" w:rsidR="002355BD" w:rsidRPr="001179E8" w:rsidRDefault="00000000">
      <w:pPr>
        <w:rPr>
          <w:lang w:val="pt-BR"/>
        </w:rPr>
      </w:pPr>
      <w:r w:rsidRPr="001179E8">
        <w:rPr>
          <w:lang w:val="pt-BR"/>
        </w:rPr>
        <w:br/>
      </w:r>
    </w:p>
    <w:p w14:paraId="0DF1B814" w14:textId="77777777" w:rsidR="002355BD" w:rsidRPr="001179E8" w:rsidRDefault="00000000">
      <w:pPr>
        <w:rPr>
          <w:lang w:val="pt-BR"/>
        </w:rPr>
      </w:pPr>
      <w:r w:rsidRPr="001179E8">
        <w:rPr>
          <w:lang w:val="pt-BR"/>
        </w:rPr>
        <w:lastRenderedPageBreak/>
        <w:t>"Eu sei," ele disse. E ele sabia. Sabia do medo dela, da força dela, da confusão dela. E sabia, com uma clareza que o assustou e o acalmou ao mesmo tempo, o que sentia por ela.</w:t>
      </w:r>
    </w:p>
    <w:p w14:paraId="0D2F97A2" w14:textId="77777777" w:rsidR="002355BD" w:rsidRPr="001179E8" w:rsidRDefault="00000000">
      <w:pPr>
        <w:rPr>
          <w:lang w:val="pt-BR"/>
        </w:rPr>
      </w:pPr>
      <w:r w:rsidRPr="001179E8">
        <w:rPr>
          <w:lang w:val="pt-BR"/>
        </w:rPr>
        <w:br/>
      </w:r>
    </w:p>
    <w:p w14:paraId="75D8D673" w14:textId="77777777" w:rsidR="002355BD" w:rsidRPr="001179E8" w:rsidRDefault="00000000">
      <w:pPr>
        <w:rPr>
          <w:lang w:val="pt-BR"/>
        </w:rPr>
      </w:pPr>
      <w:r w:rsidRPr="001179E8">
        <w:rPr>
          <w:lang w:val="pt-BR"/>
        </w:rPr>
        <w:t>"Eu te amo, Nicole," ele disse, as palavras saindo com uma simplicidade e sinceridade que surpreendeu a ambos.</w:t>
      </w:r>
    </w:p>
    <w:p w14:paraId="1AA7E740" w14:textId="77777777" w:rsidR="002355BD" w:rsidRPr="001179E8" w:rsidRDefault="00000000">
      <w:pPr>
        <w:rPr>
          <w:lang w:val="pt-BR"/>
        </w:rPr>
      </w:pPr>
      <w:r w:rsidRPr="001179E8">
        <w:rPr>
          <w:lang w:val="pt-BR"/>
        </w:rPr>
        <w:br/>
      </w:r>
    </w:p>
    <w:p w14:paraId="365F4443" w14:textId="77777777" w:rsidR="002355BD" w:rsidRPr="001179E8" w:rsidRDefault="00000000">
      <w:pPr>
        <w:rPr>
          <w:lang w:val="pt-BR"/>
        </w:rPr>
      </w:pPr>
      <w:r w:rsidRPr="001179E8">
        <w:rPr>
          <w:lang w:val="pt-BR"/>
        </w:rPr>
        <w:t>Os olhos dela se arregalaram ligeiramente, e então uma emoção profunda e crua passou por eles. As barreiras que ela mantinha tão cuidadosamente erguidas pareceram desmoronar. "Eu também te amo, Rick," ela sussurrou, a voz embargada.</w:t>
      </w:r>
    </w:p>
    <w:p w14:paraId="7FCA9926" w14:textId="77777777" w:rsidR="002355BD" w:rsidRPr="001179E8" w:rsidRDefault="00000000">
      <w:pPr>
        <w:rPr>
          <w:lang w:val="pt-BR"/>
        </w:rPr>
      </w:pPr>
      <w:r w:rsidRPr="001179E8">
        <w:rPr>
          <w:lang w:val="pt-BR"/>
        </w:rPr>
        <w:br/>
      </w:r>
    </w:p>
    <w:p w14:paraId="1A624CB4" w14:textId="77777777" w:rsidR="002355BD" w:rsidRPr="001179E8" w:rsidRDefault="00000000">
      <w:pPr>
        <w:rPr>
          <w:lang w:val="pt-BR"/>
        </w:rPr>
      </w:pPr>
      <w:r w:rsidRPr="001179E8">
        <w:rPr>
          <w:lang w:val="pt-BR"/>
        </w:rPr>
        <w:t>Não houve beijo desta vez, apenas a intensidade do momento, a confissão mútua pairando no ar tenso do laboratório. A primeira declaração, nascida não da paixão do momento, mas do medo compartilhado e de uma conexão forjada no caos. Eles se agarraram um ao outro, encontrando força na vulnerabilidade mútua, enquanto lá fora, o mundo continuava a girar em direção ao coração da tempestade.O Espectro Rox, fortalecido pela alma elemental do Fogo, não perdeu tempo. Sua presença sombria e flamejante começou a se manifestar em locais esquecidos pelo tempo, domínios de poder que antecediam até mesmo a Ordem do Véu. Eram nexos de energia pura, lugares onde Lordes elementais ou entidades arcanas haviam deixado sua marca eras atrás. Com uma fúria calculada, Rox começou a rasgar esses domínios.</w:t>
      </w:r>
    </w:p>
    <w:p w14:paraId="48255FA5" w14:textId="77777777" w:rsidR="002355BD" w:rsidRPr="001179E8" w:rsidRDefault="00000000">
      <w:pPr>
        <w:rPr>
          <w:lang w:val="pt-BR"/>
        </w:rPr>
      </w:pPr>
      <w:r w:rsidRPr="001179E8">
        <w:rPr>
          <w:lang w:val="pt-BR"/>
        </w:rPr>
        <w:br/>
      </w:r>
    </w:p>
    <w:p w14:paraId="5CD31701" w14:textId="77777777" w:rsidR="002355BD" w:rsidRPr="001179E8" w:rsidRDefault="00000000">
      <w:pPr>
        <w:rPr>
          <w:lang w:val="pt-BR"/>
        </w:rPr>
      </w:pPr>
      <w:r w:rsidRPr="001179E8">
        <w:rPr>
          <w:lang w:val="pt-BR"/>
        </w:rPr>
        <w:t>Relatos chegavam à G.R.A.I.A. como ondas de choque: uma ilha flutuante ancestral, mantida por magia da terra, desabou no oceano após Rox drenar seu núcleo energético; um vulcão adormecido, lar de um espírito de magma primordial, entrou em erupção violenta quando Rox arrancou sua essência; uma biblioteca astral, contendo ecos de conhecimento antigo, foi incendiada por chamas espectrais após ter sua energia de proteção consumida.</w:t>
      </w:r>
    </w:p>
    <w:p w14:paraId="292667F1" w14:textId="77777777" w:rsidR="002355BD" w:rsidRPr="001179E8" w:rsidRDefault="00000000">
      <w:pPr>
        <w:rPr>
          <w:lang w:val="pt-BR"/>
        </w:rPr>
      </w:pPr>
      <w:r w:rsidRPr="001179E8">
        <w:rPr>
          <w:lang w:val="pt-BR"/>
        </w:rPr>
        <w:br/>
      </w:r>
    </w:p>
    <w:p w14:paraId="416E5594" w14:textId="77777777" w:rsidR="002355BD" w:rsidRPr="001179E8" w:rsidRDefault="00000000">
      <w:pPr>
        <w:rPr>
          <w:lang w:val="pt-BR"/>
        </w:rPr>
      </w:pPr>
      <w:r w:rsidRPr="001179E8">
        <w:rPr>
          <w:lang w:val="pt-BR"/>
        </w:rPr>
        <w:t xml:space="preserve">A cada domínio destruído, a assinatura energética de Rox crescia exponencialmente. Ele não estava apenas absorvendo poder; estava desfazendo a antiga tapeçaria da realidade, consumindo os resquícios de ordem que o precederam. Suas transmissões psíquicas, captadas intermitentemente pelos sensores da G.R.A.I.A., eram delírios de grandeza e </w:t>
      </w:r>
      <w:r w:rsidRPr="001179E8">
        <w:rPr>
          <w:lang w:val="pt-BR"/>
        </w:rPr>
        <w:lastRenderedPageBreak/>
        <w:t>destruição: "Este mundo falho... será refeito... purificado em fogo e sombra... com minhas próprias mãos!"</w:t>
      </w:r>
    </w:p>
    <w:p w14:paraId="40D5DE1D" w14:textId="77777777" w:rsidR="002355BD" w:rsidRPr="001179E8" w:rsidRDefault="00000000">
      <w:pPr>
        <w:rPr>
          <w:lang w:val="pt-BR"/>
        </w:rPr>
      </w:pPr>
      <w:r w:rsidRPr="001179E8">
        <w:rPr>
          <w:lang w:val="pt-BR"/>
        </w:rPr>
        <w:br/>
      </w:r>
    </w:p>
    <w:p w14:paraId="67B6E615" w14:textId="77777777" w:rsidR="002355BD" w:rsidRPr="001179E8" w:rsidRDefault="00000000">
      <w:pPr>
        <w:rPr>
          <w:lang w:val="pt-BR"/>
        </w:rPr>
      </w:pPr>
      <w:r w:rsidRPr="001179E8">
        <w:rPr>
          <w:lang w:val="pt-BR"/>
        </w:rPr>
        <w:t>A escalada era rápida e brutal. Os heróis mal tinham tempo de se recuperar dos eventos da torre, e já enfrentavam um inimigo cujo poder crescia a cada hora. Na sala de guerra da G.R.A.I.A., o General Vance observava o mapa tático global, os pontos vermelhos representando os ataques de Rox se multiplicando como uma praga.</w:t>
      </w:r>
    </w:p>
    <w:p w14:paraId="6EA5B4E1" w14:textId="77777777" w:rsidR="002355BD" w:rsidRPr="001179E8" w:rsidRDefault="00000000">
      <w:pPr>
        <w:rPr>
          <w:lang w:val="pt-BR"/>
        </w:rPr>
      </w:pPr>
      <w:r w:rsidRPr="001179E8">
        <w:rPr>
          <w:lang w:val="pt-BR"/>
        </w:rPr>
        <w:br/>
      </w:r>
    </w:p>
    <w:p w14:paraId="6619023D" w14:textId="77777777" w:rsidR="002355BD" w:rsidRPr="001179E8" w:rsidRDefault="00000000">
      <w:pPr>
        <w:rPr>
          <w:lang w:val="pt-BR"/>
        </w:rPr>
      </w:pPr>
      <w:r w:rsidRPr="001179E8">
        <w:rPr>
          <w:lang w:val="pt-BR"/>
        </w:rPr>
        <w:t>"Ele não está apenas ficando mais forte, está desestabilizando ativamente as linhas de ley do planeta," disse Morgana, ainda com o braço na tipóia, mas seus olhos focados nos padrões de energia. "Se ele destruir mais alguns desses nexos primordiais... as consequências podem ser irreversíveis. Rasgos permanentes no Véu, caos elemental generalizado."</w:t>
      </w:r>
    </w:p>
    <w:p w14:paraId="6877CA94" w14:textId="77777777" w:rsidR="002355BD" w:rsidRPr="001179E8" w:rsidRDefault="00000000">
      <w:pPr>
        <w:rPr>
          <w:lang w:val="pt-BR"/>
        </w:rPr>
      </w:pPr>
      <w:r w:rsidRPr="001179E8">
        <w:rPr>
          <w:lang w:val="pt-BR"/>
        </w:rPr>
        <w:br/>
      </w:r>
    </w:p>
    <w:p w14:paraId="56A38999" w14:textId="77777777" w:rsidR="002355BD" w:rsidRPr="001179E8" w:rsidRDefault="00000000">
      <w:pPr>
        <w:rPr>
          <w:lang w:val="pt-BR"/>
        </w:rPr>
      </w:pPr>
      <w:r w:rsidRPr="001179E8">
        <w:rPr>
          <w:lang w:val="pt-BR"/>
        </w:rPr>
        <w:t>Vance assentiu gravemente, seu rosto marcado pela tensão. "Não podemos mais reagir. Precisamos antecipar seu próximo alvo e interceptá-lo. Mas enfrentá-lo diretamente..." Ele olhou para os relatórios médicos dos Primordiais II e da equipe de assalto. Estavam feridos, exaustos, traumatizados. "Ele está poderoso demais para nossa equipe principal no momento."</w:t>
      </w:r>
    </w:p>
    <w:p w14:paraId="5AE299C2" w14:textId="77777777" w:rsidR="002355BD" w:rsidRPr="001179E8" w:rsidRDefault="00000000">
      <w:pPr>
        <w:rPr>
          <w:lang w:val="pt-BR"/>
        </w:rPr>
      </w:pPr>
      <w:r w:rsidRPr="001179E8">
        <w:rPr>
          <w:lang w:val="pt-BR"/>
        </w:rPr>
        <w:br/>
      </w:r>
    </w:p>
    <w:p w14:paraId="423185E3" w14:textId="77777777" w:rsidR="002355BD" w:rsidRPr="001179E8" w:rsidRDefault="00000000">
      <w:pPr>
        <w:rPr>
          <w:lang w:val="pt-BR"/>
        </w:rPr>
      </w:pPr>
      <w:r w:rsidRPr="001179E8">
        <w:rPr>
          <w:lang w:val="pt-BR"/>
        </w:rPr>
        <w:t>Uma decisão difícil pairava no ar. Vance respirou fundo. "Preparem a Diretiva Ômega. Vamos montar uma equipe de interceptação com nossos agentes mais experientes e poderosos. Aqueles que entendem o custo. Uma missão de contenção de alto risco. Uma chance de retardá-lo, de ganhar tempo para que os mais jovens se recuperem e encontremos uma fraqueza."</w:t>
      </w:r>
    </w:p>
    <w:p w14:paraId="00EA2A37" w14:textId="77777777" w:rsidR="002355BD" w:rsidRPr="001179E8" w:rsidRDefault="00000000">
      <w:pPr>
        <w:rPr>
          <w:lang w:val="pt-BR"/>
        </w:rPr>
      </w:pPr>
      <w:r w:rsidRPr="001179E8">
        <w:rPr>
          <w:lang w:val="pt-BR"/>
        </w:rPr>
        <w:br/>
      </w:r>
    </w:p>
    <w:p w14:paraId="32621DCE" w14:textId="77777777" w:rsidR="002355BD" w:rsidRPr="001179E8" w:rsidRDefault="00000000">
      <w:pPr>
        <w:rPr>
          <w:lang w:val="pt-BR"/>
        </w:rPr>
      </w:pPr>
      <w:r w:rsidRPr="001179E8">
        <w:rPr>
          <w:lang w:val="pt-BR"/>
        </w:rPr>
        <w:t>A sala ficou em silêncio. Diretiva Ômega era o código para missões quase suicidas, onde a probabilidade de retorno era mínima. Significava enviar os veteranos, os pilares da G.R.A.I.A., para a linha de frente contra um poder avassalador. Nomes como Temporal, Fogo-Vivo, talvez até Nitro e Densa, pairavam no ar.</w:t>
      </w:r>
    </w:p>
    <w:p w14:paraId="791E268D" w14:textId="77777777" w:rsidR="002355BD" w:rsidRPr="001179E8" w:rsidRDefault="00000000">
      <w:pPr>
        <w:rPr>
          <w:lang w:val="pt-BR"/>
        </w:rPr>
      </w:pPr>
      <w:r w:rsidRPr="001179E8">
        <w:rPr>
          <w:lang w:val="pt-BR"/>
        </w:rPr>
        <w:br/>
      </w:r>
    </w:p>
    <w:p w14:paraId="14B9D5D7" w14:textId="77777777" w:rsidR="002355BD" w:rsidRPr="001179E8" w:rsidRDefault="00000000">
      <w:pPr>
        <w:rPr>
          <w:lang w:val="pt-BR"/>
        </w:rPr>
      </w:pPr>
      <w:r w:rsidRPr="001179E8">
        <w:rPr>
          <w:lang w:val="pt-BR"/>
        </w:rPr>
        <w:lastRenderedPageBreak/>
        <w:t>Enquanto a liderança tomava decisões sombrias, os relacionamentos na base eram testados ao limite.</w:t>
      </w:r>
    </w:p>
    <w:p w14:paraId="384D5679" w14:textId="77777777" w:rsidR="002355BD" w:rsidRPr="001179E8" w:rsidRDefault="00000000">
      <w:pPr>
        <w:rPr>
          <w:lang w:val="pt-BR"/>
        </w:rPr>
      </w:pPr>
      <w:r w:rsidRPr="001179E8">
        <w:rPr>
          <w:lang w:val="pt-BR"/>
        </w:rPr>
        <w:br/>
      </w:r>
    </w:p>
    <w:p w14:paraId="09FB30BC" w14:textId="77777777" w:rsidR="002355BD" w:rsidRPr="001179E8" w:rsidRDefault="00000000">
      <w:pPr>
        <w:rPr>
          <w:lang w:val="pt-BR"/>
        </w:rPr>
      </w:pPr>
      <w:r w:rsidRPr="001179E8">
        <w:rPr>
          <w:lang w:val="pt-BR"/>
        </w:rPr>
        <w:t>Nicole (Chrome) estava em seu laboratório improvisado, tentando analisar os fragmentos de dados sobre o "Protocolo Gênese" e o minério dracônico que compunha seu corpo. O medo era uma corrente fria sob sua pele metálica. Ela era uma arma esperando para ser sintonizada com o inimigo? Uma bomba-relógio? A porta se abriu e Eletron, seu pai, entrou, acompanhado por Nyx, sua mãe, cuja presença imponente parecia preencher a sala.</w:t>
      </w:r>
    </w:p>
    <w:p w14:paraId="0489486F" w14:textId="77777777" w:rsidR="002355BD" w:rsidRPr="001179E8" w:rsidRDefault="00000000">
      <w:pPr>
        <w:rPr>
          <w:lang w:val="pt-BR"/>
        </w:rPr>
      </w:pPr>
      <w:r w:rsidRPr="001179E8">
        <w:rPr>
          <w:lang w:val="pt-BR"/>
        </w:rPr>
        <w:br/>
      </w:r>
    </w:p>
    <w:p w14:paraId="21AC7D47" w14:textId="77777777" w:rsidR="002355BD" w:rsidRPr="001179E8" w:rsidRDefault="00000000">
      <w:pPr>
        <w:rPr>
          <w:lang w:val="pt-BR"/>
        </w:rPr>
      </w:pPr>
      <w:r w:rsidRPr="001179E8">
        <w:rPr>
          <w:lang w:val="pt-BR"/>
        </w:rPr>
        <w:t>"Nicole," Eletron começou, sua voz carregada de preocupação. "Dr. Thorne nos informou sobre suas... descobertas."</w:t>
      </w:r>
    </w:p>
    <w:p w14:paraId="714ED40C" w14:textId="77777777" w:rsidR="002355BD" w:rsidRPr="001179E8" w:rsidRDefault="00000000">
      <w:pPr>
        <w:rPr>
          <w:lang w:val="pt-BR"/>
        </w:rPr>
      </w:pPr>
      <w:r w:rsidRPr="001179E8">
        <w:rPr>
          <w:lang w:val="pt-BR"/>
        </w:rPr>
        <w:br/>
      </w:r>
    </w:p>
    <w:p w14:paraId="7829C698" w14:textId="77777777" w:rsidR="002355BD" w:rsidRPr="001179E8" w:rsidRDefault="00000000">
      <w:pPr>
        <w:rPr>
          <w:lang w:val="pt-BR"/>
        </w:rPr>
      </w:pPr>
      <w:r w:rsidRPr="001179E8">
        <w:rPr>
          <w:lang w:val="pt-BR"/>
        </w:rPr>
        <w:t>"Vocês sabiam?" A voz de Nicole era baixa, vibrando com uma mistura de medo e acusação. "Sobre o metal? Sobre de onde ele veio?"</w:t>
      </w:r>
    </w:p>
    <w:p w14:paraId="75B4A755" w14:textId="77777777" w:rsidR="002355BD" w:rsidRPr="001179E8" w:rsidRDefault="00000000">
      <w:pPr>
        <w:rPr>
          <w:lang w:val="pt-BR"/>
        </w:rPr>
      </w:pPr>
      <w:r w:rsidRPr="001179E8">
        <w:rPr>
          <w:lang w:val="pt-BR"/>
        </w:rPr>
        <w:br/>
      </w:r>
    </w:p>
    <w:p w14:paraId="2E845A4C" w14:textId="77777777" w:rsidR="002355BD" w:rsidRPr="001179E8" w:rsidRDefault="00000000">
      <w:pPr>
        <w:rPr>
          <w:lang w:val="pt-BR"/>
        </w:rPr>
      </w:pPr>
      <w:r w:rsidRPr="001179E8">
        <w:rPr>
          <w:lang w:val="pt-BR"/>
        </w:rPr>
        <w:t>Eletron hesitou. "Nós sabíamos que era... único. Poderoso. Perigoso. Eu o encontrei... um fragmento do lendário Dragão Justo... em uma zona de impacto dimensional. Estava pesquisando como neutralizar sua ressonância inerente. Quando você sofreu o acidente que quase a matou, sua fisiologia única, herança minha e de sua mãe, reagiu de forma imprevisível à exposição energética. Usar o fragmento do Dragão Justo para tentar estabilizar sua matriz bio-energética foi um ato desesperado... que desencadeou uma fusão bio-metálica que salvou sua vida, mas a transformou nisso. Eu acreditava que sua força de vontade poderia conter as propriedades mais... voláteis."</w:t>
      </w:r>
    </w:p>
    <w:p w14:paraId="2688D72C" w14:textId="77777777" w:rsidR="002355BD" w:rsidRPr="001179E8" w:rsidRDefault="00000000">
      <w:pPr>
        <w:rPr>
          <w:lang w:val="pt-BR"/>
        </w:rPr>
      </w:pPr>
      <w:r w:rsidRPr="001179E8">
        <w:rPr>
          <w:lang w:val="pt-BR"/>
        </w:rPr>
        <w:br/>
      </w:r>
    </w:p>
    <w:p w14:paraId="6AB38A59" w14:textId="77777777" w:rsidR="002355BD" w:rsidRPr="001179E8" w:rsidRDefault="00000000">
      <w:pPr>
        <w:rPr>
          <w:lang w:val="pt-BR"/>
        </w:rPr>
      </w:pPr>
      <w:r w:rsidRPr="001179E8">
        <w:rPr>
          <w:lang w:val="pt-BR"/>
        </w:rPr>
        <w:t>"E o Protocolo Gênese? A 'sintonização indesejada'?" Nicole pressionou.</w:t>
      </w:r>
    </w:p>
    <w:p w14:paraId="04CF7099" w14:textId="77777777" w:rsidR="002355BD" w:rsidRPr="001179E8" w:rsidRDefault="00000000">
      <w:pPr>
        <w:rPr>
          <w:lang w:val="pt-BR"/>
        </w:rPr>
      </w:pPr>
      <w:r w:rsidRPr="001179E8">
        <w:rPr>
          <w:lang w:val="pt-BR"/>
        </w:rPr>
        <w:br/>
      </w:r>
    </w:p>
    <w:p w14:paraId="251F3F27" w14:textId="77777777" w:rsidR="002355BD" w:rsidRPr="001179E8" w:rsidRDefault="00000000">
      <w:pPr>
        <w:rPr>
          <w:lang w:val="pt-BR"/>
        </w:rPr>
      </w:pPr>
      <w:r w:rsidRPr="001179E8">
        <w:rPr>
          <w:lang w:val="pt-BR"/>
        </w:rPr>
        <w:t xml:space="preserve">Foi Nyx quem respondeu, sua voz ressoando com ecos de eras. "O minério não é apenas metal, criança. É um fragmento cristalizado da essência de uma entidade dracônica primordial, anterior à própria Dragoa Maligna que alimenta Rox. Ele anseia por energia, por </w:t>
      </w:r>
      <w:r w:rsidRPr="001179E8">
        <w:rPr>
          <w:lang w:val="pt-BR"/>
        </w:rPr>
        <w:lastRenderedPageBreak/>
        <w:t>poder. Seu pai tentou isolá-la, mas a conexão está lá. Rox, sendo um arauto dracônico, pode tentar... ressoar com essa essência dentro de você. Usá-la. Ou destruí-la."</w:t>
      </w:r>
    </w:p>
    <w:p w14:paraId="3AC67D08" w14:textId="77777777" w:rsidR="002355BD" w:rsidRPr="001179E8" w:rsidRDefault="00000000">
      <w:pPr>
        <w:rPr>
          <w:lang w:val="pt-BR"/>
        </w:rPr>
      </w:pPr>
      <w:r w:rsidRPr="001179E8">
        <w:rPr>
          <w:lang w:val="pt-BR"/>
        </w:rPr>
        <w:br/>
      </w:r>
    </w:p>
    <w:p w14:paraId="6BB768C8" w14:textId="77777777" w:rsidR="002355BD" w:rsidRPr="001179E8" w:rsidRDefault="00000000">
      <w:pPr>
        <w:rPr>
          <w:lang w:val="pt-BR"/>
        </w:rPr>
      </w:pPr>
      <w:r w:rsidRPr="001179E8">
        <w:rPr>
          <w:lang w:val="pt-BR"/>
        </w:rPr>
        <w:t>O medo de Nicole se intensificou. "Então eu sou... um perigo? Para todos?"</w:t>
      </w:r>
    </w:p>
    <w:p w14:paraId="763BA86E" w14:textId="77777777" w:rsidR="002355BD" w:rsidRPr="001179E8" w:rsidRDefault="00000000">
      <w:pPr>
        <w:rPr>
          <w:lang w:val="pt-BR"/>
        </w:rPr>
      </w:pPr>
      <w:r w:rsidRPr="001179E8">
        <w:rPr>
          <w:lang w:val="pt-BR"/>
        </w:rPr>
        <w:br/>
      </w:r>
    </w:p>
    <w:p w14:paraId="69B973D4" w14:textId="77777777" w:rsidR="002355BD" w:rsidRPr="001179E8" w:rsidRDefault="00000000">
      <w:pPr>
        <w:rPr>
          <w:lang w:val="pt-BR"/>
        </w:rPr>
      </w:pPr>
      <w:r w:rsidRPr="001179E8">
        <w:rPr>
          <w:lang w:val="pt-BR"/>
        </w:rPr>
        <w:t>"Você é uma incógnita," Nyx corrigiu, seus olhos cósmicos fixos nos dela. "Seu controle, sua vontade, sua humanidade... são fatores que nem seu pai nem eu podemos prever. O potencial para grande poder e grande perigo coexistem em você. A escolha de qual caminho seguir... será sua."</w:t>
      </w:r>
    </w:p>
    <w:p w14:paraId="0A9D6D34" w14:textId="77777777" w:rsidR="002355BD" w:rsidRPr="001179E8" w:rsidRDefault="00000000">
      <w:pPr>
        <w:rPr>
          <w:lang w:val="pt-BR"/>
        </w:rPr>
      </w:pPr>
      <w:r w:rsidRPr="001179E8">
        <w:rPr>
          <w:lang w:val="pt-BR"/>
        </w:rPr>
        <w:br/>
      </w:r>
    </w:p>
    <w:p w14:paraId="5473078E" w14:textId="77777777" w:rsidR="002355BD" w:rsidRPr="001179E8" w:rsidRDefault="00000000">
      <w:pPr>
        <w:rPr>
          <w:lang w:val="pt-BR"/>
        </w:rPr>
      </w:pPr>
      <w:r w:rsidRPr="001179E8">
        <w:rPr>
          <w:lang w:val="pt-BR"/>
        </w:rPr>
        <w:t>As palavras não eram reconfortantes, mas eram honestas. Eletron colocou a mão no ombro dela. "Eu nunca quis isso para você, Nicole. Eu só queria te salvar. Vamos encontrar uma maneira de proteger você."</w:t>
      </w:r>
    </w:p>
    <w:p w14:paraId="5BF5BE1B" w14:textId="77777777" w:rsidR="002355BD" w:rsidRPr="001179E8" w:rsidRDefault="00000000">
      <w:pPr>
        <w:rPr>
          <w:lang w:val="pt-BR"/>
        </w:rPr>
      </w:pPr>
      <w:r w:rsidRPr="001179E8">
        <w:rPr>
          <w:lang w:val="pt-BR"/>
        </w:rPr>
        <w:br/>
      </w:r>
    </w:p>
    <w:p w14:paraId="7D8B04BF" w14:textId="77777777" w:rsidR="002355BD" w:rsidRPr="001179E8" w:rsidRDefault="00000000">
      <w:pPr>
        <w:rPr>
          <w:lang w:val="pt-BR"/>
        </w:rPr>
      </w:pPr>
      <w:r w:rsidRPr="001179E8">
        <w:rPr>
          <w:lang w:val="pt-BR"/>
        </w:rPr>
        <w:t>Mas a dúvida havia sido plantada. Nicole ficou sozinha no laboratório, olhando para suas mãos metálicas, sentindo-se mais alienígena e assustada do que nunca.</w:t>
      </w:r>
    </w:p>
    <w:p w14:paraId="594205A7" w14:textId="77777777" w:rsidR="002355BD" w:rsidRPr="001179E8" w:rsidRDefault="00000000">
      <w:pPr>
        <w:rPr>
          <w:lang w:val="pt-BR"/>
        </w:rPr>
      </w:pPr>
      <w:r w:rsidRPr="001179E8">
        <w:rPr>
          <w:lang w:val="pt-BR"/>
        </w:rPr>
        <w:br/>
      </w:r>
    </w:p>
    <w:p w14:paraId="54DFB1A8" w14:textId="77777777" w:rsidR="002355BD" w:rsidRPr="001179E8" w:rsidRDefault="00000000">
      <w:pPr>
        <w:rPr>
          <w:lang w:val="pt-BR"/>
        </w:rPr>
      </w:pPr>
      <w:r w:rsidRPr="001179E8">
        <w:rPr>
          <w:lang w:val="pt-BR"/>
        </w:rPr>
        <w:t>Em outra parte da base, Rick estava treinando com uma fúria renovada, a imagem de Nicole ferida alimentando sua determinação. Seu pai, Nitro (Marco Santos), observava das sombras, uma expressão complexa no rosto.</w:t>
      </w:r>
    </w:p>
    <w:p w14:paraId="24AF59A4" w14:textId="77777777" w:rsidR="002355BD" w:rsidRPr="001179E8" w:rsidRDefault="00000000">
      <w:pPr>
        <w:rPr>
          <w:lang w:val="pt-BR"/>
        </w:rPr>
      </w:pPr>
      <w:r w:rsidRPr="001179E8">
        <w:rPr>
          <w:lang w:val="pt-BR"/>
        </w:rPr>
        <w:br/>
      </w:r>
    </w:p>
    <w:p w14:paraId="760EB9B9" w14:textId="77777777" w:rsidR="002355BD" w:rsidRPr="001179E8" w:rsidRDefault="00000000">
      <w:pPr>
        <w:rPr>
          <w:lang w:val="pt-BR"/>
        </w:rPr>
      </w:pPr>
      <w:r w:rsidRPr="001179E8">
        <w:rPr>
          <w:lang w:val="pt-BR"/>
        </w:rPr>
        <w:t>"Você vai abrir um buraco no chão se continuar assim," Marco disse, aproximando-se.</w:t>
      </w:r>
    </w:p>
    <w:p w14:paraId="2DF7E38C" w14:textId="77777777" w:rsidR="002355BD" w:rsidRPr="001179E8" w:rsidRDefault="00000000">
      <w:pPr>
        <w:rPr>
          <w:lang w:val="pt-BR"/>
        </w:rPr>
      </w:pPr>
      <w:r w:rsidRPr="001179E8">
        <w:rPr>
          <w:lang w:val="pt-BR"/>
        </w:rPr>
        <w:br/>
      </w:r>
    </w:p>
    <w:p w14:paraId="19E136B9" w14:textId="77777777" w:rsidR="002355BD" w:rsidRPr="001179E8" w:rsidRDefault="00000000">
      <w:pPr>
        <w:rPr>
          <w:lang w:val="pt-BR"/>
        </w:rPr>
      </w:pPr>
      <w:r w:rsidRPr="001179E8">
        <w:rPr>
          <w:lang w:val="pt-BR"/>
        </w:rPr>
        <w:t>Rick parou, ofegante. "Preciso ficar mais forte. Rox... ele quase a matou. Ele vai voltar."</w:t>
      </w:r>
    </w:p>
    <w:p w14:paraId="6FFD07E8" w14:textId="77777777" w:rsidR="002355BD" w:rsidRPr="001179E8" w:rsidRDefault="00000000">
      <w:pPr>
        <w:rPr>
          <w:lang w:val="pt-BR"/>
        </w:rPr>
      </w:pPr>
      <w:r w:rsidRPr="001179E8">
        <w:rPr>
          <w:lang w:val="pt-BR"/>
        </w:rPr>
        <w:br/>
      </w:r>
    </w:p>
    <w:p w14:paraId="59255208" w14:textId="77777777" w:rsidR="002355BD" w:rsidRPr="001179E8" w:rsidRDefault="00000000">
      <w:pPr>
        <w:rPr>
          <w:lang w:val="pt-BR"/>
        </w:rPr>
      </w:pPr>
      <w:r w:rsidRPr="001179E8">
        <w:rPr>
          <w:lang w:val="pt-BR"/>
        </w:rPr>
        <w:lastRenderedPageBreak/>
        <w:t>"Eu sei," Marco disse calmamente. "Mas treinar até a exaustão não vai adiantar se sua cabeça não estiver no lugar." Ele fez uma pausa. "Eu vi como você olha para ela. Como ficou quando eles voltaram."</w:t>
      </w:r>
    </w:p>
    <w:p w14:paraId="07C8D566" w14:textId="77777777" w:rsidR="002355BD" w:rsidRPr="001179E8" w:rsidRDefault="00000000">
      <w:pPr>
        <w:rPr>
          <w:lang w:val="pt-BR"/>
        </w:rPr>
      </w:pPr>
      <w:r w:rsidRPr="001179E8">
        <w:rPr>
          <w:lang w:val="pt-BR"/>
        </w:rPr>
        <w:br/>
      </w:r>
    </w:p>
    <w:p w14:paraId="3EAF7163" w14:textId="77777777" w:rsidR="002355BD" w:rsidRPr="001179E8" w:rsidRDefault="00000000">
      <w:pPr>
        <w:rPr>
          <w:lang w:val="pt-BR"/>
        </w:rPr>
      </w:pPr>
      <w:r w:rsidRPr="001179E8">
        <w:rPr>
          <w:lang w:val="pt-BR"/>
        </w:rPr>
        <w:t>Rick ficou tenso, esperando uma bronca, uma advertência. Mas a voz de Marco era suave. "Sua mãe e eu... nós também começamos assim. No meio do caos, da batalha. Encontrar alguém que entende o peso, a pressão... é raro." Ele colocou a mão no ombro do filho, um gesto muito diferente do de Clara. "Não deixe o medo te impedir, Rick. Nem o medo do que você sente, nem o medo de perdê-la. Isso só te enfraquece. Proteja-a, lute ao lado dela, mas não se esconda atrás da raiva."</w:t>
      </w:r>
    </w:p>
    <w:p w14:paraId="6B9DB9CE" w14:textId="77777777" w:rsidR="002355BD" w:rsidRPr="001179E8" w:rsidRDefault="00000000">
      <w:pPr>
        <w:rPr>
          <w:lang w:val="pt-BR"/>
        </w:rPr>
      </w:pPr>
      <w:r w:rsidRPr="001179E8">
        <w:rPr>
          <w:lang w:val="pt-BR"/>
        </w:rPr>
        <w:br/>
      </w:r>
    </w:p>
    <w:p w14:paraId="1CEE01AF" w14:textId="77777777" w:rsidR="002355BD" w:rsidRPr="001179E8" w:rsidRDefault="00000000">
      <w:pPr>
        <w:rPr>
          <w:lang w:val="pt-BR"/>
        </w:rPr>
      </w:pPr>
      <w:r w:rsidRPr="001179E8">
        <w:rPr>
          <w:lang w:val="pt-BR"/>
        </w:rPr>
        <w:t>O apoio inesperado de seu pai, a validação de seus sentimentos, pegou Rick desprevenido. Ele apenas assentiu, as palavras de Marco ecoando em sua mente.</w:t>
      </w:r>
    </w:p>
    <w:p w14:paraId="71C35523" w14:textId="77777777" w:rsidR="002355BD" w:rsidRPr="001179E8" w:rsidRDefault="00000000">
      <w:pPr>
        <w:rPr>
          <w:lang w:val="pt-BR"/>
        </w:rPr>
      </w:pPr>
      <w:r w:rsidRPr="001179E8">
        <w:rPr>
          <w:lang w:val="pt-BR"/>
        </w:rPr>
        <w:br/>
      </w:r>
    </w:p>
    <w:p w14:paraId="6DA61340" w14:textId="77777777" w:rsidR="002355BD" w:rsidRPr="001179E8" w:rsidRDefault="00000000">
      <w:pPr>
        <w:rPr>
          <w:lang w:val="pt-BR"/>
        </w:rPr>
      </w:pPr>
      <w:r w:rsidRPr="001179E8">
        <w:rPr>
          <w:lang w:val="pt-BR"/>
        </w:rPr>
        <w:t>Mais tarde naquele dia, a tensão acumulada explodiu. Rick encontrou Nicole novamente no laboratório. Ela estava tentando executar diagnósticos em si mesma, mas suas mãos tremiam levemente.</w:t>
      </w:r>
    </w:p>
    <w:p w14:paraId="173D820D" w14:textId="77777777" w:rsidR="002355BD" w:rsidRPr="001179E8" w:rsidRDefault="00000000">
      <w:pPr>
        <w:rPr>
          <w:lang w:val="pt-BR"/>
        </w:rPr>
      </w:pPr>
      <w:r w:rsidRPr="001179E8">
        <w:rPr>
          <w:lang w:val="pt-BR"/>
        </w:rPr>
        <w:br/>
      </w:r>
    </w:p>
    <w:p w14:paraId="2DB2F3AE" w14:textId="77777777" w:rsidR="002355BD" w:rsidRPr="001179E8" w:rsidRDefault="00000000">
      <w:pPr>
        <w:rPr>
          <w:lang w:val="pt-BR"/>
        </w:rPr>
      </w:pPr>
      <w:r w:rsidRPr="001179E8">
        <w:rPr>
          <w:lang w:val="pt-BR"/>
        </w:rPr>
        <w:t>"Você não deveria estar descansando?" Rick perguntou, tentando manter a voz neutra.</w:t>
      </w:r>
    </w:p>
    <w:p w14:paraId="453B3493" w14:textId="77777777" w:rsidR="002355BD" w:rsidRPr="001179E8" w:rsidRDefault="00000000">
      <w:pPr>
        <w:rPr>
          <w:lang w:val="pt-BR"/>
        </w:rPr>
      </w:pPr>
      <w:r w:rsidRPr="001179E8">
        <w:rPr>
          <w:lang w:val="pt-BR"/>
        </w:rPr>
        <w:br/>
      </w:r>
    </w:p>
    <w:p w14:paraId="0B5CC77E" w14:textId="77777777" w:rsidR="002355BD" w:rsidRPr="001179E8" w:rsidRDefault="00000000">
      <w:pPr>
        <w:rPr>
          <w:lang w:val="pt-BR"/>
        </w:rPr>
      </w:pPr>
      <w:r w:rsidRPr="001179E8">
        <w:rPr>
          <w:lang w:val="pt-BR"/>
        </w:rPr>
        <w:t xml:space="preserve">"Eu preciso entender isso, Rick!" ela explodiu, virando-se para ele, seus olhos cinzentos faiscando. "Essa... coisa dentro de mim! E se Nyx estiver certa? E se eu for um risco? E se eu machucar alguém? Machucar </w:t>
      </w:r>
      <w:r w:rsidRPr="001179E8">
        <w:rPr>
          <w:i/>
          <w:lang w:val="pt-BR"/>
        </w:rPr>
        <w:t>*você*</w:t>
      </w:r>
      <w:r w:rsidRPr="001179E8">
        <w:rPr>
          <w:lang w:val="pt-BR"/>
        </w:rPr>
        <w:t>?"</w:t>
      </w:r>
    </w:p>
    <w:p w14:paraId="015DE952" w14:textId="77777777" w:rsidR="002355BD" w:rsidRPr="001179E8" w:rsidRDefault="00000000">
      <w:pPr>
        <w:rPr>
          <w:lang w:val="pt-BR"/>
        </w:rPr>
      </w:pPr>
      <w:r w:rsidRPr="001179E8">
        <w:rPr>
          <w:lang w:val="pt-BR"/>
        </w:rPr>
        <w:br/>
      </w:r>
    </w:p>
    <w:p w14:paraId="0ACC9947" w14:textId="77777777" w:rsidR="002355BD" w:rsidRPr="001179E8" w:rsidRDefault="00000000">
      <w:pPr>
        <w:rPr>
          <w:lang w:val="pt-BR"/>
        </w:rPr>
      </w:pPr>
      <w:r w:rsidRPr="001179E8">
        <w:rPr>
          <w:lang w:val="pt-BR"/>
        </w:rPr>
        <w:t>"Isso não vai acontecer," ele disse firmemente.</w:t>
      </w:r>
    </w:p>
    <w:p w14:paraId="6620EBE5" w14:textId="77777777" w:rsidR="002355BD" w:rsidRPr="001179E8" w:rsidRDefault="00000000">
      <w:pPr>
        <w:rPr>
          <w:lang w:val="pt-BR"/>
        </w:rPr>
      </w:pPr>
      <w:r w:rsidRPr="001179E8">
        <w:rPr>
          <w:lang w:val="pt-BR"/>
        </w:rPr>
        <w:br/>
      </w:r>
    </w:p>
    <w:p w14:paraId="180690E4" w14:textId="77777777" w:rsidR="002355BD" w:rsidRPr="001179E8" w:rsidRDefault="00000000">
      <w:pPr>
        <w:rPr>
          <w:lang w:val="pt-BR"/>
        </w:rPr>
      </w:pPr>
      <w:r w:rsidRPr="001179E8">
        <w:rPr>
          <w:lang w:val="pt-BR"/>
        </w:rPr>
        <w:lastRenderedPageBreak/>
        <w:t>"Como você sabe?!" ela retrucou, a voz embargada. "Você viu o que Rox fez! Essa energia... está ligada a ele! E se ele tentar me controlar? E se eu não conseguir lutar contra isso?"</w:t>
      </w:r>
    </w:p>
    <w:p w14:paraId="4EF12AC8" w14:textId="77777777" w:rsidR="002355BD" w:rsidRPr="001179E8" w:rsidRDefault="00000000">
      <w:pPr>
        <w:rPr>
          <w:lang w:val="pt-BR"/>
        </w:rPr>
      </w:pPr>
      <w:r w:rsidRPr="001179E8">
        <w:rPr>
          <w:lang w:val="pt-BR"/>
        </w:rPr>
        <w:br/>
      </w:r>
    </w:p>
    <w:p w14:paraId="15031E17" w14:textId="77777777" w:rsidR="002355BD" w:rsidRPr="001179E8" w:rsidRDefault="00000000">
      <w:pPr>
        <w:rPr>
          <w:lang w:val="pt-BR"/>
        </w:rPr>
      </w:pPr>
      <w:r w:rsidRPr="001179E8">
        <w:rPr>
          <w:lang w:val="pt-BR"/>
        </w:rPr>
        <w:t>O medo dela espelhava o dele – o medo de seu próprio poder, de perder o controle, de falhar. Mas em vez de oferecer conforto, a própria ansiedade de Rick veio à tona. "Então lute! Você é mais forte do que pensa, Nicole! Pare de se afogar na dúvida! Precisamos de você focada!"</w:t>
      </w:r>
    </w:p>
    <w:p w14:paraId="33A60D42" w14:textId="77777777" w:rsidR="002355BD" w:rsidRPr="001179E8" w:rsidRDefault="00000000">
      <w:pPr>
        <w:rPr>
          <w:lang w:val="pt-BR"/>
        </w:rPr>
      </w:pPr>
      <w:r w:rsidRPr="001179E8">
        <w:rPr>
          <w:lang w:val="pt-BR"/>
        </w:rPr>
        <w:br/>
      </w:r>
    </w:p>
    <w:p w14:paraId="04575999" w14:textId="77777777" w:rsidR="002355BD" w:rsidRPr="001179E8" w:rsidRDefault="00000000">
      <w:pPr>
        <w:rPr>
          <w:lang w:val="pt-BR"/>
        </w:rPr>
      </w:pPr>
      <w:r w:rsidRPr="001179E8">
        <w:rPr>
          <w:lang w:val="pt-BR"/>
        </w:rPr>
        <w:t>"Focada?" ela riu amargamente. "Fácil para você dizer! Você não tem um pedaço de dragão assassino ressoando no seu esqueleto! Você não tem que se preocupar em se tornar uma arma para o inimigo!"</w:t>
      </w:r>
    </w:p>
    <w:p w14:paraId="2614F409" w14:textId="77777777" w:rsidR="002355BD" w:rsidRPr="001179E8" w:rsidRDefault="00000000">
      <w:pPr>
        <w:rPr>
          <w:lang w:val="pt-BR"/>
        </w:rPr>
      </w:pPr>
      <w:r w:rsidRPr="001179E8">
        <w:rPr>
          <w:lang w:val="pt-BR"/>
        </w:rPr>
        <w:br/>
      </w:r>
    </w:p>
    <w:p w14:paraId="0CE2D29E" w14:textId="77777777" w:rsidR="002355BD" w:rsidRPr="001179E8" w:rsidRDefault="00000000">
      <w:pPr>
        <w:rPr>
          <w:lang w:val="pt-BR"/>
        </w:rPr>
      </w:pPr>
      <w:r w:rsidRPr="001179E8">
        <w:rPr>
          <w:lang w:val="pt-BR"/>
        </w:rPr>
        <w:t>"E você acha que eu não tenho medo?" Rick gritou de volta, a raiva e o medo finalmente transbordando. "Medo de não ser forte o suficiente? Medo de perder você como quase perdi na torre? Medo de que meus próprios poderes me transformem em algo que eu odeio? Todos nós temos medo, Nicole! Mas se esconder não vai ajudar!"</w:t>
      </w:r>
    </w:p>
    <w:p w14:paraId="74B6A69A" w14:textId="77777777" w:rsidR="002355BD" w:rsidRPr="001179E8" w:rsidRDefault="00000000">
      <w:pPr>
        <w:rPr>
          <w:lang w:val="pt-BR"/>
        </w:rPr>
      </w:pPr>
      <w:r w:rsidRPr="001179E8">
        <w:rPr>
          <w:lang w:val="pt-BR"/>
        </w:rPr>
        <w:br/>
      </w:r>
    </w:p>
    <w:p w14:paraId="1E224C6C" w14:textId="77777777" w:rsidR="002355BD" w:rsidRPr="001179E8" w:rsidRDefault="00000000">
      <w:pPr>
        <w:rPr>
          <w:lang w:val="pt-BR"/>
        </w:rPr>
      </w:pPr>
      <w:r w:rsidRPr="001179E8">
        <w:rPr>
          <w:lang w:val="pt-BR"/>
        </w:rPr>
        <w:t>As palavras ásperas pairaram entre eles. A dor e o medo nos olhos um do outro eram um reflexo doloroso. Nicole recuou, ferida pela explosão dele. Rick imediatamente se arrependeu de suas palavras, vendo a dor que causara.</w:t>
      </w:r>
    </w:p>
    <w:p w14:paraId="24DA830F" w14:textId="77777777" w:rsidR="002355BD" w:rsidRPr="001179E8" w:rsidRDefault="00000000">
      <w:pPr>
        <w:rPr>
          <w:lang w:val="pt-BR"/>
        </w:rPr>
      </w:pPr>
      <w:r w:rsidRPr="001179E8">
        <w:rPr>
          <w:lang w:val="pt-BR"/>
        </w:rPr>
        <w:br/>
      </w:r>
    </w:p>
    <w:p w14:paraId="6DE29649" w14:textId="77777777" w:rsidR="002355BD" w:rsidRPr="001179E8" w:rsidRDefault="00000000">
      <w:pPr>
        <w:rPr>
          <w:lang w:val="pt-BR"/>
        </w:rPr>
      </w:pPr>
      <w:r w:rsidRPr="001179E8">
        <w:rPr>
          <w:lang w:val="pt-BR"/>
        </w:rPr>
        <w:t>"Nick, eu..." ele começou, dando um passo em direção a ela.</w:t>
      </w:r>
    </w:p>
    <w:p w14:paraId="28AC656F" w14:textId="77777777" w:rsidR="002355BD" w:rsidRPr="001179E8" w:rsidRDefault="00000000">
      <w:pPr>
        <w:rPr>
          <w:lang w:val="pt-BR"/>
        </w:rPr>
      </w:pPr>
      <w:r w:rsidRPr="001179E8">
        <w:rPr>
          <w:lang w:val="pt-BR"/>
        </w:rPr>
        <w:br/>
      </w:r>
    </w:p>
    <w:p w14:paraId="78BC10FD" w14:textId="77777777" w:rsidR="002355BD" w:rsidRPr="001179E8" w:rsidRDefault="00000000">
      <w:pPr>
        <w:rPr>
          <w:lang w:val="pt-BR"/>
        </w:rPr>
      </w:pPr>
      <w:r w:rsidRPr="001179E8">
        <w:rPr>
          <w:lang w:val="pt-BR"/>
        </w:rPr>
        <w:t>"Não," ela sussurrou, lágrimas inesperadas brilhando em seus olhos antes que ela as controlasse. "Você está certo. Se esconder não adianta." Ela respirou fundo, a vulnerabilidade dando lugar a uma determinação frágil. "Mas eu estou apavorada, Rick."</w:t>
      </w:r>
    </w:p>
    <w:p w14:paraId="61E4A68E" w14:textId="77777777" w:rsidR="002355BD" w:rsidRPr="001179E8" w:rsidRDefault="00000000">
      <w:pPr>
        <w:rPr>
          <w:lang w:val="pt-BR"/>
        </w:rPr>
      </w:pPr>
      <w:r w:rsidRPr="001179E8">
        <w:rPr>
          <w:lang w:val="pt-BR"/>
        </w:rPr>
        <w:br/>
      </w:r>
    </w:p>
    <w:p w14:paraId="1BD67E1D" w14:textId="77777777" w:rsidR="002355BD" w:rsidRPr="001179E8" w:rsidRDefault="00000000">
      <w:pPr>
        <w:rPr>
          <w:lang w:val="pt-BR"/>
        </w:rPr>
      </w:pPr>
      <w:r w:rsidRPr="001179E8">
        <w:rPr>
          <w:lang w:val="pt-BR"/>
        </w:rPr>
        <w:lastRenderedPageBreak/>
        <w:t>Ele fechou a distância entre eles, parando bem na frente dela. "Eu também," ele admitiu, sua própria voz baixa e rouca. "Mas talvez... talvez seja menos assustador se estivermos apavorados juntos."</w:t>
      </w:r>
    </w:p>
    <w:p w14:paraId="0EB0E0ED" w14:textId="77777777" w:rsidR="002355BD" w:rsidRPr="001179E8" w:rsidRDefault="00000000">
      <w:pPr>
        <w:rPr>
          <w:lang w:val="pt-BR"/>
        </w:rPr>
      </w:pPr>
      <w:r w:rsidRPr="001179E8">
        <w:rPr>
          <w:lang w:val="pt-BR"/>
        </w:rPr>
        <w:br/>
      </w:r>
    </w:p>
    <w:p w14:paraId="32B19507" w14:textId="77777777" w:rsidR="002355BD" w:rsidRPr="001179E8" w:rsidRDefault="00000000">
      <w:pPr>
        <w:rPr>
          <w:lang w:val="pt-BR"/>
        </w:rPr>
      </w:pPr>
      <w:r w:rsidRPr="001179E8">
        <w:rPr>
          <w:lang w:val="pt-BR"/>
        </w:rPr>
        <w:t>Ele ergueu a mão, não para seu rosto metálico desta vez, mas para sua mão humana, entrelaçando seus dedos com os dela. Ela apertou de volta, uma conexão silenciosa passando entre eles.</w:t>
      </w:r>
    </w:p>
    <w:p w14:paraId="61AEF878" w14:textId="77777777" w:rsidR="002355BD" w:rsidRPr="001179E8" w:rsidRDefault="00000000">
      <w:pPr>
        <w:rPr>
          <w:lang w:val="pt-BR"/>
        </w:rPr>
      </w:pPr>
      <w:r w:rsidRPr="001179E8">
        <w:rPr>
          <w:lang w:val="pt-BR"/>
        </w:rPr>
        <w:br/>
      </w:r>
    </w:p>
    <w:p w14:paraId="107F0603" w14:textId="77777777" w:rsidR="002355BD" w:rsidRPr="001179E8" w:rsidRDefault="00000000">
      <w:pPr>
        <w:rPr>
          <w:lang w:val="pt-BR"/>
        </w:rPr>
      </w:pPr>
      <w:r w:rsidRPr="001179E8">
        <w:rPr>
          <w:lang w:val="pt-BR"/>
        </w:rPr>
        <w:t>"Rick, eu..." ela começou, mas ele a interrompeu suavemente.</w:t>
      </w:r>
    </w:p>
    <w:p w14:paraId="74166293" w14:textId="77777777" w:rsidR="002355BD" w:rsidRPr="001179E8" w:rsidRDefault="00000000">
      <w:pPr>
        <w:rPr>
          <w:lang w:val="pt-BR"/>
        </w:rPr>
      </w:pPr>
      <w:r w:rsidRPr="001179E8">
        <w:rPr>
          <w:lang w:val="pt-BR"/>
        </w:rPr>
        <w:br/>
      </w:r>
    </w:p>
    <w:p w14:paraId="19D0982B" w14:textId="77777777" w:rsidR="002355BD" w:rsidRPr="001179E8" w:rsidRDefault="00000000">
      <w:pPr>
        <w:rPr>
          <w:lang w:val="pt-BR"/>
        </w:rPr>
      </w:pPr>
      <w:r w:rsidRPr="001179E8">
        <w:rPr>
          <w:lang w:val="pt-BR"/>
        </w:rPr>
        <w:t>"Eu sei," ele disse. E ele sabia. Sabia do medo dela, da força dela, da confusão dela. E sabia, com uma clareza que o assustou e o acalmou ao mesmo tempo, o que sentia por ela.</w:t>
      </w:r>
    </w:p>
    <w:p w14:paraId="726A5959" w14:textId="77777777" w:rsidR="002355BD" w:rsidRPr="001179E8" w:rsidRDefault="00000000">
      <w:pPr>
        <w:rPr>
          <w:lang w:val="pt-BR"/>
        </w:rPr>
      </w:pPr>
      <w:r w:rsidRPr="001179E8">
        <w:rPr>
          <w:lang w:val="pt-BR"/>
        </w:rPr>
        <w:br/>
      </w:r>
    </w:p>
    <w:p w14:paraId="74F2A038" w14:textId="77777777" w:rsidR="002355BD" w:rsidRPr="001179E8" w:rsidRDefault="00000000">
      <w:pPr>
        <w:rPr>
          <w:lang w:val="pt-BR"/>
        </w:rPr>
      </w:pPr>
      <w:r w:rsidRPr="001179E8">
        <w:rPr>
          <w:lang w:val="pt-BR"/>
        </w:rPr>
        <w:t>"Eu te amo, Nicole," ele disse, as palavras saindo com uma simplicidade e sinceridade que surpreendeu a ambos.</w:t>
      </w:r>
    </w:p>
    <w:p w14:paraId="1AF96BF9" w14:textId="77777777" w:rsidR="002355BD" w:rsidRPr="001179E8" w:rsidRDefault="00000000">
      <w:pPr>
        <w:rPr>
          <w:lang w:val="pt-BR"/>
        </w:rPr>
      </w:pPr>
      <w:r w:rsidRPr="001179E8">
        <w:rPr>
          <w:lang w:val="pt-BR"/>
        </w:rPr>
        <w:br/>
      </w:r>
    </w:p>
    <w:p w14:paraId="6DAFEB06" w14:textId="77777777" w:rsidR="002355BD" w:rsidRPr="001179E8" w:rsidRDefault="00000000">
      <w:pPr>
        <w:rPr>
          <w:lang w:val="pt-BR"/>
        </w:rPr>
      </w:pPr>
      <w:r w:rsidRPr="001179E8">
        <w:rPr>
          <w:lang w:val="pt-BR"/>
        </w:rPr>
        <w:t>Os olhos dela se arregalaram ligeiramente, e então uma emoção profunda e crua passou por eles. As barreiras que ela mantinha tão cuidadosamente erguidas pareceram desmoronar. "Eu também te amo, Rick," ela sussurrou, a voz embargada.</w:t>
      </w:r>
    </w:p>
    <w:p w14:paraId="10D82E88" w14:textId="77777777" w:rsidR="002355BD" w:rsidRPr="001179E8" w:rsidRDefault="00000000">
      <w:pPr>
        <w:rPr>
          <w:lang w:val="pt-BR"/>
        </w:rPr>
      </w:pPr>
      <w:r w:rsidRPr="001179E8">
        <w:rPr>
          <w:lang w:val="pt-BR"/>
        </w:rPr>
        <w:br/>
      </w:r>
    </w:p>
    <w:p w14:paraId="507DD9DE" w14:textId="77777777" w:rsidR="002355BD" w:rsidRPr="001179E8" w:rsidRDefault="00000000">
      <w:pPr>
        <w:rPr>
          <w:lang w:val="pt-BR"/>
        </w:rPr>
      </w:pPr>
      <w:r w:rsidRPr="001179E8">
        <w:rPr>
          <w:lang w:val="pt-BR"/>
        </w:rPr>
        <w:t>Não houve beijo desta vez, apenas a intensidade do momento, a confissão mútua pairando no ar tenso do laboratório. A primeira declaração, nascida não da paixão do momento, mas do medo compartilhado e de uma conexão forjada no caos. Eles se agarraram um ao outro, encontrando força na vulnerabilidade mútua, enquanto lá fora, o mundo continuava a girar em direção ao coração da tempestade.</w:t>
      </w:r>
    </w:p>
    <w:p w14:paraId="071BF7E9" w14:textId="77777777" w:rsidR="002355BD" w:rsidRPr="001179E8" w:rsidRDefault="002355BD">
      <w:pPr>
        <w:rPr>
          <w:lang w:val="pt-BR"/>
        </w:rPr>
      </w:pPr>
    </w:p>
    <w:p w14:paraId="57026C73" w14:textId="77777777" w:rsidR="002355BD" w:rsidRPr="001179E8" w:rsidRDefault="00000000">
      <w:pPr>
        <w:rPr>
          <w:lang w:val="pt-BR"/>
        </w:rPr>
      </w:pPr>
      <w:r w:rsidRPr="001179E8">
        <w:rPr>
          <w:lang w:val="pt-BR"/>
        </w:rPr>
        <w:t xml:space="preserve">O céu sobre Neo-Veridia rasgou-se novamente. Rox, agora uma figura imponente de sombra e fogo primordial, pairava sobre as ruínas de um antigo observatório nas montanhas </w:t>
      </w:r>
      <w:r w:rsidRPr="001179E8">
        <w:rPr>
          <w:lang w:val="pt-BR"/>
        </w:rPr>
        <w:lastRenderedPageBreak/>
        <w:t>circundantes – outro nexo de poder que ele havia profanado. Com um rugido que misturava triunfo e a agonia de seu poder instável, ele ergueu as mãos espectrais e um segundo portal se abriu, este mais violento e instável que o primeiro. Rachaduras verdes e marrons emanavam dele, e a própria terra tremia.</w:t>
      </w:r>
    </w:p>
    <w:p w14:paraId="13076A92" w14:textId="77777777" w:rsidR="002355BD" w:rsidRPr="001179E8" w:rsidRDefault="00000000">
      <w:pPr>
        <w:rPr>
          <w:lang w:val="pt-BR"/>
        </w:rPr>
      </w:pPr>
      <w:r w:rsidRPr="001179E8">
        <w:rPr>
          <w:lang w:val="pt-BR"/>
        </w:rPr>
        <w:br/>
      </w:r>
    </w:p>
    <w:p w14:paraId="1E902102" w14:textId="77777777" w:rsidR="002355BD" w:rsidRPr="001179E8" w:rsidRDefault="00000000">
      <w:pPr>
        <w:rPr>
          <w:lang w:val="pt-BR"/>
        </w:rPr>
      </w:pPr>
      <w:r w:rsidRPr="001179E8">
        <w:rPr>
          <w:lang w:val="pt-BR"/>
        </w:rPr>
        <w:t>"A Terra!" Morgana exclamou na sala de guerra da G.R.A.I.A., observando as leituras sísmicas e energéticas dispararem. "Ele está tentando arrancar a alma do Elemental da Terra! Se ele conseguir... o planeta não sobreviverá!"</w:t>
      </w:r>
    </w:p>
    <w:p w14:paraId="1A4F0586" w14:textId="77777777" w:rsidR="002355BD" w:rsidRPr="001179E8" w:rsidRDefault="00000000">
      <w:pPr>
        <w:rPr>
          <w:lang w:val="pt-BR"/>
        </w:rPr>
      </w:pPr>
      <w:r w:rsidRPr="001179E8">
        <w:rPr>
          <w:lang w:val="pt-BR"/>
        </w:rPr>
        <w:br/>
      </w:r>
    </w:p>
    <w:p w14:paraId="64939735" w14:textId="77777777" w:rsidR="002355BD" w:rsidRPr="001179E8" w:rsidRDefault="00000000">
      <w:pPr>
        <w:rPr>
          <w:lang w:val="pt-BR"/>
        </w:rPr>
      </w:pPr>
      <w:r w:rsidRPr="001179E8">
        <w:rPr>
          <w:lang w:val="pt-BR"/>
        </w:rPr>
        <w:t>A Diretiva Ômega estava em andamento, os veteranos se preparando para a missão suicida, mas Rox estava agindo rápido demais. A esperança parecia diminuir a cada segundo.</w:t>
      </w:r>
    </w:p>
    <w:p w14:paraId="0D1CA892" w14:textId="77777777" w:rsidR="002355BD" w:rsidRPr="001179E8" w:rsidRDefault="00000000">
      <w:pPr>
        <w:rPr>
          <w:lang w:val="pt-BR"/>
        </w:rPr>
      </w:pPr>
      <w:r w:rsidRPr="001179E8">
        <w:rPr>
          <w:lang w:val="pt-BR"/>
        </w:rPr>
        <w:br/>
      </w:r>
    </w:p>
    <w:p w14:paraId="1F7B9420" w14:textId="77777777" w:rsidR="002355BD" w:rsidRPr="001179E8" w:rsidRDefault="00000000">
      <w:pPr>
        <w:rPr>
          <w:lang w:val="pt-BR"/>
        </w:rPr>
      </w:pPr>
      <w:r w:rsidRPr="001179E8">
        <w:rPr>
          <w:lang w:val="pt-BR"/>
        </w:rPr>
        <w:t>Foi então que outra assinatura energética surgiu perto do portal de Rox, fraca, mas familiar. Uma figura cambaleante se materializou – Magenta. Ela estava pálida, seu traje escuro rasgado, a energia magenta ao redor dela tremeluzindo erraticamente. O orbe contendo a alma do Ar não estava mais visível.</w:t>
      </w:r>
    </w:p>
    <w:p w14:paraId="62EE541C" w14:textId="77777777" w:rsidR="002355BD" w:rsidRPr="001179E8" w:rsidRDefault="00000000">
      <w:pPr>
        <w:rPr>
          <w:lang w:val="pt-BR"/>
        </w:rPr>
      </w:pPr>
      <w:r w:rsidRPr="001179E8">
        <w:rPr>
          <w:lang w:val="pt-BR"/>
        </w:rPr>
        <w:br/>
      </w:r>
    </w:p>
    <w:p w14:paraId="6C1D90C2" w14:textId="77777777" w:rsidR="002355BD" w:rsidRPr="001179E8" w:rsidRDefault="00000000">
      <w:pPr>
        <w:rPr>
          <w:lang w:val="pt-BR"/>
        </w:rPr>
      </w:pPr>
      <w:r w:rsidRPr="001179E8">
        <w:rPr>
          <w:lang w:val="pt-BR"/>
        </w:rPr>
        <w:t>"Primordiais..." sua voz fraca ecoou psiquicamente na base. "Vocês precisam... parar Rox... mas ele não é o verdadeiro... fim..." Ela olhou para o portal terrestre com horror. "Abyzoth... a entidade por trás da Marioneta Sinistra... está usando o caos... se manifestando... através dela... O Véu está se rompendo..."</w:t>
      </w:r>
    </w:p>
    <w:p w14:paraId="45475378" w14:textId="77777777" w:rsidR="002355BD" w:rsidRPr="001179E8" w:rsidRDefault="00000000">
      <w:pPr>
        <w:rPr>
          <w:lang w:val="pt-BR"/>
        </w:rPr>
      </w:pPr>
      <w:r w:rsidRPr="001179E8">
        <w:rPr>
          <w:lang w:val="pt-BR"/>
        </w:rPr>
        <w:br/>
      </w:r>
    </w:p>
    <w:p w14:paraId="5C59F922" w14:textId="77777777" w:rsidR="002355BD" w:rsidRPr="001179E8" w:rsidRDefault="00000000">
      <w:pPr>
        <w:rPr>
          <w:lang w:val="pt-BR"/>
        </w:rPr>
      </w:pPr>
      <w:r w:rsidRPr="001179E8">
        <w:rPr>
          <w:lang w:val="pt-BR"/>
        </w:rPr>
        <w:t>Antes que pudesse dizer mais, uma sombra pareceu se desprender dela, uma figura alta e esguia com fios invisíveis, e Magenta gritou antes de sua forma se dissipar em uma nuvem de energia magenta fraca, sugada de volta para as sombras de onde viera. A Marioneta Sinistra havia silenciado sua peça descartada.</w:t>
      </w:r>
    </w:p>
    <w:p w14:paraId="02B785B1" w14:textId="77777777" w:rsidR="002355BD" w:rsidRPr="001179E8" w:rsidRDefault="00000000">
      <w:pPr>
        <w:rPr>
          <w:lang w:val="pt-BR"/>
        </w:rPr>
      </w:pPr>
      <w:r w:rsidRPr="001179E8">
        <w:rPr>
          <w:lang w:val="pt-BR"/>
        </w:rPr>
        <w:br/>
      </w:r>
    </w:p>
    <w:p w14:paraId="55907FD6" w14:textId="77777777" w:rsidR="002355BD" w:rsidRPr="001179E8" w:rsidRDefault="00000000">
      <w:pPr>
        <w:rPr>
          <w:lang w:val="pt-BR"/>
        </w:rPr>
      </w:pPr>
      <w:r w:rsidRPr="001179E8">
        <w:rPr>
          <w:lang w:val="pt-BR"/>
        </w:rPr>
        <w:t>O aviso, no entanto, fora entregue. Rox era uma ameaça iminente, mas uma escuridão ainda maior se agitava por trás das cortinas. Mas primeiro, Rox precisava ser detido.</w:t>
      </w:r>
    </w:p>
    <w:p w14:paraId="238518DA" w14:textId="77777777" w:rsidR="002355BD" w:rsidRPr="001179E8" w:rsidRDefault="00000000">
      <w:pPr>
        <w:rPr>
          <w:lang w:val="pt-BR"/>
        </w:rPr>
      </w:pPr>
      <w:r w:rsidRPr="001179E8">
        <w:rPr>
          <w:lang w:val="pt-BR"/>
        </w:rPr>
        <w:lastRenderedPageBreak/>
        <w:br/>
      </w:r>
    </w:p>
    <w:p w14:paraId="44172116" w14:textId="77777777" w:rsidR="002355BD" w:rsidRPr="001179E8" w:rsidRDefault="00000000">
      <w:pPr>
        <w:rPr>
          <w:lang w:val="pt-BR"/>
        </w:rPr>
      </w:pPr>
      <w:r w:rsidRPr="001179E8">
        <w:rPr>
          <w:lang w:val="pt-BR"/>
        </w:rPr>
        <w:t>Na área de treinamento, os Primordiais II se reuniram. Rick e Nicole estavam lado a lado, a confissão recente ainda pairando entre eles, mas agora substituída por uma determinação sombria. Blue parecia mais focado, o medo em seus olhos substituído por uma resolução fria. Linda estava com eles, sua expressão séria, pronta. Luke, embora ainda cansado, estava de pé, seus clones cintilando ao seu redor. Fogo-Vivo e Híbrida, recuperados o suficiente para lutar, completavam a equipe. Os sete jovens heróis, a nova geração, encaravam o fim do mundo.</w:t>
      </w:r>
    </w:p>
    <w:p w14:paraId="465D242E" w14:textId="77777777" w:rsidR="002355BD" w:rsidRPr="001179E8" w:rsidRDefault="00000000">
      <w:pPr>
        <w:rPr>
          <w:lang w:val="pt-BR"/>
        </w:rPr>
      </w:pPr>
      <w:r w:rsidRPr="001179E8">
        <w:rPr>
          <w:lang w:val="pt-BR"/>
        </w:rPr>
        <w:br/>
      </w:r>
    </w:p>
    <w:p w14:paraId="7E41D4B8" w14:textId="77777777" w:rsidR="002355BD" w:rsidRPr="001179E8" w:rsidRDefault="00000000">
      <w:pPr>
        <w:rPr>
          <w:lang w:val="pt-BR"/>
        </w:rPr>
      </w:pPr>
      <w:r w:rsidRPr="001179E8">
        <w:rPr>
          <w:lang w:val="pt-BR"/>
        </w:rPr>
        <w:t>"Vance está enviando os veteranos," Luke relatou. "Mas eles não chegarão a tempo de impedir Rox de rasgar o Elemental da Terra."</w:t>
      </w:r>
    </w:p>
    <w:p w14:paraId="3E8A9925" w14:textId="77777777" w:rsidR="002355BD" w:rsidRPr="001179E8" w:rsidRDefault="00000000">
      <w:pPr>
        <w:rPr>
          <w:lang w:val="pt-BR"/>
        </w:rPr>
      </w:pPr>
      <w:r w:rsidRPr="001179E8">
        <w:rPr>
          <w:lang w:val="pt-BR"/>
        </w:rPr>
        <w:br/>
      </w:r>
    </w:p>
    <w:p w14:paraId="6621F57C" w14:textId="77777777" w:rsidR="002355BD" w:rsidRPr="001179E8" w:rsidRDefault="00000000">
      <w:pPr>
        <w:rPr>
          <w:lang w:val="pt-BR"/>
        </w:rPr>
      </w:pPr>
      <w:r w:rsidRPr="001179E8">
        <w:rPr>
          <w:lang w:val="pt-BR"/>
        </w:rPr>
        <w:t>"Então nós vamos," Rick disse, sua voz firme. Ele olhou para Nicole, um entendimento silencioso passando entre eles.</w:t>
      </w:r>
    </w:p>
    <w:p w14:paraId="3FD3761B" w14:textId="77777777" w:rsidR="002355BD" w:rsidRPr="001179E8" w:rsidRDefault="00000000">
      <w:pPr>
        <w:rPr>
          <w:lang w:val="pt-BR"/>
        </w:rPr>
      </w:pPr>
      <w:r w:rsidRPr="001179E8">
        <w:rPr>
          <w:lang w:val="pt-BR"/>
        </w:rPr>
        <w:br/>
      </w:r>
    </w:p>
    <w:p w14:paraId="2E66BE67" w14:textId="77777777" w:rsidR="002355BD" w:rsidRPr="001179E8" w:rsidRDefault="00000000">
      <w:pPr>
        <w:rPr>
          <w:lang w:val="pt-BR"/>
        </w:rPr>
      </w:pPr>
      <w:r w:rsidRPr="001179E8">
        <w:rPr>
          <w:lang w:val="pt-BR"/>
        </w:rPr>
        <w:t>"Não podemos enfrentá-lo sozinhos," Fogo-Vivo argumentou, chamas azuis dançando em seus punhos. "Ele absorveu o Fogo Primordial."</w:t>
      </w:r>
    </w:p>
    <w:p w14:paraId="36A35208" w14:textId="77777777" w:rsidR="002355BD" w:rsidRPr="001179E8" w:rsidRDefault="00000000">
      <w:pPr>
        <w:rPr>
          <w:lang w:val="pt-BR"/>
        </w:rPr>
      </w:pPr>
      <w:r w:rsidRPr="001179E8">
        <w:rPr>
          <w:lang w:val="pt-BR"/>
        </w:rPr>
        <w:br/>
      </w:r>
    </w:p>
    <w:p w14:paraId="328EC3DD" w14:textId="77777777" w:rsidR="002355BD" w:rsidRPr="001179E8" w:rsidRDefault="00000000">
      <w:pPr>
        <w:rPr>
          <w:lang w:val="pt-BR"/>
        </w:rPr>
      </w:pPr>
      <w:r w:rsidRPr="001179E8">
        <w:rPr>
          <w:lang w:val="pt-BR"/>
        </w:rPr>
        <w:t>"Não sozinhos," Nicole respondeu, sua voz clara e ressonante. O metal de seu corpo brilhava com uma luz interna, não ameaçadora, mas controlada. A revelação sobre sua origem, sobre o Dragão Justo, ainda a assustava, mas as palavras de Nyx ecoavam: a escolha era dela. "Lutaremos juntos. Como uma equipe." Ela olhou para Fogo-Vivo. "Sua criocinese pode ser a chave contra o fogo dele. Luke, precisamos de velocidade e distração. Linda, seus golens pode desestabilizar a forma espectral dele. Blue, absorva qualquer energia perdida, mas com cuidado. Híbrida, sua força bruta é necessária. Rick... nós cuidamos um do outro."</w:t>
      </w:r>
    </w:p>
    <w:p w14:paraId="29FCCFA6" w14:textId="77777777" w:rsidR="002355BD" w:rsidRPr="001179E8" w:rsidRDefault="00000000">
      <w:pPr>
        <w:rPr>
          <w:lang w:val="pt-BR"/>
        </w:rPr>
      </w:pPr>
      <w:r w:rsidRPr="001179E8">
        <w:rPr>
          <w:lang w:val="pt-BR"/>
        </w:rPr>
        <w:br/>
      </w:r>
    </w:p>
    <w:p w14:paraId="62B6EF64" w14:textId="77777777" w:rsidR="002355BD" w:rsidRPr="001179E8" w:rsidRDefault="00000000">
      <w:pPr>
        <w:rPr>
          <w:lang w:val="pt-BR"/>
        </w:rPr>
      </w:pPr>
      <w:r w:rsidRPr="001179E8">
        <w:rPr>
          <w:lang w:val="pt-BR"/>
        </w:rPr>
        <w:t>Não era uma ordem, mas um plano nascido da necessidade e da confiança mútua. Eles aceitaram seus papéis, o peso do legado e a ameaça iminente solidificando sua união. Sob a liderança conjunta que surgiu naturalmente de Chrome e Fogo-Vivo, os Primordiais II avançaram.</w:t>
      </w:r>
    </w:p>
    <w:p w14:paraId="1F0AB23C" w14:textId="77777777" w:rsidR="002355BD" w:rsidRPr="001179E8" w:rsidRDefault="00000000">
      <w:pPr>
        <w:rPr>
          <w:lang w:val="pt-BR"/>
        </w:rPr>
      </w:pPr>
      <w:r w:rsidRPr="001179E8">
        <w:rPr>
          <w:lang w:val="pt-BR"/>
        </w:rPr>
        <w:lastRenderedPageBreak/>
        <w:br/>
      </w:r>
    </w:p>
    <w:p w14:paraId="786478A4" w14:textId="77777777" w:rsidR="002355BD" w:rsidRPr="001179E8" w:rsidRDefault="00000000">
      <w:pPr>
        <w:rPr>
          <w:lang w:val="pt-BR"/>
        </w:rPr>
      </w:pPr>
      <w:r w:rsidRPr="001179E8">
        <w:rPr>
          <w:lang w:val="pt-BR"/>
        </w:rPr>
        <w:t>Eles interceptaram Rox no observatório em ruínas enquanto ele lutava para extrair a alma da Terra do portal que se contorcia. A batalha final começou.</w:t>
      </w:r>
    </w:p>
    <w:p w14:paraId="41752B68" w14:textId="77777777" w:rsidR="002355BD" w:rsidRPr="001179E8" w:rsidRDefault="00000000">
      <w:pPr>
        <w:rPr>
          <w:lang w:val="pt-BR"/>
        </w:rPr>
      </w:pPr>
      <w:r w:rsidRPr="001179E8">
        <w:rPr>
          <w:lang w:val="pt-BR"/>
        </w:rPr>
        <w:br/>
      </w:r>
    </w:p>
    <w:p w14:paraId="470F0A20" w14:textId="77777777" w:rsidR="002355BD" w:rsidRPr="001179E8" w:rsidRDefault="00000000">
      <w:pPr>
        <w:rPr>
          <w:lang w:val="pt-BR"/>
        </w:rPr>
      </w:pPr>
      <w:r w:rsidRPr="001179E8">
        <w:rPr>
          <w:lang w:val="pt-BR"/>
        </w:rPr>
        <w:t>Foi um confronto brutal e desesperado. Rox, agora uma tempestade de fogo e sombra, era quase imparável. Suas chamas espectrais queimavam com intensidade primordial, e sua forma etérea era difícil de atingir. Mas os Primordiais II lutaram com uma sinergia que nunca haviam alcançado antes.</w:t>
      </w:r>
    </w:p>
    <w:p w14:paraId="27044332" w14:textId="77777777" w:rsidR="002355BD" w:rsidRPr="001179E8" w:rsidRDefault="00000000">
      <w:pPr>
        <w:rPr>
          <w:lang w:val="pt-BR"/>
        </w:rPr>
      </w:pPr>
      <w:r w:rsidRPr="001179E8">
        <w:rPr>
          <w:lang w:val="pt-BR"/>
        </w:rPr>
        <w:br/>
      </w:r>
    </w:p>
    <w:p w14:paraId="69929946" w14:textId="77777777" w:rsidR="002355BD" w:rsidRPr="001179E8" w:rsidRDefault="00000000">
      <w:pPr>
        <w:rPr>
          <w:lang w:val="pt-BR"/>
        </w:rPr>
      </w:pPr>
      <w:r w:rsidRPr="001179E8">
        <w:rPr>
          <w:lang w:val="pt-BR"/>
        </w:rPr>
        <w:t>Fogo-Vivo usou suas rajadas de gelo para conter as chamas de Rox, criando aberturas momentâneas. Híbrida e Chrome atacavam fisicamente, a força bruta de Híbrida e a resistência metálica de Chrome testando a coesão da forma de Rox. Luke usava seus clones para ataques rápidos e distrações, teleportando aliados para fora do perigo. Linda invocava seus golens ressoando contra a essência sombria de Rox, fazendo-o vacilar. Blue absorvia a energia caótica que vazava do portal e dos ataques de Rox, seus olhos brilhando perigosamente, mas mantendo o controle.</w:t>
      </w:r>
    </w:p>
    <w:p w14:paraId="380EF08A" w14:textId="77777777" w:rsidR="002355BD" w:rsidRPr="001179E8" w:rsidRDefault="00000000">
      <w:pPr>
        <w:rPr>
          <w:lang w:val="pt-BR"/>
        </w:rPr>
      </w:pPr>
      <w:r w:rsidRPr="001179E8">
        <w:rPr>
          <w:lang w:val="pt-BR"/>
        </w:rPr>
        <w:br/>
      </w:r>
    </w:p>
    <w:p w14:paraId="302EBD5E" w14:textId="77777777" w:rsidR="002355BD" w:rsidRPr="001179E8" w:rsidRDefault="00000000">
      <w:pPr>
        <w:rPr>
          <w:lang w:val="pt-BR"/>
        </w:rPr>
      </w:pPr>
      <w:r w:rsidRPr="001179E8">
        <w:rPr>
          <w:lang w:val="pt-BR"/>
        </w:rPr>
        <w:t>Rick e Nicole lutavam como um só. Rick usava sua manipulação de densidade e energia cinética para proteger Nicole e criar aberturas, enquanto Nicole usava sua eletricidade e força metálica para desferir golpes poderosos. A conexão entre eles era palpável, uma dança de combate nascida do amor e do medo compartilhado.</w:t>
      </w:r>
    </w:p>
    <w:p w14:paraId="0C2393D2" w14:textId="77777777" w:rsidR="002355BD" w:rsidRPr="001179E8" w:rsidRDefault="00000000">
      <w:pPr>
        <w:rPr>
          <w:lang w:val="pt-BR"/>
        </w:rPr>
      </w:pPr>
      <w:r w:rsidRPr="001179E8">
        <w:rPr>
          <w:lang w:val="pt-BR"/>
        </w:rPr>
        <w:br/>
      </w:r>
    </w:p>
    <w:p w14:paraId="4BEA9C81" w14:textId="77777777" w:rsidR="002355BD" w:rsidRPr="001179E8" w:rsidRDefault="00000000">
      <w:pPr>
        <w:rPr>
          <w:lang w:val="pt-BR"/>
        </w:rPr>
      </w:pPr>
      <w:r w:rsidRPr="001179E8">
        <w:rPr>
          <w:lang w:val="pt-BR"/>
        </w:rPr>
        <w:t>Mas Rox era poderoso demais. Ele repeliu Híbrida com uma onda de força, dissipou os clones de Luke com uma explosão de fogo sombrio e quase parou Linda com um grito psíquico. Ele se concentrou em Fogo-Vivo, o gelo sendo a maior ameaça direta ao seu novo poder.</w:t>
      </w:r>
    </w:p>
    <w:p w14:paraId="0282EA11" w14:textId="77777777" w:rsidR="002355BD" w:rsidRPr="001179E8" w:rsidRDefault="00000000">
      <w:pPr>
        <w:rPr>
          <w:lang w:val="pt-BR"/>
        </w:rPr>
      </w:pPr>
      <w:r w:rsidRPr="001179E8">
        <w:rPr>
          <w:lang w:val="pt-BR"/>
        </w:rPr>
        <w:br/>
      </w:r>
    </w:p>
    <w:p w14:paraId="735A428C" w14:textId="77777777" w:rsidR="002355BD" w:rsidRPr="001179E8" w:rsidRDefault="00000000">
      <w:pPr>
        <w:rPr>
          <w:lang w:val="pt-BR"/>
        </w:rPr>
      </w:pPr>
      <w:r w:rsidRPr="001179E8">
        <w:rPr>
          <w:lang w:val="pt-BR"/>
        </w:rPr>
        <w:t xml:space="preserve">Vendo Fogo-Vivo em perigo, Rick tomou uma decisão. Ele se tornou intangível, atravessando uma rajada de fogo espectral, e se solidificou bem na frente de Rox, absorvendo uma quantidade imensa de energia cinética do ataque do Espectro. No mesmo </w:t>
      </w:r>
      <w:r w:rsidRPr="001179E8">
        <w:rPr>
          <w:lang w:val="pt-BR"/>
        </w:rPr>
        <w:lastRenderedPageBreak/>
        <w:t>instante, Nicole, vendo a oportunidade, canalizou toda a sua energia elétrica e a essência adormecida do Dragão Justo dentro dela, não para atacar, mas para criar um pulso de pura energia estabilizadora, direcionado à forma instável de Rox.</w:t>
      </w:r>
    </w:p>
    <w:p w14:paraId="68B7F3CA" w14:textId="77777777" w:rsidR="002355BD" w:rsidRPr="001179E8" w:rsidRDefault="00000000">
      <w:pPr>
        <w:rPr>
          <w:lang w:val="pt-BR"/>
        </w:rPr>
      </w:pPr>
      <w:r w:rsidRPr="001179E8">
        <w:rPr>
          <w:lang w:val="pt-BR"/>
        </w:rPr>
        <w:br/>
      </w:r>
    </w:p>
    <w:p w14:paraId="741071C2" w14:textId="77777777" w:rsidR="002355BD" w:rsidRPr="001179E8" w:rsidRDefault="00000000">
      <w:pPr>
        <w:rPr>
          <w:lang w:val="pt-BR"/>
        </w:rPr>
      </w:pPr>
      <w:r w:rsidRPr="001179E8">
        <w:rPr>
          <w:lang w:val="pt-BR"/>
        </w:rPr>
        <w:t>O esforço combinado – Rick absorvendo a força cinética, Nicole desestabilizando a forma espectral, Fogo-Vivo lançando gelo, a canção desestabilizadora de Linda, Blue absorvendo o excesso de energia – atingiu Rox simultaneamente. A fusão instável de sombra e fogo não conseguiu resistir ao ataque concentrado.</w:t>
      </w:r>
    </w:p>
    <w:p w14:paraId="35E91677" w14:textId="77777777" w:rsidR="002355BD" w:rsidRPr="001179E8" w:rsidRDefault="00000000">
      <w:pPr>
        <w:rPr>
          <w:lang w:val="pt-BR"/>
        </w:rPr>
      </w:pPr>
      <w:r w:rsidRPr="001179E8">
        <w:rPr>
          <w:lang w:val="pt-BR"/>
        </w:rPr>
        <w:br/>
      </w:r>
    </w:p>
    <w:p w14:paraId="4A0F97CA" w14:textId="77777777" w:rsidR="002355BD" w:rsidRPr="001179E8" w:rsidRDefault="00000000">
      <w:pPr>
        <w:rPr>
          <w:lang w:val="pt-BR"/>
        </w:rPr>
      </w:pPr>
      <w:r w:rsidRPr="001179E8">
        <w:rPr>
          <w:lang w:val="pt-BR"/>
        </w:rPr>
        <w:t>Rox gritou, um som de pura agonia e poder se dissolvendo, enquanto sua forma tremeluzia violentamente. A conexão com a alma do Elemental do Fogo se rompeu. Com uma implosão final e ensurdecedora, a forma espectral colapsou, deixando para trás apenas brasas que se apagavam e um silêncio arrepiante.</w:t>
      </w:r>
    </w:p>
    <w:p w14:paraId="533F01F0" w14:textId="77777777" w:rsidR="002355BD" w:rsidRPr="001179E8" w:rsidRDefault="00000000">
      <w:pPr>
        <w:rPr>
          <w:lang w:val="pt-BR"/>
        </w:rPr>
      </w:pPr>
      <w:r w:rsidRPr="001179E8">
        <w:rPr>
          <w:lang w:val="pt-BR"/>
        </w:rPr>
        <w:br/>
      </w:r>
    </w:p>
    <w:p w14:paraId="333A410F" w14:textId="77777777" w:rsidR="002355BD" w:rsidRPr="001179E8" w:rsidRDefault="00000000">
      <w:pPr>
        <w:rPr>
          <w:lang w:val="pt-BR"/>
        </w:rPr>
      </w:pPr>
      <w:r w:rsidRPr="001179E8">
        <w:rPr>
          <w:lang w:val="pt-BR"/>
        </w:rPr>
        <w:t>Eles haviam vencido. Exaustos, feridos, mas vitoriosos.</w:t>
      </w:r>
    </w:p>
    <w:p w14:paraId="5CDEB35D" w14:textId="77777777" w:rsidR="002355BD" w:rsidRPr="001179E8" w:rsidRDefault="00000000">
      <w:pPr>
        <w:rPr>
          <w:lang w:val="pt-BR"/>
        </w:rPr>
      </w:pPr>
      <w:r w:rsidRPr="001179E8">
        <w:rPr>
          <w:lang w:val="pt-BR"/>
        </w:rPr>
        <w:br/>
      </w:r>
    </w:p>
    <w:p w14:paraId="6693EB99" w14:textId="77777777" w:rsidR="002355BD" w:rsidRPr="001179E8" w:rsidRDefault="00000000">
      <w:pPr>
        <w:rPr>
          <w:lang w:val="pt-BR"/>
        </w:rPr>
      </w:pPr>
      <w:r w:rsidRPr="001179E8">
        <w:rPr>
          <w:lang w:val="pt-BR"/>
        </w:rPr>
        <w:t>Mas a vitória teve um custo. O segundo portal, desestabilizado pela destruição de Rox e pela batalha, pulsava de forma errática. Antes que alguém pudesse reagir, um tentáculo de energia bruta e caótica surgiu do portal em colapso.</w:t>
      </w:r>
    </w:p>
    <w:p w14:paraId="53C22D3D" w14:textId="77777777" w:rsidR="002355BD" w:rsidRPr="001179E8" w:rsidRDefault="00000000">
      <w:pPr>
        <w:rPr>
          <w:lang w:val="pt-BR"/>
        </w:rPr>
      </w:pPr>
      <w:r w:rsidRPr="001179E8">
        <w:rPr>
          <w:lang w:val="pt-BR"/>
        </w:rPr>
        <w:br/>
      </w:r>
    </w:p>
    <w:p w14:paraId="5B4E6323" w14:textId="77777777" w:rsidR="002355BD" w:rsidRPr="001179E8" w:rsidRDefault="00000000">
      <w:pPr>
        <w:rPr>
          <w:lang w:val="pt-BR"/>
        </w:rPr>
      </w:pPr>
      <w:r w:rsidRPr="001179E8">
        <w:rPr>
          <w:lang w:val="pt-BR"/>
        </w:rPr>
        <w:t>Não estava direcionado a ninguém em particular, mas Rick e Nicole estavam mais próximos, ainda perto de onde Rox havia caído. O tentáculo os envolveu, tirando-os do chão.</w:t>
      </w:r>
    </w:p>
    <w:p w14:paraId="693E17B8" w14:textId="77777777" w:rsidR="002355BD" w:rsidRPr="001179E8" w:rsidRDefault="00000000">
      <w:pPr>
        <w:rPr>
          <w:lang w:val="pt-BR"/>
        </w:rPr>
      </w:pPr>
      <w:r w:rsidRPr="001179E8">
        <w:rPr>
          <w:lang w:val="pt-BR"/>
        </w:rPr>
        <w:br/>
      </w:r>
    </w:p>
    <w:p w14:paraId="0E20DE2A" w14:textId="77777777" w:rsidR="002355BD" w:rsidRPr="001179E8" w:rsidRDefault="00000000">
      <w:pPr>
        <w:rPr>
          <w:lang w:val="pt-BR"/>
        </w:rPr>
      </w:pPr>
      <w:r w:rsidRPr="001179E8">
        <w:rPr>
          <w:lang w:val="pt-BR"/>
        </w:rPr>
        <w:t>"Rick! Nicole!" Luke gritou, tentando se teleportar até eles, mas a energia caótica o repeliu.</w:t>
      </w:r>
    </w:p>
    <w:p w14:paraId="1DF7AF73" w14:textId="77777777" w:rsidR="002355BD" w:rsidRPr="001179E8" w:rsidRDefault="00000000">
      <w:pPr>
        <w:rPr>
          <w:lang w:val="pt-BR"/>
        </w:rPr>
      </w:pPr>
      <w:r w:rsidRPr="001179E8">
        <w:rPr>
          <w:lang w:val="pt-BR"/>
        </w:rPr>
        <w:br/>
      </w:r>
    </w:p>
    <w:p w14:paraId="42129F7A" w14:textId="77777777" w:rsidR="002355BD" w:rsidRPr="001179E8" w:rsidRDefault="00000000">
      <w:pPr>
        <w:rPr>
          <w:lang w:val="pt-BR"/>
        </w:rPr>
      </w:pPr>
      <w:r w:rsidRPr="001179E8">
        <w:rPr>
          <w:lang w:val="pt-BR"/>
        </w:rPr>
        <w:lastRenderedPageBreak/>
        <w:t>O mundo se dissolveu em um vórtice de cores e energia gritante para Rick e Nicole. Eles se agarraram um ao outro, suas declarações de amor ainda ecoando em suas mentes, enquanto o portal os arrastava através do Véu em ruptura.</w:t>
      </w:r>
    </w:p>
    <w:p w14:paraId="5F7CD6D9" w14:textId="77777777" w:rsidR="002355BD" w:rsidRPr="001179E8" w:rsidRDefault="00000000">
      <w:pPr>
        <w:rPr>
          <w:lang w:val="pt-BR"/>
        </w:rPr>
      </w:pPr>
      <w:r w:rsidRPr="001179E8">
        <w:rPr>
          <w:lang w:val="pt-BR"/>
        </w:rPr>
        <w:br/>
      </w:r>
    </w:p>
    <w:p w14:paraId="534B2044" w14:textId="77777777" w:rsidR="002355BD" w:rsidRPr="001179E8" w:rsidRDefault="00000000">
      <w:pPr>
        <w:rPr>
          <w:lang w:val="pt-BR"/>
        </w:rPr>
      </w:pPr>
      <w:r w:rsidRPr="001179E8">
        <w:rPr>
          <w:lang w:val="pt-BR"/>
        </w:rPr>
        <w:t>Então, escuridão.</w:t>
      </w:r>
    </w:p>
    <w:p w14:paraId="0421BDF4" w14:textId="77777777" w:rsidR="002355BD" w:rsidRPr="001179E8" w:rsidRDefault="00000000">
      <w:pPr>
        <w:rPr>
          <w:lang w:val="pt-BR"/>
        </w:rPr>
      </w:pPr>
      <w:r w:rsidRPr="001179E8">
        <w:rPr>
          <w:lang w:val="pt-BR"/>
        </w:rPr>
        <w:br/>
      </w:r>
    </w:p>
    <w:p w14:paraId="1D80E6AD" w14:textId="77777777" w:rsidR="002355BD" w:rsidRPr="001179E8" w:rsidRDefault="00000000">
      <w:pPr>
        <w:rPr>
          <w:lang w:val="pt-BR"/>
        </w:rPr>
      </w:pPr>
      <w:r w:rsidRPr="001179E8">
        <w:rPr>
          <w:lang w:val="pt-BR"/>
        </w:rPr>
        <w:t>Eles aterrissaram com força sobre uma pedra fria e rachada. O ar estava pesado, cheirando a poeira e algo antigo e em decomposição. Acima deles, não havia céu, apenas uma vastidão de escuridão opressiva. Luzes tênues e fantasmagóricas tremeluziam à distância. Eles não estavam mais em Neo-Veridia.</w:t>
      </w:r>
    </w:p>
    <w:p w14:paraId="751E34B0" w14:textId="77777777" w:rsidR="002355BD" w:rsidRPr="001179E8" w:rsidRDefault="00000000">
      <w:pPr>
        <w:rPr>
          <w:lang w:val="pt-BR"/>
        </w:rPr>
      </w:pPr>
      <w:r w:rsidRPr="001179E8">
        <w:rPr>
          <w:lang w:val="pt-BR"/>
        </w:rPr>
        <w:br/>
      </w:r>
    </w:p>
    <w:p w14:paraId="22D84CD5" w14:textId="77777777" w:rsidR="002355BD" w:rsidRPr="001179E8" w:rsidRDefault="00000000">
      <w:pPr>
        <w:rPr>
          <w:lang w:val="pt-BR"/>
        </w:rPr>
      </w:pPr>
      <w:r w:rsidRPr="001179E8">
        <w:rPr>
          <w:lang w:val="pt-BR"/>
        </w:rPr>
        <w:t>A mão de Nicole apertou a de Rick. "Rick... onde... onde estamos?"</w:t>
      </w:r>
    </w:p>
    <w:p w14:paraId="5F085BD2" w14:textId="77777777" w:rsidR="002355BD" w:rsidRPr="001179E8" w:rsidRDefault="00000000">
      <w:pPr>
        <w:rPr>
          <w:lang w:val="pt-BR"/>
        </w:rPr>
      </w:pPr>
      <w:r w:rsidRPr="001179E8">
        <w:rPr>
          <w:lang w:val="pt-BR"/>
        </w:rPr>
        <w:br/>
      </w:r>
    </w:p>
    <w:p w14:paraId="5EB77C53" w14:textId="77777777" w:rsidR="002355BD" w:rsidRPr="001179E8" w:rsidRDefault="00000000">
      <w:pPr>
        <w:rPr>
          <w:lang w:val="pt-BR"/>
        </w:rPr>
      </w:pPr>
      <w:r w:rsidRPr="001179E8">
        <w:rPr>
          <w:lang w:val="pt-BR"/>
        </w:rPr>
        <w:t>Rick olhou ao redor, o medo voltando com força total, mas a presença dela ao seu lado era uma âncora. "Eu não sei, Nick," ele sussurrou, sua voz rouca. "Mas acho... que nossa luta está longe de acabar."</w:t>
      </w:r>
    </w:p>
    <w:p w14:paraId="402971B7" w14:textId="77777777" w:rsidR="002355BD" w:rsidRPr="001179E8" w:rsidRDefault="00000000">
      <w:pPr>
        <w:rPr>
          <w:lang w:val="pt-BR"/>
        </w:rPr>
      </w:pPr>
      <w:r w:rsidRPr="001179E8">
        <w:rPr>
          <w:lang w:val="pt-BR"/>
        </w:rPr>
        <w:br/>
      </w:r>
    </w:p>
    <w:p w14:paraId="10FC5319" w14:textId="77777777" w:rsidR="002355BD" w:rsidRPr="001179E8" w:rsidRDefault="00000000">
      <w:pPr>
        <w:rPr>
          <w:lang w:val="pt-BR"/>
        </w:rPr>
      </w:pPr>
      <w:r w:rsidRPr="001179E8">
        <w:rPr>
          <w:lang w:val="pt-BR"/>
        </w:rPr>
        <w:t>De mãos dadas, cercados pela escuridão de um reino desconhecido – o submundo – eles se prepararam para enfrentar o que quer que viesse a seguir. A aurora havia acabado, mas sua jornada estava apenas começando.</w:t>
      </w:r>
    </w:p>
    <w:p w14:paraId="3B0CA2D9" w14:textId="77777777" w:rsidR="002355BD" w:rsidRPr="001179E8" w:rsidRDefault="002355BD">
      <w:pPr>
        <w:rPr>
          <w:lang w:val="pt-BR"/>
        </w:rPr>
      </w:pPr>
    </w:p>
    <w:p w14:paraId="6ED04495" w14:textId="77777777" w:rsidR="002355BD" w:rsidRPr="001179E8" w:rsidRDefault="002355BD">
      <w:pPr>
        <w:rPr>
          <w:lang w:val="pt-BR"/>
        </w:rPr>
      </w:pPr>
    </w:p>
    <w:p w14:paraId="46E3FB98" w14:textId="77777777" w:rsidR="002355BD" w:rsidRPr="001179E8" w:rsidRDefault="00000000">
      <w:pPr>
        <w:rPr>
          <w:lang w:val="pt-BR"/>
        </w:rPr>
      </w:pPr>
      <w:r w:rsidRPr="001179E8">
        <w:rPr>
          <w:lang w:val="pt-BR"/>
        </w:rPr>
        <w:t>O céu sobre Neo-Veridia parecia mais pesado naquela manhã. Uma semana havia se passado desde o confronto final com Rox, desde o momento em que Nicole e Ricardo desapareceram no portal. Uma semana de buscas infrutíferas, de sensores vasculhando dimensões, de esperança se esvaindo como água entre os dedos.</w:t>
      </w:r>
    </w:p>
    <w:p w14:paraId="3337CC9D" w14:textId="77777777" w:rsidR="002355BD" w:rsidRPr="001179E8" w:rsidRDefault="00000000">
      <w:pPr>
        <w:rPr>
          <w:lang w:val="pt-BR"/>
        </w:rPr>
      </w:pPr>
      <w:r w:rsidRPr="001179E8">
        <w:rPr>
          <w:lang w:val="pt-BR"/>
        </w:rPr>
        <w:br/>
      </w:r>
    </w:p>
    <w:p w14:paraId="7EB16711" w14:textId="77777777" w:rsidR="002355BD" w:rsidRPr="001179E8" w:rsidRDefault="00000000">
      <w:pPr>
        <w:rPr>
          <w:lang w:val="pt-BR"/>
        </w:rPr>
      </w:pPr>
      <w:r w:rsidRPr="001179E8">
        <w:rPr>
          <w:lang w:val="pt-BR"/>
        </w:rPr>
        <w:lastRenderedPageBreak/>
        <w:t>No coração do complexo da G.R.A.I.A., o General Vance observava o globo holográfico com uma expressão que raramente permitia transparecer: preocupação genuína. Os pontos vermelhos pulsantes haviam triplicado nas últimas 72 horas. Anomalias dimensionais, fissuras no tecido da realidade, sinais de que algo muito maior estava por vir.</w:t>
      </w:r>
    </w:p>
    <w:p w14:paraId="76CBF4AD" w14:textId="77777777" w:rsidR="002355BD" w:rsidRPr="001179E8" w:rsidRDefault="00000000">
      <w:pPr>
        <w:rPr>
          <w:lang w:val="pt-BR"/>
        </w:rPr>
      </w:pPr>
      <w:r w:rsidRPr="001179E8">
        <w:rPr>
          <w:lang w:val="pt-BR"/>
        </w:rPr>
        <w:br/>
      </w:r>
    </w:p>
    <w:p w14:paraId="09769AA5" w14:textId="77777777" w:rsidR="002355BD" w:rsidRPr="001179E8" w:rsidRDefault="00000000">
      <w:pPr>
        <w:rPr>
          <w:lang w:val="pt-BR"/>
        </w:rPr>
      </w:pPr>
      <w:r w:rsidRPr="001179E8">
        <w:rPr>
          <w:lang w:val="pt-BR"/>
        </w:rPr>
        <w:t>"Convoque-os," ordenou finalmente, sua voz grave ecoando na sala de comando. "Todos eles."</w:t>
      </w:r>
    </w:p>
    <w:p w14:paraId="261760EB" w14:textId="77777777" w:rsidR="002355BD" w:rsidRPr="001179E8" w:rsidRDefault="00000000">
      <w:pPr>
        <w:rPr>
          <w:lang w:val="pt-BR"/>
        </w:rPr>
      </w:pPr>
      <w:r w:rsidRPr="001179E8">
        <w:rPr>
          <w:lang w:val="pt-BR"/>
        </w:rPr>
        <w:br/>
      </w:r>
    </w:p>
    <w:p w14:paraId="69EDDAF4" w14:textId="77777777" w:rsidR="002355BD" w:rsidRPr="001179E8" w:rsidRDefault="00000000">
      <w:pPr>
        <w:rPr>
          <w:lang w:val="pt-BR"/>
        </w:rPr>
      </w:pPr>
      <w:r w:rsidRPr="001179E8">
        <w:rPr>
          <w:lang w:val="pt-BR"/>
        </w:rPr>
        <w:t>---</w:t>
      </w:r>
    </w:p>
    <w:p w14:paraId="64F5BCB2" w14:textId="77777777" w:rsidR="002355BD" w:rsidRPr="001179E8" w:rsidRDefault="00000000">
      <w:pPr>
        <w:rPr>
          <w:lang w:val="pt-BR"/>
        </w:rPr>
      </w:pPr>
      <w:r w:rsidRPr="001179E8">
        <w:rPr>
          <w:lang w:val="pt-BR"/>
        </w:rPr>
        <w:br/>
      </w:r>
    </w:p>
    <w:p w14:paraId="4254F4BF" w14:textId="77777777" w:rsidR="002355BD" w:rsidRPr="001179E8" w:rsidRDefault="00000000">
      <w:pPr>
        <w:rPr>
          <w:lang w:val="pt-BR"/>
        </w:rPr>
      </w:pPr>
      <w:r w:rsidRPr="001179E8">
        <w:rPr>
          <w:lang w:val="pt-BR"/>
        </w:rPr>
        <w:t>Arthur "Art" Vance-LeFay ajustou o uniforme pela terceira vez antes de entrar na sala de reuniões. O tecido azul-escuro, reforçado com fibras de proteção, parecia sempre ligeiramente desconfortável em seus ombros. Ou talvez fosse apenas o peso invisível do legado que carregava. Filho de X e da Feiticeira Branca, neto do próprio General Vance, herdeiro de poderes de absorção que ainda não dominava completamente. Blue, como era conhecido em campo, respirou fundo, tentando acalmar o turbilhão de pensamentos.</w:t>
      </w:r>
    </w:p>
    <w:p w14:paraId="503E156F" w14:textId="77777777" w:rsidR="002355BD" w:rsidRPr="001179E8" w:rsidRDefault="00000000">
      <w:pPr>
        <w:rPr>
          <w:lang w:val="pt-BR"/>
        </w:rPr>
      </w:pPr>
      <w:r w:rsidRPr="001179E8">
        <w:rPr>
          <w:lang w:val="pt-BR"/>
        </w:rPr>
        <w:br/>
      </w:r>
    </w:p>
    <w:p w14:paraId="78C91930" w14:textId="77777777" w:rsidR="002355BD" w:rsidRPr="001179E8" w:rsidRDefault="00000000">
      <w:pPr>
        <w:rPr>
          <w:lang w:val="pt-BR"/>
        </w:rPr>
      </w:pPr>
      <w:r w:rsidRPr="001179E8">
        <w:rPr>
          <w:lang w:val="pt-BR"/>
        </w:rPr>
        <w:t>A sala já estava quase cheia quando entrou. Luke estava em um canto, seu rosto marcado por olheiras profundas – não dormira direito desde o desaparecimento de Rick, seu melhor amigo. Híbrida conversava em voz baixa com Fogo-Vivo, sua barriga já mostrando sinais da gravidez avançada. Outros membros dos Primordiais originais e da equipe de suporte técnico da G.R.A.I.A. ocupavam seus lugares ao redor da grande mesa oval.</w:t>
      </w:r>
    </w:p>
    <w:p w14:paraId="55D84CC8" w14:textId="77777777" w:rsidR="002355BD" w:rsidRPr="001179E8" w:rsidRDefault="00000000">
      <w:pPr>
        <w:rPr>
          <w:lang w:val="pt-BR"/>
        </w:rPr>
      </w:pPr>
      <w:r w:rsidRPr="001179E8">
        <w:rPr>
          <w:lang w:val="pt-BR"/>
        </w:rPr>
        <w:br/>
      </w:r>
    </w:p>
    <w:p w14:paraId="660688B8" w14:textId="77777777" w:rsidR="002355BD" w:rsidRPr="001179E8" w:rsidRDefault="00000000">
      <w:pPr>
        <w:rPr>
          <w:lang w:val="pt-BR"/>
        </w:rPr>
      </w:pPr>
      <w:r w:rsidRPr="001179E8">
        <w:rPr>
          <w:lang w:val="pt-BR"/>
        </w:rPr>
        <w:t>E então Art a viu. Linda Blomkvist estava sentada próxima à janela, a luz matinal criando um halo suave ao redor de seus cabelos castanhos com mechas roxas. Seus olhos violeta – herança de sua mãe fada – pareciam distantes, perdidos em pensamentos. Ela era a mais nova dos Primordiais II, meio-gigante, meio-fada, com poderes de alteração de tamanho e comunicação com plantas. Art sempre sentira uma estranha mistura de admiração e nervosismo perto dela, algo que atribuía ao seu jeito naturalmente gentil e à graciosidade com que lidava com seus poderes – tão diferente de sua própria luta constante para controlar os seus.</w:t>
      </w:r>
    </w:p>
    <w:p w14:paraId="23B7E28C" w14:textId="77777777" w:rsidR="002355BD" w:rsidRPr="001179E8" w:rsidRDefault="00000000">
      <w:pPr>
        <w:rPr>
          <w:lang w:val="pt-BR"/>
        </w:rPr>
      </w:pPr>
      <w:r w:rsidRPr="001179E8">
        <w:rPr>
          <w:lang w:val="pt-BR"/>
        </w:rPr>
        <w:lastRenderedPageBreak/>
        <w:br/>
      </w:r>
    </w:p>
    <w:p w14:paraId="607AD752" w14:textId="77777777" w:rsidR="002355BD" w:rsidRPr="001179E8" w:rsidRDefault="00000000">
      <w:pPr>
        <w:rPr>
          <w:lang w:val="pt-BR"/>
        </w:rPr>
      </w:pPr>
      <w:r w:rsidRPr="001179E8">
        <w:rPr>
          <w:lang w:val="pt-BR"/>
        </w:rPr>
        <w:t>"Sente-se, Blue," a voz do General Vance o trouxe de volta à realidade. Art percebeu que estava parado na entrada há tempo demais e rapidamente tomou um lugar vago – coincidentemente, ao lado de Linda.</w:t>
      </w:r>
    </w:p>
    <w:p w14:paraId="63A3430C" w14:textId="77777777" w:rsidR="002355BD" w:rsidRPr="001179E8" w:rsidRDefault="00000000">
      <w:pPr>
        <w:rPr>
          <w:lang w:val="pt-BR"/>
        </w:rPr>
      </w:pPr>
      <w:r w:rsidRPr="001179E8">
        <w:rPr>
          <w:lang w:val="pt-BR"/>
        </w:rPr>
        <w:br/>
      </w:r>
    </w:p>
    <w:p w14:paraId="09501089" w14:textId="77777777" w:rsidR="002355BD" w:rsidRPr="001179E8" w:rsidRDefault="00000000">
      <w:pPr>
        <w:rPr>
          <w:lang w:val="pt-BR"/>
        </w:rPr>
      </w:pPr>
      <w:r w:rsidRPr="001179E8">
        <w:rPr>
          <w:lang w:val="pt-BR"/>
        </w:rPr>
        <w:t>"Oi," ela sussurrou, oferecendo um pequeno sorriso que não alcançava completamente seus olhos. "Você está bem?"</w:t>
      </w:r>
    </w:p>
    <w:p w14:paraId="5F96FDD5" w14:textId="77777777" w:rsidR="002355BD" w:rsidRPr="001179E8" w:rsidRDefault="00000000">
      <w:pPr>
        <w:rPr>
          <w:lang w:val="pt-BR"/>
        </w:rPr>
      </w:pPr>
      <w:r w:rsidRPr="001179E8">
        <w:rPr>
          <w:lang w:val="pt-BR"/>
        </w:rPr>
        <w:br/>
      </w:r>
    </w:p>
    <w:p w14:paraId="3E94B8B5" w14:textId="77777777" w:rsidR="002355BD" w:rsidRPr="001179E8" w:rsidRDefault="00000000">
      <w:pPr>
        <w:rPr>
          <w:lang w:val="pt-BR"/>
        </w:rPr>
      </w:pPr>
      <w:r w:rsidRPr="001179E8">
        <w:rPr>
          <w:lang w:val="pt-BR"/>
        </w:rPr>
        <w:t>"Estou," mentiu Art, retribuindo o sorriso com esforço. "E você?"</w:t>
      </w:r>
    </w:p>
    <w:p w14:paraId="6A7ED9E8" w14:textId="77777777" w:rsidR="002355BD" w:rsidRPr="001179E8" w:rsidRDefault="00000000">
      <w:pPr>
        <w:rPr>
          <w:lang w:val="pt-BR"/>
        </w:rPr>
      </w:pPr>
      <w:r w:rsidRPr="001179E8">
        <w:rPr>
          <w:lang w:val="pt-BR"/>
        </w:rPr>
        <w:br/>
      </w:r>
    </w:p>
    <w:p w14:paraId="1F7A978A" w14:textId="77777777" w:rsidR="002355BD" w:rsidRPr="001179E8" w:rsidRDefault="00000000">
      <w:pPr>
        <w:rPr>
          <w:lang w:val="pt-BR"/>
        </w:rPr>
      </w:pPr>
      <w:r w:rsidRPr="001179E8">
        <w:rPr>
          <w:lang w:val="pt-BR"/>
        </w:rPr>
        <w:t>Linda apenas assentiu, seu olhar voltando para a mesa. Art notou que ela girava nervosamente um pequeno cristal entre os dedos – um hábito que desenvolvera nas últimas semanas.</w:t>
      </w:r>
    </w:p>
    <w:p w14:paraId="3D143F15" w14:textId="77777777" w:rsidR="002355BD" w:rsidRPr="001179E8" w:rsidRDefault="00000000">
      <w:pPr>
        <w:rPr>
          <w:lang w:val="pt-BR"/>
        </w:rPr>
      </w:pPr>
      <w:r w:rsidRPr="001179E8">
        <w:rPr>
          <w:lang w:val="pt-BR"/>
        </w:rPr>
        <w:br/>
      </w:r>
    </w:p>
    <w:p w14:paraId="4CC4DA13" w14:textId="77777777" w:rsidR="002355BD" w:rsidRPr="001179E8" w:rsidRDefault="00000000">
      <w:pPr>
        <w:rPr>
          <w:lang w:val="pt-BR"/>
        </w:rPr>
      </w:pPr>
      <w:r w:rsidRPr="001179E8">
        <w:rPr>
          <w:lang w:val="pt-BR"/>
        </w:rPr>
        <w:t>O General Vance não perdeu tempo com introduções. Com um gesto, ativou uma projeção tridimensional no centro da mesa: um mapa da Terra coberto por pontos luminosos de várias cores.</w:t>
      </w:r>
    </w:p>
    <w:p w14:paraId="36EEF5C0" w14:textId="77777777" w:rsidR="002355BD" w:rsidRPr="001179E8" w:rsidRDefault="00000000">
      <w:pPr>
        <w:rPr>
          <w:lang w:val="pt-BR"/>
        </w:rPr>
      </w:pPr>
      <w:r w:rsidRPr="001179E8">
        <w:rPr>
          <w:lang w:val="pt-BR"/>
        </w:rPr>
        <w:br/>
      </w:r>
    </w:p>
    <w:p w14:paraId="0856A158" w14:textId="77777777" w:rsidR="002355BD" w:rsidRPr="001179E8" w:rsidRDefault="00000000">
      <w:pPr>
        <w:rPr>
          <w:lang w:val="pt-BR"/>
        </w:rPr>
      </w:pPr>
      <w:r w:rsidRPr="001179E8">
        <w:rPr>
          <w:lang w:val="pt-BR"/>
        </w:rPr>
        <w:t>"O que estão vendo," começou ele, "são anomalias dimensionais detectadas nas últimas 72 horas. As vermelhas são fissuras ativas, as amarelas são pontos de instabilidade crescente, e as azuis..." fez uma pausa, seu olhar percorrendo a sala, "as azuis são tentativas de comunicação interdimensional."</w:t>
      </w:r>
    </w:p>
    <w:p w14:paraId="7E78513B" w14:textId="77777777" w:rsidR="002355BD" w:rsidRPr="001179E8" w:rsidRDefault="00000000">
      <w:pPr>
        <w:rPr>
          <w:lang w:val="pt-BR"/>
        </w:rPr>
      </w:pPr>
      <w:r w:rsidRPr="001179E8">
        <w:rPr>
          <w:lang w:val="pt-BR"/>
        </w:rPr>
        <w:br/>
      </w:r>
    </w:p>
    <w:p w14:paraId="68D14156" w14:textId="77777777" w:rsidR="002355BD" w:rsidRPr="001179E8" w:rsidRDefault="00000000">
      <w:pPr>
        <w:rPr>
          <w:lang w:val="pt-BR"/>
        </w:rPr>
      </w:pPr>
      <w:r w:rsidRPr="001179E8">
        <w:rPr>
          <w:lang w:val="pt-BR"/>
        </w:rPr>
        <w:t>Um murmúrio percorreu a sala. Luke se inclinou para frente, subitamente alerta.</w:t>
      </w:r>
    </w:p>
    <w:p w14:paraId="3EC478A7" w14:textId="77777777" w:rsidR="002355BD" w:rsidRPr="001179E8" w:rsidRDefault="00000000">
      <w:pPr>
        <w:rPr>
          <w:lang w:val="pt-BR"/>
        </w:rPr>
      </w:pPr>
      <w:r w:rsidRPr="001179E8">
        <w:rPr>
          <w:lang w:val="pt-BR"/>
        </w:rPr>
        <w:br/>
      </w:r>
    </w:p>
    <w:p w14:paraId="1255748A" w14:textId="77777777" w:rsidR="002355BD" w:rsidRPr="001179E8" w:rsidRDefault="00000000">
      <w:pPr>
        <w:rPr>
          <w:lang w:val="pt-BR"/>
        </w:rPr>
      </w:pPr>
      <w:r w:rsidRPr="001179E8">
        <w:rPr>
          <w:lang w:val="pt-BR"/>
        </w:rPr>
        <w:lastRenderedPageBreak/>
        <w:t>"Comunicação? De Rick e Nicole?" perguntou, a esperança evidente em sua voz.</w:t>
      </w:r>
    </w:p>
    <w:p w14:paraId="73648BC0" w14:textId="77777777" w:rsidR="002355BD" w:rsidRPr="001179E8" w:rsidRDefault="00000000">
      <w:pPr>
        <w:rPr>
          <w:lang w:val="pt-BR"/>
        </w:rPr>
      </w:pPr>
      <w:r w:rsidRPr="001179E8">
        <w:rPr>
          <w:lang w:val="pt-BR"/>
        </w:rPr>
        <w:br/>
      </w:r>
    </w:p>
    <w:p w14:paraId="735238BC" w14:textId="77777777" w:rsidR="002355BD" w:rsidRPr="001179E8" w:rsidRDefault="00000000">
      <w:pPr>
        <w:rPr>
          <w:lang w:val="pt-BR"/>
        </w:rPr>
      </w:pPr>
      <w:r w:rsidRPr="001179E8">
        <w:rPr>
          <w:lang w:val="pt-BR"/>
        </w:rPr>
        <w:t>"Não podemos confirmar," respondeu Vance com cautela. "Mas a assinatura energética é compatível com o metal de Chrome e há traços de energia cinética que poderiam ser de Punk."</w:t>
      </w:r>
    </w:p>
    <w:p w14:paraId="34578B65" w14:textId="77777777" w:rsidR="002355BD" w:rsidRPr="001179E8" w:rsidRDefault="00000000">
      <w:pPr>
        <w:rPr>
          <w:lang w:val="pt-BR"/>
        </w:rPr>
      </w:pPr>
      <w:r w:rsidRPr="001179E8">
        <w:rPr>
          <w:lang w:val="pt-BR"/>
        </w:rPr>
        <w:br/>
      </w:r>
    </w:p>
    <w:p w14:paraId="1D8B685A" w14:textId="77777777" w:rsidR="002355BD" w:rsidRPr="001179E8" w:rsidRDefault="00000000">
      <w:pPr>
        <w:rPr>
          <w:lang w:val="pt-BR"/>
        </w:rPr>
      </w:pPr>
      <w:r w:rsidRPr="001179E8">
        <w:rPr>
          <w:lang w:val="pt-BR"/>
        </w:rPr>
        <w:t>Art sentiu Linda se enrijecer ao seu lado. Sabia que ela e Nicole haviam se aproximado nos meses antes do desaparecimento, treinando juntas, compartilhando segredos.</w:t>
      </w:r>
    </w:p>
    <w:p w14:paraId="082F0330" w14:textId="77777777" w:rsidR="002355BD" w:rsidRPr="001179E8" w:rsidRDefault="00000000">
      <w:pPr>
        <w:rPr>
          <w:lang w:val="pt-BR"/>
        </w:rPr>
      </w:pPr>
      <w:r w:rsidRPr="001179E8">
        <w:rPr>
          <w:lang w:val="pt-BR"/>
        </w:rPr>
        <w:br/>
      </w:r>
    </w:p>
    <w:p w14:paraId="0E9A0EA6" w14:textId="77777777" w:rsidR="002355BD" w:rsidRPr="001179E8" w:rsidRDefault="00000000">
      <w:pPr>
        <w:rPr>
          <w:lang w:val="pt-BR"/>
        </w:rPr>
      </w:pPr>
      <w:r w:rsidRPr="001179E8">
        <w:rPr>
          <w:lang w:val="pt-BR"/>
        </w:rPr>
        <w:t>"Mas há mais," continuou Vance, seu tom ficando mais grave. "Nossos sensores detectaram algo... ou alguém... tentando abrir portais maiores. Muito maiores."</w:t>
      </w:r>
    </w:p>
    <w:p w14:paraId="4730B159" w14:textId="77777777" w:rsidR="002355BD" w:rsidRPr="001179E8" w:rsidRDefault="00000000">
      <w:pPr>
        <w:rPr>
          <w:lang w:val="pt-BR"/>
        </w:rPr>
      </w:pPr>
      <w:r w:rsidRPr="001179E8">
        <w:rPr>
          <w:lang w:val="pt-BR"/>
        </w:rPr>
        <w:br/>
      </w:r>
    </w:p>
    <w:p w14:paraId="32108244" w14:textId="77777777" w:rsidR="002355BD" w:rsidRPr="001179E8" w:rsidRDefault="00000000">
      <w:pPr>
        <w:rPr>
          <w:lang w:val="pt-BR"/>
        </w:rPr>
      </w:pPr>
      <w:r w:rsidRPr="001179E8">
        <w:rPr>
          <w:lang w:val="pt-BR"/>
        </w:rPr>
        <w:t>Com outro gesto, a projeção mudou para mostrar uma simulação: cinco pontos na Terra, conectados por linhas de energia a um núcleo central pulsante.</w:t>
      </w:r>
    </w:p>
    <w:p w14:paraId="3E6249DD" w14:textId="77777777" w:rsidR="002355BD" w:rsidRPr="001179E8" w:rsidRDefault="00000000">
      <w:pPr>
        <w:rPr>
          <w:lang w:val="pt-BR"/>
        </w:rPr>
      </w:pPr>
      <w:r w:rsidRPr="001179E8">
        <w:rPr>
          <w:lang w:val="pt-BR"/>
        </w:rPr>
        <w:br/>
      </w:r>
    </w:p>
    <w:p w14:paraId="5BB870FC" w14:textId="77777777" w:rsidR="002355BD" w:rsidRPr="001179E8" w:rsidRDefault="00000000">
      <w:pPr>
        <w:rPr>
          <w:lang w:val="pt-BR"/>
        </w:rPr>
      </w:pPr>
      <w:r w:rsidRPr="001179E8">
        <w:rPr>
          <w:lang w:val="pt-BR"/>
        </w:rPr>
        <w:t>"Acreditamos que seja Abyzoth," disse Vance, pronunciando o nome como se fosse veneno. "A entidade antiga que mencionamos nos relatórios após o confronto com Rox. Nossos analistas acreditam que Abyzoth está usando o submundo como ponto de partida para uma invasão em larga escala."</w:t>
      </w:r>
    </w:p>
    <w:p w14:paraId="4DD35B3F" w14:textId="77777777" w:rsidR="002355BD" w:rsidRPr="001179E8" w:rsidRDefault="00000000">
      <w:pPr>
        <w:rPr>
          <w:lang w:val="pt-BR"/>
        </w:rPr>
      </w:pPr>
      <w:r w:rsidRPr="001179E8">
        <w:rPr>
          <w:lang w:val="pt-BR"/>
        </w:rPr>
        <w:br/>
      </w:r>
    </w:p>
    <w:p w14:paraId="406068B6" w14:textId="77777777" w:rsidR="002355BD" w:rsidRPr="001179E8" w:rsidRDefault="00000000">
      <w:pPr>
        <w:rPr>
          <w:lang w:val="pt-BR"/>
        </w:rPr>
      </w:pPr>
      <w:r w:rsidRPr="001179E8">
        <w:rPr>
          <w:lang w:val="pt-BR"/>
        </w:rPr>
        <w:t>"E Rick e Nicole estão presos lá," murmurou Luke, passando a mão pelo rosto cansado.</w:t>
      </w:r>
    </w:p>
    <w:p w14:paraId="4D9DEC60" w14:textId="77777777" w:rsidR="002355BD" w:rsidRPr="001179E8" w:rsidRDefault="00000000">
      <w:pPr>
        <w:rPr>
          <w:lang w:val="pt-BR"/>
        </w:rPr>
      </w:pPr>
      <w:r w:rsidRPr="001179E8">
        <w:rPr>
          <w:lang w:val="pt-BR"/>
        </w:rPr>
        <w:br/>
      </w:r>
    </w:p>
    <w:p w14:paraId="3E820C0C" w14:textId="77777777" w:rsidR="002355BD" w:rsidRPr="001179E8" w:rsidRDefault="00000000">
      <w:pPr>
        <w:rPr>
          <w:lang w:val="pt-BR"/>
        </w:rPr>
      </w:pPr>
      <w:r w:rsidRPr="001179E8">
        <w:rPr>
          <w:lang w:val="pt-BR"/>
        </w:rPr>
        <w:t>"Precisamente," confirmou Vance. "E precisamos de ajuda. Mais ajuda do que temos disponível."</w:t>
      </w:r>
    </w:p>
    <w:p w14:paraId="1E14F4CA" w14:textId="77777777" w:rsidR="002355BD" w:rsidRPr="001179E8" w:rsidRDefault="00000000">
      <w:pPr>
        <w:rPr>
          <w:lang w:val="pt-BR"/>
        </w:rPr>
      </w:pPr>
      <w:r w:rsidRPr="001179E8">
        <w:rPr>
          <w:lang w:val="pt-BR"/>
        </w:rPr>
        <w:br/>
      </w:r>
    </w:p>
    <w:p w14:paraId="24FFA75A" w14:textId="77777777" w:rsidR="002355BD" w:rsidRPr="001179E8" w:rsidRDefault="00000000">
      <w:pPr>
        <w:rPr>
          <w:lang w:val="pt-BR"/>
        </w:rPr>
      </w:pPr>
      <w:r w:rsidRPr="001179E8">
        <w:rPr>
          <w:lang w:val="pt-BR"/>
        </w:rPr>
        <w:lastRenderedPageBreak/>
        <w:t>Foi então que Art percebeu para onde a conversa estava indo. Seu estômago se contraiu em antecipação.</w:t>
      </w:r>
    </w:p>
    <w:p w14:paraId="7EC3E37C" w14:textId="77777777" w:rsidR="002355BD" w:rsidRPr="001179E8" w:rsidRDefault="00000000">
      <w:pPr>
        <w:rPr>
          <w:lang w:val="pt-BR"/>
        </w:rPr>
      </w:pPr>
      <w:r w:rsidRPr="001179E8">
        <w:rPr>
          <w:lang w:val="pt-BR"/>
        </w:rPr>
        <w:br/>
      </w:r>
    </w:p>
    <w:p w14:paraId="3BFB0A4D" w14:textId="77777777" w:rsidR="002355BD" w:rsidRPr="001179E8" w:rsidRDefault="00000000">
      <w:pPr>
        <w:rPr>
          <w:lang w:val="pt-BR"/>
        </w:rPr>
      </w:pPr>
      <w:r w:rsidRPr="001179E8">
        <w:rPr>
          <w:lang w:val="pt-BR"/>
        </w:rPr>
        <w:t>"Os cinco reinos," disse Híbrida, sua voz calma cortando o silêncio tenso. "Você quer buscar aliança com os cinco reinos."</w:t>
      </w:r>
    </w:p>
    <w:p w14:paraId="28C7085C" w14:textId="77777777" w:rsidR="002355BD" w:rsidRPr="001179E8" w:rsidRDefault="00000000">
      <w:pPr>
        <w:rPr>
          <w:lang w:val="pt-BR"/>
        </w:rPr>
      </w:pPr>
      <w:r w:rsidRPr="001179E8">
        <w:rPr>
          <w:lang w:val="pt-BR"/>
        </w:rPr>
        <w:br/>
      </w:r>
    </w:p>
    <w:p w14:paraId="769889D6" w14:textId="77777777" w:rsidR="002355BD" w:rsidRPr="001179E8" w:rsidRDefault="00000000">
      <w:pPr>
        <w:rPr>
          <w:lang w:val="pt-BR"/>
        </w:rPr>
      </w:pPr>
      <w:r w:rsidRPr="001179E8">
        <w:rPr>
          <w:lang w:val="pt-BR"/>
        </w:rPr>
        <w:t>Vance assentiu lentamente. "Amanos, Alados, Marítimos, Fadas e Gigantes. Precisamos de suas forças combinadas se quisermos ter alguma chance contra o que está por vir."</w:t>
      </w:r>
    </w:p>
    <w:p w14:paraId="54ECBD78" w14:textId="77777777" w:rsidR="002355BD" w:rsidRPr="001179E8" w:rsidRDefault="00000000">
      <w:pPr>
        <w:rPr>
          <w:lang w:val="pt-BR"/>
        </w:rPr>
      </w:pPr>
      <w:r w:rsidRPr="001179E8">
        <w:rPr>
          <w:lang w:val="pt-BR"/>
        </w:rPr>
        <w:br/>
      </w:r>
    </w:p>
    <w:p w14:paraId="192D7FA2" w14:textId="77777777" w:rsidR="002355BD" w:rsidRPr="001179E8" w:rsidRDefault="00000000">
      <w:pPr>
        <w:rPr>
          <w:lang w:val="pt-BR"/>
        </w:rPr>
      </w:pPr>
      <w:r w:rsidRPr="001179E8">
        <w:rPr>
          <w:lang w:val="pt-BR"/>
        </w:rPr>
        <w:t>"Mas os reinos mal se comunicam entre si," observou Fogo-Vivo, seu braço protetoramente ao redor dos ombros de Híbrida. "Alguns têm histórias de conflito que remontam a milênios."</w:t>
      </w:r>
    </w:p>
    <w:p w14:paraId="018637EE" w14:textId="77777777" w:rsidR="002355BD" w:rsidRPr="001179E8" w:rsidRDefault="00000000">
      <w:pPr>
        <w:rPr>
          <w:lang w:val="pt-BR"/>
        </w:rPr>
      </w:pPr>
      <w:r w:rsidRPr="001179E8">
        <w:rPr>
          <w:lang w:val="pt-BR"/>
        </w:rPr>
        <w:br/>
      </w:r>
    </w:p>
    <w:p w14:paraId="151C6348" w14:textId="77777777" w:rsidR="002355BD" w:rsidRPr="001179E8" w:rsidRDefault="00000000">
      <w:pPr>
        <w:rPr>
          <w:lang w:val="pt-BR"/>
        </w:rPr>
      </w:pPr>
      <w:r w:rsidRPr="001179E8">
        <w:rPr>
          <w:lang w:val="pt-BR"/>
        </w:rPr>
        <w:t>"Por isso precisamos de emissários especiais," respondeu Vance, seu olhar agora fixo em Art e Linda. "Emissários com conexões pessoais, com habilidades diplomáticas... e com motivação suficiente para superar qualquer obstáculo."</w:t>
      </w:r>
    </w:p>
    <w:p w14:paraId="7D196F03" w14:textId="77777777" w:rsidR="002355BD" w:rsidRPr="001179E8" w:rsidRDefault="00000000">
      <w:pPr>
        <w:rPr>
          <w:lang w:val="pt-BR"/>
        </w:rPr>
      </w:pPr>
      <w:r w:rsidRPr="001179E8">
        <w:rPr>
          <w:lang w:val="pt-BR"/>
        </w:rPr>
        <w:br/>
      </w:r>
    </w:p>
    <w:p w14:paraId="53C4B1B9" w14:textId="77777777" w:rsidR="002355BD" w:rsidRPr="001179E8" w:rsidRDefault="00000000">
      <w:pPr>
        <w:rPr>
          <w:lang w:val="pt-BR"/>
        </w:rPr>
      </w:pPr>
      <w:r w:rsidRPr="001179E8">
        <w:rPr>
          <w:lang w:val="pt-BR"/>
        </w:rPr>
        <w:t>Art sentiu o peso do olhar de seu avô. Ao seu lado, Linda parecia ter parado de respirar.</w:t>
      </w:r>
    </w:p>
    <w:p w14:paraId="3BE2F088" w14:textId="77777777" w:rsidR="002355BD" w:rsidRPr="001179E8" w:rsidRDefault="00000000">
      <w:pPr>
        <w:rPr>
          <w:lang w:val="pt-BR"/>
        </w:rPr>
      </w:pPr>
      <w:r w:rsidRPr="001179E8">
        <w:rPr>
          <w:lang w:val="pt-BR"/>
        </w:rPr>
        <w:br/>
      </w:r>
    </w:p>
    <w:p w14:paraId="0C326195" w14:textId="77777777" w:rsidR="002355BD" w:rsidRPr="001179E8" w:rsidRDefault="00000000">
      <w:pPr>
        <w:rPr>
          <w:lang w:val="pt-BR"/>
        </w:rPr>
      </w:pPr>
      <w:r w:rsidRPr="001179E8">
        <w:rPr>
          <w:lang w:val="pt-BR"/>
        </w:rPr>
        <w:t>"Blue," Vance se dirigiu diretamente a ele, "sua genética única lhe dá uma conexão com os Amanos que ninguém mais possui. E você, Linda," voltou-se para ela, "tem laços de sangue com as Fadas e conhecimento dos Gigantes através de seu pai."</w:t>
      </w:r>
    </w:p>
    <w:p w14:paraId="03D6523F" w14:textId="77777777" w:rsidR="002355BD" w:rsidRPr="001179E8" w:rsidRDefault="00000000">
      <w:pPr>
        <w:rPr>
          <w:lang w:val="pt-BR"/>
        </w:rPr>
      </w:pPr>
      <w:r w:rsidRPr="001179E8">
        <w:rPr>
          <w:lang w:val="pt-BR"/>
        </w:rPr>
        <w:br/>
      </w:r>
    </w:p>
    <w:p w14:paraId="501DE871" w14:textId="77777777" w:rsidR="002355BD" w:rsidRPr="001179E8" w:rsidRDefault="00000000">
      <w:pPr>
        <w:rPr>
          <w:lang w:val="pt-BR"/>
        </w:rPr>
      </w:pPr>
      <w:r w:rsidRPr="001179E8">
        <w:rPr>
          <w:lang w:val="pt-BR"/>
        </w:rPr>
        <w:t>"Por que nós?" Art finalmente encontrou sua voz, mais fraca do que gostaria. "Não sou diplomata. Mal consigo controlar meus próprios poderes."</w:t>
      </w:r>
    </w:p>
    <w:p w14:paraId="266B21AD" w14:textId="77777777" w:rsidR="002355BD" w:rsidRPr="001179E8" w:rsidRDefault="00000000">
      <w:pPr>
        <w:rPr>
          <w:lang w:val="pt-BR"/>
        </w:rPr>
      </w:pPr>
      <w:r w:rsidRPr="001179E8">
        <w:rPr>
          <w:lang w:val="pt-BR"/>
        </w:rPr>
        <w:lastRenderedPageBreak/>
        <w:br/>
      </w:r>
    </w:p>
    <w:p w14:paraId="76F7AF87" w14:textId="77777777" w:rsidR="002355BD" w:rsidRPr="001179E8" w:rsidRDefault="00000000">
      <w:pPr>
        <w:rPr>
          <w:lang w:val="pt-BR"/>
        </w:rPr>
      </w:pPr>
      <w:r w:rsidRPr="001179E8">
        <w:rPr>
          <w:lang w:val="pt-BR"/>
        </w:rPr>
        <w:t>Um silêncio pesado caiu sobre a sala. Art sentiu o olhar de todos sobre ele, especialmente o de seu pai, X, que observava de um canto com expressão indecifrável.</w:t>
      </w:r>
    </w:p>
    <w:p w14:paraId="1715CB67" w14:textId="77777777" w:rsidR="002355BD" w:rsidRPr="001179E8" w:rsidRDefault="00000000">
      <w:pPr>
        <w:rPr>
          <w:lang w:val="pt-BR"/>
        </w:rPr>
      </w:pPr>
      <w:r w:rsidRPr="001179E8">
        <w:rPr>
          <w:lang w:val="pt-BR"/>
        </w:rPr>
        <w:br/>
      </w:r>
    </w:p>
    <w:p w14:paraId="3A28DD8C" w14:textId="77777777" w:rsidR="002355BD" w:rsidRPr="001179E8" w:rsidRDefault="00000000">
      <w:pPr>
        <w:rPr>
          <w:lang w:val="pt-BR"/>
        </w:rPr>
      </w:pPr>
      <w:r w:rsidRPr="001179E8">
        <w:rPr>
          <w:lang w:val="pt-BR"/>
        </w:rPr>
        <w:t>Foi Linda quem quebrou o silêncio. "Eu aceito," disse ela, sua voz suave mas firme. "Se há uma chance de ajudar Nicole e Rick, de impedir essa invasão... eu vou."</w:t>
      </w:r>
    </w:p>
    <w:p w14:paraId="4CC8275D" w14:textId="77777777" w:rsidR="002355BD" w:rsidRPr="001179E8" w:rsidRDefault="00000000">
      <w:pPr>
        <w:rPr>
          <w:lang w:val="pt-BR"/>
        </w:rPr>
      </w:pPr>
      <w:r w:rsidRPr="001179E8">
        <w:rPr>
          <w:lang w:val="pt-BR"/>
        </w:rPr>
        <w:br/>
      </w:r>
    </w:p>
    <w:p w14:paraId="359AFD04" w14:textId="77777777" w:rsidR="002355BD" w:rsidRPr="001179E8" w:rsidRDefault="00000000">
      <w:pPr>
        <w:rPr>
          <w:lang w:val="pt-BR"/>
        </w:rPr>
      </w:pPr>
      <w:r w:rsidRPr="001179E8">
        <w:rPr>
          <w:lang w:val="pt-BR"/>
        </w:rPr>
        <w:t>Art olhou para ela, surpreso com sua determinação. Linda sempre parecera tão gentil, quase frágil em sua delicadeza – mas havia aço por trás daqueles olhos violeta.</w:t>
      </w:r>
    </w:p>
    <w:p w14:paraId="15E96151" w14:textId="77777777" w:rsidR="002355BD" w:rsidRPr="001179E8" w:rsidRDefault="00000000">
      <w:pPr>
        <w:rPr>
          <w:lang w:val="pt-BR"/>
        </w:rPr>
      </w:pPr>
      <w:r w:rsidRPr="001179E8">
        <w:rPr>
          <w:lang w:val="pt-BR"/>
        </w:rPr>
        <w:br/>
      </w:r>
    </w:p>
    <w:p w14:paraId="35471241" w14:textId="77777777" w:rsidR="002355BD" w:rsidRPr="001179E8" w:rsidRDefault="00000000">
      <w:pPr>
        <w:rPr>
          <w:lang w:val="pt-BR"/>
        </w:rPr>
      </w:pPr>
      <w:r w:rsidRPr="001179E8">
        <w:rPr>
          <w:lang w:val="pt-BR"/>
        </w:rPr>
        <w:t>"Não será fácil," advertiu Vance. "Os reinos são orgulhosos, isolacionistas. Alguns não recebem visitantes humanos há séculos."</w:t>
      </w:r>
    </w:p>
    <w:p w14:paraId="02941970" w14:textId="77777777" w:rsidR="002355BD" w:rsidRPr="001179E8" w:rsidRDefault="00000000">
      <w:pPr>
        <w:rPr>
          <w:lang w:val="pt-BR"/>
        </w:rPr>
      </w:pPr>
      <w:r w:rsidRPr="001179E8">
        <w:rPr>
          <w:lang w:val="pt-BR"/>
        </w:rPr>
        <w:br/>
      </w:r>
    </w:p>
    <w:p w14:paraId="06A09EA7" w14:textId="77777777" w:rsidR="002355BD" w:rsidRPr="001179E8" w:rsidRDefault="00000000">
      <w:pPr>
        <w:rPr>
          <w:lang w:val="pt-BR"/>
        </w:rPr>
      </w:pPr>
      <w:r w:rsidRPr="001179E8">
        <w:rPr>
          <w:lang w:val="pt-BR"/>
        </w:rPr>
        <w:t>"Não somos totalmente humanos, somos?" Linda respondeu, um leve sorriso tocando seus lábios. Ela olhou para Art, uma pergunta silenciosa em seus olhos.</w:t>
      </w:r>
    </w:p>
    <w:p w14:paraId="5AF332A7" w14:textId="77777777" w:rsidR="002355BD" w:rsidRPr="001179E8" w:rsidRDefault="00000000">
      <w:pPr>
        <w:rPr>
          <w:lang w:val="pt-BR"/>
        </w:rPr>
      </w:pPr>
      <w:r w:rsidRPr="001179E8">
        <w:rPr>
          <w:lang w:val="pt-BR"/>
        </w:rPr>
        <w:br/>
      </w:r>
    </w:p>
    <w:p w14:paraId="3EEB142A" w14:textId="77777777" w:rsidR="002355BD" w:rsidRPr="001179E8" w:rsidRDefault="00000000">
      <w:pPr>
        <w:rPr>
          <w:lang w:val="pt-BR"/>
        </w:rPr>
      </w:pPr>
      <w:r w:rsidRPr="001179E8">
        <w:rPr>
          <w:lang w:val="pt-BR"/>
        </w:rPr>
        <w:t>Art sentiu o peso da expectativa, o legado de gerações de heróis em seus ombros. Pensou em Rick e Nicole, perdidos em algum lugar além da compreensão. Pensou em seu próprio medo de falhar, de não estar à altura.</w:t>
      </w:r>
    </w:p>
    <w:p w14:paraId="5B716234" w14:textId="77777777" w:rsidR="002355BD" w:rsidRPr="001179E8" w:rsidRDefault="00000000">
      <w:pPr>
        <w:rPr>
          <w:lang w:val="pt-BR"/>
        </w:rPr>
      </w:pPr>
      <w:r w:rsidRPr="001179E8">
        <w:rPr>
          <w:lang w:val="pt-BR"/>
        </w:rPr>
        <w:br/>
      </w:r>
    </w:p>
    <w:p w14:paraId="27D141A7" w14:textId="77777777" w:rsidR="002355BD" w:rsidRPr="001179E8" w:rsidRDefault="00000000">
      <w:pPr>
        <w:rPr>
          <w:lang w:val="pt-BR"/>
        </w:rPr>
      </w:pPr>
      <w:r w:rsidRPr="001179E8">
        <w:rPr>
          <w:lang w:val="pt-BR"/>
        </w:rPr>
        <w:t>"Eu também vou," disse finalmente, surpreendendo a si mesmo com a firmeza em sua voz. "Mas vou precisar de toda ajuda possível."</w:t>
      </w:r>
    </w:p>
    <w:p w14:paraId="21D07890" w14:textId="77777777" w:rsidR="002355BD" w:rsidRPr="001179E8" w:rsidRDefault="00000000">
      <w:pPr>
        <w:rPr>
          <w:lang w:val="pt-BR"/>
        </w:rPr>
      </w:pPr>
      <w:r w:rsidRPr="001179E8">
        <w:rPr>
          <w:lang w:val="pt-BR"/>
        </w:rPr>
        <w:br/>
      </w:r>
    </w:p>
    <w:p w14:paraId="55ADFE6F" w14:textId="77777777" w:rsidR="002355BD" w:rsidRPr="001179E8" w:rsidRDefault="00000000">
      <w:pPr>
        <w:rPr>
          <w:lang w:val="pt-BR"/>
        </w:rPr>
      </w:pPr>
      <w:r w:rsidRPr="001179E8">
        <w:rPr>
          <w:lang w:val="pt-BR"/>
        </w:rPr>
        <w:t>O General Vance assentiu, uma sombra de orgulho cruzando brevemente seu rosto estoico. "Terão todo o suporte que pudermos oferecer. Partirão em 48 horas."</w:t>
      </w:r>
    </w:p>
    <w:p w14:paraId="0F06C52A" w14:textId="77777777" w:rsidR="002355BD" w:rsidRPr="001179E8" w:rsidRDefault="00000000">
      <w:pPr>
        <w:rPr>
          <w:lang w:val="pt-BR"/>
        </w:rPr>
      </w:pPr>
      <w:r w:rsidRPr="001179E8">
        <w:rPr>
          <w:lang w:val="pt-BR"/>
        </w:rPr>
        <w:lastRenderedPageBreak/>
        <w:br/>
      </w:r>
    </w:p>
    <w:p w14:paraId="11C691C2" w14:textId="77777777" w:rsidR="002355BD" w:rsidRPr="001179E8" w:rsidRDefault="00000000">
      <w:pPr>
        <w:rPr>
          <w:lang w:val="pt-BR"/>
        </w:rPr>
      </w:pPr>
      <w:r w:rsidRPr="001179E8">
        <w:rPr>
          <w:lang w:val="pt-BR"/>
        </w:rPr>
        <w:t>---</w:t>
      </w:r>
    </w:p>
    <w:p w14:paraId="09D28D7B" w14:textId="77777777" w:rsidR="002355BD" w:rsidRPr="001179E8" w:rsidRDefault="00000000">
      <w:pPr>
        <w:rPr>
          <w:lang w:val="pt-BR"/>
        </w:rPr>
      </w:pPr>
      <w:r w:rsidRPr="001179E8">
        <w:rPr>
          <w:lang w:val="pt-BR"/>
        </w:rPr>
        <w:br/>
      </w:r>
    </w:p>
    <w:p w14:paraId="6D8A5E87" w14:textId="77777777" w:rsidR="002355BD" w:rsidRPr="001179E8" w:rsidRDefault="00000000">
      <w:pPr>
        <w:rPr>
          <w:lang w:val="pt-BR"/>
        </w:rPr>
      </w:pPr>
      <w:r w:rsidRPr="001179E8">
        <w:rPr>
          <w:lang w:val="pt-BR"/>
        </w:rPr>
        <w:t>A biblioteca da G.R.A.I.A. era um santuário de conhecimento acumulado ao longo de décadas. Estantes físicas de livros raros dividiam espaço com terminais holográficos e artefatos cuidadosamente preservados. Art estava sentado em uma mesa no canto mais afastado, cercado por tomos antigos sobre os cinco reinos e projeções de protocolos diplomáticos.</w:t>
      </w:r>
    </w:p>
    <w:p w14:paraId="70595FBE" w14:textId="77777777" w:rsidR="002355BD" w:rsidRPr="001179E8" w:rsidRDefault="00000000">
      <w:pPr>
        <w:rPr>
          <w:lang w:val="pt-BR"/>
        </w:rPr>
      </w:pPr>
      <w:r w:rsidRPr="001179E8">
        <w:rPr>
          <w:lang w:val="pt-BR"/>
        </w:rPr>
        <w:br/>
      </w:r>
    </w:p>
    <w:p w14:paraId="2FBB0239" w14:textId="77777777" w:rsidR="002355BD" w:rsidRPr="001179E8" w:rsidRDefault="00000000">
      <w:pPr>
        <w:rPr>
          <w:lang w:val="pt-BR"/>
        </w:rPr>
      </w:pPr>
      <w:r w:rsidRPr="001179E8">
        <w:rPr>
          <w:lang w:val="pt-BR"/>
        </w:rPr>
        <w:t>Sua cabeça latejava. Como poderia absorver tanta informação em tão pouco tempo? Os Amanos com sua hierarquia baseada em pureza genética. Os Alados e seus rituais de voo que determinavam status social. Os Marítimos e seu complexo sistema de correntes e marés como metáforas para alianças políticas. As Fadas e sua linguagem dupla, onde cada palavra carregava significados ocultos. Os Gigantes e seus desafios intelectuais como base para qualquer negociação.</w:t>
      </w:r>
    </w:p>
    <w:p w14:paraId="34510479" w14:textId="77777777" w:rsidR="002355BD" w:rsidRPr="001179E8" w:rsidRDefault="00000000">
      <w:pPr>
        <w:rPr>
          <w:lang w:val="pt-BR"/>
        </w:rPr>
      </w:pPr>
      <w:r w:rsidRPr="001179E8">
        <w:rPr>
          <w:lang w:val="pt-BR"/>
        </w:rPr>
        <w:br/>
      </w:r>
    </w:p>
    <w:p w14:paraId="23255F8A" w14:textId="77777777" w:rsidR="002355BD" w:rsidRPr="001179E8" w:rsidRDefault="00000000">
      <w:pPr>
        <w:rPr>
          <w:lang w:val="pt-BR"/>
        </w:rPr>
      </w:pPr>
      <w:r w:rsidRPr="001179E8">
        <w:rPr>
          <w:lang w:val="pt-BR"/>
        </w:rPr>
        <w:t>"Parece que você precisa de uma pausa."</w:t>
      </w:r>
    </w:p>
    <w:p w14:paraId="6BCEF2D8" w14:textId="77777777" w:rsidR="002355BD" w:rsidRPr="001179E8" w:rsidRDefault="00000000">
      <w:pPr>
        <w:rPr>
          <w:lang w:val="pt-BR"/>
        </w:rPr>
      </w:pPr>
      <w:r w:rsidRPr="001179E8">
        <w:rPr>
          <w:lang w:val="pt-BR"/>
        </w:rPr>
        <w:br/>
      </w:r>
    </w:p>
    <w:p w14:paraId="7D472DC5" w14:textId="77777777" w:rsidR="002355BD" w:rsidRPr="001179E8" w:rsidRDefault="00000000">
      <w:pPr>
        <w:rPr>
          <w:lang w:val="pt-BR"/>
        </w:rPr>
      </w:pPr>
      <w:r w:rsidRPr="001179E8">
        <w:rPr>
          <w:lang w:val="pt-BR"/>
        </w:rPr>
        <w:t>Art ergueu os olhos, sobressaltado. Linda estava parada ali, segurando duas xícaras de chá fumegante. Ela vestia roupas casuais – jeans e uma blusa roxa que combinava com seus olhos – mas havia algo diferente nela. Uma determinação, um foco que Art não tinha notado antes.</w:t>
      </w:r>
    </w:p>
    <w:p w14:paraId="2EB3CE96" w14:textId="77777777" w:rsidR="002355BD" w:rsidRPr="001179E8" w:rsidRDefault="00000000">
      <w:pPr>
        <w:rPr>
          <w:lang w:val="pt-BR"/>
        </w:rPr>
      </w:pPr>
      <w:r w:rsidRPr="001179E8">
        <w:rPr>
          <w:lang w:val="pt-BR"/>
        </w:rPr>
        <w:br/>
      </w:r>
    </w:p>
    <w:p w14:paraId="4309193F" w14:textId="77777777" w:rsidR="002355BD" w:rsidRPr="001179E8" w:rsidRDefault="00000000">
      <w:pPr>
        <w:rPr>
          <w:lang w:val="pt-BR"/>
        </w:rPr>
      </w:pPr>
      <w:r w:rsidRPr="001179E8">
        <w:rPr>
          <w:lang w:val="pt-BR"/>
        </w:rPr>
        <w:t>"Eu... sim, acho que sim," admitiu ele, esfregando os olhos cansados. "Como você está lidando com tudo isso?"</w:t>
      </w:r>
    </w:p>
    <w:p w14:paraId="4F1A6E09" w14:textId="77777777" w:rsidR="002355BD" w:rsidRPr="001179E8" w:rsidRDefault="00000000">
      <w:pPr>
        <w:rPr>
          <w:lang w:val="pt-BR"/>
        </w:rPr>
      </w:pPr>
      <w:r w:rsidRPr="001179E8">
        <w:rPr>
          <w:lang w:val="pt-BR"/>
        </w:rPr>
        <w:br/>
      </w:r>
    </w:p>
    <w:p w14:paraId="43FC3B8A" w14:textId="77777777" w:rsidR="002355BD" w:rsidRPr="001179E8" w:rsidRDefault="00000000">
      <w:pPr>
        <w:rPr>
          <w:lang w:val="pt-BR"/>
        </w:rPr>
      </w:pPr>
      <w:r w:rsidRPr="001179E8">
        <w:rPr>
          <w:lang w:val="pt-BR"/>
        </w:rPr>
        <w:lastRenderedPageBreak/>
        <w:t>Linda colocou uma das xícaras na frente dele e sentou-se na cadeira ao lado. "Estou assustada," confessou com uma honestidade que o surpreendeu. "Mas também... não sei, determinada? Nicole é minha amiga. E o mundo precisa de nós."</w:t>
      </w:r>
    </w:p>
    <w:p w14:paraId="3E850908" w14:textId="77777777" w:rsidR="002355BD" w:rsidRPr="001179E8" w:rsidRDefault="00000000">
      <w:pPr>
        <w:rPr>
          <w:lang w:val="pt-BR"/>
        </w:rPr>
      </w:pPr>
      <w:r w:rsidRPr="001179E8">
        <w:rPr>
          <w:lang w:val="pt-BR"/>
        </w:rPr>
        <w:br/>
      </w:r>
    </w:p>
    <w:p w14:paraId="10B840F7" w14:textId="77777777" w:rsidR="002355BD" w:rsidRPr="001179E8" w:rsidRDefault="00000000">
      <w:pPr>
        <w:rPr>
          <w:lang w:val="pt-BR"/>
        </w:rPr>
      </w:pPr>
      <w:r w:rsidRPr="001179E8">
        <w:rPr>
          <w:lang w:val="pt-BR"/>
        </w:rPr>
        <w:t>Art tomou um gole do chá – camomila com um toque de mel – e sentiu os músculos tensos relaxarem um pouco. "Você parece tão... preparada. Como se soubesse exatamente o que fazer."</w:t>
      </w:r>
    </w:p>
    <w:p w14:paraId="07A0FB08" w14:textId="77777777" w:rsidR="002355BD" w:rsidRPr="001179E8" w:rsidRDefault="00000000">
      <w:pPr>
        <w:rPr>
          <w:lang w:val="pt-BR"/>
        </w:rPr>
      </w:pPr>
      <w:r w:rsidRPr="001179E8">
        <w:rPr>
          <w:lang w:val="pt-BR"/>
        </w:rPr>
        <w:br/>
      </w:r>
    </w:p>
    <w:p w14:paraId="45CB1755" w14:textId="77777777" w:rsidR="002355BD" w:rsidRPr="001179E8" w:rsidRDefault="00000000">
      <w:pPr>
        <w:rPr>
          <w:lang w:val="pt-BR"/>
        </w:rPr>
      </w:pPr>
      <w:r w:rsidRPr="001179E8">
        <w:rPr>
          <w:lang w:val="pt-BR"/>
        </w:rPr>
        <w:t>Linda sorriu, um sorriso genuíno que iluminou seu rosto. "Longe disso. Mas cresci ouvindo histórias dos reinos. Minha mãe me contava sobre o mundo das fadas todas as noites antes de dormir."</w:t>
      </w:r>
    </w:p>
    <w:p w14:paraId="1B4ADEEA" w14:textId="77777777" w:rsidR="002355BD" w:rsidRPr="001179E8" w:rsidRDefault="00000000">
      <w:pPr>
        <w:rPr>
          <w:lang w:val="pt-BR"/>
        </w:rPr>
      </w:pPr>
      <w:r w:rsidRPr="001179E8">
        <w:rPr>
          <w:lang w:val="pt-BR"/>
        </w:rPr>
        <w:br/>
      </w:r>
    </w:p>
    <w:p w14:paraId="225671FB" w14:textId="77777777" w:rsidR="002355BD" w:rsidRPr="001179E8" w:rsidRDefault="00000000">
      <w:pPr>
        <w:rPr>
          <w:lang w:val="pt-BR"/>
        </w:rPr>
      </w:pPr>
      <w:r w:rsidRPr="001179E8">
        <w:rPr>
          <w:lang w:val="pt-BR"/>
        </w:rPr>
        <w:t>"Deve ter sido incrível," comentou Art, tentando imaginar como seria crescer com esse tipo de conexão mágica.</w:t>
      </w:r>
    </w:p>
    <w:p w14:paraId="695F5BC9" w14:textId="77777777" w:rsidR="002355BD" w:rsidRPr="001179E8" w:rsidRDefault="00000000">
      <w:pPr>
        <w:rPr>
          <w:lang w:val="pt-BR"/>
        </w:rPr>
      </w:pPr>
      <w:r w:rsidRPr="001179E8">
        <w:rPr>
          <w:lang w:val="pt-BR"/>
        </w:rPr>
        <w:br/>
      </w:r>
    </w:p>
    <w:p w14:paraId="0A51114E" w14:textId="77777777" w:rsidR="002355BD" w:rsidRPr="001179E8" w:rsidRDefault="00000000">
      <w:pPr>
        <w:rPr>
          <w:lang w:val="pt-BR"/>
        </w:rPr>
      </w:pPr>
      <w:r w:rsidRPr="001179E8">
        <w:rPr>
          <w:lang w:val="pt-BR"/>
        </w:rPr>
        <w:t>"Era," Linda confirmou, um brilho nostálgico em seus olhos. "Ela me ensinou sobre os círculos de cogumelos que são portais, sobre como as fadas veem o tempo de forma diferente, como sua magia está ligada às emoções." Ela fez uma pausa, tomando um gole de seu próprio chá. "E meu pai, bem, ele me ensinou sobre a força dos gigantes, não apenas física, mas de caráter."</w:t>
      </w:r>
    </w:p>
    <w:p w14:paraId="6311844C" w14:textId="77777777" w:rsidR="002355BD" w:rsidRPr="001179E8" w:rsidRDefault="00000000">
      <w:pPr>
        <w:rPr>
          <w:lang w:val="pt-BR"/>
        </w:rPr>
      </w:pPr>
      <w:r w:rsidRPr="001179E8">
        <w:rPr>
          <w:lang w:val="pt-BR"/>
        </w:rPr>
        <w:br/>
      </w:r>
    </w:p>
    <w:p w14:paraId="320D42D5" w14:textId="77777777" w:rsidR="002355BD" w:rsidRPr="001179E8" w:rsidRDefault="00000000">
      <w:pPr>
        <w:rPr>
          <w:lang w:val="pt-BR"/>
        </w:rPr>
      </w:pPr>
      <w:r w:rsidRPr="001179E8">
        <w:rPr>
          <w:lang w:val="pt-BR"/>
        </w:rPr>
        <w:t>Art a observou enquanto ela falava, notando como seus olhos se iluminavam, como pequenas faíscas de luz pareciam dançar em sua pele quando mencionava a magia das fadas. Era fascinante.</w:t>
      </w:r>
    </w:p>
    <w:p w14:paraId="41C9BC72" w14:textId="77777777" w:rsidR="002355BD" w:rsidRPr="001179E8" w:rsidRDefault="00000000">
      <w:pPr>
        <w:rPr>
          <w:lang w:val="pt-BR"/>
        </w:rPr>
      </w:pPr>
      <w:r w:rsidRPr="001179E8">
        <w:rPr>
          <w:lang w:val="pt-BR"/>
        </w:rPr>
        <w:br/>
      </w:r>
    </w:p>
    <w:p w14:paraId="734F3DCC" w14:textId="77777777" w:rsidR="002355BD" w:rsidRPr="001179E8" w:rsidRDefault="00000000">
      <w:pPr>
        <w:rPr>
          <w:lang w:val="pt-BR"/>
        </w:rPr>
      </w:pPr>
      <w:r w:rsidRPr="001179E8">
        <w:rPr>
          <w:lang w:val="pt-BR"/>
        </w:rPr>
        <w:t>"E você?" perguntou Linda, trazendo-o de volta de seus pensamentos. "Como foi crescer como neto do General Vance e filho de dois dos maiores heróis do mundo?"</w:t>
      </w:r>
    </w:p>
    <w:p w14:paraId="4202B9E3" w14:textId="77777777" w:rsidR="002355BD" w:rsidRPr="001179E8" w:rsidRDefault="00000000">
      <w:pPr>
        <w:rPr>
          <w:lang w:val="pt-BR"/>
        </w:rPr>
      </w:pPr>
      <w:r w:rsidRPr="001179E8">
        <w:rPr>
          <w:lang w:val="pt-BR"/>
        </w:rPr>
        <w:br/>
      </w:r>
    </w:p>
    <w:p w14:paraId="7DA22030" w14:textId="77777777" w:rsidR="002355BD" w:rsidRPr="001179E8" w:rsidRDefault="00000000">
      <w:pPr>
        <w:rPr>
          <w:lang w:val="pt-BR"/>
        </w:rPr>
      </w:pPr>
      <w:r w:rsidRPr="001179E8">
        <w:rPr>
          <w:lang w:val="pt-BR"/>
        </w:rPr>
        <w:lastRenderedPageBreak/>
        <w:t>Art engoliu em seco. Não estava acostumado a falar sobre isso. "Intimidante," admitiu finalmente. "Sempre senti que havia expectativas impossíveis de atender. Meu pai, X, é praticamente perfeito em tudo que faz. Minha mãe domina artes místicas que eu mal compreendo. E meu avô..." ele gesticulou vagamente para o complexo ao redor, "bem, ele construiu tudo isso."</w:t>
      </w:r>
    </w:p>
    <w:p w14:paraId="4FB9D2C3" w14:textId="77777777" w:rsidR="002355BD" w:rsidRPr="001179E8" w:rsidRDefault="00000000">
      <w:pPr>
        <w:rPr>
          <w:lang w:val="pt-BR"/>
        </w:rPr>
      </w:pPr>
      <w:r w:rsidRPr="001179E8">
        <w:rPr>
          <w:lang w:val="pt-BR"/>
        </w:rPr>
        <w:br/>
      </w:r>
    </w:p>
    <w:p w14:paraId="26D77076" w14:textId="77777777" w:rsidR="002355BD" w:rsidRPr="001179E8" w:rsidRDefault="00000000">
      <w:pPr>
        <w:rPr>
          <w:lang w:val="pt-BR"/>
        </w:rPr>
      </w:pPr>
      <w:r w:rsidRPr="001179E8">
        <w:rPr>
          <w:lang w:val="pt-BR"/>
        </w:rPr>
        <w:t>Linda o estudou por um momento, seus olhos violeta penetrantes. "Você não precisa ser eles, sabe? Você só precisa ser você."</w:t>
      </w:r>
    </w:p>
    <w:p w14:paraId="32022EBE" w14:textId="77777777" w:rsidR="002355BD" w:rsidRPr="001179E8" w:rsidRDefault="00000000">
      <w:pPr>
        <w:rPr>
          <w:lang w:val="pt-BR"/>
        </w:rPr>
      </w:pPr>
      <w:r w:rsidRPr="001179E8">
        <w:rPr>
          <w:lang w:val="pt-BR"/>
        </w:rPr>
        <w:br/>
      </w:r>
    </w:p>
    <w:p w14:paraId="18C7FAA1" w14:textId="77777777" w:rsidR="002355BD" w:rsidRPr="001179E8" w:rsidRDefault="00000000">
      <w:pPr>
        <w:rPr>
          <w:lang w:val="pt-BR"/>
        </w:rPr>
      </w:pPr>
      <w:r w:rsidRPr="001179E8">
        <w:rPr>
          <w:lang w:val="pt-BR"/>
        </w:rPr>
        <w:t>"Esse é o problema," Art deu uma risada sem humor. "Não tenho certeza de quem eu sou além do legado deles."</w:t>
      </w:r>
    </w:p>
    <w:p w14:paraId="4AE6B087" w14:textId="77777777" w:rsidR="002355BD" w:rsidRPr="001179E8" w:rsidRDefault="00000000">
      <w:pPr>
        <w:rPr>
          <w:lang w:val="pt-BR"/>
        </w:rPr>
      </w:pPr>
      <w:r w:rsidRPr="001179E8">
        <w:rPr>
          <w:lang w:val="pt-BR"/>
        </w:rPr>
        <w:br/>
      </w:r>
    </w:p>
    <w:p w14:paraId="0F0F142C" w14:textId="77777777" w:rsidR="002355BD" w:rsidRPr="001179E8" w:rsidRDefault="00000000">
      <w:pPr>
        <w:rPr>
          <w:lang w:val="pt-BR"/>
        </w:rPr>
      </w:pPr>
      <w:r w:rsidRPr="001179E8">
        <w:rPr>
          <w:lang w:val="pt-BR"/>
        </w:rPr>
        <w:t>Um silêncio confortável caiu entre eles. Art percebeu que era a conversa mais longa e pessoal que já tivera com Linda, apesar de treinarem juntos há meses.</w:t>
      </w:r>
    </w:p>
    <w:p w14:paraId="50858964" w14:textId="77777777" w:rsidR="002355BD" w:rsidRPr="001179E8" w:rsidRDefault="00000000">
      <w:pPr>
        <w:rPr>
          <w:lang w:val="pt-BR"/>
        </w:rPr>
      </w:pPr>
      <w:r w:rsidRPr="001179E8">
        <w:rPr>
          <w:lang w:val="pt-BR"/>
        </w:rPr>
        <w:br/>
      </w:r>
    </w:p>
    <w:p w14:paraId="2DF49E04" w14:textId="77777777" w:rsidR="002355BD" w:rsidRPr="001179E8" w:rsidRDefault="00000000">
      <w:pPr>
        <w:rPr>
          <w:lang w:val="pt-BR"/>
        </w:rPr>
      </w:pPr>
      <w:r w:rsidRPr="001179E8">
        <w:rPr>
          <w:lang w:val="pt-BR"/>
        </w:rPr>
        <w:t>"Posso te mostrar uma coisa?" Linda perguntou subitamente, um brilho de entusiasmo em seus olhos.</w:t>
      </w:r>
    </w:p>
    <w:p w14:paraId="1C5ECD62" w14:textId="77777777" w:rsidR="002355BD" w:rsidRPr="001179E8" w:rsidRDefault="00000000">
      <w:pPr>
        <w:rPr>
          <w:lang w:val="pt-BR"/>
        </w:rPr>
      </w:pPr>
      <w:r w:rsidRPr="001179E8">
        <w:rPr>
          <w:lang w:val="pt-BR"/>
        </w:rPr>
        <w:br/>
      </w:r>
    </w:p>
    <w:p w14:paraId="7BF9D87A" w14:textId="77777777" w:rsidR="002355BD" w:rsidRPr="001179E8" w:rsidRDefault="00000000">
      <w:pPr>
        <w:rPr>
          <w:lang w:val="pt-BR"/>
        </w:rPr>
      </w:pPr>
      <w:r w:rsidRPr="001179E8">
        <w:rPr>
          <w:lang w:val="pt-BR"/>
        </w:rPr>
        <w:t>"Claro," respondeu Art, intrigado.</w:t>
      </w:r>
    </w:p>
    <w:p w14:paraId="3AF2C325" w14:textId="77777777" w:rsidR="002355BD" w:rsidRPr="001179E8" w:rsidRDefault="00000000">
      <w:pPr>
        <w:rPr>
          <w:lang w:val="pt-BR"/>
        </w:rPr>
      </w:pPr>
      <w:r w:rsidRPr="001179E8">
        <w:rPr>
          <w:lang w:val="pt-BR"/>
        </w:rPr>
        <w:br/>
      </w:r>
    </w:p>
    <w:p w14:paraId="0E3541FA" w14:textId="77777777" w:rsidR="002355BD" w:rsidRPr="001179E8" w:rsidRDefault="00000000">
      <w:pPr>
        <w:rPr>
          <w:lang w:val="pt-BR"/>
        </w:rPr>
      </w:pPr>
      <w:r w:rsidRPr="001179E8">
        <w:rPr>
          <w:lang w:val="pt-BR"/>
        </w:rPr>
        <w:t>Linda estendeu a mão, pedindo a dele. Hesitante, Art colocou sua mão na dela, sentindo um leve formigamento onde suas peles se tocavam.</w:t>
      </w:r>
    </w:p>
    <w:p w14:paraId="2C30DE00" w14:textId="77777777" w:rsidR="002355BD" w:rsidRPr="001179E8" w:rsidRDefault="00000000">
      <w:pPr>
        <w:rPr>
          <w:lang w:val="pt-BR"/>
        </w:rPr>
      </w:pPr>
      <w:r w:rsidRPr="001179E8">
        <w:rPr>
          <w:lang w:val="pt-BR"/>
        </w:rPr>
        <w:br/>
      </w:r>
    </w:p>
    <w:p w14:paraId="69C17918" w14:textId="77777777" w:rsidR="002355BD" w:rsidRPr="001179E8" w:rsidRDefault="00000000">
      <w:pPr>
        <w:rPr>
          <w:lang w:val="pt-BR"/>
        </w:rPr>
      </w:pPr>
      <w:r w:rsidRPr="001179E8">
        <w:rPr>
          <w:lang w:val="pt-BR"/>
        </w:rPr>
        <w:t>"Feche os olhos," instruiu ela.</w:t>
      </w:r>
    </w:p>
    <w:p w14:paraId="3E4F786B" w14:textId="77777777" w:rsidR="002355BD" w:rsidRPr="001179E8" w:rsidRDefault="00000000">
      <w:pPr>
        <w:rPr>
          <w:lang w:val="pt-BR"/>
        </w:rPr>
      </w:pPr>
      <w:r w:rsidRPr="001179E8">
        <w:rPr>
          <w:lang w:val="pt-BR"/>
        </w:rPr>
        <w:br/>
      </w:r>
    </w:p>
    <w:p w14:paraId="09CB6D87" w14:textId="77777777" w:rsidR="002355BD" w:rsidRPr="001179E8" w:rsidRDefault="00000000">
      <w:pPr>
        <w:rPr>
          <w:lang w:val="pt-BR"/>
        </w:rPr>
      </w:pPr>
      <w:r w:rsidRPr="001179E8">
        <w:rPr>
          <w:lang w:val="pt-BR"/>
        </w:rPr>
        <w:lastRenderedPageBreak/>
        <w:t>Art obedeceu, sentindo-se estranhamente vulnerável. Por um momento, nada aconteceu. Então, gradualmente, começou a sentir algo – uma sensação leve, como música sem som, cores sem luz. Era como se algo estivesse desabrochando dentro dele, uma conexão com algo maior.</w:t>
      </w:r>
    </w:p>
    <w:p w14:paraId="5C35808D" w14:textId="77777777" w:rsidR="002355BD" w:rsidRPr="001179E8" w:rsidRDefault="00000000">
      <w:pPr>
        <w:rPr>
          <w:lang w:val="pt-BR"/>
        </w:rPr>
      </w:pPr>
      <w:r w:rsidRPr="001179E8">
        <w:rPr>
          <w:lang w:val="pt-BR"/>
        </w:rPr>
        <w:br/>
      </w:r>
    </w:p>
    <w:p w14:paraId="0B917705" w14:textId="77777777" w:rsidR="002355BD" w:rsidRPr="001179E8" w:rsidRDefault="00000000">
      <w:pPr>
        <w:rPr>
          <w:lang w:val="pt-BR"/>
        </w:rPr>
      </w:pPr>
      <w:r w:rsidRPr="001179E8">
        <w:rPr>
          <w:lang w:val="pt-BR"/>
        </w:rPr>
        <w:t>"O que é isso?" sussurrou, sem ousar abrir os olhos.</w:t>
      </w:r>
    </w:p>
    <w:p w14:paraId="668FAD77" w14:textId="77777777" w:rsidR="002355BD" w:rsidRPr="001179E8" w:rsidRDefault="00000000">
      <w:pPr>
        <w:rPr>
          <w:lang w:val="pt-BR"/>
        </w:rPr>
      </w:pPr>
      <w:r w:rsidRPr="001179E8">
        <w:rPr>
          <w:lang w:val="pt-BR"/>
        </w:rPr>
        <w:br/>
      </w:r>
    </w:p>
    <w:p w14:paraId="30FEA657" w14:textId="77777777" w:rsidR="002355BD" w:rsidRPr="001179E8" w:rsidRDefault="00000000">
      <w:pPr>
        <w:rPr>
          <w:lang w:val="pt-BR"/>
        </w:rPr>
      </w:pPr>
      <w:r w:rsidRPr="001179E8">
        <w:rPr>
          <w:lang w:val="pt-BR"/>
        </w:rPr>
        <w:t>"Magia feérica," respondeu Linda, sua voz igualmente baixa. "Estou compartilhando um pouco do que sinto quando me conecto com o mundo natural. Não é um poder que você possa absorver, é mais como... uma perspectiva."</w:t>
      </w:r>
    </w:p>
    <w:p w14:paraId="344037F7" w14:textId="77777777" w:rsidR="002355BD" w:rsidRPr="001179E8" w:rsidRDefault="00000000">
      <w:pPr>
        <w:rPr>
          <w:lang w:val="pt-BR"/>
        </w:rPr>
      </w:pPr>
      <w:r w:rsidRPr="001179E8">
        <w:rPr>
          <w:lang w:val="pt-BR"/>
        </w:rPr>
        <w:br/>
      </w:r>
    </w:p>
    <w:p w14:paraId="1EAFC8D6" w14:textId="77777777" w:rsidR="002355BD" w:rsidRPr="001179E8" w:rsidRDefault="00000000">
      <w:pPr>
        <w:rPr>
          <w:lang w:val="pt-BR"/>
        </w:rPr>
      </w:pPr>
      <w:r w:rsidRPr="001179E8">
        <w:rPr>
          <w:lang w:val="pt-BR"/>
        </w:rPr>
        <w:t>Art sentiu como se estivesse flutuando em um oceano de possibilidades, cada batida de seu coração conectada a um ritmo maior, mais antigo. Quando finalmente abriu os olhos, viu que pequenas luzes dançavam ao redor deles, como vaga-lumes encantados.</w:t>
      </w:r>
    </w:p>
    <w:p w14:paraId="58B885DE" w14:textId="77777777" w:rsidR="002355BD" w:rsidRPr="001179E8" w:rsidRDefault="00000000">
      <w:pPr>
        <w:rPr>
          <w:lang w:val="pt-BR"/>
        </w:rPr>
      </w:pPr>
      <w:r w:rsidRPr="001179E8">
        <w:rPr>
          <w:lang w:val="pt-BR"/>
        </w:rPr>
        <w:br/>
      </w:r>
    </w:p>
    <w:p w14:paraId="39F48478" w14:textId="77777777" w:rsidR="002355BD" w:rsidRPr="001179E8" w:rsidRDefault="00000000">
      <w:pPr>
        <w:rPr>
          <w:lang w:val="pt-BR"/>
        </w:rPr>
      </w:pPr>
      <w:r w:rsidRPr="001179E8">
        <w:rPr>
          <w:lang w:val="pt-BR"/>
        </w:rPr>
        <w:t>"Isso é..." ele buscou palavras, encontrando apenas uma, "lindo."</w:t>
      </w:r>
    </w:p>
    <w:p w14:paraId="748ABBDE" w14:textId="77777777" w:rsidR="002355BD" w:rsidRPr="001179E8" w:rsidRDefault="00000000">
      <w:pPr>
        <w:rPr>
          <w:lang w:val="pt-BR"/>
        </w:rPr>
      </w:pPr>
      <w:r w:rsidRPr="001179E8">
        <w:rPr>
          <w:lang w:val="pt-BR"/>
        </w:rPr>
        <w:br/>
      </w:r>
    </w:p>
    <w:p w14:paraId="09563068" w14:textId="77777777" w:rsidR="002355BD" w:rsidRPr="001179E8" w:rsidRDefault="00000000">
      <w:pPr>
        <w:rPr>
          <w:lang w:val="pt-BR"/>
        </w:rPr>
      </w:pPr>
      <w:r w:rsidRPr="001179E8">
        <w:rPr>
          <w:lang w:val="pt-BR"/>
        </w:rPr>
        <w:t>Linda sorriu, as luzes refletindo em seus olhos. "É assim que vejo o mundo, pelo menos uma parte dele. E é por isso que sei que podemos fazer isso, Art. Porque há magia em conexões – entre reinos, entre pessoas."</w:t>
      </w:r>
    </w:p>
    <w:p w14:paraId="4A8BC9E4" w14:textId="77777777" w:rsidR="002355BD" w:rsidRPr="001179E8" w:rsidRDefault="00000000">
      <w:pPr>
        <w:rPr>
          <w:lang w:val="pt-BR"/>
        </w:rPr>
      </w:pPr>
      <w:r w:rsidRPr="001179E8">
        <w:rPr>
          <w:lang w:val="pt-BR"/>
        </w:rPr>
        <w:br/>
      </w:r>
    </w:p>
    <w:p w14:paraId="6FCD0DEF" w14:textId="77777777" w:rsidR="002355BD" w:rsidRPr="001179E8" w:rsidRDefault="00000000">
      <w:pPr>
        <w:rPr>
          <w:lang w:val="pt-BR"/>
        </w:rPr>
      </w:pPr>
      <w:r w:rsidRPr="001179E8">
        <w:rPr>
          <w:lang w:val="pt-BR"/>
        </w:rPr>
        <w:t>As luzes se desvaneceram lentamente, mas algo permaneceu entre eles – uma compreensão mútua, um início de confiança que não existia antes.</w:t>
      </w:r>
    </w:p>
    <w:p w14:paraId="289C8F6C" w14:textId="77777777" w:rsidR="002355BD" w:rsidRPr="001179E8" w:rsidRDefault="00000000">
      <w:pPr>
        <w:rPr>
          <w:lang w:val="pt-BR"/>
        </w:rPr>
      </w:pPr>
      <w:r w:rsidRPr="001179E8">
        <w:rPr>
          <w:lang w:val="pt-BR"/>
        </w:rPr>
        <w:br/>
      </w:r>
    </w:p>
    <w:p w14:paraId="1936F6FB" w14:textId="77777777" w:rsidR="002355BD" w:rsidRPr="001179E8" w:rsidRDefault="00000000">
      <w:pPr>
        <w:rPr>
          <w:lang w:val="pt-BR"/>
        </w:rPr>
      </w:pPr>
      <w:r w:rsidRPr="001179E8">
        <w:rPr>
          <w:lang w:val="pt-BR"/>
        </w:rPr>
        <w:t>O momento foi interrompido pelo bipe do comunicador de Art. Era Luke.</w:t>
      </w:r>
    </w:p>
    <w:p w14:paraId="6CADBF5E" w14:textId="77777777" w:rsidR="002355BD" w:rsidRPr="001179E8" w:rsidRDefault="00000000">
      <w:pPr>
        <w:rPr>
          <w:lang w:val="pt-BR"/>
        </w:rPr>
      </w:pPr>
      <w:r w:rsidRPr="001179E8">
        <w:rPr>
          <w:lang w:val="pt-BR"/>
        </w:rPr>
        <w:lastRenderedPageBreak/>
        <w:br/>
      </w:r>
    </w:p>
    <w:p w14:paraId="60935E3A" w14:textId="77777777" w:rsidR="002355BD" w:rsidRPr="001179E8" w:rsidRDefault="00000000">
      <w:pPr>
        <w:rPr>
          <w:lang w:val="pt-BR"/>
        </w:rPr>
      </w:pPr>
      <w:r w:rsidRPr="001179E8">
        <w:rPr>
          <w:lang w:val="pt-BR"/>
        </w:rPr>
        <w:t>"Desculpe interromper," disse a voz de Luke através do dispositivo, "mas o General Vance quer vocês dois no laboratório de equipamentos. Algo sobre itens especiais para a missão."</w:t>
      </w:r>
    </w:p>
    <w:p w14:paraId="1092B243" w14:textId="77777777" w:rsidR="002355BD" w:rsidRPr="001179E8" w:rsidRDefault="00000000">
      <w:pPr>
        <w:rPr>
          <w:lang w:val="pt-BR"/>
        </w:rPr>
      </w:pPr>
      <w:r w:rsidRPr="001179E8">
        <w:rPr>
          <w:lang w:val="pt-BR"/>
        </w:rPr>
        <w:br/>
      </w:r>
    </w:p>
    <w:p w14:paraId="66CD69FD" w14:textId="77777777" w:rsidR="002355BD" w:rsidRPr="001179E8" w:rsidRDefault="00000000">
      <w:pPr>
        <w:rPr>
          <w:lang w:val="pt-BR"/>
        </w:rPr>
      </w:pPr>
      <w:r w:rsidRPr="001179E8">
        <w:rPr>
          <w:lang w:val="pt-BR"/>
        </w:rPr>
        <w:t>"Estamos a caminho," respondeu Art, desligando o comunicador. Ele olhou para Linda, ainda sentindo o eco daquela conexão mágica. "Obrigado por... isso. Acho que precisava."</w:t>
      </w:r>
    </w:p>
    <w:p w14:paraId="7167EAD8" w14:textId="77777777" w:rsidR="002355BD" w:rsidRPr="001179E8" w:rsidRDefault="00000000">
      <w:pPr>
        <w:rPr>
          <w:lang w:val="pt-BR"/>
        </w:rPr>
      </w:pPr>
      <w:r w:rsidRPr="001179E8">
        <w:rPr>
          <w:lang w:val="pt-BR"/>
        </w:rPr>
        <w:br/>
      </w:r>
    </w:p>
    <w:p w14:paraId="3AA95BCD" w14:textId="77777777" w:rsidR="002355BD" w:rsidRPr="001179E8" w:rsidRDefault="00000000">
      <w:pPr>
        <w:rPr>
          <w:lang w:val="pt-BR"/>
        </w:rPr>
      </w:pPr>
      <w:r w:rsidRPr="001179E8">
        <w:rPr>
          <w:lang w:val="pt-BR"/>
        </w:rPr>
        <w:t>Linda se levantou, recolhendo as xícaras vazias. "Somos uma equipe agora, certo? Parceiros."</w:t>
      </w:r>
    </w:p>
    <w:p w14:paraId="0E33A0B7" w14:textId="77777777" w:rsidR="002355BD" w:rsidRPr="001179E8" w:rsidRDefault="00000000">
      <w:pPr>
        <w:rPr>
          <w:lang w:val="pt-BR"/>
        </w:rPr>
      </w:pPr>
      <w:r w:rsidRPr="001179E8">
        <w:rPr>
          <w:lang w:val="pt-BR"/>
        </w:rPr>
        <w:br/>
      </w:r>
    </w:p>
    <w:p w14:paraId="6DA94CC4" w14:textId="77777777" w:rsidR="002355BD" w:rsidRPr="001179E8" w:rsidRDefault="00000000">
      <w:pPr>
        <w:rPr>
          <w:lang w:val="pt-BR"/>
        </w:rPr>
      </w:pPr>
      <w:r w:rsidRPr="001179E8">
        <w:rPr>
          <w:lang w:val="pt-BR"/>
        </w:rPr>
        <w:t>"Parceiros," concordou Art, a palavra trazendo um conforto inesperado.</w:t>
      </w:r>
    </w:p>
    <w:p w14:paraId="12F2F590" w14:textId="77777777" w:rsidR="002355BD" w:rsidRPr="001179E8" w:rsidRDefault="00000000">
      <w:pPr>
        <w:rPr>
          <w:lang w:val="pt-BR"/>
        </w:rPr>
      </w:pPr>
      <w:r w:rsidRPr="001179E8">
        <w:rPr>
          <w:lang w:val="pt-BR"/>
        </w:rPr>
        <w:br/>
      </w:r>
    </w:p>
    <w:p w14:paraId="0DC3609E" w14:textId="77777777" w:rsidR="002355BD" w:rsidRPr="001179E8" w:rsidRDefault="00000000">
      <w:pPr>
        <w:rPr>
          <w:lang w:val="pt-BR"/>
        </w:rPr>
      </w:pPr>
      <w:r w:rsidRPr="001179E8">
        <w:rPr>
          <w:lang w:val="pt-BR"/>
        </w:rPr>
        <w:t>Enquanto caminhavam juntos para fora da biblioteca, Art percebeu que, pela primeira vez desde o anúncio da missão, o peso em seus ombros parecia um pouco mais leve. Talvez, apenas talvez, não estivesse tão despreparado quanto pensava.</w:t>
      </w:r>
    </w:p>
    <w:p w14:paraId="1B5E55EE" w14:textId="77777777" w:rsidR="002355BD" w:rsidRPr="001179E8" w:rsidRDefault="00000000">
      <w:pPr>
        <w:rPr>
          <w:lang w:val="pt-BR"/>
        </w:rPr>
      </w:pPr>
      <w:r w:rsidRPr="001179E8">
        <w:rPr>
          <w:lang w:val="pt-BR"/>
        </w:rPr>
        <w:br/>
      </w:r>
    </w:p>
    <w:p w14:paraId="0D135EB6" w14:textId="77777777" w:rsidR="002355BD" w:rsidRPr="001179E8" w:rsidRDefault="00000000">
      <w:pPr>
        <w:rPr>
          <w:lang w:val="pt-BR"/>
        </w:rPr>
      </w:pPr>
      <w:r w:rsidRPr="001179E8">
        <w:rPr>
          <w:lang w:val="pt-BR"/>
        </w:rPr>
        <w:t>---</w:t>
      </w:r>
    </w:p>
    <w:p w14:paraId="3B251807" w14:textId="77777777" w:rsidR="002355BD" w:rsidRPr="001179E8" w:rsidRDefault="00000000">
      <w:pPr>
        <w:rPr>
          <w:lang w:val="pt-BR"/>
        </w:rPr>
      </w:pPr>
      <w:r w:rsidRPr="001179E8">
        <w:rPr>
          <w:lang w:val="pt-BR"/>
        </w:rPr>
        <w:br/>
      </w:r>
    </w:p>
    <w:p w14:paraId="191788F5" w14:textId="77777777" w:rsidR="002355BD" w:rsidRPr="001179E8" w:rsidRDefault="00000000">
      <w:pPr>
        <w:rPr>
          <w:lang w:val="pt-BR"/>
        </w:rPr>
      </w:pPr>
      <w:r w:rsidRPr="001179E8">
        <w:rPr>
          <w:lang w:val="pt-BR"/>
        </w:rPr>
        <w:t>O laboratório de equipamentos da G.R.A.I.A. era um paraíso de alta tecnologia. Android (Dr. Aris Thorne) movia-se entre bancadas repletas de protótipos, seus movimentos precisos e fluidos enquanto preparava os itens para a missão.</w:t>
      </w:r>
    </w:p>
    <w:p w14:paraId="36EDCC43" w14:textId="77777777" w:rsidR="002355BD" w:rsidRPr="001179E8" w:rsidRDefault="00000000">
      <w:pPr>
        <w:rPr>
          <w:lang w:val="pt-BR"/>
        </w:rPr>
      </w:pPr>
      <w:r w:rsidRPr="001179E8">
        <w:rPr>
          <w:lang w:val="pt-BR"/>
        </w:rPr>
        <w:br/>
      </w:r>
    </w:p>
    <w:p w14:paraId="5BC1F517" w14:textId="77777777" w:rsidR="002355BD" w:rsidRPr="001179E8" w:rsidRDefault="00000000">
      <w:pPr>
        <w:rPr>
          <w:lang w:val="pt-BR"/>
        </w:rPr>
      </w:pPr>
      <w:r w:rsidRPr="001179E8">
        <w:rPr>
          <w:lang w:val="pt-BR"/>
        </w:rPr>
        <w:t>"Ah, vocês chegaram," observou ele, sua voz sintética carregando um toque de entusiasmo. "Tenho algumas coisas que podem ajudar em sua jornada."</w:t>
      </w:r>
    </w:p>
    <w:p w14:paraId="3AE44986" w14:textId="77777777" w:rsidR="002355BD" w:rsidRPr="001179E8" w:rsidRDefault="00000000">
      <w:pPr>
        <w:rPr>
          <w:lang w:val="pt-BR"/>
        </w:rPr>
      </w:pPr>
      <w:r w:rsidRPr="001179E8">
        <w:rPr>
          <w:lang w:val="pt-BR"/>
        </w:rPr>
        <w:lastRenderedPageBreak/>
        <w:br/>
      </w:r>
    </w:p>
    <w:p w14:paraId="62E56F2C" w14:textId="77777777" w:rsidR="002355BD" w:rsidRPr="001179E8" w:rsidRDefault="00000000">
      <w:pPr>
        <w:rPr>
          <w:lang w:val="pt-BR"/>
        </w:rPr>
      </w:pPr>
      <w:r w:rsidRPr="001179E8">
        <w:rPr>
          <w:lang w:val="pt-BR"/>
        </w:rPr>
        <w:t>Art sempre se sentira à vontade com Android. Talvez porque o cientista cibernético nunca o julgava pelos padrões de seus pais ou avô – Android via cada pessoa como um conjunto único de variáveis, não como uma extensão de seus ancestrais.</w:t>
      </w:r>
    </w:p>
    <w:p w14:paraId="16E6CE7E" w14:textId="77777777" w:rsidR="002355BD" w:rsidRPr="001179E8" w:rsidRDefault="00000000">
      <w:pPr>
        <w:rPr>
          <w:lang w:val="pt-BR"/>
        </w:rPr>
      </w:pPr>
      <w:r w:rsidRPr="001179E8">
        <w:rPr>
          <w:lang w:val="pt-BR"/>
        </w:rPr>
        <w:br/>
      </w:r>
    </w:p>
    <w:p w14:paraId="2F8C73A4" w14:textId="77777777" w:rsidR="002355BD" w:rsidRPr="001179E8" w:rsidRDefault="00000000">
      <w:pPr>
        <w:rPr>
          <w:lang w:val="pt-BR"/>
        </w:rPr>
      </w:pPr>
      <w:r w:rsidRPr="001179E8">
        <w:rPr>
          <w:lang w:val="pt-BR"/>
        </w:rPr>
        <w:t>"Primeiro," Android continuou, pegando dois braceletes de metal escuro com linhas azuis pulsantes, "comunicadores quânticos. Funcionam através de dimensões, permitindo contato com a G.R.A.I.A. mesmo de dentro dos reinos isolados. Também servem como tradutores universais."</w:t>
      </w:r>
    </w:p>
    <w:p w14:paraId="3A3D3970" w14:textId="77777777" w:rsidR="002355BD" w:rsidRPr="001179E8" w:rsidRDefault="00000000">
      <w:pPr>
        <w:rPr>
          <w:lang w:val="pt-BR"/>
        </w:rPr>
      </w:pPr>
      <w:r w:rsidRPr="001179E8">
        <w:rPr>
          <w:lang w:val="pt-BR"/>
        </w:rPr>
        <w:br/>
      </w:r>
    </w:p>
    <w:p w14:paraId="59D155E0" w14:textId="77777777" w:rsidR="002355BD" w:rsidRPr="001179E8" w:rsidRDefault="00000000">
      <w:pPr>
        <w:rPr>
          <w:lang w:val="pt-BR"/>
        </w:rPr>
      </w:pPr>
      <w:r w:rsidRPr="001179E8">
        <w:rPr>
          <w:lang w:val="pt-BR"/>
        </w:rPr>
        <w:t>Ele entregou um bracelete para cada um. Art colocou o seu, sentindo o metal se ajustar perfeitamente ao seu pulso.</w:t>
      </w:r>
    </w:p>
    <w:p w14:paraId="4ED86A8F" w14:textId="77777777" w:rsidR="002355BD" w:rsidRPr="001179E8" w:rsidRDefault="00000000">
      <w:pPr>
        <w:rPr>
          <w:lang w:val="pt-BR"/>
        </w:rPr>
      </w:pPr>
      <w:r w:rsidRPr="001179E8">
        <w:rPr>
          <w:lang w:val="pt-BR"/>
        </w:rPr>
        <w:br/>
      </w:r>
    </w:p>
    <w:p w14:paraId="5F7CD746" w14:textId="77777777" w:rsidR="002355BD" w:rsidRPr="001179E8" w:rsidRDefault="00000000">
      <w:pPr>
        <w:rPr>
          <w:lang w:val="pt-BR"/>
        </w:rPr>
      </w:pPr>
      <w:r w:rsidRPr="001179E8">
        <w:rPr>
          <w:lang w:val="pt-BR"/>
        </w:rPr>
        <w:t>"Em seguida," Android pegou uma pequena esfera cristalina, "um mapeador dimensional. Registra a topografia dos reinos e ajuda a localizar portais naturais entre eles."</w:t>
      </w:r>
    </w:p>
    <w:p w14:paraId="535B84C6" w14:textId="77777777" w:rsidR="002355BD" w:rsidRPr="001179E8" w:rsidRDefault="00000000">
      <w:pPr>
        <w:rPr>
          <w:lang w:val="pt-BR"/>
        </w:rPr>
      </w:pPr>
      <w:r w:rsidRPr="001179E8">
        <w:rPr>
          <w:lang w:val="pt-BR"/>
        </w:rPr>
        <w:br/>
      </w:r>
    </w:p>
    <w:p w14:paraId="790192CB" w14:textId="77777777" w:rsidR="002355BD" w:rsidRPr="001179E8" w:rsidRDefault="00000000">
      <w:pPr>
        <w:rPr>
          <w:lang w:val="pt-BR"/>
        </w:rPr>
      </w:pPr>
      <w:r w:rsidRPr="001179E8">
        <w:rPr>
          <w:lang w:val="pt-BR"/>
        </w:rPr>
        <w:t>Linda aceitou a esfera, seus olhos brilhando com fascínio enquanto a luz dançava através do cristal.</w:t>
      </w:r>
    </w:p>
    <w:p w14:paraId="4C69610B" w14:textId="77777777" w:rsidR="002355BD" w:rsidRPr="001179E8" w:rsidRDefault="00000000">
      <w:pPr>
        <w:rPr>
          <w:lang w:val="pt-BR"/>
        </w:rPr>
      </w:pPr>
      <w:r w:rsidRPr="001179E8">
        <w:rPr>
          <w:lang w:val="pt-BR"/>
        </w:rPr>
        <w:br/>
      </w:r>
    </w:p>
    <w:p w14:paraId="01BCC109" w14:textId="77777777" w:rsidR="002355BD" w:rsidRPr="001179E8" w:rsidRDefault="00000000">
      <w:pPr>
        <w:rPr>
          <w:lang w:val="pt-BR"/>
        </w:rPr>
      </w:pPr>
      <w:r w:rsidRPr="001179E8">
        <w:rPr>
          <w:lang w:val="pt-BR"/>
        </w:rPr>
        <w:t>"E finalmente," Android hesitou, olhando diretamente para Art, "algo especial para você, Blue."</w:t>
      </w:r>
    </w:p>
    <w:p w14:paraId="4146282C" w14:textId="77777777" w:rsidR="002355BD" w:rsidRPr="001179E8" w:rsidRDefault="00000000">
      <w:pPr>
        <w:rPr>
          <w:lang w:val="pt-BR"/>
        </w:rPr>
      </w:pPr>
      <w:r w:rsidRPr="001179E8">
        <w:rPr>
          <w:lang w:val="pt-BR"/>
        </w:rPr>
        <w:br/>
      </w:r>
    </w:p>
    <w:p w14:paraId="3B7FF8C7" w14:textId="77777777" w:rsidR="002355BD" w:rsidRPr="001179E8" w:rsidRDefault="00000000">
      <w:pPr>
        <w:rPr>
          <w:lang w:val="pt-BR"/>
        </w:rPr>
      </w:pPr>
      <w:r w:rsidRPr="001179E8">
        <w:rPr>
          <w:lang w:val="pt-BR"/>
        </w:rPr>
        <w:t>Ele apresentou um pequeno dispositivo que parecia um relógio de pulso, mas com um mostrador que exibia padrões de energia em constante mudança.</w:t>
      </w:r>
    </w:p>
    <w:p w14:paraId="3777BE23" w14:textId="77777777" w:rsidR="002355BD" w:rsidRPr="001179E8" w:rsidRDefault="00000000">
      <w:pPr>
        <w:rPr>
          <w:lang w:val="pt-BR"/>
        </w:rPr>
      </w:pPr>
      <w:r w:rsidRPr="001179E8">
        <w:rPr>
          <w:lang w:val="pt-BR"/>
        </w:rPr>
        <w:br/>
      </w:r>
    </w:p>
    <w:p w14:paraId="07C62860" w14:textId="77777777" w:rsidR="002355BD" w:rsidRPr="001179E8" w:rsidRDefault="00000000">
      <w:pPr>
        <w:rPr>
          <w:lang w:val="pt-BR"/>
        </w:rPr>
      </w:pPr>
      <w:r w:rsidRPr="001179E8">
        <w:rPr>
          <w:lang w:val="pt-BR"/>
        </w:rPr>
        <w:lastRenderedPageBreak/>
        <w:t>"Um estabilizador de absorção," explicou Android. "Não limitará seus poderes, mas ajudará a controlar o fluxo de energia durante a absorção. Pensei que poderia ser útil, considerando os ambientes desconhecidos que enfrentará."</w:t>
      </w:r>
    </w:p>
    <w:p w14:paraId="58078E51" w14:textId="77777777" w:rsidR="002355BD" w:rsidRPr="001179E8" w:rsidRDefault="00000000">
      <w:pPr>
        <w:rPr>
          <w:lang w:val="pt-BR"/>
        </w:rPr>
      </w:pPr>
      <w:r w:rsidRPr="001179E8">
        <w:rPr>
          <w:lang w:val="pt-BR"/>
        </w:rPr>
        <w:br/>
      </w:r>
    </w:p>
    <w:p w14:paraId="34EB900B" w14:textId="77777777" w:rsidR="002355BD" w:rsidRPr="001179E8" w:rsidRDefault="00000000">
      <w:pPr>
        <w:rPr>
          <w:lang w:val="pt-BR"/>
        </w:rPr>
      </w:pPr>
      <w:r w:rsidRPr="001179E8">
        <w:rPr>
          <w:lang w:val="pt-BR"/>
        </w:rPr>
        <w:t>Art pegou o dispositivo com reverência, emoção apertando sua garganta. Era exatamente o que precisava – não uma solução mágica, mas uma ferramenta para ajudá-lo a se ajudar.</w:t>
      </w:r>
    </w:p>
    <w:p w14:paraId="4C01CEF0" w14:textId="77777777" w:rsidR="002355BD" w:rsidRPr="001179E8" w:rsidRDefault="00000000">
      <w:pPr>
        <w:rPr>
          <w:lang w:val="pt-BR"/>
        </w:rPr>
      </w:pPr>
      <w:r w:rsidRPr="001179E8">
        <w:rPr>
          <w:lang w:val="pt-BR"/>
        </w:rPr>
        <w:br/>
      </w:r>
    </w:p>
    <w:p w14:paraId="7C6C97F6" w14:textId="77777777" w:rsidR="002355BD" w:rsidRPr="001179E8" w:rsidRDefault="00000000">
      <w:pPr>
        <w:rPr>
          <w:lang w:val="pt-BR"/>
        </w:rPr>
      </w:pPr>
      <w:r w:rsidRPr="001179E8">
        <w:rPr>
          <w:lang w:val="pt-BR"/>
        </w:rPr>
        <w:t>"Obrigado," conseguiu dizer, sua voz ligeiramente rouca. "Isso significa muito."</w:t>
      </w:r>
    </w:p>
    <w:p w14:paraId="6D0EC335" w14:textId="77777777" w:rsidR="002355BD" w:rsidRPr="001179E8" w:rsidRDefault="00000000">
      <w:pPr>
        <w:rPr>
          <w:lang w:val="pt-BR"/>
        </w:rPr>
      </w:pPr>
      <w:r w:rsidRPr="001179E8">
        <w:rPr>
          <w:lang w:val="pt-BR"/>
        </w:rPr>
        <w:br/>
      </w:r>
    </w:p>
    <w:p w14:paraId="6A63B86B" w14:textId="77777777" w:rsidR="002355BD" w:rsidRPr="001179E8" w:rsidRDefault="00000000">
      <w:pPr>
        <w:rPr>
          <w:lang w:val="pt-BR"/>
        </w:rPr>
      </w:pPr>
      <w:r w:rsidRPr="001179E8">
        <w:rPr>
          <w:lang w:val="pt-BR"/>
        </w:rPr>
        <w:t>Android assentiu, seu rosto sintético exibindo um sorriso sutil. "Vocês dois carregam uma grande responsabilidade. Minha função é maximizar suas chances de sucesso."</w:t>
      </w:r>
    </w:p>
    <w:p w14:paraId="0EA6DDEE" w14:textId="77777777" w:rsidR="002355BD" w:rsidRPr="001179E8" w:rsidRDefault="00000000">
      <w:pPr>
        <w:rPr>
          <w:lang w:val="pt-BR"/>
        </w:rPr>
      </w:pPr>
      <w:r w:rsidRPr="001179E8">
        <w:rPr>
          <w:lang w:val="pt-BR"/>
        </w:rPr>
        <w:br/>
      </w:r>
    </w:p>
    <w:p w14:paraId="329CAD02" w14:textId="77777777" w:rsidR="002355BD" w:rsidRPr="001179E8" w:rsidRDefault="00000000">
      <w:pPr>
        <w:rPr>
          <w:lang w:val="pt-BR"/>
        </w:rPr>
      </w:pPr>
      <w:r w:rsidRPr="001179E8">
        <w:rPr>
          <w:lang w:val="pt-BR"/>
        </w:rPr>
        <w:t>"E Rick e Nicole?" perguntou Linda suavemente. "Há algum progresso em localizá-los?"</w:t>
      </w:r>
    </w:p>
    <w:p w14:paraId="3FA5EC62" w14:textId="77777777" w:rsidR="002355BD" w:rsidRPr="001179E8" w:rsidRDefault="00000000">
      <w:pPr>
        <w:rPr>
          <w:lang w:val="pt-BR"/>
        </w:rPr>
      </w:pPr>
      <w:r w:rsidRPr="001179E8">
        <w:rPr>
          <w:lang w:val="pt-BR"/>
        </w:rPr>
        <w:br/>
      </w:r>
    </w:p>
    <w:p w14:paraId="5B6A5074" w14:textId="77777777" w:rsidR="002355BD" w:rsidRPr="001179E8" w:rsidRDefault="00000000">
      <w:pPr>
        <w:rPr>
          <w:lang w:val="pt-BR"/>
        </w:rPr>
      </w:pPr>
      <w:r w:rsidRPr="001179E8">
        <w:rPr>
          <w:lang w:val="pt-BR"/>
        </w:rPr>
        <w:t>A expressão de Android ficou mais séria. "Estamos triangulando os sinais. Há... interferência considerável. Mas não desistimos."</w:t>
      </w:r>
    </w:p>
    <w:p w14:paraId="189D5EB7" w14:textId="77777777" w:rsidR="002355BD" w:rsidRPr="001179E8" w:rsidRDefault="00000000">
      <w:pPr>
        <w:rPr>
          <w:lang w:val="pt-BR"/>
        </w:rPr>
      </w:pPr>
      <w:r w:rsidRPr="001179E8">
        <w:rPr>
          <w:lang w:val="pt-BR"/>
        </w:rPr>
        <w:br/>
      </w:r>
    </w:p>
    <w:p w14:paraId="68474D86" w14:textId="77777777" w:rsidR="002355BD" w:rsidRPr="001179E8" w:rsidRDefault="00000000">
      <w:pPr>
        <w:rPr>
          <w:lang w:val="pt-BR"/>
        </w:rPr>
      </w:pPr>
      <w:r w:rsidRPr="001179E8">
        <w:rPr>
          <w:lang w:val="pt-BR"/>
        </w:rPr>
        <w:t>O General Vance entrou no laboratório nesse momento, acompanhado por X e pela Feiticeira Branca – os pais de Art. Ele raramente os via juntos desde a separação amigável anos atrás.</w:t>
      </w:r>
    </w:p>
    <w:p w14:paraId="1275EC9E" w14:textId="77777777" w:rsidR="002355BD" w:rsidRPr="001179E8" w:rsidRDefault="00000000">
      <w:pPr>
        <w:rPr>
          <w:lang w:val="pt-BR"/>
        </w:rPr>
      </w:pPr>
      <w:r w:rsidRPr="001179E8">
        <w:rPr>
          <w:lang w:val="pt-BR"/>
        </w:rPr>
        <w:br/>
      </w:r>
    </w:p>
    <w:p w14:paraId="51032232" w14:textId="77777777" w:rsidR="002355BD" w:rsidRPr="001179E8" w:rsidRDefault="00000000">
      <w:pPr>
        <w:rPr>
          <w:lang w:val="pt-BR"/>
        </w:rPr>
      </w:pPr>
      <w:r w:rsidRPr="001179E8">
        <w:rPr>
          <w:lang w:val="pt-BR"/>
        </w:rPr>
        <w:t>"Está tudo pronto?" perguntou Vance, seu tom profissional mascarando qualquer preocupação pessoal.</w:t>
      </w:r>
    </w:p>
    <w:p w14:paraId="0043A5DE" w14:textId="77777777" w:rsidR="002355BD" w:rsidRPr="001179E8" w:rsidRDefault="00000000">
      <w:pPr>
        <w:rPr>
          <w:lang w:val="pt-BR"/>
        </w:rPr>
      </w:pPr>
      <w:r w:rsidRPr="001179E8">
        <w:rPr>
          <w:lang w:val="pt-BR"/>
        </w:rPr>
        <w:br/>
      </w:r>
    </w:p>
    <w:p w14:paraId="3E3EF6FD" w14:textId="77777777" w:rsidR="002355BD" w:rsidRPr="001179E8" w:rsidRDefault="00000000">
      <w:pPr>
        <w:rPr>
          <w:lang w:val="pt-BR"/>
        </w:rPr>
      </w:pPr>
      <w:r w:rsidRPr="001179E8">
        <w:rPr>
          <w:lang w:val="pt-BR"/>
        </w:rPr>
        <w:t>"Sim, senhor," respondeu Android. "Equipamento preparado e testado."</w:t>
      </w:r>
    </w:p>
    <w:p w14:paraId="10960A60" w14:textId="77777777" w:rsidR="002355BD" w:rsidRPr="001179E8" w:rsidRDefault="00000000">
      <w:pPr>
        <w:rPr>
          <w:lang w:val="pt-BR"/>
        </w:rPr>
      </w:pPr>
      <w:r w:rsidRPr="001179E8">
        <w:rPr>
          <w:lang w:val="pt-BR"/>
        </w:rPr>
        <w:lastRenderedPageBreak/>
        <w:br/>
      </w:r>
    </w:p>
    <w:p w14:paraId="6718CB28" w14:textId="77777777" w:rsidR="002355BD" w:rsidRPr="001179E8" w:rsidRDefault="00000000">
      <w:pPr>
        <w:rPr>
          <w:lang w:val="pt-BR"/>
        </w:rPr>
      </w:pPr>
      <w:r w:rsidRPr="001179E8">
        <w:rPr>
          <w:lang w:val="pt-BR"/>
        </w:rPr>
        <w:t>Vance assentiu, então se voltou para Art e Linda. "O transporte para o complexo dos Amanos está pronto. Partirão ao amanhecer."</w:t>
      </w:r>
    </w:p>
    <w:p w14:paraId="3D36A5E8" w14:textId="77777777" w:rsidR="002355BD" w:rsidRPr="001179E8" w:rsidRDefault="00000000">
      <w:pPr>
        <w:rPr>
          <w:lang w:val="pt-BR"/>
        </w:rPr>
      </w:pPr>
      <w:r w:rsidRPr="001179E8">
        <w:rPr>
          <w:lang w:val="pt-BR"/>
        </w:rPr>
        <w:br/>
      </w:r>
    </w:p>
    <w:p w14:paraId="74879017" w14:textId="77777777" w:rsidR="002355BD" w:rsidRPr="001179E8" w:rsidRDefault="00000000">
      <w:pPr>
        <w:rPr>
          <w:lang w:val="pt-BR"/>
        </w:rPr>
      </w:pPr>
      <w:r w:rsidRPr="001179E8">
        <w:rPr>
          <w:lang w:val="pt-BR"/>
        </w:rPr>
        <w:t>Art sentiu o olhar de seu pai sobre ele – avaliador, calculista, como sempre. X era um homem de poucas palavras, mas seu silêncio carregava expectativas.</w:t>
      </w:r>
    </w:p>
    <w:p w14:paraId="0FAFC841" w14:textId="77777777" w:rsidR="002355BD" w:rsidRPr="001179E8" w:rsidRDefault="00000000">
      <w:pPr>
        <w:rPr>
          <w:lang w:val="pt-BR"/>
        </w:rPr>
      </w:pPr>
      <w:r w:rsidRPr="001179E8">
        <w:rPr>
          <w:lang w:val="pt-BR"/>
        </w:rPr>
        <w:br/>
      </w:r>
    </w:p>
    <w:p w14:paraId="65A22FDE" w14:textId="77777777" w:rsidR="002355BD" w:rsidRPr="001179E8" w:rsidRDefault="00000000">
      <w:pPr>
        <w:rPr>
          <w:lang w:val="pt-BR"/>
        </w:rPr>
      </w:pPr>
      <w:r w:rsidRPr="001179E8">
        <w:rPr>
          <w:lang w:val="pt-BR"/>
        </w:rPr>
        <w:t>Foi sua mãe quem se aproximou, seus olhos azuis – tão parecidos com os dele – suavizando-se com preocupação maternal. "Arthur," ela disse, usando seu nome completo como sempre fazia em momentos importantes, "lembre-se de que sua maior força não é o poder que pode absorver, mas o coração que guia suas escolhas."</w:t>
      </w:r>
    </w:p>
    <w:p w14:paraId="1A1331B7" w14:textId="77777777" w:rsidR="002355BD" w:rsidRPr="001179E8" w:rsidRDefault="00000000">
      <w:pPr>
        <w:rPr>
          <w:lang w:val="pt-BR"/>
        </w:rPr>
      </w:pPr>
      <w:r w:rsidRPr="001179E8">
        <w:rPr>
          <w:lang w:val="pt-BR"/>
        </w:rPr>
        <w:br/>
      </w:r>
    </w:p>
    <w:p w14:paraId="6D66F9B1" w14:textId="77777777" w:rsidR="002355BD" w:rsidRPr="001179E8" w:rsidRDefault="00000000">
      <w:pPr>
        <w:rPr>
          <w:lang w:val="pt-BR"/>
        </w:rPr>
      </w:pPr>
      <w:r w:rsidRPr="001179E8">
        <w:rPr>
          <w:lang w:val="pt-BR"/>
        </w:rPr>
        <w:t>Art assentiu, engolindo o nó na garganta. "Vou me lembrar, mãe."</w:t>
      </w:r>
    </w:p>
    <w:p w14:paraId="2285EEB1" w14:textId="77777777" w:rsidR="002355BD" w:rsidRPr="001179E8" w:rsidRDefault="00000000">
      <w:pPr>
        <w:rPr>
          <w:lang w:val="pt-BR"/>
        </w:rPr>
      </w:pPr>
      <w:r w:rsidRPr="001179E8">
        <w:rPr>
          <w:lang w:val="pt-BR"/>
        </w:rPr>
        <w:br/>
      </w:r>
    </w:p>
    <w:p w14:paraId="0722CBA7" w14:textId="77777777" w:rsidR="002355BD" w:rsidRPr="001179E8" w:rsidRDefault="00000000">
      <w:pPr>
        <w:rPr>
          <w:lang w:val="pt-BR"/>
        </w:rPr>
      </w:pPr>
      <w:r w:rsidRPr="001179E8">
        <w:rPr>
          <w:lang w:val="pt-BR"/>
        </w:rPr>
        <w:t>X finalmente falou, sua voz profunda e controlada: "Confie em seus instintos. E proteja sua parceira."</w:t>
      </w:r>
    </w:p>
    <w:p w14:paraId="5CEB86DB" w14:textId="77777777" w:rsidR="002355BD" w:rsidRPr="001179E8" w:rsidRDefault="00000000">
      <w:pPr>
        <w:rPr>
          <w:lang w:val="pt-BR"/>
        </w:rPr>
      </w:pPr>
      <w:r w:rsidRPr="001179E8">
        <w:rPr>
          <w:lang w:val="pt-BR"/>
        </w:rPr>
        <w:br/>
      </w:r>
    </w:p>
    <w:p w14:paraId="52A15A72" w14:textId="77777777" w:rsidR="002355BD" w:rsidRPr="001179E8" w:rsidRDefault="00000000">
      <w:pPr>
        <w:rPr>
          <w:lang w:val="pt-BR"/>
        </w:rPr>
      </w:pPr>
      <w:r w:rsidRPr="001179E8">
        <w:rPr>
          <w:lang w:val="pt-BR"/>
        </w:rPr>
        <w:t>Linda, que observava a interação familiar com interesse, deu um passo à frente. "Cuidaremos um do outro," afirmou com uma confiança que Art invejou.</w:t>
      </w:r>
    </w:p>
    <w:p w14:paraId="1317ADEB" w14:textId="77777777" w:rsidR="002355BD" w:rsidRPr="001179E8" w:rsidRDefault="00000000">
      <w:pPr>
        <w:rPr>
          <w:lang w:val="pt-BR"/>
        </w:rPr>
      </w:pPr>
      <w:r w:rsidRPr="001179E8">
        <w:rPr>
          <w:lang w:val="pt-BR"/>
        </w:rPr>
        <w:br/>
      </w:r>
    </w:p>
    <w:p w14:paraId="0E77D66F" w14:textId="77777777" w:rsidR="002355BD" w:rsidRPr="001179E8" w:rsidRDefault="00000000">
      <w:pPr>
        <w:rPr>
          <w:lang w:val="pt-BR"/>
        </w:rPr>
      </w:pPr>
      <w:r w:rsidRPr="001179E8">
        <w:rPr>
          <w:lang w:val="pt-BR"/>
        </w:rPr>
        <w:t>O General Vance consultou seu relógio. "Descancem. Amanhã começa uma jornada que pode determinar o futuro de todos os reinos."</w:t>
      </w:r>
    </w:p>
    <w:p w14:paraId="266A0D6F" w14:textId="77777777" w:rsidR="002355BD" w:rsidRPr="001179E8" w:rsidRDefault="00000000">
      <w:pPr>
        <w:rPr>
          <w:lang w:val="pt-BR"/>
        </w:rPr>
      </w:pPr>
      <w:r w:rsidRPr="001179E8">
        <w:rPr>
          <w:lang w:val="pt-BR"/>
        </w:rPr>
        <w:br/>
      </w:r>
    </w:p>
    <w:p w14:paraId="4D921C23" w14:textId="77777777" w:rsidR="002355BD" w:rsidRPr="001179E8" w:rsidRDefault="00000000">
      <w:pPr>
        <w:rPr>
          <w:lang w:val="pt-BR"/>
        </w:rPr>
      </w:pPr>
      <w:r w:rsidRPr="001179E8">
        <w:rPr>
          <w:lang w:val="pt-BR"/>
        </w:rPr>
        <w:t>Enquanto todos se dispersavam, Art permaneceu um momento mais no laboratório, olhando para o estabilizador em seu pulso. Linda parou na porta, esperando por ele.</w:t>
      </w:r>
    </w:p>
    <w:p w14:paraId="794E491F" w14:textId="77777777" w:rsidR="002355BD" w:rsidRPr="001179E8" w:rsidRDefault="00000000">
      <w:pPr>
        <w:rPr>
          <w:lang w:val="pt-BR"/>
        </w:rPr>
      </w:pPr>
      <w:r w:rsidRPr="001179E8">
        <w:rPr>
          <w:lang w:val="pt-BR"/>
        </w:rPr>
        <w:lastRenderedPageBreak/>
        <w:br/>
      </w:r>
    </w:p>
    <w:p w14:paraId="4B58255E" w14:textId="77777777" w:rsidR="002355BD" w:rsidRPr="001179E8" w:rsidRDefault="00000000">
      <w:pPr>
        <w:rPr>
          <w:lang w:val="pt-BR"/>
        </w:rPr>
      </w:pPr>
      <w:r w:rsidRPr="001179E8">
        <w:rPr>
          <w:lang w:val="pt-BR"/>
        </w:rPr>
        <w:t>"Pronto para isso?" perguntou ela, um pequeno sorriso nos lábios.</w:t>
      </w:r>
    </w:p>
    <w:p w14:paraId="0F9E71C6" w14:textId="77777777" w:rsidR="002355BD" w:rsidRPr="001179E8" w:rsidRDefault="00000000">
      <w:pPr>
        <w:rPr>
          <w:lang w:val="pt-BR"/>
        </w:rPr>
      </w:pPr>
      <w:r w:rsidRPr="001179E8">
        <w:rPr>
          <w:lang w:val="pt-BR"/>
        </w:rPr>
        <w:br/>
      </w:r>
    </w:p>
    <w:p w14:paraId="4C7F7E9D" w14:textId="77777777" w:rsidR="002355BD" w:rsidRPr="001179E8" w:rsidRDefault="00000000">
      <w:pPr>
        <w:rPr>
          <w:lang w:val="pt-BR"/>
        </w:rPr>
      </w:pPr>
      <w:r w:rsidRPr="001179E8">
        <w:rPr>
          <w:lang w:val="pt-BR"/>
        </w:rPr>
        <w:t>Art respirou fundo, sentindo o peso da missão, mas também uma nova determinação. "Não," admitiu honestamente. "Mas vamos fazer acontecer mesmo assim."</w:t>
      </w:r>
    </w:p>
    <w:p w14:paraId="52292407" w14:textId="77777777" w:rsidR="002355BD" w:rsidRPr="001179E8" w:rsidRDefault="00000000">
      <w:pPr>
        <w:rPr>
          <w:lang w:val="pt-BR"/>
        </w:rPr>
      </w:pPr>
      <w:r w:rsidRPr="001179E8">
        <w:rPr>
          <w:lang w:val="pt-BR"/>
        </w:rPr>
        <w:br/>
      </w:r>
    </w:p>
    <w:p w14:paraId="0F57F5F7" w14:textId="77777777" w:rsidR="002355BD" w:rsidRPr="001179E8" w:rsidRDefault="00000000">
      <w:pPr>
        <w:rPr>
          <w:lang w:val="pt-BR"/>
        </w:rPr>
      </w:pPr>
      <w:r w:rsidRPr="001179E8">
        <w:rPr>
          <w:lang w:val="pt-BR"/>
        </w:rPr>
        <w:t>O sorriso de Linda se alargou, iluminando seu rosto. "Essa é a atitude de um verdadeiro herói, sabia?"</w:t>
      </w:r>
    </w:p>
    <w:p w14:paraId="3C83BAE7" w14:textId="77777777" w:rsidR="002355BD" w:rsidRPr="001179E8" w:rsidRDefault="00000000">
      <w:pPr>
        <w:rPr>
          <w:lang w:val="pt-BR"/>
        </w:rPr>
      </w:pPr>
      <w:r w:rsidRPr="001179E8">
        <w:rPr>
          <w:lang w:val="pt-BR"/>
        </w:rPr>
        <w:br/>
      </w:r>
    </w:p>
    <w:p w14:paraId="24A61646" w14:textId="77777777" w:rsidR="002355BD" w:rsidRPr="001179E8" w:rsidRDefault="00000000">
      <w:pPr>
        <w:rPr>
          <w:lang w:val="pt-BR"/>
        </w:rPr>
      </w:pPr>
      <w:r w:rsidRPr="001179E8">
        <w:rPr>
          <w:lang w:val="pt-BR"/>
        </w:rPr>
        <w:t>Enquanto caminhavam juntos pelos corredores da G.R.A.I.A., Art percebeu que, pela primeira vez em muito tempo, não estava pensando em viver de acordo com o legado de sua família. Estava pensando apenas em fazer o que era certo – por Rick e Nicole, pelo mundo, e talvez, um pouco, pela jovem de olhos violeta ao seu lado.</w:t>
      </w:r>
    </w:p>
    <w:p w14:paraId="12B1338E" w14:textId="77777777" w:rsidR="002355BD" w:rsidRPr="001179E8" w:rsidRDefault="00000000">
      <w:pPr>
        <w:rPr>
          <w:lang w:val="pt-BR"/>
        </w:rPr>
      </w:pPr>
      <w:r w:rsidRPr="001179E8">
        <w:rPr>
          <w:lang w:val="pt-BR"/>
        </w:rPr>
        <w:br/>
      </w:r>
    </w:p>
    <w:p w14:paraId="331383F0" w14:textId="77777777" w:rsidR="002355BD" w:rsidRPr="001179E8" w:rsidRDefault="00000000">
      <w:pPr>
        <w:rPr>
          <w:lang w:val="pt-BR"/>
        </w:rPr>
      </w:pPr>
      <w:r w:rsidRPr="001179E8">
        <w:rPr>
          <w:lang w:val="pt-BR"/>
        </w:rPr>
        <w:t>---</w:t>
      </w:r>
    </w:p>
    <w:p w14:paraId="0EB94E41" w14:textId="77777777" w:rsidR="002355BD" w:rsidRPr="001179E8" w:rsidRDefault="00000000">
      <w:pPr>
        <w:rPr>
          <w:lang w:val="pt-BR"/>
        </w:rPr>
      </w:pPr>
      <w:r w:rsidRPr="001179E8">
        <w:rPr>
          <w:lang w:val="pt-BR"/>
        </w:rPr>
        <w:br/>
      </w:r>
    </w:p>
    <w:p w14:paraId="75FBD2B3" w14:textId="77777777" w:rsidR="002355BD" w:rsidRPr="001179E8" w:rsidRDefault="00000000">
      <w:pPr>
        <w:rPr>
          <w:lang w:val="pt-BR"/>
        </w:rPr>
      </w:pPr>
      <w:r w:rsidRPr="001179E8">
        <w:rPr>
          <w:lang w:val="pt-BR"/>
        </w:rPr>
        <w:t>O amanhecer chegou rápido demais. Na plataforma de lançamento da G.R.A.I.A., uma aeronave especial aguardava – projetada para atravessar não apenas o espaço físico, mas as barreiras dimensionais que protegiam os reinos isolados.</w:t>
      </w:r>
    </w:p>
    <w:p w14:paraId="58CF1AFB" w14:textId="77777777" w:rsidR="002355BD" w:rsidRPr="001179E8" w:rsidRDefault="00000000">
      <w:pPr>
        <w:rPr>
          <w:lang w:val="pt-BR"/>
        </w:rPr>
      </w:pPr>
      <w:r w:rsidRPr="001179E8">
        <w:rPr>
          <w:lang w:val="pt-BR"/>
        </w:rPr>
        <w:br/>
      </w:r>
    </w:p>
    <w:p w14:paraId="1C4AF610" w14:textId="77777777" w:rsidR="002355BD" w:rsidRPr="001179E8" w:rsidRDefault="00000000">
      <w:pPr>
        <w:rPr>
          <w:lang w:val="pt-BR"/>
        </w:rPr>
      </w:pPr>
      <w:r w:rsidRPr="001179E8">
        <w:rPr>
          <w:lang w:val="pt-BR"/>
        </w:rPr>
        <w:t>Art estava verificando os suprimentos uma última vez quando sentiu uma presença atrás de si. Era Luke, parecendo ainda mais cansado que no dia anterior.</w:t>
      </w:r>
    </w:p>
    <w:p w14:paraId="02CE865A" w14:textId="77777777" w:rsidR="002355BD" w:rsidRPr="001179E8" w:rsidRDefault="00000000">
      <w:pPr>
        <w:rPr>
          <w:lang w:val="pt-BR"/>
        </w:rPr>
      </w:pPr>
      <w:r w:rsidRPr="001179E8">
        <w:rPr>
          <w:lang w:val="pt-BR"/>
        </w:rPr>
        <w:br/>
      </w:r>
    </w:p>
    <w:p w14:paraId="4804E98F" w14:textId="77777777" w:rsidR="002355BD" w:rsidRPr="001179E8" w:rsidRDefault="00000000">
      <w:pPr>
        <w:rPr>
          <w:lang w:val="pt-BR"/>
        </w:rPr>
      </w:pPr>
      <w:r w:rsidRPr="001179E8">
        <w:rPr>
          <w:lang w:val="pt-BR"/>
        </w:rPr>
        <w:t>"Ei," disse Art, incerto do que dizer. Luke e Rick eram inseparáveis, e a ausência de Rick pesava visivelmente sobre o detetive.</w:t>
      </w:r>
    </w:p>
    <w:p w14:paraId="7F80FBFF" w14:textId="77777777" w:rsidR="002355BD" w:rsidRPr="001179E8" w:rsidRDefault="00000000">
      <w:pPr>
        <w:rPr>
          <w:lang w:val="pt-BR"/>
        </w:rPr>
      </w:pPr>
      <w:r w:rsidRPr="001179E8">
        <w:rPr>
          <w:lang w:val="pt-BR"/>
        </w:rPr>
        <w:lastRenderedPageBreak/>
        <w:br/>
      </w:r>
    </w:p>
    <w:p w14:paraId="12506FCF" w14:textId="77777777" w:rsidR="002355BD" w:rsidRPr="001179E8" w:rsidRDefault="00000000">
      <w:pPr>
        <w:rPr>
          <w:lang w:val="pt-BR"/>
        </w:rPr>
      </w:pPr>
      <w:r w:rsidRPr="001179E8">
        <w:rPr>
          <w:lang w:val="pt-BR"/>
        </w:rPr>
        <w:t>"Ei," respondeu Luke, esfregando o queixo mal barbeado. "Só vim... bem, desejar boa sorte, eu acho."</w:t>
      </w:r>
    </w:p>
    <w:p w14:paraId="32DE0994" w14:textId="77777777" w:rsidR="002355BD" w:rsidRPr="001179E8" w:rsidRDefault="00000000">
      <w:pPr>
        <w:rPr>
          <w:lang w:val="pt-BR"/>
        </w:rPr>
      </w:pPr>
      <w:r w:rsidRPr="001179E8">
        <w:rPr>
          <w:lang w:val="pt-BR"/>
        </w:rPr>
        <w:br/>
      </w:r>
    </w:p>
    <w:p w14:paraId="0B224125" w14:textId="77777777" w:rsidR="002355BD" w:rsidRPr="001179E8" w:rsidRDefault="00000000">
      <w:pPr>
        <w:rPr>
          <w:lang w:val="pt-BR"/>
        </w:rPr>
      </w:pPr>
      <w:r w:rsidRPr="001179E8">
        <w:rPr>
          <w:lang w:val="pt-BR"/>
        </w:rPr>
        <w:t>Art assentiu, compreendendo o que não estava sendo dito. "Vamos encontrá-los, Luke. Vamos trazer Rick e Nicole de volta."</w:t>
      </w:r>
    </w:p>
    <w:p w14:paraId="3C29DBC5" w14:textId="77777777" w:rsidR="002355BD" w:rsidRPr="001179E8" w:rsidRDefault="00000000">
      <w:pPr>
        <w:rPr>
          <w:lang w:val="pt-BR"/>
        </w:rPr>
      </w:pPr>
      <w:r w:rsidRPr="001179E8">
        <w:rPr>
          <w:lang w:val="pt-BR"/>
        </w:rPr>
        <w:br/>
      </w:r>
    </w:p>
    <w:p w14:paraId="2CE0D84E" w14:textId="77777777" w:rsidR="002355BD" w:rsidRPr="001179E8" w:rsidRDefault="00000000">
      <w:pPr>
        <w:rPr>
          <w:lang w:val="pt-BR"/>
        </w:rPr>
      </w:pPr>
      <w:r w:rsidRPr="001179E8">
        <w:rPr>
          <w:lang w:val="pt-BR"/>
        </w:rPr>
        <w:t>Luke olhou para ele por um longo momento, então estendeu a mão. "Sei que vai. Você é mais forte do que pensa, Blue."</w:t>
      </w:r>
    </w:p>
    <w:p w14:paraId="48D6E39B" w14:textId="77777777" w:rsidR="002355BD" w:rsidRPr="001179E8" w:rsidRDefault="00000000">
      <w:pPr>
        <w:rPr>
          <w:lang w:val="pt-BR"/>
        </w:rPr>
      </w:pPr>
      <w:r w:rsidRPr="001179E8">
        <w:rPr>
          <w:lang w:val="pt-BR"/>
        </w:rPr>
        <w:br/>
      </w:r>
    </w:p>
    <w:p w14:paraId="76E67EC8" w14:textId="77777777" w:rsidR="002355BD" w:rsidRPr="001179E8" w:rsidRDefault="00000000">
      <w:pPr>
        <w:rPr>
          <w:lang w:val="pt-BR"/>
        </w:rPr>
      </w:pPr>
      <w:r w:rsidRPr="001179E8">
        <w:rPr>
          <w:lang w:val="pt-BR"/>
        </w:rPr>
        <w:t>Art apertou a mão oferecida, sentindo o peso da confiança depositada nele. "Cuide das coisas por aqui."</w:t>
      </w:r>
    </w:p>
    <w:p w14:paraId="039AB7D2" w14:textId="77777777" w:rsidR="002355BD" w:rsidRPr="001179E8" w:rsidRDefault="00000000">
      <w:pPr>
        <w:rPr>
          <w:lang w:val="pt-BR"/>
        </w:rPr>
      </w:pPr>
      <w:r w:rsidRPr="001179E8">
        <w:rPr>
          <w:lang w:val="pt-BR"/>
        </w:rPr>
        <w:br/>
      </w:r>
    </w:p>
    <w:p w14:paraId="618A9BD3" w14:textId="77777777" w:rsidR="002355BD" w:rsidRPr="001179E8" w:rsidRDefault="00000000">
      <w:pPr>
        <w:rPr>
          <w:lang w:val="pt-BR"/>
        </w:rPr>
      </w:pPr>
      <w:r w:rsidRPr="001179E8">
        <w:rPr>
          <w:lang w:val="pt-BR"/>
        </w:rPr>
        <w:t>"Sempre," Luke prometeu com um pequeno sorriso cansado.</w:t>
      </w:r>
    </w:p>
    <w:p w14:paraId="1D88D1C2" w14:textId="77777777" w:rsidR="002355BD" w:rsidRPr="001179E8" w:rsidRDefault="00000000">
      <w:pPr>
        <w:rPr>
          <w:lang w:val="pt-BR"/>
        </w:rPr>
      </w:pPr>
      <w:r w:rsidRPr="001179E8">
        <w:rPr>
          <w:lang w:val="pt-BR"/>
        </w:rPr>
        <w:br/>
      </w:r>
    </w:p>
    <w:p w14:paraId="24E3CCBB" w14:textId="77777777" w:rsidR="002355BD" w:rsidRPr="001179E8" w:rsidRDefault="00000000">
      <w:pPr>
        <w:rPr>
          <w:lang w:val="pt-BR"/>
        </w:rPr>
      </w:pPr>
      <w:r w:rsidRPr="001179E8">
        <w:rPr>
          <w:lang w:val="pt-BR"/>
        </w:rPr>
        <w:t>Linda chegou então, vestindo um traje de missão personalizado – azul-escuro com detalhes em roxo, projetado para se adaptar às suas mudanças de tamanho. Ela havia prendido o cabelo em uma trança elaborada, decorada com pequenas flores que pareciam brilhar com luz própria.</w:t>
      </w:r>
    </w:p>
    <w:p w14:paraId="5231DFD3" w14:textId="77777777" w:rsidR="002355BD" w:rsidRPr="001179E8" w:rsidRDefault="00000000">
      <w:pPr>
        <w:rPr>
          <w:lang w:val="pt-BR"/>
        </w:rPr>
      </w:pPr>
      <w:r w:rsidRPr="001179E8">
        <w:rPr>
          <w:lang w:val="pt-BR"/>
        </w:rPr>
        <w:br/>
      </w:r>
    </w:p>
    <w:p w14:paraId="5E647CD7" w14:textId="77777777" w:rsidR="002355BD" w:rsidRPr="001179E8" w:rsidRDefault="00000000">
      <w:pPr>
        <w:rPr>
          <w:lang w:val="pt-BR"/>
        </w:rPr>
      </w:pPr>
      <w:r w:rsidRPr="001179E8">
        <w:rPr>
          <w:lang w:val="pt-BR"/>
        </w:rPr>
        <w:t>"Estamos prontos?" perguntou ela, ajustando a pequena mochila nas costas.</w:t>
      </w:r>
    </w:p>
    <w:p w14:paraId="5016201E" w14:textId="77777777" w:rsidR="002355BD" w:rsidRPr="001179E8" w:rsidRDefault="00000000">
      <w:pPr>
        <w:rPr>
          <w:lang w:val="pt-BR"/>
        </w:rPr>
      </w:pPr>
      <w:r w:rsidRPr="001179E8">
        <w:rPr>
          <w:lang w:val="pt-BR"/>
        </w:rPr>
        <w:br/>
      </w:r>
    </w:p>
    <w:p w14:paraId="7BDAFAD5" w14:textId="77777777" w:rsidR="002355BD" w:rsidRPr="001179E8" w:rsidRDefault="00000000">
      <w:pPr>
        <w:rPr>
          <w:lang w:val="pt-BR"/>
        </w:rPr>
      </w:pPr>
      <w:r w:rsidRPr="001179E8">
        <w:rPr>
          <w:lang w:val="pt-BR"/>
        </w:rPr>
        <w:t>"Quase," respondeu Art, terminando de verificar os suprimentos. "Só falta..."</w:t>
      </w:r>
    </w:p>
    <w:p w14:paraId="1AD5B8B7" w14:textId="77777777" w:rsidR="002355BD" w:rsidRPr="001179E8" w:rsidRDefault="00000000">
      <w:pPr>
        <w:rPr>
          <w:lang w:val="pt-BR"/>
        </w:rPr>
      </w:pPr>
      <w:r w:rsidRPr="001179E8">
        <w:rPr>
          <w:lang w:val="pt-BR"/>
        </w:rPr>
        <w:br/>
      </w:r>
    </w:p>
    <w:p w14:paraId="141BF75C" w14:textId="77777777" w:rsidR="002355BD" w:rsidRPr="001179E8" w:rsidRDefault="00000000">
      <w:pPr>
        <w:rPr>
          <w:lang w:val="pt-BR"/>
        </w:rPr>
      </w:pPr>
      <w:r w:rsidRPr="001179E8">
        <w:rPr>
          <w:lang w:val="pt-BR"/>
        </w:rPr>
        <w:lastRenderedPageBreak/>
        <w:t>"Isto," completou o General Vance, aproximando-se com uma pequena caixa metálica. "Credenciais oficiais da G.R.A.I.A. e documentos diplomáticos assinados por representantes de todos os governos humanos. Pode não significar muito para alguns dos reinos, mas é um começo."</w:t>
      </w:r>
    </w:p>
    <w:p w14:paraId="0FED44B7" w14:textId="77777777" w:rsidR="002355BD" w:rsidRPr="001179E8" w:rsidRDefault="00000000">
      <w:pPr>
        <w:rPr>
          <w:lang w:val="pt-BR"/>
        </w:rPr>
      </w:pPr>
      <w:r w:rsidRPr="001179E8">
        <w:rPr>
          <w:lang w:val="pt-BR"/>
        </w:rPr>
        <w:br/>
      </w:r>
    </w:p>
    <w:p w14:paraId="1C71CE1D" w14:textId="77777777" w:rsidR="002355BD" w:rsidRPr="001179E8" w:rsidRDefault="00000000">
      <w:pPr>
        <w:rPr>
          <w:lang w:val="pt-BR"/>
        </w:rPr>
      </w:pPr>
      <w:r w:rsidRPr="001179E8">
        <w:rPr>
          <w:lang w:val="pt-BR"/>
        </w:rPr>
        <w:t>Art aceitou a caixa, sentindo seu peso simbólico. "Faremos o melhor possível, senhor."</w:t>
      </w:r>
    </w:p>
    <w:p w14:paraId="54FCF9C3" w14:textId="77777777" w:rsidR="002355BD" w:rsidRPr="001179E8" w:rsidRDefault="00000000">
      <w:pPr>
        <w:rPr>
          <w:lang w:val="pt-BR"/>
        </w:rPr>
      </w:pPr>
      <w:r w:rsidRPr="001179E8">
        <w:rPr>
          <w:lang w:val="pt-BR"/>
        </w:rPr>
        <w:br/>
      </w:r>
    </w:p>
    <w:p w14:paraId="080695C5" w14:textId="77777777" w:rsidR="002355BD" w:rsidRPr="001179E8" w:rsidRDefault="00000000">
      <w:pPr>
        <w:rPr>
          <w:lang w:val="pt-BR"/>
        </w:rPr>
      </w:pPr>
      <w:r w:rsidRPr="001179E8">
        <w:rPr>
          <w:lang w:val="pt-BR"/>
        </w:rPr>
        <w:t>Vance o estudou por um momento, então fez algo raro – colocou a mão no ombro do neto. "Sei que fará, Arthur. Confio em você."</w:t>
      </w:r>
    </w:p>
    <w:p w14:paraId="7FAC5791" w14:textId="77777777" w:rsidR="002355BD" w:rsidRPr="001179E8" w:rsidRDefault="00000000">
      <w:pPr>
        <w:rPr>
          <w:lang w:val="pt-BR"/>
        </w:rPr>
      </w:pPr>
      <w:r w:rsidRPr="001179E8">
        <w:rPr>
          <w:lang w:val="pt-BR"/>
        </w:rPr>
        <w:br/>
      </w:r>
    </w:p>
    <w:p w14:paraId="11A84DF0" w14:textId="77777777" w:rsidR="002355BD" w:rsidRPr="001179E8" w:rsidRDefault="00000000">
      <w:pPr>
        <w:rPr>
          <w:lang w:val="pt-BR"/>
        </w:rPr>
      </w:pPr>
      <w:r w:rsidRPr="001179E8">
        <w:rPr>
          <w:lang w:val="pt-BR"/>
        </w:rPr>
        <w:t>Aquelas três palavras – "confio em você" – atingiram Art como um raio. Seu avô, sempre tão reservado, tão exigente, estava expressando confiança nele. Não em seu legado, não em seus poderes, mas nele.</w:t>
      </w:r>
    </w:p>
    <w:p w14:paraId="00C2B833" w14:textId="77777777" w:rsidR="002355BD" w:rsidRPr="001179E8" w:rsidRDefault="00000000">
      <w:pPr>
        <w:rPr>
          <w:lang w:val="pt-BR"/>
        </w:rPr>
      </w:pPr>
      <w:r w:rsidRPr="001179E8">
        <w:rPr>
          <w:lang w:val="pt-BR"/>
        </w:rPr>
        <w:br/>
      </w:r>
    </w:p>
    <w:p w14:paraId="49211EFE" w14:textId="77777777" w:rsidR="002355BD" w:rsidRPr="001179E8" w:rsidRDefault="00000000">
      <w:pPr>
        <w:rPr>
          <w:lang w:val="pt-BR"/>
        </w:rPr>
      </w:pPr>
      <w:r w:rsidRPr="001179E8">
        <w:rPr>
          <w:lang w:val="pt-BR"/>
        </w:rPr>
        <w:t>"Obrigado," foi tudo que conseguiu dizer.</w:t>
      </w:r>
    </w:p>
    <w:p w14:paraId="16AEE565" w14:textId="77777777" w:rsidR="002355BD" w:rsidRPr="001179E8" w:rsidRDefault="00000000">
      <w:pPr>
        <w:rPr>
          <w:lang w:val="pt-BR"/>
        </w:rPr>
      </w:pPr>
      <w:r w:rsidRPr="001179E8">
        <w:rPr>
          <w:lang w:val="pt-BR"/>
        </w:rPr>
        <w:br/>
      </w:r>
    </w:p>
    <w:p w14:paraId="4EA320F1" w14:textId="77777777" w:rsidR="002355BD" w:rsidRPr="001179E8" w:rsidRDefault="00000000">
      <w:pPr>
        <w:rPr>
          <w:lang w:val="pt-BR"/>
        </w:rPr>
      </w:pPr>
      <w:r w:rsidRPr="001179E8">
        <w:rPr>
          <w:lang w:val="pt-BR"/>
        </w:rPr>
        <w:t>O momento foi interrompido pelo piloto anunciando que estavam prontos para partir. Art e Linda embarcaram na aeronave, encontrando seus lugares na cabine compacta mas confortável.</w:t>
      </w:r>
    </w:p>
    <w:p w14:paraId="6333A1CE" w14:textId="77777777" w:rsidR="002355BD" w:rsidRPr="001179E8" w:rsidRDefault="00000000">
      <w:pPr>
        <w:rPr>
          <w:lang w:val="pt-BR"/>
        </w:rPr>
      </w:pPr>
      <w:r w:rsidRPr="001179E8">
        <w:rPr>
          <w:lang w:val="pt-BR"/>
        </w:rPr>
        <w:br/>
      </w:r>
    </w:p>
    <w:p w14:paraId="4ED33706" w14:textId="77777777" w:rsidR="002355BD" w:rsidRPr="001179E8" w:rsidRDefault="00000000">
      <w:pPr>
        <w:rPr>
          <w:lang w:val="pt-BR"/>
        </w:rPr>
      </w:pPr>
      <w:r w:rsidRPr="001179E8">
        <w:rPr>
          <w:lang w:val="pt-BR"/>
        </w:rPr>
        <w:t>Enquanto as portas se fechavam, Art olhou pela janela para o grupo reunido na plataforma – seu avô, seus pais, Luke, Android, outros membros da G.R.A.I.A. Todos contando com eles.</w:t>
      </w:r>
    </w:p>
    <w:p w14:paraId="17F2BD32" w14:textId="77777777" w:rsidR="002355BD" w:rsidRPr="001179E8" w:rsidRDefault="00000000">
      <w:pPr>
        <w:rPr>
          <w:lang w:val="pt-BR"/>
        </w:rPr>
      </w:pPr>
      <w:r w:rsidRPr="001179E8">
        <w:rPr>
          <w:lang w:val="pt-BR"/>
        </w:rPr>
        <w:br/>
      </w:r>
    </w:p>
    <w:p w14:paraId="5650DCBD" w14:textId="77777777" w:rsidR="002355BD" w:rsidRPr="001179E8" w:rsidRDefault="00000000">
      <w:pPr>
        <w:rPr>
          <w:lang w:val="pt-BR"/>
        </w:rPr>
      </w:pPr>
      <w:r w:rsidRPr="001179E8">
        <w:rPr>
          <w:lang w:val="pt-BR"/>
        </w:rPr>
        <w:t>"É muita pressão, não é?" comentou Linda, afivelando o cinto de segurança. "Todos aqueles olhares, todas aquelas expectativas."</w:t>
      </w:r>
    </w:p>
    <w:p w14:paraId="773113A0" w14:textId="77777777" w:rsidR="002355BD" w:rsidRPr="001179E8" w:rsidRDefault="00000000">
      <w:pPr>
        <w:rPr>
          <w:lang w:val="pt-BR"/>
        </w:rPr>
      </w:pPr>
      <w:r w:rsidRPr="001179E8">
        <w:rPr>
          <w:lang w:val="pt-BR"/>
        </w:rPr>
        <w:lastRenderedPageBreak/>
        <w:br/>
      </w:r>
    </w:p>
    <w:p w14:paraId="30CAE094" w14:textId="77777777" w:rsidR="002355BD" w:rsidRPr="001179E8" w:rsidRDefault="00000000">
      <w:pPr>
        <w:rPr>
          <w:lang w:val="pt-BR"/>
        </w:rPr>
      </w:pPr>
      <w:r w:rsidRPr="001179E8">
        <w:rPr>
          <w:lang w:val="pt-BR"/>
        </w:rPr>
        <w:t>Art assentiu, virando-se para ela. "Como você lida com isso?"</w:t>
      </w:r>
    </w:p>
    <w:p w14:paraId="7216668E" w14:textId="77777777" w:rsidR="002355BD" w:rsidRPr="001179E8" w:rsidRDefault="00000000">
      <w:pPr>
        <w:rPr>
          <w:lang w:val="pt-BR"/>
        </w:rPr>
      </w:pPr>
      <w:r w:rsidRPr="001179E8">
        <w:rPr>
          <w:lang w:val="pt-BR"/>
        </w:rPr>
        <w:br/>
      </w:r>
    </w:p>
    <w:p w14:paraId="606938CA" w14:textId="77777777" w:rsidR="002355BD" w:rsidRPr="001179E8" w:rsidRDefault="00000000">
      <w:pPr>
        <w:rPr>
          <w:lang w:val="pt-BR"/>
        </w:rPr>
      </w:pPr>
      <w:r w:rsidRPr="001179E8">
        <w:rPr>
          <w:lang w:val="pt-BR"/>
        </w:rPr>
        <w:t>Linda pensou por um momento, seus dedos brincando com o cristal que pendia de seu pescoço. "Eu penso nas plantas," disse finalmente.</w:t>
      </w:r>
    </w:p>
    <w:p w14:paraId="3FB48A1B" w14:textId="77777777" w:rsidR="002355BD" w:rsidRPr="001179E8" w:rsidRDefault="00000000">
      <w:pPr>
        <w:rPr>
          <w:lang w:val="pt-BR"/>
        </w:rPr>
      </w:pPr>
      <w:r w:rsidRPr="001179E8">
        <w:rPr>
          <w:lang w:val="pt-BR"/>
        </w:rPr>
        <w:br/>
      </w:r>
    </w:p>
    <w:p w14:paraId="0C22F6CB" w14:textId="77777777" w:rsidR="002355BD" w:rsidRPr="001179E8" w:rsidRDefault="00000000">
      <w:pPr>
        <w:rPr>
          <w:lang w:val="pt-BR"/>
        </w:rPr>
      </w:pPr>
      <w:r w:rsidRPr="001179E8">
        <w:rPr>
          <w:lang w:val="pt-BR"/>
        </w:rPr>
        <w:t>"Nas plantas?" repetiu Art, confuso.</w:t>
      </w:r>
    </w:p>
    <w:p w14:paraId="34627A13" w14:textId="77777777" w:rsidR="002355BD" w:rsidRPr="001179E8" w:rsidRDefault="00000000">
      <w:pPr>
        <w:rPr>
          <w:lang w:val="pt-BR"/>
        </w:rPr>
      </w:pPr>
      <w:r w:rsidRPr="001179E8">
        <w:rPr>
          <w:lang w:val="pt-BR"/>
        </w:rPr>
        <w:br/>
      </w:r>
    </w:p>
    <w:p w14:paraId="40F20AD0" w14:textId="77777777" w:rsidR="002355BD" w:rsidRPr="001179E8" w:rsidRDefault="00000000">
      <w:pPr>
        <w:rPr>
          <w:lang w:val="pt-BR"/>
        </w:rPr>
      </w:pPr>
      <w:r w:rsidRPr="001179E8">
        <w:rPr>
          <w:lang w:val="pt-BR"/>
        </w:rPr>
        <w:t>"Sim," ela sorriu. "Uma semente não se preocupa se vai crescer tão alta quanto a árvore-mãe. Ela apenas cresce da melhor forma que pode, com o que tem, onde está. É tudo que qualquer um de nós pode fazer, no final."</w:t>
      </w:r>
    </w:p>
    <w:p w14:paraId="20959439" w14:textId="77777777" w:rsidR="002355BD" w:rsidRPr="001179E8" w:rsidRDefault="00000000">
      <w:pPr>
        <w:rPr>
          <w:lang w:val="pt-BR"/>
        </w:rPr>
      </w:pPr>
      <w:r w:rsidRPr="001179E8">
        <w:rPr>
          <w:lang w:val="pt-BR"/>
        </w:rPr>
        <w:br/>
      </w:r>
    </w:p>
    <w:p w14:paraId="25640D33" w14:textId="77777777" w:rsidR="002355BD" w:rsidRPr="001179E8" w:rsidRDefault="00000000">
      <w:pPr>
        <w:rPr>
          <w:lang w:val="pt-BR"/>
        </w:rPr>
      </w:pPr>
      <w:r w:rsidRPr="001179E8">
        <w:rPr>
          <w:lang w:val="pt-BR"/>
        </w:rPr>
        <w:t>Art considerou suas palavras enquanto a aeronave ganhava altitude, deixando Neo-Veridia para trás. Talvez Linda estivesse certa. Talvez a questão não fosse viver de acordo com legados ou expectativas, mas simplesmente fazer o melhor possível com o que tinham.</w:t>
      </w:r>
    </w:p>
    <w:p w14:paraId="0A5B23BD" w14:textId="77777777" w:rsidR="002355BD" w:rsidRPr="001179E8" w:rsidRDefault="00000000">
      <w:pPr>
        <w:rPr>
          <w:lang w:val="pt-BR"/>
        </w:rPr>
      </w:pPr>
      <w:r w:rsidRPr="001179E8">
        <w:rPr>
          <w:lang w:val="pt-BR"/>
        </w:rPr>
        <w:br/>
      </w:r>
    </w:p>
    <w:p w14:paraId="6576C4B4" w14:textId="77777777" w:rsidR="002355BD" w:rsidRPr="001179E8" w:rsidRDefault="00000000">
      <w:pPr>
        <w:rPr>
          <w:lang w:val="pt-BR"/>
        </w:rPr>
      </w:pPr>
      <w:r w:rsidRPr="001179E8">
        <w:rPr>
          <w:lang w:val="pt-BR"/>
        </w:rPr>
        <w:t>"Para o Reino dos Amanos," anunciou o piloto pelo intercomunicador. "Tempo estimado de chegada: três horas."</w:t>
      </w:r>
    </w:p>
    <w:p w14:paraId="18650C54" w14:textId="77777777" w:rsidR="002355BD" w:rsidRPr="001179E8" w:rsidRDefault="00000000">
      <w:pPr>
        <w:rPr>
          <w:lang w:val="pt-BR"/>
        </w:rPr>
      </w:pPr>
      <w:r w:rsidRPr="001179E8">
        <w:rPr>
          <w:lang w:val="pt-BR"/>
        </w:rPr>
        <w:br/>
      </w:r>
    </w:p>
    <w:p w14:paraId="7796AB4F" w14:textId="77777777" w:rsidR="002355BD" w:rsidRPr="001179E8" w:rsidRDefault="00000000">
      <w:pPr>
        <w:rPr>
          <w:lang w:val="pt-BR"/>
        </w:rPr>
      </w:pPr>
      <w:r w:rsidRPr="001179E8">
        <w:rPr>
          <w:lang w:val="pt-BR"/>
        </w:rPr>
        <w:t>Art olhou para Linda, encontrando seu olhar determinado. "Prontos ou não, lá vamos nós," disse ele.</w:t>
      </w:r>
    </w:p>
    <w:p w14:paraId="6A36E9C3" w14:textId="77777777" w:rsidR="002355BD" w:rsidRPr="001179E8" w:rsidRDefault="00000000">
      <w:pPr>
        <w:rPr>
          <w:lang w:val="pt-BR"/>
        </w:rPr>
      </w:pPr>
      <w:r w:rsidRPr="001179E8">
        <w:rPr>
          <w:lang w:val="pt-BR"/>
        </w:rPr>
        <w:br/>
      </w:r>
    </w:p>
    <w:p w14:paraId="57B2C59D" w14:textId="77777777" w:rsidR="002355BD" w:rsidRPr="001179E8" w:rsidRDefault="00000000">
      <w:pPr>
        <w:rPr>
          <w:lang w:val="pt-BR"/>
        </w:rPr>
      </w:pPr>
      <w:r w:rsidRPr="001179E8">
        <w:rPr>
          <w:lang w:val="pt-BR"/>
        </w:rPr>
        <w:t>"Juntos," acrescentou Linda, estendendo a mão.</w:t>
      </w:r>
    </w:p>
    <w:p w14:paraId="005407D5" w14:textId="77777777" w:rsidR="002355BD" w:rsidRPr="001179E8" w:rsidRDefault="00000000">
      <w:pPr>
        <w:rPr>
          <w:lang w:val="pt-BR"/>
        </w:rPr>
      </w:pPr>
      <w:r w:rsidRPr="001179E8">
        <w:rPr>
          <w:lang w:val="pt-BR"/>
        </w:rPr>
        <w:br/>
      </w:r>
    </w:p>
    <w:p w14:paraId="32BD2A28" w14:textId="77777777" w:rsidR="002355BD" w:rsidRPr="001179E8" w:rsidRDefault="00000000">
      <w:pPr>
        <w:rPr>
          <w:lang w:val="pt-BR"/>
        </w:rPr>
      </w:pPr>
      <w:r w:rsidRPr="001179E8">
        <w:rPr>
          <w:lang w:val="pt-BR"/>
        </w:rPr>
        <w:lastRenderedPageBreak/>
        <w:t>Art entrelaçou seus dedos nos dela, sentindo aquela mesma conexão da biblioteca – sutil, mas reconfortante. "Juntos," concordou.</w:t>
      </w:r>
    </w:p>
    <w:p w14:paraId="1E0707B8" w14:textId="77777777" w:rsidR="002355BD" w:rsidRPr="001179E8" w:rsidRDefault="00000000">
      <w:pPr>
        <w:rPr>
          <w:lang w:val="pt-BR"/>
        </w:rPr>
      </w:pPr>
      <w:r w:rsidRPr="001179E8">
        <w:rPr>
          <w:lang w:val="pt-BR"/>
        </w:rPr>
        <w:br/>
      </w:r>
    </w:p>
    <w:p w14:paraId="0EBFCEC6" w14:textId="77777777" w:rsidR="002355BD" w:rsidRPr="001179E8" w:rsidRDefault="00000000">
      <w:pPr>
        <w:rPr>
          <w:lang w:val="pt-BR"/>
        </w:rPr>
      </w:pPr>
      <w:r w:rsidRPr="001179E8">
        <w:rPr>
          <w:lang w:val="pt-BR"/>
        </w:rPr>
        <w:t>A aeronave acelerou, cortando as nuvens em direção ao primeiro destino de sua missão impossível. Emissários da esperança, carregando o futuro de todos os reinos em seus ombros jovens, mas determinados.</w:t>
      </w:r>
    </w:p>
    <w:p w14:paraId="6F6C4CDB" w14:textId="77777777" w:rsidR="002355BD" w:rsidRPr="001179E8" w:rsidRDefault="00000000">
      <w:pPr>
        <w:rPr>
          <w:lang w:val="pt-BR"/>
        </w:rPr>
      </w:pPr>
      <w:r w:rsidRPr="001179E8">
        <w:rPr>
          <w:lang w:val="pt-BR"/>
        </w:rPr>
        <w:br/>
      </w:r>
    </w:p>
    <w:p w14:paraId="28CD5FFA" w14:textId="77777777" w:rsidR="002355BD" w:rsidRPr="001179E8" w:rsidRDefault="00000000">
      <w:pPr>
        <w:rPr>
          <w:lang w:val="pt-BR"/>
        </w:rPr>
      </w:pPr>
      <w:r w:rsidRPr="001179E8">
        <w:rPr>
          <w:lang w:val="pt-BR"/>
        </w:rPr>
        <w:t>E em algum lugar, além das dimensões conhecidas, no escuro do submundo, dois outros jovens heróis lutavam por sobrevivência, sem saber que o resgate estava a caminho – não apenas para eles, mas para todos os mundos ameaçados pela sombra crescente de Abyzoth.</w:t>
      </w:r>
    </w:p>
    <w:p w14:paraId="69E7BB61" w14:textId="77777777" w:rsidR="002355BD" w:rsidRPr="001179E8" w:rsidRDefault="002355BD">
      <w:pPr>
        <w:rPr>
          <w:lang w:val="pt-BR"/>
        </w:rPr>
      </w:pPr>
    </w:p>
    <w:p w14:paraId="7A0C75F7" w14:textId="77777777" w:rsidR="002355BD" w:rsidRPr="001179E8" w:rsidRDefault="00000000">
      <w:pPr>
        <w:rPr>
          <w:lang w:val="pt-BR"/>
        </w:rPr>
      </w:pPr>
      <w:r w:rsidRPr="001179E8">
        <w:rPr>
          <w:lang w:val="pt-BR"/>
        </w:rPr>
        <w:t>A aeronave especial da G.R.A.I.A. deslizava silenciosamente através das camadas superiores da atmosfera, deixando para trás o território familiar da Terra e adentrando as fronteiras dimensionais que separavam o mundo humano dos reinos místicos. A bordo, Art e Linda observavam o vazio estrelado através das janelas panorâmicas, a tensão da partida dando lugar a uma calma expectante.</w:t>
      </w:r>
    </w:p>
    <w:p w14:paraId="4B167CFD" w14:textId="77777777" w:rsidR="002355BD" w:rsidRPr="001179E8" w:rsidRDefault="00000000">
      <w:pPr>
        <w:rPr>
          <w:lang w:val="pt-BR"/>
        </w:rPr>
      </w:pPr>
      <w:r w:rsidRPr="001179E8">
        <w:rPr>
          <w:lang w:val="pt-BR"/>
        </w:rPr>
        <w:br/>
      </w:r>
    </w:p>
    <w:p w14:paraId="38C5E448" w14:textId="77777777" w:rsidR="002355BD" w:rsidRPr="001179E8" w:rsidRDefault="00000000">
      <w:pPr>
        <w:rPr>
          <w:lang w:val="pt-BR"/>
        </w:rPr>
      </w:pPr>
      <w:r w:rsidRPr="001179E8">
        <w:rPr>
          <w:lang w:val="pt-BR"/>
        </w:rPr>
        <w:t>"Você foi incrível com os Amanos," disse Art, quebrando o silêncio confortável que se instalara entre eles. "A forma como você interveio quando eu... bem, quando eu travei."</w:t>
      </w:r>
    </w:p>
    <w:p w14:paraId="1AD366FD" w14:textId="77777777" w:rsidR="002355BD" w:rsidRPr="001179E8" w:rsidRDefault="00000000">
      <w:pPr>
        <w:rPr>
          <w:lang w:val="pt-BR"/>
        </w:rPr>
      </w:pPr>
      <w:r w:rsidRPr="001179E8">
        <w:rPr>
          <w:lang w:val="pt-BR"/>
        </w:rPr>
        <w:br/>
      </w:r>
    </w:p>
    <w:p w14:paraId="3B22C0AB" w14:textId="77777777" w:rsidR="002355BD" w:rsidRPr="001179E8" w:rsidRDefault="00000000">
      <w:pPr>
        <w:rPr>
          <w:lang w:val="pt-BR"/>
        </w:rPr>
      </w:pPr>
      <w:r w:rsidRPr="001179E8">
        <w:rPr>
          <w:lang w:val="pt-BR"/>
        </w:rPr>
        <w:t>Linda virou-se para ele, um sorriso suave nos lábios. "Nós fomos incríveis, Art. Você enfrentou o desafio deles de cabeça erguida, mesmo estando nervoso. Isso exigiu coragem."</w:t>
      </w:r>
    </w:p>
    <w:p w14:paraId="3F4621E9" w14:textId="77777777" w:rsidR="002355BD" w:rsidRPr="001179E8" w:rsidRDefault="00000000">
      <w:pPr>
        <w:rPr>
          <w:lang w:val="pt-BR"/>
        </w:rPr>
      </w:pPr>
      <w:r w:rsidRPr="001179E8">
        <w:rPr>
          <w:lang w:val="pt-BR"/>
        </w:rPr>
        <w:br/>
      </w:r>
    </w:p>
    <w:p w14:paraId="008FAD8F" w14:textId="77777777" w:rsidR="002355BD" w:rsidRPr="001179E8" w:rsidRDefault="00000000">
      <w:pPr>
        <w:rPr>
          <w:lang w:val="pt-BR"/>
        </w:rPr>
      </w:pPr>
      <w:r w:rsidRPr="001179E8">
        <w:rPr>
          <w:lang w:val="pt-BR"/>
        </w:rPr>
        <w:t>Art sentiu o rosto esquentar levemente. Elogios ainda o deixavam desconcertado, especialmente vindo dela. "Ainda assim, você sabia exatamente o que dizer, como agir. Eu estava completamente perdido nos protocolos deles."</w:t>
      </w:r>
    </w:p>
    <w:p w14:paraId="2301E61F" w14:textId="77777777" w:rsidR="002355BD" w:rsidRPr="001179E8" w:rsidRDefault="00000000">
      <w:pPr>
        <w:rPr>
          <w:lang w:val="pt-BR"/>
        </w:rPr>
      </w:pPr>
      <w:r w:rsidRPr="001179E8">
        <w:rPr>
          <w:lang w:val="pt-BR"/>
        </w:rPr>
        <w:br/>
      </w:r>
    </w:p>
    <w:p w14:paraId="1AE5FC52" w14:textId="77777777" w:rsidR="002355BD" w:rsidRPr="001179E8" w:rsidRDefault="00000000">
      <w:pPr>
        <w:rPr>
          <w:lang w:val="pt-BR"/>
        </w:rPr>
      </w:pPr>
      <w:r w:rsidRPr="001179E8">
        <w:rPr>
          <w:lang w:val="pt-BR"/>
        </w:rPr>
        <w:lastRenderedPageBreak/>
        <w:t>"Protocolos são apenas... estruturas," respondeu Linda, pensativa. "O importante é a intenção por trás deles. Os Amanos valorizam a lógica e a prova de valor. Mostramos a eles que éramos lógicos em nossa preocupação e valiosos em nossa determinação."</w:t>
      </w:r>
    </w:p>
    <w:p w14:paraId="040D9897" w14:textId="77777777" w:rsidR="002355BD" w:rsidRPr="001179E8" w:rsidRDefault="00000000">
      <w:pPr>
        <w:rPr>
          <w:lang w:val="pt-BR"/>
        </w:rPr>
      </w:pPr>
      <w:r w:rsidRPr="001179E8">
        <w:rPr>
          <w:lang w:val="pt-BR"/>
        </w:rPr>
        <w:br/>
      </w:r>
    </w:p>
    <w:p w14:paraId="18A39CEE" w14:textId="77777777" w:rsidR="002355BD" w:rsidRPr="001179E8" w:rsidRDefault="00000000">
      <w:pPr>
        <w:rPr>
          <w:lang w:val="pt-BR"/>
        </w:rPr>
      </w:pPr>
      <w:r w:rsidRPr="001179E8">
        <w:rPr>
          <w:lang w:val="pt-BR"/>
        </w:rPr>
        <w:t>Art admirou a forma como ela simplificava as coisas complexas. "Você parece ter nascido para isso."</w:t>
      </w:r>
    </w:p>
    <w:p w14:paraId="57C81DE7" w14:textId="77777777" w:rsidR="002355BD" w:rsidRPr="001179E8" w:rsidRDefault="00000000">
      <w:pPr>
        <w:rPr>
          <w:lang w:val="pt-BR"/>
        </w:rPr>
      </w:pPr>
      <w:r w:rsidRPr="001179E8">
        <w:rPr>
          <w:lang w:val="pt-BR"/>
        </w:rPr>
        <w:br/>
      </w:r>
    </w:p>
    <w:p w14:paraId="33301B65" w14:textId="77777777" w:rsidR="002355BD" w:rsidRPr="001179E8" w:rsidRDefault="00000000">
      <w:pPr>
        <w:rPr>
          <w:lang w:val="pt-BR"/>
        </w:rPr>
      </w:pPr>
      <w:r w:rsidRPr="001179E8">
        <w:rPr>
          <w:lang w:val="pt-BR"/>
        </w:rPr>
        <w:t>Linda riu, um som melodioso que fez Art sorrir. "Não mesmo. Passei a maior parte da minha infância tentando me encaixar em dois mundos muito diferentes. Meu pai queria que eu fosse forte e resistente como um gigante, minha mãe queria que eu fosse graciosa e conectada como uma fada." Ela suspirou. "Às vezes, sentia que não pertencia a lugar nenhum."</w:t>
      </w:r>
    </w:p>
    <w:p w14:paraId="5797C636" w14:textId="77777777" w:rsidR="002355BD" w:rsidRPr="001179E8" w:rsidRDefault="00000000">
      <w:pPr>
        <w:rPr>
          <w:lang w:val="pt-BR"/>
        </w:rPr>
      </w:pPr>
      <w:r w:rsidRPr="001179E8">
        <w:rPr>
          <w:lang w:val="pt-BR"/>
        </w:rPr>
        <w:br/>
      </w:r>
    </w:p>
    <w:p w14:paraId="749BDB42" w14:textId="77777777" w:rsidR="002355BD" w:rsidRPr="001179E8" w:rsidRDefault="00000000">
      <w:pPr>
        <w:rPr>
          <w:lang w:val="pt-BR"/>
        </w:rPr>
      </w:pPr>
      <w:r w:rsidRPr="001179E8">
        <w:rPr>
          <w:lang w:val="pt-BR"/>
        </w:rPr>
        <w:t>Era a primeira vez que Linda falava tão abertamente sobre suas próprias inseguranças. Art sentiu uma pontada de empatia. "Eu entendo um pouco disso," admitiu ele. "A pressão de ser um Vance, de ter esses poderes que mal consigo controlar... às vezes sinto que sou uma fraude esperando para ser descoberta."</w:t>
      </w:r>
    </w:p>
    <w:p w14:paraId="1A37646C" w14:textId="77777777" w:rsidR="002355BD" w:rsidRPr="001179E8" w:rsidRDefault="00000000">
      <w:pPr>
        <w:rPr>
          <w:lang w:val="pt-BR"/>
        </w:rPr>
      </w:pPr>
      <w:r w:rsidRPr="001179E8">
        <w:rPr>
          <w:lang w:val="pt-BR"/>
        </w:rPr>
        <w:br/>
      </w:r>
    </w:p>
    <w:p w14:paraId="5A143702" w14:textId="77777777" w:rsidR="002355BD" w:rsidRPr="001179E8" w:rsidRDefault="00000000">
      <w:pPr>
        <w:rPr>
          <w:lang w:val="pt-BR"/>
        </w:rPr>
      </w:pPr>
      <w:r w:rsidRPr="001179E8">
        <w:rPr>
          <w:lang w:val="pt-BR"/>
        </w:rPr>
        <w:t>Linda o olhou com compreensão. "Mas você não é uma fraude, Art. Você está aprendendo, crescendo. Assim como eu. Talvez seja por isso que nos escolheram para esta missão. Porque entendemos o que é estar entre mundos."</w:t>
      </w:r>
    </w:p>
    <w:p w14:paraId="548F3545" w14:textId="77777777" w:rsidR="002355BD" w:rsidRPr="001179E8" w:rsidRDefault="00000000">
      <w:pPr>
        <w:rPr>
          <w:lang w:val="pt-BR"/>
        </w:rPr>
      </w:pPr>
      <w:r w:rsidRPr="001179E8">
        <w:rPr>
          <w:lang w:val="pt-BR"/>
        </w:rPr>
        <w:br/>
      </w:r>
    </w:p>
    <w:p w14:paraId="14FB8756" w14:textId="77777777" w:rsidR="002355BD" w:rsidRPr="001179E8" w:rsidRDefault="00000000">
      <w:pPr>
        <w:rPr>
          <w:lang w:val="pt-BR"/>
        </w:rPr>
      </w:pPr>
      <w:r w:rsidRPr="001179E8">
        <w:rPr>
          <w:lang w:val="pt-BR"/>
        </w:rPr>
        <w:t>Art ponderou suas palavras. Talvez ela tivesse razão. Talvez suas próprias lutas internas fossem, de alguma forma, uma vantagem naquela jornada diplomática.</w:t>
      </w:r>
    </w:p>
    <w:p w14:paraId="1083BDF8" w14:textId="77777777" w:rsidR="002355BD" w:rsidRPr="001179E8" w:rsidRDefault="00000000">
      <w:pPr>
        <w:rPr>
          <w:lang w:val="pt-BR"/>
        </w:rPr>
      </w:pPr>
      <w:r w:rsidRPr="001179E8">
        <w:rPr>
          <w:lang w:val="pt-BR"/>
        </w:rPr>
        <w:br/>
      </w:r>
    </w:p>
    <w:p w14:paraId="291B90C3" w14:textId="77777777" w:rsidR="002355BD" w:rsidRPr="001179E8" w:rsidRDefault="00000000">
      <w:pPr>
        <w:rPr>
          <w:lang w:val="pt-BR"/>
        </w:rPr>
      </w:pPr>
      <w:r w:rsidRPr="001179E8">
        <w:rPr>
          <w:lang w:val="pt-BR"/>
        </w:rPr>
        <w:t>"Alerta: Aproximando-nos do portal dimensional para o Reino Alado," anunciou a voz calma do piloto. "Preparem-se para turbulência."</w:t>
      </w:r>
    </w:p>
    <w:p w14:paraId="218D4F20" w14:textId="77777777" w:rsidR="002355BD" w:rsidRPr="001179E8" w:rsidRDefault="00000000">
      <w:pPr>
        <w:rPr>
          <w:lang w:val="pt-BR"/>
        </w:rPr>
      </w:pPr>
      <w:r w:rsidRPr="001179E8">
        <w:rPr>
          <w:lang w:val="pt-BR"/>
        </w:rPr>
        <w:br/>
      </w:r>
    </w:p>
    <w:p w14:paraId="452140A3" w14:textId="77777777" w:rsidR="002355BD" w:rsidRPr="001179E8" w:rsidRDefault="00000000">
      <w:pPr>
        <w:rPr>
          <w:lang w:val="pt-BR"/>
        </w:rPr>
      </w:pPr>
      <w:r w:rsidRPr="001179E8">
        <w:rPr>
          <w:lang w:val="pt-BR"/>
        </w:rPr>
        <w:lastRenderedPageBreak/>
        <w:t>A aeronave estremeceu quando atravessou uma barreira invisível. A escuridão estrelada lá fora foi substituída por um céu de um azul vibrante, salpicado por nuvens que pareciam feitas de algodão dourado. E então, eles viram.</w:t>
      </w:r>
    </w:p>
    <w:p w14:paraId="27B98808" w14:textId="77777777" w:rsidR="002355BD" w:rsidRPr="001179E8" w:rsidRDefault="00000000">
      <w:pPr>
        <w:rPr>
          <w:lang w:val="pt-BR"/>
        </w:rPr>
      </w:pPr>
      <w:r w:rsidRPr="001179E8">
        <w:rPr>
          <w:lang w:val="pt-BR"/>
        </w:rPr>
        <w:br/>
      </w:r>
    </w:p>
    <w:p w14:paraId="13A45414" w14:textId="77777777" w:rsidR="002355BD" w:rsidRPr="001179E8" w:rsidRDefault="00000000">
      <w:pPr>
        <w:rPr>
          <w:lang w:val="pt-BR"/>
        </w:rPr>
      </w:pPr>
      <w:r w:rsidRPr="001179E8">
        <w:rPr>
          <w:lang w:val="pt-BR"/>
        </w:rPr>
        <w:t>Ilhas flutuantes. Dezenas delas, de tamanhos variados, suspensas no ar como por magia. Cidades inteiras construídas sobre essas ilhas, com torres elegantes que se erguiam em direção ao céu infinito, pontes de luz conectando as ilhas maiores, e pequenas figuras aladas voando entre elas como pássaros graciosos.</w:t>
      </w:r>
    </w:p>
    <w:p w14:paraId="223A4D72" w14:textId="77777777" w:rsidR="002355BD" w:rsidRPr="001179E8" w:rsidRDefault="00000000">
      <w:pPr>
        <w:rPr>
          <w:lang w:val="pt-BR"/>
        </w:rPr>
      </w:pPr>
      <w:r w:rsidRPr="001179E8">
        <w:rPr>
          <w:lang w:val="pt-BR"/>
        </w:rPr>
        <w:br/>
      </w:r>
    </w:p>
    <w:p w14:paraId="31B9E183" w14:textId="77777777" w:rsidR="002355BD" w:rsidRPr="001179E8" w:rsidRDefault="00000000">
      <w:pPr>
        <w:rPr>
          <w:lang w:val="pt-BR"/>
        </w:rPr>
      </w:pPr>
      <w:r w:rsidRPr="001179E8">
        <w:rPr>
          <w:lang w:val="pt-BR"/>
        </w:rPr>
        <w:t>"É... de tirar o fôlego," murmurou Art, maravilhado.</w:t>
      </w:r>
    </w:p>
    <w:p w14:paraId="430D22ED" w14:textId="77777777" w:rsidR="002355BD" w:rsidRPr="001179E8" w:rsidRDefault="00000000">
      <w:pPr>
        <w:rPr>
          <w:lang w:val="pt-BR"/>
        </w:rPr>
      </w:pPr>
      <w:r w:rsidRPr="001179E8">
        <w:rPr>
          <w:lang w:val="pt-BR"/>
        </w:rPr>
        <w:br/>
      </w:r>
    </w:p>
    <w:p w14:paraId="6A01AABF" w14:textId="77777777" w:rsidR="002355BD" w:rsidRPr="001179E8" w:rsidRDefault="00000000">
      <w:pPr>
        <w:rPr>
          <w:lang w:val="pt-BR"/>
        </w:rPr>
      </w:pPr>
      <w:r w:rsidRPr="001179E8">
        <w:rPr>
          <w:lang w:val="pt-BR"/>
        </w:rPr>
        <w:t>"O Reino dos Alados," confirmou Linda, seus olhos violeta brilhando com admiração. "Dizem que suas cidades foram construídas sobre fragmentos de estrelas caídas."</w:t>
      </w:r>
    </w:p>
    <w:p w14:paraId="5D005A9F" w14:textId="77777777" w:rsidR="002355BD" w:rsidRPr="001179E8" w:rsidRDefault="00000000">
      <w:pPr>
        <w:rPr>
          <w:lang w:val="pt-BR"/>
        </w:rPr>
      </w:pPr>
      <w:r w:rsidRPr="001179E8">
        <w:rPr>
          <w:lang w:val="pt-BR"/>
        </w:rPr>
        <w:br/>
      </w:r>
    </w:p>
    <w:p w14:paraId="71A15B8D" w14:textId="77777777" w:rsidR="002355BD" w:rsidRPr="001179E8" w:rsidRDefault="00000000">
      <w:pPr>
        <w:rPr>
          <w:lang w:val="pt-BR"/>
        </w:rPr>
      </w:pPr>
      <w:r w:rsidRPr="001179E8">
        <w:rPr>
          <w:lang w:val="pt-BR"/>
        </w:rPr>
        <w:t>A aeronave foi escoltada por guerreiros alados – seres humanoides com grandes asas emplumadas que brilhavam em tons de branco e dourado – até uma plataforma de pouso em uma das maiores ilhas flutuantes. Ao desembarcarem, foram recebidos por uma delegação vestida com túnicas esvoaçantes, seus rostos belos, mas severos.</w:t>
      </w:r>
    </w:p>
    <w:p w14:paraId="56422F9A" w14:textId="77777777" w:rsidR="002355BD" w:rsidRPr="001179E8" w:rsidRDefault="00000000">
      <w:pPr>
        <w:rPr>
          <w:lang w:val="pt-BR"/>
        </w:rPr>
      </w:pPr>
      <w:r w:rsidRPr="001179E8">
        <w:rPr>
          <w:lang w:val="pt-BR"/>
        </w:rPr>
        <w:br/>
      </w:r>
    </w:p>
    <w:p w14:paraId="4428F8B1" w14:textId="77777777" w:rsidR="002355BD" w:rsidRPr="001179E8" w:rsidRDefault="00000000">
      <w:pPr>
        <w:rPr>
          <w:lang w:val="pt-BR"/>
        </w:rPr>
      </w:pPr>
      <w:r w:rsidRPr="001179E8">
        <w:rPr>
          <w:lang w:val="pt-BR"/>
        </w:rPr>
        <w:t>"Emissários da Superfície," disse o líder da delegação, um alado mais velho com penas prateadas nas têmporas. "O Conselho Aéreo os aguarda no Palácio Celeste. Sigam-nos."</w:t>
      </w:r>
    </w:p>
    <w:p w14:paraId="72D97EA8" w14:textId="77777777" w:rsidR="002355BD" w:rsidRPr="001179E8" w:rsidRDefault="00000000">
      <w:pPr>
        <w:rPr>
          <w:lang w:val="pt-BR"/>
        </w:rPr>
      </w:pPr>
      <w:r w:rsidRPr="001179E8">
        <w:rPr>
          <w:lang w:val="pt-BR"/>
        </w:rPr>
        <w:br/>
      </w:r>
    </w:p>
    <w:p w14:paraId="1CDCE380" w14:textId="77777777" w:rsidR="002355BD" w:rsidRPr="001179E8" w:rsidRDefault="00000000">
      <w:pPr>
        <w:rPr>
          <w:lang w:val="pt-BR"/>
        </w:rPr>
      </w:pPr>
      <w:r w:rsidRPr="001179E8">
        <w:rPr>
          <w:lang w:val="pt-BR"/>
        </w:rPr>
        <w:t>O Palácio Celeste era uma estrutura magnífica, esculpida diretamente na rocha flutuante, com varandas abertas que ofereciam vistas deslumbrantes do reino aéreo. O ar era fresco e carregava o som distante de sinos de vento.</w:t>
      </w:r>
    </w:p>
    <w:p w14:paraId="611071B3" w14:textId="77777777" w:rsidR="002355BD" w:rsidRPr="001179E8" w:rsidRDefault="00000000">
      <w:pPr>
        <w:rPr>
          <w:lang w:val="pt-BR"/>
        </w:rPr>
      </w:pPr>
      <w:r w:rsidRPr="001179E8">
        <w:rPr>
          <w:lang w:val="pt-BR"/>
        </w:rPr>
        <w:br/>
      </w:r>
    </w:p>
    <w:p w14:paraId="4EE6D5D0" w14:textId="77777777" w:rsidR="002355BD" w:rsidRPr="001179E8" w:rsidRDefault="00000000">
      <w:pPr>
        <w:rPr>
          <w:lang w:val="pt-BR"/>
        </w:rPr>
      </w:pPr>
      <w:r w:rsidRPr="001179E8">
        <w:rPr>
          <w:lang w:val="pt-BR"/>
        </w:rPr>
        <w:lastRenderedPageBreak/>
        <w:t>Foram conduzidos a uma vasta câmara circular, onde o Conselho Aéreo estava reunido – doze alados sentados em tronos flutuantes dispostos em círculo. No centro, um símbolo brilhante pairava no ar: uma espiral de vento estilizada.</w:t>
      </w:r>
    </w:p>
    <w:p w14:paraId="08A57B16" w14:textId="77777777" w:rsidR="002355BD" w:rsidRPr="001179E8" w:rsidRDefault="00000000">
      <w:pPr>
        <w:rPr>
          <w:lang w:val="pt-BR"/>
        </w:rPr>
      </w:pPr>
      <w:r w:rsidRPr="001179E8">
        <w:rPr>
          <w:lang w:val="pt-BR"/>
        </w:rPr>
        <w:br/>
      </w:r>
    </w:p>
    <w:p w14:paraId="4F6FAB65" w14:textId="77777777" w:rsidR="002355BD" w:rsidRPr="001179E8" w:rsidRDefault="00000000">
      <w:pPr>
        <w:rPr>
          <w:lang w:val="pt-BR"/>
        </w:rPr>
      </w:pPr>
      <w:r w:rsidRPr="001179E8">
        <w:rPr>
          <w:lang w:val="pt-BR"/>
        </w:rPr>
        <w:t>"Apresentamos Arthur Vance-LeFay, conhecido como Blue, e Linda Blomkvist, emissários da G.R.A.I.A. e do mundo da superfície," anunciou o líder da delegação.</w:t>
      </w:r>
    </w:p>
    <w:p w14:paraId="0A0F2892" w14:textId="77777777" w:rsidR="002355BD" w:rsidRPr="001179E8" w:rsidRDefault="00000000">
      <w:pPr>
        <w:rPr>
          <w:lang w:val="pt-BR"/>
        </w:rPr>
      </w:pPr>
      <w:r w:rsidRPr="001179E8">
        <w:rPr>
          <w:lang w:val="pt-BR"/>
        </w:rPr>
        <w:br/>
      </w:r>
    </w:p>
    <w:p w14:paraId="02942B94" w14:textId="77777777" w:rsidR="002355BD" w:rsidRPr="001179E8" w:rsidRDefault="00000000">
      <w:pPr>
        <w:rPr>
          <w:lang w:val="pt-BR"/>
        </w:rPr>
      </w:pPr>
      <w:r w:rsidRPr="001179E8">
        <w:rPr>
          <w:lang w:val="pt-BR"/>
        </w:rPr>
        <w:t>Art sentiu os olhares penetrantes dos conselheiros sobre eles. Lembrou-se dos protocolos que estudara: manter contato visual, falar com clareza, mostrar respeito pela hierarquia aérea.</w:t>
      </w:r>
    </w:p>
    <w:p w14:paraId="09588BA2" w14:textId="77777777" w:rsidR="002355BD" w:rsidRPr="001179E8" w:rsidRDefault="00000000">
      <w:pPr>
        <w:rPr>
          <w:lang w:val="pt-BR"/>
        </w:rPr>
      </w:pPr>
      <w:r w:rsidRPr="001179E8">
        <w:rPr>
          <w:lang w:val="pt-BR"/>
        </w:rPr>
        <w:br/>
      </w:r>
    </w:p>
    <w:p w14:paraId="24F1888B" w14:textId="77777777" w:rsidR="002355BD" w:rsidRPr="001179E8" w:rsidRDefault="00000000">
      <w:pPr>
        <w:rPr>
          <w:lang w:val="pt-BR"/>
        </w:rPr>
      </w:pPr>
      <w:r w:rsidRPr="001179E8">
        <w:rPr>
          <w:lang w:val="pt-BR"/>
        </w:rPr>
        <w:t>"Conselho Aéreo," começou Linda, sua voz calma e respeitosa ecoando na câmara. Ela fez uma reverência elegante, um gesto que Art rapidamente imitou. "Trazemos saudações do mundo da superfície e notícias urgentes que afetam todos os reinos. Viemos em nome da paz e da sobrevivência mútua."</w:t>
      </w:r>
    </w:p>
    <w:p w14:paraId="610FF9ED" w14:textId="77777777" w:rsidR="002355BD" w:rsidRPr="001179E8" w:rsidRDefault="00000000">
      <w:pPr>
        <w:rPr>
          <w:lang w:val="pt-BR"/>
        </w:rPr>
      </w:pPr>
      <w:r w:rsidRPr="001179E8">
        <w:rPr>
          <w:lang w:val="pt-BR"/>
        </w:rPr>
        <w:br/>
      </w:r>
    </w:p>
    <w:p w14:paraId="3CF3E7F4" w14:textId="77777777" w:rsidR="002355BD" w:rsidRPr="001179E8" w:rsidRDefault="00000000">
      <w:pPr>
        <w:rPr>
          <w:lang w:val="pt-BR"/>
        </w:rPr>
      </w:pPr>
      <w:r w:rsidRPr="001179E8">
        <w:rPr>
          <w:lang w:val="pt-BR"/>
        </w:rPr>
        <w:t>Um dos conselheiros, uma alada com penas negras e um olhar particularmente frio, falou: "O mundo da superfície raramente nos traz algo além de problemas. Por que deveríamos ouvir agora?"</w:t>
      </w:r>
    </w:p>
    <w:p w14:paraId="74165E8B" w14:textId="77777777" w:rsidR="002355BD" w:rsidRPr="001179E8" w:rsidRDefault="00000000">
      <w:pPr>
        <w:rPr>
          <w:lang w:val="pt-BR"/>
        </w:rPr>
      </w:pPr>
      <w:r w:rsidRPr="001179E8">
        <w:rPr>
          <w:lang w:val="pt-BR"/>
        </w:rPr>
        <w:br/>
      </w:r>
    </w:p>
    <w:p w14:paraId="1935F1B6" w14:textId="77777777" w:rsidR="002355BD" w:rsidRPr="001179E8" w:rsidRDefault="00000000">
      <w:pPr>
        <w:rPr>
          <w:lang w:val="pt-BR"/>
        </w:rPr>
      </w:pPr>
      <w:r w:rsidRPr="001179E8">
        <w:rPr>
          <w:lang w:val="pt-BR"/>
        </w:rPr>
        <w:t>"Porque uma ameaça antiga despertou," respondeu Art, encontrando sua voz. "Abyzoth busca romper as barreiras entre os mundos. Uma ameaça que não respeitará fronteiras, nem mesmo as dos céus."</w:t>
      </w:r>
    </w:p>
    <w:p w14:paraId="4586864B" w14:textId="77777777" w:rsidR="002355BD" w:rsidRPr="001179E8" w:rsidRDefault="00000000">
      <w:pPr>
        <w:rPr>
          <w:lang w:val="pt-BR"/>
        </w:rPr>
      </w:pPr>
      <w:r w:rsidRPr="001179E8">
        <w:rPr>
          <w:lang w:val="pt-BR"/>
        </w:rPr>
        <w:br/>
      </w:r>
    </w:p>
    <w:p w14:paraId="54DAC768" w14:textId="77777777" w:rsidR="002355BD" w:rsidRPr="001179E8" w:rsidRDefault="00000000">
      <w:pPr>
        <w:rPr>
          <w:lang w:val="pt-BR"/>
        </w:rPr>
      </w:pPr>
      <w:r w:rsidRPr="001179E8">
        <w:rPr>
          <w:lang w:val="pt-BR"/>
        </w:rPr>
        <w:t>"Mencionamos também," acrescentou Linda, "que somos enviados em parte pela Princesa Lia Maris Aerion, conhecida na superfície como Híbrida, filha do vosso antigo Imperador Avian."</w:t>
      </w:r>
    </w:p>
    <w:p w14:paraId="6820CAA7" w14:textId="77777777" w:rsidR="002355BD" w:rsidRPr="001179E8" w:rsidRDefault="00000000">
      <w:pPr>
        <w:rPr>
          <w:lang w:val="pt-BR"/>
        </w:rPr>
      </w:pPr>
      <w:r w:rsidRPr="001179E8">
        <w:rPr>
          <w:lang w:val="pt-BR"/>
        </w:rPr>
        <w:br/>
      </w:r>
    </w:p>
    <w:p w14:paraId="4D0B5BC2" w14:textId="77777777" w:rsidR="002355BD" w:rsidRPr="001179E8" w:rsidRDefault="00000000">
      <w:pPr>
        <w:rPr>
          <w:lang w:val="pt-BR"/>
        </w:rPr>
      </w:pPr>
      <w:r w:rsidRPr="001179E8">
        <w:rPr>
          <w:lang w:val="pt-BR"/>
        </w:rPr>
        <w:lastRenderedPageBreak/>
        <w:t>A menção a Híbrida causou um murmúrio entre os conselheiros. Sua herança mista sempre fora um ponto de delicadeza entre os reinos.</w:t>
      </w:r>
    </w:p>
    <w:p w14:paraId="47CBFB51" w14:textId="77777777" w:rsidR="002355BD" w:rsidRPr="001179E8" w:rsidRDefault="00000000">
      <w:pPr>
        <w:rPr>
          <w:lang w:val="pt-BR"/>
        </w:rPr>
      </w:pPr>
      <w:r w:rsidRPr="001179E8">
        <w:rPr>
          <w:lang w:val="pt-BR"/>
        </w:rPr>
        <w:br/>
      </w:r>
    </w:p>
    <w:p w14:paraId="77752418" w14:textId="77777777" w:rsidR="002355BD" w:rsidRPr="001179E8" w:rsidRDefault="00000000">
      <w:pPr>
        <w:rPr>
          <w:lang w:val="pt-BR"/>
        </w:rPr>
      </w:pPr>
      <w:r w:rsidRPr="001179E8">
        <w:rPr>
          <w:lang w:val="pt-BR"/>
        </w:rPr>
        <w:t>"A Princesa está bem?" perguntou um conselheiro mais velho, sua expressão suavizando ligeiramente.</w:t>
      </w:r>
    </w:p>
    <w:p w14:paraId="63F6AC78" w14:textId="77777777" w:rsidR="002355BD" w:rsidRPr="001179E8" w:rsidRDefault="00000000">
      <w:pPr>
        <w:rPr>
          <w:lang w:val="pt-BR"/>
        </w:rPr>
      </w:pPr>
      <w:r w:rsidRPr="001179E8">
        <w:rPr>
          <w:lang w:val="pt-BR"/>
        </w:rPr>
        <w:br/>
      </w:r>
    </w:p>
    <w:p w14:paraId="09436C43" w14:textId="77777777" w:rsidR="002355BD" w:rsidRPr="001179E8" w:rsidRDefault="00000000">
      <w:pPr>
        <w:rPr>
          <w:lang w:val="pt-BR"/>
        </w:rPr>
      </w:pPr>
      <w:r w:rsidRPr="001179E8">
        <w:rPr>
          <w:lang w:val="pt-BR"/>
        </w:rPr>
        <w:t>"Ela está bem, embora esperando seu primeiro filho," respondeu Linda com um sorriso. "Ela envia seus respeitos e seu apelo por unidade."</w:t>
      </w:r>
    </w:p>
    <w:p w14:paraId="7A9CF2B2" w14:textId="77777777" w:rsidR="002355BD" w:rsidRPr="001179E8" w:rsidRDefault="00000000">
      <w:pPr>
        <w:rPr>
          <w:lang w:val="pt-BR"/>
        </w:rPr>
      </w:pPr>
      <w:r w:rsidRPr="001179E8">
        <w:rPr>
          <w:lang w:val="pt-BR"/>
        </w:rPr>
        <w:br/>
      </w:r>
    </w:p>
    <w:p w14:paraId="721784E1" w14:textId="77777777" w:rsidR="002355BD" w:rsidRPr="001179E8" w:rsidRDefault="00000000">
      <w:pPr>
        <w:rPr>
          <w:lang w:val="pt-BR"/>
        </w:rPr>
      </w:pPr>
      <w:r w:rsidRPr="001179E8">
        <w:rPr>
          <w:lang w:val="pt-BR"/>
        </w:rPr>
        <w:t>A conselheira de penas negras interveio novamente. "Respeitamos a Princesa, mas a política dos Alados sempre foi de não interferência nos assuntos da superfície. Nossa segurança reside em nosso isolamento."</w:t>
      </w:r>
    </w:p>
    <w:p w14:paraId="0B51B370" w14:textId="77777777" w:rsidR="002355BD" w:rsidRPr="001179E8" w:rsidRDefault="00000000">
      <w:pPr>
        <w:rPr>
          <w:lang w:val="pt-BR"/>
        </w:rPr>
      </w:pPr>
      <w:r w:rsidRPr="001179E8">
        <w:rPr>
          <w:lang w:val="pt-BR"/>
        </w:rPr>
        <w:br/>
      </w:r>
    </w:p>
    <w:p w14:paraId="585D815D" w14:textId="77777777" w:rsidR="002355BD" w:rsidRPr="001179E8" w:rsidRDefault="00000000">
      <w:pPr>
        <w:rPr>
          <w:lang w:val="pt-BR"/>
        </w:rPr>
      </w:pPr>
      <w:r w:rsidRPr="001179E8">
        <w:rPr>
          <w:lang w:val="pt-BR"/>
        </w:rPr>
        <w:t>Art percebeu que aquela era a líder da facção isolacionista mencionada nos relatórios. A diplomacia seria mais difícil do que imaginara.</w:t>
      </w:r>
    </w:p>
    <w:p w14:paraId="1638B709" w14:textId="77777777" w:rsidR="002355BD" w:rsidRPr="001179E8" w:rsidRDefault="00000000">
      <w:pPr>
        <w:rPr>
          <w:lang w:val="pt-BR"/>
        </w:rPr>
      </w:pPr>
      <w:r w:rsidRPr="001179E8">
        <w:rPr>
          <w:lang w:val="pt-BR"/>
        </w:rPr>
        <w:br/>
      </w:r>
    </w:p>
    <w:p w14:paraId="18D29D7A" w14:textId="77777777" w:rsidR="002355BD" w:rsidRPr="001179E8" w:rsidRDefault="00000000">
      <w:pPr>
        <w:rPr>
          <w:lang w:val="pt-BR"/>
        </w:rPr>
      </w:pPr>
      <w:r w:rsidRPr="001179E8">
        <w:rPr>
          <w:lang w:val="pt-BR"/>
        </w:rPr>
        <w:t>Linda, no entanto, pareceu imperturbável. "Compreendemos e respeitamos vossas tradições, nobre Conselheira," disse ela, usando a etiqueta alada com perfeição. "No entanto, esta ameaça não é um mero assunto da superfície. Abyzoth busca consumir toda a energia dimensional. Vossas ilhas flutuantes, vossa própria existência, dependem do equilíbrio que ele ameaça destruir."</w:t>
      </w:r>
    </w:p>
    <w:p w14:paraId="62F0168D" w14:textId="77777777" w:rsidR="002355BD" w:rsidRPr="001179E8" w:rsidRDefault="00000000">
      <w:pPr>
        <w:rPr>
          <w:lang w:val="pt-BR"/>
        </w:rPr>
      </w:pPr>
      <w:r w:rsidRPr="001179E8">
        <w:rPr>
          <w:lang w:val="pt-BR"/>
        </w:rPr>
        <w:br/>
      </w:r>
    </w:p>
    <w:p w14:paraId="2F9E1922" w14:textId="77777777" w:rsidR="002355BD" w:rsidRPr="001179E8" w:rsidRDefault="00000000">
      <w:pPr>
        <w:rPr>
          <w:lang w:val="pt-BR"/>
        </w:rPr>
      </w:pPr>
      <w:r w:rsidRPr="001179E8">
        <w:rPr>
          <w:lang w:val="pt-BR"/>
        </w:rPr>
        <w:t>Art observou Linda com crescente admiração. Ela se movia e falava com uma graça e confiança que ele nunca imaginara possuir. Notou a forma como inclinava a cabeça ligeiramente ao ouvir, um gesto de respeito alado que ele lera nos manuais, mas que ela executava com naturalidade. Notou o brilho sutil em seus olhos violeta quando falava de equilíbrio, uma paixão que transcendia a mera diplomacia.</w:t>
      </w:r>
    </w:p>
    <w:p w14:paraId="5F36F522" w14:textId="77777777" w:rsidR="002355BD" w:rsidRPr="001179E8" w:rsidRDefault="00000000">
      <w:pPr>
        <w:rPr>
          <w:lang w:val="pt-BR"/>
        </w:rPr>
      </w:pPr>
      <w:r w:rsidRPr="001179E8">
        <w:rPr>
          <w:lang w:val="pt-BR"/>
        </w:rPr>
        <w:br/>
      </w:r>
    </w:p>
    <w:p w14:paraId="5A66F3A4" w14:textId="77777777" w:rsidR="002355BD" w:rsidRPr="001179E8" w:rsidRDefault="00000000">
      <w:pPr>
        <w:rPr>
          <w:lang w:val="pt-BR"/>
        </w:rPr>
      </w:pPr>
      <w:r w:rsidRPr="001179E8">
        <w:rPr>
          <w:lang w:val="pt-BR"/>
        </w:rPr>
        <w:lastRenderedPageBreak/>
        <w:t>As discussões continuaram por horas, tensas e complexas. A facção isolacionista argumentava veementemente contra qualquer envolvimento, enquanto outros conselheiros pareciam mais abertos à ideia de uma aliança defensiva. Ficou claro que uma decisão não seria tomada rapidamente.</w:t>
      </w:r>
    </w:p>
    <w:p w14:paraId="3A9DAFB3" w14:textId="77777777" w:rsidR="002355BD" w:rsidRPr="001179E8" w:rsidRDefault="00000000">
      <w:pPr>
        <w:rPr>
          <w:lang w:val="pt-BR"/>
        </w:rPr>
      </w:pPr>
      <w:r w:rsidRPr="001179E8">
        <w:rPr>
          <w:lang w:val="pt-BR"/>
        </w:rPr>
        <w:br/>
      </w:r>
    </w:p>
    <w:p w14:paraId="4E6A26B1" w14:textId="77777777" w:rsidR="002355BD" w:rsidRPr="001179E8" w:rsidRDefault="00000000">
      <w:pPr>
        <w:rPr>
          <w:lang w:val="pt-BR"/>
        </w:rPr>
      </w:pPr>
      <w:r w:rsidRPr="001179E8">
        <w:rPr>
          <w:lang w:val="pt-BR"/>
        </w:rPr>
        <w:t>---</w:t>
      </w:r>
    </w:p>
    <w:p w14:paraId="595B24C6" w14:textId="77777777" w:rsidR="002355BD" w:rsidRPr="001179E8" w:rsidRDefault="00000000">
      <w:pPr>
        <w:rPr>
          <w:lang w:val="pt-BR"/>
        </w:rPr>
      </w:pPr>
      <w:r w:rsidRPr="001179E8">
        <w:rPr>
          <w:lang w:val="pt-BR"/>
        </w:rPr>
        <w:br/>
      </w:r>
    </w:p>
    <w:p w14:paraId="189E9CEB" w14:textId="77777777" w:rsidR="002355BD" w:rsidRPr="001179E8" w:rsidRDefault="00000000">
      <w:pPr>
        <w:rPr>
          <w:lang w:val="pt-BR"/>
        </w:rPr>
      </w:pPr>
      <w:r w:rsidRPr="001179E8">
        <w:rPr>
          <w:lang w:val="pt-BR"/>
        </w:rPr>
        <w:t>Naquela noite, um banquete foi oferecido em honra dos emissários. A comida era leve e etérea – frutas que brilhavam suavemente, néctares cintilantes, pães feitos de nuvens condensadas. A música era tocada em harpas de vento, criando uma atmosfera mágica.</w:t>
      </w:r>
    </w:p>
    <w:p w14:paraId="17F6A6CF" w14:textId="77777777" w:rsidR="002355BD" w:rsidRPr="001179E8" w:rsidRDefault="00000000">
      <w:pPr>
        <w:rPr>
          <w:lang w:val="pt-BR"/>
        </w:rPr>
      </w:pPr>
      <w:r w:rsidRPr="001179E8">
        <w:rPr>
          <w:lang w:val="pt-BR"/>
        </w:rPr>
        <w:br/>
      </w:r>
    </w:p>
    <w:p w14:paraId="6C6A18F4" w14:textId="77777777" w:rsidR="002355BD" w:rsidRPr="001179E8" w:rsidRDefault="00000000">
      <w:pPr>
        <w:rPr>
          <w:lang w:val="pt-BR"/>
        </w:rPr>
      </w:pPr>
      <w:r w:rsidRPr="001179E8">
        <w:rPr>
          <w:lang w:val="pt-BR"/>
        </w:rPr>
        <w:t>Art estava tentando conversar com um conselheiro de aparência amigável quando notou um servo se aproximando de Linda com um cálice de néctar dourado. Havia algo estranho na forma como o servo evitava o olhar, na tensão em seus ombros.</w:t>
      </w:r>
    </w:p>
    <w:p w14:paraId="3D4C4CF7" w14:textId="77777777" w:rsidR="002355BD" w:rsidRPr="001179E8" w:rsidRDefault="00000000">
      <w:pPr>
        <w:rPr>
          <w:lang w:val="pt-BR"/>
        </w:rPr>
      </w:pPr>
      <w:r w:rsidRPr="001179E8">
        <w:rPr>
          <w:lang w:val="pt-BR"/>
        </w:rPr>
        <w:br/>
      </w:r>
    </w:p>
    <w:p w14:paraId="3331712E" w14:textId="77777777" w:rsidR="002355BD" w:rsidRPr="001179E8" w:rsidRDefault="00000000">
      <w:pPr>
        <w:rPr>
          <w:lang w:val="pt-BR"/>
        </w:rPr>
      </w:pPr>
      <w:r w:rsidRPr="001179E8">
        <w:rPr>
          <w:lang w:val="pt-BR"/>
        </w:rPr>
        <w:t>Lembrando-se dos relatórios sobre a facção isolacionista, um alarme soou na mente de Art. Discretamente, ativou seus poderes, estendendo um campo de absorção sutil em direção ao cálice no momento em que Linda o levava aos lábios.</w:t>
      </w:r>
    </w:p>
    <w:p w14:paraId="0ACFB633" w14:textId="77777777" w:rsidR="002355BD" w:rsidRPr="001179E8" w:rsidRDefault="00000000">
      <w:pPr>
        <w:rPr>
          <w:lang w:val="pt-BR"/>
        </w:rPr>
      </w:pPr>
      <w:r w:rsidRPr="001179E8">
        <w:rPr>
          <w:lang w:val="pt-BR"/>
        </w:rPr>
        <w:br/>
      </w:r>
    </w:p>
    <w:p w14:paraId="5D8D76C0" w14:textId="77777777" w:rsidR="002355BD" w:rsidRPr="001179E8" w:rsidRDefault="00000000">
      <w:pPr>
        <w:rPr>
          <w:lang w:val="pt-BR"/>
        </w:rPr>
      </w:pPr>
      <w:r w:rsidRPr="001179E8">
        <w:rPr>
          <w:lang w:val="pt-BR"/>
        </w:rPr>
        <w:t>Ele sentiu uma picada aguda em sua própria mão enquanto absorvia a energia venenosa contida no líquido. Era um veneno de ação rápida, projetado para paralisar ou matar.</w:t>
      </w:r>
    </w:p>
    <w:p w14:paraId="171194BF" w14:textId="77777777" w:rsidR="002355BD" w:rsidRPr="001179E8" w:rsidRDefault="00000000">
      <w:pPr>
        <w:rPr>
          <w:lang w:val="pt-BR"/>
        </w:rPr>
      </w:pPr>
      <w:r w:rsidRPr="001179E8">
        <w:rPr>
          <w:lang w:val="pt-BR"/>
        </w:rPr>
        <w:br/>
      </w:r>
    </w:p>
    <w:p w14:paraId="18841391" w14:textId="77777777" w:rsidR="002355BD" w:rsidRPr="001179E8" w:rsidRDefault="00000000">
      <w:pPr>
        <w:rPr>
          <w:lang w:val="pt-BR"/>
        </w:rPr>
      </w:pPr>
      <w:r w:rsidRPr="001179E8">
        <w:rPr>
          <w:lang w:val="pt-BR"/>
        </w:rPr>
        <w:t>"Linda, não beba!" ele conseguiu dizer, sua voz tensa pelo esforço de conter o veneno.</w:t>
      </w:r>
    </w:p>
    <w:p w14:paraId="1DEF73A6" w14:textId="77777777" w:rsidR="002355BD" w:rsidRPr="001179E8" w:rsidRDefault="00000000">
      <w:pPr>
        <w:rPr>
          <w:lang w:val="pt-BR"/>
        </w:rPr>
      </w:pPr>
      <w:r w:rsidRPr="001179E8">
        <w:rPr>
          <w:lang w:val="pt-BR"/>
        </w:rPr>
        <w:br/>
      </w:r>
    </w:p>
    <w:p w14:paraId="06347635" w14:textId="77777777" w:rsidR="002355BD" w:rsidRPr="001179E8" w:rsidRDefault="00000000">
      <w:pPr>
        <w:rPr>
          <w:lang w:val="pt-BR"/>
        </w:rPr>
      </w:pPr>
      <w:r w:rsidRPr="001179E8">
        <w:rPr>
          <w:lang w:val="pt-BR"/>
        </w:rPr>
        <w:t>Linda parou, surpresa. No mesmo instante, o servo que oferecera o cálice e vários outros espalhados pelo salão sacaram armas – adagas curvas feitas de obsidiana celestial.</w:t>
      </w:r>
    </w:p>
    <w:p w14:paraId="25A78CFF" w14:textId="77777777" w:rsidR="002355BD" w:rsidRPr="001179E8" w:rsidRDefault="00000000">
      <w:pPr>
        <w:rPr>
          <w:lang w:val="pt-BR"/>
        </w:rPr>
      </w:pPr>
      <w:r w:rsidRPr="001179E8">
        <w:rPr>
          <w:lang w:val="pt-BR"/>
        </w:rPr>
        <w:lastRenderedPageBreak/>
        <w:br/>
      </w:r>
    </w:p>
    <w:p w14:paraId="27D8DFE4" w14:textId="77777777" w:rsidR="002355BD" w:rsidRPr="001179E8" w:rsidRDefault="00000000">
      <w:pPr>
        <w:rPr>
          <w:lang w:val="pt-BR"/>
        </w:rPr>
      </w:pPr>
      <w:r w:rsidRPr="001179E8">
        <w:rPr>
          <w:lang w:val="pt-BR"/>
        </w:rPr>
        <w:t>"Traidores!" gritou o conselheiro mais velho.</w:t>
      </w:r>
    </w:p>
    <w:p w14:paraId="4611EBB8" w14:textId="77777777" w:rsidR="002355BD" w:rsidRPr="001179E8" w:rsidRDefault="00000000">
      <w:pPr>
        <w:rPr>
          <w:lang w:val="pt-BR"/>
        </w:rPr>
      </w:pPr>
      <w:r w:rsidRPr="001179E8">
        <w:rPr>
          <w:lang w:val="pt-BR"/>
        </w:rPr>
        <w:br/>
      </w:r>
    </w:p>
    <w:p w14:paraId="388CCD08" w14:textId="77777777" w:rsidR="002355BD" w:rsidRPr="001179E8" w:rsidRDefault="00000000">
      <w:pPr>
        <w:rPr>
          <w:lang w:val="pt-BR"/>
        </w:rPr>
      </w:pPr>
      <w:r w:rsidRPr="001179E8">
        <w:rPr>
          <w:lang w:val="pt-BR"/>
        </w:rPr>
        <w:t>O salão mergulhou no caos. Guerreiros alados leais ao conselho reagiram rapidamente, mas os espiões isolacionistas eram habilidosos e determinados.</w:t>
      </w:r>
    </w:p>
    <w:p w14:paraId="0CA287EC" w14:textId="77777777" w:rsidR="002355BD" w:rsidRPr="001179E8" w:rsidRDefault="00000000">
      <w:pPr>
        <w:rPr>
          <w:lang w:val="pt-BR"/>
        </w:rPr>
      </w:pPr>
      <w:r w:rsidRPr="001179E8">
        <w:rPr>
          <w:lang w:val="pt-BR"/>
        </w:rPr>
        <w:br/>
      </w:r>
    </w:p>
    <w:p w14:paraId="52451E4F" w14:textId="77777777" w:rsidR="002355BD" w:rsidRPr="001179E8" w:rsidRDefault="00000000">
      <w:pPr>
        <w:rPr>
          <w:lang w:val="pt-BR"/>
        </w:rPr>
      </w:pPr>
      <w:r w:rsidRPr="001179E8">
        <w:rPr>
          <w:lang w:val="pt-BR"/>
        </w:rPr>
        <w:t>Art empurrou Linda para trás de uma coluna enquanto desviava de um golpe de adaga. "Fique atrás de mim!"</w:t>
      </w:r>
    </w:p>
    <w:p w14:paraId="40A891AB" w14:textId="77777777" w:rsidR="002355BD" w:rsidRPr="001179E8" w:rsidRDefault="00000000">
      <w:pPr>
        <w:rPr>
          <w:lang w:val="pt-BR"/>
        </w:rPr>
      </w:pPr>
      <w:r w:rsidRPr="001179E8">
        <w:rPr>
          <w:lang w:val="pt-BR"/>
        </w:rPr>
        <w:br/>
      </w:r>
    </w:p>
    <w:p w14:paraId="1DE92637" w14:textId="77777777" w:rsidR="002355BD" w:rsidRPr="001179E8" w:rsidRDefault="00000000">
      <w:pPr>
        <w:rPr>
          <w:lang w:val="pt-BR"/>
        </w:rPr>
      </w:pPr>
      <w:r w:rsidRPr="001179E8">
        <w:rPr>
          <w:lang w:val="pt-BR"/>
        </w:rPr>
        <w:t>"Eu posso lutar!" protestou Linda, seus olhos brilhando com indignação.</w:t>
      </w:r>
    </w:p>
    <w:p w14:paraId="146BBE56" w14:textId="77777777" w:rsidR="002355BD" w:rsidRPr="001179E8" w:rsidRDefault="00000000">
      <w:pPr>
        <w:rPr>
          <w:lang w:val="pt-BR"/>
        </w:rPr>
      </w:pPr>
      <w:r w:rsidRPr="001179E8">
        <w:rPr>
          <w:lang w:val="pt-BR"/>
        </w:rPr>
        <w:br/>
      </w:r>
    </w:p>
    <w:p w14:paraId="04719F1F" w14:textId="77777777" w:rsidR="002355BD" w:rsidRPr="001179E8" w:rsidRDefault="00000000">
      <w:pPr>
        <w:rPr>
          <w:lang w:val="pt-BR"/>
        </w:rPr>
      </w:pPr>
      <w:r w:rsidRPr="001179E8">
        <w:rPr>
          <w:lang w:val="pt-BR"/>
        </w:rPr>
        <w:t>"Eu sei, mas estou envenenado! Preciso me concentrar!" Art respondeu, sentindo o veneno começar a afetá-lo, sua visão turvando nas bordas.</w:t>
      </w:r>
    </w:p>
    <w:p w14:paraId="15F20C61" w14:textId="77777777" w:rsidR="002355BD" w:rsidRPr="001179E8" w:rsidRDefault="00000000">
      <w:pPr>
        <w:rPr>
          <w:lang w:val="pt-BR"/>
        </w:rPr>
      </w:pPr>
      <w:r w:rsidRPr="001179E8">
        <w:rPr>
          <w:lang w:val="pt-BR"/>
        </w:rPr>
        <w:br/>
      </w:r>
    </w:p>
    <w:p w14:paraId="01D1ADD9" w14:textId="77777777" w:rsidR="002355BD" w:rsidRPr="001179E8" w:rsidRDefault="00000000">
      <w:pPr>
        <w:rPr>
          <w:lang w:val="pt-BR"/>
        </w:rPr>
      </w:pPr>
      <w:r w:rsidRPr="001179E8">
        <w:rPr>
          <w:lang w:val="pt-BR"/>
        </w:rPr>
        <w:t>Eles se viram cercados por três espiões. Art tentou usar seus poderes de absorção para criar um escudo, mas o veneno dificultava o controle. Linda, vendo sua dificuldade, agiu. Ela bateu palmas, e uma onda de energia sonora – um aspecto de sua magia feérica que raramente usava – atordoou momentaneamente os atacantes.</w:t>
      </w:r>
    </w:p>
    <w:p w14:paraId="640711AE" w14:textId="77777777" w:rsidR="002355BD" w:rsidRPr="001179E8" w:rsidRDefault="00000000">
      <w:pPr>
        <w:rPr>
          <w:lang w:val="pt-BR"/>
        </w:rPr>
      </w:pPr>
      <w:r w:rsidRPr="001179E8">
        <w:rPr>
          <w:lang w:val="pt-BR"/>
        </w:rPr>
        <w:br/>
      </w:r>
    </w:p>
    <w:p w14:paraId="7E3E34B9" w14:textId="77777777" w:rsidR="002355BD" w:rsidRPr="001179E8" w:rsidRDefault="00000000">
      <w:pPr>
        <w:rPr>
          <w:lang w:val="pt-BR"/>
        </w:rPr>
      </w:pPr>
      <w:r w:rsidRPr="001179E8">
        <w:rPr>
          <w:lang w:val="pt-BR"/>
        </w:rPr>
        <w:t>"Agora!" gritou ela.</w:t>
      </w:r>
    </w:p>
    <w:p w14:paraId="33799F5C" w14:textId="77777777" w:rsidR="002355BD" w:rsidRPr="001179E8" w:rsidRDefault="00000000">
      <w:pPr>
        <w:rPr>
          <w:lang w:val="pt-BR"/>
        </w:rPr>
      </w:pPr>
      <w:r w:rsidRPr="001179E8">
        <w:rPr>
          <w:lang w:val="pt-BR"/>
        </w:rPr>
        <w:br/>
      </w:r>
    </w:p>
    <w:p w14:paraId="5BE35387" w14:textId="77777777" w:rsidR="002355BD" w:rsidRPr="001179E8" w:rsidRDefault="00000000">
      <w:pPr>
        <w:rPr>
          <w:lang w:val="pt-BR"/>
        </w:rPr>
      </w:pPr>
      <w:r w:rsidRPr="001179E8">
        <w:rPr>
          <w:lang w:val="pt-BR"/>
        </w:rPr>
        <w:t>Art aproveitou a abertura, desferindo um golpe carregado de energia cinética que derrubou um dos espiões. Linda usou sua agilidade surpreendente para desarmar outro, enquanto o terceiro era subjugado pelos guardas do palácio.</w:t>
      </w:r>
    </w:p>
    <w:p w14:paraId="3B084A58" w14:textId="77777777" w:rsidR="002355BD" w:rsidRPr="001179E8" w:rsidRDefault="00000000">
      <w:pPr>
        <w:rPr>
          <w:lang w:val="pt-BR"/>
        </w:rPr>
      </w:pPr>
      <w:r w:rsidRPr="001179E8">
        <w:rPr>
          <w:lang w:val="pt-BR"/>
        </w:rPr>
        <w:lastRenderedPageBreak/>
        <w:br/>
      </w:r>
    </w:p>
    <w:p w14:paraId="4818E5D0" w14:textId="77777777" w:rsidR="002355BD" w:rsidRPr="001179E8" w:rsidRDefault="00000000">
      <w:pPr>
        <w:rPr>
          <w:lang w:val="pt-BR"/>
        </w:rPr>
      </w:pPr>
      <w:r w:rsidRPr="001179E8">
        <w:rPr>
          <w:lang w:val="pt-BR"/>
        </w:rPr>
        <w:t>Mas a luta não terminara. O líder dos espiões, vendo seu plano falhar, atirou uma pequena esfera explosiva em direção a Art e Linda antes de tentar fugir voando por uma das varandas abertas.</w:t>
      </w:r>
    </w:p>
    <w:p w14:paraId="7E354037" w14:textId="77777777" w:rsidR="002355BD" w:rsidRPr="001179E8" w:rsidRDefault="00000000">
      <w:pPr>
        <w:rPr>
          <w:lang w:val="pt-BR"/>
        </w:rPr>
      </w:pPr>
      <w:r w:rsidRPr="001179E8">
        <w:rPr>
          <w:lang w:val="pt-BR"/>
        </w:rPr>
        <w:br/>
      </w:r>
    </w:p>
    <w:p w14:paraId="5BED6E26" w14:textId="77777777" w:rsidR="002355BD" w:rsidRPr="001179E8" w:rsidRDefault="00000000">
      <w:pPr>
        <w:rPr>
          <w:lang w:val="pt-BR"/>
        </w:rPr>
      </w:pPr>
      <w:r w:rsidRPr="001179E8">
        <w:rPr>
          <w:lang w:val="pt-BR"/>
        </w:rPr>
        <w:t>Art reagiu instintivamente, puxando Linda para perto e tentando absorver a explosão. A força do impacto os jogou para trás. Art conseguiu absorver a maior parte da energia, mas perdeu o equilíbrio devido ao veneno. Ele caiu, puxando Linda consigo.</w:t>
      </w:r>
    </w:p>
    <w:p w14:paraId="3EA77E7F" w14:textId="77777777" w:rsidR="002355BD" w:rsidRPr="001179E8" w:rsidRDefault="00000000">
      <w:pPr>
        <w:rPr>
          <w:lang w:val="pt-BR"/>
        </w:rPr>
      </w:pPr>
      <w:r w:rsidRPr="001179E8">
        <w:rPr>
          <w:lang w:val="pt-BR"/>
        </w:rPr>
        <w:br/>
      </w:r>
    </w:p>
    <w:p w14:paraId="3AACAE0C" w14:textId="77777777" w:rsidR="002355BD" w:rsidRPr="001179E8" w:rsidRDefault="00000000">
      <w:pPr>
        <w:rPr>
          <w:lang w:val="pt-BR"/>
        </w:rPr>
      </w:pPr>
      <w:r w:rsidRPr="001179E8">
        <w:rPr>
          <w:lang w:val="pt-BR"/>
        </w:rPr>
        <w:t>Por um momento caótico, eles estavam caindo em direção à beira da varanda. Art sentiu o braço de Linda ao redor de sua cintura, tentando estabilizá-lo, enquanto ele a segurava protetoramente. Seus corpos colidiram, e por um instante, em meio ao caos, ele estava intensamente ciente da proximidade dela, do calor de seu corpo contra o dele, do cheiro suave de flores silvestres em seu cabelo.</w:t>
      </w:r>
    </w:p>
    <w:p w14:paraId="0D9DC905" w14:textId="77777777" w:rsidR="002355BD" w:rsidRPr="001179E8" w:rsidRDefault="00000000">
      <w:pPr>
        <w:rPr>
          <w:lang w:val="pt-BR"/>
        </w:rPr>
      </w:pPr>
      <w:r w:rsidRPr="001179E8">
        <w:rPr>
          <w:lang w:val="pt-BR"/>
        </w:rPr>
        <w:br/>
      </w:r>
    </w:p>
    <w:p w14:paraId="7935834E" w14:textId="77777777" w:rsidR="002355BD" w:rsidRPr="001179E8" w:rsidRDefault="00000000">
      <w:pPr>
        <w:rPr>
          <w:lang w:val="pt-BR"/>
        </w:rPr>
      </w:pPr>
      <w:r w:rsidRPr="001179E8">
        <w:rPr>
          <w:lang w:val="pt-BR"/>
        </w:rPr>
        <w:t>Guardas alados os agarraram antes que caíssem da ilha flutuante, puxando-os de volta para a segurança. O líder dos espiões foi capturado antes que pudesse escapar.</w:t>
      </w:r>
    </w:p>
    <w:p w14:paraId="14FB33E9" w14:textId="77777777" w:rsidR="002355BD" w:rsidRPr="001179E8" w:rsidRDefault="00000000">
      <w:pPr>
        <w:rPr>
          <w:lang w:val="pt-BR"/>
        </w:rPr>
      </w:pPr>
      <w:r w:rsidRPr="001179E8">
        <w:rPr>
          <w:lang w:val="pt-BR"/>
        </w:rPr>
        <w:br/>
      </w:r>
    </w:p>
    <w:p w14:paraId="04032CC4" w14:textId="77777777" w:rsidR="002355BD" w:rsidRPr="001179E8" w:rsidRDefault="00000000">
      <w:pPr>
        <w:rPr>
          <w:lang w:val="pt-BR"/>
        </w:rPr>
      </w:pPr>
      <w:r w:rsidRPr="001179E8">
        <w:rPr>
          <w:lang w:val="pt-BR"/>
        </w:rPr>
        <w:t>Art desabou no chão, ofegante, a visão escurecendo rapidamente enquanto o veneno fazia seu trabalho. A última coisa que viu foi o rosto preocupado de Linda pairando sobre ele.</w:t>
      </w:r>
    </w:p>
    <w:p w14:paraId="08D91ABF" w14:textId="77777777" w:rsidR="002355BD" w:rsidRPr="001179E8" w:rsidRDefault="00000000">
      <w:pPr>
        <w:rPr>
          <w:lang w:val="pt-BR"/>
        </w:rPr>
      </w:pPr>
      <w:r w:rsidRPr="001179E8">
        <w:rPr>
          <w:lang w:val="pt-BR"/>
        </w:rPr>
        <w:br/>
      </w:r>
    </w:p>
    <w:p w14:paraId="0BE3C611" w14:textId="77777777" w:rsidR="002355BD" w:rsidRPr="001179E8" w:rsidRDefault="00000000">
      <w:pPr>
        <w:rPr>
          <w:lang w:val="pt-BR"/>
        </w:rPr>
      </w:pPr>
      <w:r w:rsidRPr="001179E8">
        <w:rPr>
          <w:lang w:val="pt-BR"/>
        </w:rPr>
        <w:t>---</w:t>
      </w:r>
    </w:p>
    <w:p w14:paraId="3C3221E3" w14:textId="77777777" w:rsidR="002355BD" w:rsidRPr="001179E8" w:rsidRDefault="00000000">
      <w:pPr>
        <w:rPr>
          <w:lang w:val="pt-BR"/>
        </w:rPr>
      </w:pPr>
      <w:r w:rsidRPr="001179E8">
        <w:rPr>
          <w:lang w:val="pt-BR"/>
        </w:rPr>
        <w:br/>
      </w:r>
    </w:p>
    <w:p w14:paraId="6A4AE5A4" w14:textId="77777777" w:rsidR="002355BD" w:rsidRPr="001179E8" w:rsidRDefault="00000000">
      <w:pPr>
        <w:rPr>
          <w:lang w:val="pt-BR"/>
        </w:rPr>
      </w:pPr>
      <w:r w:rsidRPr="001179E8">
        <w:rPr>
          <w:lang w:val="pt-BR"/>
        </w:rPr>
        <w:t>Art acordou em um quarto luxuoso, deitado em uma cama feita de nuvens solidificadas. A luz suave entrava pelas janelas arqueadas, revelando paredes adornadas com murais de batalhas aéreas e constelações desconhecidas.</w:t>
      </w:r>
    </w:p>
    <w:p w14:paraId="5658BF29" w14:textId="77777777" w:rsidR="002355BD" w:rsidRPr="001179E8" w:rsidRDefault="00000000">
      <w:pPr>
        <w:rPr>
          <w:lang w:val="pt-BR"/>
        </w:rPr>
      </w:pPr>
      <w:r w:rsidRPr="001179E8">
        <w:rPr>
          <w:lang w:val="pt-BR"/>
        </w:rPr>
        <w:lastRenderedPageBreak/>
        <w:br/>
      </w:r>
    </w:p>
    <w:p w14:paraId="25AA6808" w14:textId="77777777" w:rsidR="002355BD" w:rsidRPr="001179E8" w:rsidRDefault="00000000">
      <w:pPr>
        <w:rPr>
          <w:lang w:val="pt-BR"/>
        </w:rPr>
      </w:pPr>
      <w:r w:rsidRPr="001179E8">
        <w:rPr>
          <w:lang w:val="pt-BR"/>
        </w:rPr>
        <w:t>Linda estava sentada em uma cadeira ao lado da cama, observando-o. Havia olheiras sob seus olhos, mas ela sorriu aliviada quando ele abriu os olhos.</w:t>
      </w:r>
    </w:p>
    <w:p w14:paraId="1565B01C" w14:textId="77777777" w:rsidR="002355BD" w:rsidRPr="001179E8" w:rsidRDefault="00000000">
      <w:pPr>
        <w:rPr>
          <w:lang w:val="pt-BR"/>
        </w:rPr>
      </w:pPr>
      <w:r w:rsidRPr="001179E8">
        <w:rPr>
          <w:lang w:val="pt-BR"/>
        </w:rPr>
        <w:br/>
      </w:r>
    </w:p>
    <w:p w14:paraId="7921D44C" w14:textId="77777777" w:rsidR="002355BD" w:rsidRPr="001179E8" w:rsidRDefault="00000000">
      <w:pPr>
        <w:rPr>
          <w:lang w:val="pt-BR"/>
        </w:rPr>
      </w:pPr>
      <w:r w:rsidRPr="001179E8">
        <w:rPr>
          <w:lang w:val="pt-BR"/>
        </w:rPr>
        <w:t>"Você acordou," disse ela suavemente. "Como se sente?"</w:t>
      </w:r>
    </w:p>
    <w:p w14:paraId="21DA554E" w14:textId="77777777" w:rsidR="002355BD" w:rsidRPr="001179E8" w:rsidRDefault="00000000">
      <w:pPr>
        <w:rPr>
          <w:lang w:val="pt-BR"/>
        </w:rPr>
      </w:pPr>
      <w:r w:rsidRPr="001179E8">
        <w:rPr>
          <w:lang w:val="pt-BR"/>
        </w:rPr>
        <w:br/>
      </w:r>
    </w:p>
    <w:p w14:paraId="5007682D" w14:textId="77777777" w:rsidR="002355BD" w:rsidRPr="001179E8" w:rsidRDefault="00000000">
      <w:pPr>
        <w:rPr>
          <w:lang w:val="pt-BR"/>
        </w:rPr>
      </w:pPr>
      <w:r w:rsidRPr="001179E8">
        <w:rPr>
          <w:lang w:val="pt-BR"/>
        </w:rPr>
        <w:t>"Como se tivesse sido atropelado por um gigante," murmurou Art, tentando se sentar. Uma pontada de dor o fez recuar. "O veneno..."</w:t>
      </w:r>
    </w:p>
    <w:p w14:paraId="47347431" w14:textId="77777777" w:rsidR="002355BD" w:rsidRPr="001179E8" w:rsidRDefault="00000000">
      <w:pPr>
        <w:rPr>
          <w:lang w:val="pt-BR"/>
        </w:rPr>
      </w:pPr>
      <w:r w:rsidRPr="001179E8">
        <w:rPr>
          <w:lang w:val="pt-BR"/>
        </w:rPr>
        <w:br/>
      </w:r>
    </w:p>
    <w:p w14:paraId="425A6094" w14:textId="77777777" w:rsidR="002355BD" w:rsidRPr="001179E8" w:rsidRDefault="00000000">
      <w:pPr>
        <w:rPr>
          <w:lang w:val="pt-BR"/>
        </w:rPr>
      </w:pPr>
      <w:r w:rsidRPr="001179E8">
        <w:rPr>
          <w:lang w:val="pt-BR"/>
        </w:rPr>
        <w:t>"Neutralizado," Linda o tranquilizou. "Os curandeiros alados usaram um antídoto feito de lágrimas de grifo. Você dormiu por quase um dia inteiro."</w:t>
      </w:r>
    </w:p>
    <w:p w14:paraId="2037F35F" w14:textId="77777777" w:rsidR="002355BD" w:rsidRPr="001179E8" w:rsidRDefault="00000000">
      <w:pPr>
        <w:rPr>
          <w:lang w:val="pt-BR"/>
        </w:rPr>
      </w:pPr>
      <w:r w:rsidRPr="001179E8">
        <w:rPr>
          <w:lang w:val="pt-BR"/>
        </w:rPr>
        <w:br/>
      </w:r>
    </w:p>
    <w:p w14:paraId="1D8042AE" w14:textId="77777777" w:rsidR="002355BD" w:rsidRPr="001179E8" w:rsidRDefault="00000000">
      <w:pPr>
        <w:rPr>
          <w:lang w:val="pt-BR"/>
        </w:rPr>
      </w:pPr>
      <w:r w:rsidRPr="001179E8">
        <w:rPr>
          <w:lang w:val="pt-BR"/>
        </w:rPr>
        <w:t>Art olhou ao redor. "O que aconteceu? A aliança..."</w:t>
      </w:r>
    </w:p>
    <w:p w14:paraId="5C8AC568" w14:textId="77777777" w:rsidR="002355BD" w:rsidRPr="001179E8" w:rsidRDefault="00000000">
      <w:pPr>
        <w:rPr>
          <w:lang w:val="pt-BR"/>
        </w:rPr>
      </w:pPr>
      <w:r w:rsidRPr="001179E8">
        <w:rPr>
          <w:lang w:val="pt-BR"/>
        </w:rPr>
        <w:br/>
      </w:r>
    </w:p>
    <w:p w14:paraId="52C40976" w14:textId="77777777" w:rsidR="002355BD" w:rsidRPr="001179E8" w:rsidRDefault="00000000">
      <w:pPr>
        <w:rPr>
          <w:lang w:val="pt-BR"/>
        </w:rPr>
      </w:pPr>
      <w:r w:rsidRPr="001179E8">
        <w:rPr>
          <w:lang w:val="pt-BR"/>
        </w:rPr>
        <w:t>"A tentativa de assassinato mudou tudo," explicou Linda. "Provou que a ameaça isolacionista era real e perigosa. O Conselho votou unanimemente a favor da aliança. Eles viram sua coragem ao absorver o veneno por mim."</w:t>
      </w:r>
    </w:p>
    <w:p w14:paraId="45ABD62C" w14:textId="77777777" w:rsidR="002355BD" w:rsidRPr="001179E8" w:rsidRDefault="00000000">
      <w:pPr>
        <w:rPr>
          <w:lang w:val="pt-BR"/>
        </w:rPr>
      </w:pPr>
      <w:r w:rsidRPr="001179E8">
        <w:rPr>
          <w:lang w:val="pt-BR"/>
        </w:rPr>
        <w:br/>
      </w:r>
    </w:p>
    <w:p w14:paraId="6C443BCF" w14:textId="77777777" w:rsidR="002355BD" w:rsidRPr="001179E8" w:rsidRDefault="00000000">
      <w:pPr>
        <w:rPr>
          <w:lang w:val="pt-BR"/>
        </w:rPr>
      </w:pPr>
      <w:r w:rsidRPr="001179E8">
        <w:rPr>
          <w:lang w:val="pt-BR"/>
        </w:rPr>
        <w:t>Art sentiu uma onda de alívio, seguida por uma pontada de culpa. "Eu quase nos matei caindo da varanda."</w:t>
      </w:r>
    </w:p>
    <w:p w14:paraId="10B76EA3" w14:textId="77777777" w:rsidR="002355BD" w:rsidRPr="001179E8" w:rsidRDefault="00000000">
      <w:pPr>
        <w:rPr>
          <w:lang w:val="pt-BR"/>
        </w:rPr>
      </w:pPr>
      <w:r w:rsidRPr="001179E8">
        <w:rPr>
          <w:lang w:val="pt-BR"/>
        </w:rPr>
        <w:br/>
      </w:r>
    </w:p>
    <w:p w14:paraId="681C0F32" w14:textId="77777777" w:rsidR="002355BD" w:rsidRPr="001179E8" w:rsidRDefault="00000000">
      <w:pPr>
        <w:rPr>
          <w:lang w:val="pt-BR"/>
        </w:rPr>
      </w:pPr>
      <w:r w:rsidRPr="001179E8">
        <w:rPr>
          <w:lang w:val="pt-BR"/>
        </w:rPr>
        <w:t>"Você nos salvou absorvendo a explosão," corrigiu Linda gentilmente. "E eu te segurei. Somos uma equipe, lembra?"</w:t>
      </w:r>
    </w:p>
    <w:p w14:paraId="177FE2E8" w14:textId="77777777" w:rsidR="002355BD" w:rsidRPr="001179E8" w:rsidRDefault="00000000">
      <w:pPr>
        <w:rPr>
          <w:lang w:val="pt-BR"/>
        </w:rPr>
      </w:pPr>
      <w:r w:rsidRPr="001179E8">
        <w:rPr>
          <w:lang w:val="pt-BR"/>
        </w:rPr>
        <w:br/>
      </w:r>
    </w:p>
    <w:p w14:paraId="2030ADC8" w14:textId="77777777" w:rsidR="002355BD" w:rsidRPr="001179E8" w:rsidRDefault="00000000">
      <w:pPr>
        <w:rPr>
          <w:lang w:val="pt-BR"/>
        </w:rPr>
      </w:pPr>
      <w:r w:rsidRPr="001179E8">
        <w:rPr>
          <w:lang w:val="pt-BR"/>
        </w:rPr>
        <w:lastRenderedPageBreak/>
        <w:t>Ele encontrou o olhar dela, vendo a sinceridade em seus olhos violeta. "Obrigado por... cuidar de mim."</w:t>
      </w:r>
    </w:p>
    <w:p w14:paraId="0687A0C9" w14:textId="77777777" w:rsidR="002355BD" w:rsidRPr="001179E8" w:rsidRDefault="00000000">
      <w:pPr>
        <w:rPr>
          <w:lang w:val="pt-BR"/>
        </w:rPr>
      </w:pPr>
      <w:r w:rsidRPr="001179E8">
        <w:rPr>
          <w:lang w:val="pt-BR"/>
        </w:rPr>
        <w:br/>
      </w:r>
    </w:p>
    <w:p w14:paraId="1C2FEB4E" w14:textId="77777777" w:rsidR="002355BD" w:rsidRPr="001179E8" w:rsidRDefault="00000000">
      <w:pPr>
        <w:rPr>
          <w:lang w:val="pt-BR"/>
        </w:rPr>
      </w:pPr>
      <w:r w:rsidRPr="001179E8">
        <w:rPr>
          <w:lang w:val="pt-BR"/>
        </w:rPr>
        <w:t>"Sempre," respondeu ela, sua voz pouco mais que um sussurro.</w:t>
      </w:r>
    </w:p>
    <w:p w14:paraId="7562D039" w14:textId="77777777" w:rsidR="002355BD" w:rsidRPr="001179E8" w:rsidRDefault="00000000">
      <w:pPr>
        <w:rPr>
          <w:lang w:val="pt-BR"/>
        </w:rPr>
      </w:pPr>
      <w:r w:rsidRPr="001179E8">
        <w:rPr>
          <w:lang w:val="pt-BR"/>
        </w:rPr>
        <w:br/>
      </w:r>
    </w:p>
    <w:p w14:paraId="6ADB0015" w14:textId="77777777" w:rsidR="002355BD" w:rsidRPr="001179E8" w:rsidRDefault="00000000">
      <w:pPr>
        <w:rPr>
          <w:lang w:val="pt-BR"/>
        </w:rPr>
      </w:pPr>
      <w:r w:rsidRPr="001179E8">
        <w:rPr>
          <w:lang w:val="pt-BR"/>
        </w:rPr>
        <w:t>Naquela noite, sentindo-se mais forte, Art acompanhou Linda até o Observatório Celeste do palácio. O teto era uma cúpula de cristal transparente, revelando um espetáculo de estrelas e nebulosas que ele nunca imaginara existir.</w:t>
      </w:r>
    </w:p>
    <w:p w14:paraId="6E9F1CB0" w14:textId="77777777" w:rsidR="002355BD" w:rsidRPr="001179E8" w:rsidRDefault="00000000">
      <w:pPr>
        <w:rPr>
          <w:lang w:val="pt-BR"/>
        </w:rPr>
      </w:pPr>
      <w:r w:rsidRPr="001179E8">
        <w:rPr>
          <w:lang w:val="pt-BR"/>
        </w:rPr>
        <w:br/>
      </w:r>
    </w:p>
    <w:p w14:paraId="691C7DE7" w14:textId="77777777" w:rsidR="002355BD" w:rsidRPr="001179E8" w:rsidRDefault="00000000">
      <w:pPr>
        <w:rPr>
          <w:lang w:val="pt-BR"/>
        </w:rPr>
      </w:pPr>
      <w:r w:rsidRPr="001179E8">
        <w:rPr>
          <w:lang w:val="pt-BR"/>
        </w:rPr>
        <w:t>"É aqui que os navegadores alados traçam suas rotas," explicou Linda, parada ao lado de um telescópio ornamentado. "Eles acreditam que as estrelas guardam os segredos do universo."</w:t>
      </w:r>
    </w:p>
    <w:p w14:paraId="0516EB67" w14:textId="77777777" w:rsidR="002355BD" w:rsidRPr="001179E8" w:rsidRDefault="00000000">
      <w:pPr>
        <w:rPr>
          <w:lang w:val="pt-BR"/>
        </w:rPr>
      </w:pPr>
      <w:r w:rsidRPr="001179E8">
        <w:rPr>
          <w:lang w:val="pt-BR"/>
        </w:rPr>
        <w:br/>
      </w:r>
    </w:p>
    <w:p w14:paraId="5B5171C8" w14:textId="77777777" w:rsidR="002355BD" w:rsidRPr="001179E8" w:rsidRDefault="00000000">
      <w:pPr>
        <w:rPr>
          <w:lang w:val="pt-BR"/>
        </w:rPr>
      </w:pPr>
      <w:r w:rsidRPr="001179E8">
        <w:rPr>
          <w:lang w:val="pt-BR"/>
        </w:rPr>
        <w:t>Eles ficaram em silêncio por um tempo, observando a vastidão cósmica.</w:t>
      </w:r>
    </w:p>
    <w:p w14:paraId="5E86FBAB" w14:textId="77777777" w:rsidR="002355BD" w:rsidRPr="001179E8" w:rsidRDefault="00000000">
      <w:pPr>
        <w:rPr>
          <w:lang w:val="pt-BR"/>
        </w:rPr>
      </w:pPr>
      <w:r w:rsidRPr="001179E8">
        <w:rPr>
          <w:lang w:val="pt-BR"/>
        </w:rPr>
        <w:br/>
      </w:r>
    </w:p>
    <w:p w14:paraId="7B71AC2E" w14:textId="77777777" w:rsidR="002355BD" w:rsidRPr="001179E8" w:rsidRDefault="00000000">
      <w:pPr>
        <w:rPr>
          <w:lang w:val="pt-BR"/>
        </w:rPr>
      </w:pPr>
      <w:r w:rsidRPr="001179E8">
        <w:rPr>
          <w:lang w:val="pt-BR"/>
        </w:rPr>
        <w:t>"Eu tive medo," confessou Art finalmente, sua voz baixa. "Quando pensei que poderíamos cair... meu maior medo não era morrer. Era falhar. Falhar com a missão, com meu avô, com você."</w:t>
      </w:r>
    </w:p>
    <w:p w14:paraId="52E7517A" w14:textId="77777777" w:rsidR="002355BD" w:rsidRPr="001179E8" w:rsidRDefault="00000000">
      <w:pPr>
        <w:rPr>
          <w:lang w:val="pt-BR"/>
        </w:rPr>
      </w:pPr>
      <w:r w:rsidRPr="001179E8">
        <w:rPr>
          <w:lang w:val="pt-BR"/>
        </w:rPr>
        <w:br/>
      </w:r>
    </w:p>
    <w:p w14:paraId="0F2D9D66" w14:textId="77777777" w:rsidR="002355BD" w:rsidRPr="001179E8" w:rsidRDefault="00000000">
      <w:pPr>
        <w:rPr>
          <w:lang w:val="pt-BR"/>
        </w:rPr>
      </w:pPr>
      <w:r w:rsidRPr="001179E8">
        <w:rPr>
          <w:lang w:val="pt-BR"/>
        </w:rPr>
        <w:t>Linda se virou para ele, seus olhos refletindo a luz das estrelas. "Eu também tive medo, Art. Tive medo de perder você. Você se tornou... importante para mim."</w:t>
      </w:r>
    </w:p>
    <w:p w14:paraId="63FC10FE" w14:textId="77777777" w:rsidR="002355BD" w:rsidRPr="001179E8" w:rsidRDefault="00000000">
      <w:pPr>
        <w:rPr>
          <w:lang w:val="pt-BR"/>
        </w:rPr>
      </w:pPr>
      <w:r w:rsidRPr="001179E8">
        <w:rPr>
          <w:lang w:val="pt-BR"/>
        </w:rPr>
        <w:br/>
      </w:r>
    </w:p>
    <w:p w14:paraId="5824D04A" w14:textId="77777777" w:rsidR="002355BD" w:rsidRPr="001179E8" w:rsidRDefault="00000000">
      <w:pPr>
        <w:rPr>
          <w:lang w:val="pt-BR"/>
        </w:rPr>
      </w:pPr>
      <w:r w:rsidRPr="001179E8">
        <w:rPr>
          <w:lang w:val="pt-BR"/>
        </w:rPr>
        <w:t>Art sentiu seu coração acelerar. Ele deu um passo em direção a ela, erguendo a mão para tocar seu rosto. Seus dedos roçaram sua bochecha macia, e ele viu os olhos dela se fecharem levemente.</w:t>
      </w:r>
    </w:p>
    <w:p w14:paraId="175795EE" w14:textId="77777777" w:rsidR="002355BD" w:rsidRPr="001179E8" w:rsidRDefault="00000000">
      <w:pPr>
        <w:rPr>
          <w:lang w:val="pt-BR"/>
        </w:rPr>
      </w:pPr>
      <w:r w:rsidRPr="001179E8">
        <w:rPr>
          <w:lang w:val="pt-BR"/>
        </w:rPr>
        <w:br/>
      </w:r>
    </w:p>
    <w:p w14:paraId="161F8648" w14:textId="77777777" w:rsidR="002355BD" w:rsidRPr="001179E8" w:rsidRDefault="00000000">
      <w:pPr>
        <w:rPr>
          <w:lang w:val="pt-BR"/>
        </w:rPr>
      </w:pPr>
      <w:r w:rsidRPr="001179E8">
        <w:rPr>
          <w:lang w:val="pt-BR"/>
        </w:rPr>
        <w:lastRenderedPageBreak/>
        <w:t>"Linda, eu..." começou ele, sem saber exatamente o que ia dizer, apenas que precisava expressar a confusão de sentimentos que borbulhava dentro dele.</w:t>
      </w:r>
    </w:p>
    <w:p w14:paraId="526F422F" w14:textId="77777777" w:rsidR="002355BD" w:rsidRPr="001179E8" w:rsidRDefault="00000000">
      <w:pPr>
        <w:rPr>
          <w:lang w:val="pt-BR"/>
        </w:rPr>
      </w:pPr>
      <w:r w:rsidRPr="001179E8">
        <w:rPr>
          <w:lang w:val="pt-BR"/>
        </w:rPr>
        <w:br/>
      </w:r>
    </w:p>
    <w:p w14:paraId="114AF099" w14:textId="77777777" w:rsidR="002355BD" w:rsidRPr="001179E8" w:rsidRDefault="00000000">
      <w:pPr>
        <w:rPr>
          <w:lang w:val="pt-BR"/>
        </w:rPr>
      </w:pPr>
      <w:r w:rsidRPr="001179E8">
        <w:rPr>
          <w:lang w:val="pt-BR"/>
        </w:rPr>
        <w:t>Seus rostos estavam a centímetros de distância. O momento pairava, carregado de eletricidade silenciosa. Art podia sentir a respiração dela em sua pele.</w:t>
      </w:r>
    </w:p>
    <w:p w14:paraId="02FCEA2A" w14:textId="77777777" w:rsidR="002355BD" w:rsidRPr="001179E8" w:rsidRDefault="00000000">
      <w:pPr>
        <w:rPr>
          <w:lang w:val="pt-BR"/>
        </w:rPr>
      </w:pPr>
      <w:r w:rsidRPr="001179E8">
        <w:rPr>
          <w:lang w:val="pt-BR"/>
        </w:rPr>
        <w:br/>
      </w:r>
    </w:p>
    <w:p w14:paraId="3BAFF2CC" w14:textId="77777777" w:rsidR="002355BD" w:rsidRPr="001179E8" w:rsidRDefault="00000000">
      <w:pPr>
        <w:rPr>
          <w:lang w:val="pt-BR"/>
        </w:rPr>
      </w:pPr>
      <w:r w:rsidRPr="001179E8">
        <w:rPr>
          <w:lang w:val="pt-BR"/>
        </w:rPr>
        <w:t>"Emissários!" Uma voz chamou da entrada do observatório. "Perdoem a interrupção, mas o Conselho solicita sua presença para a cerimônia final."</w:t>
      </w:r>
    </w:p>
    <w:p w14:paraId="68025606" w14:textId="77777777" w:rsidR="002355BD" w:rsidRPr="001179E8" w:rsidRDefault="00000000">
      <w:pPr>
        <w:rPr>
          <w:lang w:val="pt-BR"/>
        </w:rPr>
      </w:pPr>
      <w:r w:rsidRPr="001179E8">
        <w:rPr>
          <w:lang w:val="pt-BR"/>
        </w:rPr>
        <w:br/>
      </w:r>
    </w:p>
    <w:p w14:paraId="3CAB13D3" w14:textId="77777777" w:rsidR="002355BD" w:rsidRPr="001179E8" w:rsidRDefault="00000000">
      <w:pPr>
        <w:rPr>
          <w:lang w:val="pt-BR"/>
        </w:rPr>
      </w:pPr>
      <w:r w:rsidRPr="001179E8">
        <w:rPr>
          <w:lang w:val="pt-BR"/>
        </w:rPr>
        <w:t>O momento se quebrou. Art e Linda se afastaram rapidamente, ambos corando levemente sob a luz das estrelas. Art deixou a mão cair, sentindo uma pontada de frustração.</w:t>
      </w:r>
    </w:p>
    <w:p w14:paraId="0A2451DC" w14:textId="77777777" w:rsidR="002355BD" w:rsidRPr="001179E8" w:rsidRDefault="00000000">
      <w:pPr>
        <w:rPr>
          <w:lang w:val="pt-BR"/>
        </w:rPr>
      </w:pPr>
      <w:r w:rsidRPr="001179E8">
        <w:rPr>
          <w:lang w:val="pt-BR"/>
        </w:rPr>
        <w:br/>
      </w:r>
    </w:p>
    <w:p w14:paraId="2E650DFC" w14:textId="77777777" w:rsidR="002355BD" w:rsidRPr="001179E8" w:rsidRDefault="00000000">
      <w:pPr>
        <w:rPr>
          <w:lang w:val="pt-BR"/>
        </w:rPr>
      </w:pPr>
      <w:r w:rsidRPr="001179E8">
        <w:rPr>
          <w:lang w:val="pt-BR"/>
        </w:rPr>
        <w:t>"Vamos," disse Linda, recompondo-se rapidamente. "Temos uma aliança para selar."</w:t>
      </w:r>
    </w:p>
    <w:p w14:paraId="75D644B3" w14:textId="77777777" w:rsidR="002355BD" w:rsidRPr="001179E8" w:rsidRDefault="00000000">
      <w:pPr>
        <w:rPr>
          <w:lang w:val="pt-BR"/>
        </w:rPr>
      </w:pPr>
      <w:r w:rsidRPr="001179E8">
        <w:rPr>
          <w:lang w:val="pt-BR"/>
        </w:rPr>
        <w:br/>
      </w:r>
    </w:p>
    <w:p w14:paraId="38168429" w14:textId="77777777" w:rsidR="002355BD" w:rsidRPr="001179E8" w:rsidRDefault="00000000">
      <w:pPr>
        <w:rPr>
          <w:lang w:val="pt-BR"/>
        </w:rPr>
      </w:pPr>
      <w:r w:rsidRPr="001179E8">
        <w:rPr>
          <w:lang w:val="pt-BR"/>
        </w:rPr>
        <w:t>---</w:t>
      </w:r>
    </w:p>
    <w:p w14:paraId="52D8D98F" w14:textId="77777777" w:rsidR="002355BD" w:rsidRPr="001179E8" w:rsidRDefault="00000000">
      <w:pPr>
        <w:rPr>
          <w:lang w:val="pt-BR"/>
        </w:rPr>
      </w:pPr>
      <w:r w:rsidRPr="001179E8">
        <w:rPr>
          <w:lang w:val="pt-BR"/>
        </w:rPr>
        <w:br/>
      </w:r>
    </w:p>
    <w:p w14:paraId="641F136C" w14:textId="77777777" w:rsidR="002355BD" w:rsidRPr="001179E8" w:rsidRDefault="00000000">
      <w:pPr>
        <w:rPr>
          <w:lang w:val="pt-BR"/>
        </w:rPr>
      </w:pPr>
      <w:r w:rsidRPr="001179E8">
        <w:rPr>
          <w:lang w:val="pt-BR"/>
        </w:rPr>
        <w:t>A cerimônia foi breve, mas solene. Na câmara do conselho, Art e Linda assinaram o tratado de aliança em nome da G.R.A.I.A., usando uma pena encantada que deixou suas assinaturas brilhando com luz prateada no pergaminho celestial.</w:t>
      </w:r>
    </w:p>
    <w:p w14:paraId="1738F339" w14:textId="77777777" w:rsidR="002355BD" w:rsidRPr="001179E8" w:rsidRDefault="00000000">
      <w:pPr>
        <w:rPr>
          <w:lang w:val="pt-BR"/>
        </w:rPr>
      </w:pPr>
      <w:r w:rsidRPr="001179E8">
        <w:rPr>
          <w:lang w:val="pt-BR"/>
        </w:rPr>
        <w:br/>
      </w:r>
    </w:p>
    <w:p w14:paraId="7ED79524" w14:textId="77777777" w:rsidR="002355BD" w:rsidRPr="001179E8" w:rsidRDefault="00000000">
      <w:pPr>
        <w:rPr>
          <w:lang w:val="pt-BR"/>
        </w:rPr>
      </w:pPr>
      <w:r w:rsidRPr="001179E8">
        <w:rPr>
          <w:lang w:val="pt-BR"/>
        </w:rPr>
        <w:t>Como símbolo da aliança, o conselheiro mais velho presenteou Linda com uma única pena branca e dourada. "Que esta Pena da Confiança o guie através dos ventos da incerteza," disse ele solenemente.</w:t>
      </w:r>
    </w:p>
    <w:p w14:paraId="2F817233" w14:textId="77777777" w:rsidR="002355BD" w:rsidRPr="001179E8" w:rsidRDefault="00000000">
      <w:pPr>
        <w:rPr>
          <w:lang w:val="pt-BR"/>
        </w:rPr>
      </w:pPr>
      <w:r w:rsidRPr="001179E8">
        <w:rPr>
          <w:lang w:val="pt-BR"/>
        </w:rPr>
        <w:br/>
      </w:r>
    </w:p>
    <w:p w14:paraId="1406EC91" w14:textId="77777777" w:rsidR="002355BD" w:rsidRPr="001179E8" w:rsidRDefault="00000000">
      <w:pPr>
        <w:rPr>
          <w:lang w:val="pt-BR"/>
        </w:rPr>
      </w:pPr>
      <w:r w:rsidRPr="001179E8">
        <w:rPr>
          <w:lang w:val="pt-BR"/>
        </w:rPr>
        <w:t>Linda aceitou a pena com uma reverência, prendendo-a cuidadosamente em seu traje.</w:t>
      </w:r>
    </w:p>
    <w:p w14:paraId="68AE2893" w14:textId="77777777" w:rsidR="002355BD" w:rsidRPr="001179E8" w:rsidRDefault="00000000">
      <w:pPr>
        <w:rPr>
          <w:lang w:val="pt-BR"/>
        </w:rPr>
      </w:pPr>
      <w:r w:rsidRPr="001179E8">
        <w:rPr>
          <w:lang w:val="pt-BR"/>
        </w:rPr>
        <w:lastRenderedPageBreak/>
        <w:br/>
      </w:r>
    </w:p>
    <w:p w14:paraId="7C578E8D" w14:textId="77777777" w:rsidR="002355BD" w:rsidRPr="001179E8" w:rsidRDefault="00000000">
      <w:pPr>
        <w:rPr>
          <w:lang w:val="pt-BR"/>
        </w:rPr>
      </w:pPr>
      <w:r w:rsidRPr="001179E8">
        <w:rPr>
          <w:lang w:val="pt-BR"/>
        </w:rPr>
        <w:t>Mais tarde, enquanto se preparavam para embarcar na aeronave da G.R.A.I.A., Art observou Linda. Havia uma nova profundidade em seu olhar, uma nova ressonância na forma como interagiam. Aquele momento no observatório, mesmo interrompido, havia mudado algo entre eles. Ele percebeu, com uma clareza súbita, que seus sentimentos por ela iam além da admiração e da amizade. Era algo mais, algo que o assustava e o excitava ao mesmo tempo.</w:t>
      </w:r>
    </w:p>
    <w:p w14:paraId="4604C0CA" w14:textId="77777777" w:rsidR="002355BD" w:rsidRPr="001179E8" w:rsidRDefault="00000000">
      <w:pPr>
        <w:rPr>
          <w:lang w:val="pt-BR"/>
        </w:rPr>
      </w:pPr>
      <w:r w:rsidRPr="001179E8">
        <w:rPr>
          <w:lang w:val="pt-BR"/>
        </w:rPr>
        <w:br/>
      </w:r>
    </w:p>
    <w:p w14:paraId="3F64F21B" w14:textId="77777777" w:rsidR="002355BD" w:rsidRPr="001179E8" w:rsidRDefault="00000000">
      <w:pPr>
        <w:rPr>
          <w:lang w:val="pt-BR"/>
        </w:rPr>
      </w:pPr>
      <w:r w:rsidRPr="001179E8">
        <w:rPr>
          <w:lang w:val="pt-BR"/>
        </w:rPr>
        <w:t>"Próxima parada: Reino Marítimo," disse Linda, sorrindo para ele enquanto subiam a rampa da aeronave. "Pronto para um mergulho?"</w:t>
      </w:r>
    </w:p>
    <w:p w14:paraId="1EA8BECB" w14:textId="77777777" w:rsidR="002355BD" w:rsidRPr="001179E8" w:rsidRDefault="00000000">
      <w:pPr>
        <w:rPr>
          <w:lang w:val="pt-BR"/>
        </w:rPr>
      </w:pPr>
      <w:r w:rsidRPr="001179E8">
        <w:rPr>
          <w:lang w:val="pt-BR"/>
        </w:rPr>
        <w:br/>
      </w:r>
    </w:p>
    <w:p w14:paraId="4AAC2213" w14:textId="77777777" w:rsidR="002355BD" w:rsidRPr="001179E8" w:rsidRDefault="00000000">
      <w:pPr>
        <w:rPr>
          <w:lang w:val="pt-BR"/>
        </w:rPr>
      </w:pPr>
      <w:r w:rsidRPr="001179E8">
        <w:rPr>
          <w:lang w:val="pt-BR"/>
        </w:rPr>
        <w:t>Art sorriu de volta, sentindo uma confiança que não existia antes. "Contanto que você esteja lá para me impedir de afogar, estou pronto para qualquer coisa."</w:t>
      </w:r>
    </w:p>
    <w:p w14:paraId="48A412CF" w14:textId="77777777" w:rsidR="002355BD" w:rsidRPr="001179E8" w:rsidRDefault="00000000">
      <w:pPr>
        <w:rPr>
          <w:lang w:val="pt-BR"/>
        </w:rPr>
      </w:pPr>
      <w:r w:rsidRPr="001179E8">
        <w:rPr>
          <w:lang w:val="pt-BR"/>
        </w:rPr>
        <w:br/>
      </w:r>
    </w:p>
    <w:p w14:paraId="59727C38" w14:textId="77777777" w:rsidR="002355BD" w:rsidRPr="001179E8" w:rsidRDefault="00000000">
      <w:pPr>
        <w:rPr>
          <w:lang w:val="pt-BR"/>
        </w:rPr>
      </w:pPr>
      <w:r w:rsidRPr="001179E8">
        <w:rPr>
          <w:lang w:val="pt-BR"/>
        </w:rPr>
        <w:t>A aeronave decolou, deixando para trás as ilhas flutuantes e o céu vibrante do Reino Alado. A segunda aliança estava garantida, mas Art sabia que os desafios estavam longe de terminar. E a maior complicação, ele suspeitava, poderia não vir dos reinos que visitariam, mas do próprio coração confuso.</w:t>
      </w:r>
    </w:p>
    <w:p w14:paraId="18145533" w14:textId="77777777" w:rsidR="002355BD" w:rsidRPr="001179E8" w:rsidRDefault="002355BD">
      <w:pPr>
        <w:rPr>
          <w:lang w:val="pt-BR"/>
        </w:rPr>
      </w:pPr>
    </w:p>
    <w:p w14:paraId="5F154BBC" w14:textId="77777777" w:rsidR="002355BD" w:rsidRPr="001179E8" w:rsidRDefault="00000000">
      <w:pPr>
        <w:rPr>
          <w:lang w:val="pt-BR"/>
        </w:rPr>
      </w:pPr>
      <w:r w:rsidRPr="001179E8">
        <w:rPr>
          <w:lang w:val="pt-BR"/>
        </w:rPr>
        <w:t>O submarino especial da G.R.A.I.A. deslizava silenciosamente através das águas profundas do oceano. Projetado para suportar pressões extremas e navegar através de barreiras dimensionais, o veículo era uma maravilha da tecnologia humana adaptada para interagir com os reinos místicos.</w:t>
      </w:r>
    </w:p>
    <w:p w14:paraId="4F074CB4" w14:textId="77777777" w:rsidR="002355BD" w:rsidRPr="001179E8" w:rsidRDefault="00000000">
      <w:pPr>
        <w:rPr>
          <w:lang w:val="pt-BR"/>
        </w:rPr>
      </w:pPr>
      <w:r w:rsidRPr="001179E8">
        <w:rPr>
          <w:lang w:val="pt-BR"/>
        </w:rPr>
        <w:br/>
      </w:r>
    </w:p>
    <w:p w14:paraId="66167453" w14:textId="77777777" w:rsidR="002355BD" w:rsidRPr="001179E8" w:rsidRDefault="00000000">
      <w:pPr>
        <w:rPr>
          <w:lang w:val="pt-BR"/>
        </w:rPr>
      </w:pPr>
      <w:r w:rsidRPr="001179E8">
        <w:rPr>
          <w:lang w:val="pt-BR"/>
        </w:rPr>
        <w:t>Na cabine principal, Art observava, fascinado, o mundo submarino que se revelava através das janelas de cristal reforçado. Cardumes de peixes luminescentes passavam em formações hipnóticas, criaturas marinhas de formas impossíveis flutuavam graciosamente na penumbra azulada, e ocasionalmente, sombras maiores e mais misteriosas surgiam e desapareciam nas profundezas.</w:t>
      </w:r>
    </w:p>
    <w:p w14:paraId="06797351" w14:textId="77777777" w:rsidR="002355BD" w:rsidRPr="001179E8" w:rsidRDefault="00000000">
      <w:pPr>
        <w:rPr>
          <w:lang w:val="pt-BR"/>
        </w:rPr>
      </w:pPr>
      <w:r w:rsidRPr="001179E8">
        <w:rPr>
          <w:lang w:val="pt-BR"/>
        </w:rPr>
        <w:br/>
      </w:r>
    </w:p>
    <w:p w14:paraId="7C4991C3" w14:textId="77777777" w:rsidR="002355BD" w:rsidRPr="001179E8" w:rsidRDefault="00000000">
      <w:pPr>
        <w:rPr>
          <w:lang w:val="pt-BR"/>
        </w:rPr>
      </w:pPr>
      <w:r w:rsidRPr="001179E8">
        <w:rPr>
          <w:lang w:val="pt-BR"/>
        </w:rPr>
        <w:lastRenderedPageBreak/>
        <w:t>"É como um sonho," murmurou ele, incapaz de conter o assombro em sua voz.</w:t>
      </w:r>
    </w:p>
    <w:p w14:paraId="2D69CD8B" w14:textId="77777777" w:rsidR="002355BD" w:rsidRPr="001179E8" w:rsidRDefault="00000000">
      <w:pPr>
        <w:rPr>
          <w:lang w:val="pt-BR"/>
        </w:rPr>
      </w:pPr>
      <w:r w:rsidRPr="001179E8">
        <w:rPr>
          <w:lang w:val="pt-BR"/>
        </w:rPr>
        <w:br/>
      </w:r>
    </w:p>
    <w:p w14:paraId="4EFF0FF5" w14:textId="77777777" w:rsidR="002355BD" w:rsidRPr="001179E8" w:rsidRDefault="00000000">
      <w:pPr>
        <w:rPr>
          <w:lang w:val="pt-BR"/>
        </w:rPr>
      </w:pPr>
      <w:r w:rsidRPr="001179E8">
        <w:rPr>
          <w:lang w:val="pt-BR"/>
        </w:rPr>
        <w:t>Linda estava ao seu lado, igualmente maravilhada. Seu cabelo castanho com mechas roxas estava preso em uma trança elaborada, adornada com pequenas conchas que Android havia fornecido como um gesto de respeito à cultura marítima. Ela usava um traje especial azul-esverdeado que se adaptaria tanto à pressão da água quanto às suas mudanças de tamanho, caso precisasse usar seus poderes.</w:t>
      </w:r>
    </w:p>
    <w:p w14:paraId="2A140844" w14:textId="77777777" w:rsidR="002355BD" w:rsidRPr="001179E8" w:rsidRDefault="00000000">
      <w:pPr>
        <w:rPr>
          <w:lang w:val="pt-BR"/>
        </w:rPr>
      </w:pPr>
      <w:r w:rsidRPr="001179E8">
        <w:rPr>
          <w:lang w:val="pt-BR"/>
        </w:rPr>
        <w:br/>
      </w:r>
    </w:p>
    <w:p w14:paraId="5D8DDF82" w14:textId="77777777" w:rsidR="002355BD" w:rsidRPr="001179E8" w:rsidRDefault="00000000">
      <w:pPr>
        <w:rPr>
          <w:lang w:val="pt-BR"/>
        </w:rPr>
      </w:pPr>
      <w:r w:rsidRPr="001179E8">
        <w:rPr>
          <w:lang w:val="pt-BR"/>
        </w:rPr>
        <w:t>"Minha mãe me contava histórias sobre o Reino Marítimo," disse Linda, seus olhos violeta refletindo as luzes dançantes do oceano. "Dizia que as cidades eram feitas de coral vivo e cristal pensante, que a música das correntes era a mais doce melodia do universo."</w:t>
      </w:r>
    </w:p>
    <w:p w14:paraId="26C47105" w14:textId="77777777" w:rsidR="002355BD" w:rsidRPr="001179E8" w:rsidRDefault="00000000">
      <w:pPr>
        <w:rPr>
          <w:lang w:val="pt-BR"/>
        </w:rPr>
      </w:pPr>
      <w:r w:rsidRPr="001179E8">
        <w:rPr>
          <w:lang w:val="pt-BR"/>
        </w:rPr>
        <w:br/>
      </w:r>
    </w:p>
    <w:p w14:paraId="59308AC8" w14:textId="77777777" w:rsidR="002355BD" w:rsidRPr="001179E8" w:rsidRDefault="00000000">
      <w:pPr>
        <w:rPr>
          <w:lang w:val="pt-BR"/>
        </w:rPr>
      </w:pPr>
      <w:r w:rsidRPr="001179E8">
        <w:rPr>
          <w:lang w:val="pt-BR"/>
        </w:rPr>
        <w:t>Art sorriu, notando como ela sempre tinha uma história ou conhecimento fascinante para compartilhar. Nos últimos dias, desde o sucesso no Reino Alado, ele percebera uma mudança sutil na dinâmica entre eles. Linda parecia mais... próxima. Seus dedos ocasionalmente roçavam os dele quando apontava algo interessante pela janela, seu sorriso parecia mais caloroso, seus elogios mais frequentes.</w:t>
      </w:r>
    </w:p>
    <w:p w14:paraId="3648FCD0" w14:textId="77777777" w:rsidR="002355BD" w:rsidRPr="001179E8" w:rsidRDefault="00000000">
      <w:pPr>
        <w:rPr>
          <w:lang w:val="pt-BR"/>
        </w:rPr>
      </w:pPr>
      <w:r w:rsidRPr="001179E8">
        <w:rPr>
          <w:lang w:val="pt-BR"/>
        </w:rPr>
        <w:br/>
      </w:r>
    </w:p>
    <w:p w14:paraId="29178F75" w14:textId="77777777" w:rsidR="002355BD" w:rsidRPr="001179E8" w:rsidRDefault="00000000">
      <w:pPr>
        <w:rPr>
          <w:lang w:val="pt-BR"/>
        </w:rPr>
      </w:pPr>
      <w:r w:rsidRPr="001179E8">
        <w:rPr>
          <w:lang w:val="pt-BR"/>
        </w:rPr>
        <w:t>"Você está nervoso?" perguntou ela, virando-se para encará-lo diretamente.</w:t>
      </w:r>
    </w:p>
    <w:p w14:paraId="07E73175" w14:textId="77777777" w:rsidR="002355BD" w:rsidRPr="001179E8" w:rsidRDefault="00000000">
      <w:pPr>
        <w:rPr>
          <w:lang w:val="pt-BR"/>
        </w:rPr>
      </w:pPr>
      <w:r w:rsidRPr="001179E8">
        <w:rPr>
          <w:lang w:val="pt-BR"/>
        </w:rPr>
        <w:br/>
      </w:r>
    </w:p>
    <w:p w14:paraId="4B610096" w14:textId="77777777" w:rsidR="002355BD" w:rsidRPr="001179E8" w:rsidRDefault="00000000">
      <w:pPr>
        <w:rPr>
          <w:lang w:val="pt-BR"/>
        </w:rPr>
      </w:pPr>
      <w:r w:rsidRPr="001179E8">
        <w:rPr>
          <w:lang w:val="pt-BR"/>
        </w:rPr>
        <w:t>Art considerou mentir, mas algo no olhar dela o fez optar pela honestidade. "Um pouco. Os Marítimos são conhecidos por serem... intensos em suas emoções. E depois do que aconteceu com os Alados..."</w:t>
      </w:r>
    </w:p>
    <w:p w14:paraId="63606557" w14:textId="77777777" w:rsidR="002355BD" w:rsidRPr="001179E8" w:rsidRDefault="00000000">
      <w:pPr>
        <w:rPr>
          <w:lang w:val="pt-BR"/>
        </w:rPr>
      </w:pPr>
      <w:r w:rsidRPr="001179E8">
        <w:rPr>
          <w:lang w:val="pt-BR"/>
        </w:rPr>
        <w:br/>
      </w:r>
    </w:p>
    <w:p w14:paraId="041C9533" w14:textId="77777777" w:rsidR="002355BD" w:rsidRPr="001179E8" w:rsidRDefault="00000000">
      <w:pPr>
        <w:rPr>
          <w:lang w:val="pt-BR"/>
        </w:rPr>
      </w:pPr>
      <w:r w:rsidRPr="001179E8">
        <w:rPr>
          <w:lang w:val="pt-BR"/>
        </w:rPr>
        <w:t>"Você foi incrível com os Alados," disse Linda, tocando levemente seu braço. O contato, mesmo através do tecido do traje, enviou um pequeno arrepio pela espinha de Art. "A forma como você percebeu o veneno, como reagiu para me proteger..."</w:t>
      </w:r>
    </w:p>
    <w:p w14:paraId="579469CB" w14:textId="77777777" w:rsidR="002355BD" w:rsidRPr="001179E8" w:rsidRDefault="00000000">
      <w:pPr>
        <w:rPr>
          <w:lang w:val="pt-BR"/>
        </w:rPr>
      </w:pPr>
      <w:r w:rsidRPr="001179E8">
        <w:rPr>
          <w:lang w:val="pt-BR"/>
        </w:rPr>
        <w:br/>
      </w:r>
    </w:p>
    <w:p w14:paraId="73AB6749" w14:textId="77777777" w:rsidR="002355BD" w:rsidRPr="001179E8" w:rsidRDefault="00000000">
      <w:pPr>
        <w:rPr>
          <w:lang w:val="pt-BR"/>
        </w:rPr>
      </w:pPr>
      <w:r w:rsidRPr="001179E8">
        <w:rPr>
          <w:lang w:val="pt-BR"/>
        </w:rPr>
        <w:lastRenderedPageBreak/>
        <w:t>"Foi instinto," respondeu Art, sentindo o rosto esquentar. "Além disso, você foi quem realmente salvou a situação quando aqueles espiões nos atacaram."</w:t>
      </w:r>
    </w:p>
    <w:p w14:paraId="11A653DC" w14:textId="77777777" w:rsidR="002355BD" w:rsidRPr="001179E8" w:rsidRDefault="00000000">
      <w:pPr>
        <w:rPr>
          <w:lang w:val="pt-BR"/>
        </w:rPr>
      </w:pPr>
      <w:r w:rsidRPr="001179E8">
        <w:rPr>
          <w:lang w:val="pt-BR"/>
        </w:rPr>
        <w:br/>
      </w:r>
    </w:p>
    <w:p w14:paraId="34EBC79C" w14:textId="77777777" w:rsidR="002355BD" w:rsidRPr="001179E8" w:rsidRDefault="00000000">
      <w:pPr>
        <w:rPr>
          <w:lang w:val="pt-BR"/>
        </w:rPr>
      </w:pPr>
      <w:r w:rsidRPr="001179E8">
        <w:rPr>
          <w:lang w:val="pt-BR"/>
        </w:rPr>
        <w:t>Linda sorriu, um sorriso que iluminava todo seu rosto. "Somos uma boa equipe, não somos?"</w:t>
      </w:r>
    </w:p>
    <w:p w14:paraId="54557759" w14:textId="77777777" w:rsidR="002355BD" w:rsidRPr="001179E8" w:rsidRDefault="00000000">
      <w:pPr>
        <w:rPr>
          <w:lang w:val="pt-BR"/>
        </w:rPr>
      </w:pPr>
      <w:r w:rsidRPr="001179E8">
        <w:rPr>
          <w:lang w:val="pt-BR"/>
        </w:rPr>
        <w:br/>
      </w:r>
    </w:p>
    <w:p w14:paraId="6DD07CB4" w14:textId="77777777" w:rsidR="002355BD" w:rsidRPr="001179E8" w:rsidRDefault="00000000">
      <w:pPr>
        <w:rPr>
          <w:lang w:val="pt-BR"/>
        </w:rPr>
      </w:pPr>
      <w:r w:rsidRPr="001179E8">
        <w:rPr>
          <w:lang w:val="pt-BR"/>
        </w:rPr>
        <w:t>"A melhor," concordou Art, retribuindo o sorriso.</w:t>
      </w:r>
    </w:p>
    <w:p w14:paraId="724CEA64" w14:textId="77777777" w:rsidR="002355BD" w:rsidRPr="001179E8" w:rsidRDefault="00000000">
      <w:pPr>
        <w:rPr>
          <w:lang w:val="pt-BR"/>
        </w:rPr>
      </w:pPr>
      <w:r w:rsidRPr="001179E8">
        <w:rPr>
          <w:lang w:val="pt-BR"/>
        </w:rPr>
        <w:br/>
      </w:r>
    </w:p>
    <w:p w14:paraId="0BC8F8D7" w14:textId="77777777" w:rsidR="002355BD" w:rsidRPr="001179E8" w:rsidRDefault="00000000">
      <w:pPr>
        <w:rPr>
          <w:lang w:val="pt-BR"/>
        </w:rPr>
      </w:pPr>
      <w:r w:rsidRPr="001179E8">
        <w:rPr>
          <w:lang w:val="pt-BR"/>
        </w:rPr>
        <w:t>O momento foi interrompido pelo piloto do submarino. "Emissários, estamos nos aproximando do portal dimensional para o Reino Marítimo. Preparem-se para a transição."</w:t>
      </w:r>
    </w:p>
    <w:p w14:paraId="37FF02FC" w14:textId="77777777" w:rsidR="002355BD" w:rsidRPr="001179E8" w:rsidRDefault="00000000">
      <w:pPr>
        <w:rPr>
          <w:lang w:val="pt-BR"/>
        </w:rPr>
      </w:pPr>
      <w:r w:rsidRPr="001179E8">
        <w:rPr>
          <w:lang w:val="pt-BR"/>
        </w:rPr>
        <w:br/>
      </w:r>
    </w:p>
    <w:p w14:paraId="4D223DD6" w14:textId="77777777" w:rsidR="002355BD" w:rsidRPr="001179E8" w:rsidRDefault="00000000">
      <w:pPr>
        <w:rPr>
          <w:lang w:val="pt-BR"/>
        </w:rPr>
      </w:pPr>
      <w:r w:rsidRPr="001179E8">
        <w:rPr>
          <w:lang w:val="pt-BR"/>
        </w:rPr>
        <w:t>Art e Linda se acomodaram em seus assentos, afivelando os cintos de segurança. A transição entre dimensões era sempre uma experiência desorientadora.</w:t>
      </w:r>
    </w:p>
    <w:p w14:paraId="35AB0EBD" w14:textId="77777777" w:rsidR="002355BD" w:rsidRPr="001179E8" w:rsidRDefault="00000000">
      <w:pPr>
        <w:rPr>
          <w:lang w:val="pt-BR"/>
        </w:rPr>
      </w:pPr>
      <w:r w:rsidRPr="001179E8">
        <w:rPr>
          <w:lang w:val="pt-BR"/>
        </w:rPr>
        <w:br/>
      </w:r>
    </w:p>
    <w:p w14:paraId="7E6133E2" w14:textId="77777777" w:rsidR="002355BD" w:rsidRPr="001179E8" w:rsidRDefault="00000000">
      <w:pPr>
        <w:rPr>
          <w:lang w:val="pt-BR"/>
        </w:rPr>
      </w:pPr>
      <w:r w:rsidRPr="001179E8">
        <w:rPr>
          <w:lang w:val="pt-BR"/>
        </w:rPr>
        <w:t>O submarino estremeceu quando atravessou uma barreira invisível. Por um momento, a água ao redor pareceu solidificar-se, tornando-se densa como mercúrio líquido, antes de explodir em cores impossíveis – azuis mais profundos que qualquer oceano terrestre, verdes que pulsavam com vida própria, e ocasionais lampejos de luz que pareciam comunicar-se entre si.</w:t>
      </w:r>
    </w:p>
    <w:p w14:paraId="72107363" w14:textId="77777777" w:rsidR="002355BD" w:rsidRPr="001179E8" w:rsidRDefault="00000000">
      <w:pPr>
        <w:rPr>
          <w:lang w:val="pt-BR"/>
        </w:rPr>
      </w:pPr>
      <w:r w:rsidRPr="001179E8">
        <w:rPr>
          <w:lang w:val="pt-BR"/>
        </w:rPr>
        <w:br/>
      </w:r>
    </w:p>
    <w:p w14:paraId="7C279AC4" w14:textId="77777777" w:rsidR="002355BD" w:rsidRPr="001179E8" w:rsidRDefault="00000000">
      <w:pPr>
        <w:rPr>
          <w:lang w:val="pt-BR"/>
        </w:rPr>
      </w:pPr>
      <w:r w:rsidRPr="001179E8">
        <w:rPr>
          <w:lang w:val="pt-BR"/>
        </w:rPr>
        <w:t>E então, eles viram.</w:t>
      </w:r>
    </w:p>
    <w:p w14:paraId="16695082" w14:textId="77777777" w:rsidR="002355BD" w:rsidRPr="001179E8" w:rsidRDefault="00000000">
      <w:pPr>
        <w:rPr>
          <w:lang w:val="pt-BR"/>
        </w:rPr>
      </w:pPr>
      <w:r w:rsidRPr="001179E8">
        <w:rPr>
          <w:lang w:val="pt-BR"/>
        </w:rPr>
        <w:br/>
      </w:r>
    </w:p>
    <w:p w14:paraId="61425614" w14:textId="77777777" w:rsidR="002355BD" w:rsidRPr="001179E8" w:rsidRDefault="00000000">
      <w:pPr>
        <w:rPr>
          <w:lang w:val="pt-BR"/>
        </w:rPr>
      </w:pPr>
      <w:r w:rsidRPr="001179E8">
        <w:rPr>
          <w:lang w:val="pt-BR"/>
        </w:rPr>
        <w:t xml:space="preserve">A cidade subaquática dos Marítimos se estendia diante deles como uma visão de outro mundo. Estruturas orgânicas de coral vivo se entrelaçavam com torres de cristal transparente, formando uma metrópole submarina de beleza indescritível. Luzes bioluminescentes pulsavam em padrões rítmicos, como se a própria cidade respirasse. Seres aquáticos de todas as formas nadavam entre os edifícios – alguns claramente </w:t>
      </w:r>
      <w:r w:rsidRPr="001179E8">
        <w:rPr>
          <w:lang w:val="pt-BR"/>
        </w:rPr>
        <w:lastRenderedPageBreak/>
        <w:t>humanoides com caudas de peixe, outros mais alienígenas em sua aparência, mas todos movendo-se com a graça natural de criaturas nascidas da água.</w:t>
      </w:r>
    </w:p>
    <w:p w14:paraId="48ED28B6" w14:textId="77777777" w:rsidR="002355BD" w:rsidRPr="001179E8" w:rsidRDefault="00000000">
      <w:pPr>
        <w:rPr>
          <w:lang w:val="pt-BR"/>
        </w:rPr>
      </w:pPr>
      <w:r w:rsidRPr="001179E8">
        <w:rPr>
          <w:lang w:val="pt-BR"/>
        </w:rPr>
        <w:br/>
      </w:r>
    </w:p>
    <w:p w14:paraId="4D3FBA17" w14:textId="77777777" w:rsidR="002355BD" w:rsidRPr="001179E8" w:rsidRDefault="00000000">
      <w:pPr>
        <w:rPr>
          <w:lang w:val="pt-BR"/>
        </w:rPr>
      </w:pPr>
      <w:r w:rsidRPr="001179E8">
        <w:rPr>
          <w:lang w:val="pt-BR"/>
        </w:rPr>
        <w:t>"É... é mais bonito do que qualquer descrição poderia capturar," sussurrou Linda, seus olhos arregalados de admiração.</w:t>
      </w:r>
    </w:p>
    <w:p w14:paraId="20D2D462" w14:textId="77777777" w:rsidR="002355BD" w:rsidRPr="001179E8" w:rsidRDefault="00000000">
      <w:pPr>
        <w:rPr>
          <w:lang w:val="pt-BR"/>
        </w:rPr>
      </w:pPr>
      <w:r w:rsidRPr="001179E8">
        <w:rPr>
          <w:lang w:val="pt-BR"/>
        </w:rPr>
        <w:br/>
      </w:r>
    </w:p>
    <w:p w14:paraId="532A66C7" w14:textId="77777777" w:rsidR="002355BD" w:rsidRPr="001179E8" w:rsidRDefault="00000000">
      <w:pPr>
        <w:rPr>
          <w:lang w:val="pt-BR"/>
        </w:rPr>
      </w:pPr>
      <w:r w:rsidRPr="001179E8">
        <w:rPr>
          <w:lang w:val="pt-BR"/>
        </w:rPr>
        <w:t>Art apenas assentiu, sem palavras para expressar o que sentia.</w:t>
      </w:r>
    </w:p>
    <w:p w14:paraId="1CB5BC75" w14:textId="77777777" w:rsidR="002355BD" w:rsidRPr="001179E8" w:rsidRDefault="00000000">
      <w:pPr>
        <w:rPr>
          <w:lang w:val="pt-BR"/>
        </w:rPr>
      </w:pPr>
      <w:r w:rsidRPr="001179E8">
        <w:rPr>
          <w:lang w:val="pt-BR"/>
        </w:rPr>
        <w:br/>
      </w:r>
    </w:p>
    <w:p w14:paraId="030B9805" w14:textId="77777777" w:rsidR="002355BD" w:rsidRPr="001179E8" w:rsidRDefault="00000000">
      <w:pPr>
        <w:rPr>
          <w:lang w:val="pt-BR"/>
        </w:rPr>
      </w:pPr>
      <w:r w:rsidRPr="001179E8">
        <w:rPr>
          <w:lang w:val="pt-BR"/>
        </w:rPr>
        <w:t>O submarino foi escoltado por guardas marítimos – guerreiros com pele azulada, brânquias nas laterais do pescoço e armas de tridente que brilhavam com energia aquática – até uma doca especial. A estrutura parecia ser uma bolha de ar mantida por magia antiga, permitindo que visitantes terrestres respirassem normalmente.</w:t>
      </w:r>
    </w:p>
    <w:p w14:paraId="6ED39E2D" w14:textId="77777777" w:rsidR="002355BD" w:rsidRPr="001179E8" w:rsidRDefault="00000000">
      <w:pPr>
        <w:rPr>
          <w:lang w:val="pt-BR"/>
        </w:rPr>
      </w:pPr>
      <w:r w:rsidRPr="001179E8">
        <w:rPr>
          <w:lang w:val="pt-BR"/>
        </w:rPr>
        <w:br/>
      </w:r>
    </w:p>
    <w:p w14:paraId="4768248D" w14:textId="77777777" w:rsidR="002355BD" w:rsidRPr="001179E8" w:rsidRDefault="00000000">
      <w:pPr>
        <w:rPr>
          <w:lang w:val="pt-BR"/>
        </w:rPr>
      </w:pPr>
      <w:r w:rsidRPr="001179E8">
        <w:rPr>
          <w:lang w:val="pt-BR"/>
        </w:rPr>
        <w:t>Ao desembarcarem, foram recebidos por uma delegação marítima liderada por um tritão de aparência nobre, com escamas prateadas e uma coroa de coral vivo.</w:t>
      </w:r>
    </w:p>
    <w:p w14:paraId="014F1DE7" w14:textId="77777777" w:rsidR="002355BD" w:rsidRPr="001179E8" w:rsidRDefault="00000000">
      <w:pPr>
        <w:rPr>
          <w:lang w:val="pt-BR"/>
        </w:rPr>
      </w:pPr>
      <w:r w:rsidRPr="001179E8">
        <w:rPr>
          <w:lang w:val="pt-BR"/>
        </w:rPr>
        <w:br/>
      </w:r>
    </w:p>
    <w:p w14:paraId="533AD0E1" w14:textId="77777777" w:rsidR="002355BD" w:rsidRPr="001179E8" w:rsidRDefault="00000000">
      <w:pPr>
        <w:rPr>
          <w:lang w:val="pt-BR"/>
        </w:rPr>
      </w:pPr>
      <w:r w:rsidRPr="001179E8">
        <w:rPr>
          <w:lang w:val="pt-BR"/>
        </w:rPr>
        <w:t>"Emissários da Superfície," disse ele, sua voz melodiosa mesmo fora d'água. "Sou Conselheiro Nereus. A Rainha Marina os aguarda no Palácio de Coral. Sigam-me."</w:t>
      </w:r>
    </w:p>
    <w:p w14:paraId="126C16CB" w14:textId="77777777" w:rsidR="002355BD" w:rsidRPr="001179E8" w:rsidRDefault="00000000">
      <w:pPr>
        <w:rPr>
          <w:lang w:val="pt-BR"/>
        </w:rPr>
      </w:pPr>
      <w:r w:rsidRPr="001179E8">
        <w:rPr>
          <w:lang w:val="pt-BR"/>
        </w:rPr>
        <w:br/>
      </w:r>
    </w:p>
    <w:p w14:paraId="57B31A86" w14:textId="77777777" w:rsidR="002355BD" w:rsidRPr="001179E8" w:rsidRDefault="00000000">
      <w:pPr>
        <w:rPr>
          <w:lang w:val="pt-BR"/>
        </w:rPr>
      </w:pPr>
      <w:r w:rsidRPr="001179E8">
        <w:rPr>
          <w:lang w:val="pt-BR"/>
        </w:rPr>
        <w:t>Art e Linda trocaram olhares nervosos antes de seguir o conselheiro. A menção à Rainha Marina – mãe de Híbrida e uma das governantes mais poderosas dos reinos místicos – elevava consideravelmente as apostas desta parte da missão.</w:t>
      </w:r>
    </w:p>
    <w:p w14:paraId="0D0D6A0A" w14:textId="77777777" w:rsidR="002355BD" w:rsidRPr="001179E8" w:rsidRDefault="00000000">
      <w:pPr>
        <w:rPr>
          <w:lang w:val="pt-BR"/>
        </w:rPr>
      </w:pPr>
      <w:r w:rsidRPr="001179E8">
        <w:rPr>
          <w:lang w:val="pt-BR"/>
        </w:rPr>
        <w:br/>
      </w:r>
    </w:p>
    <w:p w14:paraId="56A9AF90" w14:textId="77777777" w:rsidR="002355BD" w:rsidRPr="001179E8" w:rsidRDefault="00000000">
      <w:pPr>
        <w:rPr>
          <w:lang w:val="pt-BR"/>
        </w:rPr>
      </w:pPr>
      <w:r w:rsidRPr="001179E8">
        <w:rPr>
          <w:lang w:val="pt-BR"/>
        </w:rPr>
        <w:t xml:space="preserve">O caminho até o palácio era uma série de túneis de cristal transparente que serpenteavam entre os edifícios da cidade, oferecendo vistas espetaculares da vida marinha ao redor. Ocasionalmente, crianças marítimas nadavam até o túnel, pressionando rostos curiosos </w:t>
      </w:r>
      <w:r w:rsidRPr="001179E8">
        <w:rPr>
          <w:lang w:val="pt-BR"/>
        </w:rPr>
        <w:lastRenderedPageBreak/>
        <w:t>contra o cristal para observar os visitantes terrestres, antes de serem gentilmente afastadas por adultos vigilantes.</w:t>
      </w:r>
    </w:p>
    <w:p w14:paraId="46C10E6A" w14:textId="77777777" w:rsidR="002355BD" w:rsidRPr="001179E8" w:rsidRDefault="00000000">
      <w:pPr>
        <w:rPr>
          <w:lang w:val="pt-BR"/>
        </w:rPr>
      </w:pPr>
      <w:r w:rsidRPr="001179E8">
        <w:rPr>
          <w:lang w:val="pt-BR"/>
        </w:rPr>
        <w:br/>
      </w:r>
    </w:p>
    <w:p w14:paraId="7752CFF2" w14:textId="77777777" w:rsidR="002355BD" w:rsidRPr="001179E8" w:rsidRDefault="00000000">
      <w:pPr>
        <w:rPr>
          <w:lang w:val="pt-BR"/>
        </w:rPr>
      </w:pPr>
      <w:r w:rsidRPr="001179E8">
        <w:rPr>
          <w:lang w:val="pt-BR"/>
        </w:rPr>
        <w:t>"Os pequenos raramente veem seres da superfície," explicou Nereus, notando o interesse de Linda nas crianças. "Para eles, vocês são tão exóticos quanto sereias seriam para crianças humanas."</w:t>
      </w:r>
    </w:p>
    <w:p w14:paraId="3F007625" w14:textId="77777777" w:rsidR="002355BD" w:rsidRPr="001179E8" w:rsidRDefault="00000000">
      <w:pPr>
        <w:rPr>
          <w:lang w:val="pt-BR"/>
        </w:rPr>
      </w:pPr>
      <w:r w:rsidRPr="001179E8">
        <w:rPr>
          <w:lang w:val="pt-BR"/>
        </w:rPr>
        <w:br/>
      </w:r>
    </w:p>
    <w:p w14:paraId="0FC12D68" w14:textId="77777777" w:rsidR="002355BD" w:rsidRPr="001179E8" w:rsidRDefault="00000000">
      <w:pPr>
        <w:rPr>
          <w:lang w:val="pt-BR"/>
        </w:rPr>
      </w:pPr>
      <w:r w:rsidRPr="001179E8">
        <w:rPr>
          <w:lang w:val="pt-BR"/>
        </w:rPr>
        <w:t>Linda sorriu, acenando para uma pequena sereia de cabelos cor-de-rosa que os observava timidamente. A criança riu, um som borbulhante mesmo através do cristal, antes de nadar para longe em um lampejo de escamas cintilantes.</w:t>
      </w:r>
    </w:p>
    <w:p w14:paraId="00F79898" w14:textId="77777777" w:rsidR="002355BD" w:rsidRPr="001179E8" w:rsidRDefault="00000000">
      <w:pPr>
        <w:rPr>
          <w:lang w:val="pt-BR"/>
        </w:rPr>
      </w:pPr>
      <w:r w:rsidRPr="001179E8">
        <w:rPr>
          <w:lang w:val="pt-BR"/>
        </w:rPr>
        <w:br/>
      </w:r>
    </w:p>
    <w:p w14:paraId="35A5C055" w14:textId="77777777" w:rsidR="002355BD" w:rsidRPr="001179E8" w:rsidRDefault="00000000">
      <w:pPr>
        <w:rPr>
          <w:lang w:val="pt-BR"/>
        </w:rPr>
      </w:pPr>
      <w:r w:rsidRPr="001179E8">
        <w:rPr>
          <w:lang w:val="pt-BR"/>
        </w:rPr>
        <w:t>O Palácio de Coral era uma estrutura majestosa no centro da cidade, suas torres espiraladas alcançando alturas impressionantes, seus pátios internos abrigando jardins de anêmonas e plantas submarinas de cores vibrantes. Foram conduzidos através de corredores ornamentados com pérolas e conchas raras até chegarem a uma vasta câmara circular.</w:t>
      </w:r>
    </w:p>
    <w:p w14:paraId="32D050CD" w14:textId="77777777" w:rsidR="002355BD" w:rsidRPr="001179E8" w:rsidRDefault="00000000">
      <w:pPr>
        <w:rPr>
          <w:lang w:val="pt-BR"/>
        </w:rPr>
      </w:pPr>
      <w:r w:rsidRPr="001179E8">
        <w:rPr>
          <w:lang w:val="pt-BR"/>
        </w:rPr>
        <w:br/>
      </w:r>
    </w:p>
    <w:p w14:paraId="7CB89831" w14:textId="77777777" w:rsidR="002355BD" w:rsidRPr="001179E8" w:rsidRDefault="00000000">
      <w:pPr>
        <w:rPr>
          <w:lang w:val="pt-BR"/>
        </w:rPr>
      </w:pPr>
      <w:r w:rsidRPr="001179E8">
        <w:rPr>
          <w:lang w:val="pt-BR"/>
        </w:rPr>
        <w:t>A Sala do Trono da Rainha Marina era um espetáculo de beleza aquática. O teto era uma cúpula de cristal que revelava o oceano acima, filtrando a luz em padrões hipnóticos pelo chão de madrepérola. O trono em si parecia esculpido de uma única pérola gigante, cercado por fontes que jorravam água em arcos graciosos antes de retornar a pequenos lagos decorativos.</w:t>
      </w:r>
    </w:p>
    <w:p w14:paraId="50B39A31" w14:textId="77777777" w:rsidR="002355BD" w:rsidRPr="001179E8" w:rsidRDefault="00000000">
      <w:pPr>
        <w:rPr>
          <w:lang w:val="pt-BR"/>
        </w:rPr>
      </w:pPr>
      <w:r w:rsidRPr="001179E8">
        <w:rPr>
          <w:lang w:val="pt-BR"/>
        </w:rPr>
        <w:br/>
      </w:r>
    </w:p>
    <w:p w14:paraId="152F3686" w14:textId="77777777" w:rsidR="002355BD" w:rsidRPr="001179E8" w:rsidRDefault="00000000">
      <w:pPr>
        <w:rPr>
          <w:lang w:val="pt-BR"/>
        </w:rPr>
      </w:pPr>
      <w:r w:rsidRPr="001179E8">
        <w:rPr>
          <w:lang w:val="pt-BR"/>
        </w:rPr>
        <w:t>E sentada no trono estava a Rainha Marina – uma figura de beleza etérea, com pele de um azul pálido que parecia brilhar com luz própria, cabelos longos e ondulados como as correntes do oceano, e olhos de um verde-mar profundo que lembravam os de Híbrida. Sua cauda, visível abaixo da cintura, era coberta por escamas iridescentes que mudavam de cor com cada movimento.</w:t>
      </w:r>
    </w:p>
    <w:p w14:paraId="4F4B7BA9" w14:textId="77777777" w:rsidR="002355BD" w:rsidRPr="001179E8" w:rsidRDefault="00000000">
      <w:pPr>
        <w:rPr>
          <w:lang w:val="pt-BR"/>
        </w:rPr>
      </w:pPr>
      <w:r w:rsidRPr="001179E8">
        <w:rPr>
          <w:lang w:val="pt-BR"/>
        </w:rPr>
        <w:br/>
      </w:r>
    </w:p>
    <w:p w14:paraId="1DD3D917" w14:textId="77777777" w:rsidR="002355BD" w:rsidRPr="001179E8" w:rsidRDefault="00000000">
      <w:pPr>
        <w:rPr>
          <w:lang w:val="pt-BR"/>
        </w:rPr>
      </w:pPr>
      <w:r w:rsidRPr="001179E8">
        <w:rPr>
          <w:lang w:val="pt-BR"/>
        </w:rPr>
        <w:lastRenderedPageBreak/>
        <w:t>"Aproximem-se, emissários da G.R.A.I.A.," disse a Rainha, sua voz musical ecoando pela câmara.</w:t>
      </w:r>
    </w:p>
    <w:p w14:paraId="633C00E6" w14:textId="77777777" w:rsidR="002355BD" w:rsidRPr="001179E8" w:rsidRDefault="00000000">
      <w:pPr>
        <w:rPr>
          <w:lang w:val="pt-BR"/>
        </w:rPr>
      </w:pPr>
      <w:r w:rsidRPr="001179E8">
        <w:rPr>
          <w:lang w:val="pt-BR"/>
        </w:rPr>
        <w:br/>
      </w:r>
    </w:p>
    <w:p w14:paraId="0FFB6494" w14:textId="77777777" w:rsidR="002355BD" w:rsidRPr="001179E8" w:rsidRDefault="00000000">
      <w:pPr>
        <w:rPr>
          <w:lang w:val="pt-BR"/>
        </w:rPr>
      </w:pPr>
      <w:r w:rsidRPr="001179E8">
        <w:rPr>
          <w:lang w:val="pt-BR"/>
        </w:rPr>
        <w:t>Art e Linda avançaram e fizeram reverências respeitosas, conforme haviam estudado nos protocolos marítimos.</w:t>
      </w:r>
    </w:p>
    <w:p w14:paraId="3A4E4042" w14:textId="77777777" w:rsidR="002355BD" w:rsidRPr="001179E8" w:rsidRDefault="00000000">
      <w:pPr>
        <w:rPr>
          <w:lang w:val="pt-BR"/>
        </w:rPr>
      </w:pPr>
      <w:r w:rsidRPr="001179E8">
        <w:rPr>
          <w:lang w:val="pt-BR"/>
        </w:rPr>
        <w:br/>
      </w:r>
    </w:p>
    <w:p w14:paraId="6703EA2F" w14:textId="77777777" w:rsidR="002355BD" w:rsidRPr="001179E8" w:rsidRDefault="00000000">
      <w:pPr>
        <w:rPr>
          <w:lang w:val="pt-BR"/>
        </w:rPr>
      </w:pPr>
      <w:r w:rsidRPr="001179E8">
        <w:rPr>
          <w:lang w:val="pt-BR"/>
        </w:rPr>
        <w:t>"Majestade," começou Linda, sua voz clara e confiante. "Trazemos saudações do mundo da superfície e notícias de sua filha, a Princesa Lia."</w:t>
      </w:r>
    </w:p>
    <w:p w14:paraId="1C3BEE7C" w14:textId="77777777" w:rsidR="002355BD" w:rsidRPr="001179E8" w:rsidRDefault="00000000">
      <w:pPr>
        <w:rPr>
          <w:lang w:val="pt-BR"/>
        </w:rPr>
      </w:pPr>
      <w:r w:rsidRPr="001179E8">
        <w:rPr>
          <w:lang w:val="pt-BR"/>
        </w:rPr>
        <w:br/>
      </w:r>
    </w:p>
    <w:p w14:paraId="4238C39E" w14:textId="77777777" w:rsidR="002355BD" w:rsidRPr="001179E8" w:rsidRDefault="00000000">
      <w:pPr>
        <w:rPr>
          <w:lang w:val="pt-BR"/>
        </w:rPr>
      </w:pPr>
      <w:r w:rsidRPr="001179E8">
        <w:rPr>
          <w:lang w:val="pt-BR"/>
        </w:rPr>
        <w:t>O rosto da Rainha suavizou-se visivelmente à menção de Híbrida. "Como está minha filha? E seu companheiro, o mestre dos elementos?"</w:t>
      </w:r>
    </w:p>
    <w:p w14:paraId="16B5638F" w14:textId="77777777" w:rsidR="002355BD" w:rsidRPr="001179E8" w:rsidRDefault="00000000">
      <w:pPr>
        <w:rPr>
          <w:lang w:val="pt-BR"/>
        </w:rPr>
      </w:pPr>
      <w:r w:rsidRPr="001179E8">
        <w:rPr>
          <w:lang w:val="pt-BR"/>
        </w:rPr>
        <w:br/>
      </w:r>
    </w:p>
    <w:p w14:paraId="47B932A6" w14:textId="77777777" w:rsidR="002355BD" w:rsidRPr="001179E8" w:rsidRDefault="00000000">
      <w:pPr>
        <w:rPr>
          <w:lang w:val="pt-BR"/>
        </w:rPr>
      </w:pPr>
      <w:r w:rsidRPr="001179E8">
        <w:rPr>
          <w:lang w:val="pt-BR"/>
        </w:rPr>
        <w:t>"Ambos estão bem, Majestade," respondeu Linda com um sorriso gentil. "A Princesa Lia espera seu primeiro filho, uma bênção para ambos os reinos."</w:t>
      </w:r>
    </w:p>
    <w:p w14:paraId="26D8F202" w14:textId="77777777" w:rsidR="002355BD" w:rsidRPr="001179E8" w:rsidRDefault="00000000">
      <w:pPr>
        <w:rPr>
          <w:lang w:val="pt-BR"/>
        </w:rPr>
      </w:pPr>
      <w:r w:rsidRPr="001179E8">
        <w:rPr>
          <w:lang w:val="pt-BR"/>
        </w:rPr>
        <w:br/>
      </w:r>
    </w:p>
    <w:p w14:paraId="6BC8F930" w14:textId="77777777" w:rsidR="002355BD" w:rsidRPr="001179E8" w:rsidRDefault="00000000">
      <w:pPr>
        <w:rPr>
          <w:lang w:val="pt-BR"/>
        </w:rPr>
      </w:pPr>
      <w:r w:rsidRPr="001179E8">
        <w:rPr>
          <w:lang w:val="pt-BR"/>
        </w:rPr>
        <w:t>Um murmúrio de aprovação percorreu a corte reunida. A Rainha Marina sorriu, um sorriso genuinamente feliz que iluminou seu rosto majestoso.</w:t>
      </w:r>
    </w:p>
    <w:p w14:paraId="180C84B3" w14:textId="77777777" w:rsidR="002355BD" w:rsidRPr="001179E8" w:rsidRDefault="00000000">
      <w:pPr>
        <w:rPr>
          <w:lang w:val="pt-BR"/>
        </w:rPr>
      </w:pPr>
      <w:r w:rsidRPr="001179E8">
        <w:rPr>
          <w:lang w:val="pt-BR"/>
        </w:rPr>
        <w:br/>
      </w:r>
    </w:p>
    <w:p w14:paraId="334B8DFC" w14:textId="77777777" w:rsidR="002355BD" w:rsidRPr="001179E8" w:rsidRDefault="00000000">
      <w:pPr>
        <w:rPr>
          <w:lang w:val="pt-BR"/>
        </w:rPr>
      </w:pPr>
      <w:r w:rsidRPr="001179E8">
        <w:rPr>
          <w:lang w:val="pt-BR"/>
        </w:rPr>
        <w:t>"Isso é uma notícia maravilhosa," disse ela. "Mas suspeito que não vieram apenas para trazer notícias familiares."</w:t>
      </w:r>
    </w:p>
    <w:p w14:paraId="7492D6E8" w14:textId="77777777" w:rsidR="002355BD" w:rsidRPr="001179E8" w:rsidRDefault="00000000">
      <w:pPr>
        <w:rPr>
          <w:lang w:val="pt-BR"/>
        </w:rPr>
      </w:pPr>
      <w:r w:rsidRPr="001179E8">
        <w:rPr>
          <w:lang w:val="pt-BR"/>
        </w:rPr>
        <w:br/>
      </w:r>
    </w:p>
    <w:p w14:paraId="404B84BB" w14:textId="77777777" w:rsidR="002355BD" w:rsidRPr="001179E8" w:rsidRDefault="00000000">
      <w:pPr>
        <w:rPr>
          <w:lang w:val="pt-BR"/>
        </w:rPr>
      </w:pPr>
      <w:r w:rsidRPr="001179E8">
        <w:rPr>
          <w:lang w:val="pt-BR"/>
        </w:rPr>
        <w:t>Art deu um passo à frente, encontrando sua voz. "Vossa Majestade está correta. Viemos buscar aliança contra uma ameaça que afeta todos os reinos. Abyzoth desperta, e com ele, o perigo de uma invasão interdimensional."</w:t>
      </w:r>
    </w:p>
    <w:p w14:paraId="2C2FDCEA" w14:textId="77777777" w:rsidR="002355BD" w:rsidRPr="001179E8" w:rsidRDefault="00000000">
      <w:pPr>
        <w:rPr>
          <w:lang w:val="pt-BR"/>
        </w:rPr>
      </w:pPr>
      <w:r w:rsidRPr="001179E8">
        <w:rPr>
          <w:lang w:val="pt-BR"/>
        </w:rPr>
        <w:br/>
      </w:r>
    </w:p>
    <w:p w14:paraId="433AD4D3" w14:textId="77777777" w:rsidR="002355BD" w:rsidRPr="001179E8" w:rsidRDefault="00000000">
      <w:pPr>
        <w:rPr>
          <w:lang w:val="pt-BR"/>
        </w:rPr>
      </w:pPr>
      <w:r w:rsidRPr="001179E8">
        <w:rPr>
          <w:lang w:val="pt-BR"/>
        </w:rPr>
        <w:lastRenderedPageBreak/>
        <w:t>O nome de Abyzoth causou uma reação imediata – guardas apertaram suas armas, cortesãos trocaram olhares preocupados, e o próprio rosto da Rainha tornou-se grave.</w:t>
      </w:r>
    </w:p>
    <w:p w14:paraId="430377FF" w14:textId="77777777" w:rsidR="002355BD" w:rsidRPr="001179E8" w:rsidRDefault="00000000">
      <w:pPr>
        <w:rPr>
          <w:lang w:val="pt-BR"/>
        </w:rPr>
      </w:pPr>
      <w:r w:rsidRPr="001179E8">
        <w:rPr>
          <w:lang w:val="pt-BR"/>
        </w:rPr>
        <w:br/>
      </w:r>
    </w:p>
    <w:p w14:paraId="771F4734" w14:textId="77777777" w:rsidR="002355BD" w:rsidRPr="001179E8" w:rsidRDefault="00000000">
      <w:pPr>
        <w:rPr>
          <w:lang w:val="pt-BR"/>
        </w:rPr>
      </w:pPr>
      <w:r w:rsidRPr="001179E8">
        <w:rPr>
          <w:lang w:val="pt-BR"/>
        </w:rPr>
        <w:t>"Abyzoth," repetiu ela, a palavra soando como uma maldição em seus lábios. "Um nome que não ouvíamos há milênios. Como têm certeza?"</w:t>
      </w:r>
    </w:p>
    <w:p w14:paraId="05FB805E" w14:textId="77777777" w:rsidR="002355BD" w:rsidRPr="001179E8" w:rsidRDefault="00000000">
      <w:pPr>
        <w:rPr>
          <w:lang w:val="pt-BR"/>
        </w:rPr>
      </w:pPr>
      <w:r w:rsidRPr="001179E8">
        <w:rPr>
          <w:lang w:val="pt-BR"/>
        </w:rPr>
        <w:br/>
      </w:r>
    </w:p>
    <w:p w14:paraId="1C784DF9" w14:textId="77777777" w:rsidR="002355BD" w:rsidRPr="001179E8" w:rsidRDefault="00000000">
      <w:pPr>
        <w:rPr>
          <w:lang w:val="pt-BR"/>
        </w:rPr>
      </w:pPr>
      <w:r w:rsidRPr="001179E8">
        <w:rPr>
          <w:lang w:val="pt-BR"/>
        </w:rPr>
        <w:t>"Temos evidências," explicou Art. "Anomalias dimensionais, tentativas de abrir portais, e..." ele hesitou, sabendo que a próxima informação seria delicada, "dois de nossos companheiros, Nicole e Ricardo, foram transportados para o submundo durante um confronto com um servo de Abyzoth."</w:t>
      </w:r>
    </w:p>
    <w:p w14:paraId="4E54094C" w14:textId="77777777" w:rsidR="002355BD" w:rsidRPr="001179E8" w:rsidRDefault="00000000">
      <w:pPr>
        <w:rPr>
          <w:lang w:val="pt-BR"/>
        </w:rPr>
      </w:pPr>
      <w:r w:rsidRPr="001179E8">
        <w:rPr>
          <w:lang w:val="pt-BR"/>
        </w:rPr>
        <w:br/>
      </w:r>
    </w:p>
    <w:p w14:paraId="08F57929" w14:textId="77777777" w:rsidR="002355BD" w:rsidRPr="001179E8" w:rsidRDefault="00000000">
      <w:pPr>
        <w:rPr>
          <w:lang w:val="pt-BR"/>
        </w:rPr>
      </w:pPr>
      <w:r w:rsidRPr="001179E8">
        <w:rPr>
          <w:lang w:val="pt-BR"/>
        </w:rPr>
        <w:t>A Rainha Marina estudou-os por um longo momento, seus olhos antigos e sábios parecendo ver além das aparências. "O Rei Tritão, meu consorte, partiu há três luas em uma missão de reconhecimento. Ele sentiu... perturbações nas correntes profundas. Criaturas das trincheiras abissais, normalmente contidas pelos antigos selos, começaram a emergir."</w:t>
      </w:r>
    </w:p>
    <w:p w14:paraId="4C35D77C" w14:textId="77777777" w:rsidR="002355BD" w:rsidRPr="001179E8" w:rsidRDefault="00000000">
      <w:pPr>
        <w:rPr>
          <w:lang w:val="pt-BR"/>
        </w:rPr>
      </w:pPr>
      <w:r w:rsidRPr="001179E8">
        <w:rPr>
          <w:lang w:val="pt-BR"/>
        </w:rPr>
        <w:br/>
      </w:r>
    </w:p>
    <w:p w14:paraId="489895B9" w14:textId="77777777" w:rsidR="002355BD" w:rsidRPr="001179E8" w:rsidRDefault="00000000">
      <w:pPr>
        <w:rPr>
          <w:lang w:val="pt-BR"/>
        </w:rPr>
      </w:pPr>
      <w:r w:rsidRPr="001179E8">
        <w:rPr>
          <w:lang w:val="pt-BR"/>
        </w:rPr>
        <w:t>"Majestade," interveio um conselheiro de aparência preocupada, "devemos discutir isso em privado, não diante de estranhos da superfície."</w:t>
      </w:r>
    </w:p>
    <w:p w14:paraId="20B4C6B5" w14:textId="77777777" w:rsidR="002355BD" w:rsidRPr="001179E8" w:rsidRDefault="00000000">
      <w:pPr>
        <w:rPr>
          <w:lang w:val="pt-BR"/>
        </w:rPr>
      </w:pPr>
      <w:r w:rsidRPr="001179E8">
        <w:rPr>
          <w:lang w:val="pt-BR"/>
        </w:rPr>
        <w:br/>
      </w:r>
    </w:p>
    <w:p w14:paraId="5237C1D4" w14:textId="77777777" w:rsidR="002355BD" w:rsidRPr="001179E8" w:rsidRDefault="00000000">
      <w:pPr>
        <w:rPr>
          <w:lang w:val="pt-BR"/>
        </w:rPr>
      </w:pPr>
      <w:r w:rsidRPr="001179E8">
        <w:rPr>
          <w:lang w:val="pt-BR"/>
        </w:rPr>
        <w:t>A Rainha ergueu uma mão, silenciando-o. "Estes não são meros estranhos. São emissários enviados por minha filha, representantes da G.R.A.I.A., que sempre respeitou nossos tratados." Ela voltou-se para Art e Linda. "No entanto, alianças não são formadas apenas com palavras. Precisamos de provas de vosso compromisso, de vossa compreensão de nossos caminhos."</w:t>
      </w:r>
    </w:p>
    <w:p w14:paraId="4013C512" w14:textId="77777777" w:rsidR="002355BD" w:rsidRPr="001179E8" w:rsidRDefault="00000000">
      <w:pPr>
        <w:rPr>
          <w:lang w:val="pt-BR"/>
        </w:rPr>
      </w:pPr>
      <w:r w:rsidRPr="001179E8">
        <w:rPr>
          <w:lang w:val="pt-BR"/>
        </w:rPr>
        <w:br/>
      </w:r>
    </w:p>
    <w:p w14:paraId="517C2253" w14:textId="77777777" w:rsidR="002355BD" w:rsidRPr="001179E8" w:rsidRDefault="00000000">
      <w:pPr>
        <w:rPr>
          <w:lang w:val="pt-BR"/>
        </w:rPr>
      </w:pPr>
      <w:r w:rsidRPr="001179E8">
        <w:rPr>
          <w:lang w:val="pt-BR"/>
        </w:rPr>
        <w:t>"Estamos dispostos a provar nosso valor de qualquer forma que considere apropriada, Majestade," respondeu Linda sem hesitação.</w:t>
      </w:r>
    </w:p>
    <w:p w14:paraId="223D9B60" w14:textId="77777777" w:rsidR="002355BD" w:rsidRPr="001179E8" w:rsidRDefault="00000000">
      <w:pPr>
        <w:rPr>
          <w:lang w:val="pt-BR"/>
        </w:rPr>
      </w:pPr>
      <w:r w:rsidRPr="001179E8">
        <w:rPr>
          <w:lang w:val="pt-BR"/>
        </w:rPr>
        <w:br/>
      </w:r>
    </w:p>
    <w:p w14:paraId="307E87D2" w14:textId="77777777" w:rsidR="002355BD" w:rsidRPr="001179E8" w:rsidRDefault="00000000">
      <w:pPr>
        <w:rPr>
          <w:lang w:val="pt-BR"/>
        </w:rPr>
      </w:pPr>
      <w:r w:rsidRPr="001179E8">
        <w:rPr>
          <w:lang w:val="pt-BR"/>
        </w:rPr>
        <w:lastRenderedPageBreak/>
        <w:t>A Rainha assentiu, aparentemente satisfeita com a resposta. "Vocês serão nossos hóspedes esta noite. Amanhã, discutiremos os termos de uma possível aliança. Por ora, descansem e conheçam nosso reino."</w:t>
      </w:r>
    </w:p>
    <w:p w14:paraId="012D43E2" w14:textId="77777777" w:rsidR="002355BD" w:rsidRPr="001179E8" w:rsidRDefault="00000000">
      <w:pPr>
        <w:rPr>
          <w:lang w:val="pt-BR"/>
        </w:rPr>
      </w:pPr>
      <w:r w:rsidRPr="001179E8">
        <w:rPr>
          <w:lang w:val="pt-BR"/>
        </w:rPr>
        <w:br/>
      </w:r>
    </w:p>
    <w:p w14:paraId="4091D83E" w14:textId="77777777" w:rsidR="002355BD" w:rsidRPr="001179E8" w:rsidRDefault="00000000">
      <w:pPr>
        <w:rPr>
          <w:lang w:val="pt-BR"/>
        </w:rPr>
      </w:pPr>
      <w:r w:rsidRPr="001179E8">
        <w:rPr>
          <w:lang w:val="pt-BR"/>
        </w:rPr>
        <w:t>Com isso, a audiência formal foi encerrada. Art e Linda foram conduzidos por serviçais a aposentos luxuosos dentro do palácio – câmaras especiais mantidas com ar para visitantes terrestres, mas decoradas com a estética marítima de conchas, pérolas e corais vivos.</w:t>
      </w:r>
    </w:p>
    <w:p w14:paraId="3621A3A2" w14:textId="77777777" w:rsidR="002355BD" w:rsidRPr="001179E8" w:rsidRDefault="00000000">
      <w:pPr>
        <w:rPr>
          <w:lang w:val="pt-BR"/>
        </w:rPr>
      </w:pPr>
      <w:r w:rsidRPr="001179E8">
        <w:rPr>
          <w:lang w:val="pt-BR"/>
        </w:rPr>
        <w:br/>
      </w:r>
    </w:p>
    <w:p w14:paraId="438F4C60" w14:textId="77777777" w:rsidR="002355BD" w:rsidRPr="001179E8" w:rsidRDefault="00000000">
      <w:pPr>
        <w:rPr>
          <w:lang w:val="pt-BR"/>
        </w:rPr>
      </w:pPr>
      <w:r w:rsidRPr="001179E8">
        <w:rPr>
          <w:lang w:val="pt-BR"/>
        </w:rPr>
        <w:t>---</w:t>
      </w:r>
    </w:p>
    <w:p w14:paraId="6B71E680" w14:textId="77777777" w:rsidR="002355BD" w:rsidRPr="001179E8" w:rsidRDefault="00000000">
      <w:pPr>
        <w:rPr>
          <w:lang w:val="pt-BR"/>
        </w:rPr>
      </w:pPr>
      <w:r w:rsidRPr="001179E8">
        <w:rPr>
          <w:lang w:val="pt-BR"/>
        </w:rPr>
        <w:br/>
      </w:r>
    </w:p>
    <w:p w14:paraId="0BA49E5C" w14:textId="77777777" w:rsidR="002355BD" w:rsidRPr="001179E8" w:rsidRDefault="00000000">
      <w:pPr>
        <w:rPr>
          <w:lang w:val="pt-BR"/>
        </w:rPr>
      </w:pPr>
      <w:r w:rsidRPr="001179E8">
        <w:rPr>
          <w:lang w:val="pt-BR"/>
        </w:rPr>
        <w:t>Mais tarde, um guia marítimo os levou para um tour pelas Cavernas de Cristal, uma formação natural sagrada para os Marítimos. As cavernas eram um labirinto de túneis e câmaras feitas de cristal transparente que refratava a luz bioluminescente de pequenas criaturas que habitavam o local, criando um espetáculo de cores e sombras em constante movimento.</w:t>
      </w:r>
    </w:p>
    <w:p w14:paraId="455BEB97" w14:textId="77777777" w:rsidR="002355BD" w:rsidRPr="001179E8" w:rsidRDefault="00000000">
      <w:pPr>
        <w:rPr>
          <w:lang w:val="pt-BR"/>
        </w:rPr>
      </w:pPr>
      <w:r w:rsidRPr="001179E8">
        <w:rPr>
          <w:lang w:val="pt-BR"/>
        </w:rPr>
        <w:br/>
      </w:r>
    </w:p>
    <w:p w14:paraId="7269D439" w14:textId="77777777" w:rsidR="002355BD" w:rsidRPr="001179E8" w:rsidRDefault="00000000">
      <w:pPr>
        <w:rPr>
          <w:lang w:val="pt-BR"/>
        </w:rPr>
      </w:pPr>
      <w:r w:rsidRPr="001179E8">
        <w:rPr>
          <w:lang w:val="pt-BR"/>
        </w:rPr>
        <w:t>"Dizem que as Cavernas de Cristal foram criadas quando uma lágrima da primeira sereia caiu nas profundezas do oceano," explicou o guia, um jovem tritão chamado Merin. "Aqui, os videntes marítimos vêm buscar visões do futuro nas refrações da luz."</w:t>
      </w:r>
    </w:p>
    <w:p w14:paraId="60FF7CC6" w14:textId="77777777" w:rsidR="002355BD" w:rsidRPr="001179E8" w:rsidRDefault="00000000">
      <w:pPr>
        <w:rPr>
          <w:lang w:val="pt-BR"/>
        </w:rPr>
      </w:pPr>
      <w:r w:rsidRPr="001179E8">
        <w:rPr>
          <w:lang w:val="pt-BR"/>
        </w:rPr>
        <w:br/>
      </w:r>
    </w:p>
    <w:p w14:paraId="4462B1B0" w14:textId="77777777" w:rsidR="002355BD" w:rsidRPr="001179E8" w:rsidRDefault="00000000">
      <w:pPr>
        <w:rPr>
          <w:lang w:val="pt-BR"/>
        </w:rPr>
      </w:pPr>
      <w:r w:rsidRPr="001179E8">
        <w:rPr>
          <w:lang w:val="pt-BR"/>
        </w:rPr>
        <w:t>Linda estava fascinada, tocando delicadamente as paredes de cristal e observando como a luz dançava em resposta. Art a observava, notando como ela parecia perfeitamente à vontade naquele ambiente alienígena, como se uma parte dela pertencesse naturalmente a todos os reinos místicos.</w:t>
      </w:r>
    </w:p>
    <w:p w14:paraId="19478D26" w14:textId="77777777" w:rsidR="002355BD" w:rsidRPr="001179E8" w:rsidRDefault="00000000">
      <w:pPr>
        <w:rPr>
          <w:lang w:val="pt-BR"/>
        </w:rPr>
      </w:pPr>
      <w:r w:rsidRPr="001179E8">
        <w:rPr>
          <w:lang w:val="pt-BR"/>
        </w:rPr>
        <w:br/>
      </w:r>
    </w:p>
    <w:p w14:paraId="68FEA6F8" w14:textId="77777777" w:rsidR="002355BD" w:rsidRPr="001179E8" w:rsidRDefault="00000000">
      <w:pPr>
        <w:rPr>
          <w:lang w:val="pt-BR"/>
        </w:rPr>
      </w:pPr>
      <w:r w:rsidRPr="001179E8">
        <w:rPr>
          <w:lang w:val="pt-BR"/>
        </w:rPr>
        <w:t>"Você parece em casa aqui," comentou ele, aproximando-se dela enquanto o guia se afastava para explicar algo a outro grupo de visitantes marítimos.</w:t>
      </w:r>
    </w:p>
    <w:p w14:paraId="0C5872D4" w14:textId="77777777" w:rsidR="002355BD" w:rsidRPr="001179E8" w:rsidRDefault="00000000">
      <w:pPr>
        <w:rPr>
          <w:lang w:val="pt-BR"/>
        </w:rPr>
      </w:pPr>
      <w:r w:rsidRPr="001179E8">
        <w:rPr>
          <w:lang w:val="pt-BR"/>
        </w:rPr>
        <w:br/>
      </w:r>
    </w:p>
    <w:p w14:paraId="3839F6B9" w14:textId="77777777" w:rsidR="002355BD" w:rsidRPr="001179E8" w:rsidRDefault="00000000">
      <w:pPr>
        <w:rPr>
          <w:lang w:val="pt-BR"/>
        </w:rPr>
      </w:pPr>
      <w:r w:rsidRPr="001179E8">
        <w:rPr>
          <w:lang w:val="pt-BR"/>
        </w:rPr>
        <w:lastRenderedPageBreak/>
        <w:t>Linda sorriu, virando-se para ele. A luz colorida das cavernas dançava em seu rosto, destacando seus olhos violeta de uma forma quase mágica. "Talvez seja a parte fada em mim," respondeu ela. "Minha mãe dizia que as fadas são primas distantes de todos os seres mágicos – compartilhamos um pouco da essência de cada reino."</w:t>
      </w:r>
    </w:p>
    <w:p w14:paraId="22BAEA88" w14:textId="77777777" w:rsidR="002355BD" w:rsidRPr="001179E8" w:rsidRDefault="00000000">
      <w:pPr>
        <w:rPr>
          <w:lang w:val="pt-BR"/>
        </w:rPr>
      </w:pPr>
      <w:r w:rsidRPr="001179E8">
        <w:rPr>
          <w:lang w:val="pt-BR"/>
        </w:rPr>
        <w:br/>
      </w:r>
    </w:p>
    <w:p w14:paraId="77C41648" w14:textId="77777777" w:rsidR="002355BD" w:rsidRPr="001179E8" w:rsidRDefault="00000000">
      <w:pPr>
        <w:rPr>
          <w:lang w:val="pt-BR"/>
        </w:rPr>
      </w:pPr>
      <w:r w:rsidRPr="001179E8">
        <w:rPr>
          <w:lang w:val="pt-BR"/>
        </w:rPr>
        <w:t>Ela deu um passo em sua direção, diminuindo a distância entre eles. "E você, Art? Como está se sentindo neste mundo submarino?"</w:t>
      </w:r>
    </w:p>
    <w:p w14:paraId="3897AECF" w14:textId="77777777" w:rsidR="002355BD" w:rsidRPr="001179E8" w:rsidRDefault="00000000">
      <w:pPr>
        <w:rPr>
          <w:lang w:val="pt-BR"/>
        </w:rPr>
      </w:pPr>
      <w:r w:rsidRPr="001179E8">
        <w:rPr>
          <w:lang w:val="pt-BR"/>
        </w:rPr>
        <w:br/>
      </w:r>
    </w:p>
    <w:p w14:paraId="2E1A0F58" w14:textId="77777777" w:rsidR="002355BD" w:rsidRPr="001179E8" w:rsidRDefault="00000000">
      <w:pPr>
        <w:rPr>
          <w:lang w:val="pt-BR"/>
        </w:rPr>
      </w:pPr>
      <w:r w:rsidRPr="001179E8">
        <w:rPr>
          <w:lang w:val="pt-BR"/>
        </w:rPr>
        <w:t>"Maravilhado," admitiu ele honestamente. "E um pouco fora do meu elemento, literalmente."</w:t>
      </w:r>
    </w:p>
    <w:p w14:paraId="38CB7C22" w14:textId="77777777" w:rsidR="002355BD" w:rsidRPr="001179E8" w:rsidRDefault="00000000">
      <w:pPr>
        <w:rPr>
          <w:lang w:val="pt-BR"/>
        </w:rPr>
      </w:pPr>
      <w:r w:rsidRPr="001179E8">
        <w:rPr>
          <w:lang w:val="pt-BR"/>
        </w:rPr>
        <w:br/>
      </w:r>
    </w:p>
    <w:p w14:paraId="71660408" w14:textId="77777777" w:rsidR="002355BD" w:rsidRPr="001179E8" w:rsidRDefault="00000000">
      <w:pPr>
        <w:rPr>
          <w:lang w:val="pt-BR"/>
        </w:rPr>
      </w:pPr>
      <w:r w:rsidRPr="001179E8">
        <w:rPr>
          <w:lang w:val="pt-BR"/>
        </w:rPr>
        <w:t>Linda riu, um som cristalino que ecoou pelas cavernas. "Você se adapta bem para alguém fora do seu elemento." Ela tocou levemente seu braço, seus dedos demorando-se um pouco mais que o necessário. "É uma das coisas que admiro em você."</w:t>
      </w:r>
    </w:p>
    <w:p w14:paraId="71B5A562" w14:textId="77777777" w:rsidR="002355BD" w:rsidRPr="001179E8" w:rsidRDefault="00000000">
      <w:pPr>
        <w:rPr>
          <w:lang w:val="pt-BR"/>
        </w:rPr>
      </w:pPr>
      <w:r w:rsidRPr="001179E8">
        <w:rPr>
          <w:lang w:val="pt-BR"/>
        </w:rPr>
        <w:br/>
      </w:r>
    </w:p>
    <w:p w14:paraId="609691D1" w14:textId="77777777" w:rsidR="002355BD" w:rsidRPr="001179E8" w:rsidRDefault="00000000">
      <w:pPr>
        <w:rPr>
          <w:lang w:val="pt-BR"/>
        </w:rPr>
      </w:pPr>
      <w:r w:rsidRPr="001179E8">
        <w:rPr>
          <w:lang w:val="pt-BR"/>
        </w:rPr>
        <w:t>Art sentiu seu coração acelerar. Havia algo no olhar dela, na forma como se aproximava, que parecia... deliberado. Como se estivesse testando águas desconhecidas entre eles.</w:t>
      </w:r>
    </w:p>
    <w:p w14:paraId="0B64EA74" w14:textId="77777777" w:rsidR="002355BD" w:rsidRPr="001179E8" w:rsidRDefault="00000000">
      <w:pPr>
        <w:rPr>
          <w:lang w:val="pt-BR"/>
        </w:rPr>
      </w:pPr>
      <w:r w:rsidRPr="001179E8">
        <w:rPr>
          <w:lang w:val="pt-BR"/>
        </w:rPr>
        <w:br/>
      </w:r>
    </w:p>
    <w:p w14:paraId="39830A5B" w14:textId="77777777" w:rsidR="002355BD" w:rsidRPr="001179E8" w:rsidRDefault="00000000">
      <w:pPr>
        <w:rPr>
          <w:lang w:val="pt-BR"/>
        </w:rPr>
      </w:pPr>
      <w:r w:rsidRPr="001179E8">
        <w:rPr>
          <w:lang w:val="pt-BR"/>
        </w:rPr>
        <w:t>"Linda, eu..." começou ele, sem saber exatamente o que queria dizer.</w:t>
      </w:r>
    </w:p>
    <w:p w14:paraId="733110F5" w14:textId="77777777" w:rsidR="002355BD" w:rsidRPr="001179E8" w:rsidRDefault="00000000">
      <w:pPr>
        <w:rPr>
          <w:lang w:val="pt-BR"/>
        </w:rPr>
      </w:pPr>
      <w:r w:rsidRPr="001179E8">
        <w:rPr>
          <w:lang w:val="pt-BR"/>
        </w:rPr>
        <w:br/>
      </w:r>
    </w:p>
    <w:p w14:paraId="3C648748" w14:textId="77777777" w:rsidR="002355BD" w:rsidRPr="001179E8" w:rsidRDefault="00000000">
      <w:pPr>
        <w:rPr>
          <w:lang w:val="pt-BR"/>
        </w:rPr>
      </w:pPr>
      <w:r w:rsidRPr="001179E8">
        <w:rPr>
          <w:lang w:val="pt-BR"/>
        </w:rPr>
        <w:t>"Sim?" perguntou ela, seus olhos fixos nos dele, um pequeno sorriso brincando em seus lábios.</w:t>
      </w:r>
    </w:p>
    <w:p w14:paraId="77A6ADCB" w14:textId="77777777" w:rsidR="002355BD" w:rsidRPr="001179E8" w:rsidRDefault="00000000">
      <w:pPr>
        <w:rPr>
          <w:lang w:val="pt-BR"/>
        </w:rPr>
      </w:pPr>
      <w:r w:rsidRPr="001179E8">
        <w:rPr>
          <w:lang w:val="pt-BR"/>
        </w:rPr>
        <w:br/>
      </w:r>
    </w:p>
    <w:p w14:paraId="50664061" w14:textId="77777777" w:rsidR="002355BD" w:rsidRPr="001179E8" w:rsidRDefault="00000000">
      <w:pPr>
        <w:rPr>
          <w:lang w:val="pt-BR"/>
        </w:rPr>
      </w:pPr>
      <w:r w:rsidRPr="001179E8">
        <w:rPr>
          <w:lang w:val="pt-BR"/>
        </w:rPr>
        <w:t>O momento foi interrompido por um tremor súbito que sacudiu a caverna. Cristais tilintaram, e o som de alarmes distantes chegou até eles.</w:t>
      </w:r>
    </w:p>
    <w:p w14:paraId="7DC097FC" w14:textId="77777777" w:rsidR="002355BD" w:rsidRPr="001179E8" w:rsidRDefault="00000000">
      <w:pPr>
        <w:rPr>
          <w:lang w:val="pt-BR"/>
        </w:rPr>
      </w:pPr>
      <w:r w:rsidRPr="001179E8">
        <w:rPr>
          <w:lang w:val="pt-BR"/>
        </w:rPr>
        <w:lastRenderedPageBreak/>
        <w:br/>
      </w:r>
    </w:p>
    <w:p w14:paraId="60939B13" w14:textId="77777777" w:rsidR="002355BD" w:rsidRPr="001179E8" w:rsidRDefault="00000000">
      <w:pPr>
        <w:rPr>
          <w:lang w:val="pt-BR"/>
        </w:rPr>
      </w:pPr>
      <w:r w:rsidRPr="001179E8">
        <w:rPr>
          <w:lang w:val="pt-BR"/>
        </w:rPr>
        <w:t>"O que foi isso?" perguntou Art, instantaneamente alerta.</w:t>
      </w:r>
    </w:p>
    <w:p w14:paraId="19B123E9" w14:textId="77777777" w:rsidR="002355BD" w:rsidRPr="001179E8" w:rsidRDefault="00000000">
      <w:pPr>
        <w:rPr>
          <w:lang w:val="pt-BR"/>
        </w:rPr>
      </w:pPr>
      <w:r w:rsidRPr="001179E8">
        <w:rPr>
          <w:lang w:val="pt-BR"/>
        </w:rPr>
        <w:br/>
      </w:r>
    </w:p>
    <w:p w14:paraId="3BBB6CB9" w14:textId="77777777" w:rsidR="002355BD" w:rsidRPr="001179E8" w:rsidRDefault="00000000">
      <w:pPr>
        <w:rPr>
          <w:lang w:val="pt-BR"/>
        </w:rPr>
      </w:pPr>
      <w:r w:rsidRPr="001179E8">
        <w:rPr>
          <w:lang w:val="pt-BR"/>
        </w:rPr>
        <w:t>O guia marítimo nadou rapidamente de volta até eles, seu rosto marcado pela preocupação. "Ataque! Criaturas das trincheiras! Precisamos voltar ao palácio imediatamente!"</w:t>
      </w:r>
    </w:p>
    <w:p w14:paraId="2046CF33" w14:textId="77777777" w:rsidR="002355BD" w:rsidRPr="001179E8" w:rsidRDefault="00000000">
      <w:pPr>
        <w:rPr>
          <w:lang w:val="pt-BR"/>
        </w:rPr>
      </w:pPr>
      <w:r w:rsidRPr="001179E8">
        <w:rPr>
          <w:lang w:val="pt-BR"/>
        </w:rPr>
        <w:br/>
      </w:r>
    </w:p>
    <w:p w14:paraId="578790C5" w14:textId="77777777" w:rsidR="002355BD" w:rsidRPr="001179E8" w:rsidRDefault="00000000">
      <w:pPr>
        <w:rPr>
          <w:lang w:val="pt-BR"/>
        </w:rPr>
      </w:pPr>
      <w:r w:rsidRPr="001179E8">
        <w:rPr>
          <w:lang w:val="pt-BR"/>
        </w:rPr>
        <w:t>Não houve tempo para mais explicações. Seguiram o guia através dos túneis de cristal, agora cheios de marítimos nadando apressadamente em todas as direções. Quando chegaram a uma câmara maior que conectava vários túneis, viram o caos.</w:t>
      </w:r>
    </w:p>
    <w:p w14:paraId="06C9CD15" w14:textId="77777777" w:rsidR="002355BD" w:rsidRPr="001179E8" w:rsidRDefault="00000000">
      <w:pPr>
        <w:rPr>
          <w:lang w:val="pt-BR"/>
        </w:rPr>
      </w:pPr>
      <w:r w:rsidRPr="001179E8">
        <w:rPr>
          <w:lang w:val="pt-BR"/>
        </w:rPr>
        <w:br/>
      </w:r>
    </w:p>
    <w:p w14:paraId="06CD473E" w14:textId="77777777" w:rsidR="002355BD" w:rsidRPr="001179E8" w:rsidRDefault="00000000">
      <w:pPr>
        <w:rPr>
          <w:lang w:val="pt-BR"/>
        </w:rPr>
      </w:pPr>
      <w:r w:rsidRPr="001179E8">
        <w:rPr>
          <w:lang w:val="pt-BR"/>
        </w:rPr>
        <w:t>Criaturas monstruosas haviam invadido as cavernas – seres abissais com corpos translúcidos que revelavam órgãos pulsantes, dentes afiados como agulhas, e olhos vazios adaptados à escuridão das profundezas. Guardas marítimos lutavam contra elas, mas estavam em menor número.</w:t>
      </w:r>
    </w:p>
    <w:p w14:paraId="0C32DA3C" w14:textId="77777777" w:rsidR="002355BD" w:rsidRPr="001179E8" w:rsidRDefault="00000000">
      <w:pPr>
        <w:rPr>
          <w:lang w:val="pt-BR"/>
        </w:rPr>
      </w:pPr>
      <w:r w:rsidRPr="001179E8">
        <w:rPr>
          <w:lang w:val="pt-BR"/>
        </w:rPr>
        <w:br/>
      </w:r>
    </w:p>
    <w:p w14:paraId="15EAF8EE" w14:textId="77777777" w:rsidR="002355BD" w:rsidRPr="001179E8" w:rsidRDefault="00000000">
      <w:pPr>
        <w:rPr>
          <w:lang w:val="pt-BR"/>
        </w:rPr>
      </w:pPr>
      <w:r w:rsidRPr="001179E8">
        <w:rPr>
          <w:lang w:val="pt-BR"/>
        </w:rPr>
        <w:t>"São servos de Abyzoth," sussurrou Linda, horrorizada. "Criaturas corrompidas do submundo."</w:t>
      </w:r>
    </w:p>
    <w:p w14:paraId="725C80B9" w14:textId="77777777" w:rsidR="002355BD" w:rsidRPr="001179E8" w:rsidRDefault="00000000">
      <w:pPr>
        <w:rPr>
          <w:lang w:val="pt-BR"/>
        </w:rPr>
      </w:pPr>
      <w:r w:rsidRPr="001179E8">
        <w:rPr>
          <w:lang w:val="pt-BR"/>
        </w:rPr>
        <w:br/>
      </w:r>
    </w:p>
    <w:p w14:paraId="61C3373C" w14:textId="77777777" w:rsidR="002355BD" w:rsidRPr="001179E8" w:rsidRDefault="00000000">
      <w:pPr>
        <w:rPr>
          <w:lang w:val="pt-BR"/>
        </w:rPr>
      </w:pPr>
      <w:r w:rsidRPr="001179E8">
        <w:rPr>
          <w:lang w:val="pt-BR"/>
        </w:rPr>
        <w:t>Uma das criaturas notou-os e avançou, seus movimentos rápidos e predatórios na água. Art empurrou Linda para trás de uma coluna de cristal, colocando-se protetoramente na frente dela.</w:t>
      </w:r>
    </w:p>
    <w:p w14:paraId="192AE6B8" w14:textId="77777777" w:rsidR="002355BD" w:rsidRPr="001179E8" w:rsidRDefault="00000000">
      <w:pPr>
        <w:rPr>
          <w:lang w:val="pt-BR"/>
        </w:rPr>
      </w:pPr>
      <w:r w:rsidRPr="001179E8">
        <w:rPr>
          <w:lang w:val="pt-BR"/>
        </w:rPr>
        <w:br/>
      </w:r>
    </w:p>
    <w:p w14:paraId="1DE1E63B" w14:textId="77777777" w:rsidR="002355BD" w:rsidRPr="001179E8" w:rsidRDefault="00000000">
      <w:pPr>
        <w:rPr>
          <w:lang w:val="pt-BR"/>
        </w:rPr>
      </w:pPr>
      <w:r w:rsidRPr="001179E8">
        <w:rPr>
          <w:lang w:val="pt-BR"/>
        </w:rPr>
        <w:t>"Fique atrás de mim!" gritou ele, preparando-se para o impacto.</w:t>
      </w:r>
    </w:p>
    <w:p w14:paraId="7E4A208C" w14:textId="77777777" w:rsidR="002355BD" w:rsidRPr="001179E8" w:rsidRDefault="00000000">
      <w:pPr>
        <w:rPr>
          <w:lang w:val="pt-BR"/>
        </w:rPr>
      </w:pPr>
      <w:r w:rsidRPr="001179E8">
        <w:rPr>
          <w:lang w:val="pt-BR"/>
        </w:rPr>
        <w:br/>
      </w:r>
    </w:p>
    <w:p w14:paraId="7CCFA71F" w14:textId="77777777" w:rsidR="002355BD" w:rsidRPr="001179E8" w:rsidRDefault="00000000">
      <w:pPr>
        <w:rPr>
          <w:lang w:val="pt-BR"/>
        </w:rPr>
      </w:pPr>
      <w:r w:rsidRPr="001179E8">
        <w:rPr>
          <w:lang w:val="pt-BR"/>
        </w:rPr>
        <w:t>"Eu posso lutar!" protestou Linda, seus olhos brilhando com determinação.</w:t>
      </w:r>
    </w:p>
    <w:p w14:paraId="454B51AA" w14:textId="77777777" w:rsidR="002355BD" w:rsidRPr="001179E8" w:rsidRDefault="00000000">
      <w:pPr>
        <w:rPr>
          <w:lang w:val="pt-BR"/>
        </w:rPr>
      </w:pPr>
      <w:r w:rsidRPr="001179E8">
        <w:rPr>
          <w:lang w:val="pt-BR"/>
        </w:rPr>
        <w:lastRenderedPageBreak/>
        <w:br/>
      </w:r>
    </w:p>
    <w:p w14:paraId="7588B4E8" w14:textId="77777777" w:rsidR="002355BD" w:rsidRPr="001179E8" w:rsidRDefault="00000000">
      <w:pPr>
        <w:rPr>
          <w:lang w:val="pt-BR"/>
        </w:rPr>
      </w:pPr>
      <w:r w:rsidRPr="001179E8">
        <w:rPr>
          <w:lang w:val="pt-BR"/>
        </w:rPr>
        <w:t>Antes que Art pudesse responder, a criatura atacou. Ele conseguiu desviar do primeiro golpe, mas a velocidade do monstro na água era impressionante. Tentou tocar a criatura para absorver sua força, mas a pele escorregadia e a agilidade aquática do ser tornavam o contato difícil.</w:t>
      </w:r>
    </w:p>
    <w:p w14:paraId="1891136E" w14:textId="77777777" w:rsidR="002355BD" w:rsidRPr="001179E8" w:rsidRDefault="00000000">
      <w:pPr>
        <w:rPr>
          <w:lang w:val="pt-BR"/>
        </w:rPr>
      </w:pPr>
      <w:r w:rsidRPr="001179E8">
        <w:rPr>
          <w:lang w:val="pt-BR"/>
        </w:rPr>
        <w:br/>
      </w:r>
    </w:p>
    <w:p w14:paraId="10A33336" w14:textId="77777777" w:rsidR="002355BD" w:rsidRPr="001179E8" w:rsidRDefault="00000000">
      <w:pPr>
        <w:rPr>
          <w:lang w:val="pt-BR"/>
        </w:rPr>
      </w:pPr>
      <w:r w:rsidRPr="001179E8">
        <w:rPr>
          <w:lang w:val="pt-BR"/>
        </w:rPr>
        <w:t>Linda não hesitou. Com um gesto fluido, ela começou a crescer – não até seu tamanho máximo de gigante, que seria impraticável nos confins da caverna, mas o suficiente para dobrar sua altura e força. Com um movimento poderoso, ela agarrou a criatura, imobilizando-a contra a parede de cristal.</w:t>
      </w:r>
    </w:p>
    <w:p w14:paraId="5FF066B2" w14:textId="77777777" w:rsidR="002355BD" w:rsidRPr="001179E8" w:rsidRDefault="00000000">
      <w:pPr>
        <w:rPr>
          <w:lang w:val="pt-BR"/>
        </w:rPr>
      </w:pPr>
      <w:r w:rsidRPr="001179E8">
        <w:rPr>
          <w:lang w:val="pt-BR"/>
        </w:rPr>
        <w:br/>
      </w:r>
    </w:p>
    <w:p w14:paraId="24A0B0D4" w14:textId="77777777" w:rsidR="002355BD" w:rsidRPr="001179E8" w:rsidRDefault="00000000">
      <w:pPr>
        <w:rPr>
          <w:lang w:val="pt-BR"/>
        </w:rPr>
      </w:pPr>
      <w:r w:rsidRPr="001179E8">
        <w:rPr>
          <w:lang w:val="pt-BR"/>
        </w:rPr>
        <w:t>"Art, agora!" gritou ela.</w:t>
      </w:r>
    </w:p>
    <w:p w14:paraId="43AC79A6" w14:textId="77777777" w:rsidR="002355BD" w:rsidRPr="001179E8" w:rsidRDefault="00000000">
      <w:pPr>
        <w:rPr>
          <w:lang w:val="pt-BR"/>
        </w:rPr>
      </w:pPr>
      <w:r w:rsidRPr="001179E8">
        <w:rPr>
          <w:lang w:val="pt-BR"/>
        </w:rPr>
        <w:br/>
      </w:r>
    </w:p>
    <w:p w14:paraId="4AC3BDD4" w14:textId="77777777" w:rsidR="002355BD" w:rsidRPr="001179E8" w:rsidRDefault="00000000">
      <w:pPr>
        <w:rPr>
          <w:lang w:val="pt-BR"/>
        </w:rPr>
      </w:pPr>
      <w:r w:rsidRPr="001179E8">
        <w:rPr>
          <w:lang w:val="pt-BR"/>
        </w:rPr>
        <w:t>Art aproveitou a oportunidade, tocando a criatura imobilizada. Sentiu o poder fluir para ele – uma força bruta, selvagem, adaptada às pressões extremas das profundezas. Era desorientador, mas ele manteve o foco, canalizando a energia absorvida.</w:t>
      </w:r>
    </w:p>
    <w:p w14:paraId="525656C4" w14:textId="77777777" w:rsidR="002355BD" w:rsidRPr="001179E8" w:rsidRDefault="00000000">
      <w:pPr>
        <w:rPr>
          <w:lang w:val="pt-BR"/>
        </w:rPr>
      </w:pPr>
      <w:r w:rsidRPr="001179E8">
        <w:rPr>
          <w:lang w:val="pt-BR"/>
        </w:rPr>
        <w:br/>
      </w:r>
    </w:p>
    <w:p w14:paraId="554B747E" w14:textId="77777777" w:rsidR="002355BD" w:rsidRPr="001179E8" w:rsidRDefault="00000000">
      <w:pPr>
        <w:rPr>
          <w:lang w:val="pt-BR"/>
        </w:rPr>
      </w:pPr>
      <w:r w:rsidRPr="001179E8">
        <w:rPr>
          <w:lang w:val="pt-BR"/>
        </w:rPr>
        <w:t>Com a força recém-adquirida, Art desferiu um golpe poderoso que atordoou a criatura. Linda, ainda em seu tamanho aumentado, arrancou um pedaço de cristal da parede e o usou para nocautear definitivamente o monstro.</w:t>
      </w:r>
    </w:p>
    <w:p w14:paraId="4AC0F711" w14:textId="77777777" w:rsidR="002355BD" w:rsidRPr="001179E8" w:rsidRDefault="00000000">
      <w:pPr>
        <w:rPr>
          <w:lang w:val="pt-BR"/>
        </w:rPr>
      </w:pPr>
      <w:r w:rsidRPr="001179E8">
        <w:rPr>
          <w:lang w:val="pt-BR"/>
        </w:rPr>
        <w:br/>
      </w:r>
    </w:p>
    <w:p w14:paraId="67D3133A" w14:textId="77777777" w:rsidR="002355BD" w:rsidRPr="001179E8" w:rsidRDefault="00000000">
      <w:pPr>
        <w:rPr>
          <w:lang w:val="pt-BR"/>
        </w:rPr>
      </w:pPr>
      <w:r w:rsidRPr="001179E8">
        <w:rPr>
          <w:lang w:val="pt-BR"/>
        </w:rPr>
        <w:t>Mas a luta estava longe de terminar. Mais criaturas convergiam para sua posição, atraídas pelo conflito. Guardas marítimos tentavam alcançá-los, mas estavam ocupados com suas próprias batalhas.</w:t>
      </w:r>
    </w:p>
    <w:p w14:paraId="27957FEC" w14:textId="77777777" w:rsidR="002355BD" w:rsidRPr="001179E8" w:rsidRDefault="00000000">
      <w:pPr>
        <w:rPr>
          <w:lang w:val="pt-BR"/>
        </w:rPr>
      </w:pPr>
      <w:r w:rsidRPr="001179E8">
        <w:rPr>
          <w:lang w:val="pt-BR"/>
        </w:rPr>
        <w:br/>
      </w:r>
    </w:p>
    <w:p w14:paraId="2D595122" w14:textId="77777777" w:rsidR="002355BD" w:rsidRPr="001179E8" w:rsidRDefault="00000000">
      <w:pPr>
        <w:rPr>
          <w:lang w:val="pt-BR"/>
        </w:rPr>
      </w:pPr>
      <w:r w:rsidRPr="001179E8">
        <w:rPr>
          <w:lang w:val="pt-BR"/>
        </w:rPr>
        <w:t>"Precisamos proteger os civis!" gritou Linda, apontando para um grupo de crianças marítimas encurraladas em um canto da caverna.</w:t>
      </w:r>
    </w:p>
    <w:p w14:paraId="568A5B5E" w14:textId="77777777" w:rsidR="002355BD" w:rsidRPr="001179E8" w:rsidRDefault="00000000">
      <w:pPr>
        <w:rPr>
          <w:lang w:val="pt-BR"/>
        </w:rPr>
      </w:pPr>
      <w:r w:rsidRPr="001179E8">
        <w:rPr>
          <w:lang w:val="pt-BR"/>
        </w:rPr>
        <w:lastRenderedPageBreak/>
        <w:br/>
      </w:r>
    </w:p>
    <w:p w14:paraId="14E01312" w14:textId="77777777" w:rsidR="002355BD" w:rsidRPr="001179E8" w:rsidRDefault="00000000">
      <w:pPr>
        <w:rPr>
          <w:lang w:val="pt-BR"/>
        </w:rPr>
      </w:pPr>
      <w:r w:rsidRPr="001179E8">
        <w:rPr>
          <w:lang w:val="pt-BR"/>
        </w:rPr>
        <w:t>Art assentiu, e juntos, abriram caminho através das criaturas. Linda usou sua força aumentada para abrir espaço, enquanto Art, com a força absorvida da criatura abissal, derrubava os monstros que se aproximavam demais.</w:t>
      </w:r>
    </w:p>
    <w:p w14:paraId="73485EEB" w14:textId="77777777" w:rsidR="002355BD" w:rsidRPr="001179E8" w:rsidRDefault="00000000">
      <w:pPr>
        <w:rPr>
          <w:lang w:val="pt-BR"/>
        </w:rPr>
      </w:pPr>
      <w:r w:rsidRPr="001179E8">
        <w:rPr>
          <w:lang w:val="pt-BR"/>
        </w:rPr>
        <w:br/>
      </w:r>
    </w:p>
    <w:p w14:paraId="3A6E6537" w14:textId="77777777" w:rsidR="002355BD" w:rsidRPr="001179E8" w:rsidRDefault="00000000">
      <w:pPr>
        <w:rPr>
          <w:lang w:val="pt-BR"/>
        </w:rPr>
      </w:pPr>
      <w:r w:rsidRPr="001179E8">
        <w:rPr>
          <w:lang w:val="pt-BR"/>
        </w:rPr>
        <w:t>Quando chegaram às crianças, Linda se ajoelhou (ainda em seu tamanho aumentado) e falou gentilmente: "Não tenham medo. Vamos protegê-los."</w:t>
      </w:r>
    </w:p>
    <w:p w14:paraId="382DD4F5" w14:textId="77777777" w:rsidR="002355BD" w:rsidRPr="001179E8" w:rsidRDefault="00000000">
      <w:pPr>
        <w:rPr>
          <w:lang w:val="pt-BR"/>
        </w:rPr>
      </w:pPr>
      <w:r w:rsidRPr="001179E8">
        <w:rPr>
          <w:lang w:val="pt-BR"/>
        </w:rPr>
        <w:br/>
      </w:r>
    </w:p>
    <w:p w14:paraId="514F9D02" w14:textId="77777777" w:rsidR="002355BD" w:rsidRPr="001179E8" w:rsidRDefault="00000000">
      <w:pPr>
        <w:rPr>
          <w:lang w:val="pt-BR"/>
        </w:rPr>
      </w:pPr>
      <w:r w:rsidRPr="001179E8">
        <w:rPr>
          <w:lang w:val="pt-BR"/>
        </w:rPr>
        <w:t>Uma das criaturas, maior e aparentemente mais inteligente que as outras, percebeu seu objetivo e lançou-se em direção às crianças. Art interceptou-a, usando o poder absorvido para enfrentá-la de igual para igual. A luta foi brutal e rápida – garras contra punhos, dentes contra determinação.</w:t>
      </w:r>
    </w:p>
    <w:p w14:paraId="7647460B" w14:textId="77777777" w:rsidR="002355BD" w:rsidRPr="001179E8" w:rsidRDefault="00000000">
      <w:pPr>
        <w:rPr>
          <w:lang w:val="pt-BR"/>
        </w:rPr>
      </w:pPr>
      <w:r w:rsidRPr="001179E8">
        <w:rPr>
          <w:lang w:val="pt-BR"/>
        </w:rPr>
        <w:br/>
      </w:r>
    </w:p>
    <w:p w14:paraId="2756F88D" w14:textId="77777777" w:rsidR="002355BD" w:rsidRPr="001179E8" w:rsidRDefault="00000000">
      <w:pPr>
        <w:rPr>
          <w:lang w:val="pt-BR"/>
        </w:rPr>
      </w:pPr>
      <w:r w:rsidRPr="001179E8">
        <w:rPr>
          <w:lang w:val="pt-BR"/>
        </w:rPr>
        <w:t>Art conseguiu subjugar a criatura, mas não sem custo. Uma de suas garras rasgou o traje especial de Art, criando um corte profundo em seu braço. A dor foi imediata e intensa, mas seu fator de cura acelerada já começava a trabalhar, estancando o sangramento.</w:t>
      </w:r>
    </w:p>
    <w:p w14:paraId="4E8A0A12" w14:textId="77777777" w:rsidR="002355BD" w:rsidRPr="001179E8" w:rsidRDefault="00000000">
      <w:pPr>
        <w:rPr>
          <w:lang w:val="pt-BR"/>
        </w:rPr>
      </w:pPr>
      <w:r w:rsidRPr="001179E8">
        <w:rPr>
          <w:lang w:val="pt-BR"/>
        </w:rPr>
        <w:br/>
      </w:r>
    </w:p>
    <w:p w14:paraId="20B12E01" w14:textId="77777777" w:rsidR="002355BD" w:rsidRPr="001179E8" w:rsidRDefault="00000000">
      <w:pPr>
        <w:rPr>
          <w:lang w:val="pt-BR"/>
        </w:rPr>
      </w:pPr>
      <w:r w:rsidRPr="001179E8">
        <w:rPr>
          <w:lang w:val="pt-BR"/>
        </w:rPr>
        <w:t>Linda viu o ferimento e seu rosto se contorceu de preocupação. Ela terminou de guiar as crianças para a segurança com guardas marítimos que finalmente haviam chegado, então voltou rapidamente para Art.</w:t>
      </w:r>
    </w:p>
    <w:p w14:paraId="483EB18E" w14:textId="77777777" w:rsidR="002355BD" w:rsidRPr="001179E8" w:rsidRDefault="00000000">
      <w:pPr>
        <w:rPr>
          <w:lang w:val="pt-BR"/>
        </w:rPr>
      </w:pPr>
      <w:r w:rsidRPr="001179E8">
        <w:rPr>
          <w:lang w:val="pt-BR"/>
        </w:rPr>
        <w:br/>
      </w:r>
    </w:p>
    <w:p w14:paraId="282E8295" w14:textId="77777777" w:rsidR="002355BD" w:rsidRPr="001179E8" w:rsidRDefault="00000000">
      <w:pPr>
        <w:rPr>
          <w:lang w:val="pt-BR"/>
        </w:rPr>
      </w:pPr>
      <w:r w:rsidRPr="001179E8">
        <w:rPr>
          <w:lang w:val="pt-BR"/>
        </w:rPr>
        <w:t>"Você está ferido," disse ela, sua voz tensa de preocupação.</w:t>
      </w:r>
    </w:p>
    <w:p w14:paraId="1B545A7C" w14:textId="77777777" w:rsidR="002355BD" w:rsidRPr="001179E8" w:rsidRDefault="00000000">
      <w:pPr>
        <w:rPr>
          <w:lang w:val="pt-BR"/>
        </w:rPr>
      </w:pPr>
      <w:r w:rsidRPr="001179E8">
        <w:rPr>
          <w:lang w:val="pt-BR"/>
        </w:rPr>
        <w:br/>
      </w:r>
    </w:p>
    <w:p w14:paraId="0E1FFE0C" w14:textId="77777777" w:rsidR="002355BD" w:rsidRPr="001179E8" w:rsidRDefault="00000000">
      <w:pPr>
        <w:rPr>
          <w:lang w:val="pt-BR"/>
        </w:rPr>
      </w:pPr>
      <w:r w:rsidRPr="001179E8">
        <w:rPr>
          <w:lang w:val="pt-BR"/>
        </w:rPr>
        <w:t>"Vou ficar bem," respondeu Art, tentando soar mais confiante do que se sentia. "Cura acelerada, lembra?"</w:t>
      </w:r>
    </w:p>
    <w:p w14:paraId="7C61D245" w14:textId="77777777" w:rsidR="002355BD" w:rsidRPr="001179E8" w:rsidRDefault="00000000">
      <w:pPr>
        <w:rPr>
          <w:lang w:val="pt-BR"/>
        </w:rPr>
      </w:pPr>
      <w:r w:rsidRPr="001179E8">
        <w:rPr>
          <w:lang w:val="pt-BR"/>
        </w:rPr>
        <w:br/>
      </w:r>
    </w:p>
    <w:p w14:paraId="4FCC9EF2" w14:textId="77777777" w:rsidR="002355BD" w:rsidRPr="001179E8" w:rsidRDefault="00000000">
      <w:pPr>
        <w:rPr>
          <w:lang w:val="pt-BR"/>
        </w:rPr>
      </w:pPr>
      <w:r w:rsidRPr="001179E8">
        <w:rPr>
          <w:lang w:val="pt-BR"/>
        </w:rPr>
        <w:lastRenderedPageBreak/>
        <w:t>Linda não parecia convencida, mas não havia tempo para discussões. Mais criaturas se aproximavam, e eles precisavam continuar lutando.</w:t>
      </w:r>
    </w:p>
    <w:p w14:paraId="77FA89BF" w14:textId="77777777" w:rsidR="002355BD" w:rsidRPr="001179E8" w:rsidRDefault="00000000">
      <w:pPr>
        <w:rPr>
          <w:lang w:val="pt-BR"/>
        </w:rPr>
      </w:pPr>
      <w:r w:rsidRPr="001179E8">
        <w:rPr>
          <w:lang w:val="pt-BR"/>
        </w:rPr>
        <w:br/>
      </w:r>
    </w:p>
    <w:p w14:paraId="61834A70" w14:textId="77777777" w:rsidR="002355BD" w:rsidRPr="001179E8" w:rsidRDefault="00000000">
      <w:pPr>
        <w:rPr>
          <w:lang w:val="pt-BR"/>
        </w:rPr>
      </w:pPr>
      <w:r w:rsidRPr="001179E8">
        <w:rPr>
          <w:lang w:val="pt-BR"/>
        </w:rPr>
        <w:t>Foi então que Linda teve uma ideia. Olhando ao redor, ela notou as algas marinhas decorativas que cresciam em pequenos nichos nas paredes da caverna. Com um gesto concentrado, ela ativou seu poder de clorocinese.</w:t>
      </w:r>
    </w:p>
    <w:p w14:paraId="04CB93D1" w14:textId="77777777" w:rsidR="002355BD" w:rsidRPr="001179E8" w:rsidRDefault="00000000">
      <w:pPr>
        <w:rPr>
          <w:lang w:val="pt-BR"/>
        </w:rPr>
      </w:pPr>
      <w:r w:rsidRPr="001179E8">
        <w:rPr>
          <w:lang w:val="pt-BR"/>
        </w:rPr>
        <w:br/>
      </w:r>
    </w:p>
    <w:p w14:paraId="10F26656" w14:textId="77777777" w:rsidR="002355BD" w:rsidRPr="001179E8" w:rsidRDefault="00000000">
      <w:pPr>
        <w:rPr>
          <w:lang w:val="pt-BR"/>
        </w:rPr>
      </w:pPr>
      <w:r w:rsidRPr="001179E8">
        <w:rPr>
          <w:lang w:val="pt-BR"/>
        </w:rPr>
        <w:t>As algas responderam ao seu comando, crescendo e se expandindo a uma velocidade impressionante. Linda as direcionou como tentáculos vivos, enrolando-as ao redor das criaturas abissais, imobilizando-as efetivamente.</w:t>
      </w:r>
    </w:p>
    <w:p w14:paraId="3E4CA791" w14:textId="77777777" w:rsidR="002355BD" w:rsidRPr="001179E8" w:rsidRDefault="00000000">
      <w:pPr>
        <w:rPr>
          <w:lang w:val="pt-BR"/>
        </w:rPr>
      </w:pPr>
      <w:r w:rsidRPr="001179E8">
        <w:rPr>
          <w:lang w:val="pt-BR"/>
        </w:rPr>
        <w:br/>
      </w:r>
    </w:p>
    <w:p w14:paraId="1DC5339B" w14:textId="77777777" w:rsidR="002355BD" w:rsidRPr="001179E8" w:rsidRDefault="00000000">
      <w:pPr>
        <w:rPr>
          <w:lang w:val="pt-BR"/>
        </w:rPr>
      </w:pPr>
      <w:r w:rsidRPr="001179E8">
        <w:rPr>
          <w:lang w:val="pt-BR"/>
        </w:rPr>
        <w:t>"Art, toque o chão!" gritou ela.</w:t>
      </w:r>
    </w:p>
    <w:p w14:paraId="31597130" w14:textId="77777777" w:rsidR="002355BD" w:rsidRPr="001179E8" w:rsidRDefault="00000000">
      <w:pPr>
        <w:rPr>
          <w:lang w:val="pt-BR"/>
        </w:rPr>
      </w:pPr>
      <w:r w:rsidRPr="001179E8">
        <w:rPr>
          <w:lang w:val="pt-BR"/>
        </w:rPr>
        <w:br/>
      </w:r>
    </w:p>
    <w:p w14:paraId="4F581AE6" w14:textId="77777777" w:rsidR="002355BD" w:rsidRPr="001179E8" w:rsidRDefault="00000000">
      <w:pPr>
        <w:rPr>
          <w:lang w:val="pt-BR"/>
        </w:rPr>
      </w:pPr>
      <w:r w:rsidRPr="001179E8">
        <w:rPr>
          <w:lang w:val="pt-BR"/>
        </w:rPr>
        <w:t>Confiando nela implicitamente, Art pressionou a palma da mão contra o chão da caverna. Linda, ainda controlando as algas com uma mão, usou a outra para ativar seu poder de fabricação de golens.</w:t>
      </w:r>
    </w:p>
    <w:p w14:paraId="020CC8F1" w14:textId="77777777" w:rsidR="002355BD" w:rsidRPr="001179E8" w:rsidRDefault="00000000">
      <w:pPr>
        <w:rPr>
          <w:lang w:val="pt-BR"/>
        </w:rPr>
      </w:pPr>
      <w:r w:rsidRPr="001179E8">
        <w:rPr>
          <w:lang w:val="pt-BR"/>
        </w:rPr>
        <w:br/>
      </w:r>
    </w:p>
    <w:p w14:paraId="3F8581CB" w14:textId="77777777" w:rsidR="002355BD" w:rsidRPr="001179E8" w:rsidRDefault="00000000">
      <w:pPr>
        <w:rPr>
          <w:lang w:val="pt-BR"/>
        </w:rPr>
      </w:pPr>
      <w:r w:rsidRPr="001179E8">
        <w:rPr>
          <w:lang w:val="pt-BR"/>
        </w:rPr>
        <w:t>O chão tremeu, e então, da própria rocha e cristal da caverna, duas figuras humanoides começaram a se formar – golens de cristal que brilhavam com a luz bioluminescente do ambiente. Assim que tomaram forma completa, os golens avançaram contra as criaturas restantes, seguindo os comandos silenciosos de Linda.</w:t>
      </w:r>
    </w:p>
    <w:p w14:paraId="7FD12415" w14:textId="77777777" w:rsidR="002355BD" w:rsidRPr="001179E8" w:rsidRDefault="00000000">
      <w:pPr>
        <w:rPr>
          <w:lang w:val="pt-BR"/>
        </w:rPr>
      </w:pPr>
      <w:r w:rsidRPr="001179E8">
        <w:rPr>
          <w:lang w:val="pt-BR"/>
        </w:rPr>
        <w:br/>
      </w:r>
    </w:p>
    <w:p w14:paraId="15623A95" w14:textId="77777777" w:rsidR="002355BD" w:rsidRPr="001179E8" w:rsidRDefault="00000000">
      <w:pPr>
        <w:rPr>
          <w:lang w:val="pt-BR"/>
        </w:rPr>
      </w:pPr>
      <w:r w:rsidRPr="001179E8">
        <w:rPr>
          <w:lang w:val="pt-BR"/>
        </w:rPr>
        <w:t>A maré da batalha virou. Com os golens de Linda enfrentando as criaturas maiores e as algas controladas imobilizando as menores, os guardas marítimos conseguiram reagrupar-se e contra-atacar efetivamente.</w:t>
      </w:r>
    </w:p>
    <w:p w14:paraId="746E30D4" w14:textId="77777777" w:rsidR="002355BD" w:rsidRPr="001179E8" w:rsidRDefault="00000000">
      <w:pPr>
        <w:rPr>
          <w:lang w:val="pt-BR"/>
        </w:rPr>
      </w:pPr>
      <w:r w:rsidRPr="001179E8">
        <w:rPr>
          <w:lang w:val="pt-BR"/>
        </w:rPr>
        <w:br/>
      </w:r>
    </w:p>
    <w:p w14:paraId="425438E4" w14:textId="77777777" w:rsidR="002355BD" w:rsidRPr="001179E8" w:rsidRDefault="00000000">
      <w:pPr>
        <w:rPr>
          <w:lang w:val="pt-BR"/>
        </w:rPr>
      </w:pPr>
      <w:r w:rsidRPr="001179E8">
        <w:rPr>
          <w:lang w:val="pt-BR"/>
        </w:rPr>
        <w:lastRenderedPageBreak/>
        <w:t>Em minutos, as criaturas abissais estavam derrotadas ou em retirada. A caverna, embora danificada, estava segura novamente.</w:t>
      </w:r>
    </w:p>
    <w:p w14:paraId="341750AE" w14:textId="77777777" w:rsidR="002355BD" w:rsidRPr="001179E8" w:rsidRDefault="00000000">
      <w:pPr>
        <w:rPr>
          <w:lang w:val="pt-BR"/>
        </w:rPr>
      </w:pPr>
      <w:r w:rsidRPr="001179E8">
        <w:rPr>
          <w:lang w:val="pt-BR"/>
        </w:rPr>
        <w:br/>
      </w:r>
    </w:p>
    <w:p w14:paraId="7D7EF27B" w14:textId="77777777" w:rsidR="002355BD" w:rsidRPr="001179E8" w:rsidRDefault="00000000">
      <w:pPr>
        <w:rPr>
          <w:lang w:val="pt-BR"/>
        </w:rPr>
      </w:pPr>
      <w:r w:rsidRPr="001179E8">
        <w:rPr>
          <w:lang w:val="pt-BR"/>
        </w:rPr>
        <w:t>Linda, exausta pelo uso intenso de seus poderes, retornou ao seu tamanho normal. Os golens, sem sua concentração contínua, desmoronaram em pilhas de cristal e rocha. Ela cambaleou ligeiramente, e Art a segurou pelo braço para estabilizá-la.</w:t>
      </w:r>
    </w:p>
    <w:p w14:paraId="0A295FA2" w14:textId="77777777" w:rsidR="002355BD" w:rsidRPr="001179E8" w:rsidRDefault="00000000">
      <w:pPr>
        <w:rPr>
          <w:lang w:val="pt-BR"/>
        </w:rPr>
      </w:pPr>
      <w:r w:rsidRPr="001179E8">
        <w:rPr>
          <w:lang w:val="pt-BR"/>
        </w:rPr>
        <w:br/>
      </w:r>
    </w:p>
    <w:p w14:paraId="70468292" w14:textId="77777777" w:rsidR="002355BD" w:rsidRPr="001179E8" w:rsidRDefault="00000000">
      <w:pPr>
        <w:rPr>
          <w:lang w:val="pt-BR"/>
        </w:rPr>
      </w:pPr>
      <w:r w:rsidRPr="001179E8">
        <w:rPr>
          <w:lang w:val="pt-BR"/>
        </w:rPr>
        <w:t>"Isso foi... impressionante," disse ele, genuinamente admirado.</w:t>
      </w:r>
    </w:p>
    <w:p w14:paraId="5C0C0822" w14:textId="77777777" w:rsidR="002355BD" w:rsidRPr="001179E8" w:rsidRDefault="00000000">
      <w:pPr>
        <w:rPr>
          <w:lang w:val="pt-BR"/>
        </w:rPr>
      </w:pPr>
      <w:r w:rsidRPr="001179E8">
        <w:rPr>
          <w:lang w:val="pt-BR"/>
        </w:rPr>
        <w:br/>
      </w:r>
    </w:p>
    <w:p w14:paraId="54A0EC2C" w14:textId="77777777" w:rsidR="002355BD" w:rsidRPr="001179E8" w:rsidRDefault="00000000">
      <w:pPr>
        <w:rPr>
          <w:lang w:val="pt-BR"/>
        </w:rPr>
      </w:pPr>
      <w:r w:rsidRPr="001179E8">
        <w:rPr>
          <w:lang w:val="pt-BR"/>
        </w:rPr>
        <w:t>Linda sorriu fracamente. "Você também não foi nada mal, absorvendo a força daquela coisa."</w:t>
      </w:r>
    </w:p>
    <w:p w14:paraId="3C913C6F" w14:textId="77777777" w:rsidR="002355BD" w:rsidRPr="001179E8" w:rsidRDefault="00000000">
      <w:pPr>
        <w:rPr>
          <w:lang w:val="pt-BR"/>
        </w:rPr>
      </w:pPr>
      <w:r w:rsidRPr="001179E8">
        <w:rPr>
          <w:lang w:val="pt-BR"/>
        </w:rPr>
        <w:br/>
      </w:r>
    </w:p>
    <w:p w14:paraId="2AC8501B" w14:textId="77777777" w:rsidR="002355BD" w:rsidRPr="001179E8" w:rsidRDefault="00000000">
      <w:pPr>
        <w:rPr>
          <w:lang w:val="pt-BR"/>
        </w:rPr>
      </w:pPr>
      <w:r w:rsidRPr="001179E8">
        <w:rPr>
          <w:lang w:val="pt-BR"/>
        </w:rPr>
        <w:t>Guardas marítimos se aproximaram, liderados por Conselheiro Nereus, que havia chegado com reforços.</w:t>
      </w:r>
    </w:p>
    <w:p w14:paraId="61B5F738" w14:textId="77777777" w:rsidR="002355BD" w:rsidRPr="001179E8" w:rsidRDefault="00000000">
      <w:pPr>
        <w:rPr>
          <w:lang w:val="pt-BR"/>
        </w:rPr>
      </w:pPr>
      <w:r w:rsidRPr="001179E8">
        <w:rPr>
          <w:lang w:val="pt-BR"/>
        </w:rPr>
        <w:br/>
      </w:r>
    </w:p>
    <w:p w14:paraId="1CDA1043" w14:textId="77777777" w:rsidR="002355BD" w:rsidRPr="001179E8" w:rsidRDefault="00000000">
      <w:pPr>
        <w:rPr>
          <w:lang w:val="pt-BR"/>
        </w:rPr>
      </w:pPr>
      <w:r w:rsidRPr="001179E8">
        <w:rPr>
          <w:lang w:val="pt-BR"/>
        </w:rPr>
        <w:t>"Vocês lutaram bravamente," disse ele, inclinando a cabeça em respeito. "Protegeram nossos jovens quando não tinham obrigação de fazê-lo. A Rainha Marina saberá disso."</w:t>
      </w:r>
    </w:p>
    <w:p w14:paraId="74AEA9E9" w14:textId="77777777" w:rsidR="002355BD" w:rsidRPr="001179E8" w:rsidRDefault="00000000">
      <w:pPr>
        <w:rPr>
          <w:lang w:val="pt-BR"/>
        </w:rPr>
      </w:pPr>
      <w:r w:rsidRPr="001179E8">
        <w:rPr>
          <w:lang w:val="pt-BR"/>
        </w:rPr>
        <w:br/>
      </w:r>
    </w:p>
    <w:p w14:paraId="6BB94C19" w14:textId="77777777" w:rsidR="002355BD" w:rsidRPr="001179E8" w:rsidRDefault="00000000">
      <w:pPr>
        <w:rPr>
          <w:lang w:val="pt-BR"/>
        </w:rPr>
      </w:pPr>
      <w:r w:rsidRPr="001179E8">
        <w:rPr>
          <w:lang w:val="pt-BR"/>
        </w:rPr>
        <w:t>---</w:t>
      </w:r>
    </w:p>
    <w:p w14:paraId="3EA9500C" w14:textId="77777777" w:rsidR="002355BD" w:rsidRPr="001179E8" w:rsidRDefault="00000000">
      <w:pPr>
        <w:rPr>
          <w:lang w:val="pt-BR"/>
        </w:rPr>
      </w:pPr>
      <w:r w:rsidRPr="001179E8">
        <w:rPr>
          <w:lang w:val="pt-BR"/>
        </w:rPr>
        <w:br/>
      </w:r>
    </w:p>
    <w:p w14:paraId="0070A4AB" w14:textId="77777777" w:rsidR="002355BD" w:rsidRPr="001179E8" w:rsidRDefault="00000000">
      <w:pPr>
        <w:rPr>
          <w:lang w:val="pt-BR"/>
        </w:rPr>
      </w:pPr>
      <w:r w:rsidRPr="001179E8">
        <w:rPr>
          <w:lang w:val="pt-BR"/>
        </w:rPr>
        <w:t>De volta ao palácio, Art foi tratado por curandeiros marítimos que aplicaram um ungüento de algas medicinais em seu ferimento. Linda permaneceu ao seu lado durante todo o processo, sua preocupação evidente em cada olhar, em cada toque hesitante em seu ombro.</w:t>
      </w:r>
    </w:p>
    <w:p w14:paraId="7C69F275" w14:textId="77777777" w:rsidR="002355BD" w:rsidRPr="001179E8" w:rsidRDefault="00000000">
      <w:pPr>
        <w:rPr>
          <w:lang w:val="pt-BR"/>
        </w:rPr>
      </w:pPr>
      <w:r w:rsidRPr="001179E8">
        <w:rPr>
          <w:lang w:val="pt-BR"/>
        </w:rPr>
        <w:br/>
      </w:r>
    </w:p>
    <w:p w14:paraId="07877782" w14:textId="77777777" w:rsidR="002355BD" w:rsidRPr="001179E8" w:rsidRDefault="00000000">
      <w:pPr>
        <w:rPr>
          <w:lang w:val="pt-BR"/>
        </w:rPr>
      </w:pPr>
      <w:r w:rsidRPr="001179E8">
        <w:rPr>
          <w:lang w:val="pt-BR"/>
        </w:rPr>
        <w:lastRenderedPageBreak/>
        <w:t>"Você poderia ter se machucado muito mais," disse ela finalmente, quando os curandeiros os deixaram a sós na enfermaria do palácio.</w:t>
      </w:r>
    </w:p>
    <w:p w14:paraId="73005EC3" w14:textId="77777777" w:rsidR="002355BD" w:rsidRPr="001179E8" w:rsidRDefault="00000000">
      <w:pPr>
        <w:rPr>
          <w:lang w:val="pt-BR"/>
        </w:rPr>
      </w:pPr>
      <w:r w:rsidRPr="001179E8">
        <w:rPr>
          <w:lang w:val="pt-BR"/>
        </w:rPr>
        <w:br/>
      </w:r>
    </w:p>
    <w:p w14:paraId="704042F1" w14:textId="77777777" w:rsidR="002355BD" w:rsidRPr="001179E8" w:rsidRDefault="00000000">
      <w:pPr>
        <w:rPr>
          <w:lang w:val="pt-BR"/>
        </w:rPr>
      </w:pPr>
      <w:r w:rsidRPr="001179E8">
        <w:rPr>
          <w:lang w:val="pt-BR"/>
        </w:rPr>
        <w:t>"Valeu a pena," respondeu Art simplesmente. "Aquelas crianças..."</w:t>
      </w:r>
    </w:p>
    <w:p w14:paraId="6C550B2A" w14:textId="77777777" w:rsidR="002355BD" w:rsidRPr="001179E8" w:rsidRDefault="00000000">
      <w:pPr>
        <w:rPr>
          <w:lang w:val="pt-BR"/>
        </w:rPr>
      </w:pPr>
      <w:r w:rsidRPr="001179E8">
        <w:rPr>
          <w:lang w:val="pt-BR"/>
        </w:rPr>
        <w:br/>
      </w:r>
    </w:p>
    <w:p w14:paraId="159A2E97" w14:textId="77777777" w:rsidR="002355BD" w:rsidRPr="001179E8" w:rsidRDefault="00000000">
      <w:pPr>
        <w:rPr>
          <w:lang w:val="pt-BR"/>
        </w:rPr>
      </w:pPr>
      <w:r w:rsidRPr="001179E8">
        <w:rPr>
          <w:lang w:val="pt-BR"/>
        </w:rPr>
        <w:t>"Eu sei," Linda suspirou, sentando-se na beira da cama onde ele estava recostado. "Mas por um momento, quando vi aquela criatura te atacar..." Ela não completou a frase, mas seus olhos diziam o que as palavras não conseguiam expressar.</w:t>
      </w:r>
    </w:p>
    <w:p w14:paraId="56FA12B9" w14:textId="77777777" w:rsidR="002355BD" w:rsidRPr="001179E8" w:rsidRDefault="00000000">
      <w:pPr>
        <w:rPr>
          <w:lang w:val="pt-BR"/>
        </w:rPr>
      </w:pPr>
      <w:r w:rsidRPr="001179E8">
        <w:rPr>
          <w:lang w:val="pt-BR"/>
        </w:rPr>
        <w:br/>
      </w:r>
    </w:p>
    <w:p w14:paraId="52AD2211" w14:textId="77777777" w:rsidR="002355BD" w:rsidRPr="001179E8" w:rsidRDefault="00000000">
      <w:pPr>
        <w:rPr>
          <w:lang w:val="pt-BR"/>
        </w:rPr>
      </w:pPr>
      <w:r w:rsidRPr="001179E8">
        <w:rPr>
          <w:lang w:val="pt-BR"/>
        </w:rPr>
        <w:t>Art cobriu a mão dela com a sua. "Ei, estou bem. Nós dois estamos. E fizemos a diferença hoje."</w:t>
      </w:r>
    </w:p>
    <w:p w14:paraId="5700BE5E" w14:textId="77777777" w:rsidR="002355BD" w:rsidRPr="001179E8" w:rsidRDefault="00000000">
      <w:pPr>
        <w:rPr>
          <w:lang w:val="pt-BR"/>
        </w:rPr>
      </w:pPr>
      <w:r w:rsidRPr="001179E8">
        <w:rPr>
          <w:lang w:val="pt-BR"/>
        </w:rPr>
        <w:br/>
      </w:r>
    </w:p>
    <w:p w14:paraId="5293EDF8" w14:textId="77777777" w:rsidR="002355BD" w:rsidRPr="001179E8" w:rsidRDefault="00000000">
      <w:pPr>
        <w:rPr>
          <w:lang w:val="pt-BR"/>
        </w:rPr>
      </w:pPr>
      <w:r w:rsidRPr="001179E8">
        <w:rPr>
          <w:lang w:val="pt-BR"/>
        </w:rPr>
        <w:t>Linda assentiu, um pequeno sorriso formando-se em seus lábios. Ela se inclinou para frente, como se fosse dizer algo mais, quando a porta da enfermaria se abriu.</w:t>
      </w:r>
    </w:p>
    <w:p w14:paraId="101D2A6C" w14:textId="77777777" w:rsidR="002355BD" w:rsidRPr="001179E8" w:rsidRDefault="00000000">
      <w:pPr>
        <w:rPr>
          <w:lang w:val="pt-BR"/>
        </w:rPr>
      </w:pPr>
      <w:r w:rsidRPr="001179E8">
        <w:rPr>
          <w:lang w:val="pt-BR"/>
        </w:rPr>
        <w:br/>
      </w:r>
    </w:p>
    <w:p w14:paraId="49F13738" w14:textId="77777777" w:rsidR="002355BD" w:rsidRPr="001179E8" w:rsidRDefault="00000000">
      <w:pPr>
        <w:rPr>
          <w:lang w:val="pt-BR"/>
        </w:rPr>
      </w:pPr>
      <w:r w:rsidRPr="001179E8">
        <w:rPr>
          <w:lang w:val="pt-BR"/>
        </w:rPr>
        <w:t>A Rainha Marina entrou, sua presença imediatamente dominando o ambiente. Art tentou se levantar para fazer uma reverência adequada, mas ela gesticulou para que permanecesse sentado.</w:t>
      </w:r>
    </w:p>
    <w:p w14:paraId="45E02BD8" w14:textId="77777777" w:rsidR="002355BD" w:rsidRPr="001179E8" w:rsidRDefault="00000000">
      <w:pPr>
        <w:rPr>
          <w:lang w:val="pt-BR"/>
        </w:rPr>
      </w:pPr>
      <w:r w:rsidRPr="001179E8">
        <w:rPr>
          <w:lang w:val="pt-BR"/>
        </w:rPr>
        <w:br/>
      </w:r>
    </w:p>
    <w:p w14:paraId="43FEE8C4" w14:textId="77777777" w:rsidR="002355BD" w:rsidRPr="001179E8" w:rsidRDefault="00000000">
      <w:pPr>
        <w:rPr>
          <w:lang w:val="pt-BR"/>
        </w:rPr>
      </w:pPr>
      <w:r w:rsidRPr="001179E8">
        <w:rPr>
          <w:lang w:val="pt-BR"/>
        </w:rPr>
        <w:t>"Não se levante, jovem guerreiro," disse ela gentilmente. "Ouvi sobre suas ações nas Cavernas de Cristal. Ambos demonstraram grande coragem e habilidade."</w:t>
      </w:r>
    </w:p>
    <w:p w14:paraId="2534853D" w14:textId="77777777" w:rsidR="002355BD" w:rsidRPr="001179E8" w:rsidRDefault="00000000">
      <w:pPr>
        <w:rPr>
          <w:lang w:val="pt-BR"/>
        </w:rPr>
      </w:pPr>
      <w:r w:rsidRPr="001179E8">
        <w:rPr>
          <w:lang w:val="pt-BR"/>
        </w:rPr>
        <w:br/>
      </w:r>
    </w:p>
    <w:p w14:paraId="6AE84D6C" w14:textId="77777777" w:rsidR="002355BD" w:rsidRPr="001179E8" w:rsidRDefault="00000000">
      <w:pPr>
        <w:rPr>
          <w:lang w:val="pt-BR"/>
        </w:rPr>
      </w:pPr>
      <w:r w:rsidRPr="001179E8">
        <w:rPr>
          <w:lang w:val="pt-BR"/>
        </w:rPr>
        <w:t>"Apenas fizemos o que era certo, Majestade," respondeu Linda, levantando-se respeitosamente.</w:t>
      </w:r>
    </w:p>
    <w:p w14:paraId="6CEF2763" w14:textId="77777777" w:rsidR="002355BD" w:rsidRPr="001179E8" w:rsidRDefault="00000000">
      <w:pPr>
        <w:rPr>
          <w:lang w:val="pt-BR"/>
        </w:rPr>
      </w:pPr>
      <w:r w:rsidRPr="001179E8">
        <w:rPr>
          <w:lang w:val="pt-BR"/>
        </w:rPr>
        <w:br/>
      </w:r>
    </w:p>
    <w:p w14:paraId="2DC6E43F" w14:textId="77777777" w:rsidR="002355BD" w:rsidRPr="001179E8" w:rsidRDefault="00000000">
      <w:pPr>
        <w:rPr>
          <w:lang w:val="pt-BR"/>
        </w:rPr>
      </w:pPr>
      <w:r w:rsidRPr="001179E8">
        <w:rPr>
          <w:lang w:val="pt-BR"/>
        </w:rPr>
        <w:lastRenderedPageBreak/>
        <w:t>A Rainha sorriu, um sorriso que lembrava muito o de Híbrida. "Às vezes, fazer o que é certo é a maior prova de caráter que alguém pode oferecer." Ela se aproximou, observando o braço enfaixado de Art. "Nossos curandeiros dizem que você possui um fator de cura notável."</w:t>
      </w:r>
    </w:p>
    <w:p w14:paraId="422F124A" w14:textId="77777777" w:rsidR="002355BD" w:rsidRPr="001179E8" w:rsidRDefault="00000000">
      <w:pPr>
        <w:rPr>
          <w:lang w:val="pt-BR"/>
        </w:rPr>
      </w:pPr>
      <w:r w:rsidRPr="001179E8">
        <w:rPr>
          <w:lang w:val="pt-BR"/>
        </w:rPr>
        <w:br/>
      </w:r>
    </w:p>
    <w:p w14:paraId="22DD6CB6" w14:textId="77777777" w:rsidR="002355BD" w:rsidRPr="001179E8" w:rsidRDefault="00000000">
      <w:pPr>
        <w:rPr>
          <w:lang w:val="pt-BR"/>
        </w:rPr>
      </w:pPr>
      <w:r w:rsidRPr="001179E8">
        <w:rPr>
          <w:lang w:val="pt-BR"/>
        </w:rPr>
        <w:t>"Um dom de família," explicou Art brevemente.</w:t>
      </w:r>
    </w:p>
    <w:p w14:paraId="23A05511" w14:textId="77777777" w:rsidR="002355BD" w:rsidRPr="001179E8" w:rsidRDefault="00000000">
      <w:pPr>
        <w:rPr>
          <w:lang w:val="pt-BR"/>
        </w:rPr>
      </w:pPr>
      <w:r w:rsidRPr="001179E8">
        <w:rPr>
          <w:lang w:val="pt-BR"/>
        </w:rPr>
        <w:br/>
      </w:r>
    </w:p>
    <w:p w14:paraId="58EC2393" w14:textId="77777777" w:rsidR="002355BD" w:rsidRPr="001179E8" w:rsidRDefault="00000000">
      <w:pPr>
        <w:rPr>
          <w:lang w:val="pt-BR"/>
        </w:rPr>
      </w:pPr>
      <w:r w:rsidRPr="001179E8">
        <w:rPr>
          <w:lang w:val="pt-BR"/>
        </w:rPr>
        <w:t>"Interessante," murmurou a Rainha. Ela então se endireitou, sua postura voltando a ser majestosa e formal. "O ataque de hoje confirma nossas piores suspeitas. As criaturas das trincheiras não deveriam ser capazes de penetrar tão profundamente em nosso reino. Os antigos selos estão enfraquecendo, e apenas uma força como Abyzoth poderia causar tal deterioração."</w:t>
      </w:r>
    </w:p>
    <w:p w14:paraId="761D934B" w14:textId="77777777" w:rsidR="002355BD" w:rsidRPr="001179E8" w:rsidRDefault="00000000">
      <w:pPr>
        <w:rPr>
          <w:lang w:val="pt-BR"/>
        </w:rPr>
      </w:pPr>
      <w:r w:rsidRPr="001179E8">
        <w:rPr>
          <w:lang w:val="pt-BR"/>
        </w:rPr>
        <w:br/>
      </w:r>
    </w:p>
    <w:p w14:paraId="67A89CBB" w14:textId="77777777" w:rsidR="002355BD" w:rsidRPr="001179E8" w:rsidRDefault="00000000">
      <w:pPr>
        <w:rPr>
          <w:lang w:val="pt-BR"/>
        </w:rPr>
      </w:pPr>
      <w:r w:rsidRPr="001179E8">
        <w:rPr>
          <w:lang w:val="pt-BR"/>
        </w:rPr>
        <w:t>"Então... a aliança?" perguntou Linda hesitantemente.</w:t>
      </w:r>
    </w:p>
    <w:p w14:paraId="4A918EC5" w14:textId="77777777" w:rsidR="002355BD" w:rsidRPr="001179E8" w:rsidRDefault="00000000">
      <w:pPr>
        <w:rPr>
          <w:lang w:val="pt-BR"/>
        </w:rPr>
      </w:pPr>
      <w:r w:rsidRPr="001179E8">
        <w:rPr>
          <w:lang w:val="pt-BR"/>
        </w:rPr>
        <w:br/>
      </w:r>
    </w:p>
    <w:p w14:paraId="4D1EF76E" w14:textId="77777777" w:rsidR="002355BD" w:rsidRPr="001179E8" w:rsidRDefault="00000000">
      <w:pPr>
        <w:rPr>
          <w:lang w:val="pt-BR"/>
        </w:rPr>
      </w:pPr>
      <w:r w:rsidRPr="001179E8">
        <w:rPr>
          <w:lang w:val="pt-BR"/>
        </w:rPr>
        <w:t>"Está decidida," confirmou a Rainha. "O Reino Marítimo se unirá à G.R.A.I.A. e aos outros reinos contra esta ameaça. Prepararemos o tratado para assinatura amanhã, após sua recuperação."</w:t>
      </w:r>
    </w:p>
    <w:p w14:paraId="380704F6" w14:textId="77777777" w:rsidR="002355BD" w:rsidRPr="001179E8" w:rsidRDefault="00000000">
      <w:pPr>
        <w:rPr>
          <w:lang w:val="pt-BR"/>
        </w:rPr>
      </w:pPr>
      <w:r w:rsidRPr="001179E8">
        <w:rPr>
          <w:lang w:val="pt-BR"/>
        </w:rPr>
        <w:br/>
      </w:r>
    </w:p>
    <w:p w14:paraId="00562E95" w14:textId="77777777" w:rsidR="002355BD" w:rsidRPr="001179E8" w:rsidRDefault="00000000">
      <w:pPr>
        <w:rPr>
          <w:lang w:val="pt-BR"/>
        </w:rPr>
      </w:pPr>
      <w:r w:rsidRPr="001179E8">
        <w:rPr>
          <w:lang w:val="pt-BR"/>
        </w:rPr>
        <w:t>Art sentiu uma onda de alívio. Três reinos garantidos, dois ainda por conquistar. Talvez, apenas talvez, eles conseguiriam reunir forças suficientes para enfrentar Abyzoth e resgatar Rick e Nicole.</w:t>
      </w:r>
    </w:p>
    <w:p w14:paraId="0545BC1C" w14:textId="77777777" w:rsidR="002355BD" w:rsidRPr="001179E8" w:rsidRDefault="00000000">
      <w:pPr>
        <w:rPr>
          <w:lang w:val="pt-BR"/>
        </w:rPr>
      </w:pPr>
      <w:r w:rsidRPr="001179E8">
        <w:rPr>
          <w:lang w:val="pt-BR"/>
        </w:rPr>
        <w:br/>
      </w:r>
    </w:p>
    <w:p w14:paraId="5F4E3791" w14:textId="77777777" w:rsidR="002355BD" w:rsidRPr="001179E8" w:rsidRDefault="00000000">
      <w:pPr>
        <w:rPr>
          <w:lang w:val="pt-BR"/>
        </w:rPr>
      </w:pPr>
      <w:r w:rsidRPr="001179E8">
        <w:rPr>
          <w:lang w:val="pt-BR"/>
        </w:rPr>
        <w:t>"Obrigado, Majestade," disse ele sinceramente.</w:t>
      </w:r>
    </w:p>
    <w:p w14:paraId="56B6A322" w14:textId="77777777" w:rsidR="002355BD" w:rsidRPr="001179E8" w:rsidRDefault="00000000">
      <w:pPr>
        <w:rPr>
          <w:lang w:val="pt-BR"/>
        </w:rPr>
      </w:pPr>
      <w:r w:rsidRPr="001179E8">
        <w:rPr>
          <w:lang w:val="pt-BR"/>
        </w:rPr>
        <w:br/>
      </w:r>
    </w:p>
    <w:p w14:paraId="379D20CD" w14:textId="77777777" w:rsidR="002355BD" w:rsidRPr="001179E8" w:rsidRDefault="00000000">
      <w:pPr>
        <w:rPr>
          <w:lang w:val="pt-BR"/>
        </w:rPr>
      </w:pPr>
      <w:r w:rsidRPr="001179E8">
        <w:rPr>
          <w:lang w:val="pt-BR"/>
        </w:rPr>
        <w:lastRenderedPageBreak/>
        <w:t>A Rainha Marina inclinou a cabeça em reconhecimento. "Descansem esta noite. Amanhã será um novo dia, com novos desafios." Com isso, ela se retirou, deixando Art e Linda novamente sozinhos.</w:t>
      </w:r>
    </w:p>
    <w:p w14:paraId="22001CF6" w14:textId="77777777" w:rsidR="002355BD" w:rsidRPr="001179E8" w:rsidRDefault="00000000">
      <w:pPr>
        <w:rPr>
          <w:lang w:val="pt-BR"/>
        </w:rPr>
      </w:pPr>
      <w:r w:rsidRPr="001179E8">
        <w:rPr>
          <w:lang w:val="pt-BR"/>
        </w:rPr>
        <w:br/>
      </w:r>
    </w:p>
    <w:p w14:paraId="7963BD97" w14:textId="77777777" w:rsidR="002355BD" w:rsidRPr="001179E8" w:rsidRDefault="00000000">
      <w:pPr>
        <w:rPr>
          <w:lang w:val="pt-BR"/>
        </w:rPr>
      </w:pPr>
      <w:r w:rsidRPr="001179E8">
        <w:rPr>
          <w:lang w:val="pt-BR"/>
        </w:rPr>
        <w:t>Um silêncio confortável caiu entre eles. Linda voltou a sentar-se na beira da cama, mais próxima desta vez.</w:t>
      </w:r>
    </w:p>
    <w:p w14:paraId="026D3ADA" w14:textId="77777777" w:rsidR="002355BD" w:rsidRPr="001179E8" w:rsidRDefault="00000000">
      <w:pPr>
        <w:rPr>
          <w:lang w:val="pt-BR"/>
        </w:rPr>
      </w:pPr>
      <w:r w:rsidRPr="001179E8">
        <w:rPr>
          <w:lang w:val="pt-BR"/>
        </w:rPr>
        <w:br/>
      </w:r>
    </w:p>
    <w:p w14:paraId="33776D60" w14:textId="77777777" w:rsidR="002355BD" w:rsidRPr="001179E8" w:rsidRDefault="00000000">
      <w:pPr>
        <w:rPr>
          <w:lang w:val="pt-BR"/>
        </w:rPr>
      </w:pPr>
      <w:r w:rsidRPr="001179E8">
        <w:rPr>
          <w:lang w:val="pt-BR"/>
        </w:rPr>
        <w:t>"Sabe," disse ela, sua voz suave na penumbra da enfermaria, "quando estávamos lutando lado a lado hoje, senti como se nos conhecêssemos há anos, não meses. Como se cada movimento fosse... natural."</w:t>
      </w:r>
    </w:p>
    <w:p w14:paraId="07ABCDDA" w14:textId="77777777" w:rsidR="002355BD" w:rsidRPr="001179E8" w:rsidRDefault="00000000">
      <w:pPr>
        <w:rPr>
          <w:lang w:val="pt-BR"/>
        </w:rPr>
      </w:pPr>
      <w:r w:rsidRPr="001179E8">
        <w:rPr>
          <w:lang w:val="pt-BR"/>
        </w:rPr>
        <w:br/>
      </w:r>
    </w:p>
    <w:p w14:paraId="6504E3BC" w14:textId="77777777" w:rsidR="002355BD" w:rsidRPr="001179E8" w:rsidRDefault="00000000">
      <w:pPr>
        <w:rPr>
          <w:lang w:val="pt-BR"/>
        </w:rPr>
      </w:pPr>
      <w:r w:rsidRPr="001179E8">
        <w:rPr>
          <w:lang w:val="pt-BR"/>
        </w:rPr>
        <w:t>Art sorriu, entendendo exatamente o que ela queria dizer. "Como se fôssemos feitos para trabalhar juntos."</w:t>
      </w:r>
    </w:p>
    <w:p w14:paraId="07A17E57" w14:textId="77777777" w:rsidR="002355BD" w:rsidRPr="001179E8" w:rsidRDefault="00000000">
      <w:pPr>
        <w:rPr>
          <w:lang w:val="pt-BR"/>
        </w:rPr>
      </w:pPr>
      <w:r w:rsidRPr="001179E8">
        <w:rPr>
          <w:lang w:val="pt-BR"/>
        </w:rPr>
        <w:br/>
      </w:r>
    </w:p>
    <w:p w14:paraId="59787751" w14:textId="77777777" w:rsidR="002355BD" w:rsidRPr="001179E8" w:rsidRDefault="00000000">
      <w:pPr>
        <w:rPr>
          <w:lang w:val="pt-BR"/>
        </w:rPr>
      </w:pPr>
      <w:r w:rsidRPr="001179E8">
        <w:rPr>
          <w:lang w:val="pt-BR"/>
        </w:rPr>
        <w:t>"Sim," concordou Linda, seus olhos encontrando os dele. "Exatamente assim."</w:t>
      </w:r>
    </w:p>
    <w:p w14:paraId="7D86429A" w14:textId="77777777" w:rsidR="002355BD" w:rsidRPr="001179E8" w:rsidRDefault="00000000">
      <w:pPr>
        <w:rPr>
          <w:lang w:val="pt-BR"/>
        </w:rPr>
      </w:pPr>
      <w:r w:rsidRPr="001179E8">
        <w:rPr>
          <w:lang w:val="pt-BR"/>
        </w:rPr>
        <w:br/>
      </w:r>
    </w:p>
    <w:p w14:paraId="22B60888" w14:textId="77777777" w:rsidR="002355BD" w:rsidRPr="001179E8" w:rsidRDefault="00000000">
      <w:pPr>
        <w:rPr>
          <w:lang w:val="pt-BR"/>
        </w:rPr>
      </w:pPr>
      <w:r w:rsidRPr="001179E8">
        <w:rPr>
          <w:lang w:val="pt-BR"/>
        </w:rPr>
        <w:t>Ela se inclinou para frente, hesitante, e por um momento Art pensou que ela iria beijá-lo. Seu coração acelerou com a possibilidade. Mas então, Linda apenas ajeitou o travesseiro atrás dele, seus dedos roçando levemente seu cabelo no processo.</w:t>
      </w:r>
    </w:p>
    <w:p w14:paraId="3C72032D" w14:textId="77777777" w:rsidR="002355BD" w:rsidRPr="001179E8" w:rsidRDefault="00000000">
      <w:pPr>
        <w:rPr>
          <w:lang w:val="pt-BR"/>
        </w:rPr>
      </w:pPr>
      <w:r w:rsidRPr="001179E8">
        <w:rPr>
          <w:lang w:val="pt-BR"/>
        </w:rPr>
        <w:br/>
      </w:r>
    </w:p>
    <w:p w14:paraId="7CF0B0E8" w14:textId="77777777" w:rsidR="002355BD" w:rsidRPr="001179E8" w:rsidRDefault="00000000">
      <w:pPr>
        <w:rPr>
          <w:lang w:val="pt-BR"/>
        </w:rPr>
      </w:pPr>
      <w:r w:rsidRPr="001179E8">
        <w:rPr>
          <w:lang w:val="pt-BR"/>
        </w:rPr>
        <w:t>"Você deveria descansar," disse ela, sua voz um pouco mais rouca que o normal. "Amanhã será um grande dia."</w:t>
      </w:r>
    </w:p>
    <w:p w14:paraId="38BFB323" w14:textId="77777777" w:rsidR="002355BD" w:rsidRPr="001179E8" w:rsidRDefault="00000000">
      <w:pPr>
        <w:rPr>
          <w:lang w:val="pt-BR"/>
        </w:rPr>
      </w:pPr>
      <w:r w:rsidRPr="001179E8">
        <w:rPr>
          <w:lang w:val="pt-BR"/>
        </w:rPr>
        <w:br/>
      </w:r>
    </w:p>
    <w:p w14:paraId="2D480D1F" w14:textId="77777777" w:rsidR="002355BD" w:rsidRPr="001179E8" w:rsidRDefault="00000000">
      <w:pPr>
        <w:rPr>
          <w:lang w:val="pt-BR"/>
        </w:rPr>
      </w:pPr>
      <w:r w:rsidRPr="001179E8">
        <w:rPr>
          <w:lang w:val="pt-BR"/>
        </w:rPr>
        <w:t>Art assentiu, tentando ignorar a pontada de desapontamento. "Você também deveria descansar. Usar tantos poderes de uma vez deve ter sido exaustivo."</w:t>
      </w:r>
    </w:p>
    <w:p w14:paraId="402C3C12" w14:textId="77777777" w:rsidR="002355BD" w:rsidRPr="001179E8" w:rsidRDefault="00000000">
      <w:pPr>
        <w:rPr>
          <w:lang w:val="pt-BR"/>
        </w:rPr>
      </w:pPr>
      <w:r w:rsidRPr="001179E8">
        <w:rPr>
          <w:lang w:val="pt-BR"/>
        </w:rPr>
        <w:lastRenderedPageBreak/>
        <w:br/>
      </w:r>
    </w:p>
    <w:p w14:paraId="7C096842" w14:textId="77777777" w:rsidR="002355BD" w:rsidRPr="001179E8" w:rsidRDefault="00000000">
      <w:pPr>
        <w:rPr>
          <w:lang w:val="pt-BR"/>
        </w:rPr>
      </w:pPr>
      <w:r w:rsidRPr="001179E8">
        <w:rPr>
          <w:lang w:val="pt-BR"/>
        </w:rPr>
        <w:t>Linda sorriu, levantando-se. "Boa noite, Art," disse ela, parada na porta.</w:t>
      </w:r>
    </w:p>
    <w:p w14:paraId="0FF1B77F" w14:textId="77777777" w:rsidR="002355BD" w:rsidRPr="001179E8" w:rsidRDefault="00000000">
      <w:pPr>
        <w:rPr>
          <w:lang w:val="pt-BR"/>
        </w:rPr>
      </w:pPr>
      <w:r w:rsidRPr="001179E8">
        <w:rPr>
          <w:lang w:val="pt-BR"/>
        </w:rPr>
        <w:br/>
      </w:r>
    </w:p>
    <w:p w14:paraId="47193F01" w14:textId="77777777" w:rsidR="002355BD" w:rsidRPr="001179E8" w:rsidRDefault="00000000">
      <w:pPr>
        <w:rPr>
          <w:lang w:val="pt-BR"/>
        </w:rPr>
      </w:pPr>
      <w:r w:rsidRPr="001179E8">
        <w:rPr>
          <w:lang w:val="pt-BR"/>
        </w:rPr>
        <w:t>"Boa noite, Linda," respondeu ele, observando-a sair.</w:t>
      </w:r>
    </w:p>
    <w:p w14:paraId="2E92E839" w14:textId="77777777" w:rsidR="002355BD" w:rsidRPr="001179E8" w:rsidRDefault="00000000">
      <w:pPr>
        <w:rPr>
          <w:lang w:val="pt-BR"/>
        </w:rPr>
      </w:pPr>
      <w:r w:rsidRPr="001179E8">
        <w:rPr>
          <w:lang w:val="pt-BR"/>
        </w:rPr>
        <w:br/>
      </w:r>
    </w:p>
    <w:p w14:paraId="54E3AAE6" w14:textId="77777777" w:rsidR="002355BD" w:rsidRPr="001179E8" w:rsidRDefault="00000000">
      <w:pPr>
        <w:rPr>
          <w:lang w:val="pt-BR"/>
        </w:rPr>
      </w:pPr>
      <w:r w:rsidRPr="001179E8">
        <w:rPr>
          <w:lang w:val="pt-BR"/>
        </w:rPr>
        <w:t>Sozinho na enfermaria, Art refletiu sobre o dia – o ataque, a luta lado a lado com Linda, a forma como seus poderes se complementavam perfeitamente. E mais que isso, refletiu sobre os momentos entre eles, as palavras não ditas, os olhares que duravam um segundo a mais que o necessário.</w:t>
      </w:r>
    </w:p>
    <w:p w14:paraId="3D200B60" w14:textId="77777777" w:rsidR="002355BD" w:rsidRPr="001179E8" w:rsidRDefault="00000000">
      <w:pPr>
        <w:rPr>
          <w:lang w:val="pt-BR"/>
        </w:rPr>
      </w:pPr>
      <w:r w:rsidRPr="001179E8">
        <w:rPr>
          <w:lang w:val="pt-BR"/>
        </w:rPr>
        <w:br/>
      </w:r>
    </w:p>
    <w:p w14:paraId="11614934" w14:textId="77777777" w:rsidR="002355BD" w:rsidRPr="001179E8" w:rsidRDefault="00000000">
      <w:pPr>
        <w:rPr>
          <w:lang w:val="pt-BR"/>
        </w:rPr>
      </w:pPr>
      <w:r w:rsidRPr="001179E8">
        <w:rPr>
          <w:lang w:val="pt-BR"/>
        </w:rPr>
        <w:t>Algo estava mudando entre eles, evoluindo além da parceria profissional ou mesmo da amizade. Era emocionante e assustador ao mesmo tempo, especialmente para alguém que sempre se sentira um pouco deslocado, um pouco aquém das expectativas.</w:t>
      </w:r>
    </w:p>
    <w:p w14:paraId="5C4215DF" w14:textId="77777777" w:rsidR="002355BD" w:rsidRPr="001179E8" w:rsidRDefault="00000000">
      <w:pPr>
        <w:rPr>
          <w:lang w:val="pt-BR"/>
        </w:rPr>
      </w:pPr>
      <w:r w:rsidRPr="001179E8">
        <w:rPr>
          <w:lang w:val="pt-BR"/>
        </w:rPr>
        <w:br/>
      </w:r>
    </w:p>
    <w:p w14:paraId="6E4DFEE0" w14:textId="77777777" w:rsidR="002355BD" w:rsidRPr="001179E8" w:rsidRDefault="00000000">
      <w:pPr>
        <w:rPr>
          <w:lang w:val="pt-BR"/>
        </w:rPr>
      </w:pPr>
      <w:r w:rsidRPr="001179E8">
        <w:rPr>
          <w:lang w:val="pt-BR"/>
        </w:rPr>
        <w:t>Com esses pensamentos, Art adormeceu, seu braço ferido já quase completamente curado graças ao seu fator de regeneração e aos unguentos marítimos.</w:t>
      </w:r>
    </w:p>
    <w:p w14:paraId="4137C2AC" w14:textId="77777777" w:rsidR="002355BD" w:rsidRPr="001179E8" w:rsidRDefault="00000000">
      <w:pPr>
        <w:rPr>
          <w:lang w:val="pt-BR"/>
        </w:rPr>
      </w:pPr>
      <w:r w:rsidRPr="001179E8">
        <w:rPr>
          <w:lang w:val="pt-BR"/>
        </w:rPr>
        <w:br/>
      </w:r>
    </w:p>
    <w:p w14:paraId="13341E86" w14:textId="77777777" w:rsidR="002355BD" w:rsidRPr="001179E8" w:rsidRDefault="00000000">
      <w:pPr>
        <w:rPr>
          <w:lang w:val="pt-BR"/>
        </w:rPr>
      </w:pPr>
      <w:r w:rsidRPr="001179E8">
        <w:rPr>
          <w:lang w:val="pt-BR"/>
        </w:rPr>
        <w:t>---</w:t>
      </w:r>
    </w:p>
    <w:p w14:paraId="5183AC95" w14:textId="77777777" w:rsidR="002355BD" w:rsidRPr="001179E8" w:rsidRDefault="00000000">
      <w:pPr>
        <w:rPr>
          <w:lang w:val="pt-BR"/>
        </w:rPr>
      </w:pPr>
      <w:r w:rsidRPr="001179E8">
        <w:rPr>
          <w:lang w:val="pt-BR"/>
        </w:rPr>
        <w:br/>
      </w:r>
    </w:p>
    <w:p w14:paraId="4380A8EB" w14:textId="77777777" w:rsidR="002355BD" w:rsidRPr="001179E8" w:rsidRDefault="00000000">
      <w:pPr>
        <w:rPr>
          <w:lang w:val="pt-BR"/>
        </w:rPr>
      </w:pPr>
      <w:r w:rsidRPr="001179E8">
        <w:rPr>
          <w:lang w:val="pt-BR"/>
        </w:rPr>
        <w:t>A cerimônia de assinatura do tratado foi realizada na manhã seguinte, na mesma Sala do Trono onde haviam sido recebidos inicialmente. O braço de Art estava completamente curado, sem nem mesmo uma cicatriz para lembrar o ferimento.</w:t>
      </w:r>
    </w:p>
    <w:p w14:paraId="39DD2294" w14:textId="77777777" w:rsidR="002355BD" w:rsidRPr="001179E8" w:rsidRDefault="00000000">
      <w:pPr>
        <w:rPr>
          <w:lang w:val="pt-BR"/>
        </w:rPr>
      </w:pPr>
      <w:r w:rsidRPr="001179E8">
        <w:rPr>
          <w:lang w:val="pt-BR"/>
        </w:rPr>
        <w:br/>
      </w:r>
    </w:p>
    <w:p w14:paraId="73844E1F" w14:textId="77777777" w:rsidR="002355BD" w:rsidRPr="001179E8" w:rsidRDefault="00000000">
      <w:pPr>
        <w:rPr>
          <w:lang w:val="pt-BR"/>
        </w:rPr>
      </w:pPr>
      <w:r w:rsidRPr="001179E8">
        <w:rPr>
          <w:lang w:val="pt-BR"/>
        </w:rPr>
        <w:lastRenderedPageBreak/>
        <w:t>A Rainha Marina presidiu a cerimônia com toda a pompa e circunstância da corte marítima. O tratado foi escrito em pergaminho feito de algas especiais que brilhavam com luz própria, a tinta extraída de uma criatura abissal pacífica que produzia o mais profundo azul já visto.</w:t>
      </w:r>
    </w:p>
    <w:p w14:paraId="35B5EA9B" w14:textId="77777777" w:rsidR="002355BD" w:rsidRPr="001179E8" w:rsidRDefault="00000000">
      <w:pPr>
        <w:rPr>
          <w:lang w:val="pt-BR"/>
        </w:rPr>
      </w:pPr>
      <w:r w:rsidRPr="001179E8">
        <w:rPr>
          <w:lang w:val="pt-BR"/>
        </w:rPr>
        <w:br/>
      </w:r>
    </w:p>
    <w:p w14:paraId="1EF61327" w14:textId="77777777" w:rsidR="002355BD" w:rsidRPr="001179E8" w:rsidRDefault="00000000">
      <w:pPr>
        <w:rPr>
          <w:lang w:val="pt-BR"/>
        </w:rPr>
      </w:pPr>
      <w:r w:rsidRPr="001179E8">
        <w:rPr>
          <w:lang w:val="pt-BR"/>
        </w:rPr>
        <w:t>Art e Linda assinaram em nome da G.R.A.I.A. e do mundo da superfície, suas assinaturas brilhando magicamente quando a tinta secou.</w:t>
      </w:r>
    </w:p>
    <w:p w14:paraId="614986A6" w14:textId="77777777" w:rsidR="002355BD" w:rsidRPr="001179E8" w:rsidRDefault="00000000">
      <w:pPr>
        <w:rPr>
          <w:lang w:val="pt-BR"/>
        </w:rPr>
      </w:pPr>
      <w:r w:rsidRPr="001179E8">
        <w:rPr>
          <w:lang w:val="pt-BR"/>
        </w:rPr>
        <w:br/>
      </w:r>
    </w:p>
    <w:p w14:paraId="5CBF7315" w14:textId="77777777" w:rsidR="002355BD" w:rsidRPr="001179E8" w:rsidRDefault="00000000">
      <w:pPr>
        <w:rPr>
          <w:lang w:val="pt-BR"/>
        </w:rPr>
      </w:pPr>
      <w:r w:rsidRPr="001179E8">
        <w:rPr>
          <w:lang w:val="pt-BR"/>
        </w:rPr>
        <w:t>"Como símbolo de nossa aliança," disse a Rainha Marina solenemente, "ofereço a vocês este presente."</w:t>
      </w:r>
    </w:p>
    <w:p w14:paraId="37AED23C" w14:textId="77777777" w:rsidR="002355BD" w:rsidRPr="001179E8" w:rsidRDefault="00000000">
      <w:pPr>
        <w:rPr>
          <w:lang w:val="pt-BR"/>
        </w:rPr>
      </w:pPr>
      <w:r w:rsidRPr="001179E8">
        <w:rPr>
          <w:lang w:val="pt-BR"/>
        </w:rPr>
        <w:br/>
      </w:r>
    </w:p>
    <w:p w14:paraId="48C406F6" w14:textId="77777777" w:rsidR="002355BD" w:rsidRPr="001179E8" w:rsidRDefault="00000000">
      <w:pPr>
        <w:rPr>
          <w:lang w:val="pt-BR"/>
        </w:rPr>
      </w:pPr>
      <w:r w:rsidRPr="001179E8">
        <w:rPr>
          <w:lang w:val="pt-BR"/>
        </w:rPr>
        <w:t>Um servo marítimo avançou, carregando uma pequena caixa de coral. Dentro, repousando em um leito de seda aquática, estava uma pérola de tamanho impressionante, que brilhava com todas as cores do oceano.</w:t>
      </w:r>
    </w:p>
    <w:p w14:paraId="234BE9EE" w14:textId="77777777" w:rsidR="002355BD" w:rsidRPr="001179E8" w:rsidRDefault="00000000">
      <w:pPr>
        <w:rPr>
          <w:lang w:val="pt-BR"/>
        </w:rPr>
      </w:pPr>
      <w:r w:rsidRPr="001179E8">
        <w:rPr>
          <w:lang w:val="pt-BR"/>
        </w:rPr>
        <w:br/>
      </w:r>
    </w:p>
    <w:p w14:paraId="325A0BC8" w14:textId="77777777" w:rsidR="002355BD" w:rsidRPr="001179E8" w:rsidRDefault="00000000">
      <w:pPr>
        <w:rPr>
          <w:lang w:val="pt-BR"/>
        </w:rPr>
      </w:pPr>
      <w:r w:rsidRPr="001179E8">
        <w:rPr>
          <w:lang w:val="pt-BR"/>
        </w:rPr>
        <w:t>"A Pérola da Respiração," explicou a Rainha. "Permitirá que respirem debaixo d'água por tempo limitado. Um símbolo de que, embora sejamos de mundos diferentes, podemos compartilhar os mesmos espaços, as mesmas lutas."</w:t>
      </w:r>
    </w:p>
    <w:p w14:paraId="4382B399" w14:textId="77777777" w:rsidR="002355BD" w:rsidRPr="001179E8" w:rsidRDefault="00000000">
      <w:pPr>
        <w:rPr>
          <w:lang w:val="pt-BR"/>
        </w:rPr>
      </w:pPr>
      <w:r w:rsidRPr="001179E8">
        <w:rPr>
          <w:lang w:val="pt-BR"/>
        </w:rPr>
        <w:br/>
      </w:r>
    </w:p>
    <w:p w14:paraId="0830DA6A" w14:textId="77777777" w:rsidR="002355BD" w:rsidRPr="001179E8" w:rsidRDefault="00000000">
      <w:pPr>
        <w:rPr>
          <w:lang w:val="pt-BR"/>
        </w:rPr>
      </w:pPr>
      <w:r w:rsidRPr="001179E8">
        <w:rPr>
          <w:lang w:val="pt-BR"/>
        </w:rPr>
        <w:t>Linda aceitou o presente com uma reverência profunda. "Agradecemos, Majestade. Este presente será guardado com honra e usado com sabedoria."</w:t>
      </w:r>
    </w:p>
    <w:p w14:paraId="5537C237" w14:textId="77777777" w:rsidR="002355BD" w:rsidRPr="001179E8" w:rsidRDefault="00000000">
      <w:pPr>
        <w:rPr>
          <w:lang w:val="pt-BR"/>
        </w:rPr>
      </w:pPr>
      <w:r w:rsidRPr="001179E8">
        <w:rPr>
          <w:lang w:val="pt-BR"/>
        </w:rPr>
        <w:br/>
      </w:r>
    </w:p>
    <w:p w14:paraId="57228A2D" w14:textId="77777777" w:rsidR="002355BD" w:rsidRPr="001179E8" w:rsidRDefault="00000000">
      <w:pPr>
        <w:rPr>
          <w:lang w:val="pt-BR"/>
        </w:rPr>
      </w:pPr>
      <w:r w:rsidRPr="001179E8">
        <w:rPr>
          <w:lang w:val="pt-BR"/>
        </w:rPr>
        <w:t>Após a cerimônia, foram escoltados de volta ao submarino da G.R.A.I.A., que os aguardava na doca especial. A notícia da aliança já se espalhara pelo reino, e uma pequena multidão de marítimos se reunira para observar sua partida – alguns curiosos, outros respeitosos, todos conscientes da importância histórica do momento.</w:t>
      </w:r>
    </w:p>
    <w:p w14:paraId="631BC426" w14:textId="77777777" w:rsidR="002355BD" w:rsidRPr="001179E8" w:rsidRDefault="00000000">
      <w:pPr>
        <w:rPr>
          <w:lang w:val="pt-BR"/>
        </w:rPr>
      </w:pPr>
      <w:r w:rsidRPr="001179E8">
        <w:rPr>
          <w:lang w:val="pt-BR"/>
        </w:rPr>
        <w:br/>
      </w:r>
    </w:p>
    <w:p w14:paraId="3B40E3E9" w14:textId="77777777" w:rsidR="002355BD" w:rsidRPr="001179E8" w:rsidRDefault="00000000">
      <w:pPr>
        <w:rPr>
          <w:lang w:val="pt-BR"/>
        </w:rPr>
      </w:pPr>
      <w:r w:rsidRPr="001179E8">
        <w:rPr>
          <w:lang w:val="pt-BR"/>
        </w:rPr>
        <w:t>Enquanto se preparavam para embarcar, Linda segurou o braço de Art, fazendo-o parar.</w:t>
      </w:r>
    </w:p>
    <w:p w14:paraId="43743005" w14:textId="77777777" w:rsidR="002355BD" w:rsidRPr="001179E8" w:rsidRDefault="00000000">
      <w:pPr>
        <w:rPr>
          <w:lang w:val="pt-BR"/>
        </w:rPr>
      </w:pPr>
      <w:r w:rsidRPr="001179E8">
        <w:rPr>
          <w:lang w:val="pt-BR"/>
        </w:rPr>
        <w:lastRenderedPageBreak/>
        <w:br/>
      </w:r>
    </w:p>
    <w:p w14:paraId="5B630981" w14:textId="77777777" w:rsidR="002355BD" w:rsidRPr="001179E8" w:rsidRDefault="00000000">
      <w:pPr>
        <w:rPr>
          <w:lang w:val="pt-BR"/>
        </w:rPr>
      </w:pPr>
      <w:r w:rsidRPr="001179E8">
        <w:rPr>
          <w:lang w:val="pt-BR"/>
        </w:rPr>
        <w:t>"Art," disse ela, sua voz séria, "antes de irmos... quero agradecer."</w:t>
      </w:r>
    </w:p>
    <w:p w14:paraId="017083F7" w14:textId="77777777" w:rsidR="002355BD" w:rsidRPr="001179E8" w:rsidRDefault="00000000">
      <w:pPr>
        <w:rPr>
          <w:lang w:val="pt-BR"/>
        </w:rPr>
      </w:pPr>
      <w:r w:rsidRPr="001179E8">
        <w:rPr>
          <w:lang w:val="pt-BR"/>
        </w:rPr>
        <w:br/>
      </w:r>
    </w:p>
    <w:p w14:paraId="548355FF" w14:textId="77777777" w:rsidR="002355BD" w:rsidRPr="001179E8" w:rsidRDefault="00000000">
      <w:pPr>
        <w:rPr>
          <w:lang w:val="pt-BR"/>
        </w:rPr>
      </w:pPr>
      <w:r w:rsidRPr="001179E8">
        <w:rPr>
          <w:lang w:val="pt-BR"/>
        </w:rPr>
        <w:t>"Pelo quê?" perguntou ele, genuinamente confuso.</w:t>
      </w:r>
    </w:p>
    <w:p w14:paraId="4D870B7A" w14:textId="77777777" w:rsidR="002355BD" w:rsidRPr="001179E8" w:rsidRDefault="00000000">
      <w:pPr>
        <w:rPr>
          <w:lang w:val="pt-BR"/>
        </w:rPr>
      </w:pPr>
      <w:r w:rsidRPr="001179E8">
        <w:rPr>
          <w:lang w:val="pt-BR"/>
        </w:rPr>
        <w:br/>
      </w:r>
    </w:p>
    <w:p w14:paraId="50D02594" w14:textId="77777777" w:rsidR="002355BD" w:rsidRPr="001179E8" w:rsidRDefault="00000000">
      <w:pPr>
        <w:rPr>
          <w:lang w:val="pt-BR"/>
        </w:rPr>
      </w:pPr>
      <w:r w:rsidRPr="001179E8">
        <w:rPr>
          <w:lang w:val="pt-BR"/>
        </w:rPr>
        <w:t>"Por confiar em mim durante a batalha. Por seguir meu plano com os golens sem questionar. Por..." ela hesitou, "por ser você."</w:t>
      </w:r>
    </w:p>
    <w:p w14:paraId="5C3E8BEF" w14:textId="77777777" w:rsidR="002355BD" w:rsidRPr="001179E8" w:rsidRDefault="00000000">
      <w:pPr>
        <w:rPr>
          <w:lang w:val="pt-BR"/>
        </w:rPr>
      </w:pPr>
      <w:r w:rsidRPr="001179E8">
        <w:rPr>
          <w:lang w:val="pt-BR"/>
        </w:rPr>
        <w:br/>
      </w:r>
    </w:p>
    <w:p w14:paraId="668B429D" w14:textId="77777777" w:rsidR="002355BD" w:rsidRPr="001179E8" w:rsidRDefault="00000000">
      <w:pPr>
        <w:rPr>
          <w:lang w:val="pt-BR"/>
        </w:rPr>
      </w:pPr>
      <w:r w:rsidRPr="001179E8">
        <w:rPr>
          <w:lang w:val="pt-BR"/>
        </w:rPr>
        <w:t>Art sentiu um calor se espalhar por seu peito. "Somos parceiros, lembra? Confio em você completamente."</w:t>
      </w:r>
    </w:p>
    <w:p w14:paraId="0787655E" w14:textId="77777777" w:rsidR="002355BD" w:rsidRPr="001179E8" w:rsidRDefault="00000000">
      <w:pPr>
        <w:rPr>
          <w:lang w:val="pt-BR"/>
        </w:rPr>
      </w:pPr>
      <w:r w:rsidRPr="001179E8">
        <w:rPr>
          <w:lang w:val="pt-BR"/>
        </w:rPr>
        <w:br/>
      </w:r>
    </w:p>
    <w:p w14:paraId="704882F0" w14:textId="77777777" w:rsidR="002355BD" w:rsidRPr="001179E8" w:rsidRDefault="00000000">
      <w:pPr>
        <w:rPr>
          <w:lang w:val="pt-BR"/>
        </w:rPr>
      </w:pPr>
      <w:r w:rsidRPr="001179E8">
        <w:rPr>
          <w:lang w:val="pt-BR"/>
        </w:rPr>
        <w:t>Linda sorriu, um sorriso que iluminou seu rosto inteiro. Então, para surpresa de Art, ela se ergueu na ponta dos pés e beijou sua bochecha, seus lábios demorando-se um segundo a mais que o necessário.</w:t>
      </w:r>
    </w:p>
    <w:p w14:paraId="28D42F72" w14:textId="77777777" w:rsidR="002355BD" w:rsidRPr="001179E8" w:rsidRDefault="00000000">
      <w:pPr>
        <w:rPr>
          <w:lang w:val="pt-BR"/>
        </w:rPr>
      </w:pPr>
      <w:r w:rsidRPr="001179E8">
        <w:rPr>
          <w:lang w:val="pt-BR"/>
        </w:rPr>
        <w:br/>
      </w:r>
    </w:p>
    <w:p w14:paraId="6F2CDE6F" w14:textId="77777777" w:rsidR="002355BD" w:rsidRPr="001179E8" w:rsidRDefault="00000000">
      <w:pPr>
        <w:rPr>
          <w:lang w:val="pt-BR"/>
        </w:rPr>
      </w:pPr>
      <w:r w:rsidRPr="001179E8">
        <w:rPr>
          <w:lang w:val="pt-BR"/>
        </w:rPr>
        <w:t>"Para sorte," explicou ela com um sorriso travesso, afastando-se antes que ele pudesse reagir.</w:t>
      </w:r>
    </w:p>
    <w:p w14:paraId="275E471B" w14:textId="77777777" w:rsidR="002355BD" w:rsidRPr="001179E8" w:rsidRDefault="00000000">
      <w:pPr>
        <w:rPr>
          <w:lang w:val="pt-BR"/>
        </w:rPr>
      </w:pPr>
      <w:r w:rsidRPr="001179E8">
        <w:rPr>
          <w:lang w:val="pt-BR"/>
        </w:rPr>
        <w:br/>
      </w:r>
    </w:p>
    <w:p w14:paraId="66DA972C" w14:textId="77777777" w:rsidR="002355BD" w:rsidRPr="001179E8" w:rsidRDefault="00000000">
      <w:pPr>
        <w:rPr>
          <w:lang w:val="pt-BR"/>
        </w:rPr>
      </w:pPr>
      <w:r w:rsidRPr="001179E8">
        <w:rPr>
          <w:lang w:val="pt-BR"/>
        </w:rPr>
        <w:t>Art ficou parado por um momento, tocando o local onde ela o beijara, um sorriso bobo se espalhando por seu rosto. Então, recuperando-se, seguiu-a para dentro do submarino.</w:t>
      </w:r>
    </w:p>
    <w:p w14:paraId="6AE64DF2" w14:textId="77777777" w:rsidR="002355BD" w:rsidRPr="001179E8" w:rsidRDefault="00000000">
      <w:pPr>
        <w:rPr>
          <w:lang w:val="pt-BR"/>
        </w:rPr>
      </w:pPr>
      <w:r w:rsidRPr="001179E8">
        <w:rPr>
          <w:lang w:val="pt-BR"/>
        </w:rPr>
        <w:br/>
      </w:r>
    </w:p>
    <w:p w14:paraId="20492A63" w14:textId="77777777" w:rsidR="002355BD" w:rsidRPr="001179E8" w:rsidRDefault="00000000">
      <w:pPr>
        <w:rPr>
          <w:lang w:val="pt-BR"/>
        </w:rPr>
      </w:pPr>
      <w:r w:rsidRPr="001179E8">
        <w:rPr>
          <w:lang w:val="pt-BR"/>
        </w:rPr>
        <w:t>Enquanto a embarcação se afastava do Reino Marítimo, Art observava Linda, que estava absorta estudando mapas para sua próxima destinação – o Reino das Fadas. Ela ergueu os olhos, pegando-o observando-a, e sorriu – um sorriso cúmplice, cheio de promessas não ditas.</w:t>
      </w:r>
    </w:p>
    <w:p w14:paraId="31EBD9FA" w14:textId="77777777" w:rsidR="002355BD" w:rsidRPr="001179E8" w:rsidRDefault="00000000">
      <w:pPr>
        <w:rPr>
          <w:lang w:val="pt-BR"/>
        </w:rPr>
      </w:pPr>
      <w:r w:rsidRPr="001179E8">
        <w:rPr>
          <w:lang w:val="pt-BR"/>
        </w:rPr>
        <w:lastRenderedPageBreak/>
        <w:br/>
      </w:r>
    </w:p>
    <w:p w14:paraId="401626A2" w14:textId="77777777" w:rsidR="002355BD" w:rsidRPr="001179E8" w:rsidRDefault="00000000">
      <w:pPr>
        <w:rPr>
          <w:lang w:val="pt-BR"/>
        </w:rPr>
      </w:pPr>
      <w:r w:rsidRPr="001179E8">
        <w:rPr>
          <w:lang w:val="pt-BR"/>
        </w:rPr>
        <w:t>Três reinos conquistados, dois pela frente. A missão avançava, e com ela, algo mais entre os dois emissários da esperança – algo que nenhum deles estava pronto para nomear ainda, mas que crescia tão inevitavelmente quanto a maré.</w:t>
      </w:r>
    </w:p>
    <w:p w14:paraId="2CD4F463" w14:textId="77777777" w:rsidR="002355BD" w:rsidRPr="001179E8" w:rsidRDefault="002355BD">
      <w:pPr>
        <w:rPr>
          <w:lang w:val="pt-BR"/>
        </w:rPr>
      </w:pPr>
    </w:p>
    <w:p w14:paraId="00B04426" w14:textId="77777777" w:rsidR="002355BD" w:rsidRPr="001179E8" w:rsidRDefault="00000000">
      <w:pPr>
        <w:rPr>
          <w:lang w:val="pt-BR"/>
        </w:rPr>
      </w:pPr>
      <w:r w:rsidRPr="001179E8">
        <w:rPr>
          <w:lang w:val="pt-BR"/>
        </w:rPr>
        <w:t>Após a despedida do Reino Marítimo, a aeronave da G.R.A.I.A. navegou por correntes dimensionais que cintilavam com cores nunca vistas em céus humanos ou submarinos. O destino agora era o mais elusivo e talvez o mais complexo dos cinco reinos: o Reino das Fadas.</w:t>
      </w:r>
    </w:p>
    <w:p w14:paraId="0533128A" w14:textId="77777777" w:rsidR="002355BD" w:rsidRPr="001179E8" w:rsidRDefault="00000000">
      <w:pPr>
        <w:rPr>
          <w:lang w:val="pt-BR"/>
        </w:rPr>
      </w:pPr>
      <w:r w:rsidRPr="001179E8">
        <w:rPr>
          <w:lang w:val="pt-BR"/>
        </w:rPr>
        <w:br/>
      </w:r>
    </w:p>
    <w:p w14:paraId="135AFC79" w14:textId="77777777" w:rsidR="002355BD" w:rsidRPr="001179E8" w:rsidRDefault="00000000">
      <w:pPr>
        <w:rPr>
          <w:lang w:val="pt-BR"/>
        </w:rPr>
      </w:pPr>
      <w:r w:rsidRPr="001179E8">
        <w:rPr>
          <w:lang w:val="pt-BR"/>
        </w:rPr>
        <w:t>"Os portais para o Reino Feérico não são fixos como os outros," explicou Linda, consultando um antigo mapa estelar que sua mãe lhe dera, agora digitalizado no tablet da G.R.A.I.A. "Eles se movem com as estações, com as fases da lua... às vezes, apenas com o humor da própria floresta."</w:t>
      </w:r>
    </w:p>
    <w:p w14:paraId="24945FBF" w14:textId="77777777" w:rsidR="002355BD" w:rsidRPr="001179E8" w:rsidRDefault="00000000">
      <w:pPr>
        <w:rPr>
          <w:lang w:val="pt-BR"/>
        </w:rPr>
      </w:pPr>
      <w:r w:rsidRPr="001179E8">
        <w:rPr>
          <w:lang w:val="pt-BR"/>
        </w:rPr>
        <w:br/>
      </w:r>
    </w:p>
    <w:p w14:paraId="6B29D5EB" w14:textId="77777777" w:rsidR="002355BD" w:rsidRPr="001179E8" w:rsidRDefault="00000000">
      <w:pPr>
        <w:rPr>
          <w:lang w:val="pt-BR"/>
        </w:rPr>
      </w:pPr>
      <w:r w:rsidRPr="001179E8">
        <w:rPr>
          <w:lang w:val="pt-BR"/>
        </w:rPr>
        <w:t>Art a observava, ainda processando o beijo na bochecha e a intensidade crescente de seus próprios sentimentos. "Como vamos encontrar um, então?"</w:t>
      </w:r>
    </w:p>
    <w:p w14:paraId="3F0078E1" w14:textId="77777777" w:rsidR="002355BD" w:rsidRPr="001179E8" w:rsidRDefault="00000000">
      <w:pPr>
        <w:rPr>
          <w:lang w:val="pt-BR"/>
        </w:rPr>
      </w:pPr>
      <w:r w:rsidRPr="001179E8">
        <w:rPr>
          <w:lang w:val="pt-BR"/>
        </w:rPr>
        <w:br/>
      </w:r>
    </w:p>
    <w:p w14:paraId="102A27C8" w14:textId="77777777" w:rsidR="002355BD" w:rsidRPr="001179E8" w:rsidRDefault="00000000">
      <w:pPr>
        <w:rPr>
          <w:lang w:val="pt-BR"/>
        </w:rPr>
      </w:pPr>
      <w:r w:rsidRPr="001179E8">
        <w:rPr>
          <w:lang w:val="pt-BR"/>
        </w:rPr>
        <w:t>"Sentindo," respondeu Linda simplesmente, fechando os olhos por um momento. Art viu uma leve aura esverdeada e violeta pulsar ao redor dela. "Há uma antiga floresta na Escandinávia... sinto uma ressonância lá. Um portal deve estar ativo."</w:t>
      </w:r>
    </w:p>
    <w:p w14:paraId="3C44E78B" w14:textId="77777777" w:rsidR="002355BD" w:rsidRPr="001179E8" w:rsidRDefault="00000000">
      <w:pPr>
        <w:rPr>
          <w:lang w:val="pt-BR"/>
        </w:rPr>
      </w:pPr>
      <w:r w:rsidRPr="001179E8">
        <w:rPr>
          <w:lang w:val="pt-BR"/>
        </w:rPr>
        <w:br/>
      </w:r>
    </w:p>
    <w:p w14:paraId="3A7388B4" w14:textId="77777777" w:rsidR="002355BD" w:rsidRPr="001179E8" w:rsidRDefault="00000000">
      <w:pPr>
        <w:rPr>
          <w:lang w:val="pt-BR"/>
        </w:rPr>
      </w:pPr>
      <w:r w:rsidRPr="001179E8">
        <w:rPr>
          <w:lang w:val="pt-BR"/>
        </w:rPr>
        <w:t>Confiando em sua intuição, o piloto ajustou o curso. Logo, a aeronave sobrevoava uma vasta extensão de floresta primordial, intocada pela civilização humana. Linda guiou o piloto até uma clareira específica, onde árvores antigas formavam um círculo natural.</w:t>
      </w:r>
    </w:p>
    <w:p w14:paraId="7D50269F" w14:textId="77777777" w:rsidR="002355BD" w:rsidRPr="001179E8" w:rsidRDefault="00000000">
      <w:pPr>
        <w:rPr>
          <w:lang w:val="pt-BR"/>
        </w:rPr>
      </w:pPr>
      <w:r w:rsidRPr="001179E8">
        <w:rPr>
          <w:lang w:val="pt-BR"/>
        </w:rPr>
        <w:br/>
      </w:r>
    </w:p>
    <w:p w14:paraId="06E69BAD" w14:textId="77777777" w:rsidR="002355BD" w:rsidRPr="001179E8" w:rsidRDefault="00000000">
      <w:pPr>
        <w:rPr>
          <w:lang w:val="pt-BR"/>
        </w:rPr>
      </w:pPr>
      <w:r w:rsidRPr="001179E8">
        <w:rPr>
          <w:lang w:val="pt-BR"/>
        </w:rPr>
        <w:t>"Ali," apontou ela. "No centro do círculo. Preparem-se."</w:t>
      </w:r>
    </w:p>
    <w:p w14:paraId="57EEDD57" w14:textId="77777777" w:rsidR="002355BD" w:rsidRPr="001179E8" w:rsidRDefault="00000000">
      <w:pPr>
        <w:rPr>
          <w:lang w:val="pt-BR"/>
        </w:rPr>
      </w:pPr>
      <w:r w:rsidRPr="001179E8">
        <w:rPr>
          <w:lang w:val="pt-BR"/>
        </w:rPr>
        <w:lastRenderedPageBreak/>
        <w:br/>
      </w:r>
    </w:p>
    <w:p w14:paraId="01AE33DE" w14:textId="77777777" w:rsidR="002355BD" w:rsidRPr="001179E8" w:rsidRDefault="00000000">
      <w:pPr>
        <w:rPr>
          <w:lang w:val="pt-BR"/>
        </w:rPr>
      </w:pPr>
      <w:r w:rsidRPr="001179E8">
        <w:rPr>
          <w:lang w:val="pt-BR"/>
        </w:rPr>
        <w:t>A aeronave desceu suavemente. Ao se aproximarem do centro da clareira, o ar começou a vibrar. Uma luz suave e iridescente emanava do chão, e o som da floresta pareceu mudar, tornando-se mais melódico, quase consciente.</w:t>
      </w:r>
    </w:p>
    <w:p w14:paraId="13087649" w14:textId="77777777" w:rsidR="002355BD" w:rsidRPr="001179E8" w:rsidRDefault="00000000">
      <w:pPr>
        <w:rPr>
          <w:lang w:val="pt-BR"/>
        </w:rPr>
      </w:pPr>
      <w:r w:rsidRPr="001179E8">
        <w:rPr>
          <w:lang w:val="pt-BR"/>
        </w:rPr>
        <w:br/>
      </w:r>
    </w:p>
    <w:p w14:paraId="46AE8F8F" w14:textId="77777777" w:rsidR="002355BD" w:rsidRPr="001179E8" w:rsidRDefault="00000000">
      <w:pPr>
        <w:rPr>
          <w:lang w:val="pt-BR"/>
        </w:rPr>
      </w:pPr>
      <w:r w:rsidRPr="001179E8">
        <w:rPr>
          <w:lang w:val="pt-BR"/>
        </w:rPr>
        <w:t>"Atravessando," anunciou o piloto.</w:t>
      </w:r>
    </w:p>
    <w:p w14:paraId="31C644E8" w14:textId="77777777" w:rsidR="002355BD" w:rsidRPr="001179E8" w:rsidRDefault="00000000">
      <w:pPr>
        <w:rPr>
          <w:lang w:val="pt-BR"/>
        </w:rPr>
      </w:pPr>
      <w:r w:rsidRPr="001179E8">
        <w:rPr>
          <w:lang w:val="pt-BR"/>
        </w:rPr>
        <w:br/>
      </w:r>
    </w:p>
    <w:p w14:paraId="1E4E3799" w14:textId="77777777" w:rsidR="002355BD" w:rsidRPr="001179E8" w:rsidRDefault="00000000">
      <w:pPr>
        <w:rPr>
          <w:lang w:val="pt-BR"/>
        </w:rPr>
      </w:pPr>
      <w:r w:rsidRPr="001179E8">
        <w:rPr>
          <w:lang w:val="pt-BR"/>
        </w:rPr>
        <w:t>Houve um flash de luz esmeralda, uma sensação de deslocamento temporal, e então, a aeronave pousou suavemente em um ambiente completamente diferente. A floresta ao redor era a mesma, mas ao mesmo tempo, vibrante de uma forma impossível. As árvores pareciam respirar, as flores brilhavam com luz própria, e o ar carregava o perfume de mil flores desconhecidas e o som de risadas distantes e cristalinas.</w:t>
      </w:r>
    </w:p>
    <w:p w14:paraId="39B7AEB7" w14:textId="77777777" w:rsidR="002355BD" w:rsidRPr="001179E8" w:rsidRDefault="00000000">
      <w:pPr>
        <w:rPr>
          <w:lang w:val="pt-BR"/>
        </w:rPr>
      </w:pPr>
      <w:r w:rsidRPr="001179E8">
        <w:rPr>
          <w:lang w:val="pt-BR"/>
        </w:rPr>
        <w:br/>
      </w:r>
    </w:p>
    <w:p w14:paraId="56B67CEB" w14:textId="77777777" w:rsidR="002355BD" w:rsidRPr="001179E8" w:rsidRDefault="00000000">
      <w:pPr>
        <w:rPr>
          <w:lang w:val="pt-BR"/>
        </w:rPr>
      </w:pPr>
      <w:r w:rsidRPr="001179E8">
        <w:rPr>
          <w:lang w:val="pt-BR"/>
        </w:rPr>
        <w:t>"Chegamos," sussurrou Linda, seus olhos brilhando com uma intensidade que Art nunca vira antes.</w:t>
      </w:r>
    </w:p>
    <w:p w14:paraId="31E3266D" w14:textId="77777777" w:rsidR="002355BD" w:rsidRPr="001179E8" w:rsidRDefault="00000000">
      <w:pPr>
        <w:rPr>
          <w:lang w:val="pt-BR"/>
        </w:rPr>
      </w:pPr>
      <w:r w:rsidRPr="001179E8">
        <w:rPr>
          <w:lang w:val="pt-BR"/>
        </w:rPr>
        <w:br/>
      </w:r>
    </w:p>
    <w:p w14:paraId="72460261" w14:textId="77777777" w:rsidR="002355BD" w:rsidRPr="001179E8" w:rsidRDefault="00000000">
      <w:pPr>
        <w:rPr>
          <w:lang w:val="pt-BR"/>
        </w:rPr>
      </w:pPr>
      <w:r w:rsidRPr="001179E8">
        <w:rPr>
          <w:lang w:val="pt-BR"/>
        </w:rPr>
        <w:t>Quando desembarcaram, Art notou uma mudança visível em Linda. Sua pele parecia brilhar com uma luz interior suave, seus cabelos pareciam mais vibrantes, e a aura que ele sentira antes agora era quase palpável – uma energia verde e violeta que dançava ao redor dela como uma segunda pele. Ela parecia mais alta, mais etérea, inegavelmente conectada àquele lugar.</w:t>
      </w:r>
    </w:p>
    <w:p w14:paraId="02D63AD4" w14:textId="77777777" w:rsidR="002355BD" w:rsidRPr="001179E8" w:rsidRDefault="00000000">
      <w:pPr>
        <w:rPr>
          <w:lang w:val="pt-BR"/>
        </w:rPr>
      </w:pPr>
      <w:r w:rsidRPr="001179E8">
        <w:rPr>
          <w:lang w:val="pt-BR"/>
        </w:rPr>
        <w:br/>
      </w:r>
    </w:p>
    <w:p w14:paraId="6F9B8698" w14:textId="77777777" w:rsidR="002355BD" w:rsidRPr="001179E8" w:rsidRDefault="00000000">
      <w:pPr>
        <w:rPr>
          <w:lang w:val="pt-BR"/>
        </w:rPr>
      </w:pPr>
      <w:r w:rsidRPr="001179E8">
        <w:rPr>
          <w:lang w:val="pt-BR"/>
        </w:rPr>
        <w:t>"Uau," foi tudo que Art conseguiu dizer, olhando para ela. "Você... está diferente."</w:t>
      </w:r>
    </w:p>
    <w:p w14:paraId="3C875C2C" w14:textId="77777777" w:rsidR="002355BD" w:rsidRPr="001179E8" w:rsidRDefault="00000000">
      <w:pPr>
        <w:rPr>
          <w:lang w:val="pt-BR"/>
        </w:rPr>
      </w:pPr>
      <w:r w:rsidRPr="001179E8">
        <w:rPr>
          <w:lang w:val="pt-BR"/>
        </w:rPr>
        <w:br/>
      </w:r>
    </w:p>
    <w:p w14:paraId="2FE7E491" w14:textId="77777777" w:rsidR="002355BD" w:rsidRPr="001179E8" w:rsidRDefault="00000000">
      <w:pPr>
        <w:rPr>
          <w:lang w:val="pt-BR"/>
        </w:rPr>
      </w:pPr>
      <w:r w:rsidRPr="001179E8">
        <w:rPr>
          <w:lang w:val="pt-BR"/>
        </w:rPr>
        <w:t>Linda sorriu, um sorriso que parecia conter a sabedoria antiga da floresta. "Estou em casa," respondeu ela simplesmente. "Ou pelo menos, na casa da minha mãe."</w:t>
      </w:r>
    </w:p>
    <w:p w14:paraId="6E386DAF" w14:textId="77777777" w:rsidR="002355BD" w:rsidRPr="001179E8" w:rsidRDefault="00000000">
      <w:pPr>
        <w:rPr>
          <w:lang w:val="pt-BR"/>
        </w:rPr>
      </w:pPr>
      <w:r w:rsidRPr="001179E8">
        <w:rPr>
          <w:lang w:val="pt-BR"/>
        </w:rPr>
        <w:lastRenderedPageBreak/>
        <w:br/>
      </w:r>
    </w:p>
    <w:p w14:paraId="05D4B8B5" w14:textId="77777777" w:rsidR="002355BD" w:rsidRPr="001179E8" w:rsidRDefault="00000000">
      <w:pPr>
        <w:rPr>
          <w:lang w:val="pt-BR"/>
        </w:rPr>
      </w:pPr>
      <w:r w:rsidRPr="001179E8">
        <w:rPr>
          <w:lang w:val="pt-BR"/>
        </w:rPr>
        <w:t>Uma delegação de fadas surgiu silenciosamente das árvores. Eram seres de beleza estonteante, com traços delicados, orelhas pontudas e asas translúcidas que cintilavam como vitrais ao sol filtrado pelas folhas. Vestiam roupas feitas de folhas tecidas, pétalas de flores e fios de luar.</w:t>
      </w:r>
    </w:p>
    <w:p w14:paraId="4CBE9B0B" w14:textId="77777777" w:rsidR="002355BD" w:rsidRPr="001179E8" w:rsidRDefault="00000000">
      <w:pPr>
        <w:rPr>
          <w:lang w:val="pt-BR"/>
        </w:rPr>
      </w:pPr>
      <w:r w:rsidRPr="001179E8">
        <w:rPr>
          <w:lang w:val="pt-BR"/>
        </w:rPr>
        <w:br/>
      </w:r>
    </w:p>
    <w:p w14:paraId="474EE40A" w14:textId="77777777" w:rsidR="002355BD" w:rsidRPr="001179E8" w:rsidRDefault="00000000">
      <w:pPr>
        <w:rPr>
          <w:lang w:val="pt-BR"/>
        </w:rPr>
      </w:pPr>
      <w:r w:rsidRPr="001179E8">
        <w:rPr>
          <w:lang w:val="pt-BR"/>
        </w:rPr>
        <w:t>"Bem-vindos, Emissários," disse a líder da delegação, uma fada com cabelos prateados e olhos como ametistas. "E bem-vinda de volta, Filha do Reino."</w:t>
      </w:r>
    </w:p>
    <w:p w14:paraId="388F34D1" w14:textId="77777777" w:rsidR="002355BD" w:rsidRPr="001179E8" w:rsidRDefault="00000000">
      <w:pPr>
        <w:rPr>
          <w:lang w:val="pt-BR"/>
        </w:rPr>
      </w:pPr>
      <w:r w:rsidRPr="001179E8">
        <w:rPr>
          <w:lang w:val="pt-BR"/>
        </w:rPr>
        <w:br/>
      </w:r>
    </w:p>
    <w:p w14:paraId="68E9FFF4" w14:textId="77777777" w:rsidR="002355BD" w:rsidRPr="001179E8" w:rsidRDefault="00000000">
      <w:pPr>
        <w:rPr>
          <w:lang w:val="pt-BR"/>
        </w:rPr>
      </w:pPr>
      <w:r w:rsidRPr="001179E8">
        <w:rPr>
          <w:lang w:val="pt-BR"/>
        </w:rPr>
        <w:t>Linda inclinou a cabeça em um gesto de respeito que parecia completamente natural. "Saudações, Lyra. Trazemos notícias urgentes do mundo exterior."</w:t>
      </w:r>
    </w:p>
    <w:p w14:paraId="740D1F29" w14:textId="77777777" w:rsidR="002355BD" w:rsidRPr="001179E8" w:rsidRDefault="00000000">
      <w:pPr>
        <w:rPr>
          <w:lang w:val="pt-BR"/>
        </w:rPr>
      </w:pPr>
      <w:r w:rsidRPr="001179E8">
        <w:rPr>
          <w:lang w:val="pt-BR"/>
        </w:rPr>
        <w:br/>
      </w:r>
    </w:p>
    <w:p w14:paraId="36715AD6" w14:textId="77777777" w:rsidR="002355BD" w:rsidRPr="001179E8" w:rsidRDefault="00000000">
      <w:pPr>
        <w:rPr>
          <w:lang w:val="pt-BR"/>
        </w:rPr>
      </w:pPr>
      <w:r w:rsidRPr="001179E8">
        <w:rPr>
          <w:lang w:val="pt-BR"/>
        </w:rPr>
        <w:t>Lyra assentiu. "A Rainha Titânia os aguarda no Palácio de Cristal e Flores. Sigam-nos."</w:t>
      </w:r>
    </w:p>
    <w:p w14:paraId="35B68FCC" w14:textId="77777777" w:rsidR="002355BD" w:rsidRPr="001179E8" w:rsidRDefault="00000000">
      <w:pPr>
        <w:rPr>
          <w:lang w:val="pt-BR"/>
        </w:rPr>
      </w:pPr>
      <w:r w:rsidRPr="001179E8">
        <w:rPr>
          <w:lang w:val="pt-BR"/>
        </w:rPr>
        <w:br/>
      </w:r>
    </w:p>
    <w:p w14:paraId="37B74699" w14:textId="77777777" w:rsidR="002355BD" w:rsidRPr="001179E8" w:rsidRDefault="00000000">
      <w:pPr>
        <w:rPr>
          <w:lang w:val="pt-BR"/>
        </w:rPr>
      </w:pPr>
      <w:r w:rsidRPr="001179E8">
        <w:rPr>
          <w:lang w:val="pt-BR"/>
        </w:rPr>
        <w:t>O caminho até o palácio não foi feito por trilhas, mas por caminhos que pareciam se formar magicamente diante deles, serpenteando entre árvores gigantescas e riachos que cantavam. O palácio em si era uma estrutura deslumbrante, que parecia ter crescido organicamente da própria floresta – torres feitas de cristal de quartzo rosa, paredes cobertas de musgo luminoso, e pontes suspensas adornadas com flores que se abriam e fechavam em padrões rítmicos.</w:t>
      </w:r>
    </w:p>
    <w:p w14:paraId="0D1C2BFC" w14:textId="77777777" w:rsidR="002355BD" w:rsidRPr="001179E8" w:rsidRDefault="00000000">
      <w:pPr>
        <w:rPr>
          <w:lang w:val="pt-BR"/>
        </w:rPr>
      </w:pPr>
      <w:r w:rsidRPr="001179E8">
        <w:rPr>
          <w:lang w:val="pt-BR"/>
        </w:rPr>
        <w:br/>
      </w:r>
    </w:p>
    <w:p w14:paraId="0CD01234" w14:textId="77777777" w:rsidR="002355BD" w:rsidRPr="001179E8" w:rsidRDefault="00000000">
      <w:pPr>
        <w:rPr>
          <w:lang w:val="pt-BR"/>
        </w:rPr>
      </w:pPr>
      <w:r w:rsidRPr="001179E8">
        <w:rPr>
          <w:lang w:val="pt-BR"/>
        </w:rPr>
        <w:t>Foram conduzidos a um salão de audiências ao ar livre, um anfiteatro natural formado por raízes de árvores antigas, com um trono de âmbar no centro. Sentada no trono estava a Rainha Titânia, uma figura de beleza atemporal, com cabelos como ouro fiado e olhos que continham a profundidade de milênios.</w:t>
      </w:r>
    </w:p>
    <w:p w14:paraId="25571C73" w14:textId="77777777" w:rsidR="002355BD" w:rsidRPr="001179E8" w:rsidRDefault="00000000">
      <w:pPr>
        <w:rPr>
          <w:lang w:val="pt-BR"/>
        </w:rPr>
      </w:pPr>
      <w:r w:rsidRPr="001179E8">
        <w:rPr>
          <w:lang w:val="pt-BR"/>
        </w:rPr>
        <w:br/>
      </w:r>
    </w:p>
    <w:p w14:paraId="19EB2D2A" w14:textId="77777777" w:rsidR="002355BD" w:rsidRPr="001179E8" w:rsidRDefault="00000000">
      <w:pPr>
        <w:rPr>
          <w:lang w:val="pt-BR"/>
        </w:rPr>
      </w:pPr>
      <w:r w:rsidRPr="001179E8">
        <w:rPr>
          <w:lang w:val="pt-BR"/>
        </w:rPr>
        <w:t xml:space="preserve">Ao lado do trono, estava um fada masculino de beleza igualmente impressionante, mas com um ar de arrogância presunçosa. Tinha cabelos negros como a noite, olhos azuis </w:t>
      </w:r>
      <w:r w:rsidRPr="001179E8">
        <w:rPr>
          <w:lang w:val="pt-BR"/>
        </w:rPr>
        <w:lastRenderedPageBreak/>
        <w:t>penetrantes e um sorriso que parecia um pouco ensaiado demais. Art imediatamente sentiu uma antipatia instintiva.</w:t>
      </w:r>
    </w:p>
    <w:p w14:paraId="6E305F60" w14:textId="77777777" w:rsidR="002355BD" w:rsidRPr="001179E8" w:rsidRDefault="00000000">
      <w:pPr>
        <w:rPr>
          <w:lang w:val="pt-BR"/>
        </w:rPr>
      </w:pPr>
      <w:r w:rsidRPr="001179E8">
        <w:rPr>
          <w:lang w:val="pt-BR"/>
        </w:rPr>
        <w:br/>
      </w:r>
    </w:p>
    <w:p w14:paraId="50C7CBC7" w14:textId="77777777" w:rsidR="002355BD" w:rsidRPr="001179E8" w:rsidRDefault="00000000">
      <w:pPr>
        <w:rPr>
          <w:lang w:val="pt-BR"/>
        </w:rPr>
      </w:pPr>
      <w:r w:rsidRPr="001179E8">
        <w:rPr>
          <w:lang w:val="pt-BR"/>
        </w:rPr>
        <w:t>"Apresentamos Arthur Vance-LeFay e Linda Blomkvist, Emissários da G.R.A.I.A.," anunciou Lyra.</w:t>
      </w:r>
    </w:p>
    <w:p w14:paraId="1BE16C55" w14:textId="77777777" w:rsidR="002355BD" w:rsidRPr="001179E8" w:rsidRDefault="00000000">
      <w:pPr>
        <w:rPr>
          <w:lang w:val="pt-BR"/>
        </w:rPr>
      </w:pPr>
      <w:r w:rsidRPr="001179E8">
        <w:rPr>
          <w:lang w:val="pt-BR"/>
        </w:rPr>
        <w:br/>
      </w:r>
    </w:p>
    <w:p w14:paraId="3205C6F5" w14:textId="77777777" w:rsidR="002355BD" w:rsidRPr="001179E8" w:rsidRDefault="00000000">
      <w:pPr>
        <w:rPr>
          <w:lang w:val="pt-BR"/>
        </w:rPr>
      </w:pPr>
      <w:r w:rsidRPr="001179E8">
        <w:rPr>
          <w:lang w:val="pt-BR"/>
        </w:rPr>
        <w:t>Art e Linda fizeram as reverências apropriadas. A Rainha Titânia os observou com curiosidade divertida.</w:t>
      </w:r>
    </w:p>
    <w:p w14:paraId="22AE62D2" w14:textId="77777777" w:rsidR="002355BD" w:rsidRPr="001179E8" w:rsidRDefault="00000000">
      <w:pPr>
        <w:rPr>
          <w:lang w:val="pt-BR"/>
        </w:rPr>
      </w:pPr>
      <w:r w:rsidRPr="001179E8">
        <w:rPr>
          <w:lang w:val="pt-BR"/>
        </w:rPr>
        <w:br/>
      </w:r>
    </w:p>
    <w:p w14:paraId="1711E683" w14:textId="77777777" w:rsidR="002355BD" w:rsidRPr="001179E8" w:rsidRDefault="00000000">
      <w:pPr>
        <w:rPr>
          <w:lang w:val="pt-BR"/>
        </w:rPr>
      </w:pPr>
      <w:r w:rsidRPr="001179E8">
        <w:rPr>
          <w:lang w:val="pt-BR"/>
        </w:rPr>
        <w:t>"Então, a superfície finalmente se lembra de nós," disse ela, sua voz como o tilintar de sinos de cristal. "E envia uma de nossas próprias filhas como mensageira. O que traz vocês ao nosso reino isolado, Linda, Filha de Pixie?"</w:t>
      </w:r>
    </w:p>
    <w:p w14:paraId="24C4E95D" w14:textId="77777777" w:rsidR="002355BD" w:rsidRPr="001179E8" w:rsidRDefault="00000000">
      <w:pPr>
        <w:rPr>
          <w:lang w:val="pt-BR"/>
        </w:rPr>
      </w:pPr>
      <w:r w:rsidRPr="001179E8">
        <w:rPr>
          <w:lang w:val="pt-BR"/>
        </w:rPr>
        <w:br/>
      </w:r>
    </w:p>
    <w:p w14:paraId="313949FC" w14:textId="77777777" w:rsidR="002355BD" w:rsidRPr="001179E8" w:rsidRDefault="00000000">
      <w:pPr>
        <w:rPr>
          <w:lang w:val="pt-BR"/>
        </w:rPr>
      </w:pPr>
      <w:r w:rsidRPr="001179E8">
        <w:rPr>
          <w:lang w:val="pt-BR"/>
        </w:rPr>
        <w:t>Linda deu um passo à frente, sua aura feérica brilhando suavemente. "Majestade, trazemos notícias de uma ameaça que paira sobre todos os reinos. Abyzoth...</w:t>
      </w:r>
    </w:p>
    <w:p w14:paraId="7DD82109" w14:textId="77777777" w:rsidR="002355BD" w:rsidRPr="001179E8" w:rsidRDefault="00000000">
      <w:pPr>
        <w:rPr>
          <w:lang w:val="pt-BR"/>
        </w:rPr>
      </w:pPr>
      <w:r w:rsidRPr="001179E8">
        <w:rPr>
          <w:lang w:val="pt-BR"/>
        </w:rPr>
        <w:br/>
      </w:r>
    </w:p>
    <w:p w14:paraId="677843F6" w14:textId="77777777" w:rsidR="002355BD" w:rsidRPr="001179E8" w:rsidRDefault="00000000">
      <w:pPr>
        <w:rPr>
          <w:lang w:val="pt-BR"/>
        </w:rPr>
      </w:pPr>
      <w:r w:rsidRPr="001179E8">
        <w:rPr>
          <w:lang w:val="pt-BR"/>
        </w:rPr>
        <w:t>Antes que pudesse continuar, o fada ao lado do trono interrompeu com uma risada desdenhosa. "Abyzoth? Lendas antigas para assustar crianças. O mundo da superfície sempre foi propenso ao melodrama."</w:t>
      </w:r>
    </w:p>
    <w:p w14:paraId="0BD43193" w14:textId="77777777" w:rsidR="002355BD" w:rsidRPr="001179E8" w:rsidRDefault="00000000">
      <w:pPr>
        <w:rPr>
          <w:lang w:val="pt-BR"/>
        </w:rPr>
      </w:pPr>
      <w:r w:rsidRPr="001179E8">
        <w:rPr>
          <w:lang w:val="pt-BR"/>
        </w:rPr>
        <w:br/>
      </w:r>
    </w:p>
    <w:p w14:paraId="667E9BE2" w14:textId="77777777" w:rsidR="002355BD" w:rsidRPr="001179E8" w:rsidRDefault="00000000">
      <w:pPr>
        <w:rPr>
          <w:lang w:val="pt-BR"/>
        </w:rPr>
      </w:pPr>
      <w:r w:rsidRPr="001179E8">
        <w:rPr>
          <w:lang w:val="pt-BR"/>
        </w:rPr>
        <w:t>"Príncipe Oberon," repreendeu a Rainha suavemente, embora houvesse um brilho divertido em seus olhos. "Deixe nossos convidados falarem."</w:t>
      </w:r>
    </w:p>
    <w:p w14:paraId="222F11E2" w14:textId="77777777" w:rsidR="002355BD" w:rsidRPr="001179E8" w:rsidRDefault="00000000">
      <w:pPr>
        <w:rPr>
          <w:lang w:val="pt-BR"/>
        </w:rPr>
      </w:pPr>
      <w:r w:rsidRPr="001179E8">
        <w:rPr>
          <w:lang w:val="pt-BR"/>
        </w:rPr>
        <w:br/>
      </w:r>
    </w:p>
    <w:p w14:paraId="02CDCA58" w14:textId="77777777" w:rsidR="002355BD" w:rsidRPr="001179E8" w:rsidRDefault="00000000">
      <w:pPr>
        <w:rPr>
          <w:lang w:val="pt-BR"/>
        </w:rPr>
      </w:pPr>
      <w:r w:rsidRPr="001179E8">
        <w:rPr>
          <w:lang w:val="pt-BR"/>
        </w:rPr>
        <w:t>Oberon fez uma reverência exagerada. "Como desejar, minha Rainha. Mas permitam-me apresentar-me aos nossos... visitantes." Ele se aproximou de Linda, ignorando Art completamente. Pegou a mão dela e a beijou galantemente. "Príncipe Oberon, ao seu dispor, bela Linda. Sua beleza floresce ainda mais em solo feérico."</w:t>
      </w:r>
    </w:p>
    <w:p w14:paraId="2BD85123" w14:textId="77777777" w:rsidR="002355BD" w:rsidRPr="001179E8" w:rsidRDefault="00000000">
      <w:pPr>
        <w:rPr>
          <w:lang w:val="pt-BR"/>
        </w:rPr>
      </w:pPr>
      <w:r w:rsidRPr="001179E8">
        <w:rPr>
          <w:lang w:val="pt-BR"/>
        </w:rPr>
        <w:lastRenderedPageBreak/>
        <w:br/>
      </w:r>
    </w:p>
    <w:p w14:paraId="24AD63EA" w14:textId="77777777" w:rsidR="002355BD" w:rsidRPr="001179E8" w:rsidRDefault="00000000">
      <w:pPr>
        <w:rPr>
          <w:lang w:val="pt-BR"/>
        </w:rPr>
      </w:pPr>
      <w:r w:rsidRPr="001179E8">
        <w:rPr>
          <w:lang w:val="pt-BR"/>
        </w:rPr>
        <w:t>Linda retirou a mão educadamente, embora Art tenha notado um leve rubor em suas bochechas. "É uma honra, Príncipe."</w:t>
      </w:r>
    </w:p>
    <w:p w14:paraId="2ADEDB54" w14:textId="77777777" w:rsidR="002355BD" w:rsidRPr="001179E8" w:rsidRDefault="00000000">
      <w:pPr>
        <w:rPr>
          <w:lang w:val="pt-BR"/>
        </w:rPr>
      </w:pPr>
      <w:r w:rsidRPr="001179E8">
        <w:rPr>
          <w:lang w:val="pt-BR"/>
        </w:rPr>
        <w:br/>
      </w:r>
    </w:p>
    <w:p w14:paraId="4290FEC1" w14:textId="77777777" w:rsidR="002355BD" w:rsidRPr="001179E8" w:rsidRDefault="00000000">
      <w:pPr>
        <w:rPr>
          <w:lang w:val="pt-BR"/>
        </w:rPr>
      </w:pPr>
      <w:r w:rsidRPr="001179E8">
        <w:rPr>
          <w:lang w:val="pt-BR"/>
        </w:rPr>
        <w:t>Oberon então se virou para Art, avaliando-o com um olhar crítico. "E você deve ser o... guarda-costas?"</w:t>
      </w:r>
    </w:p>
    <w:p w14:paraId="4F8A18C4" w14:textId="77777777" w:rsidR="002355BD" w:rsidRPr="001179E8" w:rsidRDefault="00000000">
      <w:pPr>
        <w:rPr>
          <w:lang w:val="pt-BR"/>
        </w:rPr>
      </w:pPr>
      <w:r w:rsidRPr="001179E8">
        <w:rPr>
          <w:lang w:val="pt-BR"/>
        </w:rPr>
        <w:br/>
      </w:r>
    </w:p>
    <w:p w14:paraId="7FE4EB32" w14:textId="77777777" w:rsidR="002355BD" w:rsidRPr="001179E8" w:rsidRDefault="00000000">
      <w:pPr>
        <w:rPr>
          <w:lang w:val="pt-BR"/>
        </w:rPr>
      </w:pPr>
      <w:r w:rsidRPr="001179E8">
        <w:rPr>
          <w:lang w:val="pt-BR"/>
        </w:rPr>
        <w:t>Art sentiu o sangue subir ao rosto. "Sou Arthur Vance-LeFay, parceiro de Linda nesta missão."</w:t>
      </w:r>
    </w:p>
    <w:p w14:paraId="0C1FCEC2" w14:textId="77777777" w:rsidR="002355BD" w:rsidRPr="001179E8" w:rsidRDefault="00000000">
      <w:pPr>
        <w:rPr>
          <w:lang w:val="pt-BR"/>
        </w:rPr>
      </w:pPr>
      <w:r w:rsidRPr="001179E8">
        <w:rPr>
          <w:lang w:val="pt-BR"/>
        </w:rPr>
        <w:br/>
      </w:r>
    </w:p>
    <w:p w14:paraId="3B4BAA0A" w14:textId="77777777" w:rsidR="002355BD" w:rsidRPr="001179E8" w:rsidRDefault="00000000">
      <w:pPr>
        <w:rPr>
          <w:lang w:val="pt-BR"/>
        </w:rPr>
      </w:pPr>
      <w:r w:rsidRPr="001179E8">
        <w:rPr>
          <w:lang w:val="pt-BR"/>
        </w:rPr>
        <w:t>"Ah, sim. O meio-humano," disse Oberon com um aceno desdenhoso, antes de voltar sua atenção totalmente para Linda. "Majestade, certamente podemos discutir essas 'ameaças' mais tarde. Proponho um banquete em honra de nossa convidada especial."</w:t>
      </w:r>
    </w:p>
    <w:p w14:paraId="60C718FF" w14:textId="77777777" w:rsidR="002355BD" w:rsidRPr="001179E8" w:rsidRDefault="00000000">
      <w:pPr>
        <w:rPr>
          <w:lang w:val="pt-BR"/>
        </w:rPr>
      </w:pPr>
      <w:r w:rsidRPr="001179E8">
        <w:rPr>
          <w:lang w:val="pt-BR"/>
        </w:rPr>
        <w:br/>
      </w:r>
    </w:p>
    <w:p w14:paraId="5116E6E5" w14:textId="77777777" w:rsidR="002355BD" w:rsidRPr="001179E8" w:rsidRDefault="00000000">
      <w:pPr>
        <w:rPr>
          <w:lang w:val="pt-BR"/>
        </w:rPr>
      </w:pPr>
      <w:r w:rsidRPr="001179E8">
        <w:rPr>
          <w:lang w:val="pt-BR"/>
        </w:rPr>
        <w:t>A Rainha Titânia sorriu enigmaticamente. "Um banquete parece apropriado. Mas primeiro, ouviremos o que nossos emissários têm a dizer."</w:t>
      </w:r>
    </w:p>
    <w:p w14:paraId="76A4CD7C" w14:textId="77777777" w:rsidR="002355BD" w:rsidRPr="001179E8" w:rsidRDefault="00000000">
      <w:pPr>
        <w:rPr>
          <w:lang w:val="pt-BR"/>
        </w:rPr>
      </w:pPr>
      <w:r w:rsidRPr="001179E8">
        <w:rPr>
          <w:lang w:val="pt-BR"/>
        </w:rPr>
        <w:br/>
      </w:r>
    </w:p>
    <w:p w14:paraId="2B6BF646" w14:textId="77777777" w:rsidR="002355BD" w:rsidRPr="001179E8" w:rsidRDefault="00000000">
      <w:pPr>
        <w:rPr>
          <w:lang w:val="pt-BR"/>
        </w:rPr>
      </w:pPr>
      <w:r w:rsidRPr="001179E8">
        <w:rPr>
          <w:lang w:val="pt-BR"/>
        </w:rPr>
        <w:t>Linda, recuperando a compostura, explicou a situação – a ameaça de Abyzoth, o desaparecimento de Nicole e Ricardo, a necessidade de uma aliança entre os cinco reinos. Falou com paixão e clareza, sua conexão com o reino dando peso às suas palavras.</w:t>
      </w:r>
    </w:p>
    <w:p w14:paraId="67D3A861" w14:textId="77777777" w:rsidR="002355BD" w:rsidRPr="001179E8" w:rsidRDefault="00000000">
      <w:pPr>
        <w:rPr>
          <w:lang w:val="pt-BR"/>
        </w:rPr>
      </w:pPr>
      <w:r w:rsidRPr="001179E8">
        <w:rPr>
          <w:lang w:val="pt-BR"/>
        </w:rPr>
        <w:br/>
      </w:r>
    </w:p>
    <w:p w14:paraId="3DEF7FFC" w14:textId="77777777" w:rsidR="002355BD" w:rsidRPr="001179E8" w:rsidRDefault="00000000">
      <w:pPr>
        <w:rPr>
          <w:lang w:val="pt-BR"/>
        </w:rPr>
      </w:pPr>
      <w:r w:rsidRPr="001179E8">
        <w:rPr>
          <w:lang w:val="pt-BR"/>
        </w:rPr>
        <w:t>Art observou Oberon durante a explicação. O príncipe fingia ouvir, mas seus olhos raramente deixavam Linda, percorrendo-a com um olhar possessivo que fez o estômago de Art se revirar. Pela primeira vez, Art sentiu uma pontada aguda de algo que não conseguia nomear – uma irritação irracional, um desejo protetor que ia além da parceria da missão. Seria... ciúme?</w:t>
      </w:r>
    </w:p>
    <w:p w14:paraId="280DABDB" w14:textId="77777777" w:rsidR="002355BD" w:rsidRPr="001179E8" w:rsidRDefault="00000000">
      <w:pPr>
        <w:rPr>
          <w:lang w:val="pt-BR"/>
        </w:rPr>
      </w:pPr>
      <w:r w:rsidRPr="001179E8">
        <w:rPr>
          <w:lang w:val="pt-BR"/>
        </w:rPr>
        <w:lastRenderedPageBreak/>
        <w:br/>
      </w:r>
    </w:p>
    <w:p w14:paraId="2F86CB13" w14:textId="77777777" w:rsidR="002355BD" w:rsidRPr="001179E8" w:rsidRDefault="00000000">
      <w:pPr>
        <w:rPr>
          <w:lang w:val="pt-BR"/>
        </w:rPr>
      </w:pPr>
      <w:r w:rsidRPr="001179E8">
        <w:rPr>
          <w:lang w:val="pt-BR"/>
        </w:rPr>
        <w:t>---</w:t>
      </w:r>
    </w:p>
    <w:p w14:paraId="61295B90" w14:textId="77777777" w:rsidR="002355BD" w:rsidRPr="001179E8" w:rsidRDefault="00000000">
      <w:pPr>
        <w:rPr>
          <w:lang w:val="pt-BR"/>
        </w:rPr>
      </w:pPr>
      <w:r w:rsidRPr="001179E8">
        <w:rPr>
          <w:lang w:val="pt-BR"/>
        </w:rPr>
        <w:br/>
      </w:r>
    </w:p>
    <w:p w14:paraId="0AAA7DFB" w14:textId="77777777" w:rsidR="002355BD" w:rsidRPr="001179E8" w:rsidRDefault="00000000">
      <w:pPr>
        <w:rPr>
          <w:lang w:val="pt-BR"/>
        </w:rPr>
      </w:pPr>
      <w:r w:rsidRPr="001179E8">
        <w:rPr>
          <w:lang w:val="pt-BR"/>
        </w:rPr>
        <w:t>O banquete foi realizado em um bosque iluminado por vaga-lumes e fungos bioluminescentes. A comida era feita de frutas exóticas, orvalho cristalizado e néctares que mudavam de sabor a cada gole. A música era tocada por espíritos da floresta em flautas de junco.</w:t>
      </w:r>
    </w:p>
    <w:p w14:paraId="49AFB16B" w14:textId="77777777" w:rsidR="002355BD" w:rsidRPr="001179E8" w:rsidRDefault="00000000">
      <w:pPr>
        <w:rPr>
          <w:lang w:val="pt-BR"/>
        </w:rPr>
      </w:pPr>
      <w:r w:rsidRPr="001179E8">
        <w:rPr>
          <w:lang w:val="pt-BR"/>
        </w:rPr>
        <w:br/>
      </w:r>
    </w:p>
    <w:p w14:paraId="7436284A" w14:textId="77777777" w:rsidR="002355BD" w:rsidRPr="001179E8" w:rsidRDefault="00000000">
      <w:pPr>
        <w:rPr>
          <w:lang w:val="pt-BR"/>
        </w:rPr>
      </w:pPr>
      <w:r w:rsidRPr="001179E8">
        <w:rPr>
          <w:lang w:val="pt-BR"/>
        </w:rPr>
        <w:t>Oberon monopolizou Linda durante todo o evento. Sentou-se ao lado dela, ofereceu-lhe os mais raros manjares feéricos, contou-lhe histórias lisonjeiras sobre suas próprias (supostas) façanhas heróicas, e presenteou-a com uma flor que nunca murchava.</w:t>
      </w:r>
    </w:p>
    <w:p w14:paraId="5CB49797" w14:textId="77777777" w:rsidR="002355BD" w:rsidRPr="001179E8" w:rsidRDefault="00000000">
      <w:pPr>
        <w:rPr>
          <w:lang w:val="pt-BR"/>
        </w:rPr>
      </w:pPr>
      <w:r w:rsidRPr="001179E8">
        <w:rPr>
          <w:lang w:val="pt-BR"/>
        </w:rPr>
        <w:br/>
      </w:r>
    </w:p>
    <w:p w14:paraId="17286DAD" w14:textId="77777777" w:rsidR="002355BD" w:rsidRPr="001179E8" w:rsidRDefault="00000000">
      <w:pPr>
        <w:rPr>
          <w:lang w:val="pt-BR"/>
        </w:rPr>
      </w:pPr>
      <w:r w:rsidRPr="001179E8">
        <w:rPr>
          <w:lang w:val="pt-BR"/>
        </w:rPr>
        <w:t>Linda, sempre diplomática, ouvia educadamente e agradecia com cortesia, mas Art podia ver um leve desconforto em seus olhos. Ela lançava olhares ocasionais para Art, como se pedindo ajuda, mas ele estava sentado do outro lado da mesa, preso em uma conversa educada com Lyra sobre as propriedades curativas do musgo lunar.</w:t>
      </w:r>
    </w:p>
    <w:p w14:paraId="050435F5" w14:textId="77777777" w:rsidR="002355BD" w:rsidRPr="001179E8" w:rsidRDefault="00000000">
      <w:pPr>
        <w:rPr>
          <w:lang w:val="pt-BR"/>
        </w:rPr>
      </w:pPr>
      <w:r w:rsidRPr="001179E8">
        <w:rPr>
          <w:lang w:val="pt-BR"/>
        </w:rPr>
        <w:br/>
      </w:r>
    </w:p>
    <w:p w14:paraId="0D969CA6" w14:textId="77777777" w:rsidR="002355BD" w:rsidRPr="001179E8" w:rsidRDefault="00000000">
      <w:pPr>
        <w:rPr>
          <w:lang w:val="pt-BR"/>
        </w:rPr>
      </w:pPr>
      <w:r w:rsidRPr="001179E8">
        <w:rPr>
          <w:lang w:val="pt-BR"/>
        </w:rPr>
        <w:t>Art tentou se concentrar na conversa, mas sua atenção continuava voltando para Linda e Oberon. Ele notou como o príncipe ocasionalmente tocava o braço de Linda, como se inclinava perto demais ao falar. Cada gesto enviava uma onda de irritação através de Art. Ele começou a beber o néctar feérico um pouco rápido demais, sentindo a magia leve da bebida subir à sua cabeça, turvando seu julgamento.</w:t>
      </w:r>
    </w:p>
    <w:p w14:paraId="660438F6" w14:textId="77777777" w:rsidR="002355BD" w:rsidRPr="001179E8" w:rsidRDefault="00000000">
      <w:pPr>
        <w:rPr>
          <w:lang w:val="pt-BR"/>
        </w:rPr>
      </w:pPr>
      <w:r w:rsidRPr="001179E8">
        <w:rPr>
          <w:lang w:val="pt-BR"/>
        </w:rPr>
        <w:br/>
      </w:r>
    </w:p>
    <w:p w14:paraId="4B0A1919" w14:textId="77777777" w:rsidR="002355BD" w:rsidRPr="001179E8" w:rsidRDefault="00000000">
      <w:pPr>
        <w:rPr>
          <w:lang w:val="pt-BR"/>
        </w:rPr>
      </w:pPr>
      <w:r w:rsidRPr="001179E8">
        <w:rPr>
          <w:lang w:val="pt-BR"/>
        </w:rPr>
        <w:t>"Você parece... perturbado, Emissário Arthur," comentou Lyra suavemente, seguindo seu olhar.</w:t>
      </w:r>
    </w:p>
    <w:p w14:paraId="5D71A4DA" w14:textId="77777777" w:rsidR="002355BD" w:rsidRPr="001179E8" w:rsidRDefault="00000000">
      <w:pPr>
        <w:rPr>
          <w:lang w:val="pt-BR"/>
        </w:rPr>
      </w:pPr>
      <w:r w:rsidRPr="001179E8">
        <w:rPr>
          <w:lang w:val="pt-BR"/>
        </w:rPr>
        <w:br/>
      </w:r>
    </w:p>
    <w:p w14:paraId="6BCE380D" w14:textId="77777777" w:rsidR="002355BD" w:rsidRPr="001179E8" w:rsidRDefault="00000000">
      <w:pPr>
        <w:rPr>
          <w:lang w:val="pt-BR"/>
        </w:rPr>
      </w:pPr>
      <w:r w:rsidRPr="001179E8">
        <w:rPr>
          <w:lang w:val="pt-BR"/>
        </w:rPr>
        <w:t>"Não é nada," respondeu Art, forçando um sorriso. "Apenas cansado da viagem."</w:t>
      </w:r>
    </w:p>
    <w:p w14:paraId="61494A66" w14:textId="77777777" w:rsidR="002355BD" w:rsidRPr="001179E8" w:rsidRDefault="00000000">
      <w:pPr>
        <w:rPr>
          <w:lang w:val="pt-BR"/>
        </w:rPr>
      </w:pPr>
      <w:r w:rsidRPr="001179E8">
        <w:rPr>
          <w:lang w:val="pt-BR"/>
        </w:rPr>
        <w:lastRenderedPageBreak/>
        <w:br/>
      </w:r>
    </w:p>
    <w:p w14:paraId="53B818AD" w14:textId="77777777" w:rsidR="002355BD" w:rsidRPr="001179E8" w:rsidRDefault="00000000">
      <w:pPr>
        <w:rPr>
          <w:lang w:val="pt-BR"/>
        </w:rPr>
      </w:pPr>
      <w:r w:rsidRPr="001179E8">
        <w:rPr>
          <w:lang w:val="pt-BR"/>
        </w:rPr>
        <w:t>Lyra sorriu conscientemente. "O Príncipe Oberon pode ser... excessivamente entusiasta em sua admiração. Mas o coração de Linda pertence a onde ela escolher colocá-lo."</w:t>
      </w:r>
    </w:p>
    <w:p w14:paraId="589774B8" w14:textId="77777777" w:rsidR="002355BD" w:rsidRPr="001179E8" w:rsidRDefault="00000000">
      <w:pPr>
        <w:rPr>
          <w:lang w:val="pt-BR"/>
        </w:rPr>
      </w:pPr>
      <w:r w:rsidRPr="001179E8">
        <w:rPr>
          <w:lang w:val="pt-BR"/>
        </w:rPr>
        <w:br/>
      </w:r>
    </w:p>
    <w:p w14:paraId="4565A8CF" w14:textId="77777777" w:rsidR="002355BD" w:rsidRPr="001179E8" w:rsidRDefault="00000000">
      <w:pPr>
        <w:rPr>
          <w:lang w:val="pt-BR"/>
        </w:rPr>
      </w:pPr>
      <w:r w:rsidRPr="001179E8">
        <w:rPr>
          <w:lang w:val="pt-BR"/>
        </w:rPr>
        <w:t>As palavras de Lyra fizeram Art pensar. Onde Linda escolheria colocar seu coração? Certamente não com um príncipe arrogante como Oberon. Mas e ele? O que ele tinha a oferecer além de poderes instáveis e um nome de família complicado?</w:t>
      </w:r>
    </w:p>
    <w:p w14:paraId="6809F19A" w14:textId="77777777" w:rsidR="002355BD" w:rsidRPr="001179E8" w:rsidRDefault="00000000">
      <w:pPr>
        <w:rPr>
          <w:lang w:val="pt-BR"/>
        </w:rPr>
      </w:pPr>
      <w:r w:rsidRPr="001179E8">
        <w:rPr>
          <w:lang w:val="pt-BR"/>
        </w:rPr>
        <w:br/>
      </w:r>
    </w:p>
    <w:p w14:paraId="60868A11" w14:textId="77777777" w:rsidR="002355BD" w:rsidRPr="001179E8" w:rsidRDefault="00000000">
      <w:pPr>
        <w:rPr>
          <w:lang w:val="pt-BR"/>
        </w:rPr>
      </w:pPr>
      <w:r w:rsidRPr="001179E8">
        <w:rPr>
          <w:lang w:val="pt-BR"/>
        </w:rPr>
        <w:t>---</w:t>
      </w:r>
    </w:p>
    <w:p w14:paraId="246BA850" w14:textId="77777777" w:rsidR="002355BD" w:rsidRPr="001179E8" w:rsidRDefault="00000000">
      <w:pPr>
        <w:rPr>
          <w:lang w:val="pt-BR"/>
        </w:rPr>
      </w:pPr>
      <w:r w:rsidRPr="001179E8">
        <w:rPr>
          <w:lang w:val="pt-BR"/>
        </w:rPr>
        <w:br/>
      </w:r>
    </w:p>
    <w:p w14:paraId="5124BB63" w14:textId="77777777" w:rsidR="002355BD" w:rsidRPr="001179E8" w:rsidRDefault="00000000">
      <w:pPr>
        <w:rPr>
          <w:lang w:val="pt-BR"/>
        </w:rPr>
      </w:pPr>
      <w:r w:rsidRPr="001179E8">
        <w:rPr>
          <w:lang w:val="pt-BR"/>
        </w:rPr>
        <w:t>Após o banquete, a Rainha Titânia reuniu todos em uma clareira dominada por um labirinto feito de sebes vivas que pareciam mudar e se rearranjar constantemente.</w:t>
      </w:r>
    </w:p>
    <w:p w14:paraId="093592E5" w14:textId="77777777" w:rsidR="002355BD" w:rsidRPr="001179E8" w:rsidRDefault="00000000">
      <w:pPr>
        <w:rPr>
          <w:lang w:val="pt-BR"/>
        </w:rPr>
      </w:pPr>
      <w:r w:rsidRPr="001179E8">
        <w:rPr>
          <w:lang w:val="pt-BR"/>
        </w:rPr>
        <w:br/>
      </w:r>
    </w:p>
    <w:p w14:paraId="67510B12" w14:textId="77777777" w:rsidR="002355BD" w:rsidRPr="001179E8" w:rsidRDefault="00000000">
      <w:pPr>
        <w:rPr>
          <w:lang w:val="pt-BR"/>
        </w:rPr>
      </w:pPr>
      <w:r w:rsidRPr="001179E8">
        <w:rPr>
          <w:lang w:val="pt-BR"/>
        </w:rPr>
        <w:t>"Para selar nossa compreensão," anunciou a Rainha, "proponho um teste tradicional feérico: o Labirinto das Ilusões. Ele revela os medos e desejos mais profundos daqueles que ousam entrar. Atravessem-no juntos, e consideraremos sua causa."</w:t>
      </w:r>
    </w:p>
    <w:p w14:paraId="2B228E01" w14:textId="77777777" w:rsidR="002355BD" w:rsidRPr="001179E8" w:rsidRDefault="00000000">
      <w:pPr>
        <w:rPr>
          <w:lang w:val="pt-BR"/>
        </w:rPr>
      </w:pPr>
      <w:r w:rsidRPr="001179E8">
        <w:rPr>
          <w:lang w:val="pt-BR"/>
        </w:rPr>
        <w:br/>
      </w:r>
    </w:p>
    <w:p w14:paraId="67AE7562" w14:textId="77777777" w:rsidR="002355BD" w:rsidRPr="001179E8" w:rsidRDefault="00000000">
      <w:pPr>
        <w:rPr>
          <w:lang w:val="pt-BR"/>
        </w:rPr>
      </w:pPr>
      <w:r w:rsidRPr="001179E8">
        <w:rPr>
          <w:lang w:val="pt-BR"/>
        </w:rPr>
        <w:t>Antes que Art pudesse responder, Oberon deu um passo à frente. "Permita-me guiar a bela Linda através dos caminhos sinuosos, Majestade. Conheço bem os segredos do labirinto."</w:t>
      </w:r>
    </w:p>
    <w:p w14:paraId="2ADA1335" w14:textId="77777777" w:rsidR="002355BD" w:rsidRPr="001179E8" w:rsidRDefault="00000000">
      <w:pPr>
        <w:rPr>
          <w:lang w:val="pt-BR"/>
        </w:rPr>
      </w:pPr>
      <w:r w:rsidRPr="001179E8">
        <w:rPr>
          <w:lang w:val="pt-BR"/>
        </w:rPr>
        <w:br/>
      </w:r>
    </w:p>
    <w:p w14:paraId="0B1FB398" w14:textId="77777777" w:rsidR="002355BD" w:rsidRPr="001179E8" w:rsidRDefault="00000000">
      <w:pPr>
        <w:rPr>
          <w:lang w:val="pt-BR"/>
        </w:rPr>
      </w:pPr>
      <w:r w:rsidRPr="001179E8">
        <w:rPr>
          <w:lang w:val="pt-BR"/>
        </w:rPr>
        <w:t>"Não," disse Art, sua voz mais firme do que esperava. "Nós faremos isso juntos. Como parceiros."</w:t>
      </w:r>
    </w:p>
    <w:p w14:paraId="5A3991CE" w14:textId="77777777" w:rsidR="002355BD" w:rsidRPr="001179E8" w:rsidRDefault="00000000">
      <w:pPr>
        <w:rPr>
          <w:lang w:val="pt-BR"/>
        </w:rPr>
      </w:pPr>
      <w:r w:rsidRPr="001179E8">
        <w:rPr>
          <w:lang w:val="pt-BR"/>
        </w:rPr>
        <w:br/>
      </w:r>
    </w:p>
    <w:p w14:paraId="6D9B5F87" w14:textId="77777777" w:rsidR="002355BD" w:rsidRPr="001179E8" w:rsidRDefault="00000000">
      <w:pPr>
        <w:rPr>
          <w:lang w:val="pt-BR"/>
        </w:rPr>
      </w:pPr>
      <w:r w:rsidRPr="001179E8">
        <w:rPr>
          <w:lang w:val="pt-BR"/>
        </w:rPr>
        <w:t>Oberon lançou-lhe um olhar de desprezo, mas a Rainha Titânia interveio. "A escolha é de Linda."</w:t>
      </w:r>
    </w:p>
    <w:p w14:paraId="7CACBA1F" w14:textId="77777777" w:rsidR="002355BD" w:rsidRPr="001179E8" w:rsidRDefault="00000000">
      <w:pPr>
        <w:rPr>
          <w:lang w:val="pt-BR"/>
        </w:rPr>
      </w:pPr>
      <w:r w:rsidRPr="001179E8">
        <w:rPr>
          <w:lang w:val="pt-BR"/>
        </w:rPr>
        <w:lastRenderedPageBreak/>
        <w:br/>
      </w:r>
    </w:p>
    <w:p w14:paraId="096D2FAD" w14:textId="77777777" w:rsidR="002355BD" w:rsidRPr="001179E8" w:rsidRDefault="00000000">
      <w:pPr>
        <w:rPr>
          <w:lang w:val="pt-BR"/>
        </w:rPr>
      </w:pPr>
      <w:r w:rsidRPr="001179E8">
        <w:rPr>
          <w:lang w:val="pt-BR"/>
        </w:rPr>
        <w:t>Linda olhou de Art para Oberon, então de volta para Art. "Eu confio em meu parceiro," disse ela, sua voz clara. "Entraremos juntos."</w:t>
      </w:r>
    </w:p>
    <w:p w14:paraId="3CCAAF6D" w14:textId="77777777" w:rsidR="002355BD" w:rsidRPr="001179E8" w:rsidRDefault="00000000">
      <w:pPr>
        <w:rPr>
          <w:lang w:val="pt-BR"/>
        </w:rPr>
      </w:pPr>
      <w:r w:rsidRPr="001179E8">
        <w:rPr>
          <w:lang w:val="pt-BR"/>
        </w:rPr>
        <w:br/>
      </w:r>
    </w:p>
    <w:p w14:paraId="46B8CF8D" w14:textId="77777777" w:rsidR="002355BD" w:rsidRPr="001179E8" w:rsidRDefault="00000000">
      <w:pPr>
        <w:rPr>
          <w:lang w:val="pt-BR"/>
        </w:rPr>
      </w:pPr>
      <w:r w:rsidRPr="001179E8">
        <w:rPr>
          <w:lang w:val="pt-BR"/>
        </w:rPr>
        <w:t>Um sorriso triunfante passou pelos lábios de Art, enquanto Oberon parecia visivelmente irritado. No entanto, quando Art e Linda entraram no labirinto, Oberon os seguiu a uma curta distância, sob o pretexto de "garantir sua segurança".</w:t>
      </w:r>
    </w:p>
    <w:p w14:paraId="3AFF1DBA" w14:textId="77777777" w:rsidR="002355BD" w:rsidRPr="001179E8" w:rsidRDefault="00000000">
      <w:pPr>
        <w:rPr>
          <w:lang w:val="pt-BR"/>
        </w:rPr>
      </w:pPr>
      <w:r w:rsidRPr="001179E8">
        <w:rPr>
          <w:lang w:val="pt-BR"/>
        </w:rPr>
        <w:br/>
      </w:r>
    </w:p>
    <w:p w14:paraId="682449AD" w14:textId="77777777" w:rsidR="002355BD" w:rsidRPr="001179E8" w:rsidRDefault="00000000">
      <w:pPr>
        <w:rPr>
          <w:lang w:val="pt-BR"/>
        </w:rPr>
      </w:pPr>
      <w:r w:rsidRPr="001179E8">
        <w:rPr>
          <w:lang w:val="pt-BR"/>
        </w:rPr>
        <w:t>O labirinto era mais do que apenas um quebra-cabeça físico. Assim que entraram, a realidade pareceu distorcer-se. As paredes de sebe sussurravam dúvidas, e ilusões começaram a surgir nos cantos dos olhos.</w:t>
      </w:r>
    </w:p>
    <w:p w14:paraId="532B5B45" w14:textId="77777777" w:rsidR="002355BD" w:rsidRPr="001179E8" w:rsidRDefault="00000000">
      <w:pPr>
        <w:rPr>
          <w:lang w:val="pt-BR"/>
        </w:rPr>
      </w:pPr>
      <w:r w:rsidRPr="001179E8">
        <w:rPr>
          <w:lang w:val="pt-BR"/>
        </w:rPr>
        <w:br/>
      </w:r>
    </w:p>
    <w:p w14:paraId="415955B6" w14:textId="77777777" w:rsidR="002355BD" w:rsidRPr="001179E8" w:rsidRDefault="00000000">
      <w:pPr>
        <w:rPr>
          <w:lang w:val="pt-BR"/>
        </w:rPr>
      </w:pPr>
      <w:r w:rsidRPr="001179E8">
        <w:rPr>
          <w:lang w:val="pt-BR"/>
        </w:rPr>
        <w:t>Art viu vislumbres de seus pais desapontados, ouviu a voz de seu avô criticando sua hesitação. Tentou ignorar, focando em seguir Linda, cuja conexão com a magia feérica parecia ajudá-la a navegar pelos caminhos mutáveis.</w:t>
      </w:r>
    </w:p>
    <w:p w14:paraId="1B39F352" w14:textId="77777777" w:rsidR="002355BD" w:rsidRPr="001179E8" w:rsidRDefault="00000000">
      <w:pPr>
        <w:rPr>
          <w:lang w:val="pt-BR"/>
        </w:rPr>
      </w:pPr>
      <w:r w:rsidRPr="001179E8">
        <w:rPr>
          <w:lang w:val="pt-BR"/>
        </w:rPr>
        <w:br/>
      </w:r>
    </w:p>
    <w:p w14:paraId="19386037" w14:textId="77777777" w:rsidR="002355BD" w:rsidRPr="001179E8" w:rsidRDefault="00000000">
      <w:pPr>
        <w:rPr>
          <w:lang w:val="pt-BR"/>
        </w:rPr>
      </w:pPr>
      <w:r w:rsidRPr="001179E8">
        <w:rPr>
          <w:lang w:val="pt-BR"/>
        </w:rPr>
        <w:t>Então, uma ilusão particularmente vívida o atingiu. Ele viu Linda, rindo alegremente, aceitando um presente brilhante de Oberon. Eles pareciam felizes, íntimos. A imagem atingiu Art com a força de um golpe físico, uma dor aguda de ciúme e inadequação apertando seu peito.</w:t>
      </w:r>
    </w:p>
    <w:p w14:paraId="22CFE623" w14:textId="77777777" w:rsidR="002355BD" w:rsidRPr="001179E8" w:rsidRDefault="00000000">
      <w:pPr>
        <w:rPr>
          <w:lang w:val="pt-BR"/>
        </w:rPr>
      </w:pPr>
      <w:r w:rsidRPr="001179E8">
        <w:rPr>
          <w:lang w:val="pt-BR"/>
        </w:rPr>
        <w:br/>
      </w:r>
    </w:p>
    <w:p w14:paraId="1CBCA37C" w14:textId="77777777" w:rsidR="002355BD" w:rsidRPr="001179E8" w:rsidRDefault="00000000">
      <w:pPr>
        <w:rPr>
          <w:lang w:val="pt-BR"/>
        </w:rPr>
      </w:pPr>
      <w:r w:rsidRPr="001179E8">
        <w:rPr>
          <w:lang w:val="pt-BR"/>
        </w:rPr>
        <w:t>"Art? Você está bem?" A voz real de Linda o trouxe de volta à realidade. Ela estava olhando para ele com preocupação.</w:t>
      </w:r>
    </w:p>
    <w:p w14:paraId="0BD88C90" w14:textId="77777777" w:rsidR="002355BD" w:rsidRPr="001179E8" w:rsidRDefault="00000000">
      <w:pPr>
        <w:rPr>
          <w:lang w:val="pt-BR"/>
        </w:rPr>
      </w:pPr>
      <w:r w:rsidRPr="001179E8">
        <w:rPr>
          <w:lang w:val="pt-BR"/>
        </w:rPr>
        <w:br/>
      </w:r>
    </w:p>
    <w:p w14:paraId="0D9532DA" w14:textId="77777777" w:rsidR="002355BD" w:rsidRPr="001179E8" w:rsidRDefault="00000000">
      <w:pPr>
        <w:rPr>
          <w:lang w:val="pt-BR"/>
        </w:rPr>
      </w:pPr>
      <w:r w:rsidRPr="001179E8">
        <w:rPr>
          <w:lang w:val="pt-BR"/>
        </w:rPr>
        <w:t>"Estou," mentiu ele, balançando a cabeça para clarear a visão. "Apenas... o labirinto."</w:t>
      </w:r>
    </w:p>
    <w:p w14:paraId="2FCC9410" w14:textId="77777777" w:rsidR="002355BD" w:rsidRPr="001179E8" w:rsidRDefault="00000000">
      <w:pPr>
        <w:rPr>
          <w:lang w:val="pt-BR"/>
        </w:rPr>
      </w:pPr>
      <w:r w:rsidRPr="001179E8">
        <w:rPr>
          <w:lang w:val="pt-BR"/>
        </w:rPr>
        <w:br/>
      </w:r>
    </w:p>
    <w:p w14:paraId="5658EC7F" w14:textId="77777777" w:rsidR="002355BD" w:rsidRPr="001179E8" w:rsidRDefault="00000000">
      <w:pPr>
        <w:rPr>
          <w:lang w:val="pt-BR"/>
        </w:rPr>
      </w:pPr>
      <w:r w:rsidRPr="001179E8">
        <w:rPr>
          <w:lang w:val="pt-BR"/>
        </w:rPr>
        <w:lastRenderedPageBreak/>
        <w:t>Continuaram avançando, mas Art estava abalado. A ilusão parecia ter confirmado seus piores medos. Talvez Linda realmente preferisse alguém como Oberon – confiante, charmoso, pertencente àquele mundo mágico.</w:t>
      </w:r>
    </w:p>
    <w:p w14:paraId="2C75B74E" w14:textId="77777777" w:rsidR="002355BD" w:rsidRPr="001179E8" w:rsidRDefault="00000000">
      <w:pPr>
        <w:rPr>
          <w:lang w:val="pt-BR"/>
        </w:rPr>
      </w:pPr>
      <w:r w:rsidRPr="001179E8">
        <w:rPr>
          <w:lang w:val="pt-BR"/>
        </w:rPr>
        <w:br/>
      </w:r>
    </w:p>
    <w:p w14:paraId="3B05E5C8" w14:textId="77777777" w:rsidR="002355BD" w:rsidRPr="001179E8" w:rsidRDefault="00000000">
      <w:pPr>
        <w:rPr>
          <w:lang w:val="pt-BR"/>
        </w:rPr>
      </w:pPr>
      <w:r w:rsidRPr="001179E8">
        <w:rPr>
          <w:lang w:val="pt-BR"/>
        </w:rPr>
        <w:t>Finalmente, chegaram ao centro do labirinto – uma pequena clareira com uma fonte cintilante. Oberon já estava lá, esperando por eles com um sorriso presunçoso.</w:t>
      </w:r>
    </w:p>
    <w:p w14:paraId="6C4CF734" w14:textId="77777777" w:rsidR="002355BD" w:rsidRPr="001179E8" w:rsidRDefault="00000000">
      <w:pPr>
        <w:rPr>
          <w:lang w:val="pt-BR"/>
        </w:rPr>
      </w:pPr>
      <w:r w:rsidRPr="001179E8">
        <w:rPr>
          <w:lang w:val="pt-BR"/>
        </w:rPr>
        <w:br/>
      </w:r>
    </w:p>
    <w:p w14:paraId="5FB48604" w14:textId="77777777" w:rsidR="002355BD" w:rsidRPr="001179E8" w:rsidRDefault="00000000">
      <w:pPr>
        <w:rPr>
          <w:lang w:val="pt-BR"/>
        </w:rPr>
      </w:pPr>
      <w:r w:rsidRPr="001179E8">
        <w:rPr>
          <w:lang w:val="pt-BR"/>
        </w:rPr>
        <w:t>"Demoraram," comentou ele. "Estava começando a pensar que o 'parceiro' havia se perdido."</w:t>
      </w:r>
    </w:p>
    <w:p w14:paraId="2B8638AC" w14:textId="77777777" w:rsidR="002355BD" w:rsidRPr="001179E8" w:rsidRDefault="00000000">
      <w:pPr>
        <w:rPr>
          <w:lang w:val="pt-BR"/>
        </w:rPr>
      </w:pPr>
      <w:r w:rsidRPr="001179E8">
        <w:rPr>
          <w:lang w:val="pt-BR"/>
        </w:rPr>
        <w:br/>
      </w:r>
    </w:p>
    <w:p w14:paraId="5738E391" w14:textId="77777777" w:rsidR="002355BD" w:rsidRPr="001179E8" w:rsidRDefault="00000000">
      <w:pPr>
        <w:rPr>
          <w:lang w:val="pt-BR"/>
        </w:rPr>
      </w:pPr>
      <w:r w:rsidRPr="001179E8">
        <w:rPr>
          <w:lang w:val="pt-BR"/>
        </w:rPr>
        <w:t>Antes que Art pudesse responder, Oberon se virou para Linda. "Linda, minha flor da floresta," disse ele, pegando a mão dela. "Deixe este meio-humano para trás. Fique aqui comigo, onde você pertence. Seja minha rainha."</w:t>
      </w:r>
    </w:p>
    <w:p w14:paraId="3C7F1DA6" w14:textId="77777777" w:rsidR="002355BD" w:rsidRPr="001179E8" w:rsidRDefault="00000000">
      <w:pPr>
        <w:rPr>
          <w:lang w:val="pt-BR"/>
        </w:rPr>
      </w:pPr>
      <w:r w:rsidRPr="001179E8">
        <w:rPr>
          <w:lang w:val="pt-BR"/>
        </w:rPr>
        <w:br/>
      </w:r>
    </w:p>
    <w:p w14:paraId="73A13953" w14:textId="77777777" w:rsidR="002355BD" w:rsidRPr="001179E8" w:rsidRDefault="00000000">
      <w:pPr>
        <w:rPr>
          <w:lang w:val="pt-BR"/>
        </w:rPr>
      </w:pPr>
      <w:r w:rsidRPr="001179E8">
        <w:rPr>
          <w:lang w:val="pt-BR"/>
        </w:rPr>
        <w:t>Ele se inclinou para beijá-la. Linda recuou instintivamente, puxando a mão. "Príncipe Oberon, eu agradeço seus... sentimentos. Mas meu lugar é com meu parceiro e minha missão."</w:t>
      </w:r>
    </w:p>
    <w:p w14:paraId="0B21250F" w14:textId="77777777" w:rsidR="002355BD" w:rsidRPr="001179E8" w:rsidRDefault="00000000">
      <w:pPr>
        <w:rPr>
          <w:lang w:val="pt-BR"/>
        </w:rPr>
      </w:pPr>
      <w:r w:rsidRPr="001179E8">
        <w:rPr>
          <w:lang w:val="pt-BR"/>
        </w:rPr>
        <w:br/>
      </w:r>
    </w:p>
    <w:p w14:paraId="11976653" w14:textId="77777777" w:rsidR="002355BD" w:rsidRPr="001179E8" w:rsidRDefault="00000000">
      <w:pPr>
        <w:rPr>
          <w:lang w:val="pt-BR"/>
        </w:rPr>
      </w:pPr>
      <w:r w:rsidRPr="001179E8">
        <w:rPr>
          <w:lang w:val="pt-BR"/>
        </w:rPr>
        <w:t>Oberon pareceu surpreso com a rejeição. Sua expressão arrogante vacilou por um momento.</w:t>
      </w:r>
    </w:p>
    <w:p w14:paraId="783D48A1" w14:textId="77777777" w:rsidR="002355BD" w:rsidRPr="001179E8" w:rsidRDefault="00000000">
      <w:pPr>
        <w:rPr>
          <w:lang w:val="pt-BR"/>
        </w:rPr>
      </w:pPr>
      <w:r w:rsidRPr="001179E8">
        <w:rPr>
          <w:lang w:val="pt-BR"/>
        </w:rPr>
        <w:br/>
      </w:r>
    </w:p>
    <w:p w14:paraId="62183775" w14:textId="77777777" w:rsidR="002355BD" w:rsidRPr="001179E8" w:rsidRDefault="00000000">
      <w:pPr>
        <w:rPr>
          <w:lang w:val="pt-BR"/>
        </w:rPr>
      </w:pPr>
      <w:r w:rsidRPr="001179E8">
        <w:rPr>
          <w:lang w:val="pt-BR"/>
        </w:rPr>
        <w:t>Foi então que Art interveio, dando um passo à frente, colocando-se entre Linda e o príncipe. "Ela disse não," disse Art, sua voz baixa e tensa. "Deixe-a em paz."</w:t>
      </w:r>
    </w:p>
    <w:p w14:paraId="56145DCB" w14:textId="77777777" w:rsidR="002355BD" w:rsidRPr="001179E8" w:rsidRDefault="00000000">
      <w:pPr>
        <w:rPr>
          <w:lang w:val="pt-BR"/>
        </w:rPr>
      </w:pPr>
      <w:r w:rsidRPr="001179E8">
        <w:rPr>
          <w:lang w:val="pt-BR"/>
        </w:rPr>
        <w:br/>
      </w:r>
    </w:p>
    <w:p w14:paraId="665F09DD" w14:textId="77777777" w:rsidR="002355BD" w:rsidRPr="001179E8" w:rsidRDefault="00000000">
      <w:pPr>
        <w:rPr>
          <w:lang w:val="pt-BR"/>
        </w:rPr>
      </w:pPr>
      <w:r w:rsidRPr="001179E8">
        <w:rPr>
          <w:lang w:val="pt-BR"/>
        </w:rPr>
        <w:t>Oberon riu, recuperando a compostura. "Protegendo seu território, meio-humano? Que comovente. Mas você não pode oferecer a ela o que eu posso. Você não pertence a este mundo."</w:t>
      </w:r>
    </w:p>
    <w:p w14:paraId="670A4A4F" w14:textId="77777777" w:rsidR="002355BD" w:rsidRPr="001179E8" w:rsidRDefault="00000000">
      <w:pPr>
        <w:rPr>
          <w:lang w:val="pt-BR"/>
        </w:rPr>
      </w:pPr>
      <w:r w:rsidRPr="001179E8">
        <w:rPr>
          <w:lang w:val="pt-BR"/>
        </w:rPr>
        <w:lastRenderedPageBreak/>
        <w:br/>
      </w:r>
    </w:p>
    <w:p w14:paraId="10D1AF8A" w14:textId="77777777" w:rsidR="002355BD" w:rsidRPr="001179E8" w:rsidRDefault="00000000">
      <w:pPr>
        <w:rPr>
          <w:lang w:val="pt-BR"/>
        </w:rPr>
      </w:pPr>
      <w:r w:rsidRPr="001179E8">
        <w:rPr>
          <w:lang w:val="pt-BR"/>
        </w:rPr>
        <w:t>"Talvez não," retrucou Art, surpreendendo a si mesmo com sua ousadia. "Mas eu respeito a escolha dela. Algo que você parece incapaz de fazer."</w:t>
      </w:r>
    </w:p>
    <w:p w14:paraId="5747F7C1" w14:textId="77777777" w:rsidR="002355BD" w:rsidRPr="001179E8" w:rsidRDefault="00000000">
      <w:pPr>
        <w:rPr>
          <w:lang w:val="pt-BR"/>
        </w:rPr>
      </w:pPr>
      <w:r w:rsidRPr="001179E8">
        <w:rPr>
          <w:lang w:val="pt-BR"/>
        </w:rPr>
        <w:br/>
      </w:r>
    </w:p>
    <w:p w14:paraId="7EF890E9" w14:textId="77777777" w:rsidR="002355BD" w:rsidRPr="001179E8" w:rsidRDefault="00000000">
      <w:pPr>
        <w:rPr>
          <w:lang w:val="pt-BR"/>
        </w:rPr>
      </w:pPr>
      <w:r w:rsidRPr="001179E8">
        <w:rPr>
          <w:lang w:val="pt-BR"/>
        </w:rPr>
        <w:t>O confronto verbal esquentou, a tensão entre os dois homens tornando-se quase palpável. Linda observava, seus olhos arregalados de surpresa.</w:t>
      </w:r>
    </w:p>
    <w:p w14:paraId="20DC26C5" w14:textId="77777777" w:rsidR="002355BD" w:rsidRPr="001179E8" w:rsidRDefault="00000000">
      <w:pPr>
        <w:rPr>
          <w:lang w:val="pt-BR"/>
        </w:rPr>
      </w:pPr>
      <w:r w:rsidRPr="001179E8">
        <w:rPr>
          <w:lang w:val="pt-BR"/>
        </w:rPr>
        <w:br/>
      </w:r>
    </w:p>
    <w:p w14:paraId="38C80B3D" w14:textId="77777777" w:rsidR="002355BD" w:rsidRPr="001179E8" w:rsidRDefault="00000000">
      <w:pPr>
        <w:rPr>
          <w:lang w:val="pt-BR"/>
        </w:rPr>
      </w:pPr>
      <w:r w:rsidRPr="001179E8">
        <w:rPr>
          <w:lang w:val="pt-BR"/>
        </w:rPr>
        <w:t>"Art," disse ela finalmente, tocando seu braço. "Você está... com ciúmes?"</w:t>
      </w:r>
    </w:p>
    <w:p w14:paraId="6D63FB6C" w14:textId="77777777" w:rsidR="002355BD" w:rsidRPr="001179E8" w:rsidRDefault="00000000">
      <w:pPr>
        <w:rPr>
          <w:lang w:val="pt-BR"/>
        </w:rPr>
      </w:pPr>
      <w:r w:rsidRPr="001179E8">
        <w:rPr>
          <w:lang w:val="pt-BR"/>
        </w:rPr>
        <w:br/>
      </w:r>
    </w:p>
    <w:p w14:paraId="2FB15D64" w14:textId="77777777" w:rsidR="002355BD" w:rsidRPr="001179E8" w:rsidRDefault="00000000">
      <w:pPr>
        <w:rPr>
          <w:lang w:val="pt-BR"/>
        </w:rPr>
      </w:pPr>
      <w:r w:rsidRPr="001179E8">
        <w:rPr>
          <w:lang w:val="pt-BR"/>
        </w:rPr>
        <w:t>A pergunta o pegou desprevenido. Ciúmes? Era isso que estava sentindo? A irritação, a possessividade, a dor ao vê-la com Oberon... sim, era ciúme. A percepção o deixou confuso, vulnerável.</w:t>
      </w:r>
    </w:p>
    <w:p w14:paraId="4258823F" w14:textId="77777777" w:rsidR="002355BD" w:rsidRPr="001179E8" w:rsidRDefault="00000000">
      <w:pPr>
        <w:rPr>
          <w:lang w:val="pt-BR"/>
        </w:rPr>
      </w:pPr>
      <w:r w:rsidRPr="001179E8">
        <w:rPr>
          <w:lang w:val="pt-BR"/>
        </w:rPr>
        <w:br/>
      </w:r>
    </w:p>
    <w:p w14:paraId="58897836" w14:textId="77777777" w:rsidR="002355BD" w:rsidRPr="001179E8" w:rsidRDefault="00000000">
      <w:pPr>
        <w:rPr>
          <w:lang w:val="pt-BR"/>
        </w:rPr>
      </w:pPr>
      <w:r w:rsidRPr="001179E8">
        <w:rPr>
          <w:lang w:val="pt-BR"/>
        </w:rPr>
        <w:t>"Eu só..." gaguejou ele, lutando para encontrar as palavras. "Eu me preocupo com você. Não gosto do jeito que ele te olha, como se você fosse um prêmio a ser conquistado."</w:t>
      </w:r>
    </w:p>
    <w:p w14:paraId="2CD59AD7" w14:textId="77777777" w:rsidR="002355BD" w:rsidRPr="001179E8" w:rsidRDefault="00000000">
      <w:pPr>
        <w:rPr>
          <w:lang w:val="pt-BR"/>
        </w:rPr>
      </w:pPr>
      <w:r w:rsidRPr="001179E8">
        <w:rPr>
          <w:lang w:val="pt-BR"/>
        </w:rPr>
        <w:br/>
      </w:r>
    </w:p>
    <w:p w14:paraId="19A2012D" w14:textId="77777777" w:rsidR="002355BD" w:rsidRPr="001179E8" w:rsidRDefault="00000000">
      <w:pPr>
        <w:rPr>
          <w:lang w:val="pt-BR"/>
        </w:rPr>
      </w:pPr>
      <w:r w:rsidRPr="001179E8">
        <w:rPr>
          <w:lang w:val="pt-BR"/>
        </w:rPr>
        <w:t>Um sorriso lento se espalhou pelo rosto de Linda, um sorriso de compreensão e talvez algo mais. Oberon, percebendo que havia perdido não apenas a disputa, mas também a atenção de Linda, bufou de frustração.</w:t>
      </w:r>
    </w:p>
    <w:p w14:paraId="7713D15E" w14:textId="77777777" w:rsidR="002355BD" w:rsidRPr="001179E8" w:rsidRDefault="00000000">
      <w:pPr>
        <w:rPr>
          <w:lang w:val="pt-BR"/>
        </w:rPr>
      </w:pPr>
      <w:r w:rsidRPr="001179E8">
        <w:rPr>
          <w:lang w:val="pt-BR"/>
        </w:rPr>
        <w:br/>
      </w:r>
    </w:p>
    <w:p w14:paraId="4E5401ED" w14:textId="77777777" w:rsidR="002355BD" w:rsidRPr="001179E8" w:rsidRDefault="00000000">
      <w:pPr>
        <w:rPr>
          <w:lang w:val="pt-BR"/>
        </w:rPr>
      </w:pPr>
      <w:r w:rsidRPr="001179E8">
        <w:rPr>
          <w:lang w:val="pt-BR"/>
        </w:rPr>
        <w:t>Nesse momento, a Rainha Titânia apareceu na clareira, sua presença silenciando instantaneamente a tensão. Ela observou os três com seus olhos sábios.</w:t>
      </w:r>
    </w:p>
    <w:p w14:paraId="07DAC7D4" w14:textId="77777777" w:rsidR="002355BD" w:rsidRPr="001179E8" w:rsidRDefault="00000000">
      <w:pPr>
        <w:rPr>
          <w:lang w:val="pt-BR"/>
        </w:rPr>
      </w:pPr>
      <w:r w:rsidRPr="001179E8">
        <w:rPr>
          <w:lang w:val="pt-BR"/>
        </w:rPr>
        <w:br/>
      </w:r>
    </w:p>
    <w:p w14:paraId="6F30C49D" w14:textId="77777777" w:rsidR="002355BD" w:rsidRPr="001179E8" w:rsidRDefault="00000000">
      <w:pPr>
        <w:rPr>
          <w:lang w:val="pt-BR"/>
        </w:rPr>
      </w:pPr>
      <w:r w:rsidRPr="001179E8">
        <w:rPr>
          <w:lang w:val="pt-BR"/>
        </w:rPr>
        <w:t>"Parece que o labirinto cumpriu seu propósito," disse ela calmamente. "Revelou não apenas medos, mas também a força dos laços e a sinceridade dos corações."</w:t>
      </w:r>
    </w:p>
    <w:p w14:paraId="3CF3A882" w14:textId="77777777" w:rsidR="002355BD" w:rsidRPr="001179E8" w:rsidRDefault="00000000">
      <w:pPr>
        <w:rPr>
          <w:lang w:val="pt-BR"/>
        </w:rPr>
      </w:pPr>
      <w:r w:rsidRPr="001179E8">
        <w:rPr>
          <w:lang w:val="pt-BR"/>
        </w:rPr>
        <w:lastRenderedPageBreak/>
        <w:br/>
      </w:r>
    </w:p>
    <w:p w14:paraId="6A94453C" w14:textId="77777777" w:rsidR="002355BD" w:rsidRPr="001179E8" w:rsidRDefault="00000000">
      <w:pPr>
        <w:rPr>
          <w:lang w:val="pt-BR"/>
        </w:rPr>
      </w:pPr>
      <w:r w:rsidRPr="001179E8">
        <w:rPr>
          <w:lang w:val="pt-BR"/>
        </w:rPr>
        <w:t>Ela se voltou para Art. "Sua defesa de sua parceira, sua honestidade sobre seus sentimentos, mesmo que confusos... isso demonstra um caráter que valorizamos. O Reino das Fadas se juntará à sua aliança."</w:t>
      </w:r>
    </w:p>
    <w:p w14:paraId="55310FF9" w14:textId="77777777" w:rsidR="002355BD" w:rsidRPr="001179E8" w:rsidRDefault="00000000">
      <w:pPr>
        <w:rPr>
          <w:lang w:val="pt-BR"/>
        </w:rPr>
      </w:pPr>
      <w:r w:rsidRPr="001179E8">
        <w:rPr>
          <w:lang w:val="pt-BR"/>
        </w:rPr>
        <w:br/>
      </w:r>
    </w:p>
    <w:p w14:paraId="563EA2FD" w14:textId="77777777" w:rsidR="002355BD" w:rsidRPr="001179E8" w:rsidRDefault="00000000">
      <w:pPr>
        <w:rPr>
          <w:lang w:val="pt-BR"/>
        </w:rPr>
      </w:pPr>
      <w:r w:rsidRPr="001179E8">
        <w:rPr>
          <w:lang w:val="pt-BR"/>
        </w:rPr>
        <w:t>Art e Linda trocaram olhares de alívio e surpresa. Oberon fez uma careta, mas aceitou a decisão da Rainha com uma reverência relutante.</w:t>
      </w:r>
    </w:p>
    <w:p w14:paraId="3BFFB474" w14:textId="77777777" w:rsidR="002355BD" w:rsidRPr="001179E8" w:rsidRDefault="00000000">
      <w:pPr>
        <w:rPr>
          <w:lang w:val="pt-BR"/>
        </w:rPr>
      </w:pPr>
      <w:r w:rsidRPr="001179E8">
        <w:rPr>
          <w:lang w:val="pt-BR"/>
        </w:rPr>
        <w:br/>
      </w:r>
    </w:p>
    <w:p w14:paraId="5BBA993C" w14:textId="77777777" w:rsidR="002355BD" w:rsidRPr="001179E8" w:rsidRDefault="00000000">
      <w:pPr>
        <w:rPr>
          <w:lang w:val="pt-BR"/>
        </w:rPr>
      </w:pPr>
      <w:r w:rsidRPr="001179E8">
        <w:rPr>
          <w:lang w:val="pt-BR"/>
        </w:rPr>
        <w:t>---</w:t>
      </w:r>
    </w:p>
    <w:p w14:paraId="20957D7F" w14:textId="77777777" w:rsidR="002355BD" w:rsidRPr="001179E8" w:rsidRDefault="00000000">
      <w:pPr>
        <w:rPr>
          <w:lang w:val="pt-BR"/>
        </w:rPr>
      </w:pPr>
      <w:r w:rsidRPr="001179E8">
        <w:rPr>
          <w:lang w:val="pt-BR"/>
        </w:rPr>
        <w:br/>
      </w:r>
    </w:p>
    <w:p w14:paraId="21FC3DCA" w14:textId="77777777" w:rsidR="002355BD" w:rsidRPr="001179E8" w:rsidRDefault="00000000">
      <w:pPr>
        <w:rPr>
          <w:lang w:val="pt-BR"/>
        </w:rPr>
      </w:pPr>
      <w:r w:rsidRPr="001179E8">
        <w:rPr>
          <w:lang w:val="pt-BR"/>
        </w:rPr>
        <w:t>A cerimônia de assinatura do tratado feérico foi um evento mágico, realizado sob a luz da lua cheia, com música tocada por ninfas e bênçãos sussurradas pelo vento. Oberon manteve uma distância respeitosa, embora seus olhares para Art ainda fossem hostis.</w:t>
      </w:r>
    </w:p>
    <w:p w14:paraId="64DB4140" w14:textId="77777777" w:rsidR="002355BD" w:rsidRPr="001179E8" w:rsidRDefault="00000000">
      <w:pPr>
        <w:rPr>
          <w:lang w:val="pt-BR"/>
        </w:rPr>
      </w:pPr>
      <w:r w:rsidRPr="001179E8">
        <w:rPr>
          <w:lang w:val="pt-BR"/>
        </w:rPr>
        <w:br/>
      </w:r>
    </w:p>
    <w:p w14:paraId="4A633068" w14:textId="77777777" w:rsidR="002355BD" w:rsidRPr="001179E8" w:rsidRDefault="00000000">
      <w:pPr>
        <w:rPr>
          <w:lang w:val="pt-BR"/>
        </w:rPr>
      </w:pPr>
      <w:r w:rsidRPr="001179E8">
        <w:rPr>
          <w:lang w:val="pt-BR"/>
        </w:rPr>
        <w:t>Mais tarde, enquanto se preparavam para deixar o Reino Feérico, Art encontrou Linda sozinha em um jardim iluminado por flores luminescentes.</w:t>
      </w:r>
    </w:p>
    <w:p w14:paraId="5A44DECB" w14:textId="77777777" w:rsidR="002355BD" w:rsidRPr="001179E8" w:rsidRDefault="00000000">
      <w:pPr>
        <w:rPr>
          <w:lang w:val="pt-BR"/>
        </w:rPr>
      </w:pPr>
      <w:r w:rsidRPr="001179E8">
        <w:rPr>
          <w:lang w:val="pt-BR"/>
        </w:rPr>
        <w:br/>
      </w:r>
    </w:p>
    <w:p w14:paraId="1F2409DC" w14:textId="77777777" w:rsidR="002355BD" w:rsidRPr="001179E8" w:rsidRDefault="00000000">
      <w:pPr>
        <w:rPr>
          <w:lang w:val="pt-BR"/>
        </w:rPr>
      </w:pPr>
      <w:r w:rsidRPr="001179E8">
        <w:rPr>
          <w:lang w:val="pt-BR"/>
        </w:rPr>
        <w:t>"Linda," começou ele, sentindo o coração bater forte no peito. "Sobre o que aconteceu no labirinto... sobre o que eu disse..."</w:t>
      </w:r>
    </w:p>
    <w:p w14:paraId="449AF6EB" w14:textId="77777777" w:rsidR="002355BD" w:rsidRPr="001179E8" w:rsidRDefault="00000000">
      <w:pPr>
        <w:rPr>
          <w:lang w:val="pt-BR"/>
        </w:rPr>
      </w:pPr>
      <w:r w:rsidRPr="001179E8">
        <w:rPr>
          <w:lang w:val="pt-BR"/>
        </w:rPr>
        <w:br/>
      </w:r>
    </w:p>
    <w:p w14:paraId="07FF5F7B" w14:textId="77777777" w:rsidR="002355BD" w:rsidRPr="001179E8" w:rsidRDefault="00000000">
      <w:pPr>
        <w:rPr>
          <w:lang w:val="pt-BR"/>
        </w:rPr>
      </w:pPr>
      <w:r w:rsidRPr="001179E8">
        <w:rPr>
          <w:lang w:val="pt-BR"/>
        </w:rPr>
        <w:t>"Eu sei," interrompeu ela suavemente, aproximando-se dele. "E eu também sinto... algo."</w:t>
      </w:r>
    </w:p>
    <w:p w14:paraId="6AFE9772" w14:textId="77777777" w:rsidR="002355BD" w:rsidRPr="001179E8" w:rsidRDefault="00000000">
      <w:pPr>
        <w:rPr>
          <w:lang w:val="pt-BR"/>
        </w:rPr>
      </w:pPr>
      <w:r w:rsidRPr="001179E8">
        <w:rPr>
          <w:lang w:val="pt-BR"/>
        </w:rPr>
        <w:br/>
      </w:r>
    </w:p>
    <w:p w14:paraId="4404DF3C" w14:textId="77777777" w:rsidR="002355BD" w:rsidRPr="001179E8" w:rsidRDefault="00000000">
      <w:pPr>
        <w:rPr>
          <w:lang w:val="pt-BR"/>
        </w:rPr>
      </w:pPr>
      <w:r w:rsidRPr="001179E8">
        <w:rPr>
          <w:lang w:val="pt-BR"/>
        </w:rPr>
        <w:t>Art olhou nos olhos dela, vendo um reflexo de sua própria confusão e esperança. Ele precisava dizer, precisava tentar articular o turbilhão dentro dele.</w:t>
      </w:r>
    </w:p>
    <w:p w14:paraId="09F4CD27" w14:textId="77777777" w:rsidR="002355BD" w:rsidRPr="001179E8" w:rsidRDefault="00000000">
      <w:pPr>
        <w:rPr>
          <w:lang w:val="pt-BR"/>
        </w:rPr>
      </w:pPr>
      <w:r w:rsidRPr="001179E8">
        <w:rPr>
          <w:lang w:val="pt-BR"/>
        </w:rPr>
        <w:lastRenderedPageBreak/>
        <w:br/>
      </w:r>
    </w:p>
    <w:p w14:paraId="0F6F082B" w14:textId="77777777" w:rsidR="002355BD" w:rsidRPr="001179E8" w:rsidRDefault="00000000">
      <w:pPr>
        <w:rPr>
          <w:lang w:val="pt-BR"/>
        </w:rPr>
      </w:pPr>
      <w:r w:rsidRPr="001179E8">
        <w:rPr>
          <w:lang w:val="pt-BR"/>
        </w:rPr>
        <w:t>"Linda, eu acho que estou..." começou ele, a voz embargada pela emoção.</w:t>
      </w:r>
    </w:p>
    <w:p w14:paraId="31991989" w14:textId="77777777" w:rsidR="002355BD" w:rsidRPr="001179E8" w:rsidRDefault="00000000">
      <w:pPr>
        <w:rPr>
          <w:lang w:val="pt-BR"/>
        </w:rPr>
      </w:pPr>
      <w:r w:rsidRPr="001179E8">
        <w:rPr>
          <w:lang w:val="pt-BR"/>
        </w:rPr>
        <w:br/>
      </w:r>
    </w:p>
    <w:p w14:paraId="59757449" w14:textId="77777777" w:rsidR="002355BD" w:rsidRPr="001179E8" w:rsidRDefault="00000000">
      <w:pPr>
        <w:rPr>
          <w:lang w:val="pt-BR"/>
        </w:rPr>
      </w:pPr>
      <w:r w:rsidRPr="001179E8">
        <w:rPr>
          <w:i/>
          <w:lang w:val="pt-BR"/>
        </w:rPr>
        <w:t>BEEP BEEP BEEP</w:t>
      </w:r>
    </w:p>
    <w:p w14:paraId="09FAF45B" w14:textId="77777777" w:rsidR="002355BD" w:rsidRPr="001179E8" w:rsidRDefault="00000000">
      <w:pPr>
        <w:rPr>
          <w:lang w:val="pt-BR"/>
        </w:rPr>
      </w:pPr>
      <w:r w:rsidRPr="001179E8">
        <w:rPr>
          <w:lang w:val="pt-BR"/>
        </w:rPr>
        <w:br/>
      </w:r>
    </w:p>
    <w:p w14:paraId="7B7D06BF" w14:textId="77777777" w:rsidR="002355BD" w:rsidRPr="001179E8" w:rsidRDefault="00000000">
      <w:pPr>
        <w:rPr>
          <w:lang w:val="pt-BR"/>
        </w:rPr>
      </w:pPr>
      <w:r w:rsidRPr="001179E8">
        <w:rPr>
          <w:lang w:val="pt-BR"/>
        </w:rPr>
        <w:t>O som estridente veio do comunicador quântico no pulso de Art. Uma luz vermelha piscava urgentemente.</w:t>
      </w:r>
    </w:p>
    <w:p w14:paraId="0678B65D" w14:textId="77777777" w:rsidR="002355BD" w:rsidRPr="001179E8" w:rsidRDefault="00000000">
      <w:pPr>
        <w:rPr>
          <w:lang w:val="pt-BR"/>
        </w:rPr>
      </w:pPr>
      <w:r w:rsidRPr="001179E8">
        <w:rPr>
          <w:lang w:val="pt-BR"/>
        </w:rPr>
        <w:br/>
      </w:r>
    </w:p>
    <w:p w14:paraId="5FF8D3B1" w14:textId="77777777" w:rsidR="002355BD" w:rsidRPr="001179E8" w:rsidRDefault="00000000">
      <w:pPr>
        <w:rPr>
          <w:lang w:val="pt-BR"/>
        </w:rPr>
      </w:pPr>
      <w:r w:rsidRPr="001179E8">
        <w:rPr>
          <w:lang w:val="pt-BR"/>
        </w:rPr>
        <w:t>"O que é isso?" perguntou Linda, o momento íntimo quebrado.</w:t>
      </w:r>
    </w:p>
    <w:p w14:paraId="67DE1932" w14:textId="77777777" w:rsidR="002355BD" w:rsidRPr="001179E8" w:rsidRDefault="00000000">
      <w:pPr>
        <w:rPr>
          <w:lang w:val="pt-BR"/>
        </w:rPr>
      </w:pPr>
      <w:r w:rsidRPr="001179E8">
        <w:rPr>
          <w:lang w:val="pt-BR"/>
        </w:rPr>
        <w:br/>
      </w:r>
    </w:p>
    <w:p w14:paraId="4E798295" w14:textId="77777777" w:rsidR="002355BD" w:rsidRPr="001179E8" w:rsidRDefault="00000000">
      <w:pPr>
        <w:rPr>
          <w:lang w:val="pt-BR"/>
        </w:rPr>
      </w:pPr>
      <w:r w:rsidRPr="001179E8">
        <w:rPr>
          <w:lang w:val="pt-BR"/>
        </w:rPr>
        <w:t>Art ativou o comunicador. A voz do General Vance soou, tensa e urgente. "Blue, Linda, relatório de situação. Detectamos atividade sísmica incomum e leituras de energia estranhas perto da localização estimada do Reino dos Gigantes. Suspeitamos de problemas. Prossigam com extrema cautela."</w:t>
      </w:r>
    </w:p>
    <w:p w14:paraId="26936BCB" w14:textId="77777777" w:rsidR="002355BD" w:rsidRPr="001179E8" w:rsidRDefault="00000000">
      <w:pPr>
        <w:rPr>
          <w:lang w:val="pt-BR"/>
        </w:rPr>
      </w:pPr>
      <w:r w:rsidRPr="001179E8">
        <w:rPr>
          <w:lang w:val="pt-BR"/>
        </w:rPr>
        <w:br/>
      </w:r>
    </w:p>
    <w:p w14:paraId="009B002D" w14:textId="77777777" w:rsidR="002355BD" w:rsidRPr="001179E8" w:rsidRDefault="00000000">
      <w:pPr>
        <w:rPr>
          <w:lang w:val="pt-BR"/>
        </w:rPr>
      </w:pPr>
      <w:r w:rsidRPr="001179E8">
        <w:rPr>
          <w:lang w:val="pt-BR"/>
        </w:rPr>
        <w:t>A mensagem terminou, deixando um silêncio pesado no jardim encantado. A quase-confissão de Art pairava no ar, não dita, substituída pela urgência da missão.</w:t>
      </w:r>
    </w:p>
    <w:p w14:paraId="55625F04" w14:textId="77777777" w:rsidR="002355BD" w:rsidRPr="001179E8" w:rsidRDefault="00000000">
      <w:pPr>
        <w:rPr>
          <w:lang w:val="pt-BR"/>
        </w:rPr>
      </w:pPr>
      <w:r w:rsidRPr="001179E8">
        <w:rPr>
          <w:lang w:val="pt-BR"/>
        </w:rPr>
        <w:br/>
      </w:r>
    </w:p>
    <w:p w14:paraId="39E3FDC9" w14:textId="77777777" w:rsidR="002355BD" w:rsidRPr="001179E8" w:rsidRDefault="00000000">
      <w:pPr>
        <w:rPr>
          <w:lang w:val="pt-BR"/>
        </w:rPr>
      </w:pPr>
      <w:r w:rsidRPr="001179E8">
        <w:rPr>
          <w:lang w:val="pt-BR"/>
        </w:rPr>
        <w:t>"Problemas no Reino dos Gigantes," murmurou Linda, sua expressão tornando-se séria. "Precisamos ir. Agora."</w:t>
      </w:r>
    </w:p>
    <w:p w14:paraId="7A8BEB72" w14:textId="77777777" w:rsidR="002355BD" w:rsidRPr="001179E8" w:rsidRDefault="00000000">
      <w:pPr>
        <w:rPr>
          <w:lang w:val="pt-BR"/>
        </w:rPr>
      </w:pPr>
      <w:r w:rsidRPr="001179E8">
        <w:rPr>
          <w:lang w:val="pt-BR"/>
        </w:rPr>
        <w:br/>
      </w:r>
    </w:p>
    <w:p w14:paraId="64D4760A" w14:textId="77777777" w:rsidR="002355BD" w:rsidRPr="001179E8" w:rsidRDefault="00000000">
      <w:pPr>
        <w:rPr>
          <w:lang w:val="pt-BR"/>
        </w:rPr>
      </w:pPr>
      <w:r w:rsidRPr="001179E8">
        <w:rPr>
          <w:lang w:val="pt-BR"/>
        </w:rPr>
        <w:t>Art assentiu, guardando seus sentimentos confusos para si mais uma vez. A missão vinha em primeiro lugar. "Vamos."</w:t>
      </w:r>
    </w:p>
    <w:p w14:paraId="45C140C3" w14:textId="77777777" w:rsidR="002355BD" w:rsidRPr="001179E8" w:rsidRDefault="00000000">
      <w:pPr>
        <w:rPr>
          <w:lang w:val="pt-BR"/>
        </w:rPr>
      </w:pPr>
      <w:r w:rsidRPr="001179E8">
        <w:rPr>
          <w:lang w:val="pt-BR"/>
        </w:rPr>
        <w:br/>
      </w:r>
    </w:p>
    <w:p w14:paraId="21DE5E98" w14:textId="77777777" w:rsidR="002355BD" w:rsidRPr="001179E8" w:rsidRDefault="00000000">
      <w:pPr>
        <w:rPr>
          <w:lang w:val="pt-BR"/>
        </w:rPr>
      </w:pPr>
      <w:r w:rsidRPr="001179E8">
        <w:rPr>
          <w:lang w:val="pt-BR"/>
        </w:rPr>
        <w:lastRenderedPageBreak/>
        <w:t>Enquanto deixavam o Reino das Fadas para trás, Art não pôde deixar de sentir uma pontada de frustração. Estivera tão perto de dizer o que sentia, de talvez entender o que Linda sentia. Mas o destino, ou talvez apenas o dever, interveio.</w:t>
      </w:r>
    </w:p>
    <w:p w14:paraId="6ADFBA51" w14:textId="77777777" w:rsidR="002355BD" w:rsidRPr="001179E8" w:rsidRDefault="00000000">
      <w:pPr>
        <w:rPr>
          <w:lang w:val="pt-BR"/>
        </w:rPr>
      </w:pPr>
      <w:r w:rsidRPr="001179E8">
        <w:rPr>
          <w:lang w:val="pt-BR"/>
        </w:rPr>
        <w:br/>
      </w:r>
    </w:p>
    <w:p w14:paraId="23FBB21C" w14:textId="77777777" w:rsidR="002355BD" w:rsidRPr="001179E8" w:rsidRDefault="00000000">
      <w:pPr>
        <w:rPr>
          <w:lang w:val="pt-BR"/>
        </w:rPr>
      </w:pPr>
      <w:r w:rsidRPr="001179E8">
        <w:rPr>
          <w:lang w:val="pt-BR"/>
        </w:rPr>
        <w:t>A jornada para o último reino seria perigosa, e a dinâmica entre ele e Linda, agora carregada de sentimentos não expressos e ciúmes recém-descobertos, tornava tudo ainda mais complicado.Após a despedida do Reino Marítimo, a aeronave da G.R.A.I.A. navegou por correntes dimensionais que cintilavam com cores nunca vistas em céus humanos ou submarinos. O destino agora era o mais elusivo e talvez o mais complexo dos cinco reinos: o Reino das Fadas.</w:t>
      </w:r>
    </w:p>
    <w:p w14:paraId="09EC993E" w14:textId="77777777" w:rsidR="002355BD" w:rsidRPr="001179E8" w:rsidRDefault="00000000">
      <w:pPr>
        <w:rPr>
          <w:lang w:val="pt-BR"/>
        </w:rPr>
      </w:pPr>
      <w:r w:rsidRPr="001179E8">
        <w:rPr>
          <w:lang w:val="pt-BR"/>
        </w:rPr>
        <w:br/>
      </w:r>
    </w:p>
    <w:p w14:paraId="54BF946C" w14:textId="77777777" w:rsidR="002355BD" w:rsidRPr="001179E8" w:rsidRDefault="00000000">
      <w:pPr>
        <w:rPr>
          <w:lang w:val="pt-BR"/>
        </w:rPr>
      </w:pPr>
      <w:r w:rsidRPr="001179E8">
        <w:rPr>
          <w:lang w:val="pt-BR"/>
        </w:rPr>
        <w:t>"Os portais para o Reino Feérico não são fixos como os outros," explicou Linda, consultando um antigo mapa estelar que sua mãe lhe dera, agora digitalizado no tablet da G.R.A.I.A. "Eles se movem com as estações, com as fases da lua... às vezes, apenas com o humor da própria floresta."</w:t>
      </w:r>
    </w:p>
    <w:p w14:paraId="54ADD637" w14:textId="77777777" w:rsidR="002355BD" w:rsidRPr="001179E8" w:rsidRDefault="00000000">
      <w:pPr>
        <w:rPr>
          <w:lang w:val="pt-BR"/>
        </w:rPr>
      </w:pPr>
      <w:r w:rsidRPr="001179E8">
        <w:rPr>
          <w:lang w:val="pt-BR"/>
        </w:rPr>
        <w:br/>
      </w:r>
    </w:p>
    <w:p w14:paraId="2BFFD3CC" w14:textId="77777777" w:rsidR="002355BD" w:rsidRPr="001179E8" w:rsidRDefault="00000000">
      <w:pPr>
        <w:rPr>
          <w:lang w:val="pt-BR"/>
        </w:rPr>
      </w:pPr>
      <w:r w:rsidRPr="001179E8">
        <w:rPr>
          <w:lang w:val="pt-BR"/>
        </w:rPr>
        <w:t>Art a observava, ainda processando o beijo na bochecha e a intensidade crescente de seus próprios sentimentos. "Como vamos encontrar um, então?"</w:t>
      </w:r>
    </w:p>
    <w:p w14:paraId="106D0E75" w14:textId="77777777" w:rsidR="002355BD" w:rsidRPr="001179E8" w:rsidRDefault="00000000">
      <w:pPr>
        <w:rPr>
          <w:lang w:val="pt-BR"/>
        </w:rPr>
      </w:pPr>
      <w:r w:rsidRPr="001179E8">
        <w:rPr>
          <w:lang w:val="pt-BR"/>
        </w:rPr>
        <w:br/>
      </w:r>
    </w:p>
    <w:p w14:paraId="42D04DB5" w14:textId="77777777" w:rsidR="002355BD" w:rsidRPr="001179E8" w:rsidRDefault="00000000">
      <w:pPr>
        <w:rPr>
          <w:lang w:val="pt-BR"/>
        </w:rPr>
      </w:pPr>
      <w:r w:rsidRPr="001179E8">
        <w:rPr>
          <w:lang w:val="pt-BR"/>
        </w:rPr>
        <w:t>"Sentindo," respondeu Linda simplesmente, fechando os olhos por um momento. Art viu uma leve aura esverdeada e violeta pulsar ao redor dela. "Há uma antiga floresta na Escandinávia... sinto uma ressonância lá. Um portal deve estar ativo."</w:t>
      </w:r>
    </w:p>
    <w:p w14:paraId="4C42033A" w14:textId="77777777" w:rsidR="002355BD" w:rsidRPr="001179E8" w:rsidRDefault="00000000">
      <w:pPr>
        <w:rPr>
          <w:lang w:val="pt-BR"/>
        </w:rPr>
      </w:pPr>
      <w:r w:rsidRPr="001179E8">
        <w:rPr>
          <w:lang w:val="pt-BR"/>
        </w:rPr>
        <w:br/>
      </w:r>
    </w:p>
    <w:p w14:paraId="1B82A62F" w14:textId="77777777" w:rsidR="002355BD" w:rsidRPr="001179E8" w:rsidRDefault="00000000">
      <w:pPr>
        <w:rPr>
          <w:lang w:val="pt-BR"/>
        </w:rPr>
      </w:pPr>
      <w:r w:rsidRPr="001179E8">
        <w:rPr>
          <w:lang w:val="pt-BR"/>
        </w:rPr>
        <w:t>Confiando em sua intuição, o piloto ajustou o curso. Logo, a aeronave sobrevoava uma vasta extensão de floresta primordial, intocada pela civilização humana. Linda guiou o piloto até uma clareira específica, onde árvores antigas formavam um círculo natural.</w:t>
      </w:r>
    </w:p>
    <w:p w14:paraId="7E2E11F1" w14:textId="77777777" w:rsidR="002355BD" w:rsidRPr="001179E8" w:rsidRDefault="00000000">
      <w:pPr>
        <w:rPr>
          <w:lang w:val="pt-BR"/>
        </w:rPr>
      </w:pPr>
      <w:r w:rsidRPr="001179E8">
        <w:rPr>
          <w:lang w:val="pt-BR"/>
        </w:rPr>
        <w:br/>
      </w:r>
    </w:p>
    <w:p w14:paraId="48734595" w14:textId="77777777" w:rsidR="002355BD" w:rsidRPr="001179E8" w:rsidRDefault="00000000">
      <w:pPr>
        <w:rPr>
          <w:lang w:val="pt-BR"/>
        </w:rPr>
      </w:pPr>
      <w:r w:rsidRPr="001179E8">
        <w:rPr>
          <w:lang w:val="pt-BR"/>
        </w:rPr>
        <w:t>"Ali," apontou ela. "No centro do círculo. Preparem-se."</w:t>
      </w:r>
    </w:p>
    <w:p w14:paraId="094148DD" w14:textId="77777777" w:rsidR="002355BD" w:rsidRPr="001179E8" w:rsidRDefault="00000000">
      <w:pPr>
        <w:rPr>
          <w:lang w:val="pt-BR"/>
        </w:rPr>
      </w:pPr>
      <w:r w:rsidRPr="001179E8">
        <w:rPr>
          <w:lang w:val="pt-BR"/>
        </w:rPr>
        <w:lastRenderedPageBreak/>
        <w:br/>
      </w:r>
    </w:p>
    <w:p w14:paraId="2894F0B2" w14:textId="77777777" w:rsidR="002355BD" w:rsidRPr="001179E8" w:rsidRDefault="00000000">
      <w:pPr>
        <w:rPr>
          <w:lang w:val="pt-BR"/>
        </w:rPr>
      </w:pPr>
      <w:r w:rsidRPr="001179E8">
        <w:rPr>
          <w:lang w:val="pt-BR"/>
        </w:rPr>
        <w:t>A aeronave desceu suavemente. Ao se aproximarem do centro da clareira, o ar começou a vibrar. Uma luz suave e iridescente emanava do chão, e o som da floresta pareceu mudar, tornando-se mais melódico, quase consciente.</w:t>
      </w:r>
    </w:p>
    <w:p w14:paraId="74E2AF28" w14:textId="77777777" w:rsidR="002355BD" w:rsidRPr="001179E8" w:rsidRDefault="00000000">
      <w:pPr>
        <w:rPr>
          <w:lang w:val="pt-BR"/>
        </w:rPr>
      </w:pPr>
      <w:r w:rsidRPr="001179E8">
        <w:rPr>
          <w:lang w:val="pt-BR"/>
        </w:rPr>
        <w:br/>
      </w:r>
    </w:p>
    <w:p w14:paraId="37669136" w14:textId="77777777" w:rsidR="002355BD" w:rsidRPr="001179E8" w:rsidRDefault="00000000">
      <w:pPr>
        <w:rPr>
          <w:lang w:val="pt-BR"/>
        </w:rPr>
      </w:pPr>
      <w:r w:rsidRPr="001179E8">
        <w:rPr>
          <w:lang w:val="pt-BR"/>
        </w:rPr>
        <w:t>"Atravessando," anunciou o piloto.</w:t>
      </w:r>
    </w:p>
    <w:p w14:paraId="74DD8BDF" w14:textId="77777777" w:rsidR="002355BD" w:rsidRPr="001179E8" w:rsidRDefault="00000000">
      <w:pPr>
        <w:rPr>
          <w:lang w:val="pt-BR"/>
        </w:rPr>
      </w:pPr>
      <w:r w:rsidRPr="001179E8">
        <w:rPr>
          <w:lang w:val="pt-BR"/>
        </w:rPr>
        <w:br/>
      </w:r>
    </w:p>
    <w:p w14:paraId="724BE03F" w14:textId="77777777" w:rsidR="002355BD" w:rsidRPr="001179E8" w:rsidRDefault="00000000">
      <w:pPr>
        <w:rPr>
          <w:lang w:val="pt-BR"/>
        </w:rPr>
      </w:pPr>
      <w:r w:rsidRPr="001179E8">
        <w:rPr>
          <w:lang w:val="pt-BR"/>
        </w:rPr>
        <w:t>Houve um flash de luz esmeralda, uma sensação de deslocamento temporal, e então, a aeronave pousou suavemente em um ambiente completamente diferente. A floresta ao redor era a mesma, mas ao mesmo tempo, vibrante de uma forma impossível. As árvores pareciam respirar, as flores brilhavam com luz própria, e o ar carregava o perfume de mil flores desconhecidas e o som de risadas distantes e cristalinas.</w:t>
      </w:r>
    </w:p>
    <w:p w14:paraId="63E6C300" w14:textId="77777777" w:rsidR="002355BD" w:rsidRPr="001179E8" w:rsidRDefault="00000000">
      <w:pPr>
        <w:rPr>
          <w:lang w:val="pt-BR"/>
        </w:rPr>
      </w:pPr>
      <w:r w:rsidRPr="001179E8">
        <w:rPr>
          <w:lang w:val="pt-BR"/>
        </w:rPr>
        <w:br/>
      </w:r>
    </w:p>
    <w:p w14:paraId="26D3C96B" w14:textId="77777777" w:rsidR="002355BD" w:rsidRPr="001179E8" w:rsidRDefault="00000000">
      <w:pPr>
        <w:rPr>
          <w:lang w:val="pt-BR"/>
        </w:rPr>
      </w:pPr>
      <w:r w:rsidRPr="001179E8">
        <w:rPr>
          <w:lang w:val="pt-BR"/>
        </w:rPr>
        <w:t>"Chegamos," sussurrou Linda, seus olhos brilhando com uma intensidade que Art nunca vira antes.</w:t>
      </w:r>
    </w:p>
    <w:p w14:paraId="25E2CF5C" w14:textId="77777777" w:rsidR="002355BD" w:rsidRPr="001179E8" w:rsidRDefault="00000000">
      <w:pPr>
        <w:rPr>
          <w:lang w:val="pt-BR"/>
        </w:rPr>
      </w:pPr>
      <w:r w:rsidRPr="001179E8">
        <w:rPr>
          <w:lang w:val="pt-BR"/>
        </w:rPr>
        <w:br/>
      </w:r>
    </w:p>
    <w:p w14:paraId="0939CCD3" w14:textId="77777777" w:rsidR="002355BD" w:rsidRPr="001179E8" w:rsidRDefault="00000000">
      <w:pPr>
        <w:rPr>
          <w:lang w:val="pt-BR"/>
        </w:rPr>
      </w:pPr>
      <w:r w:rsidRPr="001179E8">
        <w:rPr>
          <w:lang w:val="pt-BR"/>
        </w:rPr>
        <w:t>Quando desembarcaram, Art notou uma mudança visível em Linda. Sua pele parecia brilhar com uma luz interior suave, seus cabelos pareciam mais vibrantes, e a aura que ele sentira antes agora era quase palpável – uma energia verde e violeta que dançava ao redor dela como uma segunda pele. Ela parecia mais alta, mais etérea, inegavelmente conectada àquele lugar.</w:t>
      </w:r>
    </w:p>
    <w:p w14:paraId="09736A4F" w14:textId="77777777" w:rsidR="002355BD" w:rsidRPr="001179E8" w:rsidRDefault="00000000">
      <w:pPr>
        <w:rPr>
          <w:lang w:val="pt-BR"/>
        </w:rPr>
      </w:pPr>
      <w:r w:rsidRPr="001179E8">
        <w:rPr>
          <w:lang w:val="pt-BR"/>
        </w:rPr>
        <w:br/>
      </w:r>
    </w:p>
    <w:p w14:paraId="2BC22042" w14:textId="77777777" w:rsidR="002355BD" w:rsidRPr="001179E8" w:rsidRDefault="00000000">
      <w:pPr>
        <w:rPr>
          <w:lang w:val="pt-BR"/>
        </w:rPr>
      </w:pPr>
      <w:r w:rsidRPr="001179E8">
        <w:rPr>
          <w:lang w:val="pt-BR"/>
        </w:rPr>
        <w:t>"Uau," foi tudo que Art conseguiu dizer, olhando para ela. "Você... está diferente."</w:t>
      </w:r>
    </w:p>
    <w:p w14:paraId="515C495C" w14:textId="77777777" w:rsidR="002355BD" w:rsidRPr="001179E8" w:rsidRDefault="00000000">
      <w:pPr>
        <w:rPr>
          <w:lang w:val="pt-BR"/>
        </w:rPr>
      </w:pPr>
      <w:r w:rsidRPr="001179E8">
        <w:rPr>
          <w:lang w:val="pt-BR"/>
        </w:rPr>
        <w:br/>
      </w:r>
    </w:p>
    <w:p w14:paraId="5C772FE7" w14:textId="77777777" w:rsidR="002355BD" w:rsidRPr="001179E8" w:rsidRDefault="00000000">
      <w:pPr>
        <w:rPr>
          <w:lang w:val="pt-BR"/>
        </w:rPr>
      </w:pPr>
      <w:r w:rsidRPr="001179E8">
        <w:rPr>
          <w:lang w:val="pt-BR"/>
        </w:rPr>
        <w:t>Linda sorriu, um sorriso que parecia conter a sabedoria antiga da floresta. "Estou em casa," respondeu ela simplesmente. "Ou pelo menos, na casa da minha mãe."</w:t>
      </w:r>
    </w:p>
    <w:p w14:paraId="637596D2" w14:textId="77777777" w:rsidR="002355BD" w:rsidRPr="001179E8" w:rsidRDefault="00000000">
      <w:pPr>
        <w:rPr>
          <w:lang w:val="pt-BR"/>
        </w:rPr>
      </w:pPr>
      <w:r w:rsidRPr="001179E8">
        <w:rPr>
          <w:lang w:val="pt-BR"/>
        </w:rPr>
        <w:lastRenderedPageBreak/>
        <w:br/>
      </w:r>
    </w:p>
    <w:p w14:paraId="3127D154" w14:textId="77777777" w:rsidR="002355BD" w:rsidRPr="001179E8" w:rsidRDefault="00000000">
      <w:pPr>
        <w:rPr>
          <w:lang w:val="pt-BR"/>
        </w:rPr>
      </w:pPr>
      <w:r w:rsidRPr="001179E8">
        <w:rPr>
          <w:lang w:val="pt-BR"/>
        </w:rPr>
        <w:t>Uma delegação de fadas surgiu silenciosamente das árvores. Eram seres de beleza estonteante, com traços delicados, orelhas pontudas e asas translúcidas que cintilavam como vitrais ao sol filtrado pelas folhas. Vestiam roupas feitas de folhas tecidas, pétalas de flores e fios de luar.</w:t>
      </w:r>
    </w:p>
    <w:p w14:paraId="5F965197" w14:textId="77777777" w:rsidR="002355BD" w:rsidRPr="001179E8" w:rsidRDefault="00000000">
      <w:pPr>
        <w:rPr>
          <w:lang w:val="pt-BR"/>
        </w:rPr>
      </w:pPr>
      <w:r w:rsidRPr="001179E8">
        <w:rPr>
          <w:lang w:val="pt-BR"/>
        </w:rPr>
        <w:br/>
      </w:r>
    </w:p>
    <w:p w14:paraId="24C4F209" w14:textId="77777777" w:rsidR="002355BD" w:rsidRPr="001179E8" w:rsidRDefault="00000000">
      <w:pPr>
        <w:rPr>
          <w:lang w:val="pt-BR"/>
        </w:rPr>
      </w:pPr>
      <w:r w:rsidRPr="001179E8">
        <w:rPr>
          <w:lang w:val="pt-BR"/>
        </w:rPr>
        <w:t>"Bem-vindos, Emissários," disse a líder da delegação, uma fada com cabelos prateados e olhos como ametistas. "E bem-vinda de volta, Filha do Reino."</w:t>
      </w:r>
    </w:p>
    <w:p w14:paraId="3286177D" w14:textId="77777777" w:rsidR="002355BD" w:rsidRPr="001179E8" w:rsidRDefault="00000000">
      <w:pPr>
        <w:rPr>
          <w:lang w:val="pt-BR"/>
        </w:rPr>
      </w:pPr>
      <w:r w:rsidRPr="001179E8">
        <w:rPr>
          <w:lang w:val="pt-BR"/>
        </w:rPr>
        <w:br/>
      </w:r>
    </w:p>
    <w:p w14:paraId="5D3FF68B" w14:textId="77777777" w:rsidR="002355BD" w:rsidRPr="001179E8" w:rsidRDefault="00000000">
      <w:pPr>
        <w:rPr>
          <w:lang w:val="pt-BR"/>
        </w:rPr>
      </w:pPr>
      <w:r w:rsidRPr="001179E8">
        <w:rPr>
          <w:lang w:val="pt-BR"/>
        </w:rPr>
        <w:t>Linda inclinou a cabeça em um gesto de respeito que parecia completamente natural. "Saudações, Lyra. Trazemos notícias urgentes do mundo exterior."</w:t>
      </w:r>
    </w:p>
    <w:p w14:paraId="79E20E0E" w14:textId="77777777" w:rsidR="002355BD" w:rsidRPr="001179E8" w:rsidRDefault="00000000">
      <w:pPr>
        <w:rPr>
          <w:lang w:val="pt-BR"/>
        </w:rPr>
      </w:pPr>
      <w:r w:rsidRPr="001179E8">
        <w:rPr>
          <w:lang w:val="pt-BR"/>
        </w:rPr>
        <w:br/>
      </w:r>
    </w:p>
    <w:p w14:paraId="70422DF0" w14:textId="77777777" w:rsidR="002355BD" w:rsidRPr="001179E8" w:rsidRDefault="00000000">
      <w:pPr>
        <w:rPr>
          <w:lang w:val="pt-BR"/>
        </w:rPr>
      </w:pPr>
      <w:r w:rsidRPr="001179E8">
        <w:rPr>
          <w:lang w:val="pt-BR"/>
        </w:rPr>
        <w:t>Lyra assentiu. "A Rainha Titânia os aguarda no Palácio de Cristal e Flores. Sigam-nos."</w:t>
      </w:r>
    </w:p>
    <w:p w14:paraId="35E93DF5" w14:textId="77777777" w:rsidR="002355BD" w:rsidRPr="001179E8" w:rsidRDefault="00000000">
      <w:pPr>
        <w:rPr>
          <w:lang w:val="pt-BR"/>
        </w:rPr>
      </w:pPr>
      <w:r w:rsidRPr="001179E8">
        <w:rPr>
          <w:lang w:val="pt-BR"/>
        </w:rPr>
        <w:br/>
      </w:r>
    </w:p>
    <w:p w14:paraId="4FFABDE3" w14:textId="77777777" w:rsidR="002355BD" w:rsidRPr="001179E8" w:rsidRDefault="00000000">
      <w:pPr>
        <w:rPr>
          <w:lang w:val="pt-BR"/>
        </w:rPr>
      </w:pPr>
      <w:r w:rsidRPr="001179E8">
        <w:rPr>
          <w:lang w:val="pt-BR"/>
        </w:rPr>
        <w:t>O caminho até o palácio não foi feito por trilhas, mas por caminhos que pareciam se formar magicamente diante deles, serpenteando entre árvores gigantescas e riachos que cantavam. O palácio em si era uma estrutura deslumbrante, que parecia ter crescido organicamente da própria floresta – torres feitas de cristal de quartzo rosa, paredes cobertas de musgo luminoso, e pontes suspensas adornadas com flores que se abriam e fechavam em padrões rítmicos.</w:t>
      </w:r>
    </w:p>
    <w:p w14:paraId="61539E28" w14:textId="77777777" w:rsidR="002355BD" w:rsidRPr="001179E8" w:rsidRDefault="00000000">
      <w:pPr>
        <w:rPr>
          <w:lang w:val="pt-BR"/>
        </w:rPr>
      </w:pPr>
      <w:r w:rsidRPr="001179E8">
        <w:rPr>
          <w:lang w:val="pt-BR"/>
        </w:rPr>
        <w:br/>
      </w:r>
    </w:p>
    <w:p w14:paraId="5FE74590" w14:textId="77777777" w:rsidR="002355BD" w:rsidRPr="001179E8" w:rsidRDefault="00000000">
      <w:pPr>
        <w:rPr>
          <w:lang w:val="pt-BR"/>
        </w:rPr>
      </w:pPr>
      <w:r w:rsidRPr="001179E8">
        <w:rPr>
          <w:lang w:val="pt-BR"/>
        </w:rPr>
        <w:t>Foram conduzidos a um salão de audiências ao ar livre, um anfiteatro natural formado por raízes de árvores antigas, com um trono de âmbar no centro. Sentada no trono estava a Rainha Titânia, uma figura de beleza atemporal, com cabelos como ouro fiado e olhos que continham a profundidade de milênios.</w:t>
      </w:r>
    </w:p>
    <w:p w14:paraId="466487C5" w14:textId="77777777" w:rsidR="002355BD" w:rsidRPr="001179E8" w:rsidRDefault="00000000">
      <w:pPr>
        <w:rPr>
          <w:lang w:val="pt-BR"/>
        </w:rPr>
      </w:pPr>
      <w:r w:rsidRPr="001179E8">
        <w:rPr>
          <w:lang w:val="pt-BR"/>
        </w:rPr>
        <w:br/>
      </w:r>
    </w:p>
    <w:p w14:paraId="19B95DF8" w14:textId="77777777" w:rsidR="002355BD" w:rsidRPr="001179E8" w:rsidRDefault="00000000">
      <w:pPr>
        <w:rPr>
          <w:lang w:val="pt-BR"/>
        </w:rPr>
      </w:pPr>
      <w:r w:rsidRPr="001179E8">
        <w:rPr>
          <w:lang w:val="pt-BR"/>
        </w:rPr>
        <w:t xml:space="preserve">Ao lado do trono, estava um fada masculino de beleza igualmente impressionante, mas com um ar de arrogância presunçosa. Tinha cabelos negros como a noite, olhos azuis </w:t>
      </w:r>
      <w:r w:rsidRPr="001179E8">
        <w:rPr>
          <w:lang w:val="pt-BR"/>
        </w:rPr>
        <w:lastRenderedPageBreak/>
        <w:t>penetrantes e um sorriso que parecia um pouco ensaiado demais. Art imediatamente sentiu uma antipatia instintiva.</w:t>
      </w:r>
    </w:p>
    <w:p w14:paraId="7756BEEB" w14:textId="77777777" w:rsidR="002355BD" w:rsidRPr="001179E8" w:rsidRDefault="00000000">
      <w:pPr>
        <w:rPr>
          <w:lang w:val="pt-BR"/>
        </w:rPr>
      </w:pPr>
      <w:r w:rsidRPr="001179E8">
        <w:rPr>
          <w:lang w:val="pt-BR"/>
        </w:rPr>
        <w:br/>
      </w:r>
    </w:p>
    <w:p w14:paraId="55E736AE" w14:textId="77777777" w:rsidR="002355BD" w:rsidRPr="001179E8" w:rsidRDefault="00000000">
      <w:pPr>
        <w:rPr>
          <w:lang w:val="pt-BR"/>
        </w:rPr>
      </w:pPr>
      <w:r w:rsidRPr="001179E8">
        <w:rPr>
          <w:lang w:val="pt-BR"/>
        </w:rPr>
        <w:t>"Apresentamos Arthur Vance-LeFay e Linda Blomkvist, Emissários da G.R.A.I.A.," anunciou Lyra.</w:t>
      </w:r>
    </w:p>
    <w:p w14:paraId="22298E0D" w14:textId="77777777" w:rsidR="002355BD" w:rsidRPr="001179E8" w:rsidRDefault="00000000">
      <w:pPr>
        <w:rPr>
          <w:lang w:val="pt-BR"/>
        </w:rPr>
      </w:pPr>
      <w:r w:rsidRPr="001179E8">
        <w:rPr>
          <w:lang w:val="pt-BR"/>
        </w:rPr>
        <w:br/>
      </w:r>
    </w:p>
    <w:p w14:paraId="2F3B3E39" w14:textId="77777777" w:rsidR="002355BD" w:rsidRPr="001179E8" w:rsidRDefault="00000000">
      <w:pPr>
        <w:rPr>
          <w:lang w:val="pt-BR"/>
        </w:rPr>
      </w:pPr>
      <w:r w:rsidRPr="001179E8">
        <w:rPr>
          <w:lang w:val="pt-BR"/>
        </w:rPr>
        <w:t>Art e Linda fizeram as reverências apropriadas. A Rainha Titânia os observou com curiosidade divertida.</w:t>
      </w:r>
    </w:p>
    <w:p w14:paraId="0ECEDEB6" w14:textId="77777777" w:rsidR="002355BD" w:rsidRPr="001179E8" w:rsidRDefault="00000000">
      <w:pPr>
        <w:rPr>
          <w:lang w:val="pt-BR"/>
        </w:rPr>
      </w:pPr>
      <w:r w:rsidRPr="001179E8">
        <w:rPr>
          <w:lang w:val="pt-BR"/>
        </w:rPr>
        <w:br/>
      </w:r>
    </w:p>
    <w:p w14:paraId="3142A2F7" w14:textId="77777777" w:rsidR="002355BD" w:rsidRPr="001179E8" w:rsidRDefault="00000000">
      <w:pPr>
        <w:rPr>
          <w:lang w:val="pt-BR"/>
        </w:rPr>
      </w:pPr>
      <w:r w:rsidRPr="001179E8">
        <w:rPr>
          <w:lang w:val="pt-BR"/>
        </w:rPr>
        <w:t>"Então, a superfície finalmente se lembra de nós," disse ela, sua voz como o tilintar de sinos de cristal. "E envia uma de nossas próprias filhas como mensageira. O que traz vocês ao nosso reino isolado, Linda, Filha de Pixie?"</w:t>
      </w:r>
    </w:p>
    <w:p w14:paraId="6472B612" w14:textId="77777777" w:rsidR="002355BD" w:rsidRPr="001179E8" w:rsidRDefault="00000000">
      <w:pPr>
        <w:rPr>
          <w:lang w:val="pt-BR"/>
        </w:rPr>
      </w:pPr>
      <w:r w:rsidRPr="001179E8">
        <w:rPr>
          <w:lang w:val="pt-BR"/>
        </w:rPr>
        <w:br/>
      </w:r>
    </w:p>
    <w:p w14:paraId="1FBFB04D" w14:textId="77777777" w:rsidR="002355BD" w:rsidRPr="001179E8" w:rsidRDefault="00000000">
      <w:pPr>
        <w:rPr>
          <w:lang w:val="pt-BR"/>
        </w:rPr>
      </w:pPr>
      <w:r w:rsidRPr="001179E8">
        <w:rPr>
          <w:lang w:val="pt-BR"/>
        </w:rPr>
        <w:t>Linda deu um passo à frente, sua aura feérica brilhando suavemente. "Majestade, trazemos notícias de uma ameaça que paira sobre todos os reinos. Abyzoth...</w:t>
      </w:r>
    </w:p>
    <w:p w14:paraId="17DB32B2" w14:textId="77777777" w:rsidR="002355BD" w:rsidRPr="001179E8" w:rsidRDefault="00000000">
      <w:pPr>
        <w:rPr>
          <w:lang w:val="pt-BR"/>
        </w:rPr>
      </w:pPr>
      <w:r w:rsidRPr="001179E8">
        <w:rPr>
          <w:lang w:val="pt-BR"/>
        </w:rPr>
        <w:br/>
      </w:r>
    </w:p>
    <w:p w14:paraId="4F349D65" w14:textId="77777777" w:rsidR="002355BD" w:rsidRPr="001179E8" w:rsidRDefault="00000000">
      <w:pPr>
        <w:rPr>
          <w:lang w:val="pt-BR"/>
        </w:rPr>
      </w:pPr>
      <w:r w:rsidRPr="001179E8">
        <w:rPr>
          <w:lang w:val="pt-BR"/>
        </w:rPr>
        <w:t>Antes que pudesse continuar, o fada ao lado do trono interrompeu com uma risada desdenhosa. "Abyzoth? Lendas antigas para assustar crianças. O mundo da superfície sempre foi propenso ao melodrama."</w:t>
      </w:r>
    </w:p>
    <w:p w14:paraId="30871784" w14:textId="77777777" w:rsidR="002355BD" w:rsidRPr="001179E8" w:rsidRDefault="00000000">
      <w:pPr>
        <w:rPr>
          <w:lang w:val="pt-BR"/>
        </w:rPr>
      </w:pPr>
      <w:r w:rsidRPr="001179E8">
        <w:rPr>
          <w:lang w:val="pt-BR"/>
        </w:rPr>
        <w:br/>
      </w:r>
    </w:p>
    <w:p w14:paraId="499DE50A" w14:textId="77777777" w:rsidR="002355BD" w:rsidRPr="001179E8" w:rsidRDefault="00000000">
      <w:pPr>
        <w:rPr>
          <w:lang w:val="pt-BR"/>
        </w:rPr>
      </w:pPr>
      <w:r w:rsidRPr="001179E8">
        <w:rPr>
          <w:lang w:val="pt-BR"/>
        </w:rPr>
        <w:t>"Príncipe Oberon," repreendeu a Rainha suavemente, embora houvesse um brilho divertido em seus olhos. "Deixe nossos convidados falarem."</w:t>
      </w:r>
    </w:p>
    <w:p w14:paraId="4968926A" w14:textId="77777777" w:rsidR="002355BD" w:rsidRPr="001179E8" w:rsidRDefault="00000000">
      <w:pPr>
        <w:rPr>
          <w:lang w:val="pt-BR"/>
        </w:rPr>
      </w:pPr>
      <w:r w:rsidRPr="001179E8">
        <w:rPr>
          <w:lang w:val="pt-BR"/>
        </w:rPr>
        <w:br/>
      </w:r>
    </w:p>
    <w:p w14:paraId="4BC5C7EC" w14:textId="77777777" w:rsidR="002355BD" w:rsidRPr="001179E8" w:rsidRDefault="00000000">
      <w:pPr>
        <w:rPr>
          <w:lang w:val="pt-BR"/>
        </w:rPr>
      </w:pPr>
      <w:r w:rsidRPr="001179E8">
        <w:rPr>
          <w:lang w:val="pt-BR"/>
        </w:rPr>
        <w:t>Oberon fez uma reverência exagerada. "Como desejar, minha Rainha. Mas permitam-me apresentar-me aos nossos... visitantes." Ele se aproximou de Linda, ignorando Art completamente. Pegou a mão dela e a beijou galantemente. "Príncipe Oberon, ao seu dispor, bela Linda. Sua beleza floresce ainda mais em solo feérico."</w:t>
      </w:r>
    </w:p>
    <w:p w14:paraId="7D937349" w14:textId="77777777" w:rsidR="002355BD" w:rsidRPr="001179E8" w:rsidRDefault="00000000">
      <w:pPr>
        <w:rPr>
          <w:lang w:val="pt-BR"/>
        </w:rPr>
      </w:pPr>
      <w:r w:rsidRPr="001179E8">
        <w:rPr>
          <w:lang w:val="pt-BR"/>
        </w:rPr>
        <w:lastRenderedPageBreak/>
        <w:br/>
      </w:r>
    </w:p>
    <w:p w14:paraId="1CBAAD76" w14:textId="77777777" w:rsidR="002355BD" w:rsidRPr="001179E8" w:rsidRDefault="00000000">
      <w:pPr>
        <w:rPr>
          <w:lang w:val="pt-BR"/>
        </w:rPr>
      </w:pPr>
      <w:r w:rsidRPr="001179E8">
        <w:rPr>
          <w:lang w:val="pt-BR"/>
        </w:rPr>
        <w:t>Linda retirou a mão educadamente, embora Art tenha notado um leve rubor em suas bochechas. "É uma honra, Príncipe."</w:t>
      </w:r>
    </w:p>
    <w:p w14:paraId="409D37BF" w14:textId="77777777" w:rsidR="002355BD" w:rsidRPr="001179E8" w:rsidRDefault="00000000">
      <w:pPr>
        <w:rPr>
          <w:lang w:val="pt-BR"/>
        </w:rPr>
      </w:pPr>
      <w:r w:rsidRPr="001179E8">
        <w:rPr>
          <w:lang w:val="pt-BR"/>
        </w:rPr>
        <w:br/>
      </w:r>
    </w:p>
    <w:p w14:paraId="6A7076D9" w14:textId="77777777" w:rsidR="002355BD" w:rsidRPr="001179E8" w:rsidRDefault="00000000">
      <w:pPr>
        <w:rPr>
          <w:lang w:val="pt-BR"/>
        </w:rPr>
      </w:pPr>
      <w:r w:rsidRPr="001179E8">
        <w:rPr>
          <w:lang w:val="pt-BR"/>
        </w:rPr>
        <w:t>Oberon então se virou para Art, avaliando-o com um olhar crítico. "E você deve ser o... guarda-costas?"</w:t>
      </w:r>
    </w:p>
    <w:p w14:paraId="778C4236" w14:textId="77777777" w:rsidR="002355BD" w:rsidRPr="001179E8" w:rsidRDefault="00000000">
      <w:pPr>
        <w:rPr>
          <w:lang w:val="pt-BR"/>
        </w:rPr>
      </w:pPr>
      <w:r w:rsidRPr="001179E8">
        <w:rPr>
          <w:lang w:val="pt-BR"/>
        </w:rPr>
        <w:br/>
      </w:r>
    </w:p>
    <w:p w14:paraId="5AD51A96" w14:textId="77777777" w:rsidR="002355BD" w:rsidRPr="001179E8" w:rsidRDefault="00000000">
      <w:pPr>
        <w:rPr>
          <w:lang w:val="pt-BR"/>
        </w:rPr>
      </w:pPr>
      <w:r w:rsidRPr="001179E8">
        <w:rPr>
          <w:lang w:val="pt-BR"/>
        </w:rPr>
        <w:t>Art sentiu o sangue subir ao rosto. "Sou Arthur Vance-LeFay, parceiro de Linda nesta missão."</w:t>
      </w:r>
    </w:p>
    <w:p w14:paraId="3C69C7D5" w14:textId="77777777" w:rsidR="002355BD" w:rsidRPr="001179E8" w:rsidRDefault="00000000">
      <w:pPr>
        <w:rPr>
          <w:lang w:val="pt-BR"/>
        </w:rPr>
      </w:pPr>
      <w:r w:rsidRPr="001179E8">
        <w:rPr>
          <w:lang w:val="pt-BR"/>
        </w:rPr>
        <w:br/>
      </w:r>
    </w:p>
    <w:p w14:paraId="4123F9F7" w14:textId="77777777" w:rsidR="002355BD" w:rsidRPr="001179E8" w:rsidRDefault="00000000">
      <w:pPr>
        <w:rPr>
          <w:lang w:val="pt-BR"/>
        </w:rPr>
      </w:pPr>
      <w:r w:rsidRPr="001179E8">
        <w:rPr>
          <w:lang w:val="pt-BR"/>
        </w:rPr>
        <w:t>"Ah, sim. O meio-humano," disse Oberon com um aceno desdenhoso, antes de voltar sua atenção totalmente para Linda. "Majestade, certamente podemos discutir essas 'ameaças' mais tarde. Proponho um banquete em honra de nossa convidada especial."</w:t>
      </w:r>
    </w:p>
    <w:p w14:paraId="1C394C6E" w14:textId="77777777" w:rsidR="002355BD" w:rsidRPr="001179E8" w:rsidRDefault="00000000">
      <w:pPr>
        <w:rPr>
          <w:lang w:val="pt-BR"/>
        </w:rPr>
      </w:pPr>
      <w:r w:rsidRPr="001179E8">
        <w:rPr>
          <w:lang w:val="pt-BR"/>
        </w:rPr>
        <w:br/>
      </w:r>
    </w:p>
    <w:p w14:paraId="5D35C750" w14:textId="77777777" w:rsidR="002355BD" w:rsidRPr="001179E8" w:rsidRDefault="00000000">
      <w:pPr>
        <w:rPr>
          <w:lang w:val="pt-BR"/>
        </w:rPr>
      </w:pPr>
      <w:r w:rsidRPr="001179E8">
        <w:rPr>
          <w:lang w:val="pt-BR"/>
        </w:rPr>
        <w:t>A Rainha Titânia sorriu enigmaticamente. "Um banquete parece apropriado. Mas primeiro, ouviremos o que nossos emissários têm a dizer."</w:t>
      </w:r>
    </w:p>
    <w:p w14:paraId="732C4078" w14:textId="77777777" w:rsidR="002355BD" w:rsidRPr="001179E8" w:rsidRDefault="00000000">
      <w:pPr>
        <w:rPr>
          <w:lang w:val="pt-BR"/>
        </w:rPr>
      </w:pPr>
      <w:r w:rsidRPr="001179E8">
        <w:rPr>
          <w:lang w:val="pt-BR"/>
        </w:rPr>
        <w:br/>
      </w:r>
    </w:p>
    <w:p w14:paraId="03B237D4" w14:textId="77777777" w:rsidR="002355BD" w:rsidRPr="001179E8" w:rsidRDefault="00000000">
      <w:pPr>
        <w:rPr>
          <w:lang w:val="pt-BR"/>
        </w:rPr>
      </w:pPr>
      <w:r w:rsidRPr="001179E8">
        <w:rPr>
          <w:lang w:val="pt-BR"/>
        </w:rPr>
        <w:t>Linda, recuperando a compostura, explicou a situação – a ameaça de Abyzoth, o desaparecimento de Nicole e Ricardo, a necessidade de uma aliança entre os cinco reinos. Falou com paixão e clareza, sua conexão com o reino dando peso às suas palavras.</w:t>
      </w:r>
    </w:p>
    <w:p w14:paraId="671479C9" w14:textId="77777777" w:rsidR="002355BD" w:rsidRPr="001179E8" w:rsidRDefault="00000000">
      <w:pPr>
        <w:rPr>
          <w:lang w:val="pt-BR"/>
        </w:rPr>
      </w:pPr>
      <w:r w:rsidRPr="001179E8">
        <w:rPr>
          <w:lang w:val="pt-BR"/>
        </w:rPr>
        <w:br/>
      </w:r>
    </w:p>
    <w:p w14:paraId="1790EF96" w14:textId="77777777" w:rsidR="002355BD" w:rsidRPr="001179E8" w:rsidRDefault="00000000">
      <w:pPr>
        <w:rPr>
          <w:lang w:val="pt-BR"/>
        </w:rPr>
      </w:pPr>
      <w:r w:rsidRPr="001179E8">
        <w:rPr>
          <w:lang w:val="pt-BR"/>
        </w:rPr>
        <w:t>Art observou Oberon durante a explicação. O príncipe fingia ouvir, mas seus olhos raramente deixavam Linda, percorrendo-a com um olhar possessivo que fez o estômago de Art se revirar. Pela primeira vez, Art sentiu uma pontada aguda de algo que não conseguia nomear – uma irritação irracional, um desejo protetor que ia além da parceria da missão. Seria... ciúme?</w:t>
      </w:r>
    </w:p>
    <w:p w14:paraId="2E43FF9F" w14:textId="77777777" w:rsidR="002355BD" w:rsidRPr="001179E8" w:rsidRDefault="00000000">
      <w:pPr>
        <w:rPr>
          <w:lang w:val="pt-BR"/>
        </w:rPr>
      </w:pPr>
      <w:r w:rsidRPr="001179E8">
        <w:rPr>
          <w:lang w:val="pt-BR"/>
        </w:rPr>
        <w:lastRenderedPageBreak/>
        <w:br/>
      </w:r>
    </w:p>
    <w:p w14:paraId="01B23E19" w14:textId="77777777" w:rsidR="002355BD" w:rsidRPr="001179E8" w:rsidRDefault="00000000">
      <w:pPr>
        <w:rPr>
          <w:lang w:val="pt-BR"/>
        </w:rPr>
      </w:pPr>
      <w:r w:rsidRPr="001179E8">
        <w:rPr>
          <w:lang w:val="pt-BR"/>
        </w:rPr>
        <w:t>---</w:t>
      </w:r>
    </w:p>
    <w:p w14:paraId="2E04F590" w14:textId="77777777" w:rsidR="002355BD" w:rsidRPr="001179E8" w:rsidRDefault="00000000">
      <w:pPr>
        <w:rPr>
          <w:lang w:val="pt-BR"/>
        </w:rPr>
      </w:pPr>
      <w:r w:rsidRPr="001179E8">
        <w:rPr>
          <w:lang w:val="pt-BR"/>
        </w:rPr>
        <w:br/>
      </w:r>
    </w:p>
    <w:p w14:paraId="0F4D5CCD" w14:textId="77777777" w:rsidR="002355BD" w:rsidRPr="001179E8" w:rsidRDefault="00000000">
      <w:pPr>
        <w:rPr>
          <w:lang w:val="pt-BR"/>
        </w:rPr>
      </w:pPr>
      <w:r w:rsidRPr="001179E8">
        <w:rPr>
          <w:lang w:val="pt-BR"/>
        </w:rPr>
        <w:t>O banquete foi realizado em um bosque iluminado por vaga-lumes e fungos bioluminescentes. A comida era feita de frutas exóticas, orvalho cristalizado e néctares que mudavam de sabor a cada gole. A música era tocada por espíritos da floresta em flautas de junco.</w:t>
      </w:r>
    </w:p>
    <w:p w14:paraId="25EDD388" w14:textId="77777777" w:rsidR="002355BD" w:rsidRPr="001179E8" w:rsidRDefault="00000000">
      <w:pPr>
        <w:rPr>
          <w:lang w:val="pt-BR"/>
        </w:rPr>
      </w:pPr>
      <w:r w:rsidRPr="001179E8">
        <w:rPr>
          <w:lang w:val="pt-BR"/>
        </w:rPr>
        <w:br/>
      </w:r>
    </w:p>
    <w:p w14:paraId="2FD8BE95" w14:textId="77777777" w:rsidR="002355BD" w:rsidRPr="001179E8" w:rsidRDefault="00000000">
      <w:pPr>
        <w:rPr>
          <w:lang w:val="pt-BR"/>
        </w:rPr>
      </w:pPr>
      <w:r w:rsidRPr="001179E8">
        <w:rPr>
          <w:lang w:val="pt-BR"/>
        </w:rPr>
        <w:t>Oberon monopolizou Linda durante todo o evento. Sentou-se ao lado dela, ofereceu-lhe os mais raros manjares feéricos, contou-lhe histórias lisonjeiras sobre suas próprias (supostas) façanhas heróicas, e presenteou-a com uma flor que nunca murchava.</w:t>
      </w:r>
    </w:p>
    <w:p w14:paraId="29141A1F" w14:textId="77777777" w:rsidR="002355BD" w:rsidRPr="001179E8" w:rsidRDefault="00000000">
      <w:pPr>
        <w:rPr>
          <w:lang w:val="pt-BR"/>
        </w:rPr>
      </w:pPr>
      <w:r w:rsidRPr="001179E8">
        <w:rPr>
          <w:lang w:val="pt-BR"/>
        </w:rPr>
        <w:br/>
      </w:r>
    </w:p>
    <w:p w14:paraId="033ACF63" w14:textId="77777777" w:rsidR="002355BD" w:rsidRPr="001179E8" w:rsidRDefault="00000000">
      <w:pPr>
        <w:rPr>
          <w:lang w:val="pt-BR"/>
        </w:rPr>
      </w:pPr>
      <w:r w:rsidRPr="001179E8">
        <w:rPr>
          <w:lang w:val="pt-BR"/>
        </w:rPr>
        <w:t>Linda, sempre diplomática, ouvia educadamente e agradecia com cortesia, mas Art podia ver um leve desconforto em seus olhos. Ela lançava olhares ocasionais para Art, como se pedindo ajuda, mas ele estava sentado do outro lado da mesa, preso em uma conversa educada com Lyra sobre as propriedades curativas do musgo lunar.</w:t>
      </w:r>
    </w:p>
    <w:p w14:paraId="0232BE51" w14:textId="77777777" w:rsidR="002355BD" w:rsidRPr="001179E8" w:rsidRDefault="00000000">
      <w:pPr>
        <w:rPr>
          <w:lang w:val="pt-BR"/>
        </w:rPr>
      </w:pPr>
      <w:r w:rsidRPr="001179E8">
        <w:rPr>
          <w:lang w:val="pt-BR"/>
        </w:rPr>
        <w:br/>
      </w:r>
    </w:p>
    <w:p w14:paraId="6FBBE97D" w14:textId="77777777" w:rsidR="002355BD" w:rsidRPr="001179E8" w:rsidRDefault="00000000">
      <w:pPr>
        <w:rPr>
          <w:lang w:val="pt-BR"/>
        </w:rPr>
      </w:pPr>
      <w:r w:rsidRPr="001179E8">
        <w:rPr>
          <w:lang w:val="pt-BR"/>
        </w:rPr>
        <w:t>Art tentou se concentrar na conversa, mas sua atenção continuava voltando para Linda e Oberon. Ele notou como o príncipe ocasionalmente tocava o braço de Linda, como se inclinava perto demais ao falar. Cada gesto enviava uma onda de irritação através de Art. Ele começou a beber o néctar feérico um pouco rápido demais, sentindo a magia leve da bebida subir à sua cabeça, turvando seu julgamento.</w:t>
      </w:r>
    </w:p>
    <w:p w14:paraId="16F95CDD" w14:textId="77777777" w:rsidR="002355BD" w:rsidRPr="001179E8" w:rsidRDefault="00000000">
      <w:pPr>
        <w:rPr>
          <w:lang w:val="pt-BR"/>
        </w:rPr>
      </w:pPr>
      <w:r w:rsidRPr="001179E8">
        <w:rPr>
          <w:lang w:val="pt-BR"/>
        </w:rPr>
        <w:br/>
      </w:r>
    </w:p>
    <w:p w14:paraId="776C513D" w14:textId="77777777" w:rsidR="002355BD" w:rsidRPr="001179E8" w:rsidRDefault="00000000">
      <w:pPr>
        <w:rPr>
          <w:lang w:val="pt-BR"/>
        </w:rPr>
      </w:pPr>
      <w:r w:rsidRPr="001179E8">
        <w:rPr>
          <w:lang w:val="pt-BR"/>
        </w:rPr>
        <w:t>"Você parece... perturbado, Emissário Arthur," comentou Lyra suavemente, seguindo seu olhar.</w:t>
      </w:r>
    </w:p>
    <w:p w14:paraId="117591E4" w14:textId="77777777" w:rsidR="002355BD" w:rsidRPr="001179E8" w:rsidRDefault="00000000">
      <w:pPr>
        <w:rPr>
          <w:lang w:val="pt-BR"/>
        </w:rPr>
      </w:pPr>
      <w:r w:rsidRPr="001179E8">
        <w:rPr>
          <w:lang w:val="pt-BR"/>
        </w:rPr>
        <w:br/>
      </w:r>
    </w:p>
    <w:p w14:paraId="666A8DB3" w14:textId="77777777" w:rsidR="002355BD" w:rsidRPr="001179E8" w:rsidRDefault="00000000">
      <w:pPr>
        <w:rPr>
          <w:lang w:val="pt-BR"/>
        </w:rPr>
      </w:pPr>
      <w:r w:rsidRPr="001179E8">
        <w:rPr>
          <w:lang w:val="pt-BR"/>
        </w:rPr>
        <w:t>"Não é nada," respondeu Art, forçando um sorriso. "Apenas cansado da viagem."</w:t>
      </w:r>
    </w:p>
    <w:p w14:paraId="20CAFCDF" w14:textId="77777777" w:rsidR="002355BD" w:rsidRPr="001179E8" w:rsidRDefault="00000000">
      <w:pPr>
        <w:rPr>
          <w:lang w:val="pt-BR"/>
        </w:rPr>
      </w:pPr>
      <w:r w:rsidRPr="001179E8">
        <w:rPr>
          <w:lang w:val="pt-BR"/>
        </w:rPr>
        <w:lastRenderedPageBreak/>
        <w:br/>
      </w:r>
    </w:p>
    <w:p w14:paraId="2653BF9E" w14:textId="77777777" w:rsidR="002355BD" w:rsidRPr="001179E8" w:rsidRDefault="00000000">
      <w:pPr>
        <w:rPr>
          <w:lang w:val="pt-BR"/>
        </w:rPr>
      </w:pPr>
      <w:r w:rsidRPr="001179E8">
        <w:rPr>
          <w:lang w:val="pt-BR"/>
        </w:rPr>
        <w:t>Lyra sorriu conscientemente. "O Príncipe Oberon pode ser... excessivamente entusiasta em sua admiração. Mas o coração de Linda pertence a onde ela escolher colocá-lo."</w:t>
      </w:r>
    </w:p>
    <w:p w14:paraId="75EAEA9C" w14:textId="77777777" w:rsidR="002355BD" w:rsidRPr="001179E8" w:rsidRDefault="00000000">
      <w:pPr>
        <w:rPr>
          <w:lang w:val="pt-BR"/>
        </w:rPr>
      </w:pPr>
      <w:r w:rsidRPr="001179E8">
        <w:rPr>
          <w:lang w:val="pt-BR"/>
        </w:rPr>
        <w:br/>
      </w:r>
    </w:p>
    <w:p w14:paraId="5037572F" w14:textId="77777777" w:rsidR="002355BD" w:rsidRPr="001179E8" w:rsidRDefault="00000000">
      <w:pPr>
        <w:rPr>
          <w:lang w:val="pt-BR"/>
        </w:rPr>
      </w:pPr>
      <w:r w:rsidRPr="001179E8">
        <w:rPr>
          <w:lang w:val="pt-BR"/>
        </w:rPr>
        <w:t>As palavras de Lyra fizeram Art pensar. Onde Linda escolheria colocar seu coração? Certamente não com um príncipe arrogante como Oberon. Mas e ele? O que ele tinha a oferecer além de poderes instáveis e um nome de família complicado?</w:t>
      </w:r>
    </w:p>
    <w:p w14:paraId="7618914B" w14:textId="77777777" w:rsidR="002355BD" w:rsidRPr="001179E8" w:rsidRDefault="00000000">
      <w:pPr>
        <w:rPr>
          <w:lang w:val="pt-BR"/>
        </w:rPr>
      </w:pPr>
      <w:r w:rsidRPr="001179E8">
        <w:rPr>
          <w:lang w:val="pt-BR"/>
        </w:rPr>
        <w:br/>
      </w:r>
    </w:p>
    <w:p w14:paraId="278AE7AE" w14:textId="77777777" w:rsidR="002355BD" w:rsidRPr="001179E8" w:rsidRDefault="00000000">
      <w:pPr>
        <w:rPr>
          <w:lang w:val="pt-BR"/>
        </w:rPr>
      </w:pPr>
      <w:r w:rsidRPr="001179E8">
        <w:rPr>
          <w:lang w:val="pt-BR"/>
        </w:rPr>
        <w:t>---</w:t>
      </w:r>
    </w:p>
    <w:p w14:paraId="16E6B463" w14:textId="77777777" w:rsidR="002355BD" w:rsidRPr="001179E8" w:rsidRDefault="00000000">
      <w:pPr>
        <w:rPr>
          <w:lang w:val="pt-BR"/>
        </w:rPr>
      </w:pPr>
      <w:r w:rsidRPr="001179E8">
        <w:rPr>
          <w:lang w:val="pt-BR"/>
        </w:rPr>
        <w:br/>
      </w:r>
    </w:p>
    <w:p w14:paraId="2BA2F9F5" w14:textId="77777777" w:rsidR="002355BD" w:rsidRPr="001179E8" w:rsidRDefault="00000000">
      <w:pPr>
        <w:rPr>
          <w:lang w:val="pt-BR"/>
        </w:rPr>
      </w:pPr>
      <w:r w:rsidRPr="001179E8">
        <w:rPr>
          <w:lang w:val="pt-BR"/>
        </w:rPr>
        <w:t>Após o banquete, a Rainha Titânia reuniu todos em uma clareira dominada por um labirinto feito de sebes vivas que pareciam mudar e se rearranjar constantemente.</w:t>
      </w:r>
    </w:p>
    <w:p w14:paraId="265BE421" w14:textId="77777777" w:rsidR="002355BD" w:rsidRPr="001179E8" w:rsidRDefault="00000000">
      <w:pPr>
        <w:rPr>
          <w:lang w:val="pt-BR"/>
        </w:rPr>
      </w:pPr>
      <w:r w:rsidRPr="001179E8">
        <w:rPr>
          <w:lang w:val="pt-BR"/>
        </w:rPr>
        <w:br/>
      </w:r>
    </w:p>
    <w:p w14:paraId="2E4B7B57" w14:textId="77777777" w:rsidR="002355BD" w:rsidRPr="001179E8" w:rsidRDefault="00000000">
      <w:pPr>
        <w:rPr>
          <w:lang w:val="pt-BR"/>
        </w:rPr>
      </w:pPr>
      <w:r w:rsidRPr="001179E8">
        <w:rPr>
          <w:lang w:val="pt-BR"/>
        </w:rPr>
        <w:t>"Para selar nossa compreensão," anunciou a Rainha, "proponho um teste tradicional feérico: o Labirinto das Ilusões. Ele revela os medos e desejos mais profundos daqueles que ousam entrar. Atravessem-no juntos, e consideraremos sua causa."</w:t>
      </w:r>
    </w:p>
    <w:p w14:paraId="20C778AC" w14:textId="77777777" w:rsidR="002355BD" w:rsidRPr="001179E8" w:rsidRDefault="00000000">
      <w:pPr>
        <w:rPr>
          <w:lang w:val="pt-BR"/>
        </w:rPr>
      </w:pPr>
      <w:r w:rsidRPr="001179E8">
        <w:rPr>
          <w:lang w:val="pt-BR"/>
        </w:rPr>
        <w:br/>
      </w:r>
    </w:p>
    <w:p w14:paraId="1F6D1D94" w14:textId="77777777" w:rsidR="002355BD" w:rsidRPr="001179E8" w:rsidRDefault="00000000">
      <w:pPr>
        <w:rPr>
          <w:lang w:val="pt-BR"/>
        </w:rPr>
      </w:pPr>
      <w:r w:rsidRPr="001179E8">
        <w:rPr>
          <w:lang w:val="pt-BR"/>
        </w:rPr>
        <w:t>Antes que Art pudesse responder, Oberon deu um passo à frente. "Permita-me guiar a bela Linda através dos caminhos sinuosos, Majestade. Conheço bem os segredos do labirinto."</w:t>
      </w:r>
    </w:p>
    <w:p w14:paraId="381467FF" w14:textId="77777777" w:rsidR="002355BD" w:rsidRPr="001179E8" w:rsidRDefault="00000000">
      <w:pPr>
        <w:rPr>
          <w:lang w:val="pt-BR"/>
        </w:rPr>
      </w:pPr>
      <w:r w:rsidRPr="001179E8">
        <w:rPr>
          <w:lang w:val="pt-BR"/>
        </w:rPr>
        <w:br/>
      </w:r>
    </w:p>
    <w:p w14:paraId="01E66214" w14:textId="77777777" w:rsidR="002355BD" w:rsidRPr="001179E8" w:rsidRDefault="00000000">
      <w:pPr>
        <w:rPr>
          <w:lang w:val="pt-BR"/>
        </w:rPr>
      </w:pPr>
      <w:r w:rsidRPr="001179E8">
        <w:rPr>
          <w:lang w:val="pt-BR"/>
        </w:rPr>
        <w:t>"Não," disse Art, sua voz mais firme do que esperava. "Nós faremos isso juntos. Como parceiros."</w:t>
      </w:r>
    </w:p>
    <w:p w14:paraId="7E4D54D5" w14:textId="77777777" w:rsidR="002355BD" w:rsidRPr="001179E8" w:rsidRDefault="00000000">
      <w:pPr>
        <w:rPr>
          <w:lang w:val="pt-BR"/>
        </w:rPr>
      </w:pPr>
      <w:r w:rsidRPr="001179E8">
        <w:rPr>
          <w:lang w:val="pt-BR"/>
        </w:rPr>
        <w:br/>
      </w:r>
    </w:p>
    <w:p w14:paraId="77BC58BA" w14:textId="77777777" w:rsidR="002355BD" w:rsidRPr="001179E8" w:rsidRDefault="00000000">
      <w:pPr>
        <w:rPr>
          <w:lang w:val="pt-BR"/>
        </w:rPr>
      </w:pPr>
      <w:r w:rsidRPr="001179E8">
        <w:rPr>
          <w:lang w:val="pt-BR"/>
        </w:rPr>
        <w:t>Oberon lançou-lhe um olhar de desprezo, mas a Rainha Titânia interveio. "A escolha é de Linda."</w:t>
      </w:r>
    </w:p>
    <w:p w14:paraId="0FA4D754" w14:textId="77777777" w:rsidR="002355BD" w:rsidRPr="001179E8" w:rsidRDefault="00000000">
      <w:pPr>
        <w:rPr>
          <w:lang w:val="pt-BR"/>
        </w:rPr>
      </w:pPr>
      <w:r w:rsidRPr="001179E8">
        <w:rPr>
          <w:lang w:val="pt-BR"/>
        </w:rPr>
        <w:lastRenderedPageBreak/>
        <w:br/>
      </w:r>
    </w:p>
    <w:p w14:paraId="41E55974" w14:textId="77777777" w:rsidR="002355BD" w:rsidRPr="001179E8" w:rsidRDefault="00000000">
      <w:pPr>
        <w:rPr>
          <w:lang w:val="pt-BR"/>
        </w:rPr>
      </w:pPr>
      <w:r w:rsidRPr="001179E8">
        <w:rPr>
          <w:lang w:val="pt-BR"/>
        </w:rPr>
        <w:t>Linda olhou de Art para Oberon, então de volta para Art. "Eu confio em meu parceiro," disse ela, sua voz clara. "Entraremos juntos."</w:t>
      </w:r>
    </w:p>
    <w:p w14:paraId="16A589DD" w14:textId="77777777" w:rsidR="002355BD" w:rsidRPr="001179E8" w:rsidRDefault="00000000">
      <w:pPr>
        <w:rPr>
          <w:lang w:val="pt-BR"/>
        </w:rPr>
      </w:pPr>
      <w:r w:rsidRPr="001179E8">
        <w:rPr>
          <w:lang w:val="pt-BR"/>
        </w:rPr>
        <w:br/>
      </w:r>
    </w:p>
    <w:p w14:paraId="67A6AB24" w14:textId="77777777" w:rsidR="002355BD" w:rsidRPr="001179E8" w:rsidRDefault="00000000">
      <w:pPr>
        <w:rPr>
          <w:lang w:val="pt-BR"/>
        </w:rPr>
      </w:pPr>
      <w:r w:rsidRPr="001179E8">
        <w:rPr>
          <w:lang w:val="pt-BR"/>
        </w:rPr>
        <w:t>Um sorriso triunfante passou pelos lábios de Art, enquanto Oberon parecia visivelmente irritado. No entanto, quando Art e Linda entraram no labirinto, Oberon os seguiu a uma curta distância, sob o pretexto de "garantir sua segurança".</w:t>
      </w:r>
    </w:p>
    <w:p w14:paraId="00006557" w14:textId="77777777" w:rsidR="002355BD" w:rsidRPr="001179E8" w:rsidRDefault="00000000">
      <w:pPr>
        <w:rPr>
          <w:lang w:val="pt-BR"/>
        </w:rPr>
      </w:pPr>
      <w:r w:rsidRPr="001179E8">
        <w:rPr>
          <w:lang w:val="pt-BR"/>
        </w:rPr>
        <w:br/>
      </w:r>
    </w:p>
    <w:p w14:paraId="2A3C653E" w14:textId="77777777" w:rsidR="002355BD" w:rsidRPr="001179E8" w:rsidRDefault="00000000">
      <w:pPr>
        <w:rPr>
          <w:lang w:val="pt-BR"/>
        </w:rPr>
      </w:pPr>
      <w:r w:rsidRPr="001179E8">
        <w:rPr>
          <w:lang w:val="pt-BR"/>
        </w:rPr>
        <w:t>O labirinto era mais do que apenas um quebra-cabeça físico. Assim que entraram, a realidade pareceu distorcer-se. As paredes de sebe sussurravam dúvidas, e ilusões começaram a surgir nos cantos dos olhos.</w:t>
      </w:r>
    </w:p>
    <w:p w14:paraId="6A04BC8F" w14:textId="77777777" w:rsidR="002355BD" w:rsidRPr="001179E8" w:rsidRDefault="00000000">
      <w:pPr>
        <w:rPr>
          <w:lang w:val="pt-BR"/>
        </w:rPr>
      </w:pPr>
      <w:r w:rsidRPr="001179E8">
        <w:rPr>
          <w:lang w:val="pt-BR"/>
        </w:rPr>
        <w:br/>
      </w:r>
    </w:p>
    <w:p w14:paraId="52C2BB0D" w14:textId="77777777" w:rsidR="002355BD" w:rsidRPr="001179E8" w:rsidRDefault="00000000">
      <w:pPr>
        <w:rPr>
          <w:lang w:val="pt-BR"/>
        </w:rPr>
      </w:pPr>
      <w:r w:rsidRPr="001179E8">
        <w:rPr>
          <w:lang w:val="pt-BR"/>
        </w:rPr>
        <w:t>Art viu vislumbres de seus pais desapontados, ouviu a voz de seu avô criticando sua hesitação. Tentou ignorar, focando em seguir Linda, cuja conexão com a magia feérica parecia ajudá-la a navegar pelos caminhos mutáveis.</w:t>
      </w:r>
    </w:p>
    <w:p w14:paraId="138EBA4A" w14:textId="77777777" w:rsidR="002355BD" w:rsidRPr="001179E8" w:rsidRDefault="00000000">
      <w:pPr>
        <w:rPr>
          <w:lang w:val="pt-BR"/>
        </w:rPr>
      </w:pPr>
      <w:r w:rsidRPr="001179E8">
        <w:rPr>
          <w:lang w:val="pt-BR"/>
        </w:rPr>
        <w:br/>
      </w:r>
    </w:p>
    <w:p w14:paraId="658D772E" w14:textId="77777777" w:rsidR="002355BD" w:rsidRPr="001179E8" w:rsidRDefault="00000000">
      <w:pPr>
        <w:rPr>
          <w:lang w:val="pt-BR"/>
        </w:rPr>
      </w:pPr>
      <w:r w:rsidRPr="001179E8">
        <w:rPr>
          <w:lang w:val="pt-BR"/>
        </w:rPr>
        <w:t>Então, uma ilusão particularmente vívida o atingiu. Ele viu Linda, rindo alegremente, aceitando um presente brilhante de Oberon. Eles pareciam felizes, íntimos. A imagem atingiu Art com a força de um golpe físico, uma dor aguda de ciúme e inadequação apertando seu peito.</w:t>
      </w:r>
    </w:p>
    <w:p w14:paraId="7F2218CB" w14:textId="77777777" w:rsidR="002355BD" w:rsidRPr="001179E8" w:rsidRDefault="00000000">
      <w:pPr>
        <w:rPr>
          <w:lang w:val="pt-BR"/>
        </w:rPr>
      </w:pPr>
      <w:r w:rsidRPr="001179E8">
        <w:rPr>
          <w:lang w:val="pt-BR"/>
        </w:rPr>
        <w:br/>
      </w:r>
    </w:p>
    <w:p w14:paraId="5A1E11F7" w14:textId="77777777" w:rsidR="002355BD" w:rsidRPr="001179E8" w:rsidRDefault="00000000">
      <w:pPr>
        <w:rPr>
          <w:lang w:val="pt-BR"/>
        </w:rPr>
      </w:pPr>
      <w:r w:rsidRPr="001179E8">
        <w:rPr>
          <w:lang w:val="pt-BR"/>
        </w:rPr>
        <w:t>"Art? Você está bem?" A voz real de Linda o trouxe de volta à realidade. Ela estava olhando para ele com preocupação.</w:t>
      </w:r>
    </w:p>
    <w:p w14:paraId="4EA41210" w14:textId="77777777" w:rsidR="002355BD" w:rsidRPr="001179E8" w:rsidRDefault="00000000">
      <w:pPr>
        <w:rPr>
          <w:lang w:val="pt-BR"/>
        </w:rPr>
      </w:pPr>
      <w:r w:rsidRPr="001179E8">
        <w:rPr>
          <w:lang w:val="pt-BR"/>
        </w:rPr>
        <w:br/>
      </w:r>
    </w:p>
    <w:p w14:paraId="0755C7C8" w14:textId="77777777" w:rsidR="002355BD" w:rsidRPr="001179E8" w:rsidRDefault="00000000">
      <w:pPr>
        <w:rPr>
          <w:lang w:val="pt-BR"/>
        </w:rPr>
      </w:pPr>
      <w:r w:rsidRPr="001179E8">
        <w:rPr>
          <w:lang w:val="pt-BR"/>
        </w:rPr>
        <w:t>"Estou," mentiu ele, balançando a cabeça para clarear a visão. "Apenas... o labirinto."</w:t>
      </w:r>
    </w:p>
    <w:p w14:paraId="00DE0094" w14:textId="77777777" w:rsidR="002355BD" w:rsidRPr="001179E8" w:rsidRDefault="00000000">
      <w:pPr>
        <w:rPr>
          <w:lang w:val="pt-BR"/>
        </w:rPr>
      </w:pPr>
      <w:r w:rsidRPr="001179E8">
        <w:rPr>
          <w:lang w:val="pt-BR"/>
        </w:rPr>
        <w:br/>
      </w:r>
    </w:p>
    <w:p w14:paraId="5FC8D4BA" w14:textId="77777777" w:rsidR="002355BD" w:rsidRPr="001179E8" w:rsidRDefault="00000000">
      <w:pPr>
        <w:rPr>
          <w:lang w:val="pt-BR"/>
        </w:rPr>
      </w:pPr>
      <w:r w:rsidRPr="001179E8">
        <w:rPr>
          <w:lang w:val="pt-BR"/>
        </w:rPr>
        <w:lastRenderedPageBreak/>
        <w:t>Continuaram avançando, mas Art estava abalado. A ilusão parecia ter confirmado seus piores medos. Talvez Linda realmente preferisse alguém como Oberon – confiante, charmoso, pertencente àquele mundo mágico.</w:t>
      </w:r>
    </w:p>
    <w:p w14:paraId="3695CECB" w14:textId="77777777" w:rsidR="002355BD" w:rsidRPr="001179E8" w:rsidRDefault="00000000">
      <w:pPr>
        <w:rPr>
          <w:lang w:val="pt-BR"/>
        </w:rPr>
      </w:pPr>
      <w:r w:rsidRPr="001179E8">
        <w:rPr>
          <w:lang w:val="pt-BR"/>
        </w:rPr>
        <w:br/>
      </w:r>
    </w:p>
    <w:p w14:paraId="2C2B2447" w14:textId="77777777" w:rsidR="002355BD" w:rsidRPr="001179E8" w:rsidRDefault="00000000">
      <w:pPr>
        <w:rPr>
          <w:lang w:val="pt-BR"/>
        </w:rPr>
      </w:pPr>
      <w:r w:rsidRPr="001179E8">
        <w:rPr>
          <w:lang w:val="pt-BR"/>
        </w:rPr>
        <w:t>Finalmente, chegaram ao centro do labirinto – uma pequena clareira com uma fonte cintilante. Oberon já estava lá, esperando por eles com um sorriso presunçoso.</w:t>
      </w:r>
    </w:p>
    <w:p w14:paraId="0E1B8C2A" w14:textId="77777777" w:rsidR="002355BD" w:rsidRPr="001179E8" w:rsidRDefault="00000000">
      <w:pPr>
        <w:rPr>
          <w:lang w:val="pt-BR"/>
        </w:rPr>
      </w:pPr>
      <w:r w:rsidRPr="001179E8">
        <w:rPr>
          <w:lang w:val="pt-BR"/>
        </w:rPr>
        <w:br/>
      </w:r>
    </w:p>
    <w:p w14:paraId="51DCEEF7" w14:textId="77777777" w:rsidR="002355BD" w:rsidRPr="001179E8" w:rsidRDefault="00000000">
      <w:pPr>
        <w:rPr>
          <w:lang w:val="pt-BR"/>
        </w:rPr>
      </w:pPr>
      <w:r w:rsidRPr="001179E8">
        <w:rPr>
          <w:lang w:val="pt-BR"/>
        </w:rPr>
        <w:t>"Demoraram," comentou ele. "Estava começando a pensar que o 'parceiro' havia se perdido."</w:t>
      </w:r>
    </w:p>
    <w:p w14:paraId="23C84D0E" w14:textId="77777777" w:rsidR="002355BD" w:rsidRPr="001179E8" w:rsidRDefault="00000000">
      <w:pPr>
        <w:rPr>
          <w:lang w:val="pt-BR"/>
        </w:rPr>
      </w:pPr>
      <w:r w:rsidRPr="001179E8">
        <w:rPr>
          <w:lang w:val="pt-BR"/>
        </w:rPr>
        <w:br/>
      </w:r>
    </w:p>
    <w:p w14:paraId="5640C4F6" w14:textId="77777777" w:rsidR="002355BD" w:rsidRPr="001179E8" w:rsidRDefault="00000000">
      <w:pPr>
        <w:rPr>
          <w:lang w:val="pt-BR"/>
        </w:rPr>
      </w:pPr>
      <w:r w:rsidRPr="001179E8">
        <w:rPr>
          <w:lang w:val="pt-BR"/>
        </w:rPr>
        <w:t>Antes que Art pudesse responder, Oberon se virou para Linda. "Linda, minha flor da floresta," disse ele, pegando a mão dela. "Deixe este meio-humano para trás. Fique aqui comigo, onde você pertence. Seja minha rainha."</w:t>
      </w:r>
    </w:p>
    <w:p w14:paraId="0DD0F806" w14:textId="77777777" w:rsidR="002355BD" w:rsidRPr="001179E8" w:rsidRDefault="00000000">
      <w:pPr>
        <w:rPr>
          <w:lang w:val="pt-BR"/>
        </w:rPr>
      </w:pPr>
      <w:r w:rsidRPr="001179E8">
        <w:rPr>
          <w:lang w:val="pt-BR"/>
        </w:rPr>
        <w:br/>
      </w:r>
    </w:p>
    <w:p w14:paraId="24C7ABD0" w14:textId="77777777" w:rsidR="002355BD" w:rsidRPr="001179E8" w:rsidRDefault="00000000">
      <w:pPr>
        <w:rPr>
          <w:lang w:val="pt-BR"/>
        </w:rPr>
      </w:pPr>
      <w:r w:rsidRPr="001179E8">
        <w:rPr>
          <w:lang w:val="pt-BR"/>
        </w:rPr>
        <w:t>Ele se inclinou para beijá-la. Linda recuou instintivamente, puxando a mão. "Príncipe Oberon, eu agradeço seus... sentimentos. Mas meu lugar é com meu parceiro e minha missão."</w:t>
      </w:r>
    </w:p>
    <w:p w14:paraId="1B1715CB" w14:textId="77777777" w:rsidR="002355BD" w:rsidRPr="001179E8" w:rsidRDefault="00000000">
      <w:pPr>
        <w:rPr>
          <w:lang w:val="pt-BR"/>
        </w:rPr>
      </w:pPr>
      <w:r w:rsidRPr="001179E8">
        <w:rPr>
          <w:lang w:val="pt-BR"/>
        </w:rPr>
        <w:br/>
      </w:r>
    </w:p>
    <w:p w14:paraId="5FABCE4F" w14:textId="77777777" w:rsidR="002355BD" w:rsidRPr="001179E8" w:rsidRDefault="00000000">
      <w:pPr>
        <w:rPr>
          <w:lang w:val="pt-BR"/>
        </w:rPr>
      </w:pPr>
      <w:r w:rsidRPr="001179E8">
        <w:rPr>
          <w:lang w:val="pt-BR"/>
        </w:rPr>
        <w:t>Oberon pareceu surpreso com a rejeição. Sua expressão arrogante vacilou por um momento.</w:t>
      </w:r>
    </w:p>
    <w:p w14:paraId="5D168410" w14:textId="77777777" w:rsidR="002355BD" w:rsidRPr="001179E8" w:rsidRDefault="00000000">
      <w:pPr>
        <w:rPr>
          <w:lang w:val="pt-BR"/>
        </w:rPr>
      </w:pPr>
      <w:r w:rsidRPr="001179E8">
        <w:rPr>
          <w:lang w:val="pt-BR"/>
        </w:rPr>
        <w:br/>
      </w:r>
    </w:p>
    <w:p w14:paraId="43D55213" w14:textId="77777777" w:rsidR="002355BD" w:rsidRPr="001179E8" w:rsidRDefault="00000000">
      <w:pPr>
        <w:rPr>
          <w:lang w:val="pt-BR"/>
        </w:rPr>
      </w:pPr>
      <w:r w:rsidRPr="001179E8">
        <w:rPr>
          <w:lang w:val="pt-BR"/>
        </w:rPr>
        <w:t>Foi então que Art interveio, dando um passo à frente, colocando-se entre Linda e o príncipe. "Ela disse não," disse Art, sua voz baixa e tensa. "Deixe-a em paz."</w:t>
      </w:r>
    </w:p>
    <w:p w14:paraId="69BA6AD5" w14:textId="77777777" w:rsidR="002355BD" w:rsidRPr="001179E8" w:rsidRDefault="00000000">
      <w:pPr>
        <w:rPr>
          <w:lang w:val="pt-BR"/>
        </w:rPr>
      </w:pPr>
      <w:r w:rsidRPr="001179E8">
        <w:rPr>
          <w:lang w:val="pt-BR"/>
        </w:rPr>
        <w:br/>
      </w:r>
    </w:p>
    <w:p w14:paraId="2FA1559B" w14:textId="77777777" w:rsidR="002355BD" w:rsidRPr="001179E8" w:rsidRDefault="00000000">
      <w:pPr>
        <w:rPr>
          <w:lang w:val="pt-BR"/>
        </w:rPr>
      </w:pPr>
      <w:r w:rsidRPr="001179E8">
        <w:rPr>
          <w:lang w:val="pt-BR"/>
        </w:rPr>
        <w:t>Oberon riu, recuperando a compostura. "Protegendo seu território, meio-humano? Que comovente. Mas você não pode oferecer a ela o que eu posso. Você não pertence a este mundo."</w:t>
      </w:r>
    </w:p>
    <w:p w14:paraId="5B5DE82F" w14:textId="77777777" w:rsidR="002355BD" w:rsidRPr="001179E8" w:rsidRDefault="00000000">
      <w:pPr>
        <w:rPr>
          <w:lang w:val="pt-BR"/>
        </w:rPr>
      </w:pPr>
      <w:r w:rsidRPr="001179E8">
        <w:rPr>
          <w:lang w:val="pt-BR"/>
        </w:rPr>
        <w:lastRenderedPageBreak/>
        <w:br/>
      </w:r>
    </w:p>
    <w:p w14:paraId="3CA13ADA" w14:textId="77777777" w:rsidR="002355BD" w:rsidRPr="001179E8" w:rsidRDefault="00000000">
      <w:pPr>
        <w:rPr>
          <w:lang w:val="pt-BR"/>
        </w:rPr>
      </w:pPr>
      <w:r w:rsidRPr="001179E8">
        <w:rPr>
          <w:lang w:val="pt-BR"/>
        </w:rPr>
        <w:t>"Talvez não," retrucou Art, surpreendendo a si mesmo com sua ousadia. "Mas eu respeito a escolha dela. Algo que você parece incapaz de fazer."</w:t>
      </w:r>
    </w:p>
    <w:p w14:paraId="105B86A1" w14:textId="77777777" w:rsidR="002355BD" w:rsidRPr="001179E8" w:rsidRDefault="00000000">
      <w:pPr>
        <w:rPr>
          <w:lang w:val="pt-BR"/>
        </w:rPr>
      </w:pPr>
      <w:r w:rsidRPr="001179E8">
        <w:rPr>
          <w:lang w:val="pt-BR"/>
        </w:rPr>
        <w:br/>
      </w:r>
    </w:p>
    <w:p w14:paraId="22488244" w14:textId="77777777" w:rsidR="002355BD" w:rsidRPr="001179E8" w:rsidRDefault="00000000">
      <w:pPr>
        <w:rPr>
          <w:lang w:val="pt-BR"/>
        </w:rPr>
      </w:pPr>
      <w:r w:rsidRPr="001179E8">
        <w:rPr>
          <w:lang w:val="pt-BR"/>
        </w:rPr>
        <w:t>O confronto verbal esquentou, a tensão entre os dois homens tornando-se quase palpável. Linda observava, seus olhos arregalados de surpresa.</w:t>
      </w:r>
    </w:p>
    <w:p w14:paraId="52BA31E2" w14:textId="77777777" w:rsidR="002355BD" w:rsidRPr="001179E8" w:rsidRDefault="00000000">
      <w:pPr>
        <w:rPr>
          <w:lang w:val="pt-BR"/>
        </w:rPr>
      </w:pPr>
      <w:r w:rsidRPr="001179E8">
        <w:rPr>
          <w:lang w:val="pt-BR"/>
        </w:rPr>
        <w:br/>
      </w:r>
    </w:p>
    <w:p w14:paraId="4C189A5F" w14:textId="77777777" w:rsidR="002355BD" w:rsidRPr="001179E8" w:rsidRDefault="00000000">
      <w:pPr>
        <w:rPr>
          <w:lang w:val="pt-BR"/>
        </w:rPr>
      </w:pPr>
      <w:r w:rsidRPr="001179E8">
        <w:rPr>
          <w:lang w:val="pt-BR"/>
        </w:rPr>
        <w:t>"Art," disse ela finalmente, tocando seu braço. "Você está... com ciúmes?"</w:t>
      </w:r>
    </w:p>
    <w:p w14:paraId="66E6FE3C" w14:textId="77777777" w:rsidR="002355BD" w:rsidRPr="001179E8" w:rsidRDefault="00000000">
      <w:pPr>
        <w:rPr>
          <w:lang w:val="pt-BR"/>
        </w:rPr>
      </w:pPr>
      <w:r w:rsidRPr="001179E8">
        <w:rPr>
          <w:lang w:val="pt-BR"/>
        </w:rPr>
        <w:br/>
      </w:r>
    </w:p>
    <w:p w14:paraId="46B427D3" w14:textId="77777777" w:rsidR="002355BD" w:rsidRPr="001179E8" w:rsidRDefault="00000000">
      <w:pPr>
        <w:rPr>
          <w:lang w:val="pt-BR"/>
        </w:rPr>
      </w:pPr>
      <w:r w:rsidRPr="001179E8">
        <w:rPr>
          <w:lang w:val="pt-BR"/>
        </w:rPr>
        <w:t>A pergunta o pegou desprevenido. Ciúmes? Era isso que estava sentindo? A irritação, a possessividade, a dor ao vê-la com Oberon... sim, era ciúme. A percepção o deixou confuso, vulnerável.</w:t>
      </w:r>
    </w:p>
    <w:p w14:paraId="0868B64D" w14:textId="77777777" w:rsidR="002355BD" w:rsidRPr="001179E8" w:rsidRDefault="00000000">
      <w:pPr>
        <w:rPr>
          <w:lang w:val="pt-BR"/>
        </w:rPr>
      </w:pPr>
      <w:r w:rsidRPr="001179E8">
        <w:rPr>
          <w:lang w:val="pt-BR"/>
        </w:rPr>
        <w:br/>
      </w:r>
    </w:p>
    <w:p w14:paraId="342669FC" w14:textId="77777777" w:rsidR="002355BD" w:rsidRPr="001179E8" w:rsidRDefault="00000000">
      <w:pPr>
        <w:rPr>
          <w:lang w:val="pt-BR"/>
        </w:rPr>
      </w:pPr>
      <w:r w:rsidRPr="001179E8">
        <w:rPr>
          <w:lang w:val="pt-BR"/>
        </w:rPr>
        <w:t>"Eu só..." gaguejou ele, lutando para encontrar as palavras. "Eu me preocupo com você. Não gosto do jeito que ele te olha, como se você fosse um prêmio a ser conquistado."</w:t>
      </w:r>
    </w:p>
    <w:p w14:paraId="40BCC35C" w14:textId="77777777" w:rsidR="002355BD" w:rsidRPr="001179E8" w:rsidRDefault="00000000">
      <w:pPr>
        <w:rPr>
          <w:lang w:val="pt-BR"/>
        </w:rPr>
      </w:pPr>
      <w:r w:rsidRPr="001179E8">
        <w:rPr>
          <w:lang w:val="pt-BR"/>
        </w:rPr>
        <w:br/>
      </w:r>
    </w:p>
    <w:p w14:paraId="249F7FF5" w14:textId="77777777" w:rsidR="002355BD" w:rsidRPr="001179E8" w:rsidRDefault="00000000">
      <w:pPr>
        <w:rPr>
          <w:lang w:val="pt-BR"/>
        </w:rPr>
      </w:pPr>
      <w:r w:rsidRPr="001179E8">
        <w:rPr>
          <w:lang w:val="pt-BR"/>
        </w:rPr>
        <w:t>Um sorriso lento se espalhou pelo rosto de Linda, um sorriso de compreensão e talvez algo mais. Oberon, percebendo que havia perdido não apenas a disputa, mas também a atenção de Linda, bufou de frustração.</w:t>
      </w:r>
    </w:p>
    <w:p w14:paraId="15FCA430" w14:textId="77777777" w:rsidR="002355BD" w:rsidRPr="001179E8" w:rsidRDefault="00000000">
      <w:pPr>
        <w:rPr>
          <w:lang w:val="pt-BR"/>
        </w:rPr>
      </w:pPr>
      <w:r w:rsidRPr="001179E8">
        <w:rPr>
          <w:lang w:val="pt-BR"/>
        </w:rPr>
        <w:br/>
      </w:r>
    </w:p>
    <w:p w14:paraId="1833722C" w14:textId="77777777" w:rsidR="002355BD" w:rsidRPr="001179E8" w:rsidRDefault="00000000">
      <w:pPr>
        <w:rPr>
          <w:lang w:val="pt-BR"/>
        </w:rPr>
      </w:pPr>
      <w:r w:rsidRPr="001179E8">
        <w:rPr>
          <w:lang w:val="pt-BR"/>
        </w:rPr>
        <w:t>Nesse momento, a Rainha Titânia apareceu na clareira, sua presença silenciando instantaneamente a tensão. Ela observou os três com seus olhos sábios.</w:t>
      </w:r>
    </w:p>
    <w:p w14:paraId="08AFC653" w14:textId="77777777" w:rsidR="002355BD" w:rsidRPr="001179E8" w:rsidRDefault="00000000">
      <w:pPr>
        <w:rPr>
          <w:lang w:val="pt-BR"/>
        </w:rPr>
      </w:pPr>
      <w:r w:rsidRPr="001179E8">
        <w:rPr>
          <w:lang w:val="pt-BR"/>
        </w:rPr>
        <w:br/>
      </w:r>
    </w:p>
    <w:p w14:paraId="5A580470" w14:textId="77777777" w:rsidR="002355BD" w:rsidRPr="001179E8" w:rsidRDefault="00000000">
      <w:pPr>
        <w:rPr>
          <w:lang w:val="pt-BR"/>
        </w:rPr>
      </w:pPr>
      <w:r w:rsidRPr="001179E8">
        <w:rPr>
          <w:lang w:val="pt-BR"/>
        </w:rPr>
        <w:t>"Parece que o labirinto cumpriu seu propósito," disse ela calmamente. "Revelou não apenas medos, mas também a força dos laços e a sinceridade dos corações."</w:t>
      </w:r>
    </w:p>
    <w:p w14:paraId="7DAF35EB" w14:textId="77777777" w:rsidR="002355BD" w:rsidRPr="001179E8" w:rsidRDefault="00000000">
      <w:pPr>
        <w:rPr>
          <w:lang w:val="pt-BR"/>
        </w:rPr>
      </w:pPr>
      <w:r w:rsidRPr="001179E8">
        <w:rPr>
          <w:lang w:val="pt-BR"/>
        </w:rPr>
        <w:lastRenderedPageBreak/>
        <w:br/>
      </w:r>
    </w:p>
    <w:p w14:paraId="45B47487" w14:textId="77777777" w:rsidR="002355BD" w:rsidRPr="001179E8" w:rsidRDefault="00000000">
      <w:pPr>
        <w:rPr>
          <w:lang w:val="pt-BR"/>
        </w:rPr>
      </w:pPr>
      <w:r w:rsidRPr="001179E8">
        <w:rPr>
          <w:lang w:val="pt-BR"/>
        </w:rPr>
        <w:t>Ela se voltou para Art. "Sua defesa de sua parceira, sua honestidade sobre seus sentimentos, mesmo que confusos... isso demonstra um caráter que valorizamos. O Reino das Fadas se juntará à sua aliança."</w:t>
      </w:r>
    </w:p>
    <w:p w14:paraId="36E73822" w14:textId="77777777" w:rsidR="002355BD" w:rsidRPr="001179E8" w:rsidRDefault="00000000">
      <w:pPr>
        <w:rPr>
          <w:lang w:val="pt-BR"/>
        </w:rPr>
      </w:pPr>
      <w:r w:rsidRPr="001179E8">
        <w:rPr>
          <w:lang w:val="pt-BR"/>
        </w:rPr>
        <w:br/>
      </w:r>
    </w:p>
    <w:p w14:paraId="5F614911" w14:textId="77777777" w:rsidR="002355BD" w:rsidRPr="001179E8" w:rsidRDefault="00000000">
      <w:pPr>
        <w:rPr>
          <w:lang w:val="pt-BR"/>
        </w:rPr>
      </w:pPr>
      <w:r w:rsidRPr="001179E8">
        <w:rPr>
          <w:lang w:val="pt-BR"/>
        </w:rPr>
        <w:t>Art e Linda trocaram olhares de alívio e surpresa. Oberon fez uma careta, mas aceitou a decisão da Rainha com uma reverência relutante.</w:t>
      </w:r>
    </w:p>
    <w:p w14:paraId="323CED6A" w14:textId="77777777" w:rsidR="002355BD" w:rsidRPr="001179E8" w:rsidRDefault="00000000">
      <w:pPr>
        <w:rPr>
          <w:lang w:val="pt-BR"/>
        </w:rPr>
      </w:pPr>
      <w:r w:rsidRPr="001179E8">
        <w:rPr>
          <w:lang w:val="pt-BR"/>
        </w:rPr>
        <w:br/>
      </w:r>
    </w:p>
    <w:p w14:paraId="666CC5FC" w14:textId="77777777" w:rsidR="002355BD" w:rsidRPr="001179E8" w:rsidRDefault="00000000">
      <w:pPr>
        <w:rPr>
          <w:lang w:val="pt-BR"/>
        </w:rPr>
      </w:pPr>
      <w:r w:rsidRPr="001179E8">
        <w:rPr>
          <w:lang w:val="pt-BR"/>
        </w:rPr>
        <w:t>---</w:t>
      </w:r>
    </w:p>
    <w:p w14:paraId="75F44383" w14:textId="77777777" w:rsidR="002355BD" w:rsidRPr="001179E8" w:rsidRDefault="00000000">
      <w:pPr>
        <w:rPr>
          <w:lang w:val="pt-BR"/>
        </w:rPr>
      </w:pPr>
      <w:r w:rsidRPr="001179E8">
        <w:rPr>
          <w:lang w:val="pt-BR"/>
        </w:rPr>
        <w:br/>
      </w:r>
    </w:p>
    <w:p w14:paraId="36CEF92B" w14:textId="77777777" w:rsidR="002355BD" w:rsidRPr="001179E8" w:rsidRDefault="00000000">
      <w:pPr>
        <w:rPr>
          <w:lang w:val="pt-BR"/>
        </w:rPr>
      </w:pPr>
      <w:r w:rsidRPr="001179E8">
        <w:rPr>
          <w:lang w:val="pt-BR"/>
        </w:rPr>
        <w:t>A cerimônia de assinatura do tratado feérico foi um evento mágico, realizado sob a luz da lua cheia, com música tocada por ninfas e bênçãos sussurradas pelo vento. Oberon manteve uma distância respeitosa, embora seus olhares para Art ainda fossem hostis.</w:t>
      </w:r>
    </w:p>
    <w:p w14:paraId="3D39B4C6" w14:textId="77777777" w:rsidR="002355BD" w:rsidRPr="001179E8" w:rsidRDefault="00000000">
      <w:pPr>
        <w:rPr>
          <w:lang w:val="pt-BR"/>
        </w:rPr>
      </w:pPr>
      <w:r w:rsidRPr="001179E8">
        <w:rPr>
          <w:lang w:val="pt-BR"/>
        </w:rPr>
        <w:br/>
      </w:r>
    </w:p>
    <w:p w14:paraId="69D8D4B6" w14:textId="77777777" w:rsidR="002355BD" w:rsidRPr="001179E8" w:rsidRDefault="00000000">
      <w:pPr>
        <w:rPr>
          <w:lang w:val="pt-BR"/>
        </w:rPr>
      </w:pPr>
      <w:r w:rsidRPr="001179E8">
        <w:rPr>
          <w:lang w:val="pt-BR"/>
        </w:rPr>
        <w:t>Mais tarde, enquanto se preparavam para deixar o Reino Feérico, Art encontrou Linda sozinha em um jardim iluminado por flores luminescentes.</w:t>
      </w:r>
    </w:p>
    <w:p w14:paraId="3E654094" w14:textId="77777777" w:rsidR="002355BD" w:rsidRPr="001179E8" w:rsidRDefault="00000000">
      <w:pPr>
        <w:rPr>
          <w:lang w:val="pt-BR"/>
        </w:rPr>
      </w:pPr>
      <w:r w:rsidRPr="001179E8">
        <w:rPr>
          <w:lang w:val="pt-BR"/>
        </w:rPr>
        <w:br/>
      </w:r>
    </w:p>
    <w:p w14:paraId="4D6B4E46" w14:textId="77777777" w:rsidR="002355BD" w:rsidRPr="001179E8" w:rsidRDefault="00000000">
      <w:pPr>
        <w:rPr>
          <w:lang w:val="pt-BR"/>
        </w:rPr>
      </w:pPr>
      <w:r w:rsidRPr="001179E8">
        <w:rPr>
          <w:lang w:val="pt-BR"/>
        </w:rPr>
        <w:t>"Linda," começou ele, sentindo o coração bater forte no peito. "Sobre o que aconteceu no labirinto... sobre o que eu disse..."</w:t>
      </w:r>
    </w:p>
    <w:p w14:paraId="28A6AB79" w14:textId="77777777" w:rsidR="002355BD" w:rsidRPr="001179E8" w:rsidRDefault="00000000">
      <w:pPr>
        <w:rPr>
          <w:lang w:val="pt-BR"/>
        </w:rPr>
      </w:pPr>
      <w:r w:rsidRPr="001179E8">
        <w:rPr>
          <w:lang w:val="pt-BR"/>
        </w:rPr>
        <w:br/>
      </w:r>
    </w:p>
    <w:p w14:paraId="1D0D04D8" w14:textId="77777777" w:rsidR="002355BD" w:rsidRPr="001179E8" w:rsidRDefault="00000000">
      <w:pPr>
        <w:rPr>
          <w:lang w:val="pt-BR"/>
        </w:rPr>
      </w:pPr>
      <w:r w:rsidRPr="001179E8">
        <w:rPr>
          <w:lang w:val="pt-BR"/>
        </w:rPr>
        <w:t>"Eu sei," interrompeu ela suavemente, aproximando-se dele. "E eu também sinto... algo."</w:t>
      </w:r>
    </w:p>
    <w:p w14:paraId="177F9BAD" w14:textId="77777777" w:rsidR="002355BD" w:rsidRPr="001179E8" w:rsidRDefault="00000000">
      <w:pPr>
        <w:rPr>
          <w:lang w:val="pt-BR"/>
        </w:rPr>
      </w:pPr>
      <w:r w:rsidRPr="001179E8">
        <w:rPr>
          <w:lang w:val="pt-BR"/>
        </w:rPr>
        <w:br/>
      </w:r>
    </w:p>
    <w:p w14:paraId="15840116" w14:textId="77777777" w:rsidR="002355BD" w:rsidRPr="001179E8" w:rsidRDefault="00000000">
      <w:pPr>
        <w:rPr>
          <w:lang w:val="pt-BR"/>
        </w:rPr>
      </w:pPr>
      <w:r w:rsidRPr="001179E8">
        <w:rPr>
          <w:lang w:val="pt-BR"/>
        </w:rPr>
        <w:t>Art olhou nos olhos dela, vendo um reflexo de sua própria confusão e esperança. Ele precisava dizer, precisava tentar articular o turbilhão dentro dele.</w:t>
      </w:r>
    </w:p>
    <w:p w14:paraId="042A562E" w14:textId="77777777" w:rsidR="002355BD" w:rsidRPr="001179E8" w:rsidRDefault="00000000">
      <w:pPr>
        <w:rPr>
          <w:lang w:val="pt-BR"/>
        </w:rPr>
      </w:pPr>
      <w:r w:rsidRPr="001179E8">
        <w:rPr>
          <w:lang w:val="pt-BR"/>
        </w:rPr>
        <w:lastRenderedPageBreak/>
        <w:br/>
      </w:r>
    </w:p>
    <w:p w14:paraId="6738C420" w14:textId="77777777" w:rsidR="002355BD" w:rsidRPr="001179E8" w:rsidRDefault="00000000">
      <w:pPr>
        <w:rPr>
          <w:lang w:val="pt-BR"/>
        </w:rPr>
      </w:pPr>
      <w:r w:rsidRPr="001179E8">
        <w:rPr>
          <w:lang w:val="pt-BR"/>
        </w:rPr>
        <w:t>"Linda, eu acho que estou..." começou ele, a voz embargada pela emoção.</w:t>
      </w:r>
    </w:p>
    <w:p w14:paraId="07C90048" w14:textId="77777777" w:rsidR="002355BD" w:rsidRPr="001179E8" w:rsidRDefault="00000000">
      <w:pPr>
        <w:rPr>
          <w:lang w:val="pt-BR"/>
        </w:rPr>
      </w:pPr>
      <w:r w:rsidRPr="001179E8">
        <w:rPr>
          <w:lang w:val="pt-BR"/>
        </w:rPr>
        <w:br/>
      </w:r>
    </w:p>
    <w:p w14:paraId="451C78E9" w14:textId="77777777" w:rsidR="002355BD" w:rsidRPr="001179E8" w:rsidRDefault="00000000">
      <w:pPr>
        <w:rPr>
          <w:lang w:val="pt-BR"/>
        </w:rPr>
      </w:pPr>
      <w:r w:rsidRPr="001179E8">
        <w:rPr>
          <w:i/>
          <w:lang w:val="pt-BR"/>
        </w:rPr>
        <w:t>*BEEP BEEP BEEP*</w:t>
      </w:r>
    </w:p>
    <w:p w14:paraId="705769AB" w14:textId="77777777" w:rsidR="002355BD" w:rsidRPr="001179E8" w:rsidRDefault="00000000">
      <w:pPr>
        <w:rPr>
          <w:lang w:val="pt-BR"/>
        </w:rPr>
      </w:pPr>
      <w:r w:rsidRPr="001179E8">
        <w:rPr>
          <w:lang w:val="pt-BR"/>
        </w:rPr>
        <w:br/>
      </w:r>
    </w:p>
    <w:p w14:paraId="647DBBF5" w14:textId="77777777" w:rsidR="002355BD" w:rsidRPr="001179E8" w:rsidRDefault="00000000">
      <w:pPr>
        <w:rPr>
          <w:lang w:val="pt-BR"/>
        </w:rPr>
      </w:pPr>
      <w:r w:rsidRPr="001179E8">
        <w:rPr>
          <w:lang w:val="pt-BR"/>
        </w:rPr>
        <w:t>O som estridente veio do comunicador quântico no pulso de Art. Uma luz vermelha piscava urgentemente.</w:t>
      </w:r>
    </w:p>
    <w:p w14:paraId="46A08324" w14:textId="77777777" w:rsidR="002355BD" w:rsidRPr="001179E8" w:rsidRDefault="00000000">
      <w:pPr>
        <w:rPr>
          <w:lang w:val="pt-BR"/>
        </w:rPr>
      </w:pPr>
      <w:r w:rsidRPr="001179E8">
        <w:rPr>
          <w:lang w:val="pt-BR"/>
        </w:rPr>
        <w:br/>
      </w:r>
    </w:p>
    <w:p w14:paraId="16D3CD74" w14:textId="77777777" w:rsidR="002355BD" w:rsidRPr="001179E8" w:rsidRDefault="00000000">
      <w:pPr>
        <w:rPr>
          <w:lang w:val="pt-BR"/>
        </w:rPr>
      </w:pPr>
      <w:r w:rsidRPr="001179E8">
        <w:rPr>
          <w:lang w:val="pt-BR"/>
        </w:rPr>
        <w:t>"O que é isso?" perguntou Linda, o momento íntimo quebrado.</w:t>
      </w:r>
    </w:p>
    <w:p w14:paraId="567D98A8" w14:textId="77777777" w:rsidR="002355BD" w:rsidRPr="001179E8" w:rsidRDefault="00000000">
      <w:pPr>
        <w:rPr>
          <w:lang w:val="pt-BR"/>
        </w:rPr>
      </w:pPr>
      <w:r w:rsidRPr="001179E8">
        <w:rPr>
          <w:lang w:val="pt-BR"/>
        </w:rPr>
        <w:br/>
      </w:r>
    </w:p>
    <w:p w14:paraId="2B5643BE" w14:textId="77777777" w:rsidR="002355BD" w:rsidRPr="001179E8" w:rsidRDefault="00000000">
      <w:pPr>
        <w:rPr>
          <w:lang w:val="pt-BR"/>
        </w:rPr>
      </w:pPr>
      <w:r w:rsidRPr="001179E8">
        <w:rPr>
          <w:lang w:val="pt-BR"/>
        </w:rPr>
        <w:t>Art ativou o comunicador. A voz do General Vance soou, tensa e urgente. "Blue, Linda, relatório de situação. Detectamos atividade sísmica incomum e leituras de energia estranhas perto da localização estimada do Reino dos Gigantes. Suspeitamos de problemas. Prossigam com extrema cautela."</w:t>
      </w:r>
    </w:p>
    <w:p w14:paraId="27719A47" w14:textId="77777777" w:rsidR="002355BD" w:rsidRPr="001179E8" w:rsidRDefault="00000000">
      <w:pPr>
        <w:rPr>
          <w:lang w:val="pt-BR"/>
        </w:rPr>
      </w:pPr>
      <w:r w:rsidRPr="001179E8">
        <w:rPr>
          <w:lang w:val="pt-BR"/>
        </w:rPr>
        <w:br/>
      </w:r>
    </w:p>
    <w:p w14:paraId="4C386FDB" w14:textId="77777777" w:rsidR="002355BD" w:rsidRPr="001179E8" w:rsidRDefault="00000000">
      <w:pPr>
        <w:rPr>
          <w:lang w:val="pt-BR"/>
        </w:rPr>
      </w:pPr>
      <w:r w:rsidRPr="001179E8">
        <w:rPr>
          <w:lang w:val="pt-BR"/>
        </w:rPr>
        <w:t>A mensagem terminou, deixando um silêncio pesado no jardim encantado. A quase-confissão de Art pairava no ar, não dita, substituída pela urgência da missão.</w:t>
      </w:r>
    </w:p>
    <w:p w14:paraId="2C280B23" w14:textId="77777777" w:rsidR="002355BD" w:rsidRPr="001179E8" w:rsidRDefault="00000000">
      <w:pPr>
        <w:rPr>
          <w:lang w:val="pt-BR"/>
        </w:rPr>
      </w:pPr>
      <w:r w:rsidRPr="001179E8">
        <w:rPr>
          <w:lang w:val="pt-BR"/>
        </w:rPr>
        <w:br/>
      </w:r>
    </w:p>
    <w:p w14:paraId="17400ABE" w14:textId="77777777" w:rsidR="002355BD" w:rsidRPr="001179E8" w:rsidRDefault="00000000">
      <w:pPr>
        <w:rPr>
          <w:lang w:val="pt-BR"/>
        </w:rPr>
      </w:pPr>
      <w:r w:rsidRPr="001179E8">
        <w:rPr>
          <w:lang w:val="pt-BR"/>
        </w:rPr>
        <w:t>"Problemas no Reino dos Gigantes," murmurou Linda, sua expressão tornando-se séria. "Precisamos ir. Agora."</w:t>
      </w:r>
    </w:p>
    <w:p w14:paraId="0EE8EA60" w14:textId="77777777" w:rsidR="002355BD" w:rsidRPr="001179E8" w:rsidRDefault="00000000">
      <w:pPr>
        <w:rPr>
          <w:lang w:val="pt-BR"/>
        </w:rPr>
      </w:pPr>
      <w:r w:rsidRPr="001179E8">
        <w:rPr>
          <w:lang w:val="pt-BR"/>
        </w:rPr>
        <w:br/>
      </w:r>
    </w:p>
    <w:p w14:paraId="18742611" w14:textId="77777777" w:rsidR="002355BD" w:rsidRPr="001179E8" w:rsidRDefault="00000000">
      <w:pPr>
        <w:rPr>
          <w:lang w:val="pt-BR"/>
        </w:rPr>
      </w:pPr>
      <w:r w:rsidRPr="001179E8">
        <w:rPr>
          <w:lang w:val="pt-BR"/>
        </w:rPr>
        <w:t>Art assentiu, guardando seus sentimentos confusos para si mais uma vez. A missão vinha em primeiro lugar. "Vamos."</w:t>
      </w:r>
    </w:p>
    <w:p w14:paraId="3AE50EB3" w14:textId="77777777" w:rsidR="002355BD" w:rsidRPr="001179E8" w:rsidRDefault="00000000">
      <w:pPr>
        <w:rPr>
          <w:lang w:val="pt-BR"/>
        </w:rPr>
      </w:pPr>
      <w:r w:rsidRPr="001179E8">
        <w:rPr>
          <w:lang w:val="pt-BR"/>
        </w:rPr>
        <w:br/>
      </w:r>
    </w:p>
    <w:p w14:paraId="0071CF89" w14:textId="77777777" w:rsidR="002355BD" w:rsidRPr="001179E8" w:rsidRDefault="00000000">
      <w:pPr>
        <w:rPr>
          <w:lang w:val="pt-BR"/>
        </w:rPr>
      </w:pPr>
      <w:r w:rsidRPr="001179E8">
        <w:rPr>
          <w:lang w:val="pt-BR"/>
        </w:rPr>
        <w:lastRenderedPageBreak/>
        <w:t>Enquanto deixavam o Reino das Fadas para trás, Art não pôde deixar de sentir uma pontada de frustração. Estivera tão perto de dizer o que sentia, de talvez entender o que Linda sentia. Mas o destino, ou talvez apenas o dever, interveio.</w:t>
      </w:r>
    </w:p>
    <w:p w14:paraId="29335A77" w14:textId="77777777" w:rsidR="002355BD" w:rsidRPr="001179E8" w:rsidRDefault="00000000">
      <w:pPr>
        <w:rPr>
          <w:lang w:val="pt-BR"/>
        </w:rPr>
      </w:pPr>
      <w:r w:rsidRPr="001179E8">
        <w:rPr>
          <w:lang w:val="pt-BR"/>
        </w:rPr>
        <w:br/>
      </w:r>
    </w:p>
    <w:p w14:paraId="32225AB4" w14:textId="77777777" w:rsidR="002355BD" w:rsidRPr="001179E8" w:rsidRDefault="00000000">
      <w:pPr>
        <w:rPr>
          <w:lang w:val="pt-BR"/>
        </w:rPr>
      </w:pPr>
      <w:r w:rsidRPr="001179E8">
        <w:rPr>
          <w:lang w:val="pt-BR"/>
        </w:rPr>
        <w:t>A jornada para o último reino seria perigosa, e a dinâmica entre ele e Linda, agora carregada de sentimentos não expressos e ciúmes recém-descobertos, tornava tudo ainda mais complicado.</w:t>
      </w:r>
    </w:p>
    <w:p w14:paraId="6AFE77B4" w14:textId="77777777" w:rsidR="002355BD" w:rsidRPr="001179E8" w:rsidRDefault="002355BD">
      <w:pPr>
        <w:rPr>
          <w:lang w:val="pt-BR"/>
        </w:rPr>
      </w:pPr>
    </w:p>
    <w:p w14:paraId="3F432173" w14:textId="77777777" w:rsidR="002355BD" w:rsidRPr="001179E8" w:rsidRDefault="002355BD">
      <w:pPr>
        <w:rPr>
          <w:lang w:val="pt-BR"/>
        </w:rPr>
      </w:pPr>
    </w:p>
    <w:p w14:paraId="0D670DF9" w14:textId="77777777" w:rsidR="002355BD" w:rsidRPr="001179E8" w:rsidRDefault="00000000">
      <w:pPr>
        <w:rPr>
          <w:lang w:val="pt-BR"/>
        </w:rPr>
      </w:pPr>
      <w:r w:rsidRPr="001179E8">
        <w:rPr>
          <w:lang w:val="pt-BR"/>
        </w:rPr>
        <w:t>A aeronave da G.R.A.I.A. cortava o céu tempestuoso, sacudindo ocasionalmente com as rajadas de vento. Art e Linda estavam sentados lado a lado na cabine, um silêncio tenso entre eles. A quase-confissão interrompida no Reino das Fadas pairava no ar como uma pergunta não respondida.</w:t>
      </w:r>
    </w:p>
    <w:p w14:paraId="458FD117" w14:textId="77777777" w:rsidR="002355BD" w:rsidRPr="001179E8" w:rsidRDefault="00000000">
      <w:pPr>
        <w:rPr>
          <w:lang w:val="pt-BR"/>
        </w:rPr>
      </w:pPr>
      <w:r w:rsidRPr="001179E8">
        <w:rPr>
          <w:lang w:val="pt-BR"/>
        </w:rPr>
        <w:br/>
      </w:r>
    </w:p>
    <w:p w14:paraId="39552BB5" w14:textId="77777777" w:rsidR="002355BD" w:rsidRPr="001179E8" w:rsidRDefault="00000000">
      <w:pPr>
        <w:rPr>
          <w:lang w:val="pt-BR"/>
        </w:rPr>
      </w:pPr>
      <w:r w:rsidRPr="001179E8">
        <w:rPr>
          <w:lang w:val="pt-BR"/>
        </w:rPr>
        <w:t>Art olhava pela janela, observando as nuvens escuras que se acumulavam no horizonte. Seu coração ainda batia acelerado quando pensava no momento em que quase revelara seus sentimentos a Linda. O que ela teria dito se o comunicador não tivesse tocado? O que ele mesmo teria dito, exatamente? As palavras ainda estavam se formando em sua mente, sentimentos novos e confusos que ele mal conseguia nomear.</w:t>
      </w:r>
    </w:p>
    <w:p w14:paraId="137A9C1E" w14:textId="77777777" w:rsidR="002355BD" w:rsidRPr="001179E8" w:rsidRDefault="00000000">
      <w:pPr>
        <w:rPr>
          <w:lang w:val="pt-BR"/>
        </w:rPr>
      </w:pPr>
      <w:r w:rsidRPr="001179E8">
        <w:rPr>
          <w:lang w:val="pt-BR"/>
        </w:rPr>
        <w:br/>
      </w:r>
    </w:p>
    <w:p w14:paraId="61C3EACF" w14:textId="77777777" w:rsidR="002355BD" w:rsidRPr="001179E8" w:rsidRDefault="00000000">
      <w:pPr>
        <w:rPr>
          <w:lang w:val="pt-BR"/>
        </w:rPr>
      </w:pPr>
      <w:r w:rsidRPr="001179E8">
        <w:rPr>
          <w:lang w:val="pt-BR"/>
        </w:rPr>
        <w:t>"Você está muito quieto," comentou Linda, quebrando o silêncio.</w:t>
      </w:r>
    </w:p>
    <w:p w14:paraId="34140514" w14:textId="77777777" w:rsidR="002355BD" w:rsidRPr="001179E8" w:rsidRDefault="00000000">
      <w:pPr>
        <w:rPr>
          <w:lang w:val="pt-BR"/>
        </w:rPr>
      </w:pPr>
      <w:r w:rsidRPr="001179E8">
        <w:rPr>
          <w:lang w:val="pt-BR"/>
        </w:rPr>
        <w:br/>
      </w:r>
    </w:p>
    <w:p w14:paraId="7F13B018" w14:textId="77777777" w:rsidR="002355BD" w:rsidRPr="001179E8" w:rsidRDefault="00000000">
      <w:pPr>
        <w:rPr>
          <w:lang w:val="pt-BR"/>
        </w:rPr>
      </w:pPr>
      <w:r w:rsidRPr="001179E8">
        <w:rPr>
          <w:lang w:val="pt-BR"/>
        </w:rPr>
        <w:t>Art virou-se para ela, encontrando seus olhos violeta observando-o com curiosidade. "Só... pensando na missão," mentiu ele. "Quatro reinos conquistados, um para ir."</w:t>
      </w:r>
    </w:p>
    <w:p w14:paraId="31579523" w14:textId="77777777" w:rsidR="002355BD" w:rsidRPr="001179E8" w:rsidRDefault="00000000">
      <w:pPr>
        <w:rPr>
          <w:lang w:val="pt-BR"/>
        </w:rPr>
      </w:pPr>
      <w:r w:rsidRPr="001179E8">
        <w:rPr>
          <w:lang w:val="pt-BR"/>
        </w:rPr>
        <w:br/>
      </w:r>
    </w:p>
    <w:p w14:paraId="0801227B" w14:textId="77777777" w:rsidR="002355BD" w:rsidRPr="001179E8" w:rsidRDefault="00000000">
      <w:pPr>
        <w:rPr>
          <w:lang w:val="pt-BR"/>
        </w:rPr>
      </w:pPr>
      <w:r w:rsidRPr="001179E8">
        <w:rPr>
          <w:lang w:val="pt-BR"/>
        </w:rPr>
        <w:t>Linda assentiu, embora seu olhar sugerisse que sabia que havia mais. "O Reino dos Gigantes é... diferente dos outros," disse ela, consultando o tablet com informações. "Eles são isolacionistas não por tradição ou magia, mas por escolha filosófica. Acreditam que a sabedoria vem do distanciamento."</w:t>
      </w:r>
    </w:p>
    <w:p w14:paraId="2E947617" w14:textId="77777777" w:rsidR="002355BD" w:rsidRPr="001179E8" w:rsidRDefault="00000000">
      <w:pPr>
        <w:rPr>
          <w:lang w:val="pt-BR"/>
        </w:rPr>
      </w:pPr>
      <w:r w:rsidRPr="001179E8">
        <w:rPr>
          <w:lang w:val="pt-BR"/>
        </w:rPr>
        <w:lastRenderedPageBreak/>
        <w:br/>
      </w:r>
    </w:p>
    <w:p w14:paraId="10832D0C" w14:textId="77777777" w:rsidR="002355BD" w:rsidRPr="001179E8" w:rsidRDefault="00000000">
      <w:pPr>
        <w:rPr>
          <w:lang w:val="pt-BR"/>
        </w:rPr>
      </w:pPr>
      <w:r w:rsidRPr="001179E8">
        <w:rPr>
          <w:lang w:val="pt-BR"/>
        </w:rPr>
        <w:t>"E como entramos em contato com pessoas que escolheram se afastar do mundo?" perguntou Art, grato pela mudança de assunto.</w:t>
      </w:r>
    </w:p>
    <w:p w14:paraId="1363CCED" w14:textId="77777777" w:rsidR="002355BD" w:rsidRPr="001179E8" w:rsidRDefault="00000000">
      <w:pPr>
        <w:rPr>
          <w:lang w:val="pt-BR"/>
        </w:rPr>
      </w:pPr>
      <w:r w:rsidRPr="001179E8">
        <w:rPr>
          <w:lang w:val="pt-BR"/>
        </w:rPr>
        <w:br/>
      </w:r>
    </w:p>
    <w:p w14:paraId="76B94FF9" w14:textId="77777777" w:rsidR="002355BD" w:rsidRPr="001179E8" w:rsidRDefault="00000000">
      <w:pPr>
        <w:rPr>
          <w:lang w:val="pt-BR"/>
        </w:rPr>
      </w:pPr>
      <w:r w:rsidRPr="001179E8">
        <w:rPr>
          <w:lang w:val="pt-BR"/>
        </w:rPr>
        <w:t>"Através do respeito por sua escolha," respondeu Linda. "E..." ela hesitou, um pequeno sorriso formando-se em seus lábios, "através de enigmas."</w:t>
      </w:r>
    </w:p>
    <w:p w14:paraId="3E3E0648" w14:textId="77777777" w:rsidR="002355BD" w:rsidRPr="001179E8" w:rsidRDefault="00000000">
      <w:pPr>
        <w:rPr>
          <w:lang w:val="pt-BR"/>
        </w:rPr>
      </w:pPr>
      <w:r w:rsidRPr="001179E8">
        <w:rPr>
          <w:lang w:val="pt-BR"/>
        </w:rPr>
        <w:br/>
      </w:r>
    </w:p>
    <w:p w14:paraId="6C83D7B0" w14:textId="77777777" w:rsidR="002355BD" w:rsidRPr="001179E8" w:rsidRDefault="00000000">
      <w:pPr>
        <w:rPr>
          <w:lang w:val="pt-BR"/>
        </w:rPr>
      </w:pPr>
      <w:r w:rsidRPr="001179E8">
        <w:rPr>
          <w:lang w:val="pt-BR"/>
        </w:rPr>
        <w:t>"Enigmas?"</w:t>
      </w:r>
    </w:p>
    <w:p w14:paraId="18F66B7C" w14:textId="77777777" w:rsidR="002355BD" w:rsidRPr="001179E8" w:rsidRDefault="00000000">
      <w:pPr>
        <w:rPr>
          <w:lang w:val="pt-BR"/>
        </w:rPr>
      </w:pPr>
      <w:r w:rsidRPr="001179E8">
        <w:rPr>
          <w:lang w:val="pt-BR"/>
        </w:rPr>
        <w:br/>
      </w:r>
    </w:p>
    <w:p w14:paraId="408620EE" w14:textId="77777777" w:rsidR="002355BD" w:rsidRPr="001179E8" w:rsidRDefault="00000000">
      <w:pPr>
        <w:rPr>
          <w:lang w:val="pt-BR"/>
        </w:rPr>
      </w:pPr>
      <w:r w:rsidRPr="001179E8">
        <w:rPr>
          <w:lang w:val="pt-BR"/>
        </w:rPr>
        <w:t>"Os Gigantes valorizam o intelecto acima de tudo. Cada visitante deve resolver um enigma para provar seu valor. Não é sobre força, é sobre sabedoria."</w:t>
      </w:r>
    </w:p>
    <w:p w14:paraId="74AA1CBB" w14:textId="77777777" w:rsidR="002355BD" w:rsidRPr="001179E8" w:rsidRDefault="00000000">
      <w:pPr>
        <w:rPr>
          <w:lang w:val="pt-BR"/>
        </w:rPr>
      </w:pPr>
      <w:r w:rsidRPr="001179E8">
        <w:rPr>
          <w:lang w:val="pt-BR"/>
        </w:rPr>
        <w:br/>
      </w:r>
    </w:p>
    <w:p w14:paraId="3D1D1CB5" w14:textId="77777777" w:rsidR="002355BD" w:rsidRPr="001179E8" w:rsidRDefault="00000000">
      <w:pPr>
        <w:rPr>
          <w:lang w:val="pt-BR"/>
        </w:rPr>
      </w:pPr>
      <w:r w:rsidRPr="001179E8">
        <w:rPr>
          <w:lang w:val="pt-BR"/>
        </w:rPr>
        <w:t>Art sorriu. "Bem, então é bom que eu tenha você comigo. Você é a pessoa mais inteligente que conheço."</w:t>
      </w:r>
    </w:p>
    <w:p w14:paraId="20E31F73" w14:textId="77777777" w:rsidR="002355BD" w:rsidRPr="001179E8" w:rsidRDefault="00000000">
      <w:pPr>
        <w:rPr>
          <w:lang w:val="pt-BR"/>
        </w:rPr>
      </w:pPr>
      <w:r w:rsidRPr="001179E8">
        <w:rPr>
          <w:lang w:val="pt-BR"/>
        </w:rPr>
        <w:br/>
      </w:r>
    </w:p>
    <w:p w14:paraId="443A547F" w14:textId="77777777" w:rsidR="002355BD" w:rsidRPr="001179E8" w:rsidRDefault="00000000">
      <w:pPr>
        <w:rPr>
          <w:lang w:val="pt-BR"/>
        </w:rPr>
      </w:pPr>
      <w:r w:rsidRPr="001179E8">
        <w:rPr>
          <w:lang w:val="pt-BR"/>
        </w:rPr>
        <w:t>Linda corou levemente com o elogio, desviando o olhar. "Você me subestima, Art. E se subestima também."</w:t>
      </w:r>
    </w:p>
    <w:p w14:paraId="0CC85E30" w14:textId="77777777" w:rsidR="002355BD" w:rsidRPr="001179E8" w:rsidRDefault="00000000">
      <w:pPr>
        <w:rPr>
          <w:lang w:val="pt-BR"/>
        </w:rPr>
      </w:pPr>
      <w:r w:rsidRPr="001179E8">
        <w:rPr>
          <w:lang w:val="pt-BR"/>
        </w:rPr>
        <w:br/>
      </w:r>
    </w:p>
    <w:p w14:paraId="7DD206F0" w14:textId="77777777" w:rsidR="002355BD" w:rsidRPr="001179E8" w:rsidRDefault="00000000">
      <w:pPr>
        <w:rPr>
          <w:lang w:val="pt-BR"/>
        </w:rPr>
      </w:pPr>
      <w:r w:rsidRPr="001179E8">
        <w:rPr>
          <w:lang w:val="pt-BR"/>
        </w:rPr>
        <w:t>Antes que Art pudesse responder, o piloto anunciou: "Aproximando-nos das coordenadas do Reino dos Gigantes. Mas... não estou vendo nada além de montanhas."</w:t>
      </w:r>
    </w:p>
    <w:p w14:paraId="7D612B88" w14:textId="77777777" w:rsidR="002355BD" w:rsidRPr="001179E8" w:rsidRDefault="00000000">
      <w:pPr>
        <w:rPr>
          <w:lang w:val="pt-BR"/>
        </w:rPr>
      </w:pPr>
      <w:r w:rsidRPr="001179E8">
        <w:rPr>
          <w:lang w:val="pt-BR"/>
        </w:rPr>
        <w:br/>
      </w:r>
    </w:p>
    <w:p w14:paraId="13CFF479" w14:textId="77777777" w:rsidR="002355BD" w:rsidRPr="001179E8" w:rsidRDefault="00000000">
      <w:pPr>
        <w:rPr>
          <w:lang w:val="pt-BR"/>
        </w:rPr>
      </w:pPr>
      <w:r w:rsidRPr="001179E8">
        <w:rPr>
          <w:lang w:val="pt-BR"/>
        </w:rPr>
        <w:t>Art e Linda se aproximaram do painel frontal, observando a paisagem abaixo. Uma cadeia montanhosa imponente se estendia até onde a vista alcançava, mas não havia sinal de civilização – nenhuma cidade, nenhuma estrutura, apenas pedra e neve.</w:t>
      </w:r>
    </w:p>
    <w:p w14:paraId="2BE2875F" w14:textId="77777777" w:rsidR="002355BD" w:rsidRPr="001179E8" w:rsidRDefault="00000000">
      <w:pPr>
        <w:rPr>
          <w:lang w:val="pt-BR"/>
        </w:rPr>
      </w:pPr>
      <w:r w:rsidRPr="001179E8">
        <w:rPr>
          <w:lang w:val="pt-BR"/>
        </w:rPr>
        <w:lastRenderedPageBreak/>
        <w:br/>
      </w:r>
    </w:p>
    <w:p w14:paraId="2C7010F1" w14:textId="77777777" w:rsidR="002355BD" w:rsidRPr="001179E8" w:rsidRDefault="00000000">
      <w:pPr>
        <w:rPr>
          <w:lang w:val="pt-BR"/>
        </w:rPr>
      </w:pPr>
      <w:r w:rsidRPr="001179E8">
        <w:rPr>
          <w:lang w:val="pt-BR"/>
        </w:rPr>
        <w:t>"Deve haver algum tipo de camuflagem," murmurou Linda. "Os relatórios mencionam um 'domo invisível'."</w:t>
      </w:r>
    </w:p>
    <w:p w14:paraId="6246C7B0" w14:textId="77777777" w:rsidR="002355BD" w:rsidRPr="001179E8" w:rsidRDefault="00000000">
      <w:pPr>
        <w:rPr>
          <w:lang w:val="pt-BR"/>
        </w:rPr>
      </w:pPr>
      <w:r w:rsidRPr="001179E8">
        <w:rPr>
          <w:lang w:val="pt-BR"/>
        </w:rPr>
        <w:br/>
      </w:r>
    </w:p>
    <w:p w14:paraId="5067987B" w14:textId="77777777" w:rsidR="002355BD" w:rsidRPr="001179E8" w:rsidRDefault="00000000">
      <w:pPr>
        <w:rPr>
          <w:lang w:val="pt-BR"/>
        </w:rPr>
      </w:pPr>
      <w:r w:rsidRPr="001179E8">
        <w:rPr>
          <w:lang w:val="pt-BR"/>
        </w:rPr>
        <w:t>"Como encontramos algo que não podemos ver?" perguntou Art.</w:t>
      </w:r>
    </w:p>
    <w:p w14:paraId="315195F4" w14:textId="77777777" w:rsidR="002355BD" w:rsidRPr="001179E8" w:rsidRDefault="00000000">
      <w:pPr>
        <w:rPr>
          <w:lang w:val="pt-BR"/>
        </w:rPr>
      </w:pPr>
      <w:r w:rsidRPr="001179E8">
        <w:rPr>
          <w:lang w:val="pt-BR"/>
        </w:rPr>
        <w:br/>
      </w:r>
    </w:p>
    <w:p w14:paraId="21F2815E" w14:textId="77777777" w:rsidR="002355BD" w:rsidRPr="001179E8" w:rsidRDefault="00000000">
      <w:pPr>
        <w:rPr>
          <w:lang w:val="pt-BR"/>
        </w:rPr>
      </w:pPr>
      <w:r w:rsidRPr="001179E8">
        <w:rPr>
          <w:lang w:val="pt-BR"/>
        </w:rPr>
        <w:t>Linda fechou os olhos, concentrando-se. "Posso tentar algo," disse ela. "Minha conexão com a terra... talvez possa sentir onde a natureza foi alterada."</w:t>
      </w:r>
    </w:p>
    <w:p w14:paraId="6F59B0D0" w14:textId="77777777" w:rsidR="002355BD" w:rsidRPr="001179E8" w:rsidRDefault="00000000">
      <w:pPr>
        <w:rPr>
          <w:lang w:val="pt-BR"/>
        </w:rPr>
      </w:pPr>
      <w:r w:rsidRPr="001179E8">
        <w:rPr>
          <w:lang w:val="pt-BR"/>
        </w:rPr>
        <w:br/>
      </w:r>
    </w:p>
    <w:p w14:paraId="5EE10835" w14:textId="77777777" w:rsidR="002355BD" w:rsidRPr="001179E8" w:rsidRDefault="00000000">
      <w:pPr>
        <w:rPr>
          <w:lang w:val="pt-BR"/>
        </w:rPr>
      </w:pPr>
      <w:r w:rsidRPr="001179E8">
        <w:rPr>
          <w:lang w:val="pt-BR"/>
        </w:rPr>
        <w:t>Ela estendeu as mãos, palmas para baixo, como se estivesse tocando a própria montanha através do ar. Art observou, fascinado, enquanto uma suave aura esverdeada envolvia seus dedos.</w:t>
      </w:r>
    </w:p>
    <w:p w14:paraId="7A04C1C7" w14:textId="77777777" w:rsidR="002355BD" w:rsidRPr="001179E8" w:rsidRDefault="00000000">
      <w:pPr>
        <w:rPr>
          <w:lang w:val="pt-BR"/>
        </w:rPr>
      </w:pPr>
      <w:r w:rsidRPr="001179E8">
        <w:rPr>
          <w:lang w:val="pt-BR"/>
        </w:rPr>
        <w:br/>
      </w:r>
    </w:p>
    <w:p w14:paraId="238AD80B" w14:textId="77777777" w:rsidR="002355BD" w:rsidRPr="001179E8" w:rsidRDefault="00000000">
      <w:pPr>
        <w:rPr>
          <w:lang w:val="pt-BR"/>
        </w:rPr>
      </w:pPr>
      <w:r w:rsidRPr="001179E8">
        <w:rPr>
          <w:lang w:val="pt-BR"/>
        </w:rPr>
        <w:t>"Ali," disse ela finalmente, apontando para um vale entre dois picos imponentes. "Há algo... diferente naquele lugar. A terra foi moldada por mãos conscientes."</w:t>
      </w:r>
    </w:p>
    <w:p w14:paraId="208EF571" w14:textId="77777777" w:rsidR="002355BD" w:rsidRPr="001179E8" w:rsidRDefault="00000000">
      <w:pPr>
        <w:rPr>
          <w:lang w:val="pt-BR"/>
        </w:rPr>
      </w:pPr>
      <w:r w:rsidRPr="001179E8">
        <w:rPr>
          <w:lang w:val="pt-BR"/>
        </w:rPr>
        <w:br/>
      </w:r>
    </w:p>
    <w:p w14:paraId="276AA28E" w14:textId="77777777" w:rsidR="002355BD" w:rsidRPr="001179E8" w:rsidRDefault="00000000">
      <w:pPr>
        <w:rPr>
          <w:lang w:val="pt-BR"/>
        </w:rPr>
      </w:pPr>
      <w:r w:rsidRPr="001179E8">
        <w:rPr>
          <w:lang w:val="pt-BR"/>
        </w:rPr>
        <w:t>O piloto direcionou a aeronave para o local indicado. À medida que se aproximavam, o ar começou a ondular, como o calor sobre asfalto em um dia quente. Então, subitamente, a ilusão se desfez.</w:t>
      </w:r>
    </w:p>
    <w:p w14:paraId="40EAE565" w14:textId="77777777" w:rsidR="002355BD" w:rsidRPr="001179E8" w:rsidRDefault="00000000">
      <w:pPr>
        <w:rPr>
          <w:lang w:val="pt-BR"/>
        </w:rPr>
      </w:pPr>
      <w:r w:rsidRPr="001179E8">
        <w:rPr>
          <w:lang w:val="pt-BR"/>
        </w:rPr>
        <w:br/>
      </w:r>
    </w:p>
    <w:p w14:paraId="0E6F3C4B" w14:textId="77777777" w:rsidR="002355BD" w:rsidRPr="001179E8" w:rsidRDefault="00000000">
      <w:pPr>
        <w:rPr>
          <w:lang w:val="pt-BR"/>
        </w:rPr>
      </w:pPr>
      <w:r w:rsidRPr="001179E8">
        <w:rPr>
          <w:lang w:val="pt-BR"/>
        </w:rPr>
        <w:t>Onde antes havia apenas um vale rochoso, agora se erguia uma cidade impressionante – uma metrópole de proporções colossais, com edifícios que pareciam ter sido esculpidos diretamente das montanhas. Estruturas antigas de pedra polida coexistiam com torres futuristas de cristal e metal. Pontes arqueadas conectavam diferentes níveis da cidade, e estátuas gigantescas guardavam praças amplas.</w:t>
      </w:r>
    </w:p>
    <w:p w14:paraId="5C68D299" w14:textId="77777777" w:rsidR="002355BD" w:rsidRPr="001179E8" w:rsidRDefault="00000000">
      <w:pPr>
        <w:rPr>
          <w:lang w:val="pt-BR"/>
        </w:rPr>
      </w:pPr>
      <w:r w:rsidRPr="001179E8">
        <w:rPr>
          <w:lang w:val="pt-BR"/>
        </w:rPr>
        <w:br/>
      </w:r>
    </w:p>
    <w:p w14:paraId="3C64311E" w14:textId="77777777" w:rsidR="002355BD" w:rsidRPr="001179E8" w:rsidRDefault="00000000">
      <w:pPr>
        <w:rPr>
          <w:lang w:val="pt-BR"/>
        </w:rPr>
      </w:pPr>
      <w:r w:rsidRPr="001179E8">
        <w:rPr>
          <w:lang w:val="pt-BR"/>
        </w:rPr>
        <w:lastRenderedPageBreak/>
        <w:t>"O Reino dos Gigantes," sussurrou Linda, seus olhos arregalados de admiração.</w:t>
      </w:r>
    </w:p>
    <w:p w14:paraId="6ABD1733" w14:textId="77777777" w:rsidR="002355BD" w:rsidRPr="001179E8" w:rsidRDefault="00000000">
      <w:pPr>
        <w:rPr>
          <w:lang w:val="pt-BR"/>
        </w:rPr>
      </w:pPr>
      <w:r w:rsidRPr="001179E8">
        <w:rPr>
          <w:lang w:val="pt-BR"/>
        </w:rPr>
        <w:br/>
      </w:r>
    </w:p>
    <w:p w14:paraId="732FEE6B" w14:textId="77777777" w:rsidR="002355BD" w:rsidRPr="001179E8" w:rsidRDefault="00000000">
      <w:pPr>
        <w:rPr>
          <w:lang w:val="pt-BR"/>
        </w:rPr>
      </w:pPr>
      <w:r w:rsidRPr="001179E8">
        <w:rPr>
          <w:lang w:val="pt-BR"/>
        </w:rPr>
        <w:t>A aeronave pousou em uma plataforma designada, onde foram recebidos por uma comitiva de Gigantes – seres humanoides de três a quatro metros de altura, com feições nobres e olhos que brilhavam com inteligência antiga. Vestiam túnicas simples mas elegantes, adornadas com símbolos geométricos complexos.</w:t>
      </w:r>
    </w:p>
    <w:p w14:paraId="10DA787C" w14:textId="77777777" w:rsidR="002355BD" w:rsidRPr="001179E8" w:rsidRDefault="00000000">
      <w:pPr>
        <w:rPr>
          <w:lang w:val="pt-BR"/>
        </w:rPr>
      </w:pPr>
      <w:r w:rsidRPr="001179E8">
        <w:rPr>
          <w:lang w:val="pt-BR"/>
        </w:rPr>
        <w:br/>
      </w:r>
    </w:p>
    <w:p w14:paraId="284CD908" w14:textId="77777777" w:rsidR="002355BD" w:rsidRPr="001179E8" w:rsidRDefault="00000000">
      <w:pPr>
        <w:rPr>
          <w:lang w:val="pt-BR"/>
        </w:rPr>
      </w:pPr>
      <w:r w:rsidRPr="001179E8">
        <w:rPr>
          <w:lang w:val="pt-BR"/>
        </w:rPr>
        <w:t>"Bem-vindos, Emissários," disse o líder da comitiva, um Gigante de cabelos grisalhos e barba trançada. "Sou Thorne, Conselheiro dos Sábios. Esperávamos sua chegada."</w:t>
      </w:r>
    </w:p>
    <w:p w14:paraId="272ED349" w14:textId="77777777" w:rsidR="002355BD" w:rsidRPr="001179E8" w:rsidRDefault="00000000">
      <w:pPr>
        <w:rPr>
          <w:lang w:val="pt-BR"/>
        </w:rPr>
      </w:pPr>
      <w:r w:rsidRPr="001179E8">
        <w:rPr>
          <w:lang w:val="pt-BR"/>
        </w:rPr>
        <w:br/>
      </w:r>
    </w:p>
    <w:p w14:paraId="4A6C6705" w14:textId="77777777" w:rsidR="002355BD" w:rsidRPr="001179E8" w:rsidRDefault="00000000">
      <w:pPr>
        <w:rPr>
          <w:lang w:val="pt-BR"/>
        </w:rPr>
      </w:pPr>
      <w:r w:rsidRPr="001179E8">
        <w:rPr>
          <w:lang w:val="pt-BR"/>
        </w:rPr>
        <w:t>Art e Linda fizeram reverências respeitosas, sentindo-se subitamente muito pequenos.</w:t>
      </w:r>
    </w:p>
    <w:p w14:paraId="3BB8F9F1" w14:textId="77777777" w:rsidR="002355BD" w:rsidRPr="001179E8" w:rsidRDefault="00000000">
      <w:pPr>
        <w:rPr>
          <w:lang w:val="pt-BR"/>
        </w:rPr>
      </w:pPr>
      <w:r w:rsidRPr="001179E8">
        <w:rPr>
          <w:lang w:val="pt-BR"/>
        </w:rPr>
        <w:br/>
      </w:r>
    </w:p>
    <w:p w14:paraId="42596532" w14:textId="77777777" w:rsidR="002355BD" w:rsidRPr="001179E8" w:rsidRDefault="00000000">
      <w:pPr>
        <w:rPr>
          <w:lang w:val="pt-BR"/>
        </w:rPr>
      </w:pPr>
      <w:r w:rsidRPr="001179E8">
        <w:rPr>
          <w:lang w:val="pt-BR"/>
        </w:rPr>
        <w:t>"Agradecemos a recepção, Conselheiro Thorne," respondeu Linda. "Sou Linda Blomkvist, filha de Golias, e este é Arthur Vance-LeFay."</w:t>
      </w:r>
    </w:p>
    <w:p w14:paraId="7A8C1669" w14:textId="77777777" w:rsidR="002355BD" w:rsidRPr="001179E8" w:rsidRDefault="00000000">
      <w:pPr>
        <w:rPr>
          <w:lang w:val="pt-BR"/>
        </w:rPr>
      </w:pPr>
      <w:r w:rsidRPr="001179E8">
        <w:rPr>
          <w:lang w:val="pt-BR"/>
        </w:rPr>
        <w:br/>
      </w:r>
    </w:p>
    <w:p w14:paraId="6B44C5E2" w14:textId="77777777" w:rsidR="002355BD" w:rsidRPr="001179E8" w:rsidRDefault="00000000">
      <w:pPr>
        <w:rPr>
          <w:lang w:val="pt-BR"/>
        </w:rPr>
      </w:pPr>
      <w:r w:rsidRPr="001179E8">
        <w:rPr>
          <w:lang w:val="pt-BR"/>
        </w:rPr>
        <w:t>Ao ouvir o nome de Golias, os Gigantes trocaram olhares de reconhecimento.</w:t>
      </w:r>
    </w:p>
    <w:p w14:paraId="4868662A" w14:textId="77777777" w:rsidR="002355BD" w:rsidRPr="001179E8" w:rsidRDefault="00000000">
      <w:pPr>
        <w:rPr>
          <w:lang w:val="pt-BR"/>
        </w:rPr>
      </w:pPr>
      <w:r w:rsidRPr="001179E8">
        <w:rPr>
          <w:lang w:val="pt-BR"/>
        </w:rPr>
        <w:br/>
      </w:r>
    </w:p>
    <w:p w14:paraId="682424DC" w14:textId="77777777" w:rsidR="002355BD" w:rsidRPr="001179E8" w:rsidRDefault="00000000">
      <w:pPr>
        <w:rPr>
          <w:lang w:val="pt-BR"/>
        </w:rPr>
      </w:pPr>
      <w:r w:rsidRPr="001179E8">
        <w:rPr>
          <w:lang w:val="pt-BR"/>
        </w:rPr>
        <w:t>"A filha de Golias retorna à terra de seus ancestrais," disse Thorne com um aceno de aprovação. "E traz consigo um filho da superfície com sangue antigo. Interessante."</w:t>
      </w:r>
    </w:p>
    <w:p w14:paraId="4DA6F053" w14:textId="77777777" w:rsidR="002355BD" w:rsidRPr="001179E8" w:rsidRDefault="00000000">
      <w:pPr>
        <w:rPr>
          <w:lang w:val="pt-BR"/>
        </w:rPr>
      </w:pPr>
      <w:r w:rsidRPr="001179E8">
        <w:rPr>
          <w:lang w:val="pt-BR"/>
        </w:rPr>
        <w:br/>
      </w:r>
    </w:p>
    <w:p w14:paraId="185E8948" w14:textId="77777777" w:rsidR="002355BD" w:rsidRPr="001179E8" w:rsidRDefault="00000000">
      <w:pPr>
        <w:rPr>
          <w:lang w:val="pt-BR"/>
        </w:rPr>
      </w:pPr>
      <w:r w:rsidRPr="001179E8">
        <w:rPr>
          <w:lang w:val="pt-BR"/>
        </w:rPr>
        <w:t>Thorne estendeu a mão, oferecendo a cada um deles uma pequena xícara de pedra polida contendo um líquido âmbar brilhante.</w:t>
      </w:r>
    </w:p>
    <w:p w14:paraId="7DC53C8F" w14:textId="77777777" w:rsidR="002355BD" w:rsidRPr="001179E8" w:rsidRDefault="00000000">
      <w:pPr>
        <w:rPr>
          <w:lang w:val="pt-BR"/>
        </w:rPr>
      </w:pPr>
      <w:r w:rsidRPr="001179E8">
        <w:rPr>
          <w:lang w:val="pt-BR"/>
        </w:rPr>
        <w:br/>
      </w:r>
    </w:p>
    <w:p w14:paraId="12B13D00" w14:textId="77777777" w:rsidR="002355BD" w:rsidRPr="001179E8" w:rsidRDefault="00000000">
      <w:pPr>
        <w:rPr>
          <w:lang w:val="pt-BR"/>
        </w:rPr>
      </w:pPr>
      <w:r w:rsidRPr="001179E8">
        <w:rPr>
          <w:lang w:val="pt-BR"/>
        </w:rPr>
        <w:t>"Antes de prosseguirmos, devem beber o Chá da Estatura," explicou ele. "Permitirá que caminhem entre nós como iguais, temporariamente."</w:t>
      </w:r>
    </w:p>
    <w:p w14:paraId="347DF700" w14:textId="77777777" w:rsidR="002355BD" w:rsidRPr="001179E8" w:rsidRDefault="00000000">
      <w:pPr>
        <w:rPr>
          <w:lang w:val="pt-BR"/>
        </w:rPr>
      </w:pPr>
      <w:r w:rsidRPr="001179E8">
        <w:rPr>
          <w:lang w:val="pt-BR"/>
        </w:rPr>
        <w:lastRenderedPageBreak/>
        <w:br/>
      </w:r>
    </w:p>
    <w:p w14:paraId="5F799836" w14:textId="77777777" w:rsidR="002355BD" w:rsidRPr="001179E8" w:rsidRDefault="00000000">
      <w:pPr>
        <w:rPr>
          <w:lang w:val="pt-BR"/>
        </w:rPr>
      </w:pPr>
      <w:r w:rsidRPr="001179E8">
        <w:rPr>
          <w:lang w:val="pt-BR"/>
        </w:rPr>
        <w:t>Art olhou para Linda, que assentiu encorajadoramente. Ambos beberam o líquido, que tinha gosto de mel e pedra molhada pela chuva. O efeito foi imediato e surpreendente – Art sentiu seu corpo se expandir, crescendo rapidamente até atingir aproximadamente três metros de altura. Linda passou pela mesma transformação, embora para ela, que já possuía o poder de crescer, a sensação fosse mais familiar.</w:t>
      </w:r>
    </w:p>
    <w:p w14:paraId="56D127F5" w14:textId="77777777" w:rsidR="002355BD" w:rsidRPr="001179E8" w:rsidRDefault="00000000">
      <w:pPr>
        <w:rPr>
          <w:lang w:val="pt-BR"/>
        </w:rPr>
      </w:pPr>
      <w:r w:rsidRPr="001179E8">
        <w:rPr>
          <w:lang w:val="pt-BR"/>
        </w:rPr>
        <w:br/>
      </w:r>
    </w:p>
    <w:p w14:paraId="30F6C1C3" w14:textId="77777777" w:rsidR="002355BD" w:rsidRPr="001179E8" w:rsidRDefault="00000000">
      <w:pPr>
        <w:rPr>
          <w:lang w:val="pt-BR"/>
        </w:rPr>
      </w:pPr>
      <w:r w:rsidRPr="001179E8">
        <w:rPr>
          <w:lang w:val="pt-BR"/>
        </w:rPr>
        <w:t>"Uau," exclamou Art, olhando para suas mãos agora enormes. "Isso é... diferente."</w:t>
      </w:r>
    </w:p>
    <w:p w14:paraId="057434EE" w14:textId="77777777" w:rsidR="002355BD" w:rsidRPr="001179E8" w:rsidRDefault="00000000">
      <w:pPr>
        <w:rPr>
          <w:lang w:val="pt-BR"/>
        </w:rPr>
      </w:pPr>
      <w:r w:rsidRPr="001179E8">
        <w:rPr>
          <w:lang w:val="pt-BR"/>
        </w:rPr>
        <w:br/>
      </w:r>
    </w:p>
    <w:p w14:paraId="561F2ED4" w14:textId="77777777" w:rsidR="002355BD" w:rsidRPr="001179E8" w:rsidRDefault="00000000">
      <w:pPr>
        <w:rPr>
          <w:lang w:val="pt-BR"/>
        </w:rPr>
      </w:pPr>
      <w:r w:rsidRPr="001179E8">
        <w:rPr>
          <w:lang w:val="pt-BR"/>
        </w:rPr>
        <w:t>Linda sorriu, ajustando-se facilmente ao novo tamanho. "Veja só, agora você é literalmente um grande homem," brincou ela, seus olhos brilhando com diversão.</w:t>
      </w:r>
    </w:p>
    <w:p w14:paraId="055466D7" w14:textId="77777777" w:rsidR="002355BD" w:rsidRPr="001179E8" w:rsidRDefault="00000000">
      <w:pPr>
        <w:rPr>
          <w:lang w:val="pt-BR"/>
        </w:rPr>
      </w:pPr>
      <w:r w:rsidRPr="001179E8">
        <w:rPr>
          <w:lang w:val="pt-BR"/>
        </w:rPr>
        <w:br/>
      </w:r>
    </w:p>
    <w:p w14:paraId="11FA0832" w14:textId="77777777" w:rsidR="002355BD" w:rsidRPr="001179E8" w:rsidRDefault="00000000">
      <w:pPr>
        <w:rPr>
          <w:lang w:val="pt-BR"/>
        </w:rPr>
      </w:pPr>
      <w:r w:rsidRPr="001179E8">
        <w:rPr>
          <w:lang w:val="pt-BR"/>
        </w:rPr>
        <w:t>Art riu, sentindo-se estranhamente confortável em seu corpo temporariamente gigante. "Acho que isso facilita a conversa," comentou ele, agora capaz de olhar os Gigantes nos olhos sem torcer o pescoço.</w:t>
      </w:r>
    </w:p>
    <w:p w14:paraId="40192195" w14:textId="77777777" w:rsidR="002355BD" w:rsidRPr="001179E8" w:rsidRDefault="00000000">
      <w:pPr>
        <w:rPr>
          <w:lang w:val="pt-BR"/>
        </w:rPr>
      </w:pPr>
      <w:r w:rsidRPr="001179E8">
        <w:rPr>
          <w:lang w:val="pt-BR"/>
        </w:rPr>
        <w:br/>
      </w:r>
    </w:p>
    <w:p w14:paraId="1F2A2C8B" w14:textId="77777777" w:rsidR="002355BD" w:rsidRPr="001179E8" w:rsidRDefault="00000000">
      <w:pPr>
        <w:rPr>
          <w:lang w:val="pt-BR"/>
        </w:rPr>
      </w:pPr>
      <w:r w:rsidRPr="001179E8">
        <w:rPr>
          <w:lang w:val="pt-BR"/>
        </w:rPr>
        <w:t>"Venham," disse Thorne. "O Conselho dos Sábios os aguarda."</w:t>
      </w:r>
    </w:p>
    <w:p w14:paraId="2FFB9B0D" w14:textId="77777777" w:rsidR="002355BD" w:rsidRPr="001179E8" w:rsidRDefault="00000000">
      <w:pPr>
        <w:rPr>
          <w:lang w:val="pt-BR"/>
        </w:rPr>
      </w:pPr>
      <w:r w:rsidRPr="001179E8">
        <w:rPr>
          <w:lang w:val="pt-BR"/>
        </w:rPr>
        <w:br/>
      </w:r>
    </w:p>
    <w:p w14:paraId="6278114B" w14:textId="77777777" w:rsidR="002355BD" w:rsidRPr="001179E8" w:rsidRDefault="00000000">
      <w:pPr>
        <w:rPr>
          <w:lang w:val="pt-BR"/>
        </w:rPr>
      </w:pPr>
      <w:r w:rsidRPr="001179E8">
        <w:rPr>
          <w:lang w:val="pt-BR"/>
        </w:rPr>
        <w:t>---</w:t>
      </w:r>
    </w:p>
    <w:p w14:paraId="333C66B4" w14:textId="77777777" w:rsidR="002355BD" w:rsidRPr="001179E8" w:rsidRDefault="00000000">
      <w:pPr>
        <w:rPr>
          <w:lang w:val="pt-BR"/>
        </w:rPr>
      </w:pPr>
      <w:r w:rsidRPr="001179E8">
        <w:rPr>
          <w:lang w:val="pt-BR"/>
        </w:rPr>
        <w:br/>
      </w:r>
    </w:p>
    <w:p w14:paraId="2F3CD5EB" w14:textId="77777777" w:rsidR="002355BD" w:rsidRPr="001179E8" w:rsidRDefault="00000000">
      <w:pPr>
        <w:rPr>
          <w:lang w:val="pt-BR"/>
        </w:rPr>
      </w:pPr>
      <w:r w:rsidRPr="001179E8">
        <w:rPr>
          <w:lang w:val="pt-BR"/>
        </w:rPr>
        <w:t>O Salão do Conselho era uma estrutura impressionante – um anfiteatro circular escavado na própria montanha, com assentos de pedra dispostos em círculos concêntricos. No centro, uma mesa redonda de cristal emitia uma luz suave. Doze Gigantes idosos, homens e mulheres de aparência venerável, ocupavam os assentos mais próximos à mesa.</w:t>
      </w:r>
    </w:p>
    <w:p w14:paraId="4BE759A2" w14:textId="77777777" w:rsidR="002355BD" w:rsidRPr="001179E8" w:rsidRDefault="00000000">
      <w:pPr>
        <w:rPr>
          <w:lang w:val="pt-BR"/>
        </w:rPr>
      </w:pPr>
      <w:r w:rsidRPr="001179E8">
        <w:rPr>
          <w:lang w:val="pt-BR"/>
        </w:rPr>
        <w:br/>
      </w:r>
    </w:p>
    <w:p w14:paraId="05667DB6" w14:textId="77777777" w:rsidR="002355BD" w:rsidRPr="001179E8" w:rsidRDefault="00000000">
      <w:pPr>
        <w:rPr>
          <w:lang w:val="pt-BR"/>
        </w:rPr>
      </w:pPr>
      <w:r w:rsidRPr="001179E8">
        <w:rPr>
          <w:lang w:val="pt-BR"/>
        </w:rPr>
        <w:lastRenderedPageBreak/>
        <w:t>"Apresentamos os Emissários da G.R.A.I.A.," anunciou Thorne. "Linda Blomkvist, filha de Golias, e Arthur Vance-LeFay, descendente da linhagem de Vance."</w:t>
      </w:r>
    </w:p>
    <w:p w14:paraId="47F16B22" w14:textId="77777777" w:rsidR="002355BD" w:rsidRPr="001179E8" w:rsidRDefault="00000000">
      <w:pPr>
        <w:rPr>
          <w:lang w:val="pt-BR"/>
        </w:rPr>
      </w:pPr>
      <w:r w:rsidRPr="001179E8">
        <w:rPr>
          <w:lang w:val="pt-BR"/>
        </w:rPr>
        <w:br/>
      </w:r>
    </w:p>
    <w:p w14:paraId="13A7E427" w14:textId="77777777" w:rsidR="002355BD" w:rsidRPr="001179E8" w:rsidRDefault="00000000">
      <w:pPr>
        <w:rPr>
          <w:lang w:val="pt-BR"/>
        </w:rPr>
      </w:pPr>
      <w:r w:rsidRPr="001179E8">
        <w:rPr>
          <w:lang w:val="pt-BR"/>
        </w:rPr>
        <w:t>O Gigante mais velho, uma mulher de cabelos brancos como a neve e olhos profundos como cavernas antigas, falou: "Eu sou Gaia, Primeira Sábia. Por que buscam o Reino dos Gigantes, que escolheu o isolamento há milênios?"</w:t>
      </w:r>
    </w:p>
    <w:p w14:paraId="2AE855C1" w14:textId="77777777" w:rsidR="002355BD" w:rsidRPr="001179E8" w:rsidRDefault="00000000">
      <w:pPr>
        <w:rPr>
          <w:lang w:val="pt-BR"/>
        </w:rPr>
      </w:pPr>
      <w:r w:rsidRPr="001179E8">
        <w:rPr>
          <w:lang w:val="pt-BR"/>
        </w:rPr>
        <w:br/>
      </w:r>
    </w:p>
    <w:p w14:paraId="2E2E9FB0" w14:textId="77777777" w:rsidR="002355BD" w:rsidRPr="001179E8" w:rsidRDefault="00000000">
      <w:pPr>
        <w:rPr>
          <w:lang w:val="pt-BR"/>
        </w:rPr>
      </w:pPr>
      <w:r w:rsidRPr="001179E8">
        <w:rPr>
          <w:lang w:val="pt-BR"/>
        </w:rPr>
        <w:t>Linda deu um passo à frente, sua postura confiante mesmo neste ambiente intimidador. "Sábia Gaia, buscamos aliança contra uma ameaça que paira sobre todos os reinos. Abyzoth desperta no submundo, e com ele, o perigo de uma invasão que não respeitará fronteiras ou escolhas filosóficas."</w:t>
      </w:r>
    </w:p>
    <w:p w14:paraId="4DB0DCDB" w14:textId="77777777" w:rsidR="002355BD" w:rsidRPr="001179E8" w:rsidRDefault="00000000">
      <w:pPr>
        <w:rPr>
          <w:lang w:val="pt-BR"/>
        </w:rPr>
      </w:pPr>
      <w:r w:rsidRPr="001179E8">
        <w:rPr>
          <w:lang w:val="pt-BR"/>
        </w:rPr>
        <w:br/>
      </w:r>
    </w:p>
    <w:p w14:paraId="1515A710" w14:textId="77777777" w:rsidR="002355BD" w:rsidRPr="001179E8" w:rsidRDefault="00000000">
      <w:pPr>
        <w:rPr>
          <w:lang w:val="pt-BR"/>
        </w:rPr>
      </w:pPr>
      <w:r w:rsidRPr="001179E8">
        <w:rPr>
          <w:lang w:val="pt-BR"/>
        </w:rPr>
        <w:t>Um murmúrio percorreu o Conselho. O nome de Abyzoth claramente evocava memórias antigas e perturbadoras.</w:t>
      </w:r>
    </w:p>
    <w:p w14:paraId="7AB6BAB2" w14:textId="77777777" w:rsidR="002355BD" w:rsidRPr="001179E8" w:rsidRDefault="00000000">
      <w:pPr>
        <w:rPr>
          <w:lang w:val="pt-BR"/>
        </w:rPr>
      </w:pPr>
      <w:r w:rsidRPr="001179E8">
        <w:rPr>
          <w:lang w:val="pt-BR"/>
        </w:rPr>
        <w:br/>
      </w:r>
    </w:p>
    <w:p w14:paraId="4F252D1C" w14:textId="77777777" w:rsidR="002355BD" w:rsidRPr="001179E8" w:rsidRDefault="00000000">
      <w:pPr>
        <w:rPr>
          <w:lang w:val="pt-BR"/>
        </w:rPr>
      </w:pPr>
      <w:r w:rsidRPr="001179E8">
        <w:rPr>
          <w:lang w:val="pt-BR"/>
        </w:rPr>
        <w:t>"Temos observado os sinais," admitiu Gaia. "Tremores nas fundações da terra, sussurros nas cavernas profundas. Mas o Reino dos Gigantes sobreviveu a muitas tempestades ao longo das eras, isolado e autossuficiente."</w:t>
      </w:r>
    </w:p>
    <w:p w14:paraId="60405B1E" w14:textId="77777777" w:rsidR="002355BD" w:rsidRPr="001179E8" w:rsidRDefault="00000000">
      <w:pPr>
        <w:rPr>
          <w:lang w:val="pt-BR"/>
        </w:rPr>
      </w:pPr>
      <w:r w:rsidRPr="001179E8">
        <w:rPr>
          <w:lang w:val="pt-BR"/>
        </w:rPr>
        <w:br/>
      </w:r>
    </w:p>
    <w:p w14:paraId="1FF486D6" w14:textId="77777777" w:rsidR="002355BD" w:rsidRPr="001179E8" w:rsidRDefault="00000000">
      <w:pPr>
        <w:rPr>
          <w:lang w:val="pt-BR"/>
        </w:rPr>
      </w:pPr>
      <w:r w:rsidRPr="001179E8">
        <w:rPr>
          <w:lang w:val="pt-BR"/>
        </w:rPr>
        <w:t>"Com todo respeito, Sábia Gaia," interveio Art, surpreendendo a si mesmo com sua ousadia, "Abyzoth não é uma tempestade comum. É uma entidade que busca consumir a própria essência dos reinos. Nenhum isolamento, por mais perfeito, oferecerá proteção."</w:t>
      </w:r>
    </w:p>
    <w:p w14:paraId="02E579AA" w14:textId="77777777" w:rsidR="002355BD" w:rsidRPr="001179E8" w:rsidRDefault="00000000">
      <w:pPr>
        <w:rPr>
          <w:lang w:val="pt-BR"/>
        </w:rPr>
      </w:pPr>
      <w:r w:rsidRPr="001179E8">
        <w:rPr>
          <w:lang w:val="pt-BR"/>
        </w:rPr>
        <w:br/>
      </w:r>
    </w:p>
    <w:p w14:paraId="387931E5" w14:textId="77777777" w:rsidR="002355BD" w:rsidRPr="001179E8" w:rsidRDefault="00000000">
      <w:pPr>
        <w:rPr>
          <w:lang w:val="pt-BR"/>
        </w:rPr>
      </w:pPr>
      <w:r w:rsidRPr="001179E8">
        <w:rPr>
          <w:lang w:val="pt-BR"/>
        </w:rPr>
        <w:t>Gaia estudou Art com interesse renovado. "Você fala com convicção, jovem Vance-LeFay. Mas palavras são vento. Precisamos de mais para abandonar milênios de tradição."</w:t>
      </w:r>
    </w:p>
    <w:p w14:paraId="1C7BEE72" w14:textId="77777777" w:rsidR="002355BD" w:rsidRPr="001179E8" w:rsidRDefault="00000000">
      <w:pPr>
        <w:rPr>
          <w:lang w:val="pt-BR"/>
        </w:rPr>
      </w:pPr>
      <w:r w:rsidRPr="001179E8">
        <w:rPr>
          <w:lang w:val="pt-BR"/>
        </w:rPr>
        <w:br/>
      </w:r>
    </w:p>
    <w:p w14:paraId="59774422" w14:textId="77777777" w:rsidR="002355BD" w:rsidRPr="001179E8" w:rsidRDefault="00000000">
      <w:pPr>
        <w:rPr>
          <w:lang w:val="pt-BR"/>
        </w:rPr>
      </w:pPr>
      <w:r w:rsidRPr="001179E8">
        <w:rPr>
          <w:lang w:val="pt-BR"/>
        </w:rPr>
        <w:lastRenderedPageBreak/>
        <w:t>"Propomos uma aliança defensiva," explicou Linda. "Já garantimos o apoio dos Reinos Amano, Alado, Marítimo e Feérico. Unidos, podemos enfrentar esta ameaça."</w:t>
      </w:r>
    </w:p>
    <w:p w14:paraId="4F7DB972" w14:textId="77777777" w:rsidR="002355BD" w:rsidRPr="001179E8" w:rsidRDefault="00000000">
      <w:pPr>
        <w:rPr>
          <w:lang w:val="pt-BR"/>
        </w:rPr>
      </w:pPr>
      <w:r w:rsidRPr="001179E8">
        <w:rPr>
          <w:lang w:val="pt-BR"/>
        </w:rPr>
        <w:br/>
      </w:r>
    </w:p>
    <w:p w14:paraId="2540363D" w14:textId="77777777" w:rsidR="002355BD" w:rsidRPr="001179E8" w:rsidRDefault="00000000">
      <w:pPr>
        <w:rPr>
          <w:lang w:val="pt-BR"/>
        </w:rPr>
      </w:pPr>
      <w:r w:rsidRPr="001179E8">
        <w:rPr>
          <w:lang w:val="pt-BR"/>
        </w:rPr>
        <w:t>Outro Sábio, um Gigante de feições severas, interrompeu: "E por que deveríamos confiar na superfície? Vocês mal conseguem viver em paz entre si."</w:t>
      </w:r>
    </w:p>
    <w:p w14:paraId="2B6D8440" w14:textId="77777777" w:rsidR="002355BD" w:rsidRPr="001179E8" w:rsidRDefault="00000000">
      <w:pPr>
        <w:rPr>
          <w:lang w:val="pt-BR"/>
        </w:rPr>
      </w:pPr>
      <w:r w:rsidRPr="001179E8">
        <w:rPr>
          <w:lang w:val="pt-BR"/>
        </w:rPr>
        <w:br/>
      </w:r>
    </w:p>
    <w:p w14:paraId="237746AC" w14:textId="77777777" w:rsidR="002355BD" w:rsidRPr="001179E8" w:rsidRDefault="00000000">
      <w:pPr>
        <w:rPr>
          <w:lang w:val="pt-BR"/>
        </w:rPr>
      </w:pPr>
      <w:r w:rsidRPr="001179E8">
        <w:rPr>
          <w:lang w:val="pt-BR"/>
        </w:rPr>
        <w:t>"Porque não pedimos confiança cega," respondeu Art. "Pedimos sabedoria. E a sabedoria não consiste em reconhecer quando uma ameaça exige ação conjunta?"</w:t>
      </w:r>
    </w:p>
    <w:p w14:paraId="31DEE989" w14:textId="77777777" w:rsidR="002355BD" w:rsidRPr="001179E8" w:rsidRDefault="00000000">
      <w:pPr>
        <w:rPr>
          <w:lang w:val="pt-BR"/>
        </w:rPr>
      </w:pPr>
      <w:r w:rsidRPr="001179E8">
        <w:rPr>
          <w:lang w:val="pt-BR"/>
        </w:rPr>
        <w:br/>
      </w:r>
    </w:p>
    <w:p w14:paraId="4FB1F753" w14:textId="77777777" w:rsidR="002355BD" w:rsidRPr="001179E8" w:rsidRDefault="00000000">
      <w:pPr>
        <w:rPr>
          <w:lang w:val="pt-BR"/>
        </w:rPr>
      </w:pPr>
      <w:r w:rsidRPr="001179E8">
        <w:rPr>
          <w:lang w:val="pt-BR"/>
        </w:rPr>
        <w:t>Suas palavras pareceram atingir um nervo. Os Sábios trocaram olhares pensativos.</w:t>
      </w:r>
    </w:p>
    <w:p w14:paraId="7969FAB9" w14:textId="77777777" w:rsidR="002355BD" w:rsidRPr="001179E8" w:rsidRDefault="00000000">
      <w:pPr>
        <w:rPr>
          <w:lang w:val="pt-BR"/>
        </w:rPr>
      </w:pPr>
      <w:r w:rsidRPr="001179E8">
        <w:rPr>
          <w:lang w:val="pt-BR"/>
        </w:rPr>
        <w:br/>
      </w:r>
    </w:p>
    <w:p w14:paraId="71C487A9" w14:textId="77777777" w:rsidR="002355BD" w:rsidRPr="001179E8" w:rsidRDefault="00000000">
      <w:pPr>
        <w:rPr>
          <w:lang w:val="pt-BR"/>
        </w:rPr>
      </w:pPr>
      <w:r w:rsidRPr="001179E8">
        <w:rPr>
          <w:lang w:val="pt-BR"/>
        </w:rPr>
        <w:t>"Há mérito em suas palavras," concedeu Gaia finalmente. "Mas nossa tradição exige um teste. Se desejam nossa aliança, devem resolver o Enigma das Eras – um desafio que poucos conseguiram decifrar ao longo dos milênios."</w:t>
      </w:r>
    </w:p>
    <w:p w14:paraId="1B95535C" w14:textId="77777777" w:rsidR="002355BD" w:rsidRPr="001179E8" w:rsidRDefault="00000000">
      <w:pPr>
        <w:rPr>
          <w:lang w:val="pt-BR"/>
        </w:rPr>
      </w:pPr>
      <w:r w:rsidRPr="001179E8">
        <w:rPr>
          <w:lang w:val="pt-BR"/>
        </w:rPr>
        <w:br/>
      </w:r>
    </w:p>
    <w:p w14:paraId="4AABB8BA" w14:textId="77777777" w:rsidR="002355BD" w:rsidRPr="001179E8" w:rsidRDefault="00000000">
      <w:pPr>
        <w:rPr>
          <w:lang w:val="pt-BR"/>
        </w:rPr>
      </w:pPr>
      <w:r w:rsidRPr="001179E8">
        <w:rPr>
          <w:lang w:val="pt-BR"/>
        </w:rPr>
        <w:t>Art e Linda trocaram olhares. Eles haviam chegado longe demais para recuar agora.</w:t>
      </w:r>
    </w:p>
    <w:p w14:paraId="38DA9C46" w14:textId="77777777" w:rsidR="002355BD" w:rsidRPr="001179E8" w:rsidRDefault="00000000">
      <w:pPr>
        <w:rPr>
          <w:lang w:val="pt-BR"/>
        </w:rPr>
      </w:pPr>
      <w:r w:rsidRPr="001179E8">
        <w:rPr>
          <w:lang w:val="pt-BR"/>
        </w:rPr>
        <w:br/>
      </w:r>
    </w:p>
    <w:p w14:paraId="35AA0811" w14:textId="77777777" w:rsidR="002355BD" w:rsidRPr="001179E8" w:rsidRDefault="00000000">
      <w:pPr>
        <w:rPr>
          <w:lang w:val="pt-BR"/>
        </w:rPr>
      </w:pPr>
      <w:r w:rsidRPr="001179E8">
        <w:rPr>
          <w:lang w:val="pt-BR"/>
        </w:rPr>
        <w:t>"Aceitamos o desafio," disse Linda firmemente.</w:t>
      </w:r>
    </w:p>
    <w:p w14:paraId="57043776" w14:textId="77777777" w:rsidR="002355BD" w:rsidRPr="001179E8" w:rsidRDefault="00000000">
      <w:pPr>
        <w:rPr>
          <w:lang w:val="pt-BR"/>
        </w:rPr>
      </w:pPr>
      <w:r w:rsidRPr="001179E8">
        <w:rPr>
          <w:lang w:val="pt-BR"/>
        </w:rPr>
        <w:br/>
      </w:r>
    </w:p>
    <w:p w14:paraId="57D0880D" w14:textId="77777777" w:rsidR="002355BD" w:rsidRPr="001179E8" w:rsidRDefault="00000000">
      <w:pPr>
        <w:rPr>
          <w:lang w:val="pt-BR"/>
        </w:rPr>
      </w:pPr>
      <w:r w:rsidRPr="001179E8">
        <w:rPr>
          <w:lang w:val="pt-BR"/>
        </w:rPr>
        <w:t>Gaia assentiu, satisfeita. "O teste começará ao amanhecer. Descansem esta noite, pois precisarão de mentes claras e corações sinceros."</w:t>
      </w:r>
    </w:p>
    <w:p w14:paraId="760040EC" w14:textId="77777777" w:rsidR="002355BD" w:rsidRPr="001179E8" w:rsidRDefault="00000000">
      <w:pPr>
        <w:rPr>
          <w:lang w:val="pt-BR"/>
        </w:rPr>
      </w:pPr>
      <w:r w:rsidRPr="001179E8">
        <w:rPr>
          <w:lang w:val="pt-BR"/>
        </w:rPr>
        <w:br/>
      </w:r>
    </w:p>
    <w:p w14:paraId="02C794A6" w14:textId="77777777" w:rsidR="002355BD" w:rsidRPr="001179E8" w:rsidRDefault="00000000">
      <w:pPr>
        <w:rPr>
          <w:lang w:val="pt-BR"/>
        </w:rPr>
      </w:pPr>
      <w:r w:rsidRPr="001179E8">
        <w:rPr>
          <w:lang w:val="pt-BR"/>
        </w:rPr>
        <w:t>---</w:t>
      </w:r>
    </w:p>
    <w:p w14:paraId="3D9E61F9" w14:textId="77777777" w:rsidR="002355BD" w:rsidRPr="001179E8" w:rsidRDefault="00000000">
      <w:pPr>
        <w:rPr>
          <w:lang w:val="pt-BR"/>
        </w:rPr>
      </w:pPr>
      <w:r w:rsidRPr="001179E8">
        <w:rPr>
          <w:lang w:val="pt-BR"/>
        </w:rPr>
        <w:lastRenderedPageBreak/>
        <w:br/>
      </w:r>
    </w:p>
    <w:p w14:paraId="002153BF" w14:textId="77777777" w:rsidR="002355BD" w:rsidRPr="001179E8" w:rsidRDefault="00000000">
      <w:pPr>
        <w:rPr>
          <w:lang w:val="pt-BR"/>
        </w:rPr>
      </w:pPr>
      <w:r w:rsidRPr="001179E8">
        <w:rPr>
          <w:lang w:val="pt-BR"/>
        </w:rPr>
        <w:t>Foram acomodados em aposentos espaçosos dentro da montanha – quartos com tetos altos e mobília proporcional ao seu tamanho temporariamente aumentado. Janelas amplas ofereciam vistas deslumbrantes da cidade gigante iluminada por cristais bioluminescentes.</w:t>
      </w:r>
    </w:p>
    <w:p w14:paraId="1996790A" w14:textId="77777777" w:rsidR="002355BD" w:rsidRPr="001179E8" w:rsidRDefault="00000000">
      <w:pPr>
        <w:rPr>
          <w:lang w:val="pt-BR"/>
        </w:rPr>
      </w:pPr>
      <w:r w:rsidRPr="001179E8">
        <w:rPr>
          <w:lang w:val="pt-BR"/>
        </w:rPr>
        <w:br/>
      </w:r>
    </w:p>
    <w:p w14:paraId="3CAE4662" w14:textId="77777777" w:rsidR="002355BD" w:rsidRPr="001179E8" w:rsidRDefault="00000000">
      <w:pPr>
        <w:rPr>
          <w:lang w:val="pt-BR"/>
        </w:rPr>
      </w:pPr>
      <w:r w:rsidRPr="001179E8">
        <w:rPr>
          <w:lang w:val="pt-BR"/>
        </w:rPr>
        <w:t>Art estava na varanda de seu quarto, observando as estrelas, quando ouviu uma batida suave na porta. Era Linda.</w:t>
      </w:r>
    </w:p>
    <w:p w14:paraId="04CEE5F8" w14:textId="77777777" w:rsidR="002355BD" w:rsidRPr="001179E8" w:rsidRDefault="00000000">
      <w:pPr>
        <w:rPr>
          <w:lang w:val="pt-BR"/>
        </w:rPr>
      </w:pPr>
      <w:r w:rsidRPr="001179E8">
        <w:rPr>
          <w:lang w:val="pt-BR"/>
        </w:rPr>
        <w:br/>
      </w:r>
    </w:p>
    <w:p w14:paraId="105901E9" w14:textId="77777777" w:rsidR="002355BD" w:rsidRPr="001179E8" w:rsidRDefault="00000000">
      <w:pPr>
        <w:rPr>
          <w:lang w:val="pt-BR"/>
        </w:rPr>
      </w:pPr>
      <w:r w:rsidRPr="001179E8">
        <w:rPr>
          <w:lang w:val="pt-BR"/>
        </w:rPr>
        <w:t>"Não consigo dormir," admitiu ela, entrando no quarto. "Muita coisa na cabeça."</w:t>
      </w:r>
    </w:p>
    <w:p w14:paraId="41AAFE91" w14:textId="77777777" w:rsidR="002355BD" w:rsidRPr="001179E8" w:rsidRDefault="00000000">
      <w:pPr>
        <w:rPr>
          <w:lang w:val="pt-BR"/>
        </w:rPr>
      </w:pPr>
      <w:r w:rsidRPr="001179E8">
        <w:rPr>
          <w:lang w:val="pt-BR"/>
        </w:rPr>
        <w:br/>
      </w:r>
    </w:p>
    <w:p w14:paraId="57F4DFFC" w14:textId="77777777" w:rsidR="002355BD" w:rsidRPr="001179E8" w:rsidRDefault="00000000">
      <w:pPr>
        <w:rPr>
          <w:lang w:val="pt-BR"/>
        </w:rPr>
      </w:pPr>
      <w:r w:rsidRPr="001179E8">
        <w:rPr>
          <w:lang w:val="pt-BR"/>
        </w:rPr>
        <w:t>"Eu também," confessou Art. "Este lugar é... impressionante."</w:t>
      </w:r>
    </w:p>
    <w:p w14:paraId="6841A22F" w14:textId="77777777" w:rsidR="002355BD" w:rsidRPr="001179E8" w:rsidRDefault="00000000">
      <w:pPr>
        <w:rPr>
          <w:lang w:val="pt-BR"/>
        </w:rPr>
      </w:pPr>
      <w:r w:rsidRPr="001179E8">
        <w:rPr>
          <w:lang w:val="pt-BR"/>
        </w:rPr>
        <w:br/>
      </w:r>
    </w:p>
    <w:p w14:paraId="38F7C489" w14:textId="77777777" w:rsidR="002355BD" w:rsidRPr="001179E8" w:rsidRDefault="00000000">
      <w:pPr>
        <w:rPr>
          <w:lang w:val="pt-BR"/>
        </w:rPr>
      </w:pPr>
      <w:r w:rsidRPr="001179E8">
        <w:rPr>
          <w:lang w:val="pt-BR"/>
        </w:rPr>
        <w:t>Linda se juntou a ele na varanda. Mesmo com ambos no tamanho de Gigantes, a proximidade dela fazia o coração de Art acelerar.</w:t>
      </w:r>
    </w:p>
    <w:p w14:paraId="143B7EFC" w14:textId="77777777" w:rsidR="002355BD" w:rsidRPr="001179E8" w:rsidRDefault="00000000">
      <w:pPr>
        <w:rPr>
          <w:lang w:val="pt-BR"/>
        </w:rPr>
      </w:pPr>
      <w:r w:rsidRPr="001179E8">
        <w:rPr>
          <w:lang w:val="pt-BR"/>
        </w:rPr>
        <w:br/>
      </w:r>
    </w:p>
    <w:p w14:paraId="49833A66" w14:textId="77777777" w:rsidR="002355BD" w:rsidRPr="001179E8" w:rsidRDefault="00000000">
      <w:pPr>
        <w:rPr>
          <w:lang w:val="pt-BR"/>
        </w:rPr>
      </w:pPr>
      <w:r w:rsidRPr="001179E8">
        <w:rPr>
          <w:lang w:val="pt-BR"/>
        </w:rPr>
        <w:t>"Meu pai me contava histórias sobre este lugar," disse Linda, olhando para a cidade abaixo. "Sobre bibliotecas com conhecimento de eras esquecidas, laboratórios onde a ciência e a magia se encontram."</w:t>
      </w:r>
    </w:p>
    <w:p w14:paraId="4A644561" w14:textId="77777777" w:rsidR="002355BD" w:rsidRPr="001179E8" w:rsidRDefault="00000000">
      <w:pPr>
        <w:rPr>
          <w:lang w:val="pt-BR"/>
        </w:rPr>
      </w:pPr>
      <w:r w:rsidRPr="001179E8">
        <w:rPr>
          <w:lang w:val="pt-BR"/>
        </w:rPr>
        <w:br/>
      </w:r>
    </w:p>
    <w:p w14:paraId="03C66A6A" w14:textId="77777777" w:rsidR="002355BD" w:rsidRPr="001179E8" w:rsidRDefault="00000000">
      <w:pPr>
        <w:rPr>
          <w:lang w:val="pt-BR"/>
        </w:rPr>
      </w:pPr>
      <w:r w:rsidRPr="001179E8">
        <w:rPr>
          <w:lang w:val="pt-BR"/>
        </w:rPr>
        <w:t>"Você sente conexão com este lugar?" perguntou Art. "Como se parte de você pertencesse aqui?"</w:t>
      </w:r>
    </w:p>
    <w:p w14:paraId="6DED259E" w14:textId="77777777" w:rsidR="002355BD" w:rsidRPr="001179E8" w:rsidRDefault="00000000">
      <w:pPr>
        <w:rPr>
          <w:lang w:val="pt-BR"/>
        </w:rPr>
      </w:pPr>
      <w:r w:rsidRPr="001179E8">
        <w:rPr>
          <w:lang w:val="pt-BR"/>
        </w:rPr>
        <w:br/>
      </w:r>
    </w:p>
    <w:p w14:paraId="3DC918AF" w14:textId="77777777" w:rsidR="002355BD" w:rsidRPr="001179E8" w:rsidRDefault="00000000">
      <w:pPr>
        <w:rPr>
          <w:lang w:val="pt-BR"/>
        </w:rPr>
      </w:pPr>
      <w:r w:rsidRPr="001179E8">
        <w:rPr>
          <w:lang w:val="pt-BR"/>
        </w:rPr>
        <w:t>Linda considerou a pergunta. "Um pouco. Mas também me sinto conectada ao Reino Feérico, e ao mundo humano. Acho que sempre serei uma pessoa de muitos mundos, nunca pertencendo completamente a nenhum."</w:t>
      </w:r>
    </w:p>
    <w:p w14:paraId="66C4B5D5" w14:textId="77777777" w:rsidR="002355BD" w:rsidRPr="001179E8" w:rsidRDefault="00000000">
      <w:pPr>
        <w:rPr>
          <w:lang w:val="pt-BR"/>
        </w:rPr>
      </w:pPr>
      <w:r w:rsidRPr="001179E8">
        <w:rPr>
          <w:lang w:val="pt-BR"/>
        </w:rPr>
        <w:lastRenderedPageBreak/>
        <w:br/>
      </w:r>
    </w:p>
    <w:p w14:paraId="2380986D" w14:textId="77777777" w:rsidR="002355BD" w:rsidRPr="001179E8" w:rsidRDefault="00000000">
      <w:pPr>
        <w:rPr>
          <w:lang w:val="pt-BR"/>
        </w:rPr>
      </w:pPr>
      <w:r w:rsidRPr="001179E8">
        <w:rPr>
          <w:lang w:val="pt-BR"/>
        </w:rPr>
        <w:t>Art assentiu, compreendendo perfeitamente o sentimento. "Sei como é. Filho de heróis, neto do General Vance, mas nunca sentindo que estou à altura do legado."</w:t>
      </w:r>
    </w:p>
    <w:p w14:paraId="17646498" w14:textId="77777777" w:rsidR="002355BD" w:rsidRPr="001179E8" w:rsidRDefault="00000000">
      <w:pPr>
        <w:rPr>
          <w:lang w:val="pt-BR"/>
        </w:rPr>
      </w:pPr>
      <w:r w:rsidRPr="001179E8">
        <w:rPr>
          <w:lang w:val="pt-BR"/>
        </w:rPr>
        <w:br/>
      </w:r>
    </w:p>
    <w:p w14:paraId="0173CA47" w14:textId="77777777" w:rsidR="002355BD" w:rsidRPr="001179E8" w:rsidRDefault="00000000">
      <w:pPr>
        <w:rPr>
          <w:lang w:val="pt-BR"/>
        </w:rPr>
      </w:pPr>
      <w:r w:rsidRPr="001179E8">
        <w:rPr>
          <w:lang w:val="pt-BR"/>
        </w:rPr>
        <w:t>Linda se virou para ele, seus olhos violeta sérios na luz suave. "Art, você precisa parar de se comparar aos outros. Você é... extraordinário do seu próprio jeito."</w:t>
      </w:r>
    </w:p>
    <w:p w14:paraId="5223BBF7" w14:textId="77777777" w:rsidR="002355BD" w:rsidRPr="001179E8" w:rsidRDefault="00000000">
      <w:pPr>
        <w:rPr>
          <w:lang w:val="pt-BR"/>
        </w:rPr>
      </w:pPr>
      <w:r w:rsidRPr="001179E8">
        <w:rPr>
          <w:lang w:val="pt-BR"/>
        </w:rPr>
        <w:br/>
      </w:r>
    </w:p>
    <w:p w14:paraId="3FEED916" w14:textId="77777777" w:rsidR="002355BD" w:rsidRPr="001179E8" w:rsidRDefault="00000000">
      <w:pPr>
        <w:rPr>
          <w:lang w:val="pt-BR"/>
        </w:rPr>
      </w:pPr>
      <w:r w:rsidRPr="001179E8">
        <w:rPr>
          <w:lang w:val="pt-BR"/>
        </w:rPr>
        <w:t>Algo na forma como ela disse isso fez Art corar. "Você realmente acredita nisso?"</w:t>
      </w:r>
    </w:p>
    <w:p w14:paraId="490AE494" w14:textId="77777777" w:rsidR="002355BD" w:rsidRPr="001179E8" w:rsidRDefault="00000000">
      <w:pPr>
        <w:rPr>
          <w:lang w:val="pt-BR"/>
        </w:rPr>
      </w:pPr>
      <w:r w:rsidRPr="001179E8">
        <w:rPr>
          <w:lang w:val="pt-BR"/>
        </w:rPr>
        <w:br/>
      </w:r>
    </w:p>
    <w:p w14:paraId="41EFD576" w14:textId="77777777" w:rsidR="002355BD" w:rsidRPr="001179E8" w:rsidRDefault="00000000">
      <w:pPr>
        <w:rPr>
          <w:lang w:val="pt-BR"/>
        </w:rPr>
      </w:pPr>
      <w:r w:rsidRPr="001179E8">
        <w:rPr>
          <w:lang w:val="pt-BR"/>
        </w:rPr>
        <w:t>"Acredito," respondeu ela simplesmente. "Vi como você enfrenta cada desafio, como se preocupa com os outros, como luta mesmo quando está com medo. Isso é verdadeira coragem."</w:t>
      </w:r>
    </w:p>
    <w:p w14:paraId="28DCE596" w14:textId="77777777" w:rsidR="002355BD" w:rsidRPr="001179E8" w:rsidRDefault="00000000">
      <w:pPr>
        <w:rPr>
          <w:lang w:val="pt-BR"/>
        </w:rPr>
      </w:pPr>
      <w:r w:rsidRPr="001179E8">
        <w:rPr>
          <w:lang w:val="pt-BR"/>
        </w:rPr>
        <w:br/>
      </w:r>
    </w:p>
    <w:p w14:paraId="3D607D8A" w14:textId="77777777" w:rsidR="002355BD" w:rsidRPr="001179E8" w:rsidRDefault="00000000">
      <w:pPr>
        <w:rPr>
          <w:lang w:val="pt-BR"/>
        </w:rPr>
      </w:pPr>
      <w:r w:rsidRPr="001179E8">
        <w:rPr>
          <w:lang w:val="pt-BR"/>
        </w:rPr>
        <w:t>Art sentiu uma onda de emoção. As palavras dela significavam mais do que ela poderia imaginar.</w:t>
      </w:r>
    </w:p>
    <w:p w14:paraId="39BCED00" w14:textId="77777777" w:rsidR="002355BD" w:rsidRPr="001179E8" w:rsidRDefault="00000000">
      <w:pPr>
        <w:rPr>
          <w:lang w:val="pt-BR"/>
        </w:rPr>
      </w:pPr>
      <w:r w:rsidRPr="001179E8">
        <w:rPr>
          <w:lang w:val="pt-BR"/>
        </w:rPr>
        <w:br/>
      </w:r>
    </w:p>
    <w:p w14:paraId="1FDCF8FC" w14:textId="77777777" w:rsidR="002355BD" w:rsidRPr="001179E8" w:rsidRDefault="00000000">
      <w:pPr>
        <w:rPr>
          <w:lang w:val="pt-BR"/>
        </w:rPr>
      </w:pPr>
      <w:r w:rsidRPr="001179E8">
        <w:rPr>
          <w:lang w:val="pt-BR"/>
        </w:rPr>
        <w:t>"Linda, sobre o que aconteceu no Reino Feérico," começou ele, reunindo coragem. "O que eu estava tentando dizer antes de sermos interrompidos..."</w:t>
      </w:r>
    </w:p>
    <w:p w14:paraId="7B48A92B" w14:textId="77777777" w:rsidR="002355BD" w:rsidRPr="001179E8" w:rsidRDefault="00000000">
      <w:pPr>
        <w:rPr>
          <w:lang w:val="pt-BR"/>
        </w:rPr>
      </w:pPr>
      <w:r w:rsidRPr="001179E8">
        <w:rPr>
          <w:lang w:val="pt-BR"/>
        </w:rPr>
        <w:br/>
      </w:r>
    </w:p>
    <w:p w14:paraId="2D8EDDB8" w14:textId="77777777" w:rsidR="002355BD" w:rsidRPr="001179E8" w:rsidRDefault="00000000">
      <w:pPr>
        <w:rPr>
          <w:lang w:val="pt-BR"/>
        </w:rPr>
      </w:pPr>
      <w:r w:rsidRPr="001179E8">
        <w:rPr>
          <w:lang w:val="pt-BR"/>
        </w:rPr>
        <w:t>O som de passos pesados no corredor os interrompeu. A porta se abriu, revelando Thorne.</w:t>
      </w:r>
    </w:p>
    <w:p w14:paraId="5CDCA280" w14:textId="77777777" w:rsidR="002355BD" w:rsidRPr="001179E8" w:rsidRDefault="00000000">
      <w:pPr>
        <w:rPr>
          <w:lang w:val="pt-BR"/>
        </w:rPr>
      </w:pPr>
      <w:r w:rsidRPr="001179E8">
        <w:rPr>
          <w:lang w:val="pt-BR"/>
        </w:rPr>
        <w:br/>
      </w:r>
    </w:p>
    <w:p w14:paraId="1752ED5B" w14:textId="77777777" w:rsidR="002355BD" w:rsidRPr="001179E8" w:rsidRDefault="00000000">
      <w:pPr>
        <w:rPr>
          <w:lang w:val="pt-BR"/>
        </w:rPr>
      </w:pPr>
      <w:r w:rsidRPr="001179E8">
        <w:rPr>
          <w:lang w:val="pt-BR"/>
        </w:rPr>
        <w:t>"Perdoem a intrusão," disse o Conselheiro, "mas há algo que devem saber antes do teste de amanhã."</w:t>
      </w:r>
    </w:p>
    <w:p w14:paraId="63688244" w14:textId="77777777" w:rsidR="002355BD" w:rsidRPr="001179E8" w:rsidRDefault="00000000">
      <w:pPr>
        <w:rPr>
          <w:lang w:val="pt-BR"/>
        </w:rPr>
      </w:pPr>
      <w:r w:rsidRPr="001179E8">
        <w:rPr>
          <w:lang w:val="pt-BR"/>
        </w:rPr>
        <w:br/>
      </w:r>
    </w:p>
    <w:p w14:paraId="3B5A4C1C" w14:textId="77777777" w:rsidR="002355BD" w:rsidRPr="001179E8" w:rsidRDefault="00000000">
      <w:pPr>
        <w:rPr>
          <w:lang w:val="pt-BR"/>
        </w:rPr>
      </w:pPr>
      <w:r w:rsidRPr="001179E8">
        <w:rPr>
          <w:lang w:val="pt-BR"/>
        </w:rPr>
        <w:lastRenderedPageBreak/>
        <w:t>Art reprimiu um suspiro de frustração. Mais uma vez, o momento perfeito escapava.</w:t>
      </w:r>
    </w:p>
    <w:p w14:paraId="1226AD1C" w14:textId="77777777" w:rsidR="002355BD" w:rsidRPr="001179E8" w:rsidRDefault="00000000">
      <w:pPr>
        <w:rPr>
          <w:lang w:val="pt-BR"/>
        </w:rPr>
      </w:pPr>
      <w:r w:rsidRPr="001179E8">
        <w:rPr>
          <w:lang w:val="pt-BR"/>
        </w:rPr>
        <w:br/>
      </w:r>
    </w:p>
    <w:p w14:paraId="70CBC3F7" w14:textId="77777777" w:rsidR="002355BD" w:rsidRPr="001179E8" w:rsidRDefault="00000000">
      <w:pPr>
        <w:rPr>
          <w:lang w:val="pt-BR"/>
        </w:rPr>
      </w:pPr>
      <w:r w:rsidRPr="001179E8">
        <w:rPr>
          <w:lang w:val="pt-BR"/>
        </w:rPr>
        <w:t>Thorne entrou, seu rosto grave. "Recebemos notícias perturbadoras. Sensores nas cavernas profundas detectaram atividade incomum – tremores que não seguem padrões naturais, emanações de energia que correspondem às descrições antigas do poder de Abyzoth."</w:t>
      </w:r>
    </w:p>
    <w:p w14:paraId="5429CECB" w14:textId="77777777" w:rsidR="002355BD" w:rsidRPr="001179E8" w:rsidRDefault="00000000">
      <w:pPr>
        <w:rPr>
          <w:lang w:val="pt-BR"/>
        </w:rPr>
      </w:pPr>
      <w:r w:rsidRPr="001179E8">
        <w:rPr>
          <w:lang w:val="pt-BR"/>
        </w:rPr>
        <w:br/>
      </w:r>
    </w:p>
    <w:p w14:paraId="62EF2985" w14:textId="77777777" w:rsidR="002355BD" w:rsidRPr="001179E8" w:rsidRDefault="00000000">
      <w:pPr>
        <w:rPr>
          <w:lang w:val="pt-BR"/>
        </w:rPr>
      </w:pPr>
      <w:r w:rsidRPr="001179E8">
        <w:rPr>
          <w:lang w:val="pt-BR"/>
        </w:rPr>
        <w:t>"Então vocês já têm evidências da ameaça," concluiu Linda.</w:t>
      </w:r>
    </w:p>
    <w:p w14:paraId="0C18C31D" w14:textId="77777777" w:rsidR="002355BD" w:rsidRPr="001179E8" w:rsidRDefault="00000000">
      <w:pPr>
        <w:rPr>
          <w:lang w:val="pt-BR"/>
        </w:rPr>
      </w:pPr>
      <w:r w:rsidRPr="001179E8">
        <w:rPr>
          <w:lang w:val="pt-BR"/>
        </w:rPr>
        <w:br/>
      </w:r>
    </w:p>
    <w:p w14:paraId="2D01E350" w14:textId="77777777" w:rsidR="002355BD" w:rsidRPr="001179E8" w:rsidRDefault="00000000">
      <w:pPr>
        <w:rPr>
          <w:lang w:val="pt-BR"/>
        </w:rPr>
      </w:pPr>
      <w:r w:rsidRPr="001179E8">
        <w:rPr>
          <w:lang w:val="pt-BR"/>
        </w:rPr>
        <w:t>"Temos observações, não conclusões," corrigiu Thorne. "Mas sim, algo está despertando nas profundezas. E há mais: detectamos uma presença familiar nas proximidades do reino."</w:t>
      </w:r>
    </w:p>
    <w:p w14:paraId="3C7A3B3F" w14:textId="77777777" w:rsidR="002355BD" w:rsidRPr="001179E8" w:rsidRDefault="00000000">
      <w:pPr>
        <w:rPr>
          <w:lang w:val="pt-BR"/>
        </w:rPr>
      </w:pPr>
      <w:r w:rsidRPr="001179E8">
        <w:rPr>
          <w:lang w:val="pt-BR"/>
        </w:rPr>
        <w:br/>
      </w:r>
    </w:p>
    <w:p w14:paraId="383FA8CB" w14:textId="77777777" w:rsidR="002355BD" w:rsidRPr="001179E8" w:rsidRDefault="00000000">
      <w:pPr>
        <w:rPr>
          <w:lang w:val="pt-BR"/>
        </w:rPr>
      </w:pPr>
      <w:r w:rsidRPr="001179E8">
        <w:rPr>
          <w:lang w:val="pt-BR"/>
        </w:rPr>
        <w:t>"Que presença?" perguntou Art, subitamente alerta.</w:t>
      </w:r>
    </w:p>
    <w:p w14:paraId="7D3B4377" w14:textId="77777777" w:rsidR="002355BD" w:rsidRPr="001179E8" w:rsidRDefault="00000000">
      <w:pPr>
        <w:rPr>
          <w:lang w:val="pt-BR"/>
        </w:rPr>
      </w:pPr>
      <w:r w:rsidRPr="001179E8">
        <w:rPr>
          <w:lang w:val="pt-BR"/>
        </w:rPr>
        <w:br/>
      </w:r>
    </w:p>
    <w:p w14:paraId="6598369F" w14:textId="77777777" w:rsidR="002355BD" w:rsidRPr="001179E8" w:rsidRDefault="00000000">
      <w:pPr>
        <w:rPr>
          <w:lang w:val="pt-BR"/>
        </w:rPr>
      </w:pPr>
      <w:r w:rsidRPr="001179E8">
        <w:rPr>
          <w:lang w:val="pt-BR"/>
        </w:rPr>
        <w:t>"Um visitante do Reino Feérico," respondeu Thorne. "Um que se identifica como Príncipe Oberon."</w:t>
      </w:r>
    </w:p>
    <w:p w14:paraId="1B745E7C" w14:textId="77777777" w:rsidR="002355BD" w:rsidRPr="001179E8" w:rsidRDefault="00000000">
      <w:pPr>
        <w:rPr>
          <w:lang w:val="pt-BR"/>
        </w:rPr>
      </w:pPr>
      <w:r w:rsidRPr="001179E8">
        <w:rPr>
          <w:lang w:val="pt-BR"/>
        </w:rPr>
        <w:br/>
      </w:r>
    </w:p>
    <w:p w14:paraId="5A598407" w14:textId="77777777" w:rsidR="002355BD" w:rsidRPr="001179E8" w:rsidRDefault="00000000">
      <w:pPr>
        <w:rPr>
          <w:lang w:val="pt-BR"/>
        </w:rPr>
      </w:pPr>
      <w:r w:rsidRPr="001179E8">
        <w:rPr>
          <w:lang w:val="pt-BR"/>
        </w:rPr>
        <w:t>Art sentiu uma onda de irritação. "Oberon? O que ele está fazendo aqui?"</w:t>
      </w:r>
    </w:p>
    <w:p w14:paraId="372AD73C" w14:textId="77777777" w:rsidR="002355BD" w:rsidRPr="001179E8" w:rsidRDefault="00000000">
      <w:pPr>
        <w:rPr>
          <w:lang w:val="pt-BR"/>
        </w:rPr>
      </w:pPr>
      <w:r w:rsidRPr="001179E8">
        <w:rPr>
          <w:lang w:val="pt-BR"/>
        </w:rPr>
        <w:br/>
      </w:r>
    </w:p>
    <w:p w14:paraId="018FF8B6" w14:textId="77777777" w:rsidR="002355BD" w:rsidRPr="001179E8" w:rsidRDefault="00000000">
      <w:pPr>
        <w:rPr>
          <w:lang w:val="pt-BR"/>
        </w:rPr>
      </w:pPr>
      <w:r w:rsidRPr="001179E8">
        <w:rPr>
          <w:lang w:val="pt-BR"/>
        </w:rPr>
        <w:t>"Solicitou audiência com o Conselho, alegando ser um observador oficial do Reino Feérico," explicou Thorne. "Foi recebido como exige o protocolo, mas seus motivos parecem... pessoais."</w:t>
      </w:r>
    </w:p>
    <w:p w14:paraId="0B44FE6A" w14:textId="77777777" w:rsidR="002355BD" w:rsidRPr="001179E8" w:rsidRDefault="00000000">
      <w:pPr>
        <w:rPr>
          <w:lang w:val="pt-BR"/>
        </w:rPr>
      </w:pPr>
      <w:r w:rsidRPr="001179E8">
        <w:rPr>
          <w:lang w:val="pt-BR"/>
        </w:rPr>
        <w:br/>
      </w:r>
    </w:p>
    <w:p w14:paraId="70E0E6FF" w14:textId="77777777" w:rsidR="002355BD" w:rsidRPr="001179E8" w:rsidRDefault="00000000">
      <w:pPr>
        <w:rPr>
          <w:lang w:val="pt-BR"/>
        </w:rPr>
      </w:pPr>
      <w:r w:rsidRPr="001179E8">
        <w:rPr>
          <w:lang w:val="pt-BR"/>
        </w:rPr>
        <w:t>Linda e Art trocaram olhares preocupados. A presença de Oberon complicava tudo.</w:t>
      </w:r>
    </w:p>
    <w:p w14:paraId="7F0ABCB5" w14:textId="77777777" w:rsidR="002355BD" w:rsidRPr="001179E8" w:rsidRDefault="00000000">
      <w:pPr>
        <w:rPr>
          <w:lang w:val="pt-BR"/>
        </w:rPr>
      </w:pPr>
      <w:r w:rsidRPr="001179E8">
        <w:rPr>
          <w:lang w:val="pt-BR"/>
        </w:rPr>
        <w:lastRenderedPageBreak/>
        <w:br/>
      </w:r>
    </w:p>
    <w:p w14:paraId="59F65BEC" w14:textId="77777777" w:rsidR="002355BD" w:rsidRPr="001179E8" w:rsidRDefault="00000000">
      <w:pPr>
        <w:rPr>
          <w:lang w:val="pt-BR"/>
        </w:rPr>
      </w:pPr>
      <w:r w:rsidRPr="001179E8">
        <w:rPr>
          <w:lang w:val="pt-BR"/>
        </w:rPr>
        <w:t>"Achei que deviam saber," concluiu Thorne. "O teste de amanhã exigirá foco total. Distrações podem ser... perigosas."</w:t>
      </w:r>
    </w:p>
    <w:p w14:paraId="5B31436D" w14:textId="77777777" w:rsidR="002355BD" w:rsidRPr="001179E8" w:rsidRDefault="00000000">
      <w:pPr>
        <w:rPr>
          <w:lang w:val="pt-BR"/>
        </w:rPr>
      </w:pPr>
      <w:r w:rsidRPr="001179E8">
        <w:rPr>
          <w:lang w:val="pt-BR"/>
        </w:rPr>
        <w:br/>
      </w:r>
    </w:p>
    <w:p w14:paraId="0BF48C82" w14:textId="77777777" w:rsidR="002355BD" w:rsidRPr="001179E8" w:rsidRDefault="00000000">
      <w:pPr>
        <w:rPr>
          <w:lang w:val="pt-BR"/>
        </w:rPr>
      </w:pPr>
      <w:r w:rsidRPr="001179E8">
        <w:rPr>
          <w:lang w:val="pt-BR"/>
        </w:rPr>
        <w:t>Com isso, o Conselheiro se retirou, deixando Art e Linda novamente sozinhos, mas o momento de intimidade havia passado. A menção a Oberon trouxera de volta a tensão e a incerteza.</w:t>
      </w:r>
    </w:p>
    <w:p w14:paraId="3FBF1DE2" w14:textId="77777777" w:rsidR="002355BD" w:rsidRPr="001179E8" w:rsidRDefault="00000000">
      <w:pPr>
        <w:rPr>
          <w:lang w:val="pt-BR"/>
        </w:rPr>
      </w:pPr>
      <w:r w:rsidRPr="001179E8">
        <w:rPr>
          <w:lang w:val="pt-BR"/>
        </w:rPr>
        <w:br/>
      </w:r>
    </w:p>
    <w:p w14:paraId="21EA4BF5" w14:textId="77777777" w:rsidR="002355BD" w:rsidRPr="001179E8" w:rsidRDefault="00000000">
      <w:pPr>
        <w:rPr>
          <w:lang w:val="pt-BR"/>
        </w:rPr>
      </w:pPr>
      <w:r w:rsidRPr="001179E8">
        <w:rPr>
          <w:lang w:val="pt-BR"/>
        </w:rPr>
        <w:t>"Devemos descansar," disse Linda finalmente, dirigindo-se à porta. "Amanhã será um dia decisivo."</w:t>
      </w:r>
    </w:p>
    <w:p w14:paraId="3470BC36" w14:textId="77777777" w:rsidR="002355BD" w:rsidRPr="001179E8" w:rsidRDefault="00000000">
      <w:pPr>
        <w:rPr>
          <w:lang w:val="pt-BR"/>
        </w:rPr>
      </w:pPr>
      <w:r w:rsidRPr="001179E8">
        <w:rPr>
          <w:lang w:val="pt-BR"/>
        </w:rPr>
        <w:br/>
      </w:r>
    </w:p>
    <w:p w14:paraId="63F14506" w14:textId="77777777" w:rsidR="002355BD" w:rsidRPr="001179E8" w:rsidRDefault="00000000">
      <w:pPr>
        <w:rPr>
          <w:lang w:val="pt-BR"/>
        </w:rPr>
      </w:pPr>
      <w:r w:rsidRPr="001179E8">
        <w:rPr>
          <w:lang w:val="pt-BR"/>
        </w:rPr>
        <w:t>Art assentiu, engolindo as palavras não ditas. "Boa noite, Linda."</w:t>
      </w:r>
    </w:p>
    <w:p w14:paraId="39F1D61D" w14:textId="77777777" w:rsidR="002355BD" w:rsidRPr="001179E8" w:rsidRDefault="00000000">
      <w:pPr>
        <w:rPr>
          <w:lang w:val="pt-BR"/>
        </w:rPr>
      </w:pPr>
      <w:r w:rsidRPr="001179E8">
        <w:rPr>
          <w:lang w:val="pt-BR"/>
        </w:rPr>
        <w:br/>
      </w:r>
    </w:p>
    <w:p w14:paraId="0DAFF5B3" w14:textId="77777777" w:rsidR="002355BD" w:rsidRPr="001179E8" w:rsidRDefault="00000000">
      <w:pPr>
        <w:rPr>
          <w:lang w:val="pt-BR"/>
        </w:rPr>
      </w:pPr>
      <w:r w:rsidRPr="001179E8">
        <w:rPr>
          <w:lang w:val="pt-BR"/>
        </w:rPr>
        <w:t>"Boa noite, Art," respondeu ela, hesitando por um momento na porta antes de sair.</w:t>
      </w:r>
    </w:p>
    <w:p w14:paraId="32717B5E" w14:textId="77777777" w:rsidR="002355BD" w:rsidRPr="001179E8" w:rsidRDefault="00000000">
      <w:pPr>
        <w:rPr>
          <w:lang w:val="pt-BR"/>
        </w:rPr>
      </w:pPr>
      <w:r w:rsidRPr="001179E8">
        <w:rPr>
          <w:lang w:val="pt-BR"/>
        </w:rPr>
        <w:br/>
      </w:r>
    </w:p>
    <w:p w14:paraId="4696867C" w14:textId="77777777" w:rsidR="002355BD" w:rsidRPr="001179E8" w:rsidRDefault="00000000">
      <w:pPr>
        <w:rPr>
          <w:lang w:val="pt-BR"/>
        </w:rPr>
      </w:pPr>
      <w:r w:rsidRPr="001179E8">
        <w:rPr>
          <w:lang w:val="pt-BR"/>
        </w:rPr>
        <w:t>Sozinho novamente, Art olhou para as estrelas, perguntando-se se algum dia encontraria o momento perfeito para dizer o que sentia.</w:t>
      </w:r>
    </w:p>
    <w:p w14:paraId="17B22BE0" w14:textId="77777777" w:rsidR="002355BD" w:rsidRPr="001179E8" w:rsidRDefault="00000000">
      <w:pPr>
        <w:rPr>
          <w:lang w:val="pt-BR"/>
        </w:rPr>
      </w:pPr>
      <w:r w:rsidRPr="001179E8">
        <w:rPr>
          <w:lang w:val="pt-BR"/>
        </w:rPr>
        <w:br/>
      </w:r>
    </w:p>
    <w:p w14:paraId="2949E846" w14:textId="77777777" w:rsidR="002355BD" w:rsidRPr="001179E8" w:rsidRDefault="00000000">
      <w:pPr>
        <w:rPr>
          <w:lang w:val="pt-BR"/>
        </w:rPr>
      </w:pPr>
      <w:r w:rsidRPr="001179E8">
        <w:rPr>
          <w:lang w:val="pt-BR"/>
        </w:rPr>
        <w:t>---</w:t>
      </w:r>
    </w:p>
    <w:p w14:paraId="13608C3D" w14:textId="77777777" w:rsidR="002355BD" w:rsidRPr="001179E8" w:rsidRDefault="00000000">
      <w:pPr>
        <w:rPr>
          <w:lang w:val="pt-BR"/>
        </w:rPr>
      </w:pPr>
      <w:r w:rsidRPr="001179E8">
        <w:rPr>
          <w:lang w:val="pt-BR"/>
        </w:rPr>
        <w:br/>
      </w:r>
    </w:p>
    <w:p w14:paraId="79F0CC95" w14:textId="77777777" w:rsidR="002355BD" w:rsidRPr="001179E8" w:rsidRDefault="00000000">
      <w:pPr>
        <w:rPr>
          <w:lang w:val="pt-BR"/>
        </w:rPr>
      </w:pPr>
      <w:r w:rsidRPr="001179E8">
        <w:rPr>
          <w:lang w:val="pt-BR"/>
        </w:rPr>
        <w:t>O amanhecer no Reino dos Gigantes era um espetáculo de luz – os primeiros raios do sol refletiam nos edifícios de cristal, criando arco-íris que dançavam pelas ruas da cidade montanhosa. Art e Linda foram conduzidos a uma câmara circular no coração da montanha, onde o Conselho dos Sábios já os aguardava.</w:t>
      </w:r>
    </w:p>
    <w:p w14:paraId="25E57AD3" w14:textId="77777777" w:rsidR="002355BD" w:rsidRPr="001179E8" w:rsidRDefault="00000000">
      <w:pPr>
        <w:rPr>
          <w:lang w:val="pt-BR"/>
        </w:rPr>
      </w:pPr>
      <w:r w:rsidRPr="001179E8">
        <w:rPr>
          <w:lang w:val="pt-BR"/>
        </w:rPr>
        <w:lastRenderedPageBreak/>
        <w:br/>
      </w:r>
    </w:p>
    <w:p w14:paraId="6FA5AC84" w14:textId="77777777" w:rsidR="002355BD" w:rsidRPr="001179E8" w:rsidRDefault="00000000">
      <w:pPr>
        <w:rPr>
          <w:lang w:val="pt-BR"/>
        </w:rPr>
      </w:pPr>
      <w:r w:rsidRPr="001179E8">
        <w:rPr>
          <w:lang w:val="pt-BR"/>
        </w:rPr>
        <w:t>No centro da câmara estava um objeto estranho – um cubo de aproximadamente um metro de lado, feito de um material que parecia mudar constantemente entre pedra, metal e cristal. Símbolos antigos cobriam suas faces, reorganizando-se lentamente como se estivessem vivos.</w:t>
      </w:r>
    </w:p>
    <w:p w14:paraId="41D8492D" w14:textId="77777777" w:rsidR="002355BD" w:rsidRPr="001179E8" w:rsidRDefault="00000000">
      <w:pPr>
        <w:rPr>
          <w:lang w:val="pt-BR"/>
        </w:rPr>
      </w:pPr>
      <w:r w:rsidRPr="001179E8">
        <w:rPr>
          <w:lang w:val="pt-BR"/>
        </w:rPr>
        <w:br/>
      </w:r>
    </w:p>
    <w:p w14:paraId="217C1BB1" w14:textId="77777777" w:rsidR="002355BD" w:rsidRPr="001179E8" w:rsidRDefault="00000000">
      <w:pPr>
        <w:rPr>
          <w:lang w:val="pt-BR"/>
        </w:rPr>
      </w:pPr>
      <w:r w:rsidRPr="001179E8">
        <w:rPr>
          <w:lang w:val="pt-BR"/>
        </w:rPr>
        <w:t>"O Enigma das Eras," anunciou Gaia, indicando o cubo. "Um artefato tão antigo quanto nosso reino, guardião de segredos e verdades. Para conquistar nossa aliança, devem decifrar seu mistério central."</w:t>
      </w:r>
    </w:p>
    <w:p w14:paraId="313F0EB2" w14:textId="77777777" w:rsidR="002355BD" w:rsidRPr="001179E8" w:rsidRDefault="00000000">
      <w:pPr>
        <w:rPr>
          <w:lang w:val="pt-BR"/>
        </w:rPr>
      </w:pPr>
      <w:r w:rsidRPr="001179E8">
        <w:rPr>
          <w:lang w:val="pt-BR"/>
        </w:rPr>
        <w:br/>
      </w:r>
    </w:p>
    <w:p w14:paraId="5B23A1BF" w14:textId="77777777" w:rsidR="002355BD" w:rsidRPr="001179E8" w:rsidRDefault="00000000">
      <w:pPr>
        <w:rPr>
          <w:lang w:val="pt-BR"/>
        </w:rPr>
      </w:pPr>
      <w:r w:rsidRPr="001179E8">
        <w:rPr>
          <w:lang w:val="pt-BR"/>
        </w:rPr>
        <w:t>Art e Linda se aproximaram do cubo, estudando os símbolos em movimento.</w:t>
      </w:r>
    </w:p>
    <w:p w14:paraId="0101097D" w14:textId="77777777" w:rsidR="002355BD" w:rsidRPr="001179E8" w:rsidRDefault="00000000">
      <w:pPr>
        <w:rPr>
          <w:lang w:val="pt-BR"/>
        </w:rPr>
      </w:pPr>
      <w:r w:rsidRPr="001179E8">
        <w:rPr>
          <w:lang w:val="pt-BR"/>
        </w:rPr>
        <w:br/>
      </w:r>
    </w:p>
    <w:p w14:paraId="1FD59F82" w14:textId="77777777" w:rsidR="002355BD" w:rsidRPr="001179E8" w:rsidRDefault="00000000">
      <w:pPr>
        <w:rPr>
          <w:lang w:val="pt-BR"/>
        </w:rPr>
      </w:pPr>
      <w:r w:rsidRPr="001179E8">
        <w:rPr>
          <w:lang w:val="pt-BR"/>
        </w:rPr>
        <w:t>"Como funciona?" perguntou Art.</w:t>
      </w:r>
    </w:p>
    <w:p w14:paraId="61550050" w14:textId="77777777" w:rsidR="002355BD" w:rsidRPr="001179E8" w:rsidRDefault="00000000">
      <w:pPr>
        <w:rPr>
          <w:lang w:val="pt-BR"/>
        </w:rPr>
      </w:pPr>
      <w:r w:rsidRPr="001179E8">
        <w:rPr>
          <w:lang w:val="pt-BR"/>
        </w:rPr>
        <w:br/>
      </w:r>
    </w:p>
    <w:p w14:paraId="14F9EA59" w14:textId="77777777" w:rsidR="002355BD" w:rsidRPr="001179E8" w:rsidRDefault="00000000">
      <w:pPr>
        <w:rPr>
          <w:lang w:val="pt-BR"/>
        </w:rPr>
      </w:pPr>
      <w:r w:rsidRPr="001179E8">
        <w:rPr>
          <w:lang w:val="pt-BR"/>
        </w:rPr>
        <w:t>"O Enigma responde à intenção e ao toque," explicou Gaia. "Revela-se de forma diferente para cada buscador, testando não apenas o intelecto, mas também o caráter e o propósito."</w:t>
      </w:r>
    </w:p>
    <w:p w14:paraId="52A01C11" w14:textId="77777777" w:rsidR="002355BD" w:rsidRPr="001179E8" w:rsidRDefault="00000000">
      <w:pPr>
        <w:rPr>
          <w:lang w:val="pt-BR"/>
        </w:rPr>
      </w:pPr>
      <w:r w:rsidRPr="001179E8">
        <w:rPr>
          <w:lang w:val="pt-BR"/>
        </w:rPr>
        <w:br/>
      </w:r>
    </w:p>
    <w:p w14:paraId="636199CE" w14:textId="77777777" w:rsidR="002355BD" w:rsidRPr="001179E8" w:rsidRDefault="00000000">
      <w:pPr>
        <w:rPr>
          <w:lang w:val="pt-BR"/>
        </w:rPr>
      </w:pPr>
      <w:r w:rsidRPr="001179E8">
        <w:rPr>
          <w:lang w:val="pt-BR"/>
        </w:rPr>
        <w:t>Linda estendeu a mão hesitantemente, tocando uma das faces do cubo. Os símbolos reagiram imediatamente, brilhando e reorganizando-se mais rapidamente. Art fez o mesmo, e o cubo começou a emitir um zumbido baixo.</w:t>
      </w:r>
    </w:p>
    <w:p w14:paraId="325667AD" w14:textId="77777777" w:rsidR="002355BD" w:rsidRPr="001179E8" w:rsidRDefault="00000000">
      <w:pPr>
        <w:rPr>
          <w:lang w:val="pt-BR"/>
        </w:rPr>
      </w:pPr>
      <w:r w:rsidRPr="001179E8">
        <w:rPr>
          <w:lang w:val="pt-BR"/>
        </w:rPr>
        <w:br/>
      </w:r>
    </w:p>
    <w:p w14:paraId="37D42AA5" w14:textId="77777777" w:rsidR="002355BD" w:rsidRPr="001179E8" w:rsidRDefault="00000000">
      <w:pPr>
        <w:rPr>
          <w:lang w:val="pt-BR"/>
        </w:rPr>
      </w:pPr>
      <w:r w:rsidRPr="001179E8">
        <w:rPr>
          <w:lang w:val="pt-BR"/>
        </w:rPr>
        <w:t>Subitamente, o cubo se expandiu, projetando símbolos luminosos que preencheram toda a câmara, envolvendo Art e Linda em uma esfera de luz e informação. Os símbolos começaram a formar padrões reconhecíveis – constelações, mapas dimensionais, diagramas de energia.</w:t>
      </w:r>
    </w:p>
    <w:p w14:paraId="6174CAC4" w14:textId="77777777" w:rsidR="002355BD" w:rsidRPr="001179E8" w:rsidRDefault="00000000">
      <w:pPr>
        <w:rPr>
          <w:lang w:val="pt-BR"/>
        </w:rPr>
      </w:pPr>
      <w:r w:rsidRPr="001179E8">
        <w:rPr>
          <w:lang w:val="pt-BR"/>
        </w:rPr>
        <w:br/>
      </w:r>
    </w:p>
    <w:p w14:paraId="58939E56" w14:textId="77777777" w:rsidR="002355BD" w:rsidRPr="001179E8" w:rsidRDefault="00000000">
      <w:pPr>
        <w:rPr>
          <w:lang w:val="pt-BR"/>
        </w:rPr>
      </w:pPr>
      <w:r w:rsidRPr="001179E8">
        <w:rPr>
          <w:lang w:val="pt-BR"/>
        </w:rPr>
        <w:lastRenderedPageBreak/>
        <w:t>"É um mapa," murmurou Linda, seus olhos percorrendo os padrões. "Um mapa dos reinos e das conexões entre eles."</w:t>
      </w:r>
    </w:p>
    <w:p w14:paraId="322E40FB" w14:textId="77777777" w:rsidR="002355BD" w:rsidRPr="001179E8" w:rsidRDefault="00000000">
      <w:pPr>
        <w:rPr>
          <w:lang w:val="pt-BR"/>
        </w:rPr>
      </w:pPr>
      <w:r w:rsidRPr="001179E8">
        <w:rPr>
          <w:lang w:val="pt-BR"/>
        </w:rPr>
        <w:br/>
      </w:r>
    </w:p>
    <w:p w14:paraId="337F9AB3" w14:textId="77777777" w:rsidR="002355BD" w:rsidRPr="001179E8" w:rsidRDefault="00000000">
      <w:pPr>
        <w:rPr>
          <w:lang w:val="pt-BR"/>
        </w:rPr>
      </w:pPr>
      <w:r w:rsidRPr="001179E8">
        <w:rPr>
          <w:lang w:val="pt-BR"/>
        </w:rPr>
        <w:t>"Não apenas isso," acrescentou Art, percebendo mais detalhes. "É um registro histórico. Olhe, aqui mostra a formação dos reinos, a separação das dimensões."</w:t>
      </w:r>
    </w:p>
    <w:p w14:paraId="415EA3BD" w14:textId="77777777" w:rsidR="002355BD" w:rsidRPr="001179E8" w:rsidRDefault="00000000">
      <w:pPr>
        <w:rPr>
          <w:lang w:val="pt-BR"/>
        </w:rPr>
      </w:pPr>
      <w:r w:rsidRPr="001179E8">
        <w:rPr>
          <w:lang w:val="pt-BR"/>
        </w:rPr>
        <w:br/>
      </w:r>
    </w:p>
    <w:p w14:paraId="66BC53E9" w14:textId="77777777" w:rsidR="002355BD" w:rsidRPr="001179E8" w:rsidRDefault="00000000">
      <w:pPr>
        <w:rPr>
          <w:lang w:val="pt-BR"/>
        </w:rPr>
      </w:pPr>
      <w:r w:rsidRPr="001179E8">
        <w:rPr>
          <w:lang w:val="pt-BR"/>
        </w:rPr>
        <w:t>Trabalhando juntos, começaram a interpretar os símbolos, descobrindo camadas de significado. O Enigma parecia responder à sua compreensão, revelando mais informações à medida que decifravam cada parte.</w:t>
      </w:r>
    </w:p>
    <w:p w14:paraId="61EC1212" w14:textId="77777777" w:rsidR="002355BD" w:rsidRPr="001179E8" w:rsidRDefault="00000000">
      <w:pPr>
        <w:rPr>
          <w:lang w:val="pt-BR"/>
        </w:rPr>
      </w:pPr>
      <w:r w:rsidRPr="001179E8">
        <w:rPr>
          <w:lang w:val="pt-BR"/>
        </w:rPr>
        <w:br/>
      </w:r>
    </w:p>
    <w:p w14:paraId="387E231E" w14:textId="77777777" w:rsidR="002355BD" w:rsidRPr="001179E8" w:rsidRDefault="00000000">
      <w:pPr>
        <w:rPr>
          <w:lang w:val="pt-BR"/>
        </w:rPr>
      </w:pPr>
      <w:r w:rsidRPr="001179E8">
        <w:rPr>
          <w:lang w:val="pt-BR"/>
        </w:rPr>
        <w:t>"Há um padrão aqui," disse Linda, apontando para uma sequência repetitiva. "Ciclos de convergência e divergência dimensional. Como se os reinos naturalmente se aproximassem e se afastassem ao longo das eras."</w:t>
      </w:r>
    </w:p>
    <w:p w14:paraId="5A1602EC" w14:textId="77777777" w:rsidR="002355BD" w:rsidRPr="001179E8" w:rsidRDefault="00000000">
      <w:pPr>
        <w:rPr>
          <w:lang w:val="pt-BR"/>
        </w:rPr>
      </w:pPr>
      <w:r w:rsidRPr="001179E8">
        <w:rPr>
          <w:lang w:val="pt-BR"/>
        </w:rPr>
        <w:br/>
      </w:r>
    </w:p>
    <w:p w14:paraId="197B0D73" w14:textId="77777777" w:rsidR="002355BD" w:rsidRPr="001179E8" w:rsidRDefault="00000000">
      <w:pPr>
        <w:rPr>
          <w:lang w:val="pt-BR"/>
        </w:rPr>
      </w:pPr>
      <w:r w:rsidRPr="001179E8">
        <w:rPr>
          <w:lang w:val="pt-BR"/>
        </w:rPr>
        <w:t>"E aqui," acrescentou Art, indicando outro conjunto de símbolos, "parece mostrar pontos de ancoragem – locais onde as dimensões se conectam mais fortemente."</w:t>
      </w:r>
    </w:p>
    <w:p w14:paraId="20BFB5F8" w14:textId="77777777" w:rsidR="002355BD" w:rsidRPr="001179E8" w:rsidRDefault="00000000">
      <w:pPr>
        <w:rPr>
          <w:lang w:val="pt-BR"/>
        </w:rPr>
      </w:pPr>
      <w:r w:rsidRPr="001179E8">
        <w:rPr>
          <w:lang w:val="pt-BR"/>
        </w:rPr>
        <w:br/>
      </w:r>
    </w:p>
    <w:p w14:paraId="75B49F9E" w14:textId="77777777" w:rsidR="002355BD" w:rsidRPr="001179E8" w:rsidRDefault="00000000">
      <w:pPr>
        <w:rPr>
          <w:lang w:val="pt-BR"/>
        </w:rPr>
      </w:pPr>
      <w:r w:rsidRPr="001179E8">
        <w:rPr>
          <w:lang w:val="pt-BR"/>
        </w:rPr>
        <w:t>Os Sábios observavam em silêncio, impressionados com a sincronia entre os dois emissários. Era como se completassem os pensamentos um do outro, cada descoberta de um levando a uma percepção do outro.</w:t>
      </w:r>
    </w:p>
    <w:p w14:paraId="2D5C56E7" w14:textId="77777777" w:rsidR="002355BD" w:rsidRPr="001179E8" w:rsidRDefault="00000000">
      <w:pPr>
        <w:rPr>
          <w:lang w:val="pt-BR"/>
        </w:rPr>
      </w:pPr>
      <w:r w:rsidRPr="001179E8">
        <w:rPr>
          <w:lang w:val="pt-BR"/>
        </w:rPr>
        <w:br/>
      </w:r>
    </w:p>
    <w:p w14:paraId="4A7EA1FA" w14:textId="77777777" w:rsidR="002355BD" w:rsidRPr="001179E8" w:rsidRDefault="00000000">
      <w:pPr>
        <w:rPr>
          <w:lang w:val="pt-BR"/>
        </w:rPr>
      </w:pPr>
      <w:r w:rsidRPr="001179E8">
        <w:rPr>
          <w:lang w:val="pt-BR"/>
        </w:rPr>
        <w:t>Então, Art notou algo perturbador. "Linda, olhe isso. Este símbolo aqui... parece representar uma entidade consumindo as conexões entre os reinos."</w:t>
      </w:r>
    </w:p>
    <w:p w14:paraId="7718C74A" w14:textId="77777777" w:rsidR="002355BD" w:rsidRPr="001179E8" w:rsidRDefault="00000000">
      <w:pPr>
        <w:rPr>
          <w:lang w:val="pt-BR"/>
        </w:rPr>
      </w:pPr>
      <w:r w:rsidRPr="001179E8">
        <w:rPr>
          <w:lang w:val="pt-BR"/>
        </w:rPr>
        <w:br/>
      </w:r>
    </w:p>
    <w:p w14:paraId="0CA24910" w14:textId="77777777" w:rsidR="002355BD" w:rsidRPr="001179E8" w:rsidRDefault="00000000">
      <w:pPr>
        <w:rPr>
          <w:lang w:val="pt-BR"/>
        </w:rPr>
      </w:pPr>
      <w:r w:rsidRPr="001179E8">
        <w:rPr>
          <w:lang w:val="pt-BR"/>
        </w:rPr>
        <w:t>Linda seguiu seu olhar, seu rosto empalidecendo. "Abyzoth. O Enigma está mostrando o que acontecerá se ele conseguir romper completamente as barreiras dimensionais."</w:t>
      </w:r>
    </w:p>
    <w:p w14:paraId="48D9A2EF" w14:textId="77777777" w:rsidR="002355BD" w:rsidRPr="001179E8" w:rsidRDefault="00000000">
      <w:pPr>
        <w:rPr>
          <w:lang w:val="pt-BR"/>
        </w:rPr>
      </w:pPr>
      <w:r w:rsidRPr="001179E8">
        <w:rPr>
          <w:lang w:val="pt-BR"/>
        </w:rPr>
        <w:lastRenderedPageBreak/>
        <w:br/>
      </w:r>
    </w:p>
    <w:p w14:paraId="604C8689" w14:textId="77777777" w:rsidR="002355BD" w:rsidRPr="001179E8" w:rsidRDefault="00000000">
      <w:pPr>
        <w:rPr>
          <w:lang w:val="pt-BR"/>
        </w:rPr>
      </w:pPr>
      <w:r w:rsidRPr="001179E8">
        <w:rPr>
          <w:lang w:val="pt-BR"/>
        </w:rPr>
        <w:t>As imagens projetadas mudaram, mostrando uma simulação terrível – os reinos sendo devorados um a um, a própria estrutura da realidade desmoronando.</w:t>
      </w:r>
    </w:p>
    <w:p w14:paraId="72D21C32" w14:textId="77777777" w:rsidR="002355BD" w:rsidRPr="001179E8" w:rsidRDefault="00000000">
      <w:pPr>
        <w:rPr>
          <w:lang w:val="pt-BR"/>
        </w:rPr>
      </w:pPr>
      <w:r w:rsidRPr="001179E8">
        <w:rPr>
          <w:lang w:val="pt-BR"/>
        </w:rPr>
        <w:br/>
      </w:r>
    </w:p>
    <w:p w14:paraId="01908F9F" w14:textId="77777777" w:rsidR="002355BD" w:rsidRPr="001179E8" w:rsidRDefault="00000000">
      <w:pPr>
        <w:rPr>
          <w:lang w:val="pt-BR"/>
        </w:rPr>
      </w:pPr>
      <w:r w:rsidRPr="001179E8">
        <w:rPr>
          <w:lang w:val="pt-BR"/>
        </w:rPr>
        <w:t>"Precisamos encontrar uma solução," disse Art, sua voz urgente. "O Enigma não mostraria isso sem um propósito."</w:t>
      </w:r>
    </w:p>
    <w:p w14:paraId="21E27824" w14:textId="77777777" w:rsidR="002355BD" w:rsidRPr="001179E8" w:rsidRDefault="00000000">
      <w:pPr>
        <w:rPr>
          <w:lang w:val="pt-BR"/>
        </w:rPr>
      </w:pPr>
      <w:r w:rsidRPr="001179E8">
        <w:rPr>
          <w:lang w:val="pt-BR"/>
        </w:rPr>
        <w:br/>
      </w:r>
    </w:p>
    <w:p w14:paraId="0827CB75" w14:textId="77777777" w:rsidR="002355BD" w:rsidRPr="001179E8" w:rsidRDefault="00000000">
      <w:pPr>
        <w:rPr>
          <w:lang w:val="pt-BR"/>
        </w:rPr>
      </w:pPr>
      <w:r w:rsidRPr="001179E8">
        <w:rPr>
          <w:lang w:val="pt-BR"/>
        </w:rPr>
        <w:t>Concentraram-se novamente, procurando padrões, conexões, qualquer coisa que pudesse indicar uma defesa contra a ameaça visualizada. Foi Linda quem percebeu primeiro.</w:t>
      </w:r>
    </w:p>
    <w:p w14:paraId="79B50654" w14:textId="77777777" w:rsidR="002355BD" w:rsidRPr="001179E8" w:rsidRDefault="00000000">
      <w:pPr>
        <w:rPr>
          <w:lang w:val="pt-BR"/>
        </w:rPr>
      </w:pPr>
      <w:r w:rsidRPr="001179E8">
        <w:rPr>
          <w:lang w:val="pt-BR"/>
        </w:rPr>
        <w:br/>
      </w:r>
    </w:p>
    <w:p w14:paraId="30C0BD44" w14:textId="77777777" w:rsidR="002355BD" w:rsidRPr="001179E8" w:rsidRDefault="00000000">
      <w:pPr>
        <w:rPr>
          <w:lang w:val="pt-BR"/>
        </w:rPr>
      </w:pPr>
      <w:r w:rsidRPr="001179E8">
        <w:rPr>
          <w:lang w:val="pt-BR"/>
        </w:rPr>
        <w:t>"Os pontos de ancoragem," disse ela, excitada. "Não são apenas conexões naturais entre os reinos. São... pontos de poder. Locais onde a energia dimensional pode ser canalizada e direcionada."</w:t>
      </w:r>
    </w:p>
    <w:p w14:paraId="6D29956B" w14:textId="77777777" w:rsidR="002355BD" w:rsidRPr="001179E8" w:rsidRDefault="00000000">
      <w:pPr>
        <w:rPr>
          <w:lang w:val="pt-BR"/>
        </w:rPr>
      </w:pPr>
      <w:r w:rsidRPr="001179E8">
        <w:rPr>
          <w:lang w:val="pt-BR"/>
        </w:rPr>
        <w:br/>
      </w:r>
    </w:p>
    <w:p w14:paraId="6F562128" w14:textId="77777777" w:rsidR="002355BD" w:rsidRPr="001179E8" w:rsidRDefault="00000000">
      <w:pPr>
        <w:rPr>
          <w:lang w:val="pt-BR"/>
        </w:rPr>
      </w:pPr>
      <w:r w:rsidRPr="001179E8">
        <w:rPr>
          <w:lang w:val="pt-BR"/>
        </w:rPr>
        <w:t>Art seguiu seu raciocínio. "Se os cinco reinos combinarem suas energias nesses pontos específicos..."</w:t>
      </w:r>
    </w:p>
    <w:p w14:paraId="5642DBF7" w14:textId="77777777" w:rsidR="002355BD" w:rsidRPr="001179E8" w:rsidRDefault="00000000">
      <w:pPr>
        <w:rPr>
          <w:lang w:val="pt-BR"/>
        </w:rPr>
      </w:pPr>
      <w:r w:rsidRPr="001179E8">
        <w:rPr>
          <w:lang w:val="pt-BR"/>
        </w:rPr>
        <w:br/>
      </w:r>
    </w:p>
    <w:p w14:paraId="5DFD63E0" w14:textId="77777777" w:rsidR="002355BD" w:rsidRPr="001179E8" w:rsidRDefault="00000000">
      <w:pPr>
        <w:rPr>
          <w:lang w:val="pt-BR"/>
        </w:rPr>
      </w:pPr>
      <w:r w:rsidRPr="001179E8">
        <w:rPr>
          <w:lang w:val="pt-BR"/>
        </w:rPr>
        <w:t>"...podemos criar uma barreira dimensional que nem mesmo Abyzoth poderia romper facilmente," completou Linda.</w:t>
      </w:r>
    </w:p>
    <w:p w14:paraId="5CED7DB6" w14:textId="77777777" w:rsidR="002355BD" w:rsidRPr="001179E8" w:rsidRDefault="00000000">
      <w:pPr>
        <w:rPr>
          <w:lang w:val="pt-BR"/>
        </w:rPr>
      </w:pPr>
      <w:r w:rsidRPr="001179E8">
        <w:rPr>
          <w:lang w:val="pt-BR"/>
        </w:rPr>
        <w:br/>
      </w:r>
    </w:p>
    <w:p w14:paraId="1DFC9A31" w14:textId="77777777" w:rsidR="002355BD" w:rsidRPr="001179E8" w:rsidRDefault="00000000">
      <w:pPr>
        <w:rPr>
          <w:lang w:val="pt-BR"/>
        </w:rPr>
      </w:pPr>
      <w:r w:rsidRPr="001179E8">
        <w:rPr>
          <w:lang w:val="pt-BR"/>
        </w:rPr>
        <w:t>Trabalhando com renovada urgência, mapearam os pontos de ancoragem, decifraram as sequências de ativação, compreenderam o delicado equilíbrio de energias necessário. O Enigma respondia a cada descoberta, confirmando suas teorias com novos símbolos e diagramas.</w:t>
      </w:r>
    </w:p>
    <w:p w14:paraId="7EB412ED" w14:textId="77777777" w:rsidR="002355BD" w:rsidRPr="001179E8" w:rsidRDefault="00000000">
      <w:pPr>
        <w:rPr>
          <w:lang w:val="pt-BR"/>
        </w:rPr>
      </w:pPr>
      <w:r w:rsidRPr="001179E8">
        <w:rPr>
          <w:lang w:val="pt-BR"/>
        </w:rPr>
        <w:br/>
      </w:r>
    </w:p>
    <w:p w14:paraId="5D471917" w14:textId="77777777" w:rsidR="002355BD" w:rsidRPr="001179E8" w:rsidRDefault="00000000">
      <w:pPr>
        <w:rPr>
          <w:lang w:val="pt-BR"/>
        </w:rPr>
      </w:pPr>
      <w:r w:rsidRPr="001179E8">
        <w:rPr>
          <w:lang w:val="pt-BR"/>
        </w:rPr>
        <w:lastRenderedPageBreak/>
        <w:t>Finalmente, após horas de trabalho intenso, o cubo emitiu um pulso de luz dourada e retornou ao seu estado original, os símbolos agora estáticos em suas faces.</w:t>
      </w:r>
    </w:p>
    <w:p w14:paraId="0B9A5F1A" w14:textId="77777777" w:rsidR="002355BD" w:rsidRPr="001179E8" w:rsidRDefault="00000000">
      <w:pPr>
        <w:rPr>
          <w:lang w:val="pt-BR"/>
        </w:rPr>
      </w:pPr>
      <w:r w:rsidRPr="001179E8">
        <w:rPr>
          <w:lang w:val="pt-BR"/>
        </w:rPr>
        <w:br/>
      </w:r>
    </w:p>
    <w:p w14:paraId="3C3F1075" w14:textId="77777777" w:rsidR="002355BD" w:rsidRPr="001179E8" w:rsidRDefault="00000000">
      <w:pPr>
        <w:rPr>
          <w:lang w:val="pt-BR"/>
        </w:rPr>
      </w:pPr>
      <w:r w:rsidRPr="001179E8">
        <w:rPr>
          <w:lang w:val="pt-BR"/>
        </w:rPr>
        <w:t>Um silêncio admirado preencheu a câmara. Os Sábios trocaram olhares de espanto.</w:t>
      </w:r>
    </w:p>
    <w:p w14:paraId="5A673231" w14:textId="77777777" w:rsidR="002355BD" w:rsidRPr="001179E8" w:rsidRDefault="00000000">
      <w:pPr>
        <w:rPr>
          <w:lang w:val="pt-BR"/>
        </w:rPr>
      </w:pPr>
      <w:r w:rsidRPr="001179E8">
        <w:rPr>
          <w:lang w:val="pt-BR"/>
        </w:rPr>
        <w:br/>
      </w:r>
    </w:p>
    <w:p w14:paraId="43FD6BE6" w14:textId="77777777" w:rsidR="002355BD" w:rsidRPr="001179E8" w:rsidRDefault="00000000">
      <w:pPr>
        <w:rPr>
          <w:lang w:val="pt-BR"/>
        </w:rPr>
      </w:pPr>
      <w:r w:rsidRPr="001179E8">
        <w:rPr>
          <w:lang w:val="pt-BR"/>
        </w:rPr>
        <w:t>"Em milênios," disse Gaia finalmente, sua voz carregada de emoção, "poucos conseguiram extrair tanto conhecimento do Enigma em tão pouco tempo. E nenhum par demonstrou tal... sincronia perfeita."</w:t>
      </w:r>
    </w:p>
    <w:p w14:paraId="6C21382F" w14:textId="77777777" w:rsidR="002355BD" w:rsidRPr="001179E8" w:rsidRDefault="00000000">
      <w:pPr>
        <w:rPr>
          <w:lang w:val="pt-BR"/>
        </w:rPr>
      </w:pPr>
      <w:r w:rsidRPr="001179E8">
        <w:rPr>
          <w:lang w:val="pt-BR"/>
        </w:rPr>
        <w:br/>
      </w:r>
    </w:p>
    <w:p w14:paraId="517556EA" w14:textId="77777777" w:rsidR="002355BD" w:rsidRPr="001179E8" w:rsidRDefault="00000000">
      <w:pPr>
        <w:rPr>
          <w:lang w:val="pt-BR"/>
        </w:rPr>
      </w:pPr>
      <w:r w:rsidRPr="001179E8">
        <w:rPr>
          <w:lang w:val="pt-BR"/>
        </w:rPr>
        <w:t>Art e Linda se entreolharam, apenas então percebendo como haviam trabalhado em harmonia absoluta, como se fossem extensões da mesma mente.</w:t>
      </w:r>
    </w:p>
    <w:p w14:paraId="1D9421F5" w14:textId="77777777" w:rsidR="002355BD" w:rsidRPr="001179E8" w:rsidRDefault="00000000">
      <w:pPr>
        <w:rPr>
          <w:lang w:val="pt-BR"/>
        </w:rPr>
      </w:pPr>
      <w:r w:rsidRPr="001179E8">
        <w:rPr>
          <w:lang w:val="pt-BR"/>
        </w:rPr>
        <w:br/>
      </w:r>
    </w:p>
    <w:p w14:paraId="56E76A67" w14:textId="77777777" w:rsidR="002355BD" w:rsidRPr="001179E8" w:rsidRDefault="00000000">
      <w:pPr>
        <w:rPr>
          <w:lang w:val="pt-BR"/>
        </w:rPr>
      </w:pPr>
      <w:r w:rsidRPr="001179E8">
        <w:rPr>
          <w:lang w:val="pt-BR"/>
        </w:rPr>
        <w:t>"O Enigma revelou não apenas a ameaça," continuou Gaia, "mas também o caminho para a defesa. E mais importante, revelou a verdade sobre vocês dois."</w:t>
      </w:r>
    </w:p>
    <w:p w14:paraId="06E9C651" w14:textId="77777777" w:rsidR="002355BD" w:rsidRPr="001179E8" w:rsidRDefault="00000000">
      <w:pPr>
        <w:rPr>
          <w:lang w:val="pt-BR"/>
        </w:rPr>
      </w:pPr>
      <w:r w:rsidRPr="001179E8">
        <w:rPr>
          <w:lang w:val="pt-BR"/>
        </w:rPr>
        <w:br/>
      </w:r>
    </w:p>
    <w:p w14:paraId="5169BD2F" w14:textId="77777777" w:rsidR="002355BD" w:rsidRPr="001179E8" w:rsidRDefault="00000000">
      <w:pPr>
        <w:rPr>
          <w:lang w:val="pt-BR"/>
        </w:rPr>
      </w:pPr>
      <w:r w:rsidRPr="001179E8">
        <w:rPr>
          <w:lang w:val="pt-BR"/>
        </w:rPr>
        <w:t>"A verdade sobre nós?" perguntou Art, confuso.</w:t>
      </w:r>
    </w:p>
    <w:p w14:paraId="608B90E9" w14:textId="77777777" w:rsidR="002355BD" w:rsidRPr="001179E8" w:rsidRDefault="00000000">
      <w:pPr>
        <w:rPr>
          <w:lang w:val="pt-BR"/>
        </w:rPr>
      </w:pPr>
      <w:r w:rsidRPr="001179E8">
        <w:rPr>
          <w:lang w:val="pt-BR"/>
        </w:rPr>
        <w:br/>
      </w:r>
    </w:p>
    <w:p w14:paraId="65431681" w14:textId="77777777" w:rsidR="002355BD" w:rsidRPr="001179E8" w:rsidRDefault="00000000">
      <w:pPr>
        <w:rPr>
          <w:lang w:val="pt-BR"/>
        </w:rPr>
      </w:pPr>
      <w:r w:rsidRPr="001179E8">
        <w:rPr>
          <w:lang w:val="pt-BR"/>
        </w:rPr>
        <w:t>Gaia sorriu, um sorriso sábio e conhecedor. "Algumas almas são tecidas do mesmo fio do destino, jovem Vance-LeFay. O Enigma apenas confirmou o que já era visível para olhos atentos."</w:t>
      </w:r>
    </w:p>
    <w:p w14:paraId="59C3473A" w14:textId="77777777" w:rsidR="002355BD" w:rsidRPr="001179E8" w:rsidRDefault="00000000">
      <w:pPr>
        <w:rPr>
          <w:lang w:val="pt-BR"/>
        </w:rPr>
      </w:pPr>
      <w:r w:rsidRPr="001179E8">
        <w:rPr>
          <w:lang w:val="pt-BR"/>
        </w:rPr>
        <w:br/>
      </w:r>
    </w:p>
    <w:p w14:paraId="33905948" w14:textId="77777777" w:rsidR="002355BD" w:rsidRPr="001179E8" w:rsidRDefault="00000000">
      <w:pPr>
        <w:rPr>
          <w:lang w:val="pt-BR"/>
        </w:rPr>
      </w:pPr>
      <w:r w:rsidRPr="001179E8">
        <w:rPr>
          <w:lang w:val="pt-BR"/>
        </w:rPr>
        <w:t>Art sentiu o rosto esquentar, evitando olhar para Linda.</w:t>
      </w:r>
    </w:p>
    <w:p w14:paraId="43BDF77F" w14:textId="77777777" w:rsidR="002355BD" w:rsidRPr="001179E8" w:rsidRDefault="00000000">
      <w:pPr>
        <w:rPr>
          <w:lang w:val="pt-BR"/>
        </w:rPr>
      </w:pPr>
      <w:r w:rsidRPr="001179E8">
        <w:rPr>
          <w:lang w:val="pt-BR"/>
        </w:rPr>
        <w:br/>
      </w:r>
    </w:p>
    <w:p w14:paraId="69CCA2E5" w14:textId="77777777" w:rsidR="002355BD" w:rsidRPr="001179E8" w:rsidRDefault="00000000">
      <w:pPr>
        <w:rPr>
          <w:lang w:val="pt-BR"/>
        </w:rPr>
      </w:pPr>
      <w:r w:rsidRPr="001179E8">
        <w:rPr>
          <w:lang w:val="pt-BR"/>
        </w:rPr>
        <w:t>"O Reino dos Gigantes se juntará à sua aliança," declarou Gaia solenemente. "Nosso conhecimento, nossa força e nossos recursos estão à disposição da causa comum."</w:t>
      </w:r>
    </w:p>
    <w:p w14:paraId="6A920A46" w14:textId="77777777" w:rsidR="002355BD" w:rsidRPr="001179E8" w:rsidRDefault="00000000">
      <w:pPr>
        <w:rPr>
          <w:lang w:val="pt-BR"/>
        </w:rPr>
      </w:pPr>
      <w:r w:rsidRPr="001179E8">
        <w:rPr>
          <w:lang w:val="pt-BR"/>
        </w:rPr>
        <w:lastRenderedPageBreak/>
        <w:br/>
      </w:r>
    </w:p>
    <w:p w14:paraId="7FA10C86" w14:textId="77777777" w:rsidR="002355BD" w:rsidRPr="001179E8" w:rsidRDefault="00000000">
      <w:pPr>
        <w:rPr>
          <w:lang w:val="pt-BR"/>
        </w:rPr>
      </w:pPr>
      <w:r w:rsidRPr="001179E8">
        <w:rPr>
          <w:lang w:val="pt-BR"/>
        </w:rPr>
        <w:t>Um murmúrio de aprovação percorreu o Conselho. A última aliança estava garantida.</w:t>
      </w:r>
    </w:p>
    <w:p w14:paraId="606A5C80" w14:textId="77777777" w:rsidR="002355BD" w:rsidRPr="001179E8" w:rsidRDefault="00000000">
      <w:pPr>
        <w:rPr>
          <w:lang w:val="pt-BR"/>
        </w:rPr>
      </w:pPr>
      <w:r w:rsidRPr="001179E8">
        <w:rPr>
          <w:lang w:val="pt-BR"/>
        </w:rPr>
        <w:br/>
      </w:r>
    </w:p>
    <w:p w14:paraId="6B6B8306" w14:textId="77777777" w:rsidR="002355BD" w:rsidRPr="001179E8" w:rsidRDefault="00000000">
      <w:pPr>
        <w:rPr>
          <w:lang w:val="pt-BR"/>
        </w:rPr>
      </w:pPr>
      <w:r w:rsidRPr="001179E8">
        <w:rPr>
          <w:lang w:val="pt-BR"/>
        </w:rPr>
        <w:t>---</w:t>
      </w:r>
    </w:p>
    <w:p w14:paraId="168E65EF" w14:textId="77777777" w:rsidR="002355BD" w:rsidRPr="001179E8" w:rsidRDefault="00000000">
      <w:pPr>
        <w:rPr>
          <w:lang w:val="pt-BR"/>
        </w:rPr>
      </w:pPr>
      <w:r w:rsidRPr="001179E8">
        <w:rPr>
          <w:lang w:val="pt-BR"/>
        </w:rPr>
        <w:br/>
      </w:r>
    </w:p>
    <w:p w14:paraId="6FE932E6" w14:textId="77777777" w:rsidR="002355BD" w:rsidRPr="001179E8" w:rsidRDefault="00000000">
      <w:pPr>
        <w:rPr>
          <w:lang w:val="pt-BR"/>
        </w:rPr>
      </w:pPr>
      <w:r w:rsidRPr="001179E8">
        <w:rPr>
          <w:lang w:val="pt-BR"/>
        </w:rPr>
        <w:t>A cerimônia de assinatura do tratado foi marcada para o meio-dia, na grande praça central da cidade. Representantes de todos os níveis da sociedade gigante se reuniram para testemunhar o evento histórico.</w:t>
      </w:r>
    </w:p>
    <w:p w14:paraId="6052A0C8" w14:textId="77777777" w:rsidR="002355BD" w:rsidRPr="001179E8" w:rsidRDefault="00000000">
      <w:pPr>
        <w:rPr>
          <w:lang w:val="pt-BR"/>
        </w:rPr>
      </w:pPr>
      <w:r w:rsidRPr="001179E8">
        <w:rPr>
          <w:lang w:val="pt-BR"/>
        </w:rPr>
        <w:br/>
      </w:r>
    </w:p>
    <w:p w14:paraId="5CEF02FA" w14:textId="77777777" w:rsidR="002355BD" w:rsidRPr="001179E8" w:rsidRDefault="00000000">
      <w:pPr>
        <w:rPr>
          <w:lang w:val="pt-BR"/>
        </w:rPr>
      </w:pPr>
      <w:r w:rsidRPr="001179E8">
        <w:rPr>
          <w:lang w:val="pt-BR"/>
        </w:rPr>
        <w:t>Art estava se preparando em seus aposentos quando ouviu uma comoção no corredor. Ao abrir a porta, encontrou Linda discutindo acaloradamente com ninguém menos que Oberon.</w:t>
      </w:r>
    </w:p>
    <w:p w14:paraId="5852275B" w14:textId="77777777" w:rsidR="002355BD" w:rsidRPr="001179E8" w:rsidRDefault="00000000">
      <w:pPr>
        <w:rPr>
          <w:lang w:val="pt-BR"/>
        </w:rPr>
      </w:pPr>
      <w:r w:rsidRPr="001179E8">
        <w:rPr>
          <w:lang w:val="pt-BR"/>
        </w:rPr>
        <w:br/>
      </w:r>
    </w:p>
    <w:p w14:paraId="62BCB588" w14:textId="77777777" w:rsidR="002355BD" w:rsidRPr="001179E8" w:rsidRDefault="00000000">
      <w:pPr>
        <w:rPr>
          <w:lang w:val="pt-BR"/>
        </w:rPr>
      </w:pPr>
      <w:r w:rsidRPr="001179E8">
        <w:rPr>
          <w:lang w:val="pt-BR"/>
        </w:rPr>
        <w:t>"Já disse que não, Príncipe Oberon," dizia Linda, sua voz firme mas controlada. "Minha resposta não mudou desde o Reino Feérico."</w:t>
      </w:r>
    </w:p>
    <w:p w14:paraId="7C8D1CB0" w14:textId="77777777" w:rsidR="002355BD" w:rsidRPr="001179E8" w:rsidRDefault="00000000">
      <w:pPr>
        <w:rPr>
          <w:lang w:val="pt-BR"/>
        </w:rPr>
      </w:pPr>
      <w:r w:rsidRPr="001179E8">
        <w:rPr>
          <w:lang w:val="pt-BR"/>
        </w:rPr>
        <w:br/>
      </w:r>
    </w:p>
    <w:p w14:paraId="4C92768F" w14:textId="77777777" w:rsidR="002355BD" w:rsidRPr="001179E8" w:rsidRDefault="00000000">
      <w:pPr>
        <w:rPr>
          <w:lang w:val="pt-BR"/>
        </w:rPr>
      </w:pPr>
      <w:r w:rsidRPr="001179E8">
        <w:rPr>
          <w:lang w:val="pt-BR"/>
        </w:rPr>
        <w:t>"Mas você deve reconsiderar," insistia Oberon, seu charme habitual dando lugar a uma urgência quase desesperada. "Você pertence ao mundo mágico, Linda. Sua beleza, seus dons... estão sendo desperdiçados na superfície."</w:t>
      </w:r>
    </w:p>
    <w:p w14:paraId="29DB3813" w14:textId="77777777" w:rsidR="002355BD" w:rsidRPr="001179E8" w:rsidRDefault="00000000">
      <w:pPr>
        <w:rPr>
          <w:lang w:val="pt-BR"/>
        </w:rPr>
      </w:pPr>
      <w:r w:rsidRPr="001179E8">
        <w:rPr>
          <w:lang w:val="pt-BR"/>
        </w:rPr>
        <w:br/>
      </w:r>
    </w:p>
    <w:p w14:paraId="5A02E87F" w14:textId="77777777" w:rsidR="002355BD" w:rsidRPr="001179E8" w:rsidRDefault="00000000">
      <w:pPr>
        <w:rPr>
          <w:lang w:val="pt-BR"/>
        </w:rPr>
      </w:pPr>
      <w:r w:rsidRPr="001179E8">
        <w:rPr>
          <w:lang w:val="pt-BR"/>
        </w:rPr>
        <w:t>Art pigarreou, anunciando sua presença. Oberon se virou, seu rosto se contorcendo brevemente em irritação antes de assumir uma máscara de cortesia.</w:t>
      </w:r>
    </w:p>
    <w:p w14:paraId="3C9E47CC" w14:textId="77777777" w:rsidR="002355BD" w:rsidRPr="001179E8" w:rsidRDefault="00000000">
      <w:pPr>
        <w:rPr>
          <w:lang w:val="pt-BR"/>
        </w:rPr>
      </w:pPr>
      <w:r w:rsidRPr="001179E8">
        <w:rPr>
          <w:lang w:val="pt-BR"/>
        </w:rPr>
        <w:br/>
      </w:r>
    </w:p>
    <w:p w14:paraId="1F353A06" w14:textId="77777777" w:rsidR="002355BD" w:rsidRPr="001179E8" w:rsidRDefault="00000000">
      <w:pPr>
        <w:rPr>
          <w:lang w:val="pt-BR"/>
        </w:rPr>
      </w:pPr>
      <w:r w:rsidRPr="001179E8">
        <w:rPr>
          <w:lang w:val="pt-BR"/>
        </w:rPr>
        <w:t>"Ah, o meio-humano," disse ele com desdém mal disfarçado. "Sempre aparecendo nos momentos mais inconvenientes."</w:t>
      </w:r>
    </w:p>
    <w:p w14:paraId="57FFB4A5" w14:textId="77777777" w:rsidR="002355BD" w:rsidRPr="001179E8" w:rsidRDefault="00000000">
      <w:pPr>
        <w:rPr>
          <w:lang w:val="pt-BR"/>
        </w:rPr>
      </w:pPr>
      <w:r w:rsidRPr="001179E8">
        <w:rPr>
          <w:lang w:val="pt-BR"/>
        </w:rPr>
        <w:lastRenderedPageBreak/>
        <w:br/>
      </w:r>
    </w:p>
    <w:p w14:paraId="07C20E30" w14:textId="77777777" w:rsidR="002355BD" w:rsidRPr="001179E8" w:rsidRDefault="00000000">
      <w:pPr>
        <w:rPr>
          <w:lang w:val="pt-BR"/>
        </w:rPr>
      </w:pPr>
      <w:r w:rsidRPr="001179E8">
        <w:rPr>
          <w:lang w:val="pt-BR"/>
        </w:rPr>
        <w:t>"Art," disse Linda, visivelmente aliviada com sua chegada. "Estávamos apenas... discutindo."</w:t>
      </w:r>
    </w:p>
    <w:p w14:paraId="3AA6FEA9" w14:textId="77777777" w:rsidR="002355BD" w:rsidRPr="001179E8" w:rsidRDefault="00000000">
      <w:pPr>
        <w:rPr>
          <w:lang w:val="pt-BR"/>
        </w:rPr>
      </w:pPr>
      <w:r w:rsidRPr="001179E8">
        <w:rPr>
          <w:lang w:val="pt-BR"/>
        </w:rPr>
        <w:br/>
      </w:r>
    </w:p>
    <w:p w14:paraId="33846E37" w14:textId="77777777" w:rsidR="002355BD" w:rsidRPr="001179E8" w:rsidRDefault="00000000">
      <w:pPr>
        <w:rPr>
          <w:lang w:val="pt-BR"/>
        </w:rPr>
      </w:pPr>
      <w:r w:rsidRPr="001179E8">
        <w:rPr>
          <w:lang w:val="pt-BR"/>
        </w:rPr>
        <w:t>"Parecia mais que você estava dizendo 'não' e alguém estava tendo dificuldade em entender uma palavra simples," observou Art, sua voz calma mas firme.</w:t>
      </w:r>
    </w:p>
    <w:p w14:paraId="7A84FF21" w14:textId="77777777" w:rsidR="002355BD" w:rsidRPr="001179E8" w:rsidRDefault="00000000">
      <w:pPr>
        <w:rPr>
          <w:lang w:val="pt-BR"/>
        </w:rPr>
      </w:pPr>
      <w:r w:rsidRPr="001179E8">
        <w:rPr>
          <w:lang w:val="pt-BR"/>
        </w:rPr>
        <w:br/>
      </w:r>
    </w:p>
    <w:p w14:paraId="5B3C9C4F" w14:textId="77777777" w:rsidR="002355BD" w:rsidRPr="001179E8" w:rsidRDefault="00000000">
      <w:pPr>
        <w:rPr>
          <w:lang w:val="pt-BR"/>
        </w:rPr>
      </w:pPr>
      <w:r w:rsidRPr="001179E8">
        <w:rPr>
          <w:lang w:val="pt-BR"/>
        </w:rPr>
        <w:t>Oberon endireitou-se, sua altura feérica impressionante mesmo comparada ao tamanho temporariamente aumentado de Art. "Isso não é da sua conta, Vance-LeFay. Estou aqui como representante oficial do Reino Feérico."</w:t>
      </w:r>
    </w:p>
    <w:p w14:paraId="3F455E56" w14:textId="77777777" w:rsidR="002355BD" w:rsidRPr="001179E8" w:rsidRDefault="00000000">
      <w:pPr>
        <w:rPr>
          <w:lang w:val="pt-BR"/>
        </w:rPr>
      </w:pPr>
      <w:r w:rsidRPr="001179E8">
        <w:rPr>
          <w:lang w:val="pt-BR"/>
        </w:rPr>
        <w:br/>
      </w:r>
    </w:p>
    <w:p w14:paraId="6340E8B3" w14:textId="77777777" w:rsidR="002355BD" w:rsidRPr="001179E8" w:rsidRDefault="00000000">
      <w:pPr>
        <w:rPr>
          <w:lang w:val="pt-BR"/>
        </w:rPr>
      </w:pPr>
      <w:r w:rsidRPr="001179E8">
        <w:rPr>
          <w:lang w:val="pt-BR"/>
        </w:rPr>
        <w:t>"Então comporte-se como tal," retrucou Art, dando um passo à frente. "Respeite a decisão de Linda."</w:t>
      </w:r>
    </w:p>
    <w:p w14:paraId="4C2C049A" w14:textId="77777777" w:rsidR="002355BD" w:rsidRPr="001179E8" w:rsidRDefault="00000000">
      <w:pPr>
        <w:rPr>
          <w:lang w:val="pt-BR"/>
        </w:rPr>
      </w:pPr>
      <w:r w:rsidRPr="001179E8">
        <w:rPr>
          <w:lang w:val="pt-BR"/>
        </w:rPr>
        <w:br/>
      </w:r>
    </w:p>
    <w:p w14:paraId="4FB95F29" w14:textId="77777777" w:rsidR="002355BD" w:rsidRPr="001179E8" w:rsidRDefault="00000000">
      <w:pPr>
        <w:rPr>
          <w:lang w:val="pt-BR"/>
        </w:rPr>
      </w:pPr>
      <w:r w:rsidRPr="001179E8">
        <w:rPr>
          <w:lang w:val="pt-BR"/>
        </w:rPr>
        <w:t>Os dois homens se encararam, a tensão palpável no ar. Linda observava, seus olhos passando de um para o outro.</w:t>
      </w:r>
    </w:p>
    <w:p w14:paraId="15849238" w14:textId="77777777" w:rsidR="002355BD" w:rsidRPr="001179E8" w:rsidRDefault="00000000">
      <w:pPr>
        <w:rPr>
          <w:lang w:val="pt-BR"/>
        </w:rPr>
      </w:pPr>
      <w:r w:rsidRPr="001179E8">
        <w:rPr>
          <w:lang w:val="pt-BR"/>
        </w:rPr>
        <w:br/>
      </w:r>
    </w:p>
    <w:p w14:paraId="19EA3E85" w14:textId="77777777" w:rsidR="002355BD" w:rsidRPr="001179E8" w:rsidRDefault="00000000">
      <w:pPr>
        <w:rPr>
          <w:lang w:val="pt-BR"/>
        </w:rPr>
      </w:pPr>
      <w:r w:rsidRPr="001179E8">
        <w:rPr>
          <w:lang w:val="pt-BR"/>
        </w:rPr>
        <w:t>"Linda merece mais do que você jamais poderá oferecer," disse Oberon finalmente, sua voz baixa e venenosa. "O que você tem além de um nome famoso e poderes que mal controla? Eu posso dar a ela um reino, imortalidade, magia além da compreensão humana."</w:t>
      </w:r>
    </w:p>
    <w:p w14:paraId="4A6D356E" w14:textId="77777777" w:rsidR="002355BD" w:rsidRPr="001179E8" w:rsidRDefault="00000000">
      <w:pPr>
        <w:rPr>
          <w:lang w:val="pt-BR"/>
        </w:rPr>
      </w:pPr>
      <w:r w:rsidRPr="001179E8">
        <w:rPr>
          <w:lang w:val="pt-BR"/>
        </w:rPr>
        <w:br/>
      </w:r>
    </w:p>
    <w:p w14:paraId="5AA790E1" w14:textId="77777777" w:rsidR="002355BD" w:rsidRPr="001179E8" w:rsidRDefault="00000000">
      <w:pPr>
        <w:rPr>
          <w:lang w:val="pt-BR"/>
        </w:rPr>
      </w:pPr>
      <w:r w:rsidRPr="001179E8">
        <w:rPr>
          <w:lang w:val="pt-BR"/>
        </w:rPr>
        <w:t>As palavras atingiram Art como flechas, tocando em suas próprias inseguranças. O que ele realmente tinha a oferecer? Oberon estava certo – ele era apenas um jovem herói inseguro, vivendo à sombra de um legado que parecia grande demais.</w:t>
      </w:r>
    </w:p>
    <w:p w14:paraId="696DF25C" w14:textId="77777777" w:rsidR="002355BD" w:rsidRPr="001179E8" w:rsidRDefault="00000000">
      <w:pPr>
        <w:rPr>
          <w:lang w:val="pt-BR"/>
        </w:rPr>
      </w:pPr>
      <w:r w:rsidRPr="001179E8">
        <w:rPr>
          <w:lang w:val="pt-BR"/>
        </w:rPr>
        <w:br/>
      </w:r>
    </w:p>
    <w:p w14:paraId="39F79F78" w14:textId="77777777" w:rsidR="002355BD" w:rsidRPr="001179E8" w:rsidRDefault="00000000">
      <w:pPr>
        <w:rPr>
          <w:lang w:val="pt-BR"/>
        </w:rPr>
      </w:pPr>
      <w:r w:rsidRPr="001179E8">
        <w:rPr>
          <w:lang w:val="pt-BR"/>
        </w:rPr>
        <w:lastRenderedPageBreak/>
        <w:t>Foi então que Linda interveio, colocando-se entre os dois. "Chega, Oberon. Você fala de me dar coisas, como se eu fosse um prêmio a ser conquistado. Art nunca me viu assim. Ele me vê como sou – uma pessoa, não uma posse."</w:t>
      </w:r>
    </w:p>
    <w:p w14:paraId="6BAD9595" w14:textId="77777777" w:rsidR="002355BD" w:rsidRPr="001179E8" w:rsidRDefault="00000000">
      <w:pPr>
        <w:rPr>
          <w:lang w:val="pt-BR"/>
        </w:rPr>
      </w:pPr>
      <w:r w:rsidRPr="001179E8">
        <w:rPr>
          <w:lang w:val="pt-BR"/>
        </w:rPr>
        <w:br/>
      </w:r>
    </w:p>
    <w:p w14:paraId="7D5070E8" w14:textId="77777777" w:rsidR="002355BD" w:rsidRPr="001179E8" w:rsidRDefault="00000000">
      <w:pPr>
        <w:rPr>
          <w:lang w:val="pt-BR"/>
        </w:rPr>
      </w:pPr>
      <w:r w:rsidRPr="001179E8">
        <w:rPr>
          <w:lang w:val="pt-BR"/>
        </w:rPr>
        <w:t>Oberon pareceu genuinamente surpreso com a firmeza dela. "Você... realmente se importa com ele?"</w:t>
      </w:r>
    </w:p>
    <w:p w14:paraId="1208772F" w14:textId="77777777" w:rsidR="002355BD" w:rsidRPr="001179E8" w:rsidRDefault="00000000">
      <w:pPr>
        <w:rPr>
          <w:lang w:val="pt-BR"/>
        </w:rPr>
      </w:pPr>
      <w:r w:rsidRPr="001179E8">
        <w:rPr>
          <w:lang w:val="pt-BR"/>
        </w:rPr>
        <w:br/>
      </w:r>
    </w:p>
    <w:p w14:paraId="69D10623" w14:textId="77777777" w:rsidR="002355BD" w:rsidRPr="001179E8" w:rsidRDefault="00000000">
      <w:pPr>
        <w:rPr>
          <w:lang w:val="pt-BR"/>
        </w:rPr>
      </w:pPr>
      <w:r w:rsidRPr="001179E8">
        <w:rPr>
          <w:lang w:val="pt-BR"/>
        </w:rPr>
        <w:t>"Mais do que você pode imaginar," respondeu Linda, sua voz suave mas decidida.</w:t>
      </w:r>
    </w:p>
    <w:p w14:paraId="12E5522C" w14:textId="77777777" w:rsidR="002355BD" w:rsidRPr="001179E8" w:rsidRDefault="00000000">
      <w:pPr>
        <w:rPr>
          <w:lang w:val="pt-BR"/>
        </w:rPr>
      </w:pPr>
      <w:r w:rsidRPr="001179E8">
        <w:rPr>
          <w:lang w:val="pt-BR"/>
        </w:rPr>
        <w:br/>
      </w:r>
    </w:p>
    <w:p w14:paraId="028E1337" w14:textId="77777777" w:rsidR="002355BD" w:rsidRPr="001179E8" w:rsidRDefault="00000000">
      <w:pPr>
        <w:rPr>
          <w:lang w:val="pt-BR"/>
        </w:rPr>
      </w:pPr>
      <w:r w:rsidRPr="001179E8">
        <w:rPr>
          <w:lang w:val="pt-BR"/>
        </w:rPr>
        <w:t>Art sentiu seu coração saltar. As palavras dela eram como um bálsamo para as feridas abertas pelas insinuações de Oberon.</w:t>
      </w:r>
    </w:p>
    <w:p w14:paraId="1F83E56C" w14:textId="77777777" w:rsidR="002355BD" w:rsidRPr="001179E8" w:rsidRDefault="00000000">
      <w:pPr>
        <w:rPr>
          <w:lang w:val="pt-BR"/>
        </w:rPr>
      </w:pPr>
      <w:r w:rsidRPr="001179E8">
        <w:rPr>
          <w:lang w:val="pt-BR"/>
        </w:rPr>
        <w:br/>
      </w:r>
    </w:p>
    <w:p w14:paraId="22051BCF" w14:textId="77777777" w:rsidR="002355BD" w:rsidRPr="001179E8" w:rsidRDefault="00000000">
      <w:pPr>
        <w:rPr>
          <w:lang w:val="pt-BR"/>
        </w:rPr>
      </w:pPr>
      <w:r w:rsidRPr="001179E8">
        <w:rPr>
          <w:lang w:val="pt-BR"/>
        </w:rPr>
        <w:t>O príncipe feérico olhou de Linda para Art, então de volta para Linda. Algo em seu rosto mudou – a arrogância dando lugar a uma compreensão relutante.</w:t>
      </w:r>
    </w:p>
    <w:p w14:paraId="390887D3" w14:textId="77777777" w:rsidR="002355BD" w:rsidRPr="001179E8" w:rsidRDefault="00000000">
      <w:pPr>
        <w:rPr>
          <w:lang w:val="pt-BR"/>
        </w:rPr>
      </w:pPr>
      <w:r w:rsidRPr="001179E8">
        <w:rPr>
          <w:lang w:val="pt-BR"/>
        </w:rPr>
        <w:br/>
      </w:r>
    </w:p>
    <w:p w14:paraId="174F8943" w14:textId="77777777" w:rsidR="002355BD" w:rsidRPr="001179E8" w:rsidRDefault="00000000">
      <w:pPr>
        <w:rPr>
          <w:lang w:val="pt-BR"/>
        </w:rPr>
      </w:pPr>
      <w:r w:rsidRPr="001179E8">
        <w:rPr>
          <w:lang w:val="pt-BR"/>
        </w:rPr>
        <w:t>"Entendo," disse ele finalmente, recuando um passo. "Parece que subestimei... muitas coisas." Ele fez uma reverência formal, surpreendentemente respeitosa. "Estarei na cerimônia, como representante do meu reino. Não causarei mais... inconveniências."</w:t>
      </w:r>
    </w:p>
    <w:p w14:paraId="6151A07C" w14:textId="77777777" w:rsidR="002355BD" w:rsidRPr="001179E8" w:rsidRDefault="00000000">
      <w:pPr>
        <w:rPr>
          <w:lang w:val="pt-BR"/>
        </w:rPr>
      </w:pPr>
      <w:r w:rsidRPr="001179E8">
        <w:rPr>
          <w:lang w:val="pt-BR"/>
        </w:rPr>
        <w:br/>
      </w:r>
    </w:p>
    <w:p w14:paraId="1386AA63" w14:textId="77777777" w:rsidR="002355BD" w:rsidRPr="001179E8" w:rsidRDefault="00000000">
      <w:pPr>
        <w:rPr>
          <w:lang w:val="pt-BR"/>
        </w:rPr>
      </w:pPr>
      <w:r w:rsidRPr="001179E8">
        <w:rPr>
          <w:lang w:val="pt-BR"/>
        </w:rPr>
        <w:t>Com isso, ele se retirou, deixando Art e Linda sozinhos no corredor.</w:t>
      </w:r>
    </w:p>
    <w:p w14:paraId="30435CAD" w14:textId="77777777" w:rsidR="002355BD" w:rsidRPr="001179E8" w:rsidRDefault="00000000">
      <w:pPr>
        <w:rPr>
          <w:lang w:val="pt-BR"/>
        </w:rPr>
      </w:pPr>
      <w:r w:rsidRPr="001179E8">
        <w:rPr>
          <w:lang w:val="pt-BR"/>
        </w:rPr>
        <w:br/>
      </w:r>
    </w:p>
    <w:p w14:paraId="234721FB" w14:textId="77777777" w:rsidR="002355BD" w:rsidRPr="001179E8" w:rsidRDefault="00000000">
      <w:pPr>
        <w:rPr>
          <w:lang w:val="pt-BR"/>
        </w:rPr>
      </w:pPr>
      <w:r w:rsidRPr="001179E8">
        <w:rPr>
          <w:lang w:val="pt-BR"/>
        </w:rPr>
        <w:t>"Você está bem?" perguntou Art, preocupado.</w:t>
      </w:r>
    </w:p>
    <w:p w14:paraId="7AEF5872" w14:textId="77777777" w:rsidR="002355BD" w:rsidRPr="001179E8" w:rsidRDefault="00000000">
      <w:pPr>
        <w:rPr>
          <w:lang w:val="pt-BR"/>
        </w:rPr>
      </w:pPr>
      <w:r w:rsidRPr="001179E8">
        <w:rPr>
          <w:lang w:val="pt-BR"/>
        </w:rPr>
        <w:br/>
      </w:r>
    </w:p>
    <w:p w14:paraId="4B210B71" w14:textId="77777777" w:rsidR="002355BD" w:rsidRPr="001179E8" w:rsidRDefault="00000000">
      <w:pPr>
        <w:rPr>
          <w:lang w:val="pt-BR"/>
        </w:rPr>
      </w:pPr>
      <w:r w:rsidRPr="001179E8">
        <w:rPr>
          <w:lang w:val="pt-BR"/>
        </w:rPr>
        <w:t>Linda assentiu, um pequeno sorriso nos lábios. "Estou. Na verdade, estou melhor do que estive em muito tempo. Finalmente disse o que precisava ser dito."</w:t>
      </w:r>
    </w:p>
    <w:p w14:paraId="4DC0DBF8" w14:textId="77777777" w:rsidR="002355BD" w:rsidRPr="001179E8" w:rsidRDefault="00000000">
      <w:pPr>
        <w:rPr>
          <w:lang w:val="pt-BR"/>
        </w:rPr>
      </w:pPr>
      <w:r w:rsidRPr="001179E8">
        <w:rPr>
          <w:lang w:val="pt-BR"/>
        </w:rPr>
        <w:lastRenderedPageBreak/>
        <w:br/>
      </w:r>
    </w:p>
    <w:p w14:paraId="7AC3A4D6" w14:textId="77777777" w:rsidR="002355BD" w:rsidRPr="001179E8" w:rsidRDefault="00000000">
      <w:pPr>
        <w:rPr>
          <w:lang w:val="pt-BR"/>
        </w:rPr>
      </w:pPr>
      <w:r w:rsidRPr="001179E8">
        <w:rPr>
          <w:lang w:val="pt-BR"/>
        </w:rPr>
        <w:t>Art queria perguntar exatamente o que ela quis dizer com "se importar com ele mais do que Oberon poderia imaginar", mas foram interrompidos por um mensageiro gigante anunciando que a cerimônia estava prestes a começar.</w:t>
      </w:r>
    </w:p>
    <w:p w14:paraId="3E97AD96" w14:textId="77777777" w:rsidR="002355BD" w:rsidRPr="001179E8" w:rsidRDefault="00000000">
      <w:pPr>
        <w:rPr>
          <w:lang w:val="pt-BR"/>
        </w:rPr>
      </w:pPr>
      <w:r w:rsidRPr="001179E8">
        <w:rPr>
          <w:lang w:val="pt-BR"/>
        </w:rPr>
        <w:br/>
      </w:r>
    </w:p>
    <w:p w14:paraId="5BEB3978" w14:textId="77777777" w:rsidR="002355BD" w:rsidRPr="001179E8" w:rsidRDefault="00000000">
      <w:pPr>
        <w:rPr>
          <w:lang w:val="pt-BR"/>
        </w:rPr>
      </w:pPr>
      <w:r w:rsidRPr="001179E8">
        <w:rPr>
          <w:lang w:val="pt-BR"/>
        </w:rPr>
        <w:t>"Devemos ir," disse Linda, mas seus olhos prometiam que a conversa não estava terminada.</w:t>
      </w:r>
    </w:p>
    <w:p w14:paraId="6A089299" w14:textId="77777777" w:rsidR="002355BD" w:rsidRPr="001179E8" w:rsidRDefault="00000000">
      <w:pPr>
        <w:rPr>
          <w:lang w:val="pt-BR"/>
        </w:rPr>
      </w:pPr>
      <w:r w:rsidRPr="001179E8">
        <w:rPr>
          <w:lang w:val="pt-BR"/>
        </w:rPr>
        <w:br/>
      </w:r>
    </w:p>
    <w:p w14:paraId="65ECE7E6" w14:textId="77777777" w:rsidR="002355BD" w:rsidRPr="001179E8" w:rsidRDefault="00000000">
      <w:pPr>
        <w:rPr>
          <w:lang w:val="pt-BR"/>
        </w:rPr>
      </w:pPr>
      <w:r w:rsidRPr="001179E8">
        <w:rPr>
          <w:lang w:val="pt-BR"/>
        </w:rPr>
        <w:t>---</w:t>
      </w:r>
    </w:p>
    <w:p w14:paraId="4C89471C" w14:textId="77777777" w:rsidR="002355BD" w:rsidRPr="001179E8" w:rsidRDefault="00000000">
      <w:pPr>
        <w:rPr>
          <w:lang w:val="pt-BR"/>
        </w:rPr>
      </w:pPr>
      <w:r w:rsidRPr="001179E8">
        <w:rPr>
          <w:lang w:val="pt-BR"/>
        </w:rPr>
        <w:br/>
      </w:r>
    </w:p>
    <w:p w14:paraId="4979CDDF" w14:textId="77777777" w:rsidR="002355BD" w:rsidRPr="001179E8" w:rsidRDefault="00000000">
      <w:pPr>
        <w:rPr>
          <w:lang w:val="pt-BR"/>
        </w:rPr>
      </w:pPr>
      <w:r w:rsidRPr="001179E8">
        <w:rPr>
          <w:lang w:val="pt-BR"/>
        </w:rPr>
        <w:t>A praça central estava decorada com estandartes coloridos e cristais flutuantes. Uma plataforma elevada havia sido construída para a cerimônia, onde o Conselho dos Sábios aguardava. Representantes dos outros quatro reinos também estavam presentes – emissários Amanos com seus trajes tecnológicos, guerreiros Alados com suas asas majestosas, diplomatas Marítimos em tanques de água especiais, e uma pequena delegação Feérica, incluindo Oberon, que mantinha uma distância respeitosa.</w:t>
      </w:r>
    </w:p>
    <w:p w14:paraId="60DBAF8A" w14:textId="77777777" w:rsidR="002355BD" w:rsidRPr="001179E8" w:rsidRDefault="00000000">
      <w:pPr>
        <w:rPr>
          <w:lang w:val="pt-BR"/>
        </w:rPr>
      </w:pPr>
      <w:r w:rsidRPr="001179E8">
        <w:rPr>
          <w:lang w:val="pt-BR"/>
        </w:rPr>
        <w:br/>
      </w:r>
    </w:p>
    <w:p w14:paraId="66EA1E91" w14:textId="77777777" w:rsidR="002355BD" w:rsidRPr="001179E8" w:rsidRDefault="00000000">
      <w:pPr>
        <w:rPr>
          <w:lang w:val="pt-BR"/>
        </w:rPr>
      </w:pPr>
      <w:r w:rsidRPr="001179E8">
        <w:rPr>
          <w:lang w:val="pt-BR"/>
        </w:rPr>
        <w:t>Art e Linda subiram à plataforma, recebidos com aplausos da multidão reunida. O tratado foi apresentado – um documento impressionante gravado em uma fina lâmina de cristal de montanha.</w:t>
      </w:r>
    </w:p>
    <w:p w14:paraId="3EA38DEC" w14:textId="77777777" w:rsidR="002355BD" w:rsidRPr="001179E8" w:rsidRDefault="00000000">
      <w:pPr>
        <w:rPr>
          <w:lang w:val="pt-BR"/>
        </w:rPr>
      </w:pPr>
      <w:r w:rsidRPr="001179E8">
        <w:rPr>
          <w:lang w:val="pt-BR"/>
        </w:rPr>
        <w:br/>
      </w:r>
    </w:p>
    <w:p w14:paraId="23886A22" w14:textId="77777777" w:rsidR="002355BD" w:rsidRPr="001179E8" w:rsidRDefault="00000000">
      <w:pPr>
        <w:rPr>
          <w:lang w:val="pt-BR"/>
        </w:rPr>
      </w:pPr>
      <w:r w:rsidRPr="001179E8">
        <w:rPr>
          <w:lang w:val="pt-BR"/>
        </w:rPr>
        <w:t>Gaia conduziu a cerimônia com dignidade solene. "Hoje, marcamos o fim de uma era de isolamento e o início de uma nova era de cooperação. Os cinco reinos se unem contra uma ameaça comum, mas também por um propósito comum – a preservação de todos os mundos que compartilhamos."</w:t>
      </w:r>
    </w:p>
    <w:p w14:paraId="435C5432" w14:textId="77777777" w:rsidR="002355BD" w:rsidRPr="001179E8" w:rsidRDefault="00000000">
      <w:pPr>
        <w:rPr>
          <w:lang w:val="pt-BR"/>
        </w:rPr>
      </w:pPr>
      <w:r w:rsidRPr="001179E8">
        <w:rPr>
          <w:lang w:val="pt-BR"/>
        </w:rPr>
        <w:br/>
      </w:r>
    </w:p>
    <w:p w14:paraId="4816E4B2" w14:textId="77777777" w:rsidR="002355BD" w:rsidRPr="001179E8" w:rsidRDefault="00000000">
      <w:pPr>
        <w:rPr>
          <w:lang w:val="pt-BR"/>
        </w:rPr>
      </w:pPr>
      <w:r w:rsidRPr="001179E8">
        <w:rPr>
          <w:lang w:val="pt-BR"/>
        </w:rPr>
        <w:t>Art e Linda assinaram o tratado, seus nomes brilhando magicamente no cristal. Representantes dos outros reinos adicionaram suas assinaturas, selando formalmente a Grande Aliança.</w:t>
      </w:r>
    </w:p>
    <w:p w14:paraId="31505509" w14:textId="77777777" w:rsidR="002355BD" w:rsidRPr="001179E8" w:rsidRDefault="00000000">
      <w:pPr>
        <w:rPr>
          <w:lang w:val="pt-BR"/>
        </w:rPr>
      </w:pPr>
      <w:r w:rsidRPr="001179E8">
        <w:rPr>
          <w:lang w:val="pt-BR"/>
        </w:rPr>
        <w:lastRenderedPageBreak/>
        <w:br/>
      </w:r>
    </w:p>
    <w:p w14:paraId="71DB01F9" w14:textId="77777777" w:rsidR="002355BD" w:rsidRPr="001179E8" w:rsidRDefault="00000000">
      <w:pPr>
        <w:rPr>
          <w:lang w:val="pt-BR"/>
        </w:rPr>
      </w:pPr>
      <w:r w:rsidRPr="001179E8">
        <w:rPr>
          <w:lang w:val="pt-BR"/>
        </w:rPr>
        <w:t>Como símbolo final, Gaia presenteou-os com um pequeno cristal multifacetado. "O Coração da Montanha," explicou ela. "Um fragmento do núcleo cristalino que sustenta nosso reino. Ele ressoará com os outros artefatos que receberam, criando uma conexão entre os cinco reinos."</w:t>
      </w:r>
    </w:p>
    <w:p w14:paraId="79E7A723" w14:textId="77777777" w:rsidR="002355BD" w:rsidRPr="001179E8" w:rsidRDefault="00000000">
      <w:pPr>
        <w:rPr>
          <w:lang w:val="pt-BR"/>
        </w:rPr>
      </w:pPr>
      <w:r w:rsidRPr="001179E8">
        <w:rPr>
          <w:lang w:val="pt-BR"/>
        </w:rPr>
        <w:br/>
      </w:r>
    </w:p>
    <w:p w14:paraId="4703E951" w14:textId="77777777" w:rsidR="002355BD" w:rsidRPr="001179E8" w:rsidRDefault="00000000">
      <w:pPr>
        <w:rPr>
          <w:lang w:val="pt-BR"/>
        </w:rPr>
      </w:pPr>
      <w:r w:rsidRPr="001179E8">
        <w:rPr>
          <w:lang w:val="pt-BR"/>
        </w:rPr>
        <w:t>A cerimônia foi concluída com um espetáculo impressionante – Gigantes manipuladores de cristal criando esculturas de luz no ar, contando a história dos cinco reinos e sua nova união.</w:t>
      </w:r>
    </w:p>
    <w:p w14:paraId="7C1AAF26" w14:textId="77777777" w:rsidR="002355BD" w:rsidRPr="001179E8" w:rsidRDefault="00000000">
      <w:pPr>
        <w:rPr>
          <w:lang w:val="pt-BR"/>
        </w:rPr>
      </w:pPr>
      <w:r w:rsidRPr="001179E8">
        <w:rPr>
          <w:lang w:val="pt-BR"/>
        </w:rPr>
        <w:br/>
      </w:r>
    </w:p>
    <w:p w14:paraId="26BE4622" w14:textId="77777777" w:rsidR="002355BD" w:rsidRPr="001179E8" w:rsidRDefault="00000000">
      <w:pPr>
        <w:rPr>
          <w:lang w:val="pt-BR"/>
        </w:rPr>
      </w:pPr>
      <w:r w:rsidRPr="001179E8">
        <w:rPr>
          <w:lang w:val="pt-BR"/>
        </w:rPr>
        <w:t>Mais tarde, enquanto a celebração continuava na praça, Art se afastou um pouco, precisando de um momento para processar tudo. Encontrou um mirante tranquilo com vista para a cidade e as montanhas além.</w:t>
      </w:r>
    </w:p>
    <w:p w14:paraId="6C954D9B" w14:textId="77777777" w:rsidR="002355BD" w:rsidRPr="001179E8" w:rsidRDefault="00000000">
      <w:pPr>
        <w:rPr>
          <w:lang w:val="pt-BR"/>
        </w:rPr>
      </w:pPr>
      <w:r w:rsidRPr="001179E8">
        <w:rPr>
          <w:lang w:val="pt-BR"/>
        </w:rPr>
        <w:br/>
      </w:r>
    </w:p>
    <w:p w14:paraId="36CF298C" w14:textId="77777777" w:rsidR="002355BD" w:rsidRPr="001179E8" w:rsidRDefault="00000000">
      <w:pPr>
        <w:rPr>
          <w:lang w:val="pt-BR"/>
        </w:rPr>
      </w:pPr>
      <w:r w:rsidRPr="001179E8">
        <w:rPr>
          <w:lang w:val="pt-BR"/>
        </w:rPr>
        <w:t>"Conseguimos," disse uma voz atrás dele. Linda se aproximou, juntando-se a ele no parapeito. "Cinco reinos, cinco alianças."</w:t>
      </w:r>
    </w:p>
    <w:p w14:paraId="4479AB9D" w14:textId="77777777" w:rsidR="002355BD" w:rsidRPr="001179E8" w:rsidRDefault="00000000">
      <w:pPr>
        <w:rPr>
          <w:lang w:val="pt-BR"/>
        </w:rPr>
      </w:pPr>
      <w:r w:rsidRPr="001179E8">
        <w:rPr>
          <w:lang w:val="pt-BR"/>
        </w:rPr>
        <w:br/>
      </w:r>
    </w:p>
    <w:p w14:paraId="0AB97204" w14:textId="77777777" w:rsidR="002355BD" w:rsidRPr="001179E8" w:rsidRDefault="00000000">
      <w:pPr>
        <w:rPr>
          <w:lang w:val="pt-BR"/>
        </w:rPr>
      </w:pPr>
      <w:r w:rsidRPr="001179E8">
        <w:rPr>
          <w:lang w:val="pt-BR"/>
        </w:rPr>
        <w:t>"Parece quase impossível," admitiu Art. "Quando começamos esta jornada, eu duvidava que conseguiríamos convencer mesmo um reino."</w:t>
      </w:r>
    </w:p>
    <w:p w14:paraId="0757BDFA" w14:textId="77777777" w:rsidR="002355BD" w:rsidRPr="001179E8" w:rsidRDefault="00000000">
      <w:pPr>
        <w:rPr>
          <w:lang w:val="pt-BR"/>
        </w:rPr>
      </w:pPr>
      <w:r w:rsidRPr="001179E8">
        <w:rPr>
          <w:lang w:val="pt-BR"/>
        </w:rPr>
        <w:br/>
      </w:r>
    </w:p>
    <w:p w14:paraId="4C1FCDFA" w14:textId="77777777" w:rsidR="002355BD" w:rsidRPr="001179E8" w:rsidRDefault="00000000">
      <w:pPr>
        <w:rPr>
          <w:lang w:val="pt-BR"/>
        </w:rPr>
      </w:pPr>
      <w:r w:rsidRPr="001179E8">
        <w:rPr>
          <w:lang w:val="pt-BR"/>
        </w:rPr>
        <w:t>"Mas conseguimos," sorriu Linda. "Juntos."</w:t>
      </w:r>
    </w:p>
    <w:p w14:paraId="7B2DC576" w14:textId="77777777" w:rsidR="002355BD" w:rsidRPr="001179E8" w:rsidRDefault="00000000">
      <w:pPr>
        <w:rPr>
          <w:lang w:val="pt-BR"/>
        </w:rPr>
      </w:pPr>
      <w:r w:rsidRPr="001179E8">
        <w:rPr>
          <w:lang w:val="pt-BR"/>
        </w:rPr>
        <w:br/>
      </w:r>
    </w:p>
    <w:p w14:paraId="25FD3150" w14:textId="77777777" w:rsidR="002355BD" w:rsidRPr="001179E8" w:rsidRDefault="00000000">
      <w:pPr>
        <w:rPr>
          <w:lang w:val="pt-BR"/>
        </w:rPr>
      </w:pPr>
      <w:r w:rsidRPr="001179E8">
        <w:rPr>
          <w:lang w:val="pt-BR"/>
        </w:rPr>
        <w:t>Ficaram em silêncio por um momento, observando o pôr do sol pintar as montanhas de ouro e carmesim.</w:t>
      </w:r>
    </w:p>
    <w:p w14:paraId="7D597DD6" w14:textId="77777777" w:rsidR="002355BD" w:rsidRPr="001179E8" w:rsidRDefault="00000000">
      <w:pPr>
        <w:rPr>
          <w:lang w:val="pt-BR"/>
        </w:rPr>
      </w:pPr>
      <w:r w:rsidRPr="001179E8">
        <w:rPr>
          <w:lang w:val="pt-BR"/>
        </w:rPr>
        <w:br/>
      </w:r>
    </w:p>
    <w:p w14:paraId="6D3D6849" w14:textId="77777777" w:rsidR="002355BD" w:rsidRPr="001179E8" w:rsidRDefault="00000000">
      <w:pPr>
        <w:rPr>
          <w:lang w:val="pt-BR"/>
        </w:rPr>
      </w:pPr>
      <w:r w:rsidRPr="001179E8">
        <w:rPr>
          <w:lang w:val="pt-BR"/>
        </w:rPr>
        <w:lastRenderedPageBreak/>
        <w:t>"Linda," começou Art finalmente, reunindo toda sua coragem. "Sobre o que você disse a Oberon..."</w:t>
      </w:r>
    </w:p>
    <w:p w14:paraId="67D6A7F0" w14:textId="77777777" w:rsidR="002355BD" w:rsidRPr="001179E8" w:rsidRDefault="00000000">
      <w:pPr>
        <w:rPr>
          <w:lang w:val="pt-BR"/>
        </w:rPr>
      </w:pPr>
      <w:r w:rsidRPr="001179E8">
        <w:rPr>
          <w:lang w:val="pt-BR"/>
        </w:rPr>
        <w:br/>
      </w:r>
    </w:p>
    <w:p w14:paraId="30F57FED" w14:textId="77777777" w:rsidR="002355BD" w:rsidRPr="001179E8" w:rsidRDefault="00000000">
      <w:pPr>
        <w:rPr>
          <w:lang w:val="pt-BR"/>
        </w:rPr>
      </w:pPr>
      <w:r w:rsidRPr="001179E8">
        <w:rPr>
          <w:lang w:val="pt-BR"/>
        </w:rPr>
        <w:t>Linda se virou para encará-lo, seus olhos violeta sérios e determinados. "Eu quis dizer cada palavra, Art."</w:t>
      </w:r>
    </w:p>
    <w:p w14:paraId="5539637D" w14:textId="77777777" w:rsidR="002355BD" w:rsidRPr="001179E8" w:rsidRDefault="00000000">
      <w:pPr>
        <w:rPr>
          <w:lang w:val="pt-BR"/>
        </w:rPr>
      </w:pPr>
      <w:r w:rsidRPr="001179E8">
        <w:rPr>
          <w:lang w:val="pt-BR"/>
        </w:rPr>
        <w:br/>
      </w:r>
    </w:p>
    <w:p w14:paraId="15AA9BB0" w14:textId="77777777" w:rsidR="002355BD" w:rsidRPr="001179E8" w:rsidRDefault="00000000">
      <w:pPr>
        <w:rPr>
          <w:lang w:val="pt-BR"/>
        </w:rPr>
      </w:pPr>
      <w:r w:rsidRPr="001179E8">
        <w:rPr>
          <w:lang w:val="pt-BR"/>
        </w:rPr>
        <w:t>"Eu..." Art respirou fundo, sabendo que era agora ou nunca. "Linda, eu sei que não sou um príncipe ou um herói lendário. Sou apenas eu, com todos os meus medos e dúvidas. Mas nesta jornada, algo mudou em mim. Ou talvez sempre estivesse lá, e eu só precisava da coragem para reconhecer."</w:t>
      </w:r>
    </w:p>
    <w:p w14:paraId="4D236A48" w14:textId="77777777" w:rsidR="002355BD" w:rsidRPr="001179E8" w:rsidRDefault="00000000">
      <w:pPr>
        <w:rPr>
          <w:lang w:val="pt-BR"/>
        </w:rPr>
      </w:pPr>
      <w:r w:rsidRPr="001179E8">
        <w:rPr>
          <w:lang w:val="pt-BR"/>
        </w:rPr>
        <w:br/>
      </w:r>
    </w:p>
    <w:p w14:paraId="62B12099" w14:textId="77777777" w:rsidR="002355BD" w:rsidRPr="001179E8" w:rsidRDefault="00000000">
      <w:pPr>
        <w:rPr>
          <w:lang w:val="pt-BR"/>
        </w:rPr>
      </w:pPr>
      <w:r w:rsidRPr="001179E8">
        <w:rPr>
          <w:lang w:val="pt-BR"/>
        </w:rPr>
        <w:t>Ele tomou as mãos dela nas suas, sentindo-as tremer levemente. "Eu me apaixonei por você, Linda. Pela sua força, sua gentileza, sua sabedoria. Pela forma como você vê beleza em todos os mundos, como aceita todos por quem são. Não sei o que posso oferecer além do meu coração, mas ele é seu, se você o quiser."</w:t>
      </w:r>
    </w:p>
    <w:p w14:paraId="403C829F" w14:textId="77777777" w:rsidR="002355BD" w:rsidRPr="001179E8" w:rsidRDefault="00000000">
      <w:pPr>
        <w:rPr>
          <w:lang w:val="pt-BR"/>
        </w:rPr>
      </w:pPr>
      <w:r w:rsidRPr="001179E8">
        <w:rPr>
          <w:lang w:val="pt-BR"/>
        </w:rPr>
        <w:br/>
      </w:r>
    </w:p>
    <w:p w14:paraId="6C6BDCF5" w14:textId="77777777" w:rsidR="002355BD" w:rsidRPr="001179E8" w:rsidRDefault="00000000">
      <w:pPr>
        <w:rPr>
          <w:lang w:val="pt-BR"/>
        </w:rPr>
      </w:pPr>
      <w:r w:rsidRPr="001179E8">
        <w:rPr>
          <w:lang w:val="pt-BR"/>
        </w:rPr>
        <w:t>Art esperou, seu coração batendo tão forte que tinha certeza que ela podia ouvi-lo. O mundo parecia ter parado, suspenso naquele momento de vulnerabilidade absoluta.</w:t>
      </w:r>
    </w:p>
    <w:p w14:paraId="0108A2FC" w14:textId="77777777" w:rsidR="002355BD" w:rsidRPr="001179E8" w:rsidRDefault="00000000">
      <w:pPr>
        <w:rPr>
          <w:lang w:val="pt-BR"/>
        </w:rPr>
      </w:pPr>
      <w:r w:rsidRPr="001179E8">
        <w:rPr>
          <w:lang w:val="pt-BR"/>
        </w:rPr>
        <w:br/>
      </w:r>
    </w:p>
    <w:p w14:paraId="43615A50" w14:textId="77777777" w:rsidR="002355BD" w:rsidRPr="001179E8" w:rsidRDefault="00000000">
      <w:pPr>
        <w:rPr>
          <w:lang w:val="pt-BR"/>
        </w:rPr>
      </w:pPr>
      <w:r w:rsidRPr="001179E8">
        <w:rPr>
          <w:lang w:val="pt-BR"/>
        </w:rPr>
        <w:t>Linda o olhou por um longo momento, seus olhos brilhando com emoção contida. Então, para surpresa de Art, ela sorriu, colocou as mãos em seu rosto e o puxou para um beijo.</w:t>
      </w:r>
    </w:p>
    <w:p w14:paraId="08D294D2" w14:textId="77777777" w:rsidR="002355BD" w:rsidRPr="001179E8" w:rsidRDefault="00000000">
      <w:pPr>
        <w:rPr>
          <w:lang w:val="pt-BR"/>
        </w:rPr>
      </w:pPr>
      <w:r w:rsidRPr="001179E8">
        <w:rPr>
          <w:lang w:val="pt-BR"/>
        </w:rPr>
        <w:br/>
      </w:r>
    </w:p>
    <w:p w14:paraId="11A3EE7F" w14:textId="77777777" w:rsidR="002355BD" w:rsidRPr="001179E8" w:rsidRDefault="00000000">
      <w:pPr>
        <w:rPr>
          <w:lang w:val="pt-BR"/>
        </w:rPr>
      </w:pPr>
      <w:r w:rsidRPr="001179E8">
        <w:rPr>
          <w:lang w:val="pt-BR"/>
        </w:rPr>
        <w:t>O beijo foi suave a princípio, quase hesitante, mas rapidamente se aprofundou, carregando toda a emoção e tensão acumuladas durante sua jornada. Art sentiu-se tonto, perdido na sensação dos lábios dela contra os seus, no calor de seu corpo próximo ao dele.</w:t>
      </w:r>
    </w:p>
    <w:p w14:paraId="59012613" w14:textId="77777777" w:rsidR="002355BD" w:rsidRPr="001179E8" w:rsidRDefault="00000000">
      <w:pPr>
        <w:rPr>
          <w:lang w:val="pt-BR"/>
        </w:rPr>
      </w:pPr>
      <w:r w:rsidRPr="001179E8">
        <w:rPr>
          <w:lang w:val="pt-BR"/>
        </w:rPr>
        <w:br/>
      </w:r>
    </w:p>
    <w:p w14:paraId="1C1E79A0" w14:textId="77777777" w:rsidR="002355BD" w:rsidRPr="001179E8" w:rsidRDefault="00000000">
      <w:pPr>
        <w:rPr>
          <w:lang w:val="pt-BR"/>
        </w:rPr>
      </w:pPr>
      <w:r w:rsidRPr="001179E8">
        <w:rPr>
          <w:lang w:val="pt-BR"/>
        </w:rPr>
        <w:lastRenderedPageBreak/>
        <w:t>Quando finalmente se separaram, ambos estavam sem fôlego. Linda manteve as mãos no rosto dele, seus olhos brilhando com alegria e algo mais profundo.</w:t>
      </w:r>
    </w:p>
    <w:p w14:paraId="582CB6FB" w14:textId="77777777" w:rsidR="002355BD" w:rsidRPr="001179E8" w:rsidRDefault="00000000">
      <w:pPr>
        <w:rPr>
          <w:lang w:val="pt-BR"/>
        </w:rPr>
      </w:pPr>
      <w:r w:rsidRPr="001179E8">
        <w:rPr>
          <w:lang w:val="pt-BR"/>
        </w:rPr>
        <w:br/>
      </w:r>
    </w:p>
    <w:p w14:paraId="46749C71" w14:textId="77777777" w:rsidR="002355BD" w:rsidRPr="001179E8" w:rsidRDefault="00000000">
      <w:pPr>
        <w:rPr>
          <w:lang w:val="pt-BR"/>
        </w:rPr>
      </w:pPr>
      <w:r w:rsidRPr="001179E8">
        <w:rPr>
          <w:lang w:val="pt-BR"/>
        </w:rPr>
        <w:t>"Eu venho esperando por isso desde que te conheci, seu bobo," disse ela, sua voz suave e carinhosa.</w:t>
      </w:r>
    </w:p>
    <w:p w14:paraId="02A26C0D" w14:textId="77777777" w:rsidR="002355BD" w:rsidRPr="001179E8" w:rsidRDefault="00000000">
      <w:pPr>
        <w:rPr>
          <w:lang w:val="pt-BR"/>
        </w:rPr>
      </w:pPr>
      <w:r w:rsidRPr="001179E8">
        <w:rPr>
          <w:lang w:val="pt-BR"/>
        </w:rPr>
        <w:br/>
      </w:r>
    </w:p>
    <w:p w14:paraId="2C17EFC3" w14:textId="77777777" w:rsidR="002355BD" w:rsidRPr="001179E8" w:rsidRDefault="00000000">
      <w:pPr>
        <w:rPr>
          <w:lang w:val="pt-BR"/>
        </w:rPr>
      </w:pPr>
      <w:r w:rsidRPr="001179E8">
        <w:rPr>
          <w:lang w:val="pt-BR"/>
        </w:rPr>
        <w:t>Art piscou, surpreso. "Por que você não disse nada?"</w:t>
      </w:r>
    </w:p>
    <w:p w14:paraId="2D55D8CC" w14:textId="77777777" w:rsidR="002355BD" w:rsidRPr="001179E8" w:rsidRDefault="00000000">
      <w:pPr>
        <w:rPr>
          <w:lang w:val="pt-BR"/>
        </w:rPr>
      </w:pPr>
      <w:r w:rsidRPr="001179E8">
        <w:rPr>
          <w:lang w:val="pt-BR"/>
        </w:rPr>
        <w:br/>
      </w:r>
    </w:p>
    <w:p w14:paraId="516AC321" w14:textId="77777777" w:rsidR="002355BD" w:rsidRPr="001179E8" w:rsidRDefault="00000000">
      <w:pPr>
        <w:rPr>
          <w:lang w:val="pt-BR"/>
        </w:rPr>
      </w:pPr>
      <w:r w:rsidRPr="001179E8">
        <w:rPr>
          <w:lang w:val="pt-BR"/>
        </w:rPr>
        <w:t>Linda sorriu, acariciando sua bochecha. "Algumas coisas precisam ser descobertas, não ditas. Precisávamos desta jornada, Art. Precisávamos descobrir quem somos juntos."</w:t>
      </w:r>
    </w:p>
    <w:p w14:paraId="07CCAB99" w14:textId="77777777" w:rsidR="002355BD" w:rsidRPr="001179E8" w:rsidRDefault="00000000">
      <w:pPr>
        <w:rPr>
          <w:lang w:val="pt-BR"/>
        </w:rPr>
      </w:pPr>
      <w:r w:rsidRPr="001179E8">
        <w:rPr>
          <w:lang w:val="pt-BR"/>
        </w:rPr>
        <w:br/>
      </w:r>
    </w:p>
    <w:p w14:paraId="51DFC18E" w14:textId="77777777" w:rsidR="002355BD" w:rsidRPr="001179E8" w:rsidRDefault="00000000">
      <w:pPr>
        <w:rPr>
          <w:lang w:val="pt-BR"/>
        </w:rPr>
      </w:pPr>
      <w:r w:rsidRPr="001179E8">
        <w:rPr>
          <w:lang w:val="pt-BR"/>
        </w:rPr>
        <w:t>Art riu, uma risada de pura alegria e alívio. Puxou-a para mais perto, abraçando-a como se nunca mais quisesse deixá-la ir. "Acho que finalmente entendi o que Gaia quis dizer sobre almas tecidas do mesmo fio do destino."</w:t>
      </w:r>
    </w:p>
    <w:p w14:paraId="10114E8A" w14:textId="77777777" w:rsidR="002355BD" w:rsidRPr="001179E8" w:rsidRDefault="00000000">
      <w:pPr>
        <w:rPr>
          <w:lang w:val="pt-BR"/>
        </w:rPr>
      </w:pPr>
      <w:r w:rsidRPr="001179E8">
        <w:rPr>
          <w:lang w:val="pt-BR"/>
        </w:rPr>
        <w:br/>
      </w:r>
    </w:p>
    <w:p w14:paraId="02FEB178" w14:textId="77777777" w:rsidR="002355BD" w:rsidRPr="001179E8" w:rsidRDefault="00000000">
      <w:pPr>
        <w:rPr>
          <w:lang w:val="pt-BR"/>
        </w:rPr>
      </w:pPr>
      <w:r w:rsidRPr="001179E8">
        <w:rPr>
          <w:lang w:val="pt-BR"/>
        </w:rPr>
        <w:t>Linda assentiu contra seu peito. "Somos parceiros, Art. Em todos os sentidos da palavra."</w:t>
      </w:r>
    </w:p>
    <w:p w14:paraId="7FEAF7F2" w14:textId="77777777" w:rsidR="002355BD" w:rsidRPr="001179E8" w:rsidRDefault="00000000">
      <w:pPr>
        <w:rPr>
          <w:lang w:val="pt-BR"/>
        </w:rPr>
      </w:pPr>
      <w:r w:rsidRPr="001179E8">
        <w:rPr>
          <w:lang w:val="pt-BR"/>
        </w:rPr>
        <w:br/>
      </w:r>
    </w:p>
    <w:p w14:paraId="7436F753" w14:textId="77777777" w:rsidR="002355BD" w:rsidRPr="001179E8" w:rsidRDefault="00000000">
      <w:pPr>
        <w:rPr>
          <w:lang w:val="pt-BR"/>
        </w:rPr>
      </w:pPr>
      <w:r w:rsidRPr="001179E8">
        <w:rPr>
          <w:lang w:val="pt-BR"/>
        </w:rPr>
        <w:t>Ficaram assim por um longo momento, abraçados contra o pôr do sol, saboreando a descoberta mútua e a promessa do que estava por vir.</w:t>
      </w:r>
    </w:p>
    <w:p w14:paraId="7BBB1805" w14:textId="77777777" w:rsidR="002355BD" w:rsidRPr="001179E8" w:rsidRDefault="00000000">
      <w:pPr>
        <w:rPr>
          <w:lang w:val="pt-BR"/>
        </w:rPr>
      </w:pPr>
      <w:r w:rsidRPr="001179E8">
        <w:rPr>
          <w:lang w:val="pt-BR"/>
        </w:rPr>
        <w:br/>
      </w:r>
    </w:p>
    <w:p w14:paraId="5395752C" w14:textId="77777777" w:rsidR="002355BD" w:rsidRPr="001179E8" w:rsidRDefault="00000000">
      <w:pPr>
        <w:rPr>
          <w:lang w:val="pt-BR"/>
        </w:rPr>
      </w:pPr>
      <w:r w:rsidRPr="001179E8">
        <w:rPr>
          <w:lang w:val="pt-BR"/>
        </w:rPr>
        <w:t>O momento foi interrompido pelo som do comunicador quântico de Art. Relutantemente, ele se afastou para atendê-lo.</w:t>
      </w:r>
    </w:p>
    <w:p w14:paraId="27BCEE7B" w14:textId="77777777" w:rsidR="002355BD" w:rsidRPr="001179E8" w:rsidRDefault="00000000">
      <w:pPr>
        <w:rPr>
          <w:lang w:val="pt-BR"/>
        </w:rPr>
      </w:pPr>
      <w:r w:rsidRPr="001179E8">
        <w:rPr>
          <w:lang w:val="pt-BR"/>
        </w:rPr>
        <w:br/>
      </w:r>
    </w:p>
    <w:p w14:paraId="1615A1D4" w14:textId="77777777" w:rsidR="002355BD" w:rsidRPr="001179E8" w:rsidRDefault="00000000">
      <w:pPr>
        <w:rPr>
          <w:lang w:val="pt-BR"/>
        </w:rPr>
      </w:pPr>
      <w:r w:rsidRPr="001179E8">
        <w:rPr>
          <w:lang w:val="pt-BR"/>
        </w:rPr>
        <w:t>A voz do General Vance soou, urgente e clara: "Blue, Linda, relatório de situação."</w:t>
      </w:r>
    </w:p>
    <w:p w14:paraId="56EDFDE2" w14:textId="77777777" w:rsidR="002355BD" w:rsidRPr="001179E8" w:rsidRDefault="00000000">
      <w:pPr>
        <w:rPr>
          <w:lang w:val="pt-BR"/>
        </w:rPr>
      </w:pPr>
      <w:r w:rsidRPr="001179E8">
        <w:rPr>
          <w:lang w:val="pt-BR"/>
        </w:rPr>
        <w:lastRenderedPageBreak/>
        <w:br/>
      </w:r>
    </w:p>
    <w:p w14:paraId="0331A5F7" w14:textId="77777777" w:rsidR="002355BD" w:rsidRPr="001179E8" w:rsidRDefault="00000000">
      <w:pPr>
        <w:rPr>
          <w:lang w:val="pt-BR"/>
        </w:rPr>
      </w:pPr>
      <w:r w:rsidRPr="001179E8">
        <w:rPr>
          <w:lang w:val="pt-BR"/>
        </w:rPr>
        <w:t>"Missão cumprida, senhor," respondeu Art, não conseguindo conter o orgulho em sua voz. "Todos os cinco reinos concordaram com a aliança."</w:t>
      </w:r>
    </w:p>
    <w:p w14:paraId="22B8A68F" w14:textId="77777777" w:rsidR="002355BD" w:rsidRPr="001179E8" w:rsidRDefault="00000000">
      <w:pPr>
        <w:rPr>
          <w:lang w:val="pt-BR"/>
        </w:rPr>
      </w:pPr>
      <w:r w:rsidRPr="001179E8">
        <w:rPr>
          <w:lang w:val="pt-BR"/>
        </w:rPr>
        <w:br/>
      </w:r>
    </w:p>
    <w:p w14:paraId="20DA8DC7" w14:textId="77777777" w:rsidR="002355BD" w:rsidRPr="001179E8" w:rsidRDefault="00000000">
      <w:pPr>
        <w:rPr>
          <w:lang w:val="pt-BR"/>
        </w:rPr>
      </w:pPr>
      <w:r w:rsidRPr="001179E8">
        <w:rPr>
          <w:lang w:val="pt-BR"/>
        </w:rPr>
        <w:t>"Excelente trabalho," disse Vance, e Art podia jurar que detectou uma nota de orgulho genuíno na voz normalmente estoica de seu avô. "Mas temos novidades urgentes. Nossos sensores detectaram atividade no submundo – uma assinatura energética que corresponde à de Chrome e Punk."</w:t>
      </w:r>
    </w:p>
    <w:p w14:paraId="7B7DBCE4" w14:textId="77777777" w:rsidR="002355BD" w:rsidRPr="001179E8" w:rsidRDefault="00000000">
      <w:pPr>
        <w:rPr>
          <w:lang w:val="pt-BR"/>
        </w:rPr>
      </w:pPr>
      <w:r w:rsidRPr="001179E8">
        <w:rPr>
          <w:lang w:val="pt-BR"/>
        </w:rPr>
        <w:br/>
      </w:r>
    </w:p>
    <w:p w14:paraId="21C48079" w14:textId="77777777" w:rsidR="002355BD" w:rsidRPr="001179E8" w:rsidRDefault="00000000">
      <w:pPr>
        <w:rPr>
          <w:lang w:val="pt-BR"/>
        </w:rPr>
      </w:pPr>
      <w:r w:rsidRPr="001179E8">
        <w:rPr>
          <w:lang w:val="pt-BR"/>
        </w:rPr>
        <w:t>Art e Linda trocaram olhares esperançosos. "Eles estão vivos?" perguntou Linda, inclinando-se para o comunicador.</w:t>
      </w:r>
    </w:p>
    <w:p w14:paraId="0A816F5D" w14:textId="77777777" w:rsidR="002355BD" w:rsidRPr="001179E8" w:rsidRDefault="00000000">
      <w:pPr>
        <w:rPr>
          <w:lang w:val="pt-BR"/>
        </w:rPr>
      </w:pPr>
      <w:r w:rsidRPr="001179E8">
        <w:rPr>
          <w:lang w:val="pt-BR"/>
        </w:rPr>
        <w:br/>
      </w:r>
    </w:p>
    <w:p w14:paraId="2299E840" w14:textId="77777777" w:rsidR="002355BD" w:rsidRPr="001179E8" w:rsidRDefault="00000000">
      <w:pPr>
        <w:rPr>
          <w:lang w:val="pt-BR"/>
        </w:rPr>
      </w:pPr>
      <w:r w:rsidRPr="001179E8">
        <w:rPr>
          <w:lang w:val="pt-BR"/>
        </w:rPr>
        <w:t>"Acreditamos que sim," confirmou Vance. "Estamos triangulando a localização exata. Retornem imediatamente à base. Precisamos de todos os recursos e conhecimentos que obtiveram para planejar uma possível operação de resgate."</w:t>
      </w:r>
    </w:p>
    <w:p w14:paraId="056FB233" w14:textId="77777777" w:rsidR="002355BD" w:rsidRPr="001179E8" w:rsidRDefault="00000000">
      <w:pPr>
        <w:rPr>
          <w:lang w:val="pt-BR"/>
        </w:rPr>
      </w:pPr>
      <w:r w:rsidRPr="001179E8">
        <w:rPr>
          <w:lang w:val="pt-BR"/>
        </w:rPr>
        <w:br/>
      </w:r>
    </w:p>
    <w:p w14:paraId="291404ED" w14:textId="77777777" w:rsidR="002355BD" w:rsidRPr="001179E8" w:rsidRDefault="00000000">
      <w:pPr>
        <w:rPr>
          <w:lang w:val="pt-BR"/>
        </w:rPr>
      </w:pPr>
      <w:r w:rsidRPr="001179E8">
        <w:rPr>
          <w:lang w:val="pt-BR"/>
        </w:rPr>
        <w:t>"Estamos a caminho, senhor," respondeu Art.</w:t>
      </w:r>
    </w:p>
    <w:p w14:paraId="000DCCFF" w14:textId="77777777" w:rsidR="002355BD" w:rsidRPr="001179E8" w:rsidRDefault="00000000">
      <w:pPr>
        <w:rPr>
          <w:lang w:val="pt-BR"/>
        </w:rPr>
      </w:pPr>
      <w:r w:rsidRPr="001179E8">
        <w:rPr>
          <w:lang w:val="pt-BR"/>
        </w:rPr>
        <w:br/>
      </w:r>
    </w:p>
    <w:p w14:paraId="2C7DFE65" w14:textId="77777777" w:rsidR="002355BD" w:rsidRPr="001179E8" w:rsidRDefault="00000000">
      <w:pPr>
        <w:rPr>
          <w:lang w:val="pt-BR"/>
        </w:rPr>
      </w:pPr>
      <w:r w:rsidRPr="001179E8">
        <w:rPr>
          <w:lang w:val="pt-BR"/>
        </w:rPr>
        <w:t>Quando a comunicação terminou, Art e Linda permaneceram por um momento em silêncio, processando as notícias.</w:t>
      </w:r>
    </w:p>
    <w:p w14:paraId="78954587" w14:textId="77777777" w:rsidR="002355BD" w:rsidRPr="001179E8" w:rsidRDefault="00000000">
      <w:pPr>
        <w:rPr>
          <w:lang w:val="pt-BR"/>
        </w:rPr>
      </w:pPr>
      <w:r w:rsidRPr="001179E8">
        <w:rPr>
          <w:lang w:val="pt-BR"/>
        </w:rPr>
        <w:br/>
      </w:r>
    </w:p>
    <w:p w14:paraId="1199358C" w14:textId="77777777" w:rsidR="002355BD" w:rsidRPr="001179E8" w:rsidRDefault="00000000">
      <w:pPr>
        <w:rPr>
          <w:lang w:val="pt-BR"/>
        </w:rPr>
      </w:pPr>
      <w:r w:rsidRPr="001179E8">
        <w:rPr>
          <w:lang w:val="pt-BR"/>
        </w:rPr>
        <w:t>"Nicole e Ricardo," murmurou Linda, esperança e preocupação misturadas em sua voz. "Eles estão vivos."</w:t>
      </w:r>
    </w:p>
    <w:p w14:paraId="3DA7E5BF" w14:textId="77777777" w:rsidR="002355BD" w:rsidRPr="001179E8" w:rsidRDefault="00000000">
      <w:pPr>
        <w:rPr>
          <w:lang w:val="pt-BR"/>
        </w:rPr>
      </w:pPr>
      <w:r w:rsidRPr="001179E8">
        <w:rPr>
          <w:lang w:val="pt-BR"/>
        </w:rPr>
        <w:br/>
      </w:r>
    </w:p>
    <w:p w14:paraId="6D259877" w14:textId="77777777" w:rsidR="002355BD" w:rsidRPr="001179E8" w:rsidRDefault="00000000">
      <w:pPr>
        <w:rPr>
          <w:lang w:val="pt-BR"/>
        </w:rPr>
      </w:pPr>
      <w:r w:rsidRPr="001179E8">
        <w:rPr>
          <w:lang w:val="pt-BR"/>
        </w:rPr>
        <w:lastRenderedPageBreak/>
        <w:t>"E vamos trazê-los de volta," afirmou Art, determinação em cada palavra. "Com a ajuda dos cinco reinos, vamos encontrar um caminho até eles."</w:t>
      </w:r>
    </w:p>
    <w:p w14:paraId="56570364" w14:textId="77777777" w:rsidR="002355BD" w:rsidRPr="001179E8" w:rsidRDefault="00000000">
      <w:pPr>
        <w:rPr>
          <w:lang w:val="pt-BR"/>
        </w:rPr>
      </w:pPr>
      <w:r w:rsidRPr="001179E8">
        <w:rPr>
          <w:lang w:val="pt-BR"/>
        </w:rPr>
        <w:br/>
      </w:r>
    </w:p>
    <w:p w14:paraId="6329FE66" w14:textId="77777777" w:rsidR="002355BD" w:rsidRPr="001179E8" w:rsidRDefault="00000000">
      <w:pPr>
        <w:rPr>
          <w:lang w:val="pt-BR"/>
        </w:rPr>
      </w:pPr>
      <w:r w:rsidRPr="001179E8">
        <w:rPr>
          <w:lang w:val="pt-BR"/>
        </w:rPr>
        <w:t>Linda assentiu, entrelaçando seus dedos nos dele. "Juntos."</w:t>
      </w:r>
    </w:p>
    <w:p w14:paraId="5D117E8C" w14:textId="77777777" w:rsidR="002355BD" w:rsidRPr="001179E8" w:rsidRDefault="00000000">
      <w:pPr>
        <w:rPr>
          <w:lang w:val="pt-BR"/>
        </w:rPr>
      </w:pPr>
      <w:r w:rsidRPr="001179E8">
        <w:rPr>
          <w:lang w:val="pt-BR"/>
        </w:rPr>
        <w:br/>
      </w:r>
    </w:p>
    <w:p w14:paraId="0330A57E" w14:textId="77777777" w:rsidR="002355BD" w:rsidRPr="001179E8" w:rsidRDefault="00000000">
      <w:pPr>
        <w:rPr>
          <w:lang w:val="pt-BR"/>
        </w:rPr>
      </w:pPr>
      <w:r w:rsidRPr="001179E8">
        <w:rPr>
          <w:lang w:val="pt-BR"/>
        </w:rPr>
        <w:t>"Juntos," concordou Art, selando a promessa com outro beijo.</w:t>
      </w:r>
    </w:p>
    <w:p w14:paraId="7C498413" w14:textId="77777777" w:rsidR="002355BD" w:rsidRPr="001179E8" w:rsidRDefault="00000000">
      <w:pPr>
        <w:rPr>
          <w:lang w:val="pt-BR"/>
        </w:rPr>
      </w:pPr>
      <w:r w:rsidRPr="001179E8">
        <w:rPr>
          <w:lang w:val="pt-BR"/>
        </w:rPr>
        <w:br/>
      </w:r>
    </w:p>
    <w:p w14:paraId="2B5CBAAD" w14:textId="77777777" w:rsidR="002355BD" w:rsidRPr="001179E8" w:rsidRDefault="00000000">
      <w:pPr>
        <w:rPr>
          <w:lang w:val="pt-BR"/>
        </w:rPr>
      </w:pPr>
      <w:r w:rsidRPr="001179E8">
        <w:rPr>
          <w:lang w:val="pt-BR"/>
        </w:rPr>
        <w:t>Enquanto deixavam o mirante, retornando à celebração para se despedirem antes da partida, Art refletiu sobre a jornada extraordinária que haviam compartilhado. Tinham partido como emissários da esperança, carregando o peso de uma missão quase impossível. Voltavam como algo mais – parceiros, no sentido mais profundo da palavra, unidos por experiências compartilhadas, confiança mútua e um amor que havia florescido nas circunstâncias mais improváveis.</w:t>
      </w:r>
    </w:p>
    <w:p w14:paraId="1F724D4D" w14:textId="77777777" w:rsidR="002355BD" w:rsidRPr="001179E8" w:rsidRDefault="00000000">
      <w:pPr>
        <w:rPr>
          <w:lang w:val="pt-BR"/>
        </w:rPr>
      </w:pPr>
      <w:r w:rsidRPr="001179E8">
        <w:rPr>
          <w:lang w:val="pt-BR"/>
        </w:rPr>
        <w:br/>
      </w:r>
    </w:p>
    <w:p w14:paraId="7F0C3D43" w14:textId="77777777" w:rsidR="002355BD" w:rsidRPr="001179E8" w:rsidRDefault="00000000">
      <w:pPr>
        <w:rPr>
          <w:lang w:val="pt-BR"/>
        </w:rPr>
      </w:pPr>
      <w:r w:rsidRPr="001179E8">
        <w:rPr>
          <w:lang w:val="pt-BR"/>
        </w:rPr>
        <w:t>E agora, uma nova missão os aguardava – encontrar e resgatar seus amigos perdidos no submundo. Com os cinco reinos unidos atrás deles e seus corações batendo como um, Art sabia que enfrentariam qualquer desafio que viesse.</w:t>
      </w:r>
    </w:p>
    <w:p w14:paraId="13973FAF" w14:textId="77777777" w:rsidR="002355BD" w:rsidRPr="001179E8" w:rsidRDefault="00000000">
      <w:pPr>
        <w:rPr>
          <w:lang w:val="pt-BR"/>
        </w:rPr>
      </w:pPr>
      <w:r w:rsidRPr="001179E8">
        <w:rPr>
          <w:lang w:val="pt-BR"/>
        </w:rPr>
        <w:br/>
      </w:r>
    </w:p>
    <w:p w14:paraId="2C72D84B" w14:textId="77777777" w:rsidR="002355BD" w:rsidRPr="001179E8" w:rsidRDefault="00000000">
      <w:pPr>
        <w:rPr>
          <w:lang w:val="pt-BR"/>
        </w:rPr>
      </w:pPr>
      <w:r w:rsidRPr="001179E8">
        <w:rPr>
          <w:lang w:val="pt-BR"/>
        </w:rPr>
        <w:t>O efeito do Chá da Estatura começava a diminuir, seus corpos retornando gradualmente ao tamanho normal. Mas Art se sentia maior do que nunca – não em estatura física, mas em propósito, em coragem e em amor.</w:t>
      </w:r>
    </w:p>
    <w:p w14:paraId="4CE0862B" w14:textId="77777777" w:rsidR="002355BD" w:rsidRPr="001179E8" w:rsidRDefault="00000000">
      <w:pPr>
        <w:rPr>
          <w:lang w:val="pt-BR"/>
        </w:rPr>
      </w:pPr>
      <w:r w:rsidRPr="001179E8">
        <w:rPr>
          <w:lang w:val="pt-BR"/>
        </w:rPr>
        <w:br/>
      </w:r>
    </w:p>
    <w:p w14:paraId="5C88000D" w14:textId="77777777" w:rsidR="002355BD" w:rsidRPr="001179E8" w:rsidRDefault="00000000">
      <w:pPr>
        <w:rPr>
          <w:lang w:val="pt-BR"/>
        </w:rPr>
      </w:pPr>
      <w:r w:rsidRPr="001179E8">
        <w:rPr>
          <w:lang w:val="pt-BR"/>
        </w:rPr>
        <w:t>Enquanto a aeronave da G.R.A.I.A. decolava, deixando o Reino dos Gigantes para trás, Art e Linda observavam pela janela a cidade cristalina diminuir na distância. Cinco reinos, cinco alianças, um propósito comum. E no centro de tudo, dois corações que haviam encontrado um ao outro através de mundos.</w:t>
      </w:r>
    </w:p>
    <w:p w14:paraId="6876EA28" w14:textId="77777777" w:rsidR="002355BD" w:rsidRPr="001179E8" w:rsidRDefault="002355BD">
      <w:pPr>
        <w:rPr>
          <w:lang w:val="pt-BR"/>
        </w:rPr>
      </w:pPr>
    </w:p>
    <w:p w14:paraId="3501EEE7" w14:textId="77777777" w:rsidR="002355BD" w:rsidRPr="001179E8" w:rsidRDefault="00000000">
      <w:pPr>
        <w:rPr>
          <w:lang w:val="pt-BR"/>
        </w:rPr>
      </w:pPr>
      <w:r w:rsidRPr="001179E8">
        <w:rPr>
          <w:lang w:val="pt-BR"/>
        </w:rPr>
        <w:t>Escuridão. Absoluta e impenetrável.</w:t>
      </w:r>
    </w:p>
    <w:p w14:paraId="2636DCC0" w14:textId="77777777" w:rsidR="002355BD" w:rsidRPr="001179E8" w:rsidRDefault="00000000">
      <w:pPr>
        <w:rPr>
          <w:lang w:val="pt-BR"/>
        </w:rPr>
      </w:pPr>
      <w:r w:rsidRPr="001179E8">
        <w:rPr>
          <w:lang w:val="pt-BR"/>
        </w:rPr>
        <w:lastRenderedPageBreak/>
        <w:br/>
      </w:r>
    </w:p>
    <w:p w14:paraId="21BF7A82" w14:textId="77777777" w:rsidR="002355BD" w:rsidRPr="001179E8" w:rsidRDefault="00000000">
      <w:pPr>
        <w:rPr>
          <w:lang w:val="pt-BR"/>
        </w:rPr>
      </w:pPr>
      <w:r w:rsidRPr="001179E8">
        <w:rPr>
          <w:lang w:val="pt-BR"/>
        </w:rPr>
        <w:t>Foi a primeira coisa que Nicole Stavros percebeu quando sua consciência retornou. Não era a escuridão familiar da noite, nem mesmo a penumbra artificial de olhos fechados. Era uma ausência total de luz, como se o próprio conceito tivesse sido arrancado da realidade.</w:t>
      </w:r>
    </w:p>
    <w:p w14:paraId="49CB8F03" w14:textId="77777777" w:rsidR="002355BD" w:rsidRPr="001179E8" w:rsidRDefault="00000000">
      <w:pPr>
        <w:rPr>
          <w:lang w:val="pt-BR"/>
        </w:rPr>
      </w:pPr>
      <w:r w:rsidRPr="001179E8">
        <w:rPr>
          <w:lang w:val="pt-BR"/>
        </w:rPr>
        <w:br/>
      </w:r>
    </w:p>
    <w:p w14:paraId="213A525D" w14:textId="77777777" w:rsidR="002355BD" w:rsidRPr="001179E8" w:rsidRDefault="00000000">
      <w:pPr>
        <w:rPr>
          <w:lang w:val="pt-BR"/>
        </w:rPr>
      </w:pPr>
      <w:r w:rsidRPr="001179E8">
        <w:rPr>
          <w:lang w:val="pt-BR"/>
        </w:rPr>
        <w:t>A segunda coisa que percebeu foi a dor. Cada centímetro de seu corpo metálico pulsava com uma sensação que oscilava entre formigamento e agonia. Seus músculos – ou o que quer que fossem quando assumiam forma metálica – pareciam ter sido esticados além de seus limites e depois comprimidos violentamente.</w:t>
      </w:r>
    </w:p>
    <w:p w14:paraId="55767F51" w14:textId="77777777" w:rsidR="002355BD" w:rsidRPr="001179E8" w:rsidRDefault="00000000">
      <w:pPr>
        <w:rPr>
          <w:lang w:val="pt-BR"/>
        </w:rPr>
      </w:pPr>
      <w:r w:rsidRPr="001179E8">
        <w:rPr>
          <w:lang w:val="pt-BR"/>
        </w:rPr>
        <w:br/>
      </w:r>
    </w:p>
    <w:p w14:paraId="3DFF35D8" w14:textId="77777777" w:rsidR="002355BD" w:rsidRPr="001179E8" w:rsidRDefault="00000000">
      <w:pPr>
        <w:rPr>
          <w:lang w:val="pt-BR"/>
        </w:rPr>
      </w:pPr>
      <w:r w:rsidRPr="001179E8">
        <w:rPr>
          <w:lang w:val="pt-BR"/>
        </w:rPr>
        <w:t>"Rick?" Sua voz soou estranha aos próprios ouvidos, distorcida como se estivesse falando através de água. "Ricardo?"</w:t>
      </w:r>
    </w:p>
    <w:p w14:paraId="02C17D22" w14:textId="77777777" w:rsidR="002355BD" w:rsidRPr="001179E8" w:rsidRDefault="00000000">
      <w:pPr>
        <w:rPr>
          <w:lang w:val="pt-BR"/>
        </w:rPr>
      </w:pPr>
      <w:r w:rsidRPr="001179E8">
        <w:rPr>
          <w:lang w:val="pt-BR"/>
        </w:rPr>
        <w:br/>
      </w:r>
    </w:p>
    <w:p w14:paraId="53EA36C6" w14:textId="77777777" w:rsidR="002355BD" w:rsidRPr="001179E8" w:rsidRDefault="00000000">
      <w:pPr>
        <w:rPr>
          <w:lang w:val="pt-BR"/>
        </w:rPr>
      </w:pPr>
      <w:r w:rsidRPr="001179E8">
        <w:rPr>
          <w:lang w:val="pt-BR"/>
        </w:rPr>
        <w:t>Nenhuma resposta. O pânico começou a se formar em seu peito. A última coisa de que se lembrava era o confronto com Rox, o portal se abrindo, Ricardo puxando-a para trás enquanto tentava absorver a energia cinética da explosão. Então, aquela sensação terrível de queda, como se estivessem sendo sugados por um redemoinho dimensional, seus corpos se separando...</w:t>
      </w:r>
    </w:p>
    <w:p w14:paraId="5B443753" w14:textId="77777777" w:rsidR="002355BD" w:rsidRPr="001179E8" w:rsidRDefault="00000000">
      <w:pPr>
        <w:rPr>
          <w:lang w:val="pt-BR"/>
        </w:rPr>
      </w:pPr>
      <w:r w:rsidRPr="001179E8">
        <w:rPr>
          <w:lang w:val="pt-BR"/>
        </w:rPr>
        <w:br/>
      </w:r>
    </w:p>
    <w:p w14:paraId="630B637C" w14:textId="77777777" w:rsidR="002355BD" w:rsidRPr="001179E8" w:rsidRDefault="00000000">
      <w:pPr>
        <w:rPr>
          <w:lang w:val="pt-BR"/>
        </w:rPr>
      </w:pPr>
      <w:r w:rsidRPr="001179E8">
        <w:rPr>
          <w:lang w:val="pt-BR"/>
        </w:rPr>
        <w:t>Nicole forçou-se a sentar, ignorando a dor. Concentrou-se, e lentamente, seu corpo começou a responder. O metal que compunha sua pele – uma herança do fragmento do Dragão Justo que se fundira a ela durante o acidente – começou a brilhar suavemente, emitindo uma luz azulada que iluminou alguns metros ao seu redor.</w:t>
      </w:r>
    </w:p>
    <w:p w14:paraId="46F4814F" w14:textId="77777777" w:rsidR="002355BD" w:rsidRPr="001179E8" w:rsidRDefault="00000000">
      <w:pPr>
        <w:rPr>
          <w:lang w:val="pt-BR"/>
        </w:rPr>
      </w:pPr>
      <w:r w:rsidRPr="001179E8">
        <w:rPr>
          <w:lang w:val="pt-BR"/>
        </w:rPr>
        <w:br/>
      </w:r>
    </w:p>
    <w:p w14:paraId="2D1197CE" w14:textId="77777777" w:rsidR="002355BD" w:rsidRPr="001179E8" w:rsidRDefault="00000000">
      <w:pPr>
        <w:rPr>
          <w:lang w:val="pt-BR"/>
        </w:rPr>
      </w:pPr>
      <w:r w:rsidRPr="001179E8">
        <w:rPr>
          <w:lang w:val="pt-BR"/>
        </w:rPr>
        <w:t>Estava em algum tipo de caverna. O chão era de pedra negra e irregular, as paredes cobertas por cristais estranhos que pareciam absorver sua luz em vez de refleti-la. O ar era denso, com um cheiro metálico e sulfuroso que fazia seus pulmões protestarem.</w:t>
      </w:r>
    </w:p>
    <w:p w14:paraId="16F98717" w14:textId="77777777" w:rsidR="002355BD" w:rsidRPr="001179E8" w:rsidRDefault="00000000">
      <w:pPr>
        <w:rPr>
          <w:lang w:val="pt-BR"/>
        </w:rPr>
      </w:pPr>
      <w:r w:rsidRPr="001179E8">
        <w:rPr>
          <w:lang w:val="pt-BR"/>
        </w:rPr>
        <w:br/>
      </w:r>
    </w:p>
    <w:p w14:paraId="7DC03B3E" w14:textId="77777777" w:rsidR="002355BD" w:rsidRPr="001179E8" w:rsidRDefault="00000000">
      <w:pPr>
        <w:rPr>
          <w:lang w:val="pt-BR"/>
        </w:rPr>
      </w:pPr>
      <w:r w:rsidRPr="001179E8">
        <w:rPr>
          <w:lang w:val="pt-BR"/>
        </w:rPr>
        <w:lastRenderedPageBreak/>
        <w:t>"Rick!" chamou novamente, mais alto desta vez, a preocupação superando a cautela.</w:t>
      </w:r>
    </w:p>
    <w:p w14:paraId="52ADBB13" w14:textId="77777777" w:rsidR="002355BD" w:rsidRPr="001179E8" w:rsidRDefault="00000000">
      <w:pPr>
        <w:rPr>
          <w:lang w:val="pt-BR"/>
        </w:rPr>
      </w:pPr>
      <w:r w:rsidRPr="001179E8">
        <w:rPr>
          <w:lang w:val="pt-BR"/>
        </w:rPr>
        <w:br/>
      </w:r>
    </w:p>
    <w:p w14:paraId="6DEEA3FD" w14:textId="77777777" w:rsidR="002355BD" w:rsidRPr="001179E8" w:rsidRDefault="00000000">
      <w:pPr>
        <w:rPr>
          <w:lang w:val="pt-BR"/>
        </w:rPr>
      </w:pPr>
      <w:r w:rsidRPr="001179E8">
        <w:rPr>
          <w:lang w:val="pt-BR"/>
        </w:rPr>
        <w:t>Um gemido baixo veio de alguns metros à sua direita. Nicole se moveu rapidamente naquela direção, aumentando a intensidade do brilho de seu corpo.</w:t>
      </w:r>
    </w:p>
    <w:p w14:paraId="771603D0" w14:textId="77777777" w:rsidR="002355BD" w:rsidRPr="001179E8" w:rsidRDefault="00000000">
      <w:pPr>
        <w:rPr>
          <w:lang w:val="pt-BR"/>
        </w:rPr>
      </w:pPr>
      <w:r w:rsidRPr="001179E8">
        <w:rPr>
          <w:lang w:val="pt-BR"/>
        </w:rPr>
        <w:br/>
      </w:r>
    </w:p>
    <w:p w14:paraId="229D39C7" w14:textId="77777777" w:rsidR="002355BD" w:rsidRPr="001179E8" w:rsidRDefault="00000000">
      <w:pPr>
        <w:rPr>
          <w:lang w:val="pt-BR"/>
        </w:rPr>
      </w:pPr>
      <w:r w:rsidRPr="001179E8">
        <w:rPr>
          <w:lang w:val="pt-BR"/>
        </w:rPr>
        <w:t>Ricardo Santos estava caído de bruços, seu moicano verde-néon parcialmente desfeito e manchado de poeira negra. Seu colete de couro estava rasgado em vários lugares, e havia um corte superficial em sua testa.</w:t>
      </w:r>
    </w:p>
    <w:p w14:paraId="04BE3A79" w14:textId="77777777" w:rsidR="002355BD" w:rsidRPr="001179E8" w:rsidRDefault="00000000">
      <w:pPr>
        <w:rPr>
          <w:lang w:val="pt-BR"/>
        </w:rPr>
      </w:pPr>
      <w:r w:rsidRPr="001179E8">
        <w:rPr>
          <w:lang w:val="pt-BR"/>
        </w:rPr>
        <w:br/>
      </w:r>
    </w:p>
    <w:p w14:paraId="10D5E9C2" w14:textId="77777777" w:rsidR="002355BD" w:rsidRPr="001179E8" w:rsidRDefault="00000000">
      <w:pPr>
        <w:rPr>
          <w:lang w:val="pt-BR"/>
        </w:rPr>
      </w:pPr>
      <w:r w:rsidRPr="001179E8">
        <w:rPr>
          <w:lang w:val="pt-BR"/>
        </w:rPr>
        <w:t>"Rick," Nicole sussurrou, ajoelhando-se ao lado dele. Tocou seu rosto com dedos metálicos que tremiam ligeiramente. "Acorde. Por favor, acorde."</w:t>
      </w:r>
    </w:p>
    <w:p w14:paraId="79757AFC" w14:textId="77777777" w:rsidR="002355BD" w:rsidRPr="001179E8" w:rsidRDefault="00000000">
      <w:pPr>
        <w:rPr>
          <w:lang w:val="pt-BR"/>
        </w:rPr>
      </w:pPr>
      <w:r w:rsidRPr="001179E8">
        <w:rPr>
          <w:lang w:val="pt-BR"/>
        </w:rPr>
        <w:br/>
      </w:r>
    </w:p>
    <w:p w14:paraId="2AFC08A3" w14:textId="77777777" w:rsidR="002355BD" w:rsidRPr="001179E8" w:rsidRDefault="00000000">
      <w:pPr>
        <w:rPr>
          <w:lang w:val="pt-BR"/>
        </w:rPr>
      </w:pPr>
      <w:r w:rsidRPr="001179E8">
        <w:rPr>
          <w:lang w:val="pt-BR"/>
        </w:rPr>
        <w:t>Os olhos de Rick se abriram lentamente, desfocados a princípio, então se fixando no rosto brilhante de Nicole. Um sorriso fraco se formou em seus lábios.</w:t>
      </w:r>
    </w:p>
    <w:p w14:paraId="21E42F0E" w14:textId="77777777" w:rsidR="002355BD" w:rsidRPr="001179E8" w:rsidRDefault="00000000">
      <w:pPr>
        <w:rPr>
          <w:lang w:val="pt-BR"/>
        </w:rPr>
      </w:pPr>
      <w:r w:rsidRPr="001179E8">
        <w:rPr>
          <w:lang w:val="pt-BR"/>
        </w:rPr>
        <w:br/>
      </w:r>
    </w:p>
    <w:p w14:paraId="49EDFDC2" w14:textId="77777777" w:rsidR="002355BD" w:rsidRPr="001179E8" w:rsidRDefault="00000000">
      <w:pPr>
        <w:rPr>
          <w:lang w:val="pt-BR"/>
        </w:rPr>
      </w:pPr>
      <w:r w:rsidRPr="001179E8">
        <w:rPr>
          <w:lang w:val="pt-BR"/>
        </w:rPr>
        <w:t>"Ei, Nicky," murmurou ele, sua voz rouca. "Você está brilhando."</w:t>
      </w:r>
    </w:p>
    <w:p w14:paraId="4A2CD4DE" w14:textId="77777777" w:rsidR="002355BD" w:rsidRPr="001179E8" w:rsidRDefault="00000000">
      <w:pPr>
        <w:rPr>
          <w:lang w:val="pt-BR"/>
        </w:rPr>
      </w:pPr>
      <w:r w:rsidRPr="001179E8">
        <w:rPr>
          <w:lang w:val="pt-BR"/>
        </w:rPr>
        <w:br/>
      </w:r>
    </w:p>
    <w:p w14:paraId="34EF16E0" w14:textId="77777777" w:rsidR="002355BD" w:rsidRPr="001179E8" w:rsidRDefault="00000000">
      <w:pPr>
        <w:rPr>
          <w:lang w:val="pt-BR"/>
        </w:rPr>
      </w:pPr>
      <w:r w:rsidRPr="001179E8">
        <w:rPr>
          <w:lang w:val="pt-BR"/>
        </w:rPr>
        <w:t>O alívio a inundou com tanta força que quase a fez chorar. "E você está vivo, seu idiota," respondeu ela, inclinando-se para beijar sua testa. "O que você estava pensando? Tentar absorver toda aquela energia cinética..."</w:t>
      </w:r>
    </w:p>
    <w:p w14:paraId="534D5B20" w14:textId="77777777" w:rsidR="002355BD" w:rsidRPr="001179E8" w:rsidRDefault="00000000">
      <w:pPr>
        <w:rPr>
          <w:lang w:val="pt-BR"/>
        </w:rPr>
      </w:pPr>
      <w:r w:rsidRPr="001179E8">
        <w:rPr>
          <w:lang w:val="pt-BR"/>
        </w:rPr>
        <w:br/>
      </w:r>
    </w:p>
    <w:p w14:paraId="59ADCCF7" w14:textId="77777777" w:rsidR="002355BD" w:rsidRPr="001179E8" w:rsidRDefault="00000000">
      <w:pPr>
        <w:rPr>
          <w:lang w:val="pt-BR"/>
        </w:rPr>
      </w:pPr>
      <w:r w:rsidRPr="001179E8">
        <w:rPr>
          <w:lang w:val="pt-BR"/>
        </w:rPr>
        <w:t>"Pensei que poderia proteger você," Rick tossiu, tentando se sentar. Nicole o ajudou, apoiando suas costas. "Funcionou?"</w:t>
      </w:r>
    </w:p>
    <w:p w14:paraId="7B9D009C" w14:textId="77777777" w:rsidR="002355BD" w:rsidRPr="001179E8" w:rsidRDefault="00000000">
      <w:pPr>
        <w:rPr>
          <w:lang w:val="pt-BR"/>
        </w:rPr>
      </w:pPr>
      <w:r w:rsidRPr="001179E8">
        <w:rPr>
          <w:lang w:val="pt-BR"/>
        </w:rPr>
        <w:br/>
      </w:r>
    </w:p>
    <w:p w14:paraId="512D5B8E" w14:textId="77777777" w:rsidR="002355BD" w:rsidRPr="001179E8" w:rsidRDefault="00000000">
      <w:pPr>
        <w:rPr>
          <w:lang w:val="pt-BR"/>
        </w:rPr>
      </w:pPr>
      <w:r w:rsidRPr="001179E8">
        <w:rPr>
          <w:lang w:val="pt-BR"/>
        </w:rPr>
        <w:lastRenderedPageBreak/>
        <w:t>"Depende do que você considera 'funcionar'," respondeu ela, olhando ao redor. "Estamos vivos. Mas não acho que estejamos em Kansas, Toto."</w:t>
      </w:r>
    </w:p>
    <w:p w14:paraId="541E2C3A" w14:textId="77777777" w:rsidR="002355BD" w:rsidRPr="001179E8" w:rsidRDefault="00000000">
      <w:pPr>
        <w:rPr>
          <w:lang w:val="pt-BR"/>
        </w:rPr>
      </w:pPr>
      <w:r w:rsidRPr="001179E8">
        <w:rPr>
          <w:lang w:val="pt-BR"/>
        </w:rPr>
        <w:br/>
      </w:r>
    </w:p>
    <w:p w14:paraId="24939E84" w14:textId="77777777" w:rsidR="002355BD" w:rsidRPr="001179E8" w:rsidRDefault="00000000">
      <w:pPr>
        <w:rPr>
          <w:lang w:val="pt-BR"/>
        </w:rPr>
      </w:pPr>
      <w:r w:rsidRPr="001179E8">
        <w:rPr>
          <w:lang w:val="pt-BR"/>
        </w:rPr>
        <w:t>Rick seguiu seu olhar, finalmente percebendo o ambiente alienígena ao redor deles. "Merda," murmurou. "Onde estamos?"</w:t>
      </w:r>
    </w:p>
    <w:p w14:paraId="4E34E194" w14:textId="77777777" w:rsidR="002355BD" w:rsidRPr="001179E8" w:rsidRDefault="00000000">
      <w:pPr>
        <w:rPr>
          <w:lang w:val="pt-BR"/>
        </w:rPr>
      </w:pPr>
      <w:r w:rsidRPr="001179E8">
        <w:rPr>
          <w:lang w:val="pt-BR"/>
        </w:rPr>
        <w:br/>
      </w:r>
    </w:p>
    <w:p w14:paraId="5DBECA5F" w14:textId="77777777" w:rsidR="002355BD" w:rsidRPr="001179E8" w:rsidRDefault="00000000">
      <w:pPr>
        <w:rPr>
          <w:lang w:val="pt-BR"/>
        </w:rPr>
      </w:pPr>
      <w:r w:rsidRPr="001179E8">
        <w:rPr>
          <w:lang w:val="pt-BR"/>
        </w:rPr>
        <w:t>"Acho que..." Nicole hesitou, não querendo dizer em voz alta o que ambos já suspeitavam. "Acho que estamos no submundo."</w:t>
      </w:r>
    </w:p>
    <w:p w14:paraId="7B669605" w14:textId="77777777" w:rsidR="002355BD" w:rsidRPr="001179E8" w:rsidRDefault="00000000">
      <w:pPr>
        <w:rPr>
          <w:lang w:val="pt-BR"/>
        </w:rPr>
      </w:pPr>
      <w:r w:rsidRPr="001179E8">
        <w:rPr>
          <w:lang w:val="pt-BR"/>
        </w:rPr>
        <w:br/>
      </w:r>
    </w:p>
    <w:p w14:paraId="29963328" w14:textId="77777777" w:rsidR="002355BD" w:rsidRPr="001179E8" w:rsidRDefault="00000000">
      <w:pPr>
        <w:rPr>
          <w:lang w:val="pt-BR"/>
        </w:rPr>
      </w:pPr>
      <w:r w:rsidRPr="001179E8">
        <w:rPr>
          <w:lang w:val="pt-BR"/>
        </w:rPr>
        <w:t>O submundo. O reino das sombras. A dimensão de onde Rox havia retornado, transformado e corrompido. Um lugar que existia apenas em lendas e pesadelos.</w:t>
      </w:r>
    </w:p>
    <w:p w14:paraId="02354A65" w14:textId="77777777" w:rsidR="002355BD" w:rsidRPr="001179E8" w:rsidRDefault="00000000">
      <w:pPr>
        <w:rPr>
          <w:lang w:val="pt-BR"/>
        </w:rPr>
      </w:pPr>
      <w:r w:rsidRPr="001179E8">
        <w:rPr>
          <w:lang w:val="pt-BR"/>
        </w:rPr>
        <w:br/>
      </w:r>
    </w:p>
    <w:p w14:paraId="5173B565" w14:textId="77777777" w:rsidR="002355BD" w:rsidRPr="001179E8" w:rsidRDefault="00000000">
      <w:pPr>
        <w:rPr>
          <w:lang w:val="pt-BR"/>
        </w:rPr>
      </w:pPr>
      <w:r w:rsidRPr="001179E8">
        <w:rPr>
          <w:lang w:val="pt-BR"/>
        </w:rPr>
        <w:t>Rick tentou se levantar, cambaleando ligeiramente. Nicole o segurou pelo braço, estabilizando-o. Ele testou seu peso na perna direita e fez uma careta.</w:t>
      </w:r>
    </w:p>
    <w:p w14:paraId="5F02C014" w14:textId="77777777" w:rsidR="002355BD" w:rsidRPr="001179E8" w:rsidRDefault="00000000">
      <w:pPr>
        <w:rPr>
          <w:lang w:val="pt-BR"/>
        </w:rPr>
      </w:pPr>
      <w:r w:rsidRPr="001179E8">
        <w:rPr>
          <w:lang w:val="pt-BR"/>
        </w:rPr>
        <w:br/>
      </w:r>
    </w:p>
    <w:p w14:paraId="078FAEB0" w14:textId="77777777" w:rsidR="002355BD" w:rsidRPr="001179E8" w:rsidRDefault="00000000">
      <w:pPr>
        <w:rPr>
          <w:lang w:val="pt-BR"/>
        </w:rPr>
      </w:pPr>
      <w:r w:rsidRPr="001179E8">
        <w:rPr>
          <w:lang w:val="pt-BR"/>
        </w:rPr>
        <w:t>"Acho que torci o tornozelo," disse ele. "Mas vou sobreviver. E você? Está ferida?"</w:t>
      </w:r>
    </w:p>
    <w:p w14:paraId="2E2D4D3C" w14:textId="77777777" w:rsidR="002355BD" w:rsidRPr="001179E8" w:rsidRDefault="00000000">
      <w:pPr>
        <w:rPr>
          <w:lang w:val="pt-BR"/>
        </w:rPr>
      </w:pPr>
      <w:r w:rsidRPr="001179E8">
        <w:rPr>
          <w:lang w:val="pt-BR"/>
        </w:rPr>
        <w:br/>
      </w:r>
    </w:p>
    <w:p w14:paraId="1AF8D296" w14:textId="77777777" w:rsidR="002355BD" w:rsidRPr="001179E8" w:rsidRDefault="00000000">
      <w:pPr>
        <w:rPr>
          <w:lang w:val="pt-BR"/>
        </w:rPr>
      </w:pPr>
      <w:r w:rsidRPr="001179E8">
        <w:rPr>
          <w:lang w:val="pt-BR"/>
        </w:rPr>
        <w:t>Nicole fez um rápido inventário mental. "Nada sério. Meu corpo metálico absorveu a maior parte do impacto. Mas me sinto... estranha. Como se meus poderes estivessem... diferentes aqui."</w:t>
      </w:r>
    </w:p>
    <w:p w14:paraId="56B38B86" w14:textId="77777777" w:rsidR="002355BD" w:rsidRPr="001179E8" w:rsidRDefault="00000000">
      <w:pPr>
        <w:rPr>
          <w:lang w:val="pt-BR"/>
        </w:rPr>
      </w:pPr>
      <w:r w:rsidRPr="001179E8">
        <w:rPr>
          <w:lang w:val="pt-BR"/>
        </w:rPr>
        <w:br/>
      </w:r>
    </w:p>
    <w:p w14:paraId="40FC7503" w14:textId="77777777" w:rsidR="002355BD" w:rsidRPr="001179E8" w:rsidRDefault="00000000">
      <w:pPr>
        <w:rPr>
          <w:lang w:val="pt-BR"/>
        </w:rPr>
      </w:pPr>
      <w:r w:rsidRPr="001179E8">
        <w:rPr>
          <w:lang w:val="pt-BR"/>
        </w:rPr>
        <w:t>Para demonstrar, ela estendeu a mão e tentou gerar uma pequena corrente elétrica entre os dedos – algo que normalmente fazia com facilidade. A eletricidade surgiu, mas em vez do azul brilhante habitual, era de um roxo profundo, quase negro, e parecia mover-se de forma errática, como se tivesse vontade própria.</w:t>
      </w:r>
    </w:p>
    <w:p w14:paraId="3021CC0F" w14:textId="77777777" w:rsidR="002355BD" w:rsidRPr="001179E8" w:rsidRDefault="00000000">
      <w:pPr>
        <w:rPr>
          <w:lang w:val="pt-BR"/>
        </w:rPr>
      </w:pPr>
      <w:r w:rsidRPr="001179E8">
        <w:rPr>
          <w:lang w:val="pt-BR"/>
        </w:rPr>
        <w:lastRenderedPageBreak/>
        <w:br/>
      </w:r>
    </w:p>
    <w:p w14:paraId="1B9E185E" w14:textId="77777777" w:rsidR="002355BD" w:rsidRPr="001179E8" w:rsidRDefault="00000000">
      <w:pPr>
        <w:rPr>
          <w:lang w:val="pt-BR"/>
        </w:rPr>
      </w:pPr>
      <w:r w:rsidRPr="001179E8">
        <w:rPr>
          <w:lang w:val="pt-BR"/>
        </w:rPr>
        <w:t>"Isso é novo," comentou Rick, observando fascinado. "Minha vez."</w:t>
      </w:r>
    </w:p>
    <w:p w14:paraId="1B199B7A" w14:textId="77777777" w:rsidR="002355BD" w:rsidRPr="001179E8" w:rsidRDefault="00000000">
      <w:pPr>
        <w:rPr>
          <w:lang w:val="pt-BR"/>
        </w:rPr>
      </w:pPr>
      <w:r w:rsidRPr="001179E8">
        <w:rPr>
          <w:lang w:val="pt-BR"/>
        </w:rPr>
        <w:br/>
      </w:r>
    </w:p>
    <w:p w14:paraId="406E5C2E" w14:textId="77777777" w:rsidR="002355BD" w:rsidRPr="001179E8" w:rsidRDefault="00000000">
      <w:pPr>
        <w:rPr>
          <w:lang w:val="pt-BR"/>
        </w:rPr>
      </w:pPr>
      <w:r w:rsidRPr="001179E8">
        <w:rPr>
          <w:lang w:val="pt-BR"/>
        </w:rPr>
        <w:t>Ele se concentrou, tentando tornar seu braço intangível. Levou mais tempo que o normal, mas eventualmente sua mão começou a ficar translúcida. No entanto, em vez da transparência habitual, parecia que sua carne estava se dissolvendo em sombras, como fumaça negra que mantinha vagamente a forma de seus dedos.</w:t>
      </w:r>
    </w:p>
    <w:p w14:paraId="64D327C7" w14:textId="77777777" w:rsidR="002355BD" w:rsidRPr="001179E8" w:rsidRDefault="00000000">
      <w:pPr>
        <w:rPr>
          <w:lang w:val="pt-BR"/>
        </w:rPr>
      </w:pPr>
      <w:r w:rsidRPr="001179E8">
        <w:rPr>
          <w:lang w:val="pt-BR"/>
        </w:rPr>
        <w:br/>
      </w:r>
    </w:p>
    <w:p w14:paraId="13A9D9AF" w14:textId="77777777" w:rsidR="002355BD" w:rsidRPr="001179E8" w:rsidRDefault="00000000">
      <w:pPr>
        <w:rPr>
          <w:lang w:val="pt-BR"/>
        </w:rPr>
      </w:pPr>
      <w:r w:rsidRPr="001179E8">
        <w:rPr>
          <w:lang w:val="pt-BR"/>
        </w:rPr>
        <w:t>"Ok, isso é perturbador," disse ele, rapidamente revertendo o efeito. "Nossos poderes funcionam, mas..."</w:t>
      </w:r>
    </w:p>
    <w:p w14:paraId="7610C0A0" w14:textId="77777777" w:rsidR="002355BD" w:rsidRPr="001179E8" w:rsidRDefault="00000000">
      <w:pPr>
        <w:rPr>
          <w:lang w:val="pt-BR"/>
        </w:rPr>
      </w:pPr>
      <w:r w:rsidRPr="001179E8">
        <w:rPr>
          <w:lang w:val="pt-BR"/>
        </w:rPr>
        <w:br/>
      </w:r>
    </w:p>
    <w:p w14:paraId="7BBAA0D9" w14:textId="77777777" w:rsidR="002355BD" w:rsidRPr="001179E8" w:rsidRDefault="00000000">
      <w:pPr>
        <w:rPr>
          <w:lang w:val="pt-BR"/>
        </w:rPr>
      </w:pPr>
      <w:r w:rsidRPr="001179E8">
        <w:rPr>
          <w:lang w:val="pt-BR"/>
        </w:rPr>
        <w:t>"Mas estão sendo afetados por este lugar," completou Nicole. "Precisamos ter cuidado até entendermos como isso funciona aqui."</w:t>
      </w:r>
    </w:p>
    <w:p w14:paraId="41B9A63C" w14:textId="77777777" w:rsidR="002355BD" w:rsidRPr="001179E8" w:rsidRDefault="00000000">
      <w:pPr>
        <w:rPr>
          <w:lang w:val="pt-BR"/>
        </w:rPr>
      </w:pPr>
      <w:r w:rsidRPr="001179E8">
        <w:rPr>
          <w:lang w:val="pt-BR"/>
        </w:rPr>
        <w:br/>
      </w:r>
    </w:p>
    <w:p w14:paraId="0A2B19F3" w14:textId="77777777" w:rsidR="002355BD" w:rsidRPr="001179E8" w:rsidRDefault="00000000">
      <w:pPr>
        <w:rPr>
          <w:lang w:val="pt-BR"/>
        </w:rPr>
      </w:pPr>
      <w:r w:rsidRPr="001179E8">
        <w:rPr>
          <w:lang w:val="pt-BR"/>
        </w:rPr>
        <w:t>Eles ficaram em silêncio por um momento, a gravidade da situação finalmente se assentando. Estavam presos em uma dimensão hostil e desconhecida, sem ideia de como voltar para casa.</w:t>
      </w:r>
    </w:p>
    <w:p w14:paraId="328F4410" w14:textId="77777777" w:rsidR="002355BD" w:rsidRPr="001179E8" w:rsidRDefault="00000000">
      <w:pPr>
        <w:rPr>
          <w:lang w:val="pt-BR"/>
        </w:rPr>
      </w:pPr>
      <w:r w:rsidRPr="001179E8">
        <w:rPr>
          <w:lang w:val="pt-BR"/>
        </w:rPr>
        <w:br/>
      </w:r>
    </w:p>
    <w:p w14:paraId="3D32E9E9" w14:textId="77777777" w:rsidR="002355BD" w:rsidRPr="001179E8" w:rsidRDefault="00000000">
      <w:pPr>
        <w:rPr>
          <w:lang w:val="pt-BR"/>
        </w:rPr>
      </w:pPr>
      <w:r w:rsidRPr="001179E8">
        <w:rPr>
          <w:lang w:val="pt-BR"/>
        </w:rPr>
        <w:t>"Bem," disse Rick finalmente, seu sarcasmo habitual retornando como um mecanismo de defesa, "pelo menos estamos juntos neste inferno."</w:t>
      </w:r>
    </w:p>
    <w:p w14:paraId="65447026" w14:textId="77777777" w:rsidR="002355BD" w:rsidRPr="001179E8" w:rsidRDefault="00000000">
      <w:pPr>
        <w:rPr>
          <w:lang w:val="pt-BR"/>
        </w:rPr>
      </w:pPr>
      <w:r w:rsidRPr="001179E8">
        <w:rPr>
          <w:lang w:val="pt-BR"/>
        </w:rPr>
        <w:br/>
      </w:r>
    </w:p>
    <w:p w14:paraId="0D8F6036" w14:textId="77777777" w:rsidR="002355BD" w:rsidRPr="001179E8" w:rsidRDefault="00000000">
      <w:pPr>
        <w:rPr>
          <w:lang w:val="pt-BR"/>
        </w:rPr>
      </w:pPr>
      <w:r w:rsidRPr="001179E8">
        <w:rPr>
          <w:lang w:val="pt-BR"/>
        </w:rPr>
        <w:t>Nicole sorriu, apesar da situação. Era tão típico dele – encontrar algo para se agarrar mesmo nas circunstâncias mais desesperadoras. Ela se inclinou e o beijou brevemente nos lábios.</w:t>
      </w:r>
    </w:p>
    <w:p w14:paraId="506ABB80" w14:textId="77777777" w:rsidR="002355BD" w:rsidRPr="001179E8" w:rsidRDefault="00000000">
      <w:pPr>
        <w:rPr>
          <w:lang w:val="pt-BR"/>
        </w:rPr>
      </w:pPr>
      <w:r w:rsidRPr="001179E8">
        <w:rPr>
          <w:lang w:val="pt-BR"/>
        </w:rPr>
        <w:br/>
      </w:r>
    </w:p>
    <w:p w14:paraId="29A80D12" w14:textId="77777777" w:rsidR="002355BD" w:rsidRPr="001179E8" w:rsidRDefault="00000000">
      <w:pPr>
        <w:rPr>
          <w:lang w:val="pt-BR"/>
        </w:rPr>
      </w:pPr>
      <w:r w:rsidRPr="001179E8">
        <w:rPr>
          <w:lang w:val="pt-BR"/>
        </w:rPr>
        <w:t>"Sim," concordou. "Pelo menos temos isso."</w:t>
      </w:r>
    </w:p>
    <w:p w14:paraId="2F0A30C6" w14:textId="77777777" w:rsidR="002355BD" w:rsidRPr="001179E8" w:rsidRDefault="00000000">
      <w:pPr>
        <w:rPr>
          <w:lang w:val="pt-BR"/>
        </w:rPr>
      </w:pPr>
      <w:r w:rsidRPr="001179E8">
        <w:rPr>
          <w:lang w:val="pt-BR"/>
        </w:rPr>
        <w:lastRenderedPageBreak/>
        <w:br/>
      </w:r>
    </w:p>
    <w:p w14:paraId="34FDEF7A" w14:textId="77777777" w:rsidR="002355BD" w:rsidRPr="001179E8" w:rsidRDefault="00000000">
      <w:pPr>
        <w:rPr>
          <w:lang w:val="pt-BR"/>
        </w:rPr>
      </w:pPr>
      <w:r w:rsidRPr="001179E8">
        <w:rPr>
          <w:lang w:val="pt-BR"/>
        </w:rPr>
        <w:t>---</w:t>
      </w:r>
    </w:p>
    <w:p w14:paraId="0CD8E31B" w14:textId="77777777" w:rsidR="002355BD" w:rsidRPr="001179E8" w:rsidRDefault="00000000">
      <w:pPr>
        <w:rPr>
          <w:lang w:val="pt-BR"/>
        </w:rPr>
      </w:pPr>
      <w:r w:rsidRPr="001179E8">
        <w:rPr>
          <w:lang w:val="pt-BR"/>
        </w:rPr>
        <w:br/>
      </w:r>
    </w:p>
    <w:p w14:paraId="778D36BB" w14:textId="77777777" w:rsidR="002355BD" w:rsidRPr="001179E8" w:rsidRDefault="00000000">
      <w:pPr>
        <w:rPr>
          <w:lang w:val="pt-BR"/>
        </w:rPr>
      </w:pPr>
      <w:r w:rsidRPr="001179E8">
        <w:rPr>
          <w:lang w:val="pt-BR"/>
        </w:rPr>
        <w:t>Eles decidiram explorar a caverna, na esperança de encontrar uma saída ou pelo menos alguma pista sobre onde estavam. Nicole ia à frente, seu corpo metálico servindo como uma lanterna viva, enquanto Rick mancava ligeiramente atrás dela, ocasionalmente apoiando-se na parede para aliviar o peso do tornozelo torcido.</w:t>
      </w:r>
    </w:p>
    <w:p w14:paraId="7F799F69" w14:textId="77777777" w:rsidR="002355BD" w:rsidRPr="001179E8" w:rsidRDefault="00000000">
      <w:pPr>
        <w:rPr>
          <w:lang w:val="pt-BR"/>
        </w:rPr>
      </w:pPr>
      <w:r w:rsidRPr="001179E8">
        <w:rPr>
          <w:lang w:val="pt-BR"/>
        </w:rPr>
        <w:br/>
      </w:r>
    </w:p>
    <w:p w14:paraId="77E58C88" w14:textId="77777777" w:rsidR="002355BD" w:rsidRPr="001179E8" w:rsidRDefault="00000000">
      <w:pPr>
        <w:rPr>
          <w:lang w:val="pt-BR"/>
        </w:rPr>
      </w:pPr>
      <w:r w:rsidRPr="001179E8">
        <w:rPr>
          <w:lang w:val="pt-BR"/>
        </w:rPr>
        <w:t>"Então," disse Rick, quebrando o silêncio tenso, "em uma escala de um a dez, quão ferrados você acha que estamos?"</w:t>
      </w:r>
    </w:p>
    <w:p w14:paraId="3C4D3451" w14:textId="77777777" w:rsidR="002355BD" w:rsidRPr="001179E8" w:rsidRDefault="00000000">
      <w:pPr>
        <w:rPr>
          <w:lang w:val="pt-BR"/>
        </w:rPr>
      </w:pPr>
      <w:r w:rsidRPr="001179E8">
        <w:rPr>
          <w:lang w:val="pt-BR"/>
        </w:rPr>
        <w:br/>
      </w:r>
    </w:p>
    <w:p w14:paraId="78DCEB74" w14:textId="77777777" w:rsidR="002355BD" w:rsidRPr="001179E8" w:rsidRDefault="00000000">
      <w:pPr>
        <w:rPr>
          <w:lang w:val="pt-BR"/>
        </w:rPr>
      </w:pPr>
      <w:r w:rsidRPr="001179E8">
        <w:rPr>
          <w:lang w:val="pt-BR"/>
        </w:rPr>
        <w:t>Nicole considerou a pergunta por um momento. "Onze," respondeu honestamente. "Mas já estivemos em situações piores."</w:t>
      </w:r>
    </w:p>
    <w:p w14:paraId="4E41ADC9" w14:textId="77777777" w:rsidR="002355BD" w:rsidRPr="001179E8" w:rsidRDefault="00000000">
      <w:pPr>
        <w:rPr>
          <w:lang w:val="pt-BR"/>
        </w:rPr>
      </w:pPr>
      <w:r w:rsidRPr="001179E8">
        <w:rPr>
          <w:lang w:val="pt-BR"/>
        </w:rPr>
        <w:br/>
      </w:r>
    </w:p>
    <w:p w14:paraId="48B4E08B" w14:textId="77777777" w:rsidR="002355BD" w:rsidRPr="001179E8" w:rsidRDefault="00000000">
      <w:pPr>
        <w:rPr>
          <w:lang w:val="pt-BR"/>
        </w:rPr>
      </w:pPr>
      <w:r w:rsidRPr="001179E8">
        <w:rPr>
          <w:lang w:val="pt-BR"/>
        </w:rPr>
        <w:t>"Tipo quando?"</w:t>
      </w:r>
    </w:p>
    <w:p w14:paraId="5E171D3F" w14:textId="77777777" w:rsidR="002355BD" w:rsidRPr="001179E8" w:rsidRDefault="00000000">
      <w:pPr>
        <w:rPr>
          <w:lang w:val="pt-BR"/>
        </w:rPr>
      </w:pPr>
      <w:r w:rsidRPr="001179E8">
        <w:rPr>
          <w:lang w:val="pt-BR"/>
        </w:rPr>
        <w:br/>
      </w:r>
    </w:p>
    <w:p w14:paraId="37C9D12E" w14:textId="77777777" w:rsidR="002355BD" w:rsidRPr="001179E8" w:rsidRDefault="00000000">
      <w:pPr>
        <w:rPr>
          <w:lang w:val="pt-BR"/>
        </w:rPr>
      </w:pPr>
      <w:r w:rsidRPr="001179E8">
        <w:rPr>
          <w:lang w:val="pt-BR"/>
        </w:rPr>
        <w:t>"Tipo quando você decidiu que seria uma boa ideia provocar aquele vilão com poderes de manipulação gravitacional."</w:t>
      </w:r>
    </w:p>
    <w:p w14:paraId="546A9CA3" w14:textId="77777777" w:rsidR="002355BD" w:rsidRPr="001179E8" w:rsidRDefault="00000000">
      <w:pPr>
        <w:rPr>
          <w:lang w:val="pt-BR"/>
        </w:rPr>
      </w:pPr>
      <w:r w:rsidRPr="001179E8">
        <w:rPr>
          <w:lang w:val="pt-BR"/>
        </w:rPr>
        <w:br/>
      </w:r>
    </w:p>
    <w:p w14:paraId="19080BA2" w14:textId="77777777" w:rsidR="002355BD" w:rsidRPr="001179E8" w:rsidRDefault="00000000">
      <w:pPr>
        <w:rPr>
          <w:lang w:val="pt-BR"/>
        </w:rPr>
      </w:pPr>
      <w:r w:rsidRPr="001179E8">
        <w:rPr>
          <w:lang w:val="pt-BR"/>
        </w:rPr>
        <w:t>Rick riu, o som ecoando estranhamente nas paredes da caverna. "Ei, funcionou, não funcionou? Ele ficou tão irritado que perdeu a concentração."</w:t>
      </w:r>
    </w:p>
    <w:p w14:paraId="64B30756" w14:textId="77777777" w:rsidR="002355BD" w:rsidRPr="001179E8" w:rsidRDefault="00000000">
      <w:pPr>
        <w:rPr>
          <w:lang w:val="pt-BR"/>
        </w:rPr>
      </w:pPr>
      <w:r w:rsidRPr="001179E8">
        <w:rPr>
          <w:lang w:val="pt-BR"/>
        </w:rPr>
        <w:br/>
      </w:r>
    </w:p>
    <w:p w14:paraId="432D6501" w14:textId="77777777" w:rsidR="002355BD" w:rsidRPr="001179E8" w:rsidRDefault="00000000">
      <w:pPr>
        <w:rPr>
          <w:lang w:val="pt-BR"/>
        </w:rPr>
      </w:pPr>
      <w:r w:rsidRPr="001179E8">
        <w:rPr>
          <w:lang w:val="pt-BR"/>
        </w:rPr>
        <w:t>"E quase nos esmagou como insetos no processo," lembrou Nicole, mas havia um sorriso em sua voz.</w:t>
      </w:r>
    </w:p>
    <w:p w14:paraId="3F88AD62" w14:textId="77777777" w:rsidR="002355BD" w:rsidRPr="001179E8" w:rsidRDefault="00000000">
      <w:pPr>
        <w:rPr>
          <w:lang w:val="pt-BR"/>
        </w:rPr>
      </w:pPr>
      <w:r w:rsidRPr="001179E8">
        <w:rPr>
          <w:lang w:val="pt-BR"/>
        </w:rPr>
        <w:lastRenderedPageBreak/>
        <w:br/>
      </w:r>
    </w:p>
    <w:p w14:paraId="79705028" w14:textId="77777777" w:rsidR="002355BD" w:rsidRPr="001179E8" w:rsidRDefault="00000000">
      <w:pPr>
        <w:rPr>
          <w:lang w:val="pt-BR"/>
        </w:rPr>
      </w:pPr>
      <w:r w:rsidRPr="001179E8">
        <w:rPr>
          <w:lang w:val="pt-BR"/>
        </w:rPr>
        <w:t>Era assim entre eles – provocações e piadas mesmo nos momentos mais sombrios. Era como mantinham a sanidade, como se conectavam. Tão diferentes em tantos aspectos – ela metódica e focada, ele impulsivo e caótico – e ainda assim, perfeitamente complementares.</w:t>
      </w:r>
    </w:p>
    <w:p w14:paraId="64BFFA47" w14:textId="77777777" w:rsidR="002355BD" w:rsidRPr="001179E8" w:rsidRDefault="00000000">
      <w:pPr>
        <w:rPr>
          <w:lang w:val="pt-BR"/>
        </w:rPr>
      </w:pPr>
      <w:r w:rsidRPr="001179E8">
        <w:rPr>
          <w:lang w:val="pt-BR"/>
        </w:rPr>
        <w:br/>
      </w:r>
    </w:p>
    <w:p w14:paraId="33F1576D" w14:textId="77777777" w:rsidR="002355BD" w:rsidRPr="001179E8" w:rsidRDefault="00000000">
      <w:pPr>
        <w:rPr>
          <w:lang w:val="pt-BR"/>
        </w:rPr>
      </w:pPr>
      <w:r w:rsidRPr="001179E8">
        <w:rPr>
          <w:lang w:val="pt-BR"/>
        </w:rPr>
        <w:t>A caverna começou a se alargar, abrindo-se em um túnel mais amplo. O teto era alto o suficiente para que não precisassem se curvar, e o chão, embora ainda irregular, tornava-se gradualmente mais plano. Os cristais nas paredes ficavam mais numerosos, alguns deles emitindo um brilho fraco e doentio em tons de verde e roxo.</w:t>
      </w:r>
    </w:p>
    <w:p w14:paraId="4CB3BE13" w14:textId="77777777" w:rsidR="002355BD" w:rsidRPr="001179E8" w:rsidRDefault="00000000">
      <w:pPr>
        <w:rPr>
          <w:lang w:val="pt-BR"/>
        </w:rPr>
      </w:pPr>
      <w:r w:rsidRPr="001179E8">
        <w:rPr>
          <w:lang w:val="pt-BR"/>
        </w:rPr>
        <w:br/>
      </w:r>
    </w:p>
    <w:p w14:paraId="268FB1B3" w14:textId="77777777" w:rsidR="002355BD" w:rsidRPr="001179E8" w:rsidRDefault="00000000">
      <w:pPr>
        <w:rPr>
          <w:lang w:val="pt-BR"/>
        </w:rPr>
      </w:pPr>
      <w:r w:rsidRPr="001179E8">
        <w:rPr>
          <w:lang w:val="pt-BR"/>
        </w:rPr>
        <w:t>"Você está ouvindo isso?" perguntou Rick subitamente, parando.</w:t>
      </w:r>
    </w:p>
    <w:p w14:paraId="71A0EED9" w14:textId="77777777" w:rsidR="002355BD" w:rsidRPr="001179E8" w:rsidRDefault="00000000">
      <w:pPr>
        <w:rPr>
          <w:lang w:val="pt-BR"/>
        </w:rPr>
      </w:pPr>
      <w:r w:rsidRPr="001179E8">
        <w:rPr>
          <w:lang w:val="pt-BR"/>
        </w:rPr>
        <w:br/>
      </w:r>
    </w:p>
    <w:p w14:paraId="45F7FE55" w14:textId="77777777" w:rsidR="002355BD" w:rsidRPr="001179E8" w:rsidRDefault="00000000">
      <w:pPr>
        <w:rPr>
          <w:lang w:val="pt-BR"/>
        </w:rPr>
      </w:pPr>
      <w:r w:rsidRPr="001179E8">
        <w:rPr>
          <w:lang w:val="pt-BR"/>
        </w:rPr>
        <w:t>Nicole também parou, concentrando-se. A princípio, não ouviu nada além do som de suas próprias respirações. Então, percebeu – um som distante, como água corrente, mas com uma qualidade estranha, quase metálica.</w:t>
      </w:r>
    </w:p>
    <w:p w14:paraId="55E4D453" w14:textId="77777777" w:rsidR="002355BD" w:rsidRPr="001179E8" w:rsidRDefault="00000000">
      <w:pPr>
        <w:rPr>
          <w:lang w:val="pt-BR"/>
        </w:rPr>
      </w:pPr>
      <w:r w:rsidRPr="001179E8">
        <w:rPr>
          <w:lang w:val="pt-BR"/>
        </w:rPr>
        <w:br/>
      </w:r>
    </w:p>
    <w:p w14:paraId="46B25F00" w14:textId="77777777" w:rsidR="002355BD" w:rsidRPr="001179E8" w:rsidRDefault="00000000">
      <w:pPr>
        <w:rPr>
          <w:lang w:val="pt-BR"/>
        </w:rPr>
      </w:pPr>
      <w:r w:rsidRPr="001179E8">
        <w:rPr>
          <w:lang w:val="pt-BR"/>
        </w:rPr>
        <w:t>"Parece um rio," disse ela. "Ou algo parecido."</w:t>
      </w:r>
    </w:p>
    <w:p w14:paraId="43F35D97" w14:textId="77777777" w:rsidR="002355BD" w:rsidRPr="001179E8" w:rsidRDefault="00000000">
      <w:pPr>
        <w:rPr>
          <w:lang w:val="pt-BR"/>
        </w:rPr>
      </w:pPr>
      <w:r w:rsidRPr="001179E8">
        <w:rPr>
          <w:lang w:val="pt-BR"/>
        </w:rPr>
        <w:br/>
      </w:r>
    </w:p>
    <w:p w14:paraId="6A5A347B" w14:textId="77777777" w:rsidR="002355BD" w:rsidRPr="001179E8" w:rsidRDefault="00000000">
      <w:pPr>
        <w:rPr>
          <w:lang w:val="pt-BR"/>
        </w:rPr>
      </w:pPr>
      <w:r w:rsidRPr="001179E8">
        <w:rPr>
          <w:lang w:val="pt-BR"/>
        </w:rPr>
        <w:t>"Água seria bom," comentou Rick. "Não sei quanto a você, mas estou com a garganta seca como o deserto."</w:t>
      </w:r>
    </w:p>
    <w:p w14:paraId="219C4F97" w14:textId="77777777" w:rsidR="002355BD" w:rsidRPr="001179E8" w:rsidRDefault="00000000">
      <w:pPr>
        <w:rPr>
          <w:lang w:val="pt-BR"/>
        </w:rPr>
      </w:pPr>
      <w:r w:rsidRPr="001179E8">
        <w:rPr>
          <w:lang w:val="pt-BR"/>
        </w:rPr>
        <w:br/>
      </w:r>
    </w:p>
    <w:p w14:paraId="04A625D5" w14:textId="77777777" w:rsidR="002355BD" w:rsidRPr="001179E8" w:rsidRDefault="00000000">
      <w:pPr>
        <w:rPr>
          <w:lang w:val="pt-BR"/>
        </w:rPr>
      </w:pPr>
      <w:r w:rsidRPr="001179E8">
        <w:rPr>
          <w:lang w:val="pt-BR"/>
        </w:rPr>
        <w:t>Eles seguiram o som, que ficava mais alto à medida que avançavam. O túnel fez uma curva acentuada e então se abriu em uma caverna muito maior. Nicole aumentou o brilho de seu corpo, mas mesmo assim não conseguia ver o teto ou o outro lado do espaço.</w:t>
      </w:r>
    </w:p>
    <w:p w14:paraId="750604EA" w14:textId="77777777" w:rsidR="002355BD" w:rsidRPr="001179E8" w:rsidRDefault="00000000">
      <w:pPr>
        <w:rPr>
          <w:lang w:val="pt-BR"/>
        </w:rPr>
      </w:pPr>
      <w:r w:rsidRPr="001179E8">
        <w:rPr>
          <w:lang w:val="pt-BR"/>
        </w:rPr>
        <w:br/>
      </w:r>
    </w:p>
    <w:p w14:paraId="02F7691E" w14:textId="77777777" w:rsidR="002355BD" w:rsidRPr="001179E8" w:rsidRDefault="00000000">
      <w:pPr>
        <w:rPr>
          <w:lang w:val="pt-BR"/>
        </w:rPr>
      </w:pPr>
      <w:r w:rsidRPr="001179E8">
        <w:rPr>
          <w:lang w:val="pt-BR"/>
        </w:rPr>
        <w:lastRenderedPageBreak/>
        <w:t>No centro da caverna, fluía o que parecia ser um rio – mas não era água. Era um líquido espesso e negro, que se movia lentamente e emitia um brilho púrpura fraco. Pequenas bolhas ocasionalmente estouravam em sua superfície, liberando um vapor que se dissipava rapidamente no ar.</w:t>
      </w:r>
    </w:p>
    <w:p w14:paraId="68884AC9" w14:textId="77777777" w:rsidR="002355BD" w:rsidRPr="001179E8" w:rsidRDefault="00000000">
      <w:pPr>
        <w:rPr>
          <w:lang w:val="pt-BR"/>
        </w:rPr>
      </w:pPr>
      <w:r w:rsidRPr="001179E8">
        <w:rPr>
          <w:lang w:val="pt-BR"/>
        </w:rPr>
        <w:br/>
      </w:r>
    </w:p>
    <w:p w14:paraId="4FA9E546" w14:textId="77777777" w:rsidR="002355BD" w:rsidRPr="001179E8" w:rsidRDefault="00000000">
      <w:pPr>
        <w:rPr>
          <w:lang w:val="pt-BR"/>
        </w:rPr>
      </w:pPr>
      <w:r w:rsidRPr="001179E8">
        <w:rPr>
          <w:lang w:val="pt-BR"/>
        </w:rPr>
        <w:t>"Acho que não vamos querer beber isso," murmurou Rick.</w:t>
      </w:r>
    </w:p>
    <w:p w14:paraId="43CDA09F" w14:textId="77777777" w:rsidR="002355BD" w:rsidRPr="001179E8" w:rsidRDefault="00000000">
      <w:pPr>
        <w:rPr>
          <w:lang w:val="pt-BR"/>
        </w:rPr>
      </w:pPr>
      <w:r w:rsidRPr="001179E8">
        <w:rPr>
          <w:lang w:val="pt-BR"/>
        </w:rPr>
        <w:br/>
      </w:r>
    </w:p>
    <w:p w14:paraId="4297C6B5" w14:textId="77777777" w:rsidR="002355BD" w:rsidRPr="001179E8" w:rsidRDefault="00000000">
      <w:pPr>
        <w:rPr>
          <w:lang w:val="pt-BR"/>
        </w:rPr>
      </w:pPr>
      <w:r w:rsidRPr="001179E8">
        <w:rPr>
          <w:lang w:val="pt-BR"/>
        </w:rPr>
        <w:t>"Definitivamente não," concordou Nicole. Ela se aproximou cautelosamente da margem, ajoelhando-se para examinar o líquido estranho sem tocá-lo. "Parece... energia pura. Ou algum tipo de essência."</w:t>
      </w:r>
    </w:p>
    <w:p w14:paraId="53AEEA84" w14:textId="77777777" w:rsidR="002355BD" w:rsidRPr="001179E8" w:rsidRDefault="00000000">
      <w:pPr>
        <w:rPr>
          <w:lang w:val="pt-BR"/>
        </w:rPr>
      </w:pPr>
      <w:r w:rsidRPr="001179E8">
        <w:rPr>
          <w:lang w:val="pt-BR"/>
        </w:rPr>
        <w:br/>
      </w:r>
    </w:p>
    <w:p w14:paraId="78679ED8" w14:textId="77777777" w:rsidR="002355BD" w:rsidRPr="001179E8" w:rsidRDefault="00000000">
      <w:pPr>
        <w:rPr>
          <w:lang w:val="pt-BR"/>
        </w:rPr>
      </w:pPr>
      <w:r w:rsidRPr="001179E8">
        <w:rPr>
          <w:lang w:val="pt-BR"/>
        </w:rPr>
        <w:t>"Como um rio de almas condenadas?" sugeriu Rick, meio brincando, meio sério.</w:t>
      </w:r>
    </w:p>
    <w:p w14:paraId="3A45BCF4" w14:textId="77777777" w:rsidR="002355BD" w:rsidRPr="001179E8" w:rsidRDefault="00000000">
      <w:pPr>
        <w:rPr>
          <w:lang w:val="pt-BR"/>
        </w:rPr>
      </w:pPr>
      <w:r w:rsidRPr="001179E8">
        <w:rPr>
          <w:lang w:val="pt-BR"/>
        </w:rPr>
        <w:br/>
      </w:r>
    </w:p>
    <w:p w14:paraId="206EB97B" w14:textId="77777777" w:rsidR="002355BD" w:rsidRPr="001179E8" w:rsidRDefault="00000000">
      <w:pPr>
        <w:rPr>
          <w:lang w:val="pt-BR"/>
        </w:rPr>
      </w:pPr>
      <w:r w:rsidRPr="001179E8">
        <w:rPr>
          <w:lang w:val="pt-BR"/>
        </w:rPr>
        <w:t>Nicole lhe lançou um olhar. "Obrigada pela imagem mental."</w:t>
      </w:r>
    </w:p>
    <w:p w14:paraId="52CE592E" w14:textId="77777777" w:rsidR="002355BD" w:rsidRPr="001179E8" w:rsidRDefault="00000000">
      <w:pPr>
        <w:rPr>
          <w:lang w:val="pt-BR"/>
        </w:rPr>
      </w:pPr>
      <w:r w:rsidRPr="001179E8">
        <w:rPr>
          <w:lang w:val="pt-BR"/>
        </w:rPr>
        <w:br/>
      </w:r>
    </w:p>
    <w:p w14:paraId="51402E13" w14:textId="77777777" w:rsidR="002355BD" w:rsidRPr="001179E8" w:rsidRDefault="00000000">
      <w:pPr>
        <w:rPr>
          <w:lang w:val="pt-BR"/>
        </w:rPr>
      </w:pPr>
      <w:r w:rsidRPr="001179E8">
        <w:rPr>
          <w:lang w:val="pt-BR"/>
        </w:rPr>
        <w:t>Ela estava prestes a se levantar quando notou algo na margem oposta do rio – uma luz diferente, mais estável e branca, como a de uma fogueira. E movendo-se ao redor dessa luz, sombras. Figuras humanoides.</w:t>
      </w:r>
    </w:p>
    <w:p w14:paraId="26346C1D" w14:textId="77777777" w:rsidR="002355BD" w:rsidRPr="001179E8" w:rsidRDefault="00000000">
      <w:pPr>
        <w:rPr>
          <w:lang w:val="pt-BR"/>
        </w:rPr>
      </w:pPr>
      <w:r w:rsidRPr="001179E8">
        <w:rPr>
          <w:lang w:val="pt-BR"/>
        </w:rPr>
        <w:br/>
      </w:r>
    </w:p>
    <w:p w14:paraId="44246CE0" w14:textId="77777777" w:rsidR="002355BD" w:rsidRPr="001179E8" w:rsidRDefault="00000000">
      <w:pPr>
        <w:rPr>
          <w:lang w:val="pt-BR"/>
        </w:rPr>
      </w:pPr>
      <w:r w:rsidRPr="001179E8">
        <w:rPr>
          <w:lang w:val="pt-BR"/>
        </w:rPr>
        <w:t>"Rick," sussurrou ela, apontando. "Não estamos sozinhos."</w:t>
      </w:r>
    </w:p>
    <w:p w14:paraId="4471AD22" w14:textId="77777777" w:rsidR="002355BD" w:rsidRPr="001179E8" w:rsidRDefault="00000000">
      <w:pPr>
        <w:rPr>
          <w:lang w:val="pt-BR"/>
        </w:rPr>
      </w:pPr>
      <w:r w:rsidRPr="001179E8">
        <w:rPr>
          <w:lang w:val="pt-BR"/>
        </w:rPr>
        <w:br/>
      </w:r>
    </w:p>
    <w:p w14:paraId="580BD06F" w14:textId="77777777" w:rsidR="002355BD" w:rsidRPr="001179E8" w:rsidRDefault="00000000">
      <w:pPr>
        <w:rPr>
          <w:lang w:val="pt-BR"/>
        </w:rPr>
      </w:pPr>
      <w:r w:rsidRPr="001179E8">
        <w:rPr>
          <w:lang w:val="pt-BR"/>
        </w:rPr>
        <w:t>Rick seguiu seu olhar, estreitando os olhos para enxergar melhor. "Você acha que são hostis?"</w:t>
      </w:r>
    </w:p>
    <w:p w14:paraId="58481F6B" w14:textId="77777777" w:rsidR="002355BD" w:rsidRPr="001179E8" w:rsidRDefault="00000000">
      <w:pPr>
        <w:rPr>
          <w:lang w:val="pt-BR"/>
        </w:rPr>
      </w:pPr>
      <w:r w:rsidRPr="001179E8">
        <w:rPr>
          <w:lang w:val="pt-BR"/>
        </w:rPr>
        <w:br/>
      </w:r>
    </w:p>
    <w:p w14:paraId="61EA37B1" w14:textId="77777777" w:rsidR="002355BD" w:rsidRPr="001179E8" w:rsidRDefault="00000000">
      <w:pPr>
        <w:rPr>
          <w:lang w:val="pt-BR"/>
        </w:rPr>
      </w:pPr>
      <w:r w:rsidRPr="001179E8">
        <w:rPr>
          <w:lang w:val="pt-BR"/>
        </w:rPr>
        <w:t>"Considerando onde estamos? Provavelmente."</w:t>
      </w:r>
    </w:p>
    <w:p w14:paraId="716769C0" w14:textId="77777777" w:rsidR="002355BD" w:rsidRPr="001179E8" w:rsidRDefault="00000000">
      <w:pPr>
        <w:rPr>
          <w:lang w:val="pt-BR"/>
        </w:rPr>
      </w:pPr>
      <w:r w:rsidRPr="001179E8">
        <w:rPr>
          <w:lang w:val="pt-BR"/>
        </w:rPr>
        <w:lastRenderedPageBreak/>
        <w:br/>
      </w:r>
    </w:p>
    <w:p w14:paraId="2750CC89" w14:textId="77777777" w:rsidR="002355BD" w:rsidRPr="001179E8" w:rsidRDefault="00000000">
      <w:pPr>
        <w:rPr>
          <w:lang w:val="pt-BR"/>
        </w:rPr>
      </w:pPr>
      <w:r w:rsidRPr="001179E8">
        <w:rPr>
          <w:lang w:val="pt-BR"/>
        </w:rPr>
        <w:t>"Então o que fazemos? Tentamos nos comunicar ou damos o fora daqui?"</w:t>
      </w:r>
    </w:p>
    <w:p w14:paraId="61C358E4" w14:textId="77777777" w:rsidR="002355BD" w:rsidRPr="001179E8" w:rsidRDefault="00000000">
      <w:pPr>
        <w:rPr>
          <w:lang w:val="pt-BR"/>
        </w:rPr>
      </w:pPr>
      <w:r w:rsidRPr="001179E8">
        <w:rPr>
          <w:lang w:val="pt-BR"/>
        </w:rPr>
        <w:br/>
      </w:r>
    </w:p>
    <w:p w14:paraId="1E361AB7" w14:textId="77777777" w:rsidR="002355BD" w:rsidRPr="001179E8" w:rsidRDefault="00000000">
      <w:pPr>
        <w:rPr>
          <w:lang w:val="pt-BR"/>
        </w:rPr>
      </w:pPr>
      <w:r w:rsidRPr="001179E8">
        <w:rPr>
          <w:lang w:val="pt-BR"/>
        </w:rPr>
        <w:t>Nicole ponderou suas opções. Precisavam de informações, de ajuda, mas também não podiam se arriscar cegamente. "Vamos observar primeiro," decidiu. "Ver o que são essas criaturas antes de nos revelarmos."</w:t>
      </w:r>
    </w:p>
    <w:p w14:paraId="1CABA9F0" w14:textId="77777777" w:rsidR="002355BD" w:rsidRPr="001179E8" w:rsidRDefault="00000000">
      <w:pPr>
        <w:rPr>
          <w:lang w:val="pt-BR"/>
        </w:rPr>
      </w:pPr>
      <w:r w:rsidRPr="001179E8">
        <w:rPr>
          <w:lang w:val="pt-BR"/>
        </w:rPr>
        <w:br/>
      </w:r>
    </w:p>
    <w:p w14:paraId="00A30C4C" w14:textId="77777777" w:rsidR="002355BD" w:rsidRPr="001179E8" w:rsidRDefault="00000000">
      <w:pPr>
        <w:rPr>
          <w:lang w:val="pt-BR"/>
        </w:rPr>
      </w:pPr>
      <w:r w:rsidRPr="001179E8">
        <w:rPr>
          <w:lang w:val="pt-BR"/>
        </w:rPr>
        <w:t>Rick assentiu, e ambos se agacharam atrás de uma formação rochosa próxima à margem, diminuindo o brilho do corpo de Nicole para não serem detectados.</w:t>
      </w:r>
    </w:p>
    <w:p w14:paraId="0A1B6441" w14:textId="77777777" w:rsidR="002355BD" w:rsidRPr="001179E8" w:rsidRDefault="00000000">
      <w:pPr>
        <w:rPr>
          <w:lang w:val="pt-BR"/>
        </w:rPr>
      </w:pPr>
      <w:r w:rsidRPr="001179E8">
        <w:rPr>
          <w:lang w:val="pt-BR"/>
        </w:rPr>
        <w:br/>
      </w:r>
    </w:p>
    <w:p w14:paraId="57E1BE45" w14:textId="77777777" w:rsidR="002355BD" w:rsidRPr="001179E8" w:rsidRDefault="00000000">
      <w:pPr>
        <w:rPr>
          <w:lang w:val="pt-BR"/>
        </w:rPr>
      </w:pPr>
      <w:r w:rsidRPr="001179E8">
        <w:rPr>
          <w:lang w:val="pt-BR"/>
        </w:rPr>
        <w:t>As figuras do outro lado do rio eram difíceis de distinguir claramente. Pareciam humanoides, mas suas formas eram instáveis, como se estivessem constantemente se desfazendo e recompondo. Moviam-se de forma errática ao redor do que agora Nicole podia ver ser não uma fogueira, mas algum tipo de cristal grande que emitia luz.</w:t>
      </w:r>
    </w:p>
    <w:p w14:paraId="0A4D4C4D" w14:textId="77777777" w:rsidR="002355BD" w:rsidRPr="001179E8" w:rsidRDefault="00000000">
      <w:pPr>
        <w:rPr>
          <w:lang w:val="pt-BR"/>
        </w:rPr>
      </w:pPr>
      <w:r w:rsidRPr="001179E8">
        <w:rPr>
          <w:lang w:val="pt-BR"/>
        </w:rPr>
        <w:br/>
      </w:r>
    </w:p>
    <w:p w14:paraId="5274DF11" w14:textId="77777777" w:rsidR="002355BD" w:rsidRPr="001179E8" w:rsidRDefault="00000000">
      <w:pPr>
        <w:rPr>
          <w:lang w:val="pt-BR"/>
        </w:rPr>
      </w:pPr>
      <w:r w:rsidRPr="001179E8">
        <w:rPr>
          <w:lang w:val="pt-BR"/>
        </w:rPr>
        <w:t>"Espectros," murmurou Rick. "Como os que Rox controlava."</w:t>
      </w:r>
    </w:p>
    <w:p w14:paraId="689E78BF" w14:textId="77777777" w:rsidR="002355BD" w:rsidRPr="001179E8" w:rsidRDefault="00000000">
      <w:pPr>
        <w:rPr>
          <w:lang w:val="pt-BR"/>
        </w:rPr>
      </w:pPr>
      <w:r w:rsidRPr="001179E8">
        <w:rPr>
          <w:lang w:val="pt-BR"/>
        </w:rPr>
        <w:br/>
      </w:r>
    </w:p>
    <w:p w14:paraId="228B34F8" w14:textId="77777777" w:rsidR="002355BD" w:rsidRPr="001179E8" w:rsidRDefault="00000000">
      <w:pPr>
        <w:rPr>
          <w:lang w:val="pt-BR"/>
        </w:rPr>
      </w:pPr>
      <w:r w:rsidRPr="001179E8">
        <w:rPr>
          <w:lang w:val="pt-BR"/>
        </w:rPr>
        <w:t>Nicole assentiu lentamente. Eles haviam enfrentado criaturas semelhantes durante o confronto com Rox – seres sombrios que pareciam feitos de escuridão solidificada, com olhos que brilhavam como brasas moribundas.</w:t>
      </w:r>
    </w:p>
    <w:p w14:paraId="517BD20E" w14:textId="77777777" w:rsidR="002355BD" w:rsidRPr="001179E8" w:rsidRDefault="00000000">
      <w:pPr>
        <w:rPr>
          <w:lang w:val="pt-BR"/>
        </w:rPr>
      </w:pPr>
      <w:r w:rsidRPr="001179E8">
        <w:rPr>
          <w:lang w:val="pt-BR"/>
        </w:rPr>
        <w:br/>
      </w:r>
    </w:p>
    <w:p w14:paraId="16363343" w14:textId="77777777" w:rsidR="002355BD" w:rsidRPr="001179E8" w:rsidRDefault="00000000">
      <w:pPr>
        <w:rPr>
          <w:lang w:val="pt-BR"/>
        </w:rPr>
      </w:pPr>
      <w:r w:rsidRPr="001179E8">
        <w:rPr>
          <w:lang w:val="pt-BR"/>
        </w:rPr>
        <w:t>Um dos espectros subitamente parou seu movimento errático e virou a cabeça na direção deles. Nicole sentiu um arrepio percorrer sua espinha. Mesmo à distância, podia sentir o olhar da criatura – frio, antigo, faminto.</w:t>
      </w:r>
    </w:p>
    <w:p w14:paraId="38595274" w14:textId="77777777" w:rsidR="002355BD" w:rsidRPr="001179E8" w:rsidRDefault="00000000">
      <w:pPr>
        <w:rPr>
          <w:lang w:val="pt-BR"/>
        </w:rPr>
      </w:pPr>
      <w:r w:rsidRPr="001179E8">
        <w:rPr>
          <w:lang w:val="pt-BR"/>
        </w:rPr>
        <w:br/>
      </w:r>
    </w:p>
    <w:p w14:paraId="55BD000F" w14:textId="77777777" w:rsidR="002355BD" w:rsidRPr="001179E8" w:rsidRDefault="00000000">
      <w:pPr>
        <w:rPr>
          <w:lang w:val="pt-BR"/>
        </w:rPr>
      </w:pPr>
      <w:r w:rsidRPr="001179E8">
        <w:rPr>
          <w:lang w:val="pt-BR"/>
        </w:rPr>
        <w:lastRenderedPageBreak/>
        <w:t>"Acho que fomos notados," sussurrou Rick.</w:t>
      </w:r>
    </w:p>
    <w:p w14:paraId="4EB82A12" w14:textId="77777777" w:rsidR="002355BD" w:rsidRPr="001179E8" w:rsidRDefault="00000000">
      <w:pPr>
        <w:rPr>
          <w:lang w:val="pt-BR"/>
        </w:rPr>
      </w:pPr>
      <w:r w:rsidRPr="001179E8">
        <w:rPr>
          <w:lang w:val="pt-BR"/>
        </w:rPr>
        <w:br/>
      </w:r>
    </w:p>
    <w:p w14:paraId="0A32E097" w14:textId="77777777" w:rsidR="002355BD" w:rsidRPr="001179E8" w:rsidRDefault="00000000">
      <w:pPr>
        <w:rPr>
          <w:lang w:val="pt-BR"/>
        </w:rPr>
      </w:pPr>
      <w:r w:rsidRPr="001179E8">
        <w:rPr>
          <w:lang w:val="pt-BR"/>
        </w:rPr>
        <w:t>O espectro emitiu um som – um grito agudo que parecia rasgar o próprio ar. Os outros espectros imediatamente pararam o que estavam fazendo e se viraram na direção deles.</w:t>
      </w:r>
    </w:p>
    <w:p w14:paraId="5CDEB17C" w14:textId="77777777" w:rsidR="002355BD" w:rsidRPr="001179E8" w:rsidRDefault="00000000">
      <w:pPr>
        <w:rPr>
          <w:lang w:val="pt-BR"/>
        </w:rPr>
      </w:pPr>
      <w:r w:rsidRPr="001179E8">
        <w:rPr>
          <w:lang w:val="pt-BR"/>
        </w:rPr>
        <w:br/>
      </w:r>
    </w:p>
    <w:p w14:paraId="664BB777" w14:textId="77777777" w:rsidR="002355BD" w:rsidRPr="001179E8" w:rsidRDefault="00000000">
      <w:pPr>
        <w:rPr>
          <w:lang w:val="pt-BR"/>
        </w:rPr>
      </w:pPr>
      <w:r w:rsidRPr="001179E8">
        <w:rPr>
          <w:lang w:val="pt-BR"/>
        </w:rPr>
        <w:t>"Hora de ir," disse Nicole, puxando Rick pelo braço.</w:t>
      </w:r>
    </w:p>
    <w:p w14:paraId="01CA2CC5" w14:textId="77777777" w:rsidR="002355BD" w:rsidRPr="001179E8" w:rsidRDefault="00000000">
      <w:pPr>
        <w:rPr>
          <w:lang w:val="pt-BR"/>
        </w:rPr>
      </w:pPr>
      <w:r w:rsidRPr="001179E8">
        <w:rPr>
          <w:lang w:val="pt-BR"/>
        </w:rPr>
        <w:br/>
      </w:r>
    </w:p>
    <w:p w14:paraId="4424418E" w14:textId="77777777" w:rsidR="002355BD" w:rsidRPr="001179E8" w:rsidRDefault="00000000">
      <w:pPr>
        <w:rPr>
          <w:lang w:val="pt-BR"/>
        </w:rPr>
      </w:pPr>
      <w:r w:rsidRPr="001179E8">
        <w:rPr>
          <w:lang w:val="pt-BR"/>
        </w:rPr>
        <w:t>Eles mal haviam se levantado quando o primeiro espectro atravessou o rio – não nadando ou voando, mas simplesmente deslizando sobre a superfície do líquido negro como se fosse terra firme. Os outros o seguiram, movendo-se com uma velocidade alarmante.</w:t>
      </w:r>
    </w:p>
    <w:p w14:paraId="3DF3C313" w14:textId="77777777" w:rsidR="002355BD" w:rsidRPr="001179E8" w:rsidRDefault="00000000">
      <w:pPr>
        <w:rPr>
          <w:lang w:val="pt-BR"/>
        </w:rPr>
      </w:pPr>
      <w:r w:rsidRPr="001179E8">
        <w:rPr>
          <w:lang w:val="pt-BR"/>
        </w:rPr>
        <w:br/>
      </w:r>
    </w:p>
    <w:p w14:paraId="4B8F7C41" w14:textId="77777777" w:rsidR="002355BD" w:rsidRPr="001179E8" w:rsidRDefault="00000000">
      <w:pPr>
        <w:rPr>
          <w:lang w:val="pt-BR"/>
        </w:rPr>
      </w:pPr>
      <w:r w:rsidRPr="001179E8">
        <w:rPr>
          <w:lang w:val="pt-BR"/>
        </w:rPr>
        <w:t>"Corre!" gritou Rick, empurrando Nicole à frente.</w:t>
      </w:r>
    </w:p>
    <w:p w14:paraId="5A9EA6F9" w14:textId="77777777" w:rsidR="002355BD" w:rsidRPr="001179E8" w:rsidRDefault="00000000">
      <w:pPr>
        <w:rPr>
          <w:lang w:val="pt-BR"/>
        </w:rPr>
      </w:pPr>
      <w:r w:rsidRPr="001179E8">
        <w:rPr>
          <w:lang w:val="pt-BR"/>
        </w:rPr>
        <w:br/>
      </w:r>
    </w:p>
    <w:p w14:paraId="137884BD" w14:textId="77777777" w:rsidR="002355BD" w:rsidRPr="001179E8" w:rsidRDefault="00000000">
      <w:pPr>
        <w:rPr>
          <w:lang w:val="pt-BR"/>
        </w:rPr>
      </w:pPr>
      <w:r w:rsidRPr="001179E8">
        <w:rPr>
          <w:lang w:val="pt-BR"/>
        </w:rPr>
        <w:t>Eles correram de volta pelo túnel, Rick ignorando a dor em seu tornozelo, a adrenalina superando o desconforto. Nicole podia ouvir os espectros atrás deles – um som como vento passando por folhas secas, mas com uma qualidade metálica perturbadora.</w:t>
      </w:r>
    </w:p>
    <w:p w14:paraId="1188F7D1" w14:textId="77777777" w:rsidR="002355BD" w:rsidRPr="001179E8" w:rsidRDefault="00000000">
      <w:pPr>
        <w:rPr>
          <w:lang w:val="pt-BR"/>
        </w:rPr>
      </w:pPr>
      <w:r w:rsidRPr="001179E8">
        <w:rPr>
          <w:lang w:val="pt-BR"/>
        </w:rPr>
        <w:br/>
      </w:r>
    </w:p>
    <w:p w14:paraId="4E97C665" w14:textId="77777777" w:rsidR="002355BD" w:rsidRPr="001179E8" w:rsidRDefault="00000000">
      <w:pPr>
        <w:rPr>
          <w:lang w:val="pt-BR"/>
        </w:rPr>
      </w:pPr>
      <w:r w:rsidRPr="001179E8">
        <w:rPr>
          <w:lang w:val="pt-BR"/>
        </w:rPr>
        <w:t>O túnel parecia mais longo no caminho de volta, cada curva revelando apenas mais escuridão. Nicole aumentou o brilho de seu corpo ao máximo, iluminando o caminho à frente, enquanto Rick ocasionalmente olhava para trás.</w:t>
      </w:r>
    </w:p>
    <w:p w14:paraId="2FA2F6BF" w14:textId="77777777" w:rsidR="002355BD" w:rsidRPr="001179E8" w:rsidRDefault="00000000">
      <w:pPr>
        <w:rPr>
          <w:lang w:val="pt-BR"/>
        </w:rPr>
      </w:pPr>
      <w:r w:rsidRPr="001179E8">
        <w:rPr>
          <w:lang w:val="pt-BR"/>
        </w:rPr>
        <w:br/>
      </w:r>
    </w:p>
    <w:p w14:paraId="19E0C000" w14:textId="77777777" w:rsidR="002355BD" w:rsidRPr="001179E8" w:rsidRDefault="00000000">
      <w:pPr>
        <w:rPr>
          <w:lang w:val="pt-BR"/>
        </w:rPr>
      </w:pPr>
      <w:r w:rsidRPr="001179E8">
        <w:rPr>
          <w:lang w:val="pt-BR"/>
        </w:rPr>
        <w:t>"Eles estão ganhando terreno!" alertou ele.</w:t>
      </w:r>
    </w:p>
    <w:p w14:paraId="5E3285D5" w14:textId="77777777" w:rsidR="002355BD" w:rsidRPr="001179E8" w:rsidRDefault="00000000">
      <w:pPr>
        <w:rPr>
          <w:lang w:val="pt-BR"/>
        </w:rPr>
      </w:pPr>
      <w:r w:rsidRPr="001179E8">
        <w:rPr>
          <w:lang w:val="pt-BR"/>
        </w:rPr>
        <w:br/>
      </w:r>
    </w:p>
    <w:p w14:paraId="5345214E" w14:textId="77777777" w:rsidR="002355BD" w:rsidRPr="001179E8" w:rsidRDefault="00000000">
      <w:pPr>
        <w:rPr>
          <w:lang w:val="pt-BR"/>
        </w:rPr>
      </w:pPr>
      <w:r w:rsidRPr="001179E8">
        <w:rPr>
          <w:lang w:val="pt-BR"/>
        </w:rPr>
        <w:t>Nicole viu uma bifurcação à frente que não haviam notado antes – um túnel lateral, mais estreito, que se ramificava para a direita. "Por ali!" gritou, puxando Rick naquela direção.</w:t>
      </w:r>
    </w:p>
    <w:p w14:paraId="1E1BA0E1" w14:textId="77777777" w:rsidR="002355BD" w:rsidRPr="001179E8" w:rsidRDefault="00000000">
      <w:pPr>
        <w:rPr>
          <w:lang w:val="pt-BR"/>
        </w:rPr>
      </w:pPr>
      <w:r w:rsidRPr="001179E8">
        <w:rPr>
          <w:lang w:val="pt-BR"/>
        </w:rPr>
        <w:lastRenderedPageBreak/>
        <w:br/>
      </w:r>
    </w:p>
    <w:p w14:paraId="24F78EAA" w14:textId="77777777" w:rsidR="002355BD" w:rsidRPr="001179E8" w:rsidRDefault="00000000">
      <w:pPr>
        <w:rPr>
          <w:lang w:val="pt-BR"/>
        </w:rPr>
      </w:pPr>
      <w:r w:rsidRPr="001179E8">
        <w:rPr>
          <w:lang w:val="pt-BR"/>
        </w:rPr>
        <w:t>O novo túnel era apertado, forçando-os a correr quase agachados. Cristais afiados se projetavam das paredes, arranhando seus braços e rostos enquanto passavam. Mas o espaço confinado parecia desacelerar os espectros, cujos gritos agora soavam mais distantes.</w:t>
      </w:r>
    </w:p>
    <w:p w14:paraId="4828C8B4" w14:textId="77777777" w:rsidR="002355BD" w:rsidRPr="001179E8" w:rsidRDefault="00000000">
      <w:pPr>
        <w:rPr>
          <w:lang w:val="pt-BR"/>
        </w:rPr>
      </w:pPr>
      <w:r w:rsidRPr="001179E8">
        <w:rPr>
          <w:lang w:val="pt-BR"/>
        </w:rPr>
        <w:br/>
      </w:r>
    </w:p>
    <w:p w14:paraId="5FA87D07" w14:textId="77777777" w:rsidR="002355BD" w:rsidRPr="001179E8" w:rsidRDefault="00000000">
      <w:pPr>
        <w:rPr>
          <w:lang w:val="pt-BR"/>
        </w:rPr>
      </w:pPr>
      <w:r w:rsidRPr="001179E8">
        <w:rPr>
          <w:lang w:val="pt-BR"/>
        </w:rPr>
        <w:t>Após o que pareceu uma eternidade correndo no escuro, o túnel subitamente se abriu em outra caverna – menor que a do rio, mas grande o suficiente para que pudessem ficar de pé confortavelmente. O mais importante: havia apenas uma entrada, o túnel pelo qual haviam acabado de passar.</w:t>
      </w:r>
    </w:p>
    <w:p w14:paraId="5DD15500" w14:textId="77777777" w:rsidR="002355BD" w:rsidRPr="001179E8" w:rsidRDefault="00000000">
      <w:pPr>
        <w:rPr>
          <w:lang w:val="pt-BR"/>
        </w:rPr>
      </w:pPr>
      <w:r w:rsidRPr="001179E8">
        <w:rPr>
          <w:lang w:val="pt-BR"/>
        </w:rPr>
        <w:br/>
      </w:r>
    </w:p>
    <w:p w14:paraId="42B6CA93" w14:textId="77777777" w:rsidR="002355BD" w:rsidRPr="001179E8" w:rsidRDefault="00000000">
      <w:pPr>
        <w:rPr>
          <w:lang w:val="pt-BR"/>
        </w:rPr>
      </w:pPr>
      <w:r w:rsidRPr="001179E8">
        <w:rPr>
          <w:lang w:val="pt-BR"/>
        </w:rPr>
        <w:t>"Aqui," ofegou Nicole, puxando Rick para trás de uma grande estalagmite. "Vamos esperar e ver se os despistamos."</w:t>
      </w:r>
    </w:p>
    <w:p w14:paraId="7986409E" w14:textId="77777777" w:rsidR="002355BD" w:rsidRPr="001179E8" w:rsidRDefault="00000000">
      <w:pPr>
        <w:rPr>
          <w:lang w:val="pt-BR"/>
        </w:rPr>
      </w:pPr>
      <w:r w:rsidRPr="001179E8">
        <w:rPr>
          <w:lang w:val="pt-BR"/>
        </w:rPr>
        <w:br/>
      </w:r>
    </w:p>
    <w:p w14:paraId="2E69D7B9" w14:textId="77777777" w:rsidR="002355BD" w:rsidRPr="001179E8" w:rsidRDefault="00000000">
      <w:pPr>
        <w:rPr>
          <w:lang w:val="pt-BR"/>
        </w:rPr>
      </w:pPr>
      <w:r w:rsidRPr="001179E8">
        <w:rPr>
          <w:lang w:val="pt-BR"/>
        </w:rPr>
        <w:t>Eles se agacharam juntos no escuro, Nicole reduzindo o brilho de seu corpo ao mínimo necessário para que pudessem ver um ao outro. Rick respirava pesadamente, uma mão pressionada contra o lado do corpo.</w:t>
      </w:r>
    </w:p>
    <w:p w14:paraId="2D85A475" w14:textId="77777777" w:rsidR="002355BD" w:rsidRPr="001179E8" w:rsidRDefault="00000000">
      <w:pPr>
        <w:rPr>
          <w:lang w:val="pt-BR"/>
        </w:rPr>
      </w:pPr>
      <w:r w:rsidRPr="001179E8">
        <w:rPr>
          <w:lang w:val="pt-BR"/>
        </w:rPr>
        <w:br/>
      </w:r>
    </w:p>
    <w:p w14:paraId="7B02E495" w14:textId="77777777" w:rsidR="002355BD" w:rsidRPr="001179E8" w:rsidRDefault="00000000">
      <w:pPr>
        <w:rPr>
          <w:lang w:val="pt-BR"/>
        </w:rPr>
      </w:pPr>
      <w:r w:rsidRPr="001179E8">
        <w:rPr>
          <w:lang w:val="pt-BR"/>
        </w:rPr>
        <w:t>"Você está ferido?" perguntou Nicole, preocupada.</w:t>
      </w:r>
    </w:p>
    <w:p w14:paraId="39081E4B" w14:textId="77777777" w:rsidR="002355BD" w:rsidRPr="001179E8" w:rsidRDefault="00000000">
      <w:pPr>
        <w:rPr>
          <w:lang w:val="pt-BR"/>
        </w:rPr>
      </w:pPr>
      <w:r w:rsidRPr="001179E8">
        <w:rPr>
          <w:lang w:val="pt-BR"/>
        </w:rPr>
        <w:br/>
      </w:r>
    </w:p>
    <w:p w14:paraId="077EE7F6" w14:textId="77777777" w:rsidR="002355BD" w:rsidRPr="001179E8" w:rsidRDefault="00000000">
      <w:pPr>
        <w:rPr>
          <w:lang w:val="pt-BR"/>
        </w:rPr>
      </w:pPr>
      <w:r w:rsidRPr="001179E8">
        <w:rPr>
          <w:lang w:val="pt-BR"/>
        </w:rPr>
        <w:t>"Só um arranhão," respondeu ele, mas quando removeu a mão, seus dedos estavam manchados com algo escuro que Nicole presumiu ser sangue. "Um daqueles cristais me pegou quando passamos."</w:t>
      </w:r>
    </w:p>
    <w:p w14:paraId="2A956B23" w14:textId="77777777" w:rsidR="002355BD" w:rsidRPr="001179E8" w:rsidRDefault="00000000">
      <w:pPr>
        <w:rPr>
          <w:lang w:val="pt-BR"/>
        </w:rPr>
      </w:pPr>
      <w:r w:rsidRPr="001179E8">
        <w:rPr>
          <w:lang w:val="pt-BR"/>
        </w:rPr>
        <w:br/>
      </w:r>
    </w:p>
    <w:p w14:paraId="413BDBFB" w14:textId="77777777" w:rsidR="002355BD" w:rsidRPr="001179E8" w:rsidRDefault="00000000">
      <w:pPr>
        <w:rPr>
          <w:lang w:val="pt-BR"/>
        </w:rPr>
      </w:pPr>
      <w:r w:rsidRPr="001179E8">
        <w:rPr>
          <w:lang w:val="pt-BR"/>
        </w:rPr>
        <w:t>Nicole rasgou um pedaço da manga de sua roupa e o pressionou contra o ferimento. "Precisamos encontrar água de verdade e algum tipo de abrigo," disse ela. "Não podemos continuar correndo para sempre."</w:t>
      </w:r>
    </w:p>
    <w:p w14:paraId="307303DA" w14:textId="77777777" w:rsidR="002355BD" w:rsidRPr="001179E8" w:rsidRDefault="00000000">
      <w:pPr>
        <w:rPr>
          <w:lang w:val="pt-BR"/>
        </w:rPr>
      </w:pPr>
      <w:r w:rsidRPr="001179E8">
        <w:rPr>
          <w:lang w:val="pt-BR"/>
        </w:rPr>
        <w:lastRenderedPageBreak/>
        <w:br/>
      </w:r>
    </w:p>
    <w:p w14:paraId="4767899A" w14:textId="77777777" w:rsidR="002355BD" w:rsidRPr="001179E8" w:rsidRDefault="00000000">
      <w:pPr>
        <w:rPr>
          <w:lang w:val="pt-BR"/>
        </w:rPr>
      </w:pPr>
      <w:r w:rsidRPr="001179E8">
        <w:rPr>
          <w:lang w:val="pt-BR"/>
        </w:rPr>
        <w:t>Rick assentiu, seu rosto pálido à luz fraca. "Acho que os despistamos, pelo menos por enquanto."</w:t>
      </w:r>
    </w:p>
    <w:p w14:paraId="6A16B6C1" w14:textId="77777777" w:rsidR="002355BD" w:rsidRPr="001179E8" w:rsidRDefault="00000000">
      <w:pPr>
        <w:rPr>
          <w:lang w:val="pt-BR"/>
        </w:rPr>
      </w:pPr>
      <w:r w:rsidRPr="001179E8">
        <w:rPr>
          <w:lang w:val="pt-BR"/>
        </w:rPr>
        <w:br/>
      </w:r>
    </w:p>
    <w:p w14:paraId="046DF3D7" w14:textId="77777777" w:rsidR="002355BD" w:rsidRPr="001179E8" w:rsidRDefault="00000000">
      <w:pPr>
        <w:rPr>
          <w:lang w:val="pt-BR"/>
        </w:rPr>
      </w:pPr>
      <w:r w:rsidRPr="001179E8">
        <w:rPr>
          <w:lang w:val="pt-BR"/>
        </w:rPr>
        <w:t>Eles esperaram em silêncio tenso por vários minutos, ouvindo atentamente. Os gritos dos espectros haviam cessado, e o único som era o de suas próprias respirações e um gotejamento distante de água.</w:t>
      </w:r>
    </w:p>
    <w:p w14:paraId="09303DE6" w14:textId="77777777" w:rsidR="002355BD" w:rsidRPr="001179E8" w:rsidRDefault="00000000">
      <w:pPr>
        <w:rPr>
          <w:lang w:val="pt-BR"/>
        </w:rPr>
      </w:pPr>
      <w:r w:rsidRPr="001179E8">
        <w:rPr>
          <w:lang w:val="pt-BR"/>
        </w:rPr>
        <w:br/>
      </w:r>
    </w:p>
    <w:p w14:paraId="1AC35C46" w14:textId="77777777" w:rsidR="002355BD" w:rsidRPr="001179E8" w:rsidRDefault="00000000">
      <w:pPr>
        <w:rPr>
          <w:lang w:val="pt-BR"/>
        </w:rPr>
      </w:pPr>
      <w:r w:rsidRPr="001179E8">
        <w:rPr>
          <w:lang w:val="pt-BR"/>
        </w:rPr>
        <w:t>"Água," sussurrou Nicole, apontando para o fundo da caverna. "Você ouviu isso?"</w:t>
      </w:r>
    </w:p>
    <w:p w14:paraId="53B7BA5A" w14:textId="77777777" w:rsidR="002355BD" w:rsidRPr="001179E8" w:rsidRDefault="00000000">
      <w:pPr>
        <w:rPr>
          <w:lang w:val="pt-BR"/>
        </w:rPr>
      </w:pPr>
      <w:r w:rsidRPr="001179E8">
        <w:rPr>
          <w:lang w:val="pt-BR"/>
        </w:rPr>
        <w:br/>
      </w:r>
    </w:p>
    <w:p w14:paraId="4A74EF21" w14:textId="77777777" w:rsidR="002355BD" w:rsidRPr="001179E8" w:rsidRDefault="00000000">
      <w:pPr>
        <w:rPr>
          <w:lang w:val="pt-BR"/>
        </w:rPr>
      </w:pPr>
      <w:r w:rsidRPr="001179E8">
        <w:rPr>
          <w:lang w:val="pt-BR"/>
        </w:rPr>
        <w:t>Rick inclinou a cabeça, concentrando-se. "Sim. Parece... normal. Não como aquele rio estranho."</w:t>
      </w:r>
    </w:p>
    <w:p w14:paraId="03069611" w14:textId="77777777" w:rsidR="002355BD" w:rsidRPr="001179E8" w:rsidRDefault="00000000">
      <w:pPr>
        <w:rPr>
          <w:lang w:val="pt-BR"/>
        </w:rPr>
      </w:pPr>
      <w:r w:rsidRPr="001179E8">
        <w:rPr>
          <w:lang w:val="pt-BR"/>
        </w:rPr>
        <w:br/>
      </w:r>
    </w:p>
    <w:p w14:paraId="2EB7ABD2" w14:textId="77777777" w:rsidR="002355BD" w:rsidRPr="001179E8" w:rsidRDefault="00000000">
      <w:pPr>
        <w:rPr>
          <w:lang w:val="pt-BR"/>
        </w:rPr>
      </w:pPr>
      <w:r w:rsidRPr="001179E8">
        <w:rPr>
          <w:lang w:val="pt-BR"/>
        </w:rPr>
        <w:t>Cautelosamente, eles se moveram mais fundo na caverna. À medida que avançavam, Nicole notou que o ar ficava ligeiramente mais fresco e úmido. O som de água pingando ficava mais alto, e eventualmente, encontraram a fonte – uma pequena nascente que brotava de uma fenda na parede da caverna, formando uma poça cristalina no chão rochoso.</w:t>
      </w:r>
    </w:p>
    <w:p w14:paraId="5747601F" w14:textId="77777777" w:rsidR="002355BD" w:rsidRPr="001179E8" w:rsidRDefault="00000000">
      <w:pPr>
        <w:rPr>
          <w:lang w:val="pt-BR"/>
        </w:rPr>
      </w:pPr>
      <w:r w:rsidRPr="001179E8">
        <w:rPr>
          <w:lang w:val="pt-BR"/>
        </w:rPr>
        <w:br/>
      </w:r>
    </w:p>
    <w:p w14:paraId="683F6505" w14:textId="77777777" w:rsidR="002355BD" w:rsidRPr="001179E8" w:rsidRDefault="00000000">
      <w:pPr>
        <w:rPr>
          <w:lang w:val="pt-BR"/>
        </w:rPr>
      </w:pPr>
      <w:r w:rsidRPr="001179E8">
        <w:rPr>
          <w:lang w:val="pt-BR"/>
        </w:rPr>
        <w:t>Rick se ajoelhou ao lado da poça, hesitante. "Você acha que é seguro?"</w:t>
      </w:r>
    </w:p>
    <w:p w14:paraId="63134FE6" w14:textId="77777777" w:rsidR="002355BD" w:rsidRPr="001179E8" w:rsidRDefault="00000000">
      <w:pPr>
        <w:rPr>
          <w:lang w:val="pt-BR"/>
        </w:rPr>
      </w:pPr>
      <w:r w:rsidRPr="001179E8">
        <w:rPr>
          <w:lang w:val="pt-BR"/>
        </w:rPr>
        <w:br/>
      </w:r>
    </w:p>
    <w:p w14:paraId="76ED17A6" w14:textId="77777777" w:rsidR="002355BD" w:rsidRPr="001179E8" w:rsidRDefault="00000000">
      <w:pPr>
        <w:rPr>
          <w:lang w:val="pt-BR"/>
        </w:rPr>
      </w:pPr>
      <w:r w:rsidRPr="001179E8">
        <w:rPr>
          <w:lang w:val="pt-BR"/>
        </w:rPr>
        <w:t>Nicole examinou a água. Era clara e parecia normal, sem o brilho estranho do rio negro. "Só há uma maneira de descobrir," disse ela, mergulhando os dedos na poça. A água estava fria e não causou nenhuma reação adversa em sua pele metálica. Ela levou os dedos aos lábios, provando uma pequena quantidade. "Parece... água. Normal."</w:t>
      </w:r>
    </w:p>
    <w:p w14:paraId="00B12721" w14:textId="77777777" w:rsidR="002355BD" w:rsidRPr="001179E8" w:rsidRDefault="00000000">
      <w:pPr>
        <w:rPr>
          <w:lang w:val="pt-BR"/>
        </w:rPr>
      </w:pPr>
      <w:r w:rsidRPr="001179E8">
        <w:rPr>
          <w:lang w:val="pt-BR"/>
        </w:rPr>
        <w:br/>
      </w:r>
    </w:p>
    <w:p w14:paraId="2736DF27" w14:textId="77777777" w:rsidR="002355BD" w:rsidRPr="001179E8" w:rsidRDefault="00000000">
      <w:pPr>
        <w:rPr>
          <w:lang w:val="pt-BR"/>
        </w:rPr>
      </w:pPr>
      <w:r w:rsidRPr="001179E8">
        <w:rPr>
          <w:lang w:val="pt-BR"/>
        </w:rPr>
        <w:lastRenderedPageBreak/>
        <w:t>Rick, impulsivo como sempre, curvou-se e bebeu um gole diretamente da poça. Nicole o observou ansiosamente, pronta para ajudá-lo caso houvesse alguma reação negativa. Mas ele apenas sorriu, aliviado.</w:t>
      </w:r>
    </w:p>
    <w:p w14:paraId="7F1B9D8D" w14:textId="77777777" w:rsidR="002355BD" w:rsidRPr="001179E8" w:rsidRDefault="00000000">
      <w:pPr>
        <w:rPr>
          <w:lang w:val="pt-BR"/>
        </w:rPr>
      </w:pPr>
      <w:r w:rsidRPr="001179E8">
        <w:rPr>
          <w:lang w:val="pt-BR"/>
        </w:rPr>
        <w:br/>
      </w:r>
    </w:p>
    <w:p w14:paraId="61783361" w14:textId="77777777" w:rsidR="002355BD" w:rsidRPr="001179E8" w:rsidRDefault="00000000">
      <w:pPr>
        <w:rPr>
          <w:lang w:val="pt-BR"/>
        </w:rPr>
      </w:pPr>
      <w:r w:rsidRPr="001179E8">
        <w:rPr>
          <w:lang w:val="pt-BR"/>
        </w:rPr>
        <w:t>"É água," confirmou. "Água de verdade. E está deliciosa."</w:t>
      </w:r>
    </w:p>
    <w:p w14:paraId="5B57E9ED" w14:textId="77777777" w:rsidR="002355BD" w:rsidRPr="001179E8" w:rsidRDefault="00000000">
      <w:pPr>
        <w:rPr>
          <w:lang w:val="pt-BR"/>
        </w:rPr>
      </w:pPr>
      <w:r w:rsidRPr="001179E8">
        <w:rPr>
          <w:lang w:val="pt-BR"/>
        </w:rPr>
        <w:br/>
      </w:r>
    </w:p>
    <w:p w14:paraId="56B61332" w14:textId="77777777" w:rsidR="002355BD" w:rsidRPr="001179E8" w:rsidRDefault="00000000">
      <w:pPr>
        <w:rPr>
          <w:lang w:val="pt-BR"/>
        </w:rPr>
      </w:pPr>
      <w:r w:rsidRPr="001179E8">
        <w:rPr>
          <w:lang w:val="pt-BR"/>
        </w:rPr>
        <w:t>Ambos beberam avidamente, a sede que não haviam percebido ter finalmente se manifestando. A água era fria e revigorante, com um leve sabor mineral que não era desagradável.</w:t>
      </w:r>
    </w:p>
    <w:p w14:paraId="220B46CC" w14:textId="77777777" w:rsidR="002355BD" w:rsidRPr="001179E8" w:rsidRDefault="00000000">
      <w:pPr>
        <w:rPr>
          <w:lang w:val="pt-BR"/>
        </w:rPr>
      </w:pPr>
      <w:r w:rsidRPr="001179E8">
        <w:rPr>
          <w:lang w:val="pt-BR"/>
        </w:rPr>
        <w:br/>
      </w:r>
    </w:p>
    <w:p w14:paraId="25A7CD96" w14:textId="77777777" w:rsidR="002355BD" w:rsidRPr="001179E8" w:rsidRDefault="00000000">
      <w:pPr>
        <w:rPr>
          <w:lang w:val="pt-BR"/>
        </w:rPr>
      </w:pPr>
      <w:r w:rsidRPr="001179E8">
        <w:rPr>
          <w:lang w:val="pt-BR"/>
        </w:rPr>
        <w:t>Depois de saciarem a sede, Nicole usou a água para limpar o ferimento de Rick. Não era tão ruim quanto temera inicialmente – um corte superficial ao longo de suas costelas. Ela o enfaixou com outro pedaço rasgado de sua roupa.</w:t>
      </w:r>
    </w:p>
    <w:p w14:paraId="3186C64A" w14:textId="77777777" w:rsidR="002355BD" w:rsidRPr="001179E8" w:rsidRDefault="00000000">
      <w:pPr>
        <w:rPr>
          <w:lang w:val="pt-BR"/>
        </w:rPr>
      </w:pPr>
      <w:r w:rsidRPr="001179E8">
        <w:rPr>
          <w:lang w:val="pt-BR"/>
        </w:rPr>
        <w:br/>
      </w:r>
    </w:p>
    <w:p w14:paraId="1A71D3B6" w14:textId="77777777" w:rsidR="002355BD" w:rsidRPr="001179E8" w:rsidRDefault="00000000">
      <w:pPr>
        <w:rPr>
          <w:lang w:val="pt-BR"/>
        </w:rPr>
      </w:pPr>
      <w:r w:rsidRPr="001179E8">
        <w:rPr>
          <w:lang w:val="pt-BR"/>
        </w:rPr>
        <w:t>"Obrigado, enfermeira," brincou Rick, mas seu sorriso não alcançava completamente os olhos. Nicole podia ver o cansaço e a preocupação por trás de sua fachada descontraída.</w:t>
      </w:r>
    </w:p>
    <w:p w14:paraId="1BD3A3E4" w14:textId="77777777" w:rsidR="002355BD" w:rsidRPr="001179E8" w:rsidRDefault="00000000">
      <w:pPr>
        <w:rPr>
          <w:lang w:val="pt-BR"/>
        </w:rPr>
      </w:pPr>
      <w:r w:rsidRPr="001179E8">
        <w:rPr>
          <w:lang w:val="pt-BR"/>
        </w:rPr>
        <w:br/>
      </w:r>
    </w:p>
    <w:p w14:paraId="21433334" w14:textId="77777777" w:rsidR="002355BD" w:rsidRPr="001179E8" w:rsidRDefault="00000000">
      <w:pPr>
        <w:rPr>
          <w:lang w:val="pt-BR"/>
        </w:rPr>
      </w:pPr>
      <w:r w:rsidRPr="001179E8">
        <w:rPr>
          <w:lang w:val="pt-BR"/>
        </w:rPr>
        <w:t>"Acho que devemos ficar aqui por enquanto," sugeriu ela. "Temos água, é defensável com apenas uma entrada, e estamos exaustos."</w:t>
      </w:r>
    </w:p>
    <w:p w14:paraId="2A100F69" w14:textId="77777777" w:rsidR="002355BD" w:rsidRPr="001179E8" w:rsidRDefault="00000000">
      <w:pPr>
        <w:rPr>
          <w:lang w:val="pt-BR"/>
        </w:rPr>
      </w:pPr>
      <w:r w:rsidRPr="001179E8">
        <w:rPr>
          <w:lang w:val="pt-BR"/>
        </w:rPr>
        <w:br/>
      </w:r>
    </w:p>
    <w:p w14:paraId="452BE77E" w14:textId="77777777" w:rsidR="002355BD" w:rsidRPr="001179E8" w:rsidRDefault="00000000">
      <w:pPr>
        <w:rPr>
          <w:lang w:val="pt-BR"/>
        </w:rPr>
      </w:pPr>
      <w:r w:rsidRPr="001179E8">
        <w:rPr>
          <w:lang w:val="pt-BR"/>
        </w:rPr>
        <w:t>Rick assentiu, recostando-se contra a parede da caverna. "Não vou discutir. Sinto como se tivesse sido atropelado por um caminhão."</w:t>
      </w:r>
    </w:p>
    <w:p w14:paraId="405C9707" w14:textId="77777777" w:rsidR="002355BD" w:rsidRPr="001179E8" w:rsidRDefault="00000000">
      <w:pPr>
        <w:rPr>
          <w:lang w:val="pt-BR"/>
        </w:rPr>
      </w:pPr>
      <w:r w:rsidRPr="001179E8">
        <w:rPr>
          <w:lang w:val="pt-BR"/>
        </w:rPr>
        <w:br/>
      </w:r>
    </w:p>
    <w:p w14:paraId="3B1AC19B" w14:textId="77777777" w:rsidR="002355BD" w:rsidRPr="001179E8" w:rsidRDefault="00000000">
      <w:pPr>
        <w:rPr>
          <w:lang w:val="pt-BR"/>
        </w:rPr>
      </w:pPr>
      <w:r w:rsidRPr="001179E8">
        <w:rPr>
          <w:lang w:val="pt-BR"/>
        </w:rPr>
        <w:t>Nicole se sentou ao lado dele, seus ombros se tocando. Por um momento, ficaram em silêncio, apenas processando tudo o que havia acontecido.</w:t>
      </w:r>
    </w:p>
    <w:p w14:paraId="0C823DE4" w14:textId="77777777" w:rsidR="002355BD" w:rsidRPr="001179E8" w:rsidRDefault="00000000">
      <w:pPr>
        <w:rPr>
          <w:lang w:val="pt-BR"/>
        </w:rPr>
      </w:pPr>
      <w:r w:rsidRPr="001179E8">
        <w:rPr>
          <w:lang w:val="pt-BR"/>
        </w:rPr>
        <w:lastRenderedPageBreak/>
        <w:br/>
      </w:r>
    </w:p>
    <w:p w14:paraId="7B8CFA7D" w14:textId="77777777" w:rsidR="002355BD" w:rsidRPr="001179E8" w:rsidRDefault="00000000">
      <w:pPr>
        <w:rPr>
          <w:lang w:val="pt-BR"/>
        </w:rPr>
      </w:pPr>
      <w:r w:rsidRPr="001179E8">
        <w:rPr>
          <w:lang w:val="pt-BR"/>
        </w:rPr>
        <w:t>"Você acha que os outros estão bem?" perguntou Rick finalmente, sua voz pequena na vastidão da caverna. "Luke, Art, Linda..."</w:t>
      </w:r>
    </w:p>
    <w:p w14:paraId="6A72831F" w14:textId="77777777" w:rsidR="002355BD" w:rsidRPr="001179E8" w:rsidRDefault="00000000">
      <w:pPr>
        <w:rPr>
          <w:lang w:val="pt-BR"/>
        </w:rPr>
      </w:pPr>
      <w:r w:rsidRPr="001179E8">
        <w:rPr>
          <w:lang w:val="pt-BR"/>
        </w:rPr>
        <w:br/>
      </w:r>
    </w:p>
    <w:p w14:paraId="461D23E3" w14:textId="77777777" w:rsidR="002355BD" w:rsidRPr="001179E8" w:rsidRDefault="00000000">
      <w:pPr>
        <w:rPr>
          <w:lang w:val="pt-BR"/>
        </w:rPr>
      </w:pPr>
      <w:r w:rsidRPr="001179E8">
        <w:rPr>
          <w:lang w:val="pt-BR"/>
        </w:rPr>
        <w:t>"Tenho certeza que sim," respondeu Nicole, tentando soar mais confiante do que se sentia. "Eles são fortes. E aposto que já estão procurando uma maneira de nos trazer de volta."</w:t>
      </w:r>
    </w:p>
    <w:p w14:paraId="66F69D52" w14:textId="77777777" w:rsidR="002355BD" w:rsidRPr="001179E8" w:rsidRDefault="00000000">
      <w:pPr>
        <w:rPr>
          <w:lang w:val="pt-BR"/>
        </w:rPr>
      </w:pPr>
      <w:r w:rsidRPr="001179E8">
        <w:rPr>
          <w:lang w:val="pt-BR"/>
        </w:rPr>
        <w:br/>
      </w:r>
    </w:p>
    <w:p w14:paraId="1DFE352C" w14:textId="77777777" w:rsidR="002355BD" w:rsidRPr="001179E8" w:rsidRDefault="00000000">
      <w:pPr>
        <w:rPr>
          <w:lang w:val="pt-BR"/>
        </w:rPr>
      </w:pPr>
      <w:r w:rsidRPr="001179E8">
        <w:rPr>
          <w:lang w:val="pt-BR"/>
        </w:rPr>
        <w:t>"Meus pais devem estar pirando," murmurou Rick. "Provavelmente pensando que isso é mais uma das minhas 'decisões impulsivas'."</w:t>
      </w:r>
    </w:p>
    <w:p w14:paraId="3C4A9F6B" w14:textId="77777777" w:rsidR="002355BD" w:rsidRPr="001179E8" w:rsidRDefault="00000000">
      <w:pPr>
        <w:rPr>
          <w:lang w:val="pt-BR"/>
        </w:rPr>
      </w:pPr>
      <w:r w:rsidRPr="001179E8">
        <w:rPr>
          <w:lang w:val="pt-BR"/>
        </w:rPr>
        <w:br/>
      </w:r>
    </w:p>
    <w:p w14:paraId="15D29BD3" w14:textId="77777777" w:rsidR="002355BD" w:rsidRPr="001179E8" w:rsidRDefault="00000000">
      <w:pPr>
        <w:rPr>
          <w:lang w:val="pt-BR"/>
        </w:rPr>
      </w:pPr>
      <w:r w:rsidRPr="001179E8">
        <w:rPr>
          <w:lang w:val="pt-BR"/>
        </w:rPr>
        <w:t>Nicole sorriu tristemente. A relação de Rick com seus pais, Nitro e Densa, sempre fora complicada. Eles o amavam, mas suas expectativas sufocantes e críticas constantes haviam criado um abismo que parecia impossível de transpor.</w:t>
      </w:r>
    </w:p>
    <w:p w14:paraId="4BB099DC" w14:textId="77777777" w:rsidR="002355BD" w:rsidRPr="001179E8" w:rsidRDefault="00000000">
      <w:pPr>
        <w:rPr>
          <w:lang w:val="pt-BR"/>
        </w:rPr>
      </w:pPr>
      <w:r w:rsidRPr="001179E8">
        <w:rPr>
          <w:lang w:val="pt-BR"/>
        </w:rPr>
        <w:br/>
      </w:r>
    </w:p>
    <w:p w14:paraId="510B6D34" w14:textId="77777777" w:rsidR="002355BD" w:rsidRPr="001179E8" w:rsidRDefault="00000000">
      <w:pPr>
        <w:rPr>
          <w:lang w:val="pt-BR"/>
        </w:rPr>
      </w:pPr>
      <w:r w:rsidRPr="001179E8">
        <w:rPr>
          <w:lang w:val="pt-BR"/>
        </w:rPr>
        <w:t>"Eles se importam com você," disse ela suavemente. "À maneira deles."</w:t>
      </w:r>
    </w:p>
    <w:p w14:paraId="3E694D64" w14:textId="77777777" w:rsidR="002355BD" w:rsidRPr="001179E8" w:rsidRDefault="00000000">
      <w:pPr>
        <w:rPr>
          <w:lang w:val="pt-BR"/>
        </w:rPr>
      </w:pPr>
      <w:r w:rsidRPr="001179E8">
        <w:rPr>
          <w:lang w:val="pt-BR"/>
        </w:rPr>
        <w:br/>
      </w:r>
    </w:p>
    <w:p w14:paraId="68CAC593" w14:textId="77777777" w:rsidR="002355BD" w:rsidRPr="001179E8" w:rsidRDefault="00000000">
      <w:pPr>
        <w:rPr>
          <w:lang w:val="pt-BR"/>
        </w:rPr>
      </w:pPr>
      <w:r w:rsidRPr="001179E8">
        <w:rPr>
          <w:lang w:val="pt-BR"/>
        </w:rPr>
        <w:t>"É, bem, eles têm uma maneira estranha de demonstrar," respondeu Rick amargamente. Então suspirou. "E os seus? Eletron e Nyx?"</w:t>
      </w:r>
    </w:p>
    <w:p w14:paraId="460A86D9" w14:textId="77777777" w:rsidR="002355BD" w:rsidRPr="001179E8" w:rsidRDefault="00000000">
      <w:pPr>
        <w:rPr>
          <w:lang w:val="pt-BR"/>
        </w:rPr>
      </w:pPr>
      <w:r w:rsidRPr="001179E8">
        <w:rPr>
          <w:lang w:val="pt-BR"/>
        </w:rPr>
        <w:br/>
      </w:r>
    </w:p>
    <w:p w14:paraId="1CE402A2" w14:textId="77777777" w:rsidR="002355BD" w:rsidRPr="001179E8" w:rsidRDefault="00000000">
      <w:pPr>
        <w:rPr>
          <w:lang w:val="pt-BR"/>
        </w:rPr>
      </w:pPr>
      <w:r w:rsidRPr="001179E8">
        <w:rPr>
          <w:lang w:val="pt-BR"/>
        </w:rPr>
        <w:t>"Papai provavelmente já está construindo algum dispositivo interdimensional maluco para me resgatar," disse Nicole, com um sorriso triste. "E mamãe... bem, ela provavelmente está usando todos os seus contatos no submundo para encontrar informações."</w:t>
      </w:r>
    </w:p>
    <w:p w14:paraId="7245C57C" w14:textId="77777777" w:rsidR="002355BD" w:rsidRPr="001179E8" w:rsidRDefault="00000000">
      <w:pPr>
        <w:rPr>
          <w:lang w:val="pt-BR"/>
        </w:rPr>
      </w:pPr>
      <w:r w:rsidRPr="001179E8">
        <w:rPr>
          <w:lang w:val="pt-BR"/>
        </w:rPr>
        <w:br/>
      </w:r>
    </w:p>
    <w:p w14:paraId="79B60E92" w14:textId="77777777" w:rsidR="002355BD" w:rsidRPr="001179E8" w:rsidRDefault="00000000">
      <w:pPr>
        <w:rPr>
          <w:lang w:val="pt-BR"/>
        </w:rPr>
      </w:pPr>
      <w:r w:rsidRPr="001179E8">
        <w:rPr>
          <w:lang w:val="pt-BR"/>
        </w:rPr>
        <w:t>Rick passou o braço ao redor dos ombros dela, puxando-a para mais perto. "Vamos sair daqui, Nicky. Prometo."</w:t>
      </w:r>
    </w:p>
    <w:p w14:paraId="5859DFDD" w14:textId="77777777" w:rsidR="002355BD" w:rsidRPr="001179E8" w:rsidRDefault="00000000">
      <w:pPr>
        <w:rPr>
          <w:lang w:val="pt-BR"/>
        </w:rPr>
      </w:pPr>
      <w:r w:rsidRPr="001179E8">
        <w:rPr>
          <w:lang w:val="pt-BR"/>
        </w:rPr>
        <w:lastRenderedPageBreak/>
        <w:br/>
      </w:r>
    </w:p>
    <w:p w14:paraId="0AEDFFA0" w14:textId="77777777" w:rsidR="002355BD" w:rsidRPr="001179E8" w:rsidRDefault="00000000">
      <w:pPr>
        <w:rPr>
          <w:lang w:val="pt-BR"/>
        </w:rPr>
      </w:pPr>
      <w:r w:rsidRPr="001179E8">
        <w:rPr>
          <w:lang w:val="pt-BR"/>
        </w:rPr>
        <w:t>Nicole encostou a cabeça no ombro dele, permitindo-se um momento de vulnerabilidade que raramente mostrava aos outros. "Eu sei. Juntos, certo?"</w:t>
      </w:r>
    </w:p>
    <w:p w14:paraId="67744489" w14:textId="77777777" w:rsidR="002355BD" w:rsidRPr="001179E8" w:rsidRDefault="00000000">
      <w:pPr>
        <w:rPr>
          <w:lang w:val="pt-BR"/>
        </w:rPr>
      </w:pPr>
      <w:r w:rsidRPr="001179E8">
        <w:rPr>
          <w:lang w:val="pt-BR"/>
        </w:rPr>
        <w:br/>
      </w:r>
    </w:p>
    <w:p w14:paraId="72762A70" w14:textId="77777777" w:rsidR="002355BD" w:rsidRPr="001179E8" w:rsidRDefault="00000000">
      <w:pPr>
        <w:rPr>
          <w:lang w:val="pt-BR"/>
        </w:rPr>
      </w:pPr>
      <w:r w:rsidRPr="001179E8">
        <w:rPr>
          <w:lang w:val="pt-BR"/>
        </w:rPr>
        <w:t>"Sempre juntos," confirmou ele, beijando o topo de sua cabeça.</w:t>
      </w:r>
    </w:p>
    <w:p w14:paraId="3A46EF64" w14:textId="77777777" w:rsidR="002355BD" w:rsidRPr="001179E8" w:rsidRDefault="00000000">
      <w:pPr>
        <w:rPr>
          <w:lang w:val="pt-BR"/>
        </w:rPr>
      </w:pPr>
      <w:r w:rsidRPr="001179E8">
        <w:rPr>
          <w:lang w:val="pt-BR"/>
        </w:rPr>
        <w:br/>
      </w:r>
    </w:p>
    <w:p w14:paraId="4E5AADF6" w14:textId="77777777" w:rsidR="002355BD" w:rsidRPr="001179E8" w:rsidRDefault="00000000">
      <w:pPr>
        <w:rPr>
          <w:lang w:val="pt-BR"/>
        </w:rPr>
      </w:pPr>
      <w:r w:rsidRPr="001179E8">
        <w:rPr>
          <w:lang w:val="pt-BR"/>
        </w:rPr>
        <w:t>O cansaço finalmente os alcançou. Nicole sentiu suas pálpebras pesando, seu corpo metálico parecendo mais pesado que o normal. Ao seu lado, a respiração de Rick já estava ficando mais profunda e regular.</w:t>
      </w:r>
    </w:p>
    <w:p w14:paraId="07D0A005" w14:textId="77777777" w:rsidR="002355BD" w:rsidRPr="001179E8" w:rsidRDefault="00000000">
      <w:pPr>
        <w:rPr>
          <w:lang w:val="pt-BR"/>
        </w:rPr>
      </w:pPr>
      <w:r w:rsidRPr="001179E8">
        <w:rPr>
          <w:lang w:val="pt-BR"/>
        </w:rPr>
        <w:br/>
      </w:r>
    </w:p>
    <w:p w14:paraId="699797A3" w14:textId="77777777" w:rsidR="002355BD" w:rsidRPr="001179E8" w:rsidRDefault="00000000">
      <w:pPr>
        <w:rPr>
          <w:lang w:val="pt-BR"/>
        </w:rPr>
      </w:pPr>
      <w:r w:rsidRPr="001179E8">
        <w:rPr>
          <w:lang w:val="pt-BR"/>
        </w:rPr>
        <w:t>"Deveríamos montar guarda," murmurou ela, lutando contra o sono.</w:t>
      </w:r>
    </w:p>
    <w:p w14:paraId="77A12E6A" w14:textId="77777777" w:rsidR="002355BD" w:rsidRPr="001179E8" w:rsidRDefault="00000000">
      <w:pPr>
        <w:rPr>
          <w:lang w:val="pt-BR"/>
        </w:rPr>
      </w:pPr>
      <w:r w:rsidRPr="001179E8">
        <w:rPr>
          <w:lang w:val="pt-BR"/>
        </w:rPr>
        <w:br/>
      </w:r>
    </w:p>
    <w:p w14:paraId="7D7E8F6A" w14:textId="77777777" w:rsidR="002355BD" w:rsidRPr="001179E8" w:rsidRDefault="00000000">
      <w:pPr>
        <w:rPr>
          <w:lang w:val="pt-BR"/>
        </w:rPr>
      </w:pPr>
      <w:r w:rsidRPr="001179E8">
        <w:rPr>
          <w:lang w:val="pt-BR"/>
        </w:rPr>
        <w:t>"Mmm," respondeu Rick, já meio adormecido. "Você primeiro ou eu?"</w:t>
      </w:r>
    </w:p>
    <w:p w14:paraId="7B50DFE6" w14:textId="77777777" w:rsidR="002355BD" w:rsidRPr="001179E8" w:rsidRDefault="00000000">
      <w:pPr>
        <w:rPr>
          <w:lang w:val="pt-BR"/>
        </w:rPr>
      </w:pPr>
      <w:r w:rsidRPr="001179E8">
        <w:rPr>
          <w:lang w:val="pt-BR"/>
        </w:rPr>
        <w:br/>
      </w:r>
    </w:p>
    <w:p w14:paraId="68AA6746" w14:textId="77777777" w:rsidR="002355BD" w:rsidRPr="001179E8" w:rsidRDefault="00000000">
      <w:pPr>
        <w:rPr>
          <w:lang w:val="pt-BR"/>
        </w:rPr>
      </w:pPr>
      <w:r w:rsidRPr="001179E8">
        <w:rPr>
          <w:lang w:val="pt-BR"/>
        </w:rPr>
        <w:t>Mas antes que pudessem decidir, ambos sucumbiram à exaustão, adormecendo encostados um no outro, o brilho suave do corpo de Nicole a única luz na escuridão da caverna.</w:t>
      </w:r>
    </w:p>
    <w:p w14:paraId="6C48D7D8" w14:textId="77777777" w:rsidR="002355BD" w:rsidRPr="001179E8" w:rsidRDefault="00000000">
      <w:pPr>
        <w:rPr>
          <w:lang w:val="pt-BR"/>
        </w:rPr>
      </w:pPr>
      <w:r w:rsidRPr="001179E8">
        <w:rPr>
          <w:lang w:val="pt-BR"/>
        </w:rPr>
        <w:br/>
      </w:r>
    </w:p>
    <w:p w14:paraId="418D7D7E" w14:textId="77777777" w:rsidR="002355BD" w:rsidRPr="001179E8" w:rsidRDefault="00000000">
      <w:pPr>
        <w:rPr>
          <w:lang w:val="pt-BR"/>
        </w:rPr>
      </w:pPr>
      <w:r w:rsidRPr="001179E8">
        <w:rPr>
          <w:lang w:val="pt-BR"/>
        </w:rPr>
        <w:t>---</w:t>
      </w:r>
    </w:p>
    <w:p w14:paraId="6C1426B5" w14:textId="77777777" w:rsidR="002355BD" w:rsidRPr="001179E8" w:rsidRDefault="00000000">
      <w:pPr>
        <w:rPr>
          <w:lang w:val="pt-BR"/>
        </w:rPr>
      </w:pPr>
      <w:r w:rsidRPr="001179E8">
        <w:rPr>
          <w:lang w:val="pt-BR"/>
        </w:rPr>
        <w:br/>
      </w:r>
    </w:p>
    <w:p w14:paraId="5C1DE916" w14:textId="77777777" w:rsidR="002355BD" w:rsidRPr="001179E8" w:rsidRDefault="00000000">
      <w:pPr>
        <w:rPr>
          <w:lang w:val="pt-BR"/>
        </w:rPr>
      </w:pPr>
      <w:r w:rsidRPr="001179E8">
        <w:rPr>
          <w:lang w:val="pt-BR"/>
        </w:rPr>
        <w:t>Nicole acordou sobressaltada, sem saber quanto tempo havia dormido. Algo a havia despertado – um som, talvez, ou apenas seu subconsciente alertando-a do perigo. Ao seu lado, Rick ainda dormia profundamente, seu rosto relaxado de uma forma que raramente estava quando acordado.</w:t>
      </w:r>
    </w:p>
    <w:p w14:paraId="0283CA3C" w14:textId="77777777" w:rsidR="002355BD" w:rsidRPr="001179E8" w:rsidRDefault="00000000">
      <w:pPr>
        <w:rPr>
          <w:lang w:val="pt-BR"/>
        </w:rPr>
      </w:pPr>
      <w:r w:rsidRPr="001179E8">
        <w:rPr>
          <w:lang w:val="pt-BR"/>
        </w:rPr>
        <w:br/>
      </w:r>
    </w:p>
    <w:p w14:paraId="14F22017" w14:textId="77777777" w:rsidR="002355BD" w:rsidRPr="001179E8" w:rsidRDefault="00000000">
      <w:pPr>
        <w:rPr>
          <w:lang w:val="pt-BR"/>
        </w:rPr>
      </w:pPr>
      <w:r w:rsidRPr="001179E8">
        <w:rPr>
          <w:lang w:val="pt-BR"/>
        </w:rPr>
        <w:lastRenderedPageBreak/>
        <w:t>Ela escutou atentamente, tentando identificar o que a havia acordado. A caverna estava silenciosa, exceto pelo gotejamento constante da nascente. Então, ouviu – um som de arranhão, como garras contra pedra, vindo da entrada do túnel.</w:t>
      </w:r>
    </w:p>
    <w:p w14:paraId="27C5BFFE" w14:textId="77777777" w:rsidR="002355BD" w:rsidRPr="001179E8" w:rsidRDefault="00000000">
      <w:pPr>
        <w:rPr>
          <w:lang w:val="pt-BR"/>
        </w:rPr>
      </w:pPr>
      <w:r w:rsidRPr="001179E8">
        <w:rPr>
          <w:lang w:val="pt-BR"/>
        </w:rPr>
        <w:br/>
      </w:r>
    </w:p>
    <w:p w14:paraId="68632F24" w14:textId="77777777" w:rsidR="002355BD" w:rsidRPr="001179E8" w:rsidRDefault="00000000">
      <w:pPr>
        <w:rPr>
          <w:lang w:val="pt-BR"/>
        </w:rPr>
      </w:pPr>
      <w:r w:rsidRPr="001179E8">
        <w:rPr>
          <w:lang w:val="pt-BR"/>
        </w:rPr>
        <w:t>Cuidadosamente, para não acordar Rick, Nicole se levantou e se moveu silenciosamente em direção à entrada da caverna. Diminuiu o brilho de seu corpo ao mínimo, não querendo chamar atenção.</w:t>
      </w:r>
    </w:p>
    <w:p w14:paraId="401456F0" w14:textId="77777777" w:rsidR="002355BD" w:rsidRPr="001179E8" w:rsidRDefault="00000000">
      <w:pPr>
        <w:rPr>
          <w:lang w:val="pt-BR"/>
        </w:rPr>
      </w:pPr>
      <w:r w:rsidRPr="001179E8">
        <w:rPr>
          <w:lang w:val="pt-BR"/>
        </w:rPr>
        <w:br/>
      </w:r>
    </w:p>
    <w:p w14:paraId="67580D60" w14:textId="77777777" w:rsidR="002355BD" w:rsidRPr="001179E8" w:rsidRDefault="00000000">
      <w:pPr>
        <w:rPr>
          <w:lang w:val="pt-BR"/>
        </w:rPr>
      </w:pPr>
      <w:r w:rsidRPr="001179E8">
        <w:rPr>
          <w:lang w:val="pt-BR"/>
        </w:rPr>
        <w:t>Na boca do túnel, viu movimento – uma sombra mais escura que a escuridão ao redor, movendo-se de forma errática. Um dos espectros havia os encontrado.</w:t>
      </w:r>
    </w:p>
    <w:p w14:paraId="38061410" w14:textId="77777777" w:rsidR="002355BD" w:rsidRPr="001179E8" w:rsidRDefault="00000000">
      <w:pPr>
        <w:rPr>
          <w:lang w:val="pt-BR"/>
        </w:rPr>
      </w:pPr>
      <w:r w:rsidRPr="001179E8">
        <w:rPr>
          <w:lang w:val="pt-BR"/>
        </w:rPr>
        <w:br/>
      </w:r>
    </w:p>
    <w:p w14:paraId="5C3C6AC6" w14:textId="77777777" w:rsidR="002355BD" w:rsidRPr="001179E8" w:rsidRDefault="00000000">
      <w:pPr>
        <w:rPr>
          <w:lang w:val="pt-BR"/>
        </w:rPr>
      </w:pPr>
      <w:r w:rsidRPr="001179E8">
        <w:rPr>
          <w:lang w:val="pt-BR"/>
        </w:rPr>
        <w:t>Nicole considerou suas opções. Poderia tentar lutar, mas não sabia quão efetivos seriam seus poderes contra aquelas criaturas. Poderia acordar Rick, mas ele precisava descansar para se recuperar. Ou poderia tentar afastar a criatura, levá-la para longe de seu abrigo temporário.</w:t>
      </w:r>
    </w:p>
    <w:p w14:paraId="14D91A47" w14:textId="77777777" w:rsidR="002355BD" w:rsidRPr="001179E8" w:rsidRDefault="00000000">
      <w:pPr>
        <w:rPr>
          <w:lang w:val="pt-BR"/>
        </w:rPr>
      </w:pPr>
      <w:r w:rsidRPr="001179E8">
        <w:rPr>
          <w:lang w:val="pt-BR"/>
        </w:rPr>
        <w:br/>
      </w:r>
    </w:p>
    <w:p w14:paraId="67D1E24B" w14:textId="77777777" w:rsidR="002355BD" w:rsidRPr="001179E8" w:rsidRDefault="00000000">
      <w:pPr>
        <w:rPr>
          <w:lang w:val="pt-BR"/>
        </w:rPr>
      </w:pPr>
      <w:r w:rsidRPr="001179E8">
        <w:rPr>
          <w:lang w:val="pt-BR"/>
        </w:rPr>
        <w:t>Decidindo-se pela terceira opção, Nicole concentrou-se, permitindo que uma pequena corrente elétrica corresse por seus dedos – o suficiente para ser visível, mas não o bastante para ser um ataque completo. Como esperava, o espectro imediatamente notou a luz e se virou em sua direção.</w:t>
      </w:r>
    </w:p>
    <w:p w14:paraId="79E3428A" w14:textId="77777777" w:rsidR="002355BD" w:rsidRPr="001179E8" w:rsidRDefault="00000000">
      <w:pPr>
        <w:rPr>
          <w:lang w:val="pt-BR"/>
        </w:rPr>
      </w:pPr>
      <w:r w:rsidRPr="001179E8">
        <w:rPr>
          <w:lang w:val="pt-BR"/>
        </w:rPr>
        <w:br/>
      </w:r>
    </w:p>
    <w:p w14:paraId="1E7CAC89" w14:textId="77777777" w:rsidR="002355BD" w:rsidRPr="001179E8" w:rsidRDefault="00000000">
      <w:pPr>
        <w:rPr>
          <w:lang w:val="pt-BR"/>
        </w:rPr>
      </w:pPr>
      <w:r w:rsidRPr="001179E8">
        <w:rPr>
          <w:lang w:val="pt-BR"/>
        </w:rPr>
        <w:t>Nicole recuou lentamente, mantendo a eletricidade dançando entre seus dedos como isca. O espectro a seguiu, movendo-se cautelosamente, como um predador avaliando sua presa.</w:t>
      </w:r>
    </w:p>
    <w:p w14:paraId="2FF3B5BF" w14:textId="77777777" w:rsidR="002355BD" w:rsidRPr="001179E8" w:rsidRDefault="00000000">
      <w:pPr>
        <w:rPr>
          <w:lang w:val="pt-BR"/>
        </w:rPr>
      </w:pPr>
      <w:r w:rsidRPr="001179E8">
        <w:rPr>
          <w:lang w:val="pt-BR"/>
        </w:rPr>
        <w:br/>
      </w:r>
    </w:p>
    <w:p w14:paraId="33904025" w14:textId="77777777" w:rsidR="002355BD" w:rsidRPr="001179E8" w:rsidRDefault="00000000">
      <w:pPr>
        <w:rPr>
          <w:lang w:val="pt-BR"/>
        </w:rPr>
      </w:pPr>
      <w:r w:rsidRPr="001179E8">
        <w:rPr>
          <w:lang w:val="pt-BR"/>
        </w:rPr>
        <w:t>Quando estava a uma distância segura da caverna onde Rick dormia, Nicole subitamente aumentou a intensidade de seu poder, enviando um pulso de eletricidade roxa-azulada em direção ao espectro. A energia atingiu a criatura diretamente, e para sua surpresa, o espectro emitiu um grito agudo de dor antes de se dissolver em uma névoa escura que rapidamente se dispersou no ar.</w:t>
      </w:r>
    </w:p>
    <w:p w14:paraId="3FF9AA87" w14:textId="77777777" w:rsidR="002355BD" w:rsidRPr="001179E8" w:rsidRDefault="00000000">
      <w:pPr>
        <w:rPr>
          <w:lang w:val="pt-BR"/>
        </w:rPr>
      </w:pPr>
      <w:r w:rsidRPr="001179E8">
        <w:rPr>
          <w:lang w:val="pt-BR"/>
        </w:rPr>
        <w:lastRenderedPageBreak/>
        <w:br/>
      </w:r>
    </w:p>
    <w:p w14:paraId="680FC3C6" w14:textId="77777777" w:rsidR="002355BD" w:rsidRPr="001179E8" w:rsidRDefault="00000000">
      <w:pPr>
        <w:rPr>
          <w:lang w:val="pt-BR"/>
        </w:rPr>
      </w:pPr>
      <w:r w:rsidRPr="001179E8">
        <w:rPr>
          <w:lang w:val="pt-BR"/>
        </w:rPr>
        <w:t>"Huh," murmurou Nicole, olhando para suas mãos. "Isso foi mais fácil do que esperava."</w:t>
      </w:r>
    </w:p>
    <w:p w14:paraId="3FD66EC0" w14:textId="77777777" w:rsidR="002355BD" w:rsidRPr="001179E8" w:rsidRDefault="00000000">
      <w:pPr>
        <w:rPr>
          <w:lang w:val="pt-BR"/>
        </w:rPr>
      </w:pPr>
      <w:r w:rsidRPr="001179E8">
        <w:rPr>
          <w:lang w:val="pt-BR"/>
        </w:rPr>
        <w:br/>
      </w:r>
    </w:p>
    <w:p w14:paraId="2063A434" w14:textId="77777777" w:rsidR="002355BD" w:rsidRPr="001179E8" w:rsidRDefault="00000000">
      <w:pPr>
        <w:rPr>
          <w:lang w:val="pt-BR"/>
        </w:rPr>
      </w:pPr>
      <w:r w:rsidRPr="001179E8">
        <w:rPr>
          <w:lang w:val="pt-BR"/>
        </w:rPr>
        <w:t>Mas sua vitória foi curta. O grito do espectro morto ecoou pelas cavernas, e logo ela ouviu respostas – mais gritos, vindos de várias direções. Havia mais deles, e agora sabiam onde ela estava.</w:t>
      </w:r>
    </w:p>
    <w:p w14:paraId="299F1A4F" w14:textId="77777777" w:rsidR="002355BD" w:rsidRPr="001179E8" w:rsidRDefault="00000000">
      <w:pPr>
        <w:rPr>
          <w:lang w:val="pt-BR"/>
        </w:rPr>
      </w:pPr>
      <w:r w:rsidRPr="001179E8">
        <w:rPr>
          <w:lang w:val="pt-BR"/>
        </w:rPr>
        <w:br/>
      </w:r>
    </w:p>
    <w:p w14:paraId="57C1241C" w14:textId="77777777" w:rsidR="002355BD" w:rsidRPr="001179E8" w:rsidRDefault="00000000">
      <w:pPr>
        <w:rPr>
          <w:lang w:val="pt-BR"/>
        </w:rPr>
      </w:pPr>
      <w:r w:rsidRPr="001179E8">
        <w:rPr>
          <w:lang w:val="pt-BR"/>
        </w:rPr>
        <w:t>Nicole correu de volta para a caverna, encontrando Rick já acordado e alerta, em posição defensiva.</w:t>
      </w:r>
    </w:p>
    <w:p w14:paraId="27933717" w14:textId="77777777" w:rsidR="002355BD" w:rsidRPr="001179E8" w:rsidRDefault="00000000">
      <w:pPr>
        <w:rPr>
          <w:lang w:val="pt-BR"/>
        </w:rPr>
      </w:pPr>
      <w:r w:rsidRPr="001179E8">
        <w:rPr>
          <w:lang w:val="pt-BR"/>
        </w:rPr>
        <w:br/>
      </w:r>
    </w:p>
    <w:p w14:paraId="55B53CEE" w14:textId="77777777" w:rsidR="002355BD" w:rsidRPr="001179E8" w:rsidRDefault="00000000">
      <w:pPr>
        <w:rPr>
          <w:lang w:val="pt-BR"/>
        </w:rPr>
      </w:pPr>
      <w:r w:rsidRPr="001179E8">
        <w:rPr>
          <w:lang w:val="pt-BR"/>
        </w:rPr>
        <w:t>"O que aconteceu?" perguntou ele, tenso. "Ouvi um grito."</w:t>
      </w:r>
    </w:p>
    <w:p w14:paraId="24EF4C8E" w14:textId="77777777" w:rsidR="002355BD" w:rsidRPr="001179E8" w:rsidRDefault="00000000">
      <w:pPr>
        <w:rPr>
          <w:lang w:val="pt-BR"/>
        </w:rPr>
      </w:pPr>
      <w:r w:rsidRPr="001179E8">
        <w:rPr>
          <w:lang w:val="pt-BR"/>
        </w:rPr>
        <w:br/>
      </w:r>
    </w:p>
    <w:p w14:paraId="0B58B21D" w14:textId="77777777" w:rsidR="002355BD" w:rsidRPr="001179E8" w:rsidRDefault="00000000">
      <w:pPr>
        <w:rPr>
          <w:lang w:val="pt-BR"/>
        </w:rPr>
      </w:pPr>
      <w:r w:rsidRPr="001179E8">
        <w:rPr>
          <w:lang w:val="pt-BR"/>
        </w:rPr>
        <w:t>"Espectros," respondeu Nicole rapidamente. "Um me encontrou. Eu o destruí, mas acho que alertei os outros."</w:t>
      </w:r>
    </w:p>
    <w:p w14:paraId="64B5C3CC" w14:textId="77777777" w:rsidR="002355BD" w:rsidRPr="001179E8" w:rsidRDefault="00000000">
      <w:pPr>
        <w:rPr>
          <w:lang w:val="pt-BR"/>
        </w:rPr>
      </w:pPr>
      <w:r w:rsidRPr="001179E8">
        <w:rPr>
          <w:lang w:val="pt-BR"/>
        </w:rPr>
        <w:br/>
      </w:r>
    </w:p>
    <w:p w14:paraId="2C254AF8" w14:textId="77777777" w:rsidR="002355BD" w:rsidRPr="001179E8" w:rsidRDefault="00000000">
      <w:pPr>
        <w:rPr>
          <w:lang w:val="pt-BR"/>
        </w:rPr>
      </w:pPr>
      <w:r w:rsidRPr="001179E8">
        <w:rPr>
          <w:lang w:val="pt-BR"/>
        </w:rPr>
        <w:t>"Ótimo," murmurou Rick, seu sarcasmo habitual retornando. "Nada como um comitê de boas-vindas logo pela manhã. Ou noite. Ou seja lá que horas são neste lugar infernal."</w:t>
      </w:r>
    </w:p>
    <w:p w14:paraId="2DB9C81D" w14:textId="77777777" w:rsidR="002355BD" w:rsidRPr="001179E8" w:rsidRDefault="00000000">
      <w:pPr>
        <w:rPr>
          <w:lang w:val="pt-BR"/>
        </w:rPr>
      </w:pPr>
      <w:r w:rsidRPr="001179E8">
        <w:rPr>
          <w:lang w:val="pt-BR"/>
        </w:rPr>
        <w:br/>
      </w:r>
    </w:p>
    <w:p w14:paraId="4B3EC6F8" w14:textId="77777777" w:rsidR="002355BD" w:rsidRPr="001179E8" w:rsidRDefault="00000000">
      <w:pPr>
        <w:rPr>
          <w:lang w:val="pt-BR"/>
        </w:rPr>
      </w:pPr>
      <w:r w:rsidRPr="001179E8">
        <w:rPr>
          <w:lang w:val="pt-BR"/>
        </w:rPr>
        <w:t>Nicole não pôde evitar um pequeno sorriso, apesar da situação. A capacidade de Rick de encontrar humor mesmo nos momentos mais sombrios era uma das coisas que a atraíra a ele desde o início.</w:t>
      </w:r>
    </w:p>
    <w:p w14:paraId="4263E80B" w14:textId="77777777" w:rsidR="002355BD" w:rsidRPr="001179E8" w:rsidRDefault="00000000">
      <w:pPr>
        <w:rPr>
          <w:lang w:val="pt-BR"/>
        </w:rPr>
      </w:pPr>
      <w:r w:rsidRPr="001179E8">
        <w:rPr>
          <w:lang w:val="pt-BR"/>
        </w:rPr>
        <w:br/>
      </w:r>
    </w:p>
    <w:p w14:paraId="0DC9C092" w14:textId="77777777" w:rsidR="002355BD" w:rsidRPr="001179E8" w:rsidRDefault="00000000">
      <w:pPr>
        <w:rPr>
          <w:lang w:val="pt-BR"/>
        </w:rPr>
      </w:pPr>
      <w:r w:rsidRPr="001179E8">
        <w:rPr>
          <w:lang w:val="pt-BR"/>
        </w:rPr>
        <w:t>"Precisamos sair daqui," disse ela, já recolhendo os poucos pertences que tinham – basicamente, apenas os restos rasgados de suas roupas que haviam usado como bandagens. "Há apenas uma saída, e eles sabem onde estamos."</w:t>
      </w:r>
    </w:p>
    <w:p w14:paraId="0FED5AF6" w14:textId="77777777" w:rsidR="002355BD" w:rsidRPr="001179E8" w:rsidRDefault="00000000">
      <w:pPr>
        <w:rPr>
          <w:lang w:val="pt-BR"/>
        </w:rPr>
      </w:pPr>
      <w:r w:rsidRPr="001179E8">
        <w:rPr>
          <w:lang w:val="pt-BR"/>
        </w:rPr>
        <w:lastRenderedPageBreak/>
        <w:br/>
      </w:r>
    </w:p>
    <w:p w14:paraId="1FC75281" w14:textId="77777777" w:rsidR="002355BD" w:rsidRPr="001179E8" w:rsidRDefault="00000000">
      <w:pPr>
        <w:rPr>
          <w:lang w:val="pt-BR"/>
        </w:rPr>
      </w:pPr>
      <w:r w:rsidRPr="001179E8">
        <w:rPr>
          <w:lang w:val="pt-BR"/>
        </w:rPr>
        <w:t>Rick assentiu, testando seu tornozelo. Parecia melhor após o descanso, embora ainda mancasse ligeiramente. "Para onde vamos?"</w:t>
      </w:r>
    </w:p>
    <w:p w14:paraId="3CB4EF1D" w14:textId="77777777" w:rsidR="002355BD" w:rsidRPr="001179E8" w:rsidRDefault="00000000">
      <w:pPr>
        <w:rPr>
          <w:lang w:val="pt-BR"/>
        </w:rPr>
      </w:pPr>
      <w:r w:rsidRPr="001179E8">
        <w:rPr>
          <w:lang w:val="pt-BR"/>
        </w:rPr>
        <w:br/>
      </w:r>
    </w:p>
    <w:p w14:paraId="0445F39F" w14:textId="77777777" w:rsidR="002355BD" w:rsidRPr="001179E8" w:rsidRDefault="00000000">
      <w:pPr>
        <w:rPr>
          <w:lang w:val="pt-BR"/>
        </w:rPr>
      </w:pPr>
      <w:r w:rsidRPr="001179E8">
        <w:rPr>
          <w:lang w:val="pt-BR"/>
        </w:rPr>
        <w:t>Nicole hesitou. Não tinham um mapa, nenhuma ideia da geografia deste lugar estranho. "Acho que precisamos encontrar um lugar mais seguro, mais defensável. E talvez... algum tipo de civilização? Se é que existe algo assim aqui."</w:t>
      </w:r>
    </w:p>
    <w:p w14:paraId="0A9FC433" w14:textId="77777777" w:rsidR="002355BD" w:rsidRPr="001179E8" w:rsidRDefault="00000000">
      <w:pPr>
        <w:rPr>
          <w:lang w:val="pt-BR"/>
        </w:rPr>
      </w:pPr>
      <w:r w:rsidRPr="001179E8">
        <w:rPr>
          <w:lang w:val="pt-BR"/>
        </w:rPr>
        <w:br/>
      </w:r>
    </w:p>
    <w:p w14:paraId="2E369D2A" w14:textId="77777777" w:rsidR="002355BD" w:rsidRPr="001179E8" w:rsidRDefault="00000000">
      <w:pPr>
        <w:rPr>
          <w:lang w:val="pt-BR"/>
        </w:rPr>
      </w:pPr>
      <w:r w:rsidRPr="001179E8">
        <w:rPr>
          <w:lang w:val="pt-BR"/>
        </w:rPr>
        <w:t>"Civilização no submundo," Rick riu sem humor. "Por que não? Talvez eles tenham um bom café."</w:t>
      </w:r>
    </w:p>
    <w:p w14:paraId="0038166C" w14:textId="77777777" w:rsidR="002355BD" w:rsidRPr="001179E8" w:rsidRDefault="00000000">
      <w:pPr>
        <w:rPr>
          <w:lang w:val="pt-BR"/>
        </w:rPr>
      </w:pPr>
      <w:r w:rsidRPr="001179E8">
        <w:rPr>
          <w:lang w:val="pt-BR"/>
        </w:rPr>
        <w:br/>
      </w:r>
    </w:p>
    <w:p w14:paraId="02C0EFA0" w14:textId="77777777" w:rsidR="002355BD" w:rsidRPr="001179E8" w:rsidRDefault="00000000">
      <w:pPr>
        <w:rPr>
          <w:lang w:val="pt-BR"/>
        </w:rPr>
      </w:pPr>
      <w:r w:rsidRPr="001179E8">
        <w:rPr>
          <w:lang w:val="pt-BR"/>
        </w:rPr>
        <w:t>Eles encheram uma pequena bolsa improvisada com água da nascente, usando um pedaço de tecido encharcado e torcido. Não era muito, mas teria que ser suficiente até encontrarem outra fonte.</w:t>
      </w:r>
    </w:p>
    <w:p w14:paraId="3EB57E0E" w14:textId="77777777" w:rsidR="002355BD" w:rsidRPr="001179E8" w:rsidRDefault="00000000">
      <w:pPr>
        <w:rPr>
          <w:lang w:val="pt-BR"/>
        </w:rPr>
      </w:pPr>
      <w:r w:rsidRPr="001179E8">
        <w:rPr>
          <w:lang w:val="pt-BR"/>
        </w:rPr>
        <w:br/>
      </w:r>
    </w:p>
    <w:p w14:paraId="53B1B863" w14:textId="77777777" w:rsidR="002355BD" w:rsidRPr="001179E8" w:rsidRDefault="00000000">
      <w:pPr>
        <w:rPr>
          <w:lang w:val="pt-BR"/>
        </w:rPr>
      </w:pPr>
      <w:r w:rsidRPr="001179E8">
        <w:rPr>
          <w:lang w:val="pt-BR"/>
        </w:rPr>
        <w:t>Os gritos dos espectros estavam ficando mais próximos quando eles finalmente deixaram a segurança relativa da caverna, aventurando-se mais fundo no labirinto de túneis. Nicole ia à frente novamente, seu corpo brilhando o suficiente para iluminar o caminho, mas não tanto que pudesse ser visto à distância.</w:t>
      </w:r>
    </w:p>
    <w:p w14:paraId="63FB9BA8" w14:textId="77777777" w:rsidR="002355BD" w:rsidRPr="001179E8" w:rsidRDefault="00000000">
      <w:pPr>
        <w:rPr>
          <w:lang w:val="pt-BR"/>
        </w:rPr>
      </w:pPr>
      <w:r w:rsidRPr="001179E8">
        <w:rPr>
          <w:lang w:val="pt-BR"/>
        </w:rPr>
        <w:br/>
      </w:r>
    </w:p>
    <w:p w14:paraId="468F793D" w14:textId="77777777" w:rsidR="002355BD" w:rsidRPr="001179E8" w:rsidRDefault="00000000">
      <w:pPr>
        <w:rPr>
          <w:lang w:val="pt-BR"/>
        </w:rPr>
      </w:pPr>
      <w:r w:rsidRPr="001179E8">
        <w:rPr>
          <w:lang w:val="pt-BR"/>
        </w:rPr>
        <w:t>Os túneis pareciam intermináveis, ramificando-se e reconectando-se em padrões que desafiavam a lógica. Várias vezes, Nicole teve certeza de que estavam andando em círculos, apenas para o túnel subitamente se abrir em uma caverna que nunca haviam visto antes.</w:t>
      </w:r>
    </w:p>
    <w:p w14:paraId="092AE0A5" w14:textId="77777777" w:rsidR="002355BD" w:rsidRPr="001179E8" w:rsidRDefault="00000000">
      <w:pPr>
        <w:rPr>
          <w:lang w:val="pt-BR"/>
        </w:rPr>
      </w:pPr>
      <w:r w:rsidRPr="001179E8">
        <w:rPr>
          <w:lang w:val="pt-BR"/>
        </w:rPr>
        <w:br/>
      </w:r>
    </w:p>
    <w:p w14:paraId="4CF8D85B" w14:textId="77777777" w:rsidR="002355BD" w:rsidRPr="001179E8" w:rsidRDefault="00000000">
      <w:pPr>
        <w:rPr>
          <w:lang w:val="pt-BR"/>
        </w:rPr>
      </w:pPr>
      <w:r w:rsidRPr="001179E8">
        <w:rPr>
          <w:lang w:val="pt-BR"/>
        </w:rPr>
        <w:t>"Este lugar não faz sentido," murmurou Rick após várias horas de caminhada. "É como se a geografia estivesse... mudando."</w:t>
      </w:r>
    </w:p>
    <w:p w14:paraId="019100AA" w14:textId="77777777" w:rsidR="002355BD" w:rsidRPr="001179E8" w:rsidRDefault="00000000">
      <w:pPr>
        <w:rPr>
          <w:lang w:val="pt-BR"/>
        </w:rPr>
      </w:pPr>
      <w:r w:rsidRPr="001179E8">
        <w:rPr>
          <w:lang w:val="pt-BR"/>
        </w:rPr>
        <w:lastRenderedPageBreak/>
        <w:br/>
      </w:r>
    </w:p>
    <w:p w14:paraId="32D338EC" w14:textId="77777777" w:rsidR="002355BD" w:rsidRPr="001179E8" w:rsidRDefault="00000000">
      <w:pPr>
        <w:rPr>
          <w:lang w:val="pt-BR"/>
        </w:rPr>
      </w:pPr>
      <w:r w:rsidRPr="001179E8">
        <w:rPr>
          <w:lang w:val="pt-BR"/>
        </w:rPr>
        <w:t>"Talvez esteja," respondeu Nicole. "Estamos em outra dimensão. As regras podem ser diferentes aqui."</w:t>
      </w:r>
    </w:p>
    <w:p w14:paraId="6C3B944B" w14:textId="77777777" w:rsidR="002355BD" w:rsidRPr="001179E8" w:rsidRDefault="00000000">
      <w:pPr>
        <w:rPr>
          <w:lang w:val="pt-BR"/>
        </w:rPr>
      </w:pPr>
      <w:r w:rsidRPr="001179E8">
        <w:rPr>
          <w:lang w:val="pt-BR"/>
        </w:rPr>
        <w:br/>
      </w:r>
    </w:p>
    <w:p w14:paraId="44B4EF6E" w14:textId="77777777" w:rsidR="002355BD" w:rsidRPr="001179E8" w:rsidRDefault="00000000">
      <w:pPr>
        <w:rPr>
          <w:lang w:val="pt-BR"/>
        </w:rPr>
      </w:pPr>
      <w:r w:rsidRPr="001179E8">
        <w:rPr>
          <w:lang w:val="pt-BR"/>
        </w:rPr>
        <w:t>Eles pararam brevemente para descansar e beber um pouco da água que haviam trazido. Rick se sentou em uma rocha, massageando o tornozelo dolorido.</w:t>
      </w:r>
    </w:p>
    <w:p w14:paraId="6C5219A9" w14:textId="77777777" w:rsidR="002355BD" w:rsidRPr="001179E8" w:rsidRDefault="00000000">
      <w:pPr>
        <w:rPr>
          <w:lang w:val="pt-BR"/>
        </w:rPr>
      </w:pPr>
      <w:r w:rsidRPr="001179E8">
        <w:rPr>
          <w:lang w:val="pt-BR"/>
        </w:rPr>
        <w:br/>
      </w:r>
    </w:p>
    <w:p w14:paraId="24AF6C45" w14:textId="77777777" w:rsidR="002355BD" w:rsidRPr="001179E8" w:rsidRDefault="00000000">
      <w:pPr>
        <w:rPr>
          <w:lang w:val="pt-BR"/>
        </w:rPr>
      </w:pPr>
      <w:r w:rsidRPr="001179E8">
        <w:rPr>
          <w:lang w:val="pt-BR"/>
        </w:rPr>
        <w:t>"Como está?" perguntou Nicole, indicando o ferimento.</w:t>
      </w:r>
    </w:p>
    <w:p w14:paraId="78D960EA" w14:textId="77777777" w:rsidR="002355BD" w:rsidRPr="001179E8" w:rsidRDefault="00000000">
      <w:pPr>
        <w:rPr>
          <w:lang w:val="pt-BR"/>
        </w:rPr>
      </w:pPr>
      <w:r w:rsidRPr="001179E8">
        <w:rPr>
          <w:lang w:val="pt-BR"/>
        </w:rPr>
        <w:br/>
      </w:r>
    </w:p>
    <w:p w14:paraId="4667E6A5" w14:textId="77777777" w:rsidR="002355BD" w:rsidRPr="001179E8" w:rsidRDefault="00000000">
      <w:pPr>
        <w:rPr>
          <w:lang w:val="pt-BR"/>
        </w:rPr>
      </w:pPr>
      <w:r w:rsidRPr="001179E8">
        <w:rPr>
          <w:lang w:val="pt-BR"/>
        </w:rPr>
        <w:t>"Já tive dias melhores," admitiu ele. "Mas vou sobreviver." Ele olhou para ela, seus olhos escuros sérios de uma forma que raramente eram. "E você? Como está se sentindo?"</w:t>
      </w:r>
    </w:p>
    <w:p w14:paraId="1B0828AD" w14:textId="77777777" w:rsidR="002355BD" w:rsidRPr="001179E8" w:rsidRDefault="00000000">
      <w:pPr>
        <w:rPr>
          <w:lang w:val="pt-BR"/>
        </w:rPr>
      </w:pPr>
      <w:r w:rsidRPr="001179E8">
        <w:rPr>
          <w:lang w:val="pt-BR"/>
        </w:rPr>
        <w:br/>
      </w:r>
    </w:p>
    <w:p w14:paraId="230D3B6F" w14:textId="77777777" w:rsidR="002355BD" w:rsidRPr="001179E8" w:rsidRDefault="00000000">
      <w:pPr>
        <w:rPr>
          <w:lang w:val="pt-BR"/>
        </w:rPr>
      </w:pPr>
      <w:r w:rsidRPr="001179E8">
        <w:rPr>
          <w:lang w:val="pt-BR"/>
        </w:rPr>
        <w:t>Nicole considerou a pergunta. Fisicamente, estava cansada, mas seu corpo metálico era resistente. Mentalmente, porém... "Estou preocupada," admitiu. "Não apenas com nossa situação, mas com o que isso significa. Rox veio do submundo, transformado e corrompido. E se... e se o mesmo acontecer conosco?"</w:t>
      </w:r>
    </w:p>
    <w:p w14:paraId="4DADC8D8" w14:textId="77777777" w:rsidR="002355BD" w:rsidRPr="001179E8" w:rsidRDefault="00000000">
      <w:pPr>
        <w:rPr>
          <w:lang w:val="pt-BR"/>
        </w:rPr>
      </w:pPr>
      <w:r w:rsidRPr="001179E8">
        <w:rPr>
          <w:lang w:val="pt-BR"/>
        </w:rPr>
        <w:br/>
      </w:r>
    </w:p>
    <w:p w14:paraId="1EFEF72A" w14:textId="77777777" w:rsidR="002355BD" w:rsidRPr="001179E8" w:rsidRDefault="00000000">
      <w:pPr>
        <w:rPr>
          <w:lang w:val="pt-BR"/>
        </w:rPr>
      </w:pPr>
      <w:r w:rsidRPr="001179E8">
        <w:rPr>
          <w:lang w:val="pt-BR"/>
        </w:rPr>
        <w:t>Era um medo que ela não havia expressado até então, mas que estivera crescendo desde que perceberam onde estavam. O submundo era um lugar de corrupção, de escuridão. Quanto tempo poderiam permanecer ali antes que começasse a afetá-los?</w:t>
      </w:r>
    </w:p>
    <w:p w14:paraId="365CC0ED" w14:textId="77777777" w:rsidR="002355BD" w:rsidRPr="001179E8" w:rsidRDefault="00000000">
      <w:pPr>
        <w:rPr>
          <w:lang w:val="pt-BR"/>
        </w:rPr>
      </w:pPr>
      <w:r w:rsidRPr="001179E8">
        <w:rPr>
          <w:lang w:val="pt-BR"/>
        </w:rPr>
        <w:br/>
      </w:r>
    </w:p>
    <w:p w14:paraId="1F62268E" w14:textId="77777777" w:rsidR="002355BD" w:rsidRPr="001179E8" w:rsidRDefault="00000000">
      <w:pPr>
        <w:rPr>
          <w:lang w:val="pt-BR"/>
        </w:rPr>
      </w:pPr>
      <w:r w:rsidRPr="001179E8">
        <w:rPr>
          <w:lang w:val="pt-BR"/>
        </w:rPr>
        <w:t>Rick pegou sua mão, seus dedos entrelaçando-se com os dela. "Isso não vai acontecer," disse ele com uma convicção que surpreendeu Nicole. "Rox estava sozinho. Nós temos um ao outro. Vamos nos manter ancorados, lembrar quem somos."</w:t>
      </w:r>
    </w:p>
    <w:p w14:paraId="136DE2FD" w14:textId="77777777" w:rsidR="002355BD" w:rsidRPr="001179E8" w:rsidRDefault="00000000">
      <w:pPr>
        <w:rPr>
          <w:lang w:val="pt-BR"/>
        </w:rPr>
      </w:pPr>
      <w:r w:rsidRPr="001179E8">
        <w:rPr>
          <w:lang w:val="pt-BR"/>
        </w:rPr>
        <w:br/>
      </w:r>
    </w:p>
    <w:p w14:paraId="79A9CFBC" w14:textId="77777777" w:rsidR="002355BD" w:rsidRPr="001179E8" w:rsidRDefault="00000000">
      <w:pPr>
        <w:rPr>
          <w:lang w:val="pt-BR"/>
        </w:rPr>
      </w:pPr>
      <w:r w:rsidRPr="001179E8">
        <w:rPr>
          <w:lang w:val="pt-BR"/>
        </w:rPr>
        <w:lastRenderedPageBreak/>
        <w:t>Nicole apertou sua mão, grata por sua presença, por sua força. "Quando foi que você se tornou o otimista da relação?" provocou gentilmente.</w:t>
      </w:r>
    </w:p>
    <w:p w14:paraId="0293589C" w14:textId="77777777" w:rsidR="002355BD" w:rsidRPr="001179E8" w:rsidRDefault="00000000">
      <w:pPr>
        <w:rPr>
          <w:lang w:val="pt-BR"/>
        </w:rPr>
      </w:pPr>
      <w:r w:rsidRPr="001179E8">
        <w:rPr>
          <w:lang w:val="pt-BR"/>
        </w:rPr>
        <w:br/>
      </w:r>
    </w:p>
    <w:p w14:paraId="69BB0F24" w14:textId="77777777" w:rsidR="002355BD" w:rsidRPr="001179E8" w:rsidRDefault="00000000">
      <w:pPr>
        <w:rPr>
          <w:lang w:val="pt-BR"/>
        </w:rPr>
      </w:pPr>
      <w:r w:rsidRPr="001179E8">
        <w:rPr>
          <w:lang w:val="pt-BR"/>
        </w:rPr>
        <w:t>Rick sorriu, aquele sorriso torto que sempre fazia seu coração acelerar. "Alguém tem que ser. Você está muito ocupada sendo a voz da razão."</w:t>
      </w:r>
    </w:p>
    <w:p w14:paraId="4840DA4E" w14:textId="77777777" w:rsidR="002355BD" w:rsidRPr="001179E8" w:rsidRDefault="00000000">
      <w:pPr>
        <w:rPr>
          <w:lang w:val="pt-BR"/>
        </w:rPr>
      </w:pPr>
      <w:r w:rsidRPr="001179E8">
        <w:rPr>
          <w:lang w:val="pt-BR"/>
        </w:rPr>
        <w:br/>
      </w:r>
    </w:p>
    <w:p w14:paraId="7B03C756" w14:textId="77777777" w:rsidR="002355BD" w:rsidRPr="001179E8" w:rsidRDefault="00000000">
      <w:pPr>
        <w:rPr>
          <w:lang w:val="pt-BR"/>
        </w:rPr>
      </w:pPr>
      <w:r w:rsidRPr="001179E8">
        <w:rPr>
          <w:lang w:val="pt-BR"/>
        </w:rPr>
        <w:t>Eles se beijaram brevemente, um momento de conexão e conforto em meio ao caos e à incerteza. Quando se separaram, Nicole notou algo que não havia visto antes – uma luz fraca, diferente do brilho doentio dos cristais, vindo de um túnel lateral que não haviam explorado.</w:t>
      </w:r>
    </w:p>
    <w:p w14:paraId="5B0328C0" w14:textId="77777777" w:rsidR="002355BD" w:rsidRPr="001179E8" w:rsidRDefault="00000000">
      <w:pPr>
        <w:rPr>
          <w:lang w:val="pt-BR"/>
        </w:rPr>
      </w:pPr>
      <w:r w:rsidRPr="001179E8">
        <w:rPr>
          <w:lang w:val="pt-BR"/>
        </w:rPr>
        <w:br/>
      </w:r>
    </w:p>
    <w:p w14:paraId="233F26FE" w14:textId="77777777" w:rsidR="002355BD" w:rsidRPr="001179E8" w:rsidRDefault="00000000">
      <w:pPr>
        <w:rPr>
          <w:lang w:val="pt-BR"/>
        </w:rPr>
      </w:pPr>
      <w:r w:rsidRPr="001179E8">
        <w:rPr>
          <w:lang w:val="pt-BR"/>
        </w:rPr>
        <w:t>"Você está vendo aquilo?" perguntou, apontando.</w:t>
      </w:r>
    </w:p>
    <w:p w14:paraId="48C79E90" w14:textId="77777777" w:rsidR="002355BD" w:rsidRPr="001179E8" w:rsidRDefault="00000000">
      <w:pPr>
        <w:rPr>
          <w:lang w:val="pt-BR"/>
        </w:rPr>
      </w:pPr>
      <w:r w:rsidRPr="001179E8">
        <w:rPr>
          <w:lang w:val="pt-BR"/>
        </w:rPr>
        <w:br/>
      </w:r>
    </w:p>
    <w:p w14:paraId="2D1ACE4F" w14:textId="77777777" w:rsidR="002355BD" w:rsidRPr="001179E8" w:rsidRDefault="00000000">
      <w:pPr>
        <w:rPr>
          <w:lang w:val="pt-BR"/>
        </w:rPr>
      </w:pPr>
      <w:r w:rsidRPr="001179E8">
        <w:rPr>
          <w:lang w:val="pt-BR"/>
        </w:rPr>
        <w:t>Rick seguiu seu olhar. "Parece... luz do dia? Isso é possível aqui?"</w:t>
      </w:r>
    </w:p>
    <w:p w14:paraId="786977ED" w14:textId="77777777" w:rsidR="002355BD" w:rsidRPr="001179E8" w:rsidRDefault="00000000">
      <w:pPr>
        <w:rPr>
          <w:lang w:val="pt-BR"/>
        </w:rPr>
      </w:pPr>
      <w:r w:rsidRPr="001179E8">
        <w:rPr>
          <w:lang w:val="pt-BR"/>
        </w:rPr>
        <w:br/>
      </w:r>
    </w:p>
    <w:p w14:paraId="012AA707" w14:textId="77777777" w:rsidR="002355BD" w:rsidRPr="001179E8" w:rsidRDefault="00000000">
      <w:pPr>
        <w:rPr>
          <w:lang w:val="pt-BR"/>
        </w:rPr>
      </w:pPr>
      <w:r w:rsidRPr="001179E8">
        <w:rPr>
          <w:lang w:val="pt-BR"/>
        </w:rPr>
        <w:t>Cautelosamente, eles se aproximaram do túnel. À medida que avançavam, a luz ficava mais forte, e o ar parecia mudar – tornando-se mais fresco, menos opressivo.</w:t>
      </w:r>
    </w:p>
    <w:p w14:paraId="5C56689F" w14:textId="77777777" w:rsidR="002355BD" w:rsidRPr="001179E8" w:rsidRDefault="00000000">
      <w:pPr>
        <w:rPr>
          <w:lang w:val="pt-BR"/>
        </w:rPr>
      </w:pPr>
      <w:r w:rsidRPr="001179E8">
        <w:rPr>
          <w:lang w:val="pt-BR"/>
        </w:rPr>
        <w:br/>
      </w:r>
    </w:p>
    <w:p w14:paraId="79F874A0" w14:textId="77777777" w:rsidR="002355BD" w:rsidRPr="001179E8" w:rsidRDefault="00000000">
      <w:pPr>
        <w:rPr>
          <w:lang w:val="pt-BR"/>
        </w:rPr>
      </w:pPr>
      <w:r w:rsidRPr="001179E8">
        <w:rPr>
          <w:lang w:val="pt-BR"/>
        </w:rPr>
        <w:t>O túnel fez uma curva acentuada e então, subitamente, terminou. Eles pararam, boquiabertos com o que viram.</w:t>
      </w:r>
    </w:p>
    <w:p w14:paraId="4B9F13C3" w14:textId="77777777" w:rsidR="002355BD" w:rsidRPr="001179E8" w:rsidRDefault="00000000">
      <w:pPr>
        <w:rPr>
          <w:lang w:val="pt-BR"/>
        </w:rPr>
      </w:pPr>
      <w:r w:rsidRPr="001179E8">
        <w:rPr>
          <w:lang w:val="pt-BR"/>
        </w:rPr>
        <w:br/>
      </w:r>
    </w:p>
    <w:p w14:paraId="30C60093" w14:textId="77777777" w:rsidR="002355BD" w:rsidRPr="001179E8" w:rsidRDefault="00000000">
      <w:pPr>
        <w:rPr>
          <w:lang w:val="pt-BR"/>
        </w:rPr>
      </w:pPr>
      <w:r w:rsidRPr="001179E8">
        <w:rPr>
          <w:lang w:val="pt-BR"/>
        </w:rPr>
        <w:t>Diante deles se estendia uma vasta paisagem alienígena – um céu vermelho-sangue sem sol visível, iluminando um terreno rochoso e desolado que se estendia até o horizonte. Formações rochosas bizarras se projetavam do solo como dedos retorcidos, e ao longe, montanhas de formas impossíveis rasgavam o céu. O ar era mais respirável que nas cavernas, mas carregava um cheiro metálico que lembrava sangue.</w:t>
      </w:r>
    </w:p>
    <w:p w14:paraId="3710CDFC" w14:textId="77777777" w:rsidR="002355BD" w:rsidRPr="001179E8" w:rsidRDefault="00000000">
      <w:pPr>
        <w:rPr>
          <w:lang w:val="pt-BR"/>
        </w:rPr>
      </w:pPr>
      <w:r w:rsidRPr="001179E8">
        <w:rPr>
          <w:lang w:val="pt-BR"/>
        </w:rPr>
        <w:lastRenderedPageBreak/>
        <w:br/>
      </w:r>
    </w:p>
    <w:p w14:paraId="1ABB1A6F" w14:textId="77777777" w:rsidR="002355BD" w:rsidRPr="001179E8" w:rsidRDefault="00000000">
      <w:pPr>
        <w:rPr>
          <w:lang w:val="pt-BR"/>
        </w:rPr>
      </w:pPr>
      <w:r w:rsidRPr="001179E8">
        <w:rPr>
          <w:lang w:val="pt-BR"/>
        </w:rPr>
        <w:t>"Acho que encontramos a saída," murmurou Rick, dando um passo hesitante para fora da caverna.</w:t>
      </w:r>
    </w:p>
    <w:p w14:paraId="16F1DEA8" w14:textId="77777777" w:rsidR="002355BD" w:rsidRPr="001179E8" w:rsidRDefault="00000000">
      <w:pPr>
        <w:rPr>
          <w:lang w:val="pt-BR"/>
        </w:rPr>
      </w:pPr>
      <w:r w:rsidRPr="001179E8">
        <w:rPr>
          <w:lang w:val="pt-BR"/>
        </w:rPr>
        <w:br/>
      </w:r>
    </w:p>
    <w:p w14:paraId="57F78DB3" w14:textId="77777777" w:rsidR="002355BD" w:rsidRPr="001179E8" w:rsidRDefault="00000000">
      <w:pPr>
        <w:rPr>
          <w:lang w:val="pt-BR"/>
        </w:rPr>
      </w:pPr>
      <w:r w:rsidRPr="001179E8">
        <w:rPr>
          <w:lang w:val="pt-BR"/>
        </w:rPr>
        <w:t>Nicole o seguiu, seus olhos tentando absorver a vastidão estranha diante deles. "Não sei se isso é melhor ou pior que as cavernas."</w:t>
      </w:r>
    </w:p>
    <w:p w14:paraId="4F03EE7C" w14:textId="77777777" w:rsidR="002355BD" w:rsidRPr="001179E8" w:rsidRDefault="00000000">
      <w:pPr>
        <w:rPr>
          <w:lang w:val="pt-BR"/>
        </w:rPr>
      </w:pPr>
      <w:r w:rsidRPr="001179E8">
        <w:rPr>
          <w:lang w:val="pt-BR"/>
        </w:rPr>
        <w:br/>
      </w:r>
    </w:p>
    <w:p w14:paraId="64E0D872" w14:textId="77777777" w:rsidR="002355BD" w:rsidRPr="001179E8" w:rsidRDefault="00000000">
      <w:pPr>
        <w:rPr>
          <w:lang w:val="pt-BR"/>
        </w:rPr>
      </w:pPr>
      <w:r w:rsidRPr="001179E8">
        <w:rPr>
          <w:lang w:val="pt-BR"/>
        </w:rPr>
        <w:t>"Pelo menos podemos ver o que está vindo," observou Rick. "E há mais espaço para correr."</w:t>
      </w:r>
    </w:p>
    <w:p w14:paraId="20DC7F9B" w14:textId="77777777" w:rsidR="002355BD" w:rsidRPr="001179E8" w:rsidRDefault="00000000">
      <w:pPr>
        <w:rPr>
          <w:lang w:val="pt-BR"/>
        </w:rPr>
      </w:pPr>
      <w:r w:rsidRPr="001179E8">
        <w:rPr>
          <w:lang w:val="pt-BR"/>
        </w:rPr>
        <w:br/>
      </w:r>
    </w:p>
    <w:p w14:paraId="46183041" w14:textId="77777777" w:rsidR="002355BD" w:rsidRPr="001179E8" w:rsidRDefault="00000000">
      <w:pPr>
        <w:rPr>
          <w:lang w:val="pt-BR"/>
        </w:rPr>
      </w:pPr>
      <w:r w:rsidRPr="001179E8">
        <w:rPr>
          <w:lang w:val="pt-BR"/>
        </w:rPr>
        <w:t>Eles avançaram cautelosamente pelo terreno acidentado. O solo era duro e seco, coberto por uma fina camada de poeira vermelha que se erguia em pequenas nuvens a cada passo. Não havia vegetação visível, nenhum sinal de água ou vida.</w:t>
      </w:r>
    </w:p>
    <w:p w14:paraId="29000A60" w14:textId="77777777" w:rsidR="002355BD" w:rsidRPr="001179E8" w:rsidRDefault="00000000">
      <w:pPr>
        <w:rPr>
          <w:lang w:val="pt-BR"/>
        </w:rPr>
      </w:pPr>
      <w:r w:rsidRPr="001179E8">
        <w:rPr>
          <w:lang w:val="pt-BR"/>
        </w:rPr>
        <w:br/>
      </w:r>
    </w:p>
    <w:p w14:paraId="019AD9C6" w14:textId="77777777" w:rsidR="002355BD" w:rsidRPr="001179E8" w:rsidRDefault="00000000">
      <w:pPr>
        <w:rPr>
          <w:lang w:val="pt-BR"/>
        </w:rPr>
      </w:pPr>
      <w:r w:rsidRPr="001179E8">
        <w:rPr>
          <w:lang w:val="pt-BR"/>
        </w:rPr>
        <w:t>Após caminharem por cerca de uma hora, Nicole notou algo no horizonte – estruturas que pareciam artificiais, não formações naturais. Apontou, chamando a atenção de Rick.</w:t>
      </w:r>
    </w:p>
    <w:p w14:paraId="2CA12CB0" w14:textId="77777777" w:rsidR="002355BD" w:rsidRPr="001179E8" w:rsidRDefault="00000000">
      <w:pPr>
        <w:rPr>
          <w:lang w:val="pt-BR"/>
        </w:rPr>
      </w:pPr>
      <w:r w:rsidRPr="001179E8">
        <w:rPr>
          <w:lang w:val="pt-BR"/>
        </w:rPr>
        <w:br/>
      </w:r>
    </w:p>
    <w:p w14:paraId="3E3C38C6" w14:textId="77777777" w:rsidR="002355BD" w:rsidRPr="001179E8" w:rsidRDefault="00000000">
      <w:pPr>
        <w:rPr>
          <w:lang w:val="pt-BR"/>
        </w:rPr>
      </w:pPr>
      <w:r w:rsidRPr="001179E8">
        <w:rPr>
          <w:lang w:val="pt-BR"/>
        </w:rPr>
        <w:t>"Aquilo parece... construído," disse ela. "Talvez ruínas?"</w:t>
      </w:r>
    </w:p>
    <w:p w14:paraId="275AEB4C" w14:textId="77777777" w:rsidR="002355BD" w:rsidRPr="001179E8" w:rsidRDefault="00000000">
      <w:pPr>
        <w:rPr>
          <w:lang w:val="pt-BR"/>
        </w:rPr>
      </w:pPr>
      <w:r w:rsidRPr="001179E8">
        <w:rPr>
          <w:lang w:val="pt-BR"/>
        </w:rPr>
        <w:br/>
      </w:r>
    </w:p>
    <w:p w14:paraId="660178DB" w14:textId="77777777" w:rsidR="002355BD" w:rsidRPr="001179E8" w:rsidRDefault="00000000">
      <w:pPr>
        <w:rPr>
          <w:lang w:val="pt-BR"/>
        </w:rPr>
      </w:pPr>
      <w:r w:rsidRPr="001179E8">
        <w:rPr>
          <w:lang w:val="pt-BR"/>
        </w:rPr>
        <w:t>Rick estreitou os olhos, tentando enxergar melhor. "Ou talvez um abrigo. Vale a pena verificar, de qualquer forma."</w:t>
      </w:r>
    </w:p>
    <w:p w14:paraId="618656E1" w14:textId="77777777" w:rsidR="002355BD" w:rsidRPr="001179E8" w:rsidRDefault="00000000">
      <w:pPr>
        <w:rPr>
          <w:lang w:val="pt-BR"/>
        </w:rPr>
      </w:pPr>
      <w:r w:rsidRPr="001179E8">
        <w:rPr>
          <w:lang w:val="pt-BR"/>
        </w:rPr>
        <w:br/>
      </w:r>
    </w:p>
    <w:p w14:paraId="79BFD019" w14:textId="77777777" w:rsidR="002355BD" w:rsidRPr="001179E8" w:rsidRDefault="00000000">
      <w:pPr>
        <w:rPr>
          <w:lang w:val="pt-BR"/>
        </w:rPr>
      </w:pPr>
      <w:r w:rsidRPr="001179E8">
        <w:rPr>
          <w:lang w:val="pt-BR"/>
        </w:rPr>
        <w:t>Eles ajustaram seu curso em direção às estruturas distantes. À medida que se aproximavam, ficava claro que eram de fato ruínas – os restos do que um dia deve ter sido uma cidade ou fortaleza, agora reduzida a paredes quebradas e torres parcialmente desmoronadas.</w:t>
      </w:r>
    </w:p>
    <w:p w14:paraId="4E9F5188" w14:textId="77777777" w:rsidR="002355BD" w:rsidRPr="001179E8" w:rsidRDefault="00000000">
      <w:pPr>
        <w:rPr>
          <w:lang w:val="pt-BR"/>
        </w:rPr>
      </w:pPr>
      <w:r w:rsidRPr="001179E8">
        <w:rPr>
          <w:lang w:val="pt-BR"/>
        </w:rPr>
        <w:lastRenderedPageBreak/>
        <w:br/>
      </w:r>
    </w:p>
    <w:p w14:paraId="5107B163" w14:textId="77777777" w:rsidR="002355BD" w:rsidRPr="001179E8" w:rsidRDefault="00000000">
      <w:pPr>
        <w:rPr>
          <w:lang w:val="pt-BR"/>
        </w:rPr>
      </w:pPr>
      <w:r w:rsidRPr="001179E8">
        <w:rPr>
          <w:lang w:val="pt-BR"/>
        </w:rPr>
        <w:t>"Quem você acha que construiu isso?" perguntou Rick enquanto entravam no perímetro das ruínas.</w:t>
      </w:r>
    </w:p>
    <w:p w14:paraId="2F2CFAC8" w14:textId="77777777" w:rsidR="002355BD" w:rsidRPr="001179E8" w:rsidRDefault="00000000">
      <w:pPr>
        <w:rPr>
          <w:lang w:val="pt-BR"/>
        </w:rPr>
      </w:pPr>
      <w:r w:rsidRPr="001179E8">
        <w:rPr>
          <w:lang w:val="pt-BR"/>
        </w:rPr>
        <w:br/>
      </w:r>
    </w:p>
    <w:p w14:paraId="6B9D9FFF" w14:textId="77777777" w:rsidR="002355BD" w:rsidRPr="001179E8" w:rsidRDefault="00000000">
      <w:pPr>
        <w:rPr>
          <w:lang w:val="pt-BR"/>
        </w:rPr>
      </w:pPr>
      <w:r w:rsidRPr="001179E8">
        <w:rPr>
          <w:lang w:val="pt-BR"/>
        </w:rPr>
        <w:t>"Não sei," respondeu Nicole, examinando os restos de uma parede. A pedra era estranha – negra como obsidiana, mas com veios vermelhos que pareciam pulsar fracamente, como se estivessem vivos. "Mas seja quem for, não acho que ainda estejam por perto."</w:t>
      </w:r>
    </w:p>
    <w:p w14:paraId="190FF592" w14:textId="77777777" w:rsidR="002355BD" w:rsidRPr="001179E8" w:rsidRDefault="00000000">
      <w:pPr>
        <w:rPr>
          <w:lang w:val="pt-BR"/>
        </w:rPr>
      </w:pPr>
      <w:r w:rsidRPr="001179E8">
        <w:rPr>
          <w:lang w:val="pt-BR"/>
        </w:rPr>
        <w:br/>
      </w:r>
    </w:p>
    <w:p w14:paraId="144CA64D" w14:textId="77777777" w:rsidR="002355BD" w:rsidRPr="001179E8" w:rsidRDefault="00000000">
      <w:pPr>
        <w:rPr>
          <w:lang w:val="pt-BR"/>
        </w:rPr>
      </w:pPr>
      <w:r w:rsidRPr="001179E8">
        <w:rPr>
          <w:lang w:val="pt-BR"/>
        </w:rPr>
        <w:t>As ruínas ofereciam alguma proteção contra o vento que havia começado a soprar, trazendo consigo mais da poeira vermelha. Eles encontraram um edifício parcialmente intacto – o que parecia ter sido um templo ou salão, com colunas maciças sustentando o que restava do teto.</w:t>
      </w:r>
    </w:p>
    <w:p w14:paraId="5B949DA8" w14:textId="77777777" w:rsidR="002355BD" w:rsidRPr="001179E8" w:rsidRDefault="00000000">
      <w:pPr>
        <w:rPr>
          <w:lang w:val="pt-BR"/>
        </w:rPr>
      </w:pPr>
      <w:r w:rsidRPr="001179E8">
        <w:rPr>
          <w:lang w:val="pt-BR"/>
        </w:rPr>
        <w:br/>
      </w:r>
    </w:p>
    <w:p w14:paraId="6F710D05" w14:textId="77777777" w:rsidR="002355BD" w:rsidRPr="001179E8" w:rsidRDefault="00000000">
      <w:pPr>
        <w:rPr>
          <w:lang w:val="pt-BR"/>
        </w:rPr>
      </w:pPr>
      <w:r w:rsidRPr="001179E8">
        <w:rPr>
          <w:lang w:val="pt-BR"/>
        </w:rPr>
        <w:t>"Isso servirá como abrigo por enquanto," decidiu Nicole, inspecionando o interior. Não havia sinais de ocupação recente, nenhum indício de que os espectros ou qualquer outra criatura frequentasse o local.</w:t>
      </w:r>
    </w:p>
    <w:p w14:paraId="5F0D7499" w14:textId="77777777" w:rsidR="002355BD" w:rsidRPr="001179E8" w:rsidRDefault="00000000">
      <w:pPr>
        <w:rPr>
          <w:lang w:val="pt-BR"/>
        </w:rPr>
      </w:pPr>
      <w:r w:rsidRPr="001179E8">
        <w:rPr>
          <w:lang w:val="pt-BR"/>
        </w:rPr>
        <w:br/>
      </w:r>
    </w:p>
    <w:p w14:paraId="223EEE1F" w14:textId="77777777" w:rsidR="002355BD" w:rsidRPr="001179E8" w:rsidRDefault="00000000">
      <w:pPr>
        <w:rPr>
          <w:lang w:val="pt-BR"/>
        </w:rPr>
      </w:pPr>
      <w:r w:rsidRPr="001179E8">
        <w:rPr>
          <w:lang w:val="pt-BR"/>
        </w:rPr>
        <w:t>Rick assentiu, deixando-se cair em um banco de pedra com um suspiro de alívio. "Ótimo. Porque acho que meu tornozelo não aguentaria muito mais hoje."</w:t>
      </w:r>
    </w:p>
    <w:p w14:paraId="6341DB40" w14:textId="77777777" w:rsidR="002355BD" w:rsidRPr="001179E8" w:rsidRDefault="00000000">
      <w:pPr>
        <w:rPr>
          <w:lang w:val="pt-BR"/>
        </w:rPr>
      </w:pPr>
      <w:r w:rsidRPr="001179E8">
        <w:rPr>
          <w:lang w:val="pt-BR"/>
        </w:rPr>
        <w:br/>
      </w:r>
    </w:p>
    <w:p w14:paraId="708504BB" w14:textId="77777777" w:rsidR="002355BD" w:rsidRPr="001179E8" w:rsidRDefault="00000000">
      <w:pPr>
        <w:rPr>
          <w:lang w:val="pt-BR"/>
        </w:rPr>
      </w:pPr>
      <w:r w:rsidRPr="001179E8">
        <w:rPr>
          <w:lang w:val="pt-BR"/>
        </w:rPr>
        <w:t>Nicole se sentou ao lado dele, permitindo-se relaxar um pouco pela primeira vez desde que acordaram naquele mundo estranho. "Precisamos de um plano," disse ela após um momento. "Não podemos simplesmente vagar sem rumo."</w:t>
      </w:r>
    </w:p>
    <w:p w14:paraId="3A137C03" w14:textId="77777777" w:rsidR="002355BD" w:rsidRPr="001179E8" w:rsidRDefault="00000000">
      <w:pPr>
        <w:rPr>
          <w:lang w:val="pt-BR"/>
        </w:rPr>
      </w:pPr>
      <w:r w:rsidRPr="001179E8">
        <w:rPr>
          <w:lang w:val="pt-BR"/>
        </w:rPr>
        <w:br/>
      </w:r>
    </w:p>
    <w:p w14:paraId="18893F28" w14:textId="77777777" w:rsidR="002355BD" w:rsidRPr="001179E8" w:rsidRDefault="00000000">
      <w:pPr>
        <w:rPr>
          <w:lang w:val="pt-BR"/>
        </w:rPr>
      </w:pPr>
      <w:r w:rsidRPr="001179E8">
        <w:rPr>
          <w:lang w:val="pt-BR"/>
        </w:rPr>
        <w:t>"Qual é a alternativa?" perguntou Rick. "Não é como se tivéssemos um mapa do submundo ou soubéssemos como voltar para casa."</w:t>
      </w:r>
    </w:p>
    <w:p w14:paraId="6448A09E" w14:textId="77777777" w:rsidR="002355BD" w:rsidRPr="001179E8" w:rsidRDefault="00000000">
      <w:pPr>
        <w:rPr>
          <w:lang w:val="pt-BR"/>
        </w:rPr>
      </w:pPr>
      <w:r w:rsidRPr="001179E8">
        <w:rPr>
          <w:lang w:val="pt-BR"/>
        </w:rPr>
        <w:lastRenderedPageBreak/>
        <w:br/>
      </w:r>
    </w:p>
    <w:p w14:paraId="5146CB5A" w14:textId="77777777" w:rsidR="002355BD" w:rsidRPr="001179E8" w:rsidRDefault="00000000">
      <w:pPr>
        <w:rPr>
          <w:lang w:val="pt-BR"/>
        </w:rPr>
      </w:pPr>
      <w:r w:rsidRPr="001179E8">
        <w:rPr>
          <w:lang w:val="pt-BR"/>
        </w:rPr>
        <w:t>"Talvez não precisemos saber como voltar," sugeriu Nicole, uma ideia começando a se formar. "Talvez só precisemos enviar um sinal, algo que a G.R.A.I.A. possa detectar."</w:t>
      </w:r>
    </w:p>
    <w:p w14:paraId="23F42280" w14:textId="77777777" w:rsidR="002355BD" w:rsidRPr="001179E8" w:rsidRDefault="00000000">
      <w:pPr>
        <w:rPr>
          <w:lang w:val="pt-BR"/>
        </w:rPr>
      </w:pPr>
      <w:r w:rsidRPr="001179E8">
        <w:rPr>
          <w:lang w:val="pt-BR"/>
        </w:rPr>
        <w:br/>
      </w:r>
    </w:p>
    <w:p w14:paraId="67DC4411" w14:textId="77777777" w:rsidR="002355BD" w:rsidRPr="001179E8" w:rsidRDefault="00000000">
      <w:pPr>
        <w:rPr>
          <w:lang w:val="pt-BR"/>
        </w:rPr>
      </w:pPr>
      <w:r w:rsidRPr="001179E8">
        <w:rPr>
          <w:lang w:val="pt-BR"/>
        </w:rPr>
        <w:t>Rick a olhou com interesse renovado. "Que tipo de sinal?"</w:t>
      </w:r>
    </w:p>
    <w:p w14:paraId="082C2987" w14:textId="77777777" w:rsidR="002355BD" w:rsidRPr="001179E8" w:rsidRDefault="00000000">
      <w:pPr>
        <w:rPr>
          <w:lang w:val="pt-BR"/>
        </w:rPr>
      </w:pPr>
      <w:r w:rsidRPr="001179E8">
        <w:rPr>
          <w:lang w:val="pt-BR"/>
        </w:rPr>
        <w:br/>
      </w:r>
    </w:p>
    <w:p w14:paraId="2141E25B" w14:textId="77777777" w:rsidR="002355BD" w:rsidRPr="001179E8" w:rsidRDefault="00000000">
      <w:pPr>
        <w:rPr>
          <w:lang w:val="pt-BR"/>
        </w:rPr>
      </w:pPr>
      <w:r w:rsidRPr="001179E8">
        <w:rPr>
          <w:lang w:val="pt-BR"/>
        </w:rPr>
        <w:t>"Não tenho certeza ainda," admitiu ela. "Mas meus poderes elétricos... eles são diferentes aqui, mais intensos de certa forma. Se eu pudesse canalizá-los de alguma maneira, criar um pulso de energia grande o suficiente..."</w:t>
      </w:r>
    </w:p>
    <w:p w14:paraId="77958D61" w14:textId="77777777" w:rsidR="002355BD" w:rsidRPr="001179E8" w:rsidRDefault="00000000">
      <w:pPr>
        <w:rPr>
          <w:lang w:val="pt-BR"/>
        </w:rPr>
      </w:pPr>
      <w:r w:rsidRPr="001179E8">
        <w:rPr>
          <w:lang w:val="pt-BR"/>
        </w:rPr>
        <w:br/>
      </w:r>
    </w:p>
    <w:p w14:paraId="3F5DB7A7" w14:textId="77777777" w:rsidR="002355BD" w:rsidRPr="001179E8" w:rsidRDefault="00000000">
      <w:pPr>
        <w:rPr>
          <w:lang w:val="pt-BR"/>
        </w:rPr>
      </w:pPr>
      <w:r w:rsidRPr="001179E8">
        <w:rPr>
          <w:lang w:val="pt-BR"/>
        </w:rPr>
        <w:t>"Isso poderia funcionar," concordou Rick, animando-se. "E eu poderia usar minha manipulação cinética para amplificar o sinal, criar uma espécie de onda de choque dimensional."</w:t>
      </w:r>
    </w:p>
    <w:p w14:paraId="095B4D6D" w14:textId="77777777" w:rsidR="002355BD" w:rsidRPr="001179E8" w:rsidRDefault="00000000">
      <w:pPr>
        <w:rPr>
          <w:lang w:val="pt-BR"/>
        </w:rPr>
      </w:pPr>
      <w:r w:rsidRPr="001179E8">
        <w:rPr>
          <w:lang w:val="pt-BR"/>
        </w:rPr>
        <w:br/>
      </w:r>
    </w:p>
    <w:p w14:paraId="0EB5F437" w14:textId="77777777" w:rsidR="002355BD" w:rsidRPr="001179E8" w:rsidRDefault="00000000">
      <w:pPr>
        <w:rPr>
          <w:lang w:val="pt-BR"/>
        </w:rPr>
      </w:pPr>
      <w:r w:rsidRPr="001179E8">
        <w:rPr>
          <w:lang w:val="pt-BR"/>
        </w:rPr>
        <w:t>Era apenas o esboço de um plano, mas era algo a que se agarrar, um propósito além da mera sobrevivência. Nicole sentiu uma centelha de esperança pela primeira vez desde que haviam chegado àquele lugar terrível.</w:t>
      </w:r>
    </w:p>
    <w:p w14:paraId="75669C7F" w14:textId="77777777" w:rsidR="002355BD" w:rsidRPr="001179E8" w:rsidRDefault="00000000">
      <w:pPr>
        <w:rPr>
          <w:lang w:val="pt-BR"/>
        </w:rPr>
      </w:pPr>
      <w:r w:rsidRPr="001179E8">
        <w:rPr>
          <w:lang w:val="pt-BR"/>
        </w:rPr>
        <w:br/>
      </w:r>
    </w:p>
    <w:p w14:paraId="7C8EAF04" w14:textId="77777777" w:rsidR="002355BD" w:rsidRPr="001179E8" w:rsidRDefault="00000000">
      <w:pPr>
        <w:rPr>
          <w:lang w:val="pt-BR"/>
        </w:rPr>
      </w:pPr>
      <w:r w:rsidRPr="001179E8">
        <w:rPr>
          <w:lang w:val="pt-BR"/>
        </w:rPr>
        <w:t>"Vamos descansar um pouco," sugeriu ela. "Recuperar nossas forças. Então podemos explorar mais estas ruínas, ver se encontramos algo útil."</w:t>
      </w:r>
    </w:p>
    <w:p w14:paraId="08DD2877" w14:textId="77777777" w:rsidR="002355BD" w:rsidRPr="001179E8" w:rsidRDefault="00000000">
      <w:pPr>
        <w:rPr>
          <w:lang w:val="pt-BR"/>
        </w:rPr>
      </w:pPr>
      <w:r w:rsidRPr="001179E8">
        <w:rPr>
          <w:lang w:val="pt-BR"/>
        </w:rPr>
        <w:br/>
      </w:r>
    </w:p>
    <w:p w14:paraId="27660206" w14:textId="77777777" w:rsidR="002355BD" w:rsidRPr="001179E8" w:rsidRDefault="00000000">
      <w:pPr>
        <w:rPr>
          <w:lang w:val="pt-BR"/>
        </w:rPr>
      </w:pPr>
      <w:r w:rsidRPr="001179E8">
        <w:rPr>
          <w:lang w:val="pt-BR"/>
        </w:rPr>
        <w:t>Rick assentiu, recostando-se contra uma coluna. "Parece um plano. E Nicky?" Ele pegou sua mão, seus olhos encontrando os dela. "Vamos conseguir. Juntos."</w:t>
      </w:r>
    </w:p>
    <w:p w14:paraId="0F685AC7" w14:textId="77777777" w:rsidR="002355BD" w:rsidRPr="001179E8" w:rsidRDefault="00000000">
      <w:pPr>
        <w:rPr>
          <w:lang w:val="pt-BR"/>
        </w:rPr>
      </w:pPr>
      <w:r w:rsidRPr="001179E8">
        <w:rPr>
          <w:lang w:val="pt-BR"/>
        </w:rPr>
        <w:br/>
      </w:r>
    </w:p>
    <w:p w14:paraId="316F396B" w14:textId="77777777" w:rsidR="002355BD" w:rsidRPr="001179E8" w:rsidRDefault="00000000">
      <w:pPr>
        <w:rPr>
          <w:lang w:val="pt-BR"/>
        </w:rPr>
      </w:pPr>
      <w:r w:rsidRPr="001179E8">
        <w:rPr>
          <w:lang w:val="pt-BR"/>
        </w:rPr>
        <w:t>Nicole sorriu, apertando sua mão. "Juntos," concordou.</w:t>
      </w:r>
    </w:p>
    <w:p w14:paraId="12FA8F65" w14:textId="77777777" w:rsidR="002355BD" w:rsidRPr="001179E8" w:rsidRDefault="00000000">
      <w:pPr>
        <w:rPr>
          <w:lang w:val="pt-BR"/>
        </w:rPr>
      </w:pPr>
      <w:r w:rsidRPr="001179E8">
        <w:rPr>
          <w:lang w:val="pt-BR"/>
        </w:rPr>
        <w:lastRenderedPageBreak/>
        <w:br/>
      </w:r>
    </w:p>
    <w:p w14:paraId="315BE125" w14:textId="77777777" w:rsidR="002355BD" w:rsidRPr="001179E8" w:rsidRDefault="00000000">
      <w:pPr>
        <w:rPr>
          <w:lang w:val="pt-BR"/>
        </w:rPr>
      </w:pPr>
      <w:r w:rsidRPr="001179E8">
        <w:rPr>
          <w:lang w:val="pt-BR"/>
        </w:rPr>
        <w:t>Enquanto o céu vermelho-sangue lentamente escurecia para um púrpura profundo, sinalizando o que eles presumiram ser o anoitecer neste mundo estranho, Nicole e Rick permaneceram lado a lado nas ruínas antigas, encontrando conforto na presença um do outro. O submundo era um lugar de pesadelos, de sombras eternas e perigos desconhecidos. Mas enquanto estivessem juntos, havia esperança.</w:t>
      </w:r>
    </w:p>
    <w:p w14:paraId="2CD91EE9" w14:textId="77777777" w:rsidR="002355BD" w:rsidRPr="001179E8" w:rsidRDefault="00000000">
      <w:pPr>
        <w:rPr>
          <w:lang w:val="pt-BR"/>
        </w:rPr>
      </w:pPr>
      <w:r w:rsidRPr="001179E8">
        <w:rPr>
          <w:lang w:val="pt-BR"/>
        </w:rPr>
        <w:br/>
      </w:r>
    </w:p>
    <w:p w14:paraId="20839BA6" w14:textId="77777777" w:rsidR="002355BD" w:rsidRPr="001179E8" w:rsidRDefault="00000000">
      <w:pPr>
        <w:rPr>
          <w:lang w:val="pt-BR"/>
        </w:rPr>
      </w:pPr>
      <w:r w:rsidRPr="001179E8">
        <w:rPr>
          <w:lang w:val="pt-BR"/>
        </w:rPr>
        <w:t>E no submundo, a esperança era a arma mais poderosa de todas.</w:t>
      </w:r>
    </w:p>
    <w:p w14:paraId="73F70253" w14:textId="77777777" w:rsidR="002355BD" w:rsidRPr="001179E8" w:rsidRDefault="002355BD">
      <w:pPr>
        <w:rPr>
          <w:lang w:val="pt-BR"/>
        </w:rPr>
      </w:pPr>
    </w:p>
    <w:p w14:paraId="66210DE1" w14:textId="77777777" w:rsidR="002355BD" w:rsidRPr="001179E8" w:rsidRDefault="00000000">
      <w:pPr>
        <w:rPr>
          <w:lang w:val="pt-BR"/>
        </w:rPr>
      </w:pPr>
      <w:r w:rsidRPr="001179E8">
        <w:rPr>
          <w:lang w:val="pt-BR"/>
        </w:rPr>
        <w:t>O céu do submundo nunca escurecia completamente. Mesmo durante o que Nicole e Ricardo presumiam ser a noite, um brilho púrpura persistia no horizonte, como se o próprio ar estivesse impregnado de uma luminescência doentia. As estrelas, se é que existiam neste reino, eram invisíveis, substituídas por ocasionais relâmpagos silenciosos que cortavam o firmamento em padrões impossíveis.</w:t>
      </w:r>
    </w:p>
    <w:p w14:paraId="1D1E67F4" w14:textId="77777777" w:rsidR="002355BD" w:rsidRPr="001179E8" w:rsidRDefault="00000000">
      <w:pPr>
        <w:rPr>
          <w:lang w:val="pt-BR"/>
        </w:rPr>
      </w:pPr>
      <w:r w:rsidRPr="001179E8">
        <w:rPr>
          <w:lang w:val="pt-BR"/>
        </w:rPr>
        <w:br/>
      </w:r>
    </w:p>
    <w:p w14:paraId="3286AEBE" w14:textId="77777777" w:rsidR="002355BD" w:rsidRPr="001179E8" w:rsidRDefault="00000000">
      <w:pPr>
        <w:rPr>
          <w:lang w:val="pt-BR"/>
        </w:rPr>
      </w:pPr>
      <w:r w:rsidRPr="001179E8">
        <w:rPr>
          <w:lang w:val="pt-BR"/>
        </w:rPr>
        <w:t>Nicole acordou primeiro, seu corpo metálico refletindo o brilho fraco que entrava pelas janelas quebradas das ruínas. Havia retornado à sua forma humana durante o sono – um hábito inconsciente para conservar energia. Sua pele pálida contrastava com o cabelo preto-azulado que agora caía solto sobre seus ombros, livre da trança funcional que normalmente usava.</w:t>
      </w:r>
    </w:p>
    <w:p w14:paraId="73EA8437" w14:textId="77777777" w:rsidR="002355BD" w:rsidRPr="001179E8" w:rsidRDefault="00000000">
      <w:pPr>
        <w:rPr>
          <w:lang w:val="pt-BR"/>
        </w:rPr>
      </w:pPr>
      <w:r w:rsidRPr="001179E8">
        <w:rPr>
          <w:lang w:val="pt-BR"/>
        </w:rPr>
        <w:br/>
      </w:r>
    </w:p>
    <w:p w14:paraId="06DF1FFB" w14:textId="77777777" w:rsidR="002355BD" w:rsidRPr="001179E8" w:rsidRDefault="00000000">
      <w:pPr>
        <w:rPr>
          <w:lang w:val="pt-BR"/>
        </w:rPr>
      </w:pPr>
      <w:r w:rsidRPr="001179E8">
        <w:rPr>
          <w:lang w:val="pt-BR"/>
        </w:rPr>
        <w:t>Ao seu lado, Ricardo dormia profundamente, um braço jogado sobre o rosto como se tentasse bloquear a luz inexistente. Seu moicano verde-néon estava amassado de um lado, e sua respiração era profunda e regular. Nicole permitiu-se um momento para observá-lo – algo raro em suas vidas agitadas na superfície, onde momentos de tranquilidade eram escassos.</w:t>
      </w:r>
    </w:p>
    <w:p w14:paraId="38DA862C" w14:textId="77777777" w:rsidR="002355BD" w:rsidRPr="001179E8" w:rsidRDefault="00000000">
      <w:pPr>
        <w:rPr>
          <w:lang w:val="pt-BR"/>
        </w:rPr>
      </w:pPr>
      <w:r w:rsidRPr="001179E8">
        <w:rPr>
          <w:lang w:val="pt-BR"/>
        </w:rPr>
        <w:br/>
      </w:r>
    </w:p>
    <w:p w14:paraId="325A2359" w14:textId="77777777" w:rsidR="002355BD" w:rsidRPr="001179E8" w:rsidRDefault="00000000">
      <w:pPr>
        <w:rPr>
          <w:lang w:val="pt-BR"/>
        </w:rPr>
      </w:pPr>
      <w:r w:rsidRPr="001179E8">
        <w:rPr>
          <w:lang w:val="pt-BR"/>
        </w:rPr>
        <w:t>Havia algo vulnerável em Rick quando dormia, uma suavidade que contrastava com sua fachada rebelde e sarcástica quando acordado. Nicole sorriu, traçando suavemente com o dedo o contorno da tatuagem tribal em seu ombro exposto. Ele se mexeu ligeiramente ao toque, mas não acordou.</w:t>
      </w:r>
    </w:p>
    <w:p w14:paraId="470ACD3F" w14:textId="77777777" w:rsidR="002355BD" w:rsidRPr="001179E8" w:rsidRDefault="00000000">
      <w:pPr>
        <w:rPr>
          <w:lang w:val="pt-BR"/>
        </w:rPr>
      </w:pPr>
      <w:r w:rsidRPr="001179E8">
        <w:rPr>
          <w:lang w:val="pt-BR"/>
        </w:rPr>
        <w:lastRenderedPageBreak/>
        <w:br/>
      </w:r>
    </w:p>
    <w:p w14:paraId="0470C168" w14:textId="77777777" w:rsidR="002355BD" w:rsidRPr="001179E8" w:rsidRDefault="00000000">
      <w:pPr>
        <w:rPr>
          <w:lang w:val="pt-BR"/>
        </w:rPr>
      </w:pPr>
      <w:r w:rsidRPr="001179E8">
        <w:rPr>
          <w:lang w:val="pt-BR"/>
        </w:rPr>
        <w:t>"Quem diria," murmurou ela para si mesma, "que eu acabaria presa no submundo com você, de todas as pessoas."</w:t>
      </w:r>
    </w:p>
    <w:p w14:paraId="74B86C40" w14:textId="77777777" w:rsidR="002355BD" w:rsidRPr="001179E8" w:rsidRDefault="00000000">
      <w:pPr>
        <w:rPr>
          <w:lang w:val="pt-BR"/>
        </w:rPr>
      </w:pPr>
      <w:r w:rsidRPr="001179E8">
        <w:rPr>
          <w:lang w:val="pt-BR"/>
        </w:rPr>
        <w:br/>
      </w:r>
    </w:p>
    <w:p w14:paraId="621DB94D" w14:textId="77777777" w:rsidR="002355BD" w:rsidRPr="001179E8" w:rsidRDefault="00000000">
      <w:pPr>
        <w:rPr>
          <w:lang w:val="pt-BR"/>
        </w:rPr>
      </w:pPr>
      <w:r w:rsidRPr="001179E8">
        <w:rPr>
          <w:lang w:val="pt-BR"/>
        </w:rPr>
        <w:t>Não era uma reclamação. Apesar do perigo, apesar da incerteza, havia uma parte dela – uma parte que raramente admitia em voz alta – que estava grata por não estar sozinha. E mais especificamente, grata por estar com ele.</w:t>
      </w:r>
    </w:p>
    <w:p w14:paraId="295AA819" w14:textId="77777777" w:rsidR="002355BD" w:rsidRPr="001179E8" w:rsidRDefault="00000000">
      <w:pPr>
        <w:rPr>
          <w:lang w:val="pt-BR"/>
        </w:rPr>
      </w:pPr>
      <w:r w:rsidRPr="001179E8">
        <w:rPr>
          <w:lang w:val="pt-BR"/>
        </w:rPr>
        <w:br/>
      </w:r>
    </w:p>
    <w:p w14:paraId="15EF9ADB" w14:textId="77777777" w:rsidR="002355BD" w:rsidRPr="001179E8" w:rsidRDefault="00000000">
      <w:pPr>
        <w:rPr>
          <w:lang w:val="pt-BR"/>
        </w:rPr>
      </w:pPr>
      <w:r w:rsidRPr="001179E8">
        <w:rPr>
          <w:lang w:val="pt-BR"/>
        </w:rPr>
        <w:t>Nicole se levantou silenciosamente, esticando os músculos doloridos. Transformou apenas seu braço direito em metal cromado, permitindo que ele brilhasse suavemente para iluminar seu caminho enquanto explorava mais das ruínas ao redor deles.</w:t>
      </w:r>
    </w:p>
    <w:p w14:paraId="241479E2" w14:textId="77777777" w:rsidR="002355BD" w:rsidRPr="001179E8" w:rsidRDefault="00000000">
      <w:pPr>
        <w:rPr>
          <w:lang w:val="pt-BR"/>
        </w:rPr>
      </w:pPr>
      <w:r w:rsidRPr="001179E8">
        <w:rPr>
          <w:lang w:val="pt-BR"/>
        </w:rPr>
        <w:br/>
      </w:r>
    </w:p>
    <w:p w14:paraId="4094A107" w14:textId="77777777" w:rsidR="002355BD" w:rsidRPr="001179E8" w:rsidRDefault="00000000">
      <w:pPr>
        <w:rPr>
          <w:lang w:val="pt-BR"/>
        </w:rPr>
      </w:pPr>
      <w:r w:rsidRPr="001179E8">
        <w:rPr>
          <w:lang w:val="pt-BR"/>
        </w:rPr>
        <w:t>O edifício em que haviam se abrigado parecia ter sido algum tipo de templo ou salão cerimonial. Colunas maciças, algumas ainda intactas, outras reduzidas a fragmentos, sustentavam o que restava do teto. Nas paredes, Nicole podia discernir entalhes – símbolos estranhos e cenas que pareciam contar uma história, embora seu significado fosse incompreensível para ela.</w:t>
      </w:r>
    </w:p>
    <w:p w14:paraId="20F25FCA" w14:textId="77777777" w:rsidR="002355BD" w:rsidRPr="001179E8" w:rsidRDefault="00000000">
      <w:pPr>
        <w:rPr>
          <w:lang w:val="pt-BR"/>
        </w:rPr>
      </w:pPr>
      <w:r w:rsidRPr="001179E8">
        <w:rPr>
          <w:lang w:val="pt-BR"/>
        </w:rPr>
        <w:br/>
      </w:r>
    </w:p>
    <w:p w14:paraId="0D517E7C" w14:textId="77777777" w:rsidR="002355BD" w:rsidRPr="001179E8" w:rsidRDefault="00000000">
      <w:pPr>
        <w:rPr>
          <w:lang w:val="pt-BR"/>
        </w:rPr>
      </w:pPr>
      <w:r w:rsidRPr="001179E8">
        <w:rPr>
          <w:lang w:val="pt-BR"/>
        </w:rPr>
        <w:t>Uma cena em particular chamou sua atenção – um entalhe mostrando o que parecia ser uma figura dracônica gigantesca, com asas estendidas sobre figuras humanoides ajoelhadas. A criatura tinha múltiplas cabeças, cada uma aparentemente representando um elemento diferente – fogo, água, terra, ar, e algo mais, algo que Nicole não conseguia identificar.</w:t>
      </w:r>
    </w:p>
    <w:p w14:paraId="0A6E1412" w14:textId="77777777" w:rsidR="002355BD" w:rsidRPr="001179E8" w:rsidRDefault="00000000">
      <w:pPr>
        <w:rPr>
          <w:lang w:val="pt-BR"/>
        </w:rPr>
      </w:pPr>
      <w:r w:rsidRPr="001179E8">
        <w:rPr>
          <w:lang w:val="pt-BR"/>
        </w:rPr>
        <w:br/>
      </w:r>
    </w:p>
    <w:p w14:paraId="3C04B2C8" w14:textId="77777777" w:rsidR="002355BD" w:rsidRPr="001179E8" w:rsidRDefault="00000000">
      <w:pPr>
        <w:rPr>
          <w:lang w:val="pt-BR"/>
        </w:rPr>
      </w:pPr>
      <w:r w:rsidRPr="001179E8">
        <w:rPr>
          <w:lang w:val="pt-BR"/>
        </w:rPr>
        <w:t>"A Dragoa Maligna," disse uma voz atrás dela.</w:t>
      </w:r>
    </w:p>
    <w:p w14:paraId="1B4B7DFF" w14:textId="77777777" w:rsidR="002355BD" w:rsidRPr="001179E8" w:rsidRDefault="00000000">
      <w:pPr>
        <w:rPr>
          <w:lang w:val="pt-BR"/>
        </w:rPr>
      </w:pPr>
      <w:r w:rsidRPr="001179E8">
        <w:rPr>
          <w:lang w:val="pt-BR"/>
        </w:rPr>
        <w:br/>
      </w:r>
    </w:p>
    <w:p w14:paraId="3A2D6339" w14:textId="77777777" w:rsidR="002355BD" w:rsidRPr="001179E8" w:rsidRDefault="00000000">
      <w:pPr>
        <w:rPr>
          <w:lang w:val="pt-BR"/>
        </w:rPr>
      </w:pPr>
      <w:r w:rsidRPr="001179E8">
        <w:rPr>
          <w:lang w:val="pt-BR"/>
        </w:rPr>
        <w:t>Nicole se virou rapidamente, seu braço metálico instintivamente se transformando em uma lâmina afiada antes de reconhecer Rick, que estava encostado em uma coluna próxima, observando-a com um sorriso sonolento.</w:t>
      </w:r>
    </w:p>
    <w:p w14:paraId="7A445566" w14:textId="77777777" w:rsidR="002355BD" w:rsidRPr="001179E8" w:rsidRDefault="00000000">
      <w:pPr>
        <w:rPr>
          <w:lang w:val="pt-BR"/>
        </w:rPr>
      </w:pPr>
      <w:r w:rsidRPr="001179E8">
        <w:rPr>
          <w:lang w:val="pt-BR"/>
        </w:rPr>
        <w:lastRenderedPageBreak/>
        <w:br/>
      </w:r>
    </w:p>
    <w:p w14:paraId="2A8D2623" w14:textId="77777777" w:rsidR="002355BD" w:rsidRPr="001179E8" w:rsidRDefault="00000000">
      <w:pPr>
        <w:rPr>
          <w:lang w:val="pt-BR"/>
        </w:rPr>
      </w:pPr>
      <w:r w:rsidRPr="001179E8">
        <w:rPr>
          <w:lang w:val="pt-BR"/>
        </w:rPr>
        <w:t>"Você me assustou," acusou ela, relaxando e permitindo que seu braço voltasse ao normal.</w:t>
      </w:r>
    </w:p>
    <w:p w14:paraId="03FCDEC4" w14:textId="77777777" w:rsidR="002355BD" w:rsidRPr="001179E8" w:rsidRDefault="00000000">
      <w:pPr>
        <w:rPr>
          <w:lang w:val="pt-BR"/>
        </w:rPr>
      </w:pPr>
      <w:r w:rsidRPr="001179E8">
        <w:rPr>
          <w:lang w:val="pt-BR"/>
        </w:rPr>
        <w:br/>
      </w:r>
    </w:p>
    <w:p w14:paraId="16FAB4B6" w14:textId="77777777" w:rsidR="002355BD" w:rsidRPr="001179E8" w:rsidRDefault="00000000">
      <w:pPr>
        <w:rPr>
          <w:lang w:val="pt-BR"/>
        </w:rPr>
      </w:pPr>
      <w:r w:rsidRPr="001179E8">
        <w:rPr>
          <w:lang w:val="pt-BR"/>
        </w:rPr>
        <w:t>"Desculpe," respondeu ele, sem parecer nem um pouco arrependido. Ele se aproximou, parando ao lado dela para examinar o entalhe. "Parece com as descrições da Dragoa Maligna que meus pais mencionavam. Você sabe, aquela entidade antiga que eles e os outros Primordiais enfrentaram."</w:t>
      </w:r>
    </w:p>
    <w:p w14:paraId="2AF363BD" w14:textId="77777777" w:rsidR="002355BD" w:rsidRPr="001179E8" w:rsidRDefault="00000000">
      <w:pPr>
        <w:rPr>
          <w:lang w:val="pt-BR"/>
        </w:rPr>
      </w:pPr>
      <w:r w:rsidRPr="001179E8">
        <w:rPr>
          <w:lang w:val="pt-BR"/>
        </w:rPr>
        <w:br/>
      </w:r>
    </w:p>
    <w:p w14:paraId="56461749" w14:textId="77777777" w:rsidR="002355BD" w:rsidRPr="001179E8" w:rsidRDefault="00000000">
      <w:pPr>
        <w:rPr>
          <w:lang w:val="pt-BR"/>
        </w:rPr>
      </w:pPr>
      <w:r w:rsidRPr="001179E8">
        <w:rPr>
          <w:lang w:val="pt-BR"/>
        </w:rPr>
        <w:t>Nicole assentiu lentamente. "Mas o que ela estaria fazendo em entalhes no submundo?"</w:t>
      </w:r>
    </w:p>
    <w:p w14:paraId="59F82C40" w14:textId="77777777" w:rsidR="002355BD" w:rsidRPr="001179E8" w:rsidRDefault="00000000">
      <w:pPr>
        <w:rPr>
          <w:lang w:val="pt-BR"/>
        </w:rPr>
      </w:pPr>
      <w:r w:rsidRPr="001179E8">
        <w:rPr>
          <w:lang w:val="pt-BR"/>
        </w:rPr>
        <w:br/>
      </w:r>
    </w:p>
    <w:p w14:paraId="20C68033" w14:textId="77777777" w:rsidR="002355BD" w:rsidRPr="001179E8" w:rsidRDefault="00000000">
      <w:pPr>
        <w:rPr>
          <w:lang w:val="pt-BR"/>
        </w:rPr>
      </w:pPr>
      <w:r w:rsidRPr="001179E8">
        <w:rPr>
          <w:lang w:val="pt-BR"/>
        </w:rPr>
        <w:t>"Talvez ela tenha uma conexão com este lugar," sugeriu Rick, franzindo a testa pensativamente. "Ou talvez quem construiu estas ruínas a adorasse de alguma forma."</w:t>
      </w:r>
    </w:p>
    <w:p w14:paraId="7A30DC0C" w14:textId="77777777" w:rsidR="002355BD" w:rsidRPr="001179E8" w:rsidRDefault="00000000">
      <w:pPr>
        <w:rPr>
          <w:lang w:val="pt-BR"/>
        </w:rPr>
      </w:pPr>
      <w:r w:rsidRPr="001179E8">
        <w:rPr>
          <w:lang w:val="pt-BR"/>
        </w:rPr>
        <w:br/>
      </w:r>
    </w:p>
    <w:p w14:paraId="3F76A90D" w14:textId="77777777" w:rsidR="002355BD" w:rsidRPr="001179E8" w:rsidRDefault="00000000">
      <w:pPr>
        <w:rPr>
          <w:lang w:val="pt-BR"/>
        </w:rPr>
      </w:pPr>
      <w:r w:rsidRPr="001179E8">
        <w:rPr>
          <w:lang w:val="pt-BR"/>
        </w:rPr>
        <w:t>Era uma ideia perturbadora. A Dragoa Maligna era uma das ameaças mais antigas e poderosas que os heróis da superfície já haviam enfrentado – uma entidade primordial com poder sobre os elementos e uma sede insaciável por dominação. Se ela tivesse alguma conexão com o submundo...</w:t>
      </w:r>
    </w:p>
    <w:p w14:paraId="464038C1" w14:textId="77777777" w:rsidR="002355BD" w:rsidRPr="001179E8" w:rsidRDefault="00000000">
      <w:pPr>
        <w:rPr>
          <w:lang w:val="pt-BR"/>
        </w:rPr>
      </w:pPr>
      <w:r w:rsidRPr="001179E8">
        <w:rPr>
          <w:lang w:val="pt-BR"/>
        </w:rPr>
        <w:br/>
      </w:r>
    </w:p>
    <w:p w14:paraId="28CE2692" w14:textId="77777777" w:rsidR="002355BD" w:rsidRPr="001179E8" w:rsidRDefault="00000000">
      <w:pPr>
        <w:rPr>
          <w:lang w:val="pt-BR"/>
        </w:rPr>
      </w:pPr>
      <w:r w:rsidRPr="001179E8">
        <w:rPr>
          <w:lang w:val="pt-BR"/>
        </w:rPr>
        <w:t>"Precisamos descobrir mais sobre este lugar," decidiu Nicole. "Sobre quem o construiu, por que foi abandonado."</w:t>
      </w:r>
    </w:p>
    <w:p w14:paraId="07AA7C72" w14:textId="77777777" w:rsidR="002355BD" w:rsidRPr="001179E8" w:rsidRDefault="00000000">
      <w:pPr>
        <w:rPr>
          <w:lang w:val="pt-BR"/>
        </w:rPr>
      </w:pPr>
      <w:r w:rsidRPr="001179E8">
        <w:rPr>
          <w:lang w:val="pt-BR"/>
        </w:rPr>
        <w:br/>
      </w:r>
    </w:p>
    <w:p w14:paraId="3274C6E1" w14:textId="77777777" w:rsidR="002355BD" w:rsidRPr="001179E8" w:rsidRDefault="00000000">
      <w:pPr>
        <w:rPr>
          <w:lang w:val="pt-BR"/>
        </w:rPr>
      </w:pPr>
      <w:r w:rsidRPr="001179E8">
        <w:rPr>
          <w:lang w:val="pt-BR"/>
        </w:rPr>
        <w:t>Rick bocejou, esticando os braços acima da cabeça. Sua camiseta rasgada subiu ligeiramente, revelando um vislumbre de abdômen tonificado. "Arqueologia interdimensional logo pela manhã. Exatamente como eu planejava passar meu dia."</w:t>
      </w:r>
    </w:p>
    <w:p w14:paraId="44FE78AF" w14:textId="77777777" w:rsidR="002355BD" w:rsidRPr="001179E8" w:rsidRDefault="00000000">
      <w:pPr>
        <w:rPr>
          <w:lang w:val="pt-BR"/>
        </w:rPr>
      </w:pPr>
      <w:r w:rsidRPr="001179E8">
        <w:rPr>
          <w:lang w:val="pt-BR"/>
        </w:rPr>
        <w:br/>
      </w:r>
    </w:p>
    <w:p w14:paraId="7168AE55" w14:textId="77777777" w:rsidR="002355BD" w:rsidRPr="001179E8" w:rsidRDefault="00000000">
      <w:pPr>
        <w:rPr>
          <w:lang w:val="pt-BR"/>
        </w:rPr>
      </w:pPr>
      <w:r w:rsidRPr="001179E8">
        <w:rPr>
          <w:lang w:val="pt-BR"/>
        </w:rPr>
        <w:lastRenderedPageBreak/>
        <w:t>Nicole revirou os olhos, mas não conseguiu conter um pequeno sorriso. O sarcasmo de Rick era tão previsível quanto reconfortante – uma constante em um mundo onde tudo o mais era estranho e desconhecido.</w:t>
      </w:r>
    </w:p>
    <w:p w14:paraId="57F4EE23" w14:textId="77777777" w:rsidR="002355BD" w:rsidRPr="001179E8" w:rsidRDefault="00000000">
      <w:pPr>
        <w:rPr>
          <w:lang w:val="pt-BR"/>
        </w:rPr>
      </w:pPr>
      <w:r w:rsidRPr="001179E8">
        <w:rPr>
          <w:lang w:val="pt-BR"/>
        </w:rPr>
        <w:br/>
      </w:r>
    </w:p>
    <w:p w14:paraId="6A6086E9" w14:textId="77777777" w:rsidR="002355BD" w:rsidRPr="001179E8" w:rsidRDefault="00000000">
      <w:pPr>
        <w:rPr>
          <w:lang w:val="pt-BR"/>
        </w:rPr>
      </w:pPr>
      <w:r w:rsidRPr="001179E8">
        <w:rPr>
          <w:lang w:val="pt-BR"/>
        </w:rPr>
        <w:t>"Como está seu tornozelo?" perguntou ela, notando que ele ainda favorecia ligeiramente a perna direita.</w:t>
      </w:r>
    </w:p>
    <w:p w14:paraId="14247C74" w14:textId="77777777" w:rsidR="002355BD" w:rsidRPr="001179E8" w:rsidRDefault="00000000">
      <w:pPr>
        <w:rPr>
          <w:lang w:val="pt-BR"/>
        </w:rPr>
      </w:pPr>
      <w:r w:rsidRPr="001179E8">
        <w:rPr>
          <w:lang w:val="pt-BR"/>
        </w:rPr>
        <w:br/>
      </w:r>
    </w:p>
    <w:p w14:paraId="56C71F84" w14:textId="77777777" w:rsidR="002355BD" w:rsidRPr="001179E8" w:rsidRDefault="00000000">
      <w:pPr>
        <w:rPr>
          <w:lang w:val="pt-BR"/>
        </w:rPr>
      </w:pPr>
      <w:r w:rsidRPr="001179E8">
        <w:rPr>
          <w:lang w:val="pt-BR"/>
        </w:rPr>
        <w:t>"Melhor," respondeu ele, testando o peso sobre ele. "Ainda dói um pouco, mas nada que me impeça de andar. E o corte nas costelas está cicatrizando bem."</w:t>
      </w:r>
    </w:p>
    <w:p w14:paraId="3010FFB1" w14:textId="77777777" w:rsidR="002355BD" w:rsidRPr="001179E8" w:rsidRDefault="00000000">
      <w:pPr>
        <w:rPr>
          <w:lang w:val="pt-BR"/>
        </w:rPr>
      </w:pPr>
      <w:r w:rsidRPr="001179E8">
        <w:rPr>
          <w:lang w:val="pt-BR"/>
        </w:rPr>
        <w:br/>
      </w:r>
    </w:p>
    <w:p w14:paraId="172E02FE" w14:textId="77777777" w:rsidR="002355BD" w:rsidRPr="001179E8" w:rsidRDefault="00000000">
      <w:pPr>
        <w:rPr>
          <w:lang w:val="pt-BR"/>
        </w:rPr>
      </w:pPr>
      <w:r w:rsidRPr="001179E8">
        <w:rPr>
          <w:lang w:val="pt-BR"/>
        </w:rPr>
        <w:t>Nicole assentiu, aliviada. Ferimentos eram uma preocupação séria aqui, sem acesso a suprimentos médicos adequados ou ajuda externa. "Bem, vamos explorar mais estas ruínas, ver se encontramos algo útil. Talvez alguma pista sobre como enviar aquele sinal dimensional que discutimos."</w:t>
      </w:r>
    </w:p>
    <w:p w14:paraId="5B358E02" w14:textId="77777777" w:rsidR="002355BD" w:rsidRPr="001179E8" w:rsidRDefault="00000000">
      <w:pPr>
        <w:rPr>
          <w:lang w:val="pt-BR"/>
        </w:rPr>
      </w:pPr>
      <w:r w:rsidRPr="001179E8">
        <w:rPr>
          <w:lang w:val="pt-BR"/>
        </w:rPr>
        <w:br/>
      </w:r>
    </w:p>
    <w:p w14:paraId="3095C45C" w14:textId="77777777" w:rsidR="002355BD" w:rsidRPr="001179E8" w:rsidRDefault="00000000">
      <w:pPr>
        <w:rPr>
          <w:lang w:val="pt-BR"/>
        </w:rPr>
      </w:pPr>
      <w:r w:rsidRPr="001179E8">
        <w:rPr>
          <w:lang w:val="pt-BR"/>
        </w:rPr>
        <w:t>Eles começaram a percorrer metodicamente o templo, examinando cada sala, cada corredor. A maioria dos espaços estava vazia, com apenas fragmentos de mobília ou objetos irreconhecíveis espalhados pelo chão. Ocasionalmente, encontravam mais entalhes nas paredes, sempre com a mesma figura dracônica proeminente.</w:t>
      </w:r>
    </w:p>
    <w:p w14:paraId="7C9ACAE5" w14:textId="77777777" w:rsidR="002355BD" w:rsidRPr="001179E8" w:rsidRDefault="00000000">
      <w:pPr>
        <w:rPr>
          <w:lang w:val="pt-BR"/>
        </w:rPr>
      </w:pPr>
      <w:r w:rsidRPr="001179E8">
        <w:rPr>
          <w:lang w:val="pt-BR"/>
        </w:rPr>
        <w:br/>
      </w:r>
    </w:p>
    <w:p w14:paraId="5966AC59" w14:textId="77777777" w:rsidR="002355BD" w:rsidRPr="001179E8" w:rsidRDefault="00000000">
      <w:pPr>
        <w:rPr>
          <w:lang w:val="pt-BR"/>
        </w:rPr>
      </w:pPr>
      <w:r w:rsidRPr="001179E8">
        <w:rPr>
          <w:lang w:val="pt-BR"/>
        </w:rPr>
        <w:t>Em uma sala menor, que parecia ter sido algum tipo de câmara de estudo ou biblioteca, encontraram prateleiras quebradas e o que pareciam ser restos de livros ou pergaminhos, agora reduzidos a poeira. No centro da sala, havia um pedestal de pedra negra com veios vermelhos pulsantes, semelhante ao material das paredes externas.</w:t>
      </w:r>
    </w:p>
    <w:p w14:paraId="52EEC798" w14:textId="77777777" w:rsidR="002355BD" w:rsidRPr="001179E8" w:rsidRDefault="00000000">
      <w:pPr>
        <w:rPr>
          <w:lang w:val="pt-BR"/>
        </w:rPr>
      </w:pPr>
      <w:r w:rsidRPr="001179E8">
        <w:rPr>
          <w:lang w:val="pt-BR"/>
        </w:rPr>
        <w:br/>
      </w:r>
    </w:p>
    <w:p w14:paraId="2D6BF653" w14:textId="77777777" w:rsidR="002355BD" w:rsidRPr="001179E8" w:rsidRDefault="00000000">
      <w:pPr>
        <w:rPr>
          <w:lang w:val="pt-BR"/>
        </w:rPr>
      </w:pPr>
      <w:r w:rsidRPr="001179E8">
        <w:rPr>
          <w:lang w:val="pt-BR"/>
        </w:rPr>
        <w:t>"O que você acha que é isso?" perguntou Rick, aproximando-se cautelosamente do pedestal.</w:t>
      </w:r>
    </w:p>
    <w:p w14:paraId="21D59B68" w14:textId="77777777" w:rsidR="002355BD" w:rsidRPr="001179E8" w:rsidRDefault="00000000">
      <w:pPr>
        <w:rPr>
          <w:lang w:val="pt-BR"/>
        </w:rPr>
      </w:pPr>
      <w:r w:rsidRPr="001179E8">
        <w:rPr>
          <w:lang w:val="pt-BR"/>
        </w:rPr>
        <w:br/>
      </w:r>
    </w:p>
    <w:p w14:paraId="1AB7A2AD" w14:textId="77777777" w:rsidR="002355BD" w:rsidRPr="001179E8" w:rsidRDefault="00000000">
      <w:pPr>
        <w:rPr>
          <w:lang w:val="pt-BR"/>
        </w:rPr>
      </w:pPr>
      <w:r w:rsidRPr="001179E8">
        <w:rPr>
          <w:lang w:val="pt-BR"/>
        </w:rPr>
        <w:lastRenderedPageBreak/>
        <w:t>Nicole o seguiu, examinando o objeto com interesse. O topo do pedestal tinha uma depressão circular, como se algo devesse ser colocado ali. "Parece algum tipo de... suporte? Para um artefato, talvez?"</w:t>
      </w:r>
    </w:p>
    <w:p w14:paraId="11E87BAD" w14:textId="77777777" w:rsidR="002355BD" w:rsidRPr="001179E8" w:rsidRDefault="00000000">
      <w:pPr>
        <w:rPr>
          <w:lang w:val="pt-BR"/>
        </w:rPr>
      </w:pPr>
      <w:r w:rsidRPr="001179E8">
        <w:rPr>
          <w:lang w:val="pt-BR"/>
        </w:rPr>
        <w:br/>
      </w:r>
    </w:p>
    <w:p w14:paraId="1EDD5180" w14:textId="77777777" w:rsidR="002355BD" w:rsidRPr="001179E8" w:rsidRDefault="00000000">
      <w:pPr>
        <w:rPr>
          <w:lang w:val="pt-BR"/>
        </w:rPr>
      </w:pPr>
      <w:r w:rsidRPr="001179E8">
        <w:rPr>
          <w:lang w:val="pt-BR"/>
        </w:rPr>
        <w:t>Rick estendeu a mão, hesitante, e tocou a superfície do pedestal. No instante em que seus dedos fizeram contato, os veios vermelhos pulsaram mais intensamente, e um zumbido baixo encheu a sala.</w:t>
      </w:r>
    </w:p>
    <w:p w14:paraId="2B8C5113" w14:textId="77777777" w:rsidR="002355BD" w:rsidRPr="001179E8" w:rsidRDefault="00000000">
      <w:pPr>
        <w:rPr>
          <w:lang w:val="pt-BR"/>
        </w:rPr>
      </w:pPr>
      <w:r w:rsidRPr="001179E8">
        <w:rPr>
          <w:lang w:val="pt-BR"/>
        </w:rPr>
        <w:br/>
      </w:r>
    </w:p>
    <w:p w14:paraId="410F1ADF" w14:textId="77777777" w:rsidR="002355BD" w:rsidRPr="001179E8" w:rsidRDefault="00000000">
      <w:pPr>
        <w:rPr>
          <w:lang w:val="pt-BR"/>
        </w:rPr>
      </w:pPr>
      <w:r w:rsidRPr="001179E8">
        <w:rPr>
          <w:lang w:val="pt-BR"/>
        </w:rPr>
        <w:t>"Whoa!" Rick recuou rapidamente, quase tropeçando. "Você viu isso?"</w:t>
      </w:r>
    </w:p>
    <w:p w14:paraId="7B86B619" w14:textId="77777777" w:rsidR="002355BD" w:rsidRPr="001179E8" w:rsidRDefault="00000000">
      <w:pPr>
        <w:rPr>
          <w:lang w:val="pt-BR"/>
        </w:rPr>
      </w:pPr>
      <w:r w:rsidRPr="001179E8">
        <w:rPr>
          <w:lang w:val="pt-BR"/>
        </w:rPr>
        <w:br/>
      </w:r>
    </w:p>
    <w:p w14:paraId="7A04DC28" w14:textId="77777777" w:rsidR="002355BD" w:rsidRPr="001179E8" w:rsidRDefault="00000000">
      <w:pPr>
        <w:rPr>
          <w:lang w:val="pt-BR"/>
        </w:rPr>
      </w:pPr>
      <w:r w:rsidRPr="001179E8">
        <w:rPr>
          <w:lang w:val="pt-BR"/>
        </w:rPr>
        <w:t>Nicole assentiu, seus olhos arregalados. "Está... reagindo à sua presença."</w:t>
      </w:r>
    </w:p>
    <w:p w14:paraId="277EED22" w14:textId="77777777" w:rsidR="002355BD" w:rsidRPr="001179E8" w:rsidRDefault="00000000">
      <w:pPr>
        <w:rPr>
          <w:lang w:val="pt-BR"/>
        </w:rPr>
      </w:pPr>
      <w:r w:rsidRPr="001179E8">
        <w:rPr>
          <w:lang w:val="pt-BR"/>
        </w:rPr>
        <w:br/>
      </w:r>
    </w:p>
    <w:p w14:paraId="4B5BFBE8" w14:textId="77777777" w:rsidR="002355BD" w:rsidRPr="001179E8" w:rsidRDefault="00000000">
      <w:pPr>
        <w:rPr>
          <w:lang w:val="pt-BR"/>
        </w:rPr>
      </w:pPr>
      <w:r w:rsidRPr="001179E8">
        <w:rPr>
          <w:lang w:val="pt-BR"/>
        </w:rPr>
        <w:t>Cautelosamente, ela se aproximou e também tocou o pedestal. Os veios vermelhos pulsaram novamente, mas de forma diferente – um padrão mais rápido, mais rítmico. O zumbido mudou de tom, tornando-se quase musical.</w:t>
      </w:r>
    </w:p>
    <w:p w14:paraId="22DBC2DB" w14:textId="77777777" w:rsidR="002355BD" w:rsidRPr="001179E8" w:rsidRDefault="00000000">
      <w:pPr>
        <w:rPr>
          <w:lang w:val="pt-BR"/>
        </w:rPr>
      </w:pPr>
      <w:r w:rsidRPr="001179E8">
        <w:rPr>
          <w:lang w:val="pt-BR"/>
        </w:rPr>
        <w:br/>
      </w:r>
    </w:p>
    <w:p w14:paraId="63CF21A6" w14:textId="77777777" w:rsidR="002355BD" w:rsidRPr="001179E8" w:rsidRDefault="00000000">
      <w:pPr>
        <w:rPr>
          <w:lang w:val="pt-BR"/>
        </w:rPr>
      </w:pPr>
      <w:r w:rsidRPr="001179E8">
        <w:rPr>
          <w:lang w:val="pt-BR"/>
        </w:rPr>
        <w:t>"Reage de forma diferente a cada um de nós," observou ela, fascinada. "Como se estivesse... lendo algo em nós."</w:t>
      </w:r>
    </w:p>
    <w:p w14:paraId="1C4AD232" w14:textId="77777777" w:rsidR="002355BD" w:rsidRPr="001179E8" w:rsidRDefault="00000000">
      <w:pPr>
        <w:rPr>
          <w:lang w:val="pt-BR"/>
        </w:rPr>
      </w:pPr>
      <w:r w:rsidRPr="001179E8">
        <w:rPr>
          <w:lang w:val="pt-BR"/>
        </w:rPr>
        <w:br/>
      </w:r>
    </w:p>
    <w:p w14:paraId="7D6E896C" w14:textId="77777777" w:rsidR="002355BD" w:rsidRPr="001179E8" w:rsidRDefault="00000000">
      <w:pPr>
        <w:rPr>
          <w:lang w:val="pt-BR"/>
        </w:rPr>
      </w:pPr>
      <w:r w:rsidRPr="001179E8">
        <w:rPr>
          <w:lang w:val="pt-BR"/>
        </w:rPr>
        <w:t>Rick se aproximou novamente, colocando sua mão ao lado da de Nicole no pedestal. Os veios vermelhos formaram um novo padrão, entrelaçando-se de forma complexa, e o zumbido se transformou em uma harmonia estranha mas não desagradável.</w:t>
      </w:r>
    </w:p>
    <w:p w14:paraId="149AFC75" w14:textId="77777777" w:rsidR="002355BD" w:rsidRPr="001179E8" w:rsidRDefault="00000000">
      <w:pPr>
        <w:rPr>
          <w:lang w:val="pt-BR"/>
        </w:rPr>
      </w:pPr>
      <w:r w:rsidRPr="001179E8">
        <w:rPr>
          <w:lang w:val="pt-BR"/>
        </w:rPr>
        <w:br/>
      </w:r>
    </w:p>
    <w:p w14:paraId="18D3D0AD" w14:textId="77777777" w:rsidR="002355BD" w:rsidRPr="001179E8" w:rsidRDefault="00000000">
      <w:pPr>
        <w:rPr>
          <w:lang w:val="pt-BR"/>
        </w:rPr>
      </w:pPr>
      <w:r w:rsidRPr="001179E8">
        <w:rPr>
          <w:lang w:val="pt-BR"/>
        </w:rPr>
        <w:t>"É quase como se..." começou Rick.</w:t>
      </w:r>
    </w:p>
    <w:p w14:paraId="10F92ADB" w14:textId="77777777" w:rsidR="002355BD" w:rsidRPr="001179E8" w:rsidRDefault="00000000">
      <w:pPr>
        <w:rPr>
          <w:lang w:val="pt-BR"/>
        </w:rPr>
      </w:pPr>
      <w:r w:rsidRPr="001179E8">
        <w:rPr>
          <w:lang w:val="pt-BR"/>
        </w:rPr>
        <w:br/>
      </w:r>
    </w:p>
    <w:p w14:paraId="41EDDB44" w14:textId="77777777" w:rsidR="002355BD" w:rsidRPr="001179E8" w:rsidRDefault="00000000">
      <w:pPr>
        <w:rPr>
          <w:lang w:val="pt-BR"/>
        </w:rPr>
      </w:pPr>
      <w:r w:rsidRPr="001179E8">
        <w:rPr>
          <w:lang w:val="pt-BR"/>
        </w:rPr>
        <w:lastRenderedPageBreak/>
        <w:t>"...estivesse respondendo à nossa energia combinada," completou Nicole.</w:t>
      </w:r>
    </w:p>
    <w:p w14:paraId="5D019306" w14:textId="77777777" w:rsidR="002355BD" w:rsidRPr="001179E8" w:rsidRDefault="00000000">
      <w:pPr>
        <w:rPr>
          <w:lang w:val="pt-BR"/>
        </w:rPr>
      </w:pPr>
      <w:r w:rsidRPr="001179E8">
        <w:rPr>
          <w:lang w:val="pt-BR"/>
        </w:rPr>
        <w:br/>
      </w:r>
    </w:p>
    <w:p w14:paraId="2072266C" w14:textId="77777777" w:rsidR="002355BD" w:rsidRPr="001179E8" w:rsidRDefault="00000000">
      <w:pPr>
        <w:rPr>
          <w:lang w:val="pt-BR"/>
        </w:rPr>
      </w:pPr>
      <w:r w:rsidRPr="001179E8">
        <w:rPr>
          <w:lang w:val="pt-BR"/>
        </w:rPr>
        <w:t>Eles se entreolharam, uma ideia formando-se simultaneamente em suas mentes.</w:t>
      </w:r>
    </w:p>
    <w:p w14:paraId="5638BD86" w14:textId="77777777" w:rsidR="002355BD" w:rsidRPr="001179E8" w:rsidRDefault="00000000">
      <w:pPr>
        <w:rPr>
          <w:lang w:val="pt-BR"/>
        </w:rPr>
      </w:pPr>
      <w:r w:rsidRPr="001179E8">
        <w:rPr>
          <w:lang w:val="pt-BR"/>
        </w:rPr>
        <w:br/>
      </w:r>
    </w:p>
    <w:p w14:paraId="59CB91AC" w14:textId="77777777" w:rsidR="002355BD" w:rsidRPr="001179E8" w:rsidRDefault="00000000">
      <w:pPr>
        <w:rPr>
          <w:lang w:val="pt-BR"/>
        </w:rPr>
      </w:pPr>
      <w:r w:rsidRPr="001179E8">
        <w:rPr>
          <w:lang w:val="pt-BR"/>
        </w:rPr>
        <w:t>"E se este for o amplificador que precisamos?" sugeriu Rick, excitação em sua voz. "Para o sinal dimensional!"</w:t>
      </w:r>
    </w:p>
    <w:p w14:paraId="71A06513" w14:textId="77777777" w:rsidR="002355BD" w:rsidRPr="001179E8" w:rsidRDefault="00000000">
      <w:pPr>
        <w:rPr>
          <w:lang w:val="pt-BR"/>
        </w:rPr>
      </w:pPr>
      <w:r w:rsidRPr="001179E8">
        <w:rPr>
          <w:lang w:val="pt-BR"/>
        </w:rPr>
        <w:br/>
      </w:r>
    </w:p>
    <w:p w14:paraId="315271D4" w14:textId="77777777" w:rsidR="002355BD" w:rsidRPr="001179E8" w:rsidRDefault="00000000">
      <w:pPr>
        <w:rPr>
          <w:lang w:val="pt-BR"/>
        </w:rPr>
      </w:pPr>
      <w:r w:rsidRPr="001179E8">
        <w:rPr>
          <w:lang w:val="pt-BR"/>
        </w:rPr>
        <w:t>Nicole considerou a possibilidade, seu cérebro analítico já calculando ângulos e potenciais. "Poderia funcionar. Se eu canalizar minha eletrocinese através deste pedestal, e você adicionar sua energia cinética..."</w:t>
      </w:r>
    </w:p>
    <w:p w14:paraId="42E5A975" w14:textId="77777777" w:rsidR="002355BD" w:rsidRPr="001179E8" w:rsidRDefault="00000000">
      <w:pPr>
        <w:rPr>
          <w:lang w:val="pt-BR"/>
        </w:rPr>
      </w:pPr>
      <w:r w:rsidRPr="001179E8">
        <w:rPr>
          <w:lang w:val="pt-BR"/>
        </w:rPr>
        <w:br/>
      </w:r>
    </w:p>
    <w:p w14:paraId="7FA2C65E" w14:textId="77777777" w:rsidR="002355BD" w:rsidRPr="001179E8" w:rsidRDefault="00000000">
      <w:pPr>
        <w:rPr>
          <w:lang w:val="pt-BR"/>
        </w:rPr>
      </w:pPr>
      <w:r w:rsidRPr="001179E8">
        <w:rPr>
          <w:lang w:val="pt-BR"/>
        </w:rPr>
        <w:t>"Poderíamos criar um pulso poderoso o suficiente para atravessar as barreiras dimensionais," concluiu Rick, sorrindo amplamente.</w:t>
      </w:r>
    </w:p>
    <w:p w14:paraId="22A0EE53" w14:textId="77777777" w:rsidR="002355BD" w:rsidRPr="001179E8" w:rsidRDefault="00000000">
      <w:pPr>
        <w:rPr>
          <w:lang w:val="pt-BR"/>
        </w:rPr>
      </w:pPr>
      <w:r w:rsidRPr="001179E8">
        <w:rPr>
          <w:lang w:val="pt-BR"/>
        </w:rPr>
        <w:br/>
      </w:r>
    </w:p>
    <w:p w14:paraId="12E3A878" w14:textId="77777777" w:rsidR="002355BD" w:rsidRPr="001179E8" w:rsidRDefault="00000000">
      <w:pPr>
        <w:rPr>
          <w:lang w:val="pt-BR"/>
        </w:rPr>
      </w:pPr>
      <w:r w:rsidRPr="001179E8">
        <w:rPr>
          <w:lang w:val="pt-BR"/>
        </w:rPr>
        <w:t>Era um plano arriscado, baseado em suposições sobre tecnologia ou magia que eles mal compreendiam. Mas era melhor que nada – melhor que vagar sem rumo pelo submundo, esperando por um resgate que poderia nunca vir.</w:t>
      </w:r>
    </w:p>
    <w:p w14:paraId="42C2AD8E" w14:textId="77777777" w:rsidR="002355BD" w:rsidRPr="001179E8" w:rsidRDefault="00000000">
      <w:pPr>
        <w:rPr>
          <w:lang w:val="pt-BR"/>
        </w:rPr>
      </w:pPr>
      <w:r w:rsidRPr="001179E8">
        <w:rPr>
          <w:lang w:val="pt-BR"/>
        </w:rPr>
        <w:br/>
      </w:r>
    </w:p>
    <w:p w14:paraId="4188EFA3" w14:textId="77777777" w:rsidR="002355BD" w:rsidRPr="001179E8" w:rsidRDefault="00000000">
      <w:pPr>
        <w:rPr>
          <w:lang w:val="pt-BR"/>
        </w:rPr>
      </w:pPr>
      <w:r w:rsidRPr="001179E8">
        <w:rPr>
          <w:lang w:val="pt-BR"/>
        </w:rPr>
        <w:t>"Precisamos testar primeiro," decidiu Nicole, sempre a voz da razão. "Em pequena escala, ver como reage."</w:t>
      </w:r>
    </w:p>
    <w:p w14:paraId="3D5E0BE5" w14:textId="77777777" w:rsidR="002355BD" w:rsidRPr="001179E8" w:rsidRDefault="00000000">
      <w:pPr>
        <w:rPr>
          <w:lang w:val="pt-BR"/>
        </w:rPr>
      </w:pPr>
      <w:r w:rsidRPr="001179E8">
        <w:rPr>
          <w:lang w:val="pt-BR"/>
        </w:rPr>
        <w:br/>
      </w:r>
    </w:p>
    <w:p w14:paraId="5BFB1533" w14:textId="77777777" w:rsidR="002355BD" w:rsidRPr="001179E8" w:rsidRDefault="00000000">
      <w:pPr>
        <w:rPr>
          <w:lang w:val="pt-BR"/>
        </w:rPr>
      </w:pPr>
      <w:r w:rsidRPr="001179E8">
        <w:rPr>
          <w:lang w:val="pt-BR"/>
        </w:rPr>
        <w:t>Rick assentiu, posicionando-se ao lado dela. "Pronta quando você estiver, Nicky."</w:t>
      </w:r>
    </w:p>
    <w:p w14:paraId="4A692A88" w14:textId="77777777" w:rsidR="002355BD" w:rsidRPr="001179E8" w:rsidRDefault="00000000">
      <w:pPr>
        <w:rPr>
          <w:lang w:val="pt-BR"/>
        </w:rPr>
      </w:pPr>
      <w:r w:rsidRPr="001179E8">
        <w:rPr>
          <w:lang w:val="pt-BR"/>
        </w:rPr>
        <w:br/>
      </w:r>
    </w:p>
    <w:p w14:paraId="3F91778D" w14:textId="77777777" w:rsidR="002355BD" w:rsidRPr="001179E8" w:rsidRDefault="00000000">
      <w:pPr>
        <w:rPr>
          <w:lang w:val="pt-BR"/>
        </w:rPr>
      </w:pPr>
      <w:r w:rsidRPr="001179E8">
        <w:rPr>
          <w:lang w:val="pt-BR"/>
        </w:rPr>
        <w:lastRenderedPageBreak/>
        <w:t>Nicole fechou os olhos, concentrando-se. Lentamente, sua mão direita se transformou, a pele dando lugar ao metal cromado brilhante. Pequenas faíscas de eletricidade roxa começaram a dançar entre seus dedos, crescendo gradualmente em intensidade.</w:t>
      </w:r>
    </w:p>
    <w:p w14:paraId="4AA43563" w14:textId="77777777" w:rsidR="002355BD" w:rsidRPr="001179E8" w:rsidRDefault="00000000">
      <w:pPr>
        <w:rPr>
          <w:lang w:val="pt-BR"/>
        </w:rPr>
      </w:pPr>
      <w:r w:rsidRPr="001179E8">
        <w:rPr>
          <w:lang w:val="pt-BR"/>
        </w:rPr>
        <w:br/>
      </w:r>
    </w:p>
    <w:p w14:paraId="18A0F6A7" w14:textId="77777777" w:rsidR="002355BD" w:rsidRPr="001179E8" w:rsidRDefault="00000000">
      <w:pPr>
        <w:rPr>
          <w:lang w:val="pt-BR"/>
        </w:rPr>
      </w:pPr>
      <w:r w:rsidRPr="001179E8">
        <w:rPr>
          <w:lang w:val="pt-BR"/>
        </w:rPr>
        <w:t>"Agora," disse ela, abrindo os olhos.</w:t>
      </w:r>
    </w:p>
    <w:p w14:paraId="7223166B" w14:textId="77777777" w:rsidR="002355BD" w:rsidRPr="001179E8" w:rsidRDefault="00000000">
      <w:pPr>
        <w:rPr>
          <w:lang w:val="pt-BR"/>
        </w:rPr>
      </w:pPr>
      <w:r w:rsidRPr="001179E8">
        <w:rPr>
          <w:lang w:val="pt-BR"/>
        </w:rPr>
        <w:br/>
      </w:r>
    </w:p>
    <w:p w14:paraId="471FF816" w14:textId="77777777" w:rsidR="002355BD" w:rsidRPr="001179E8" w:rsidRDefault="00000000">
      <w:pPr>
        <w:rPr>
          <w:lang w:val="pt-BR"/>
        </w:rPr>
      </w:pPr>
      <w:r w:rsidRPr="001179E8">
        <w:rPr>
          <w:lang w:val="pt-BR"/>
        </w:rPr>
        <w:t>Rick colocou sua mão sobre a dela, concentrando-se em absorver a energia cinética ao redor deles – o movimento das partículas de poeira no ar, a vibração sutil do próprio pedestal – e redirecioná-la através de seu toque.</w:t>
      </w:r>
    </w:p>
    <w:p w14:paraId="307D4F84" w14:textId="77777777" w:rsidR="002355BD" w:rsidRPr="001179E8" w:rsidRDefault="00000000">
      <w:pPr>
        <w:rPr>
          <w:lang w:val="pt-BR"/>
        </w:rPr>
      </w:pPr>
      <w:r w:rsidRPr="001179E8">
        <w:rPr>
          <w:lang w:val="pt-BR"/>
        </w:rPr>
        <w:br/>
      </w:r>
    </w:p>
    <w:p w14:paraId="52604787" w14:textId="77777777" w:rsidR="002355BD" w:rsidRPr="001179E8" w:rsidRDefault="00000000">
      <w:pPr>
        <w:rPr>
          <w:lang w:val="pt-BR"/>
        </w:rPr>
      </w:pPr>
      <w:r w:rsidRPr="001179E8">
        <w:rPr>
          <w:lang w:val="pt-BR"/>
        </w:rPr>
        <w:t>O efeito foi imediato e dramático. Os veios vermelhos no pedestal brilharam intensamente, e um feixe de energia púrpura-avermelhada disparou do centro da depressão circular, atingindo o teto da câmara. Pedaços de pedra se soltaram com o impacto, forçando Nicole e Rick a recuarem rapidamente.</w:t>
      </w:r>
    </w:p>
    <w:p w14:paraId="52A4F84F" w14:textId="77777777" w:rsidR="002355BD" w:rsidRPr="001179E8" w:rsidRDefault="00000000">
      <w:pPr>
        <w:rPr>
          <w:lang w:val="pt-BR"/>
        </w:rPr>
      </w:pPr>
      <w:r w:rsidRPr="001179E8">
        <w:rPr>
          <w:lang w:val="pt-BR"/>
        </w:rPr>
        <w:br/>
      </w:r>
    </w:p>
    <w:p w14:paraId="1DD6C89E" w14:textId="77777777" w:rsidR="002355BD" w:rsidRPr="001179E8" w:rsidRDefault="00000000">
      <w:pPr>
        <w:rPr>
          <w:lang w:val="pt-BR"/>
        </w:rPr>
      </w:pPr>
      <w:r w:rsidRPr="001179E8">
        <w:rPr>
          <w:lang w:val="pt-BR"/>
        </w:rPr>
        <w:t>"Acho que funciona," comentou Rick secamente, observando os escombros caírem.</w:t>
      </w:r>
    </w:p>
    <w:p w14:paraId="53DB07AD" w14:textId="77777777" w:rsidR="002355BD" w:rsidRPr="001179E8" w:rsidRDefault="00000000">
      <w:pPr>
        <w:rPr>
          <w:lang w:val="pt-BR"/>
        </w:rPr>
      </w:pPr>
      <w:r w:rsidRPr="001179E8">
        <w:rPr>
          <w:lang w:val="pt-BR"/>
        </w:rPr>
        <w:br/>
      </w:r>
    </w:p>
    <w:p w14:paraId="14C24D1E" w14:textId="77777777" w:rsidR="002355BD" w:rsidRPr="001179E8" w:rsidRDefault="00000000">
      <w:pPr>
        <w:rPr>
          <w:lang w:val="pt-BR"/>
        </w:rPr>
      </w:pPr>
      <w:r w:rsidRPr="001179E8">
        <w:rPr>
          <w:lang w:val="pt-BR"/>
        </w:rPr>
        <w:t>"Um pouco potente demais para um teste," concordou Nicole, olhando para sua mão metálica com novo respeito. "Precisamos refinar o controle, direcionar a energia de forma mais precisa."</w:t>
      </w:r>
    </w:p>
    <w:p w14:paraId="7D15467F" w14:textId="77777777" w:rsidR="002355BD" w:rsidRPr="001179E8" w:rsidRDefault="00000000">
      <w:pPr>
        <w:rPr>
          <w:lang w:val="pt-BR"/>
        </w:rPr>
      </w:pPr>
      <w:r w:rsidRPr="001179E8">
        <w:rPr>
          <w:lang w:val="pt-BR"/>
        </w:rPr>
        <w:br/>
      </w:r>
    </w:p>
    <w:p w14:paraId="343E64BB" w14:textId="77777777" w:rsidR="002355BD" w:rsidRPr="001179E8" w:rsidRDefault="00000000">
      <w:pPr>
        <w:rPr>
          <w:lang w:val="pt-BR"/>
        </w:rPr>
      </w:pPr>
      <w:r w:rsidRPr="001179E8">
        <w:rPr>
          <w:lang w:val="pt-BR"/>
        </w:rPr>
        <w:t>Eles passaram as horas seguintes experimentando – ajustando a quantidade de energia que cada um contribuía, testando diferentes configurações. Nicole alternava entre formas parcialmente metálicas e totalmente humanas, descobrindo que cada estado oferecia diferentes vantagens para canalizar sua eletrocinese.</w:t>
      </w:r>
    </w:p>
    <w:p w14:paraId="58AB37AB" w14:textId="77777777" w:rsidR="002355BD" w:rsidRPr="001179E8" w:rsidRDefault="00000000">
      <w:pPr>
        <w:rPr>
          <w:lang w:val="pt-BR"/>
        </w:rPr>
      </w:pPr>
      <w:r w:rsidRPr="001179E8">
        <w:rPr>
          <w:lang w:val="pt-BR"/>
        </w:rPr>
        <w:br/>
      </w:r>
    </w:p>
    <w:p w14:paraId="3B837DE1" w14:textId="77777777" w:rsidR="002355BD" w:rsidRPr="001179E8" w:rsidRDefault="00000000">
      <w:pPr>
        <w:rPr>
          <w:lang w:val="pt-BR"/>
        </w:rPr>
      </w:pPr>
      <w:r w:rsidRPr="001179E8">
        <w:rPr>
          <w:lang w:val="pt-BR"/>
        </w:rPr>
        <w:lastRenderedPageBreak/>
        <w:t>Rick observava, fascinado, enquanto ela mudava – o metal fluindo sobre sua pele como mercúrio líquido, às vezes cobrindo apenas suas mãos ou braços, outras vezes envolvendo todo seu corpo em uma segunda pele cromada que refletia a luz púrpura do submundo de formas hipnotizantes.</w:t>
      </w:r>
    </w:p>
    <w:p w14:paraId="3E80E3A6" w14:textId="77777777" w:rsidR="002355BD" w:rsidRPr="001179E8" w:rsidRDefault="00000000">
      <w:pPr>
        <w:rPr>
          <w:lang w:val="pt-BR"/>
        </w:rPr>
      </w:pPr>
      <w:r w:rsidRPr="001179E8">
        <w:rPr>
          <w:lang w:val="pt-BR"/>
        </w:rPr>
        <w:br/>
      </w:r>
    </w:p>
    <w:p w14:paraId="71AA3902" w14:textId="77777777" w:rsidR="002355BD" w:rsidRPr="001179E8" w:rsidRDefault="00000000">
      <w:pPr>
        <w:rPr>
          <w:lang w:val="pt-BR"/>
        </w:rPr>
      </w:pPr>
      <w:r w:rsidRPr="001179E8">
        <w:rPr>
          <w:lang w:val="pt-BR"/>
        </w:rPr>
        <w:t>"Sabe," comentou ele durante uma pausa em seus experimentos, "é incrível como você fica gostosa mesmo com a pele metálica."</w:t>
      </w:r>
    </w:p>
    <w:p w14:paraId="2A59FC89" w14:textId="77777777" w:rsidR="002355BD" w:rsidRPr="001179E8" w:rsidRDefault="00000000">
      <w:pPr>
        <w:rPr>
          <w:lang w:val="pt-BR"/>
        </w:rPr>
      </w:pPr>
      <w:r w:rsidRPr="001179E8">
        <w:rPr>
          <w:lang w:val="pt-BR"/>
        </w:rPr>
        <w:br/>
      </w:r>
    </w:p>
    <w:p w14:paraId="5939E285" w14:textId="77777777" w:rsidR="002355BD" w:rsidRPr="001179E8" w:rsidRDefault="00000000">
      <w:pPr>
        <w:rPr>
          <w:lang w:val="pt-BR"/>
        </w:rPr>
      </w:pPr>
      <w:r w:rsidRPr="001179E8">
        <w:rPr>
          <w:lang w:val="pt-BR"/>
        </w:rPr>
        <w:t>Nicole parou no meio do movimento, virando-se para encará-lo com uma sobrancelha erguida. "Sério, Rick? Estamos presos no submundo, tentando criar um sinal de socorro interdimensional, e você está pensando nisso?"</w:t>
      </w:r>
    </w:p>
    <w:p w14:paraId="1CB3DE7D" w14:textId="77777777" w:rsidR="002355BD" w:rsidRPr="001179E8" w:rsidRDefault="00000000">
      <w:pPr>
        <w:rPr>
          <w:lang w:val="pt-BR"/>
        </w:rPr>
      </w:pPr>
      <w:r w:rsidRPr="001179E8">
        <w:rPr>
          <w:lang w:val="pt-BR"/>
        </w:rPr>
        <w:br/>
      </w:r>
    </w:p>
    <w:p w14:paraId="3B6B108A" w14:textId="77777777" w:rsidR="002355BD" w:rsidRPr="001179E8" w:rsidRDefault="00000000">
      <w:pPr>
        <w:rPr>
          <w:lang w:val="pt-BR"/>
        </w:rPr>
      </w:pPr>
      <w:r w:rsidRPr="001179E8">
        <w:rPr>
          <w:lang w:val="pt-BR"/>
        </w:rPr>
        <w:t>Rick deu de ombros, um sorriso malicioso brincando em seus lábios. "O que posso dizer? Tenho prioridades." Ele se aproximou, seus olhos percorrendo deliberadamente o corpo dela. "Além disso, não é minha culpa se você consegue fazer metal cromado parecer sexy."</w:t>
      </w:r>
    </w:p>
    <w:p w14:paraId="156661A4" w14:textId="77777777" w:rsidR="002355BD" w:rsidRPr="001179E8" w:rsidRDefault="00000000">
      <w:pPr>
        <w:rPr>
          <w:lang w:val="pt-BR"/>
        </w:rPr>
      </w:pPr>
      <w:r w:rsidRPr="001179E8">
        <w:rPr>
          <w:lang w:val="pt-BR"/>
        </w:rPr>
        <w:br/>
      </w:r>
    </w:p>
    <w:p w14:paraId="13BC8C73" w14:textId="77777777" w:rsidR="002355BD" w:rsidRPr="001179E8" w:rsidRDefault="00000000">
      <w:pPr>
        <w:rPr>
          <w:lang w:val="pt-BR"/>
        </w:rPr>
      </w:pPr>
      <w:r w:rsidRPr="001179E8">
        <w:rPr>
          <w:lang w:val="pt-BR"/>
        </w:rPr>
        <w:t>Nicole revirou os olhos, mas não conseguiu evitar o leve rubor que coloriu suas bochechas. Era tão típico de Rick – encontrar espaço para flertes e insinuações mesmo nas situações mais desesperadas. E embora ela nunca admitisse em voz alta, uma parte dela apreciava isso – a forma como ele a fazia sentir desejada, bonita, mesmo quando estava longe de se sentir assim.</w:t>
      </w:r>
    </w:p>
    <w:p w14:paraId="4364D046" w14:textId="77777777" w:rsidR="002355BD" w:rsidRPr="001179E8" w:rsidRDefault="00000000">
      <w:pPr>
        <w:rPr>
          <w:lang w:val="pt-BR"/>
        </w:rPr>
      </w:pPr>
      <w:r w:rsidRPr="001179E8">
        <w:rPr>
          <w:lang w:val="pt-BR"/>
        </w:rPr>
        <w:br/>
      </w:r>
    </w:p>
    <w:p w14:paraId="0D96E5A0" w14:textId="77777777" w:rsidR="002355BD" w:rsidRPr="001179E8" w:rsidRDefault="00000000">
      <w:pPr>
        <w:rPr>
          <w:lang w:val="pt-BR"/>
        </w:rPr>
      </w:pPr>
      <w:r w:rsidRPr="001179E8">
        <w:rPr>
          <w:lang w:val="pt-BR"/>
        </w:rPr>
        <w:t>"Concentre-se na missão, Punk," disse ela, usando seu codinome de herói em um tom falsamente severo.</w:t>
      </w:r>
    </w:p>
    <w:p w14:paraId="70F3D695" w14:textId="77777777" w:rsidR="002355BD" w:rsidRPr="001179E8" w:rsidRDefault="00000000">
      <w:pPr>
        <w:rPr>
          <w:lang w:val="pt-BR"/>
        </w:rPr>
      </w:pPr>
      <w:r w:rsidRPr="001179E8">
        <w:rPr>
          <w:lang w:val="pt-BR"/>
        </w:rPr>
        <w:br/>
      </w:r>
    </w:p>
    <w:p w14:paraId="557BF974" w14:textId="77777777" w:rsidR="002355BD" w:rsidRPr="001179E8" w:rsidRDefault="00000000">
      <w:pPr>
        <w:rPr>
          <w:lang w:val="pt-BR"/>
        </w:rPr>
      </w:pPr>
      <w:r w:rsidRPr="001179E8">
        <w:rPr>
          <w:lang w:val="pt-BR"/>
        </w:rPr>
        <w:t>"Estou totalmente concentrado, Chrome," respondeu ele, enfatizando seu codinome com um tom que tornava a palavra quase uma carícia. "Só estou... multitarefando."</w:t>
      </w:r>
    </w:p>
    <w:p w14:paraId="101DC391" w14:textId="77777777" w:rsidR="002355BD" w:rsidRPr="001179E8" w:rsidRDefault="00000000">
      <w:pPr>
        <w:rPr>
          <w:lang w:val="pt-BR"/>
        </w:rPr>
      </w:pPr>
      <w:r w:rsidRPr="001179E8">
        <w:rPr>
          <w:lang w:val="pt-BR"/>
        </w:rPr>
        <w:br/>
      </w:r>
    </w:p>
    <w:p w14:paraId="60E43EC8" w14:textId="77777777" w:rsidR="002355BD" w:rsidRPr="001179E8" w:rsidRDefault="00000000">
      <w:pPr>
        <w:rPr>
          <w:lang w:val="pt-BR"/>
        </w:rPr>
      </w:pPr>
      <w:r w:rsidRPr="001179E8">
        <w:rPr>
          <w:lang w:val="pt-BR"/>
        </w:rPr>
        <w:lastRenderedPageBreak/>
        <w:t>Nicole balançou a cabeça, mas um pequeno sorriso traiu sua diversão. "Vamos voltar ao trabalho. Acho que estamos quase lá."</w:t>
      </w:r>
    </w:p>
    <w:p w14:paraId="2F4965D5" w14:textId="77777777" w:rsidR="002355BD" w:rsidRPr="001179E8" w:rsidRDefault="00000000">
      <w:pPr>
        <w:rPr>
          <w:lang w:val="pt-BR"/>
        </w:rPr>
      </w:pPr>
      <w:r w:rsidRPr="001179E8">
        <w:rPr>
          <w:lang w:val="pt-BR"/>
        </w:rPr>
        <w:br/>
      </w:r>
    </w:p>
    <w:p w14:paraId="2DD47ACA" w14:textId="77777777" w:rsidR="002355BD" w:rsidRPr="001179E8" w:rsidRDefault="00000000">
      <w:pPr>
        <w:rPr>
          <w:lang w:val="pt-BR"/>
        </w:rPr>
      </w:pPr>
      <w:r w:rsidRPr="001179E8">
        <w:rPr>
          <w:lang w:val="pt-BR"/>
        </w:rPr>
        <w:t>Após mais algumas horas de experimentação, eles finalmente chegaram a uma configuração que parecia promissora – um pulso de energia controlado que disparava diretamente para cima, potente o suficiente para (teoricamente) atravessar barreiras dimensionais, mas não tão forte que ameaçasse desmoronar o que restava do edifício sobre eles.</w:t>
      </w:r>
    </w:p>
    <w:p w14:paraId="4B776C20" w14:textId="77777777" w:rsidR="002355BD" w:rsidRPr="001179E8" w:rsidRDefault="00000000">
      <w:pPr>
        <w:rPr>
          <w:lang w:val="pt-BR"/>
        </w:rPr>
      </w:pPr>
      <w:r w:rsidRPr="001179E8">
        <w:rPr>
          <w:lang w:val="pt-BR"/>
        </w:rPr>
        <w:br/>
      </w:r>
    </w:p>
    <w:p w14:paraId="3F7BF22C" w14:textId="77777777" w:rsidR="002355BD" w:rsidRPr="001179E8" w:rsidRDefault="00000000">
      <w:pPr>
        <w:rPr>
          <w:lang w:val="pt-BR"/>
        </w:rPr>
      </w:pPr>
      <w:r w:rsidRPr="001179E8">
        <w:rPr>
          <w:lang w:val="pt-BR"/>
        </w:rPr>
        <w:t>"Acho que isso vai funcionar," disse Nicole, observando criticamente o feixe de energia púrpura-azulada que se dissipava no ar. "Mas precisamos de um espaço mais aberto para o sinal completo. Não queremos ficar presos sob toneladas de pedra se algo der errado."</w:t>
      </w:r>
    </w:p>
    <w:p w14:paraId="11066711" w14:textId="77777777" w:rsidR="002355BD" w:rsidRPr="001179E8" w:rsidRDefault="00000000">
      <w:pPr>
        <w:rPr>
          <w:lang w:val="pt-BR"/>
        </w:rPr>
      </w:pPr>
      <w:r w:rsidRPr="001179E8">
        <w:rPr>
          <w:lang w:val="pt-BR"/>
        </w:rPr>
        <w:br/>
      </w:r>
    </w:p>
    <w:p w14:paraId="3DACABED" w14:textId="77777777" w:rsidR="002355BD" w:rsidRPr="001179E8" w:rsidRDefault="00000000">
      <w:pPr>
        <w:rPr>
          <w:lang w:val="pt-BR"/>
        </w:rPr>
      </w:pPr>
      <w:r w:rsidRPr="001179E8">
        <w:rPr>
          <w:lang w:val="pt-BR"/>
        </w:rPr>
        <w:t>Rick concordou. "Vamos para fora, então. Aquela praça que vimos ontem seria perfeita – espaço aberto, visão clara do céu."</w:t>
      </w:r>
    </w:p>
    <w:p w14:paraId="244C7825" w14:textId="77777777" w:rsidR="002355BD" w:rsidRPr="001179E8" w:rsidRDefault="00000000">
      <w:pPr>
        <w:rPr>
          <w:lang w:val="pt-BR"/>
        </w:rPr>
      </w:pPr>
      <w:r w:rsidRPr="001179E8">
        <w:rPr>
          <w:lang w:val="pt-BR"/>
        </w:rPr>
        <w:br/>
      </w:r>
    </w:p>
    <w:p w14:paraId="24A9DD23" w14:textId="77777777" w:rsidR="002355BD" w:rsidRPr="001179E8" w:rsidRDefault="00000000">
      <w:pPr>
        <w:rPr>
          <w:lang w:val="pt-BR"/>
        </w:rPr>
      </w:pPr>
      <w:r w:rsidRPr="001179E8">
        <w:rPr>
          <w:lang w:val="pt-BR"/>
        </w:rPr>
        <w:t>Eles saíram do templo, caminhando cuidadosamente através das ruínas até chegarem a um espaço que parecia ter sido uma praça central ou local de reunião. Era um círculo perfeito, pavimentado com a mesma pedra negra venosa, com o que restava de estátuas ou monumentos posicionados em intervalos regulares ao redor da circunferência.</w:t>
      </w:r>
    </w:p>
    <w:p w14:paraId="23955C50" w14:textId="77777777" w:rsidR="002355BD" w:rsidRPr="001179E8" w:rsidRDefault="00000000">
      <w:pPr>
        <w:rPr>
          <w:lang w:val="pt-BR"/>
        </w:rPr>
      </w:pPr>
      <w:r w:rsidRPr="001179E8">
        <w:rPr>
          <w:lang w:val="pt-BR"/>
        </w:rPr>
        <w:br/>
      </w:r>
    </w:p>
    <w:p w14:paraId="34031F50" w14:textId="77777777" w:rsidR="002355BD" w:rsidRPr="001179E8" w:rsidRDefault="00000000">
      <w:pPr>
        <w:rPr>
          <w:lang w:val="pt-BR"/>
        </w:rPr>
      </w:pPr>
      <w:r w:rsidRPr="001179E8">
        <w:rPr>
          <w:lang w:val="pt-BR"/>
        </w:rPr>
        <w:t>No centro da praça havia uma plataforma elevada, semelhante a um altar ou pódio. Quando se aproximaram, viram que tinha a mesma depressão circular que o pedestal na câmara da biblioteca.</w:t>
      </w:r>
    </w:p>
    <w:p w14:paraId="76D50704" w14:textId="77777777" w:rsidR="002355BD" w:rsidRPr="001179E8" w:rsidRDefault="00000000">
      <w:pPr>
        <w:rPr>
          <w:lang w:val="pt-BR"/>
        </w:rPr>
      </w:pPr>
      <w:r w:rsidRPr="001179E8">
        <w:rPr>
          <w:lang w:val="pt-BR"/>
        </w:rPr>
        <w:br/>
      </w:r>
    </w:p>
    <w:p w14:paraId="657B252E" w14:textId="77777777" w:rsidR="002355BD" w:rsidRPr="001179E8" w:rsidRDefault="00000000">
      <w:pPr>
        <w:rPr>
          <w:lang w:val="pt-BR"/>
        </w:rPr>
      </w:pPr>
      <w:r w:rsidRPr="001179E8">
        <w:rPr>
          <w:lang w:val="pt-BR"/>
        </w:rPr>
        <w:t>"Parece que encontramos o local principal," observou Nicole. "Este deve ser o verdadeiro amplificador – o outro era apenas uma versão menor, talvez para testes ou rituais menores."</w:t>
      </w:r>
    </w:p>
    <w:p w14:paraId="404E31F3" w14:textId="77777777" w:rsidR="002355BD" w:rsidRPr="001179E8" w:rsidRDefault="00000000">
      <w:pPr>
        <w:rPr>
          <w:lang w:val="pt-BR"/>
        </w:rPr>
      </w:pPr>
      <w:r w:rsidRPr="001179E8">
        <w:rPr>
          <w:lang w:val="pt-BR"/>
        </w:rPr>
        <w:br/>
      </w:r>
    </w:p>
    <w:p w14:paraId="12DF01C2" w14:textId="77777777" w:rsidR="002355BD" w:rsidRPr="001179E8" w:rsidRDefault="00000000">
      <w:pPr>
        <w:rPr>
          <w:lang w:val="pt-BR"/>
        </w:rPr>
      </w:pPr>
      <w:r w:rsidRPr="001179E8">
        <w:rPr>
          <w:lang w:val="pt-BR"/>
        </w:rPr>
        <w:lastRenderedPageBreak/>
        <w:t>Rick examinou a plataforma com crescente entusiasmo. "Isso é perfeito! Com este amplificador maior, nosso sinal será muito mais forte."</w:t>
      </w:r>
    </w:p>
    <w:p w14:paraId="10533816" w14:textId="77777777" w:rsidR="002355BD" w:rsidRPr="001179E8" w:rsidRDefault="00000000">
      <w:pPr>
        <w:rPr>
          <w:lang w:val="pt-BR"/>
        </w:rPr>
      </w:pPr>
      <w:r w:rsidRPr="001179E8">
        <w:rPr>
          <w:lang w:val="pt-BR"/>
        </w:rPr>
        <w:br/>
      </w:r>
    </w:p>
    <w:p w14:paraId="639B57D7" w14:textId="77777777" w:rsidR="002355BD" w:rsidRPr="001179E8" w:rsidRDefault="00000000">
      <w:pPr>
        <w:rPr>
          <w:lang w:val="pt-BR"/>
        </w:rPr>
      </w:pPr>
      <w:r w:rsidRPr="001179E8">
        <w:rPr>
          <w:lang w:val="pt-BR"/>
        </w:rPr>
        <w:t>Nicole assentiu, embora uma sombra de preocupação cruzasse seu rosto. "Também será muito mais perigoso. Se algo der errado..."</w:t>
      </w:r>
    </w:p>
    <w:p w14:paraId="5985C79E" w14:textId="77777777" w:rsidR="002355BD" w:rsidRPr="001179E8" w:rsidRDefault="00000000">
      <w:pPr>
        <w:rPr>
          <w:lang w:val="pt-BR"/>
        </w:rPr>
      </w:pPr>
      <w:r w:rsidRPr="001179E8">
        <w:rPr>
          <w:lang w:val="pt-BR"/>
        </w:rPr>
        <w:br/>
      </w:r>
    </w:p>
    <w:p w14:paraId="7C47E38B" w14:textId="77777777" w:rsidR="002355BD" w:rsidRPr="001179E8" w:rsidRDefault="00000000">
      <w:pPr>
        <w:rPr>
          <w:lang w:val="pt-BR"/>
        </w:rPr>
      </w:pPr>
      <w:r w:rsidRPr="001179E8">
        <w:rPr>
          <w:lang w:val="pt-BR"/>
        </w:rPr>
        <w:t>Rick pegou sua mão, apertando-a reasseguradoramente. "Vai dar certo, Nicky. Confie em mim."</w:t>
      </w:r>
    </w:p>
    <w:p w14:paraId="6CF141F5" w14:textId="77777777" w:rsidR="002355BD" w:rsidRPr="001179E8" w:rsidRDefault="00000000">
      <w:pPr>
        <w:rPr>
          <w:lang w:val="pt-BR"/>
        </w:rPr>
      </w:pPr>
      <w:r w:rsidRPr="001179E8">
        <w:rPr>
          <w:lang w:val="pt-BR"/>
        </w:rPr>
        <w:br/>
      </w:r>
    </w:p>
    <w:p w14:paraId="7E7C3495" w14:textId="77777777" w:rsidR="002355BD" w:rsidRPr="001179E8" w:rsidRDefault="00000000">
      <w:pPr>
        <w:rPr>
          <w:lang w:val="pt-BR"/>
        </w:rPr>
      </w:pPr>
      <w:r w:rsidRPr="001179E8">
        <w:rPr>
          <w:lang w:val="pt-BR"/>
        </w:rPr>
        <w:t>Nicole olhou para ele – para seu sorriso confiante, seus olhos determinados – e sentiu a familiar onda de afeto e exasperação que ele sempre provocava nela. "Essa é a frase que você sempre diz antes que tudo dê terrivelmente errado," lembrou ela.</w:t>
      </w:r>
    </w:p>
    <w:p w14:paraId="7DFA3D93" w14:textId="77777777" w:rsidR="002355BD" w:rsidRPr="001179E8" w:rsidRDefault="00000000">
      <w:pPr>
        <w:rPr>
          <w:lang w:val="pt-BR"/>
        </w:rPr>
      </w:pPr>
      <w:r w:rsidRPr="001179E8">
        <w:rPr>
          <w:lang w:val="pt-BR"/>
        </w:rPr>
        <w:br/>
      </w:r>
    </w:p>
    <w:p w14:paraId="04191D94" w14:textId="77777777" w:rsidR="002355BD" w:rsidRPr="001179E8" w:rsidRDefault="00000000">
      <w:pPr>
        <w:rPr>
          <w:lang w:val="pt-BR"/>
        </w:rPr>
      </w:pPr>
      <w:r w:rsidRPr="001179E8">
        <w:rPr>
          <w:lang w:val="pt-BR"/>
        </w:rPr>
        <w:t>"Ei, estamos vivos até agora, não estamos?" Rick piscou, então ficou sério. "Mas realmente, Nicky. Confio em você. Nos seus cálculos, no seu controle. Se alguém pode fazer isso funcionar, é você."</w:t>
      </w:r>
    </w:p>
    <w:p w14:paraId="52905CE7" w14:textId="77777777" w:rsidR="002355BD" w:rsidRPr="001179E8" w:rsidRDefault="00000000">
      <w:pPr>
        <w:rPr>
          <w:lang w:val="pt-BR"/>
        </w:rPr>
      </w:pPr>
      <w:r w:rsidRPr="001179E8">
        <w:rPr>
          <w:lang w:val="pt-BR"/>
        </w:rPr>
        <w:br/>
      </w:r>
    </w:p>
    <w:p w14:paraId="0748F538" w14:textId="77777777" w:rsidR="002355BD" w:rsidRPr="001179E8" w:rsidRDefault="00000000">
      <w:pPr>
        <w:rPr>
          <w:lang w:val="pt-BR"/>
        </w:rPr>
      </w:pPr>
      <w:r w:rsidRPr="001179E8">
        <w:rPr>
          <w:lang w:val="pt-BR"/>
        </w:rPr>
        <w:t>As palavras dele a tocaram mais profundamente do que ele provavelmente percebia. Nicole sempre lutara com a pressão de corresponder às expectativas – as suas próprias, as de seu pai, as do mundo. Ouvir Rick expressar confiança tão completa em suas habilidades significava mais do que qualquer elogio sobre sua aparência.</w:t>
      </w:r>
    </w:p>
    <w:p w14:paraId="14F41D05" w14:textId="77777777" w:rsidR="002355BD" w:rsidRPr="001179E8" w:rsidRDefault="00000000">
      <w:pPr>
        <w:rPr>
          <w:lang w:val="pt-BR"/>
        </w:rPr>
      </w:pPr>
      <w:r w:rsidRPr="001179E8">
        <w:rPr>
          <w:lang w:val="pt-BR"/>
        </w:rPr>
        <w:br/>
      </w:r>
    </w:p>
    <w:p w14:paraId="7409FAB7" w14:textId="77777777" w:rsidR="002355BD" w:rsidRPr="001179E8" w:rsidRDefault="00000000">
      <w:pPr>
        <w:rPr>
          <w:lang w:val="pt-BR"/>
        </w:rPr>
      </w:pPr>
      <w:r w:rsidRPr="001179E8">
        <w:rPr>
          <w:lang w:val="pt-BR"/>
        </w:rPr>
        <w:t>"Obrigada," disse ela simplesmente, apertando a mão dele em retorno antes de soltá-la. "Vamos fazer isso."</w:t>
      </w:r>
    </w:p>
    <w:p w14:paraId="3DE43DA2" w14:textId="77777777" w:rsidR="002355BD" w:rsidRPr="001179E8" w:rsidRDefault="00000000">
      <w:pPr>
        <w:rPr>
          <w:lang w:val="pt-BR"/>
        </w:rPr>
      </w:pPr>
      <w:r w:rsidRPr="001179E8">
        <w:rPr>
          <w:lang w:val="pt-BR"/>
        </w:rPr>
        <w:br/>
      </w:r>
    </w:p>
    <w:p w14:paraId="781D5321" w14:textId="77777777" w:rsidR="002355BD" w:rsidRPr="001179E8" w:rsidRDefault="00000000">
      <w:pPr>
        <w:rPr>
          <w:lang w:val="pt-BR"/>
        </w:rPr>
      </w:pPr>
      <w:r w:rsidRPr="001179E8">
        <w:rPr>
          <w:lang w:val="pt-BR"/>
        </w:rPr>
        <w:t xml:space="preserve">Eles se posicionaram de lados opostos da plataforma central, Nicole já começando a transformação. Desta vez, ela permitiu que o metal cobrisse seu corpo inteiro, da cabeça aos </w:t>
      </w:r>
      <w:r w:rsidRPr="001179E8">
        <w:rPr>
          <w:lang w:val="pt-BR"/>
        </w:rPr>
        <w:lastRenderedPageBreak/>
        <w:t>pés – uma armadura cromada perfeita que brilhava sob a luz púrpura do céu do submundo. Apenas seu rosto permaneceu humano, seus olhos cinzentos agora faiscando com eletricidade azul.</w:t>
      </w:r>
    </w:p>
    <w:p w14:paraId="180B0CAE" w14:textId="77777777" w:rsidR="002355BD" w:rsidRPr="001179E8" w:rsidRDefault="00000000">
      <w:pPr>
        <w:rPr>
          <w:lang w:val="pt-BR"/>
        </w:rPr>
      </w:pPr>
      <w:r w:rsidRPr="001179E8">
        <w:rPr>
          <w:lang w:val="pt-BR"/>
        </w:rPr>
        <w:br/>
      </w:r>
    </w:p>
    <w:p w14:paraId="7AF23411" w14:textId="77777777" w:rsidR="002355BD" w:rsidRPr="001179E8" w:rsidRDefault="00000000">
      <w:pPr>
        <w:rPr>
          <w:lang w:val="pt-BR"/>
        </w:rPr>
      </w:pPr>
      <w:r w:rsidRPr="001179E8">
        <w:rPr>
          <w:lang w:val="pt-BR"/>
        </w:rPr>
        <w:t>Rick a observou, momentaneamente sem palavras diante da visão. Nicole em sua forma totalmente metálica era uma visão impressionante – poderosa, etérea, quase divina. Ele sempre a achara bonita, desde o primeiro momento em que a vira, mas havia algo nesta versão dela – esta guerreira de metal e eletricidade – que o deixava genuinamente sem fôlego.</w:t>
      </w:r>
    </w:p>
    <w:p w14:paraId="38C46D9B" w14:textId="77777777" w:rsidR="002355BD" w:rsidRPr="001179E8" w:rsidRDefault="00000000">
      <w:pPr>
        <w:rPr>
          <w:lang w:val="pt-BR"/>
        </w:rPr>
      </w:pPr>
      <w:r w:rsidRPr="001179E8">
        <w:rPr>
          <w:lang w:val="pt-BR"/>
        </w:rPr>
        <w:br/>
      </w:r>
    </w:p>
    <w:p w14:paraId="62ADAFD8" w14:textId="77777777" w:rsidR="002355BD" w:rsidRPr="001179E8" w:rsidRDefault="00000000">
      <w:pPr>
        <w:rPr>
          <w:lang w:val="pt-BR"/>
        </w:rPr>
      </w:pPr>
      <w:r w:rsidRPr="001179E8">
        <w:rPr>
          <w:lang w:val="pt-BR"/>
        </w:rPr>
        <w:t>"O que foi?" perguntou ela, notando seu olhar fixo.</w:t>
      </w:r>
    </w:p>
    <w:p w14:paraId="3C3FD7D2" w14:textId="77777777" w:rsidR="002355BD" w:rsidRPr="001179E8" w:rsidRDefault="00000000">
      <w:pPr>
        <w:rPr>
          <w:lang w:val="pt-BR"/>
        </w:rPr>
      </w:pPr>
      <w:r w:rsidRPr="001179E8">
        <w:rPr>
          <w:lang w:val="pt-BR"/>
        </w:rPr>
        <w:br/>
      </w:r>
    </w:p>
    <w:p w14:paraId="784771C5" w14:textId="77777777" w:rsidR="002355BD" w:rsidRPr="001179E8" w:rsidRDefault="00000000">
      <w:pPr>
        <w:rPr>
          <w:lang w:val="pt-BR"/>
        </w:rPr>
      </w:pPr>
      <w:r w:rsidRPr="001179E8">
        <w:rPr>
          <w:lang w:val="pt-BR"/>
        </w:rPr>
        <w:t>Rick balançou a cabeça, um sorriso suave substituindo sua expressão normalmente sarcástica. "Nada. Só... você é incrível, sabia?"</w:t>
      </w:r>
    </w:p>
    <w:p w14:paraId="67E494A4" w14:textId="77777777" w:rsidR="002355BD" w:rsidRPr="001179E8" w:rsidRDefault="00000000">
      <w:pPr>
        <w:rPr>
          <w:lang w:val="pt-BR"/>
        </w:rPr>
      </w:pPr>
      <w:r w:rsidRPr="001179E8">
        <w:rPr>
          <w:lang w:val="pt-BR"/>
        </w:rPr>
        <w:br/>
      </w:r>
    </w:p>
    <w:p w14:paraId="47273E01" w14:textId="77777777" w:rsidR="002355BD" w:rsidRPr="001179E8" w:rsidRDefault="00000000">
      <w:pPr>
        <w:rPr>
          <w:lang w:val="pt-BR"/>
        </w:rPr>
      </w:pPr>
      <w:r w:rsidRPr="001179E8">
        <w:rPr>
          <w:lang w:val="pt-BR"/>
        </w:rPr>
        <w:t>Nicole não estava acostumada a ver Rick sem sua fachada habitual de humor irreverente. A sinceridade em sua voz a pegou desprevenida, e ela sentiu um calor que não tinha nada a ver com seus poderes se espalhando por seu peito.</w:t>
      </w:r>
    </w:p>
    <w:p w14:paraId="478291D1" w14:textId="77777777" w:rsidR="002355BD" w:rsidRPr="001179E8" w:rsidRDefault="00000000">
      <w:pPr>
        <w:rPr>
          <w:lang w:val="pt-BR"/>
        </w:rPr>
      </w:pPr>
      <w:r w:rsidRPr="001179E8">
        <w:rPr>
          <w:lang w:val="pt-BR"/>
        </w:rPr>
        <w:br/>
      </w:r>
    </w:p>
    <w:p w14:paraId="7720D684" w14:textId="77777777" w:rsidR="002355BD" w:rsidRPr="001179E8" w:rsidRDefault="00000000">
      <w:pPr>
        <w:rPr>
          <w:lang w:val="pt-BR"/>
        </w:rPr>
      </w:pPr>
      <w:r w:rsidRPr="001179E8">
        <w:rPr>
          <w:lang w:val="pt-BR"/>
        </w:rPr>
        <w:t>"Vamos fazer isso," repetiu ela, sua voz ligeiramente rouca.</w:t>
      </w:r>
    </w:p>
    <w:p w14:paraId="41D26CC1" w14:textId="77777777" w:rsidR="002355BD" w:rsidRPr="001179E8" w:rsidRDefault="00000000">
      <w:pPr>
        <w:rPr>
          <w:lang w:val="pt-BR"/>
        </w:rPr>
      </w:pPr>
      <w:r w:rsidRPr="001179E8">
        <w:rPr>
          <w:lang w:val="pt-BR"/>
        </w:rPr>
        <w:br/>
      </w:r>
    </w:p>
    <w:p w14:paraId="40A30A0B" w14:textId="77777777" w:rsidR="002355BD" w:rsidRPr="001179E8" w:rsidRDefault="00000000">
      <w:pPr>
        <w:rPr>
          <w:lang w:val="pt-BR"/>
        </w:rPr>
      </w:pPr>
      <w:r w:rsidRPr="001179E8">
        <w:rPr>
          <w:lang w:val="pt-BR"/>
        </w:rPr>
        <w:t>Ambos colocaram as mãos na plataforma central, concentrando-se intensamente. Nicole canalizou sua eletrocinese, permitindo que a energia fluísse de seu corpo metálico para a pedra antiga. Rick fechou os olhos, absorvendo a energia cinética ao redor – o movimento do vento, a vibração sutil da própria terra – e redirecionando-a através de suas mãos.</w:t>
      </w:r>
    </w:p>
    <w:p w14:paraId="49C53158" w14:textId="77777777" w:rsidR="002355BD" w:rsidRPr="001179E8" w:rsidRDefault="00000000">
      <w:pPr>
        <w:rPr>
          <w:lang w:val="pt-BR"/>
        </w:rPr>
      </w:pPr>
      <w:r w:rsidRPr="001179E8">
        <w:rPr>
          <w:lang w:val="pt-BR"/>
        </w:rPr>
        <w:br/>
      </w:r>
    </w:p>
    <w:p w14:paraId="2D02E5A5" w14:textId="77777777" w:rsidR="002355BD" w:rsidRPr="001179E8" w:rsidRDefault="00000000">
      <w:pPr>
        <w:rPr>
          <w:lang w:val="pt-BR"/>
        </w:rPr>
      </w:pPr>
      <w:r w:rsidRPr="001179E8">
        <w:rPr>
          <w:lang w:val="pt-BR"/>
        </w:rPr>
        <w:lastRenderedPageBreak/>
        <w:t>A plataforma começou a brilhar, os veios vermelhos pulsando cada vez mais rápido. Um zumbido baixo cresceu em intensidade, tornando-se um rugido que parecia vir de dentro da própria pedra. O ar ao redor deles começou a crepitar com eletricidade estática, pequenos arcos de energia púrpura saltando entre as ruínas próximas.</w:t>
      </w:r>
    </w:p>
    <w:p w14:paraId="6330BB43" w14:textId="77777777" w:rsidR="002355BD" w:rsidRPr="001179E8" w:rsidRDefault="00000000">
      <w:pPr>
        <w:rPr>
          <w:lang w:val="pt-BR"/>
        </w:rPr>
      </w:pPr>
      <w:r w:rsidRPr="001179E8">
        <w:rPr>
          <w:lang w:val="pt-BR"/>
        </w:rPr>
        <w:br/>
      </w:r>
    </w:p>
    <w:p w14:paraId="5F8CEEC0" w14:textId="77777777" w:rsidR="002355BD" w:rsidRPr="001179E8" w:rsidRDefault="00000000">
      <w:pPr>
        <w:rPr>
          <w:lang w:val="pt-BR"/>
        </w:rPr>
      </w:pPr>
      <w:r w:rsidRPr="001179E8">
        <w:rPr>
          <w:lang w:val="pt-BR"/>
        </w:rPr>
        <w:t>"Mais!" gritou Rick sobre o rugido crescente. "Quase lá!"</w:t>
      </w:r>
    </w:p>
    <w:p w14:paraId="3CB02DCB" w14:textId="77777777" w:rsidR="002355BD" w:rsidRPr="001179E8" w:rsidRDefault="00000000">
      <w:pPr>
        <w:rPr>
          <w:lang w:val="pt-BR"/>
        </w:rPr>
      </w:pPr>
      <w:r w:rsidRPr="001179E8">
        <w:rPr>
          <w:lang w:val="pt-BR"/>
        </w:rPr>
        <w:br/>
      </w:r>
    </w:p>
    <w:p w14:paraId="4DD989C1" w14:textId="77777777" w:rsidR="002355BD" w:rsidRPr="001179E8" w:rsidRDefault="00000000">
      <w:pPr>
        <w:rPr>
          <w:lang w:val="pt-BR"/>
        </w:rPr>
      </w:pPr>
      <w:r w:rsidRPr="001179E8">
        <w:rPr>
          <w:lang w:val="pt-BR"/>
        </w:rPr>
        <w:t>Nicole assentiu, concentrando-se ainda mais. Seu corpo metálico agora brilhava tão intensamente que era quase doloroso olhar diretamente para ela. Eletricidade azul-púrpura corria por seus braços como rios luminosos, fluindo para a plataforma em ondas pulsantes.</w:t>
      </w:r>
    </w:p>
    <w:p w14:paraId="2D86961E" w14:textId="77777777" w:rsidR="002355BD" w:rsidRPr="001179E8" w:rsidRDefault="00000000">
      <w:pPr>
        <w:rPr>
          <w:lang w:val="pt-BR"/>
        </w:rPr>
      </w:pPr>
      <w:r w:rsidRPr="001179E8">
        <w:rPr>
          <w:lang w:val="pt-BR"/>
        </w:rPr>
        <w:br/>
      </w:r>
    </w:p>
    <w:p w14:paraId="1F39D10C" w14:textId="77777777" w:rsidR="002355BD" w:rsidRPr="001179E8" w:rsidRDefault="00000000">
      <w:pPr>
        <w:rPr>
          <w:lang w:val="pt-BR"/>
        </w:rPr>
      </w:pPr>
      <w:r w:rsidRPr="001179E8">
        <w:rPr>
          <w:lang w:val="pt-BR"/>
        </w:rPr>
        <w:t>A energia continuou a crescer, acumulando-se no centro da depressão circular. Uma esfera de luz púrpura-azulada se formou, girando cada vez mais rápido, expandindo-se até ter quase um metro de diâmetro.</w:t>
      </w:r>
    </w:p>
    <w:p w14:paraId="08156C2A" w14:textId="77777777" w:rsidR="002355BD" w:rsidRPr="001179E8" w:rsidRDefault="00000000">
      <w:pPr>
        <w:rPr>
          <w:lang w:val="pt-BR"/>
        </w:rPr>
      </w:pPr>
      <w:r w:rsidRPr="001179E8">
        <w:rPr>
          <w:lang w:val="pt-BR"/>
        </w:rPr>
        <w:br/>
      </w:r>
    </w:p>
    <w:p w14:paraId="38E34094" w14:textId="77777777" w:rsidR="002355BD" w:rsidRPr="001179E8" w:rsidRDefault="00000000">
      <w:pPr>
        <w:rPr>
          <w:lang w:val="pt-BR"/>
        </w:rPr>
      </w:pPr>
      <w:r w:rsidRPr="001179E8">
        <w:rPr>
          <w:lang w:val="pt-BR"/>
        </w:rPr>
        <w:t>"Agora!" gritou Nicole.</w:t>
      </w:r>
    </w:p>
    <w:p w14:paraId="013145E3" w14:textId="77777777" w:rsidR="002355BD" w:rsidRPr="001179E8" w:rsidRDefault="00000000">
      <w:pPr>
        <w:rPr>
          <w:lang w:val="pt-BR"/>
        </w:rPr>
      </w:pPr>
      <w:r w:rsidRPr="001179E8">
        <w:rPr>
          <w:lang w:val="pt-BR"/>
        </w:rPr>
        <w:br/>
      </w:r>
    </w:p>
    <w:p w14:paraId="5A52B9F4" w14:textId="77777777" w:rsidR="002355BD" w:rsidRPr="001179E8" w:rsidRDefault="00000000">
      <w:pPr>
        <w:rPr>
          <w:lang w:val="pt-BR"/>
        </w:rPr>
      </w:pPr>
      <w:r w:rsidRPr="001179E8">
        <w:rPr>
          <w:lang w:val="pt-BR"/>
        </w:rPr>
        <w:t>Com um movimento sincronizado, ambos empurraram suas mãos para baixo na plataforma, canalizando toda sua energia restante. A esfera de luz disparou para cima como um projétil, rasgando o céu vermelho-sangue do submundo. Subiu mais e mais alto, até parecer apenas um ponto brilhante, e então explodiu em uma onda de energia que se espalhou em todas as direções como uma aurora boreal púrpura.</w:t>
      </w:r>
    </w:p>
    <w:p w14:paraId="32B4B117" w14:textId="77777777" w:rsidR="002355BD" w:rsidRPr="001179E8" w:rsidRDefault="00000000">
      <w:pPr>
        <w:rPr>
          <w:lang w:val="pt-BR"/>
        </w:rPr>
      </w:pPr>
      <w:r w:rsidRPr="001179E8">
        <w:rPr>
          <w:lang w:val="pt-BR"/>
        </w:rPr>
        <w:br/>
      </w:r>
    </w:p>
    <w:p w14:paraId="58FA906D" w14:textId="77777777" w:rsidR="002355BD" w:rsidRPr="001179E8" w:rsidRDefault="00000000">
      <w:pPr>
        <w:rPr>
          <w:lang w:val="pt-BR"/>
        </w:rPr>
      </w:pPr>
      <w:r w:rsidRPr="001179E8">
        <w:rPr>
          <w:lang w:val="pt-BR"/>
        </w:rPr>
        <w:t>O esforço foi imenso. Nicole sentiu suas pernas fraquejarem, seu controle sobre a forma metálica vacilando. Do outro lado da plataforma, Rick cambaleou, seu rosto pálido com o esforço de canalizar tanta energia cinética de uma vez.</w:t>
      </w:r>
    </w:p>
    <w:p w14:paraId="1F8393F8" w14:textId="77777777" w:rsidR="002355BD" w:rsidRPr="001179E8" w:rsidRDefault="00000000">
      <w:pPr>
        <w:rPr>
          <w:lang w:val="pt-BR"/>
        </w:rPr>
      </w:pPr>
      <w:r w:rsidRPr="001179E8">
        <w:rPr>
          <w:lang w:val="pt-BR"/>
        </w:rPr>
        <w:br/>
      </w:r>
    </w:p>
    <w:p w14:paraId="15D059ED" w14:textId="77777777" w:rsidR="002355BD" w:rsidRPr="001179E8" w:rsidRDefault="00000000">
      <w:pPr>
        <w:rPr>
          <w:lang w:val="pt-BR"/>
        </w:rPr>
      </w:pPr>
      <w:r w:rsidRPr="001179E8">
        <w:rPr>
          <w:lang w:val="pt-BR"/>
        </w:rPr>
        <w:lastRenderedPageBreak/>
        <w:t>Quando a última onda de energia se dissipou no céu, ambos desabaram, exaustos. Nicole retornou involuntariamente à sua forma humana, seu corpo incapaz de manter a transformação metálica após gastar tanta energia.</w:t>
      </w:r>
    </w:p>
    <w:p w14:paraId="7516A1DA" w14:textId="77777777" w:rsidR="002355BD" w:rsidRPr="001179E8" w:rsidRDefault="00000000">
      <w:pPr>
        <w:rPr>
          <w:lang w:val="pt-BR"/>
        </w:rPr>
      </w:pPr>
      <w:r w:rsidRPr="001179E8">
        <w:rPr>
          <w:lang w:val="pt-BR"/>
        </w:rPr>
        <w:br/>
      </w:r>
    </w:p>
    <w:p w14:paraId="004C105A" w14:textId="77777777" w:rsidR="002355BD" w:rsidRPr="001179E8" w:rsidRDefault="00000000">
      <w:pPr>
        <w:rPr>
          <w:lang w:val="pt-BR"/>
        </w:rPr>
      </w:pPr>
      <w:r w:rsidRPr="001179E8">
        <w:rPr>
          <w:lang w:val="pt-BR"/>
        </w:rPr>
        <w:t>"Você acha... que funcionou?" ofegou Rick, deitado de costas no chão da praça, olhando para o céu onde seu sinal havia desaparecido.</w:t>
      </w:r>
    </w:p>
    <w:p w14:paraId="011BEC65" w14:textId="77777777" w:rsidR="002355BD" w:rsidRPr="001179E8" w:rsidRDefault="00000000">
      <w:pPr>
        <w:rPr>
          <w:lang w:val="pt-BR"/>
        </w:rPr>
      </w:pPr>
      <w:r w:rsidRPr="001179E8">
        <w:rPr>
          <w:lang w:val="pt-BR"/>
        </w:rPr>
        <w:br/>
      </w:r>
    </w:p>
    <w:p w14:paraId="27488BCD" w14:textId="77777777" w:rsidR="002355BD" w:rsidRPr="001179E8" w:rsidRDefault="00000000">
      <w:pPr>
        <w:rPr>
          <w:lang w:val="pt-BR"/>
        </w:rPr>
      </w:pPr>
      <w:r w:rsidRPr="001179E8">
        <w:rPr>
          <w:lang w:val="pt-BR"/>
        </w:rPr>
        <w:t>"Não sei," admitiu Nicole, igualmente sem fôlego. "Foi poderoso... mais poderoso do que esperávamos. Se alguém estiver procurando por nós... deve ter sido detectável."</w:t>
      </w:r>
    </w:p>
    <w:p w14:paraId="252806A9" w14:textId="77777777" w:rsidR="002355BD" w:rsidRPr="001179E8" w:rsidRDefault="00000000">
      <w:pPr>
        <w:rPr>
          <w:lang w:val="pt-BR"/>
        </w:rPr>
      </w:pPr>
      <w:r w:rsidRPr="001179E8">
        <w:rPr>
          <w:lang w:val="pt-BR"/>
        </w:rPr>
        <w:br/>
      </w:r>
    </w:p>
    <w:p w14:paraId="0B944FA0" w14:textId="77777777" w:rsidR="002355BD" w:rsidRPr="001179E8" w:rsidRDefault="00000000">
      <w:pPr>
        <w:rPr>
          <w:lang w:val="pt-BR"/>
        </w:rPr>
      </w:pPr>
      <w:r w:rsidRPr="001179E8">
        <w:rPr>
          <w:lang w:val="pt-BR"/>
        </w:rPr>
        <w:t>Eles ficaram deitados lado a lado por vários minutos, recuperando o fôlego e as forças. O céu acima deles parecia inalterado, sem sinal de que seu esforço monumental tivesse feito qualquer diferença.</w:t>
      </w:r>
    </w:p>
    <w:p w14:paraId="53BF5283" w14:textId="77777777" w:rsidR="002355BD" w:rsidRPr="001179E8" w:rsidRDefault="00000000">
      <w:pPr>
        <w:rPr>
          <w:lang w:val="pt-BR"/>
        </w:rPr>
      </w:pPr>
      <w:r w:rsidRPr="001179E8">
        <w:rPr>
          <w:lang w:val="pt-BR"/>
        </w:rPr>
        <w:br/>
      </w:r>
    </w:p>
    <w:p w14:paraId="6DCD5DEE" w14:textId="77777777" w:rsidR="002355BD" w:rsidRPr="001179E8" w:rsidRDefault="00000000">
      <w:pPr>
        <w:rPr>
          <w:lang w:val="pt-BR"/>
        </w:rPr>
      </w:pPr>
      <w:r w:rsidRPr="001179E8">
        <w:rPr>
          <w:lang w:val="pt-BR"/>
        </w:rPr>
        <w:t>"E agora?" perguntou Rick finalmente.</w:t>
      </w:r>
    </w:p>
    <w:p w14:paraId="7A995457" w14:textId="77777777" w:rsidR="002355BD" w:rsidRPr="001179E8" w:rsidRDefault="00000000">
      <w:pPr>
        <w:rPr>
          <w:lang w:val="pt-BR"/>
        </w:rPr>
      </w:pPr>
      <w:r w:rsidRPr="001179E8">
        <w:rPr>
          <w:lang w:val="pt-BR"/>
        </w:rPr>
        <w:br/>
      </w:r>
    </w:p>
    <w:p w14:paraId="67458890" w14:textId="77777777" w:rsidR="002355BD" w:rsidRPr="001179E8" w:rsidRDefault="00000000">
      <w:pPr>
        <w:rPr>
          <w:lang w:val="pt-BR"/>
        </w:rPr>
      </w:pPr>
      <w:r w:rsidRPr="001179E8">
        <w:rPr>
          <w:lang w:val="pt-BR"/>
        </w:rPr>
        <w:t>"Agora esperamos," respondeu Nicole. "E nos preparamos. Precisamos recuperar nossas forças, encontrar comida e água. Não sabemos quanto tempo levará até que alguém capte nosso sinal... se é que alguém vai captar."</w:t>
      </w:r>
    </w:p>
    <w:p w14:paraId="7194D8FF" w14:textId="77777777" w:rsidR="002355BD" w:rsidRPr="001179E8" w:rsidRDefault="00000000">
      <w:pPr>
        <w:rPr>
          <w:lang w:val="pt-BR"/>
        </w:rPr>
      </w:pPr>
      <w:r w:rsidRPr="001179E8">
        <w:rPr>
          <w:lang w:val="pt-BR"/>
        </w:rPr>
        <w:br/>
      </w:r>
    </w:p>
    <w:p w14:paraId="7655A2EC" w14:textId="77777777" w:rsidR="002355BD" w:rsidRPr="001179E8" w:rsidRDefault="00000000">
      <w:pPr>
        <w:rPr>
          <w:lang w:val="pt-BR"/>
        </w:rPr>
      </w:pPr>
      <w:r w:rsidRPr="001179E8">
        <w:rPr>
          <w:lang w:val="pt-BR"/>
        </w:rPr>
        <w:t>Rick virou a cabeça para olhá-la, um sorriso cansado em seu rosto. "Sempre a pragmática."</w:t>
      </w:r>
    </w:p>
    <w:p w14:paraId="4E583457" w14:textId="77777777" w:rsidR="002355BD" w:rsidRPr="001179E8" w:rsidRDefault="00000000">
      <w:pPr>
        <w:rPr>
          <w:lang w:val="pt-BR"/>
        </w:rPr>
      </w:pPr>
      <w:r w:rsidRPr="001179E8">
        <w:rPr>
          <w:lang w:val="pt-BR"/>
        </w:rPr>
        <w:br/>
      </w:r>
    </w:p>
    <w:p w14:paraId="28DCCA25" w14:textId="77777777" w:rsidR="002355BD" w:rsidRPr="001179E8" w:rsidRDefault="00000000">
      <w:pPr>
        <w:rPr>
          <w:lang w:val="pt-BR"/>
        </w:rPr>
      </w:pPr>
      <w:r w:rsidRPr="001179E8">
        <w:rPr>
          <w:lang w:val="pt-BR"/>
        </w:rPr>
        <w:t>"Um de nós tem que ser," respondeu ela, retribuindo o sorriso.</w:t>
      </w:r>
    </w:p>
    <w:p w14:paraId="3943AD6E" w14:textId="77777777" w:rsidR="002355BD" w:rsidRPr="001179E8" w:rsidRDefault="00000000">
      <w:pPr>
        <w:rPr>
          <w:lang w:val="pt-BR"/>
        </w:rPr>
      </w:pPr>
      <w:r w:rsidRPr="001179E8">
        <w:rPr>
          <w:lang w:val="pt-BR"/>
        </w:rPr>
        <w:br/>
      </w:r>
    </w:p>
    <w:p w14:paraId="74613371" w14:textId="77777777" w:rsidR="002355BD" w:rsidRPr="001179E8" w:rsidRDefault="00000000">
      <w:pPr>
        <w:rPr>
          <w:lang w:val="pt-BR"/>
        </w:rPr>
      </w:pPr>
      <w:r w:rsidRPr="001179E8">
        <w:rPr>
          <w:lang w:val="pt-BR"/>
        </w:rPr>
        <w:lastRenderedPageBreak/>
        <w:t>Com esforço, eles se levantaram, apoiando-se um no outro. O uso de seus poderes em tal escala os havia deixado fracos, quase febris. Precisavam de abrigo, descanso e, idealmente, comida – embora esta última parecesse improvável neste ambiente desolado.</w:t>
      </w:r>
    </w:p>
    <w:p w14:paraId="4FFF7820" w14:textId="77777777" w:rsidR="002355BD" w:rsidRPr="001179E8" w:rsidRDefault="00000000">
      <w:pPr>
        <w:rPr>
          <w:lang w:val="pt-BR"/>
        </w:rPr>
      </w:pPr>
      <w:r w:rsidRPr="001179E8">
        <w:rPr>
          <w:lang w:val="pt-BR"/>
        </w:rPr>
        <w:br/>
      </w:r>
    </w:p>
    <w:p w14:paraId="16B04A0E" w14:textId="77777777" w:rsidR="002355BD" w:rsidRPr="001179E8" w:rsidRDefault="00000000">
      <w:pPr>
        <w:rPr>
          <w:lang w:val="pt-BR"/>
        </w:rPr>
      </w:pPr>
      <w:r w:rsidRPr="001179E8">
        <w:rPr>
          <w:lang w:val="pt-BR"/>
        </w:rPr>
        <w:t>Eles cambalearam de volta para o templo, encontrando seu caminho até a sala onde haviam passado a noite anterior. Rick desabou contra uma coluna, seu rosto ainda pálido com o esforço.</w:t>
      </w:r>
    </w:p>
    <w:p w14:paraId="0415BA2E" w14:textId="77777777" w:rsidR="002355BD" w:rsidRPr="001179E8" w:rsidRDefault="00000000">
      <w:pPr>
        <w:rPr>
          <w:lang w:val="pt-BR"/>
        </w:rPr>
      </w:pPr>
      <w:r w:rsidRPr="001179E8">
        <w:rPr>
          <w:lang w:val="pt-BR"/>
        </w:rPr>
        <w:br/>
      </w:r>
    </w:p>
    <w:p w14:paraId="509427F0" w14:textId="77777777" w:rsidR="002355BD" w:rsidRPr="001179E8" w:rsidRDefault="00000000">
      <w:pPr>
        <w:rPr>
          <w:lang w:val="pt-BR"/>
        </w:rPr>
      </w:pPr>
      <w:r w:rsidRPr="001179E8">
        <w:rPr>
          <w:lang w:val="pt-BR"/>
        </w:rPr>
        <w:t>"Você está bem?" perguntou Nicole, preocupação evidente em sua voz.</w:t>
      </w:r>
    </w:p>
    <w:p w14:paraId="5ECD08FD" w14:textId="77777777" w:rsidR="002355BD" w:rsidRPr="001179E8" w:rsidRDefault="00000000">
      <w:pPr>
        <w:rPr>
          <w:lang w:val="pt-BR"/>
        </w:rPr>
      </w:pPr>
      <w:r w:rsidRPr="001179E8">
        <w:rPr>
          <w:lang w:val="pt-BR"/>
        </w:rPr>
        <w:br/>
      </w:r>
    </w:p>
    <w:p w14:paraId="7ADEB3D7" w14:textId="77777777" w:rsidR="002355BD" w:rsidRPr="001179E8" w:rsidRDefault="00000000">
      <w:pPr>
        <w:rPr>
          <w:lang w:val="pt-BR"/>
        </w:rPr>
      </w:pPr>
      <w:r w:rsidRPr="001179E8">
        <w:rPr>
          <w:lang w:val="pt-BR"/>
        </w:rPr>
        <w:t>"Só preciso... descansar um pouco," respondeu ele, fechando os olhos. "Nunca usei tanto meus poderes de uma vez."</w:t>
      </w:r>
    </w:p>
    <w:p w14:paraId="4CA62874" w14:textId="77777777" w:rsidR="002355BD" w:rsidRPr="001179E8" w:rsidRDefault="00000000">
      <w:pPr>
        <w:rPr>
          <w:lang w:val="pt-BR"/>
        </w:rPr>
      </w:pPr>
      <w:r w:rsidRPr="001179E8">
        <w:rPr>
          <w:lang w:val="pt-BR"/>
        </w:rPr>
        <w:br/>
      </w:r>
    </w:p>
    <w:p w14:paraId="1D6AD2F8" w14:textId="77777777" w:rsidR="002355BD" w:rsidRPr="001179E8" w:rsidRDefault="00000000">
      <w:pPr>
        <w:rPr>
          <w:lang w:val="pt-BR"/>
        </w:rPr>
      </w:pPr>
      <w:r w:rsidRPr="001179E8">
        <w:rPr>
          <w:lang w:val="pt-BR"/>
        </w:rPr>
        <w:t>Nicole se ajoelhou ao lado dele, colocando uma mão em sua testa. Estava quente – não alarmantemente, mas o suficiente para indicar que seu corpo estava lutando para se recuperar do esforço extremo.</w:t>
      </w:r>
    </w:p>
    <w:p w14:paraId="262C2BFE" w14:textId="77777777" w:rsidR="002355BD" w:rsidRPr="001179E8" w:rsidRDefault="00000000">
      <w:pPr>
        <w:rPr>
          <w:lang w:val="pt-BR"/>
        </w:rPr>
      </w:pPr>
      <w:r w:rsidRPr="001179E8">
        <w:rPr>
          <w:lang w:val="pt-BR"/>
        </w:rPr>
        <w:br/>
      </w:r>
    </w:p>
    <w:p w14:paraId="07A07616" w14:textId="77777777" w:rsidR="002355BD" w:rsidRPr="001179E8" w:rsidRDefault="00000000">
      <w:pPr>
        <w:rPr>
          <w:lang w:val="pt-BR"/>
        </w:rPr>
      </w:pPr>
      <w:r w:rsidRPr="001179E8">
        <w:rPr>
          <w:lang w:val="pt-BR"/>
        </w:rPr>
        <w:t>"Descanse," disse ela suavemente. "Vou procurar água."</w:t>
      </w:r>
    </w:p>
    <w:p w14:paraId="31DED00F" w14:textId="77777777" w:rsidR="002355BD" w:rsidRPr="001179E8" w:rsidRDefault="00000000">
      <w:pPr>
        <w:rPr>
          <w:lang w:val="pt-BR"/>
        </w:rPr>
      </w:pPr>
      <w:r w:rsidRPr="001179E8">
        <w:rPr>
          <w:lang w:val="pt-BR"/>
        </w:rPr>
        <w:br/>
      </w:r>
    </w:p>
    <w:p w14:paraId="4BE08D6A" w14:textId="77777777" w:rsidR="002355BD" w:rsidRPr="001179E8" w:rsidRDefault="00000000">
      <w:pPr>
        <w:rPr>
          <w:lang w:val="pt-BR"/>
        </w:rPr>
      </w:pPr>
      <w:r w:rsidRPr="001179E8">
        <w:rPr>
          <w:lang w:val="pt-BR"/>
        </w:rPr>
        <w:t>Ela se levantou, mas Rick agarrou seu pulso, impedindo-a de se afastar. "Não vá longe," murmurou ele, seus olhos entreabertos. "Não gosto da ideia de você vagando sozinha por aí."</w:t>
      </w:r>
    </w:p>
    <w:p w14:paraId="009DFDAB" w14:textId="77777777" w:rsidR="002355BD" w:rsidRPr="001179E8" w:rsidRDefault="00000000">
      <w:pPr>
        <w:rPr>
          <w:lang w:val="pt-BR"/>
        </w:rPr>
      </w:pPr>
      <w:r w:rsidRPr="001179E8">
        <w:rPr>
          <w:lang w:val="pt-BR"/>
        </w:rPr>
        <w:br/>
      </w:r>
    </w:p>
    <w:p w14:paraId="48193AA6" w14:textId="77777777" w:rsidR="002355BD" w:rsidRPr="001179E8" w:rsidRDefault="00000000">
      <w:pPr>
        <w:rPr>
          <w:lang w:val="pt-BR"/>
        </w:rPr>
      </w:pPr>
      <w:r w:rsidRPr="001179E8">
        <w:rPr>
          <w:lang w:val="pt-BR"/>
        </w:rPr>
        <w:t>Nicole sorriu, tocada por sua preocupação mesmo em seu estado enfraquecido. "Não vou. Só até aquela nascente que vimos ontem, perto da entrada."</w:t>
      </w:r>
    </w:p>
    <w:p w14:paraId="0AEBCE9F" w14:textId="77777777" w:rsidR="002355BD" w:rsidRPr="001179E8" w:rsidRDefault="00000000">
      <w:pPr>
        <w:rPr>
          <w:lang w:val="pt-BR"/>
        </w:rPr>
      </w:pPr>
      <w:r w:rsidRPr="001179E8">
        <w:rPr>
          <w:lang w:val="pt-BR"/>
        </w:rPr>
        <w:lastRenderedPageBreak/>
        <w:br/>
      </w:r>
    </w:p>
    <w:p w14:paraId="13626050" w14:textId="77777777" w:rsidR="002355BD" w:rsidRPr="001179E8" w:rsidRDefault="00000000">
      <w:pPr>
        <w:rPr>
          <w:lang w:val="pt-BR"/>
        </w:rPr>
      </w:pPr>
      <w:r w:rsidRPr="001179E8">
        <w:rPr>
          <w:lang w:val="pt-BR"/>
        </w:rPr>
        <w:t>Rick assentiu relutantemente, soltando seu pulso. Nicole se afastou, caminhando cuidadosamente pelos corredores do templo em ruínas. Encontrou a pequena nascente onde haviam bebido no dia anterior e encheu uma pequena tigela de pedra que havia encontrado entre os escombros.</w:t>
      </w:r>
    </w:p>
    <w:p w14:paraId="40159988" w14:textId="77777777" w:rsidR="002355BD" w:rsidRPr="001179E8" w:rsidRDefault="00000000">
      <w:pPr>
        <w:rPr>
          <w:lang w:val="pt-BR"/>
        </w:rPr>
      </w:pPr>
      <w:r w:rsidRPr="001179E8">
        <w:rPr>
          <w:lang w:val="pt-BR"/>
        </w:rPr>
        <w:br/>
      </w:r>
    </w:p>
    <w:p w14:paraId="17AFC04A" w14:textId="77777777" w:rsidR="002355BD" w:rsidRPr="001179E8" w:rsidRDefault="00000000">
      <w:pPr>
        <w:rPr>
          <w:lang w:val="pt-BR"/>
        </w:rPr>
      </w:pPr>
      <w:r w:rsidRPr="001179E8">
        <w:rPr>
          <w:lang w:val="pt-BR"/>
        </w:rPr>
        <w:t>Quando retornou, Rick havia adormecido, sua cabeça caída para o lado, sua respiração profunda mas um pouco irregular. Nicole colocou a tigela de água ao lado dele e sentou-se, observando-o com preocupação crescente. Ele parecia mais pálido que antes, e ocasionalmente seu corpo estremecia como se estivesse com frio, apesar do ar morno da caverna.</w:t>
      </w:r>
    </w:p>
    <w:p w14:paraId="4C708E1B" w14:textId="77777777" w:rsidR="002355BD" w:rsidRPr="001179E8" w:rsidRDefault="00000000">
      <w:pPr>
        <w:rPr>
          <w:lang w:val="pt-BR"/>
        </w:rPr>
      </w:pPr>
      <w:r w:rsidRPr="001179E8">
        <w:rPr>
          <w:lang w:val="pt-BR"/>
        </w:rPr>
        <w:br/>
      </w:r>
    </w:p>
    <w:p w14:paraId="150876A1" w14:textId="77777777" w:rsidR="002355BD" w:rsidRPr="001179E8" w:rsidRDefault="00000000">
      <w:pPr>
        <w:rPr>
          <w:lang w:val="pt-BR"/>
        </w:rPr>
      </w:pPr>
      <w:r w:rsidRPr="001179E8">
        <w:rPr>
          <w:lang w:val="pt-BR"/>
        </w:rPr>
        <w:t>"Rick," chamou ela suavemente, tocando seu rosto. "Rick, acorde. Preciso que beba um pouco de água."</w:t>
      </w:r>
    </w:p>
    <w:p w14:paraId="00BBC9A5" w14:textId="77777777" w:rsidR="002355BD" w:rsidRPr="001179E8" w:rsidRDefault="00000000">
      <w:pPr>
        <w:rPr>
          <w:lang w:val="pt-BR"/>
        </w:rPr>
      </w:pPr>
      <w:r w:rsidRPr="001179E8">
        <w:rPr>
          <w:lang w:val="pt-BR"/>
        </w:rPr>
        <w:br/>
      </w:r>
    </w:p>
    <w:p w14:paraId="3F337989" w14:textId="77777777" w:rsidR="002355BD" w:rsidRPr="001179E8" w:rsidRDefault="00000000">
      <w:pPr>
        <w:rPr>
          <w:lang w:val="pt-BR"/>
        </w:rPr>
      </w:pPr>
      <w:r w:rsidRPr="001179E8">
        <w:rPr>
          <w:lang w:val="pt-BR"/>
        </w:rPr>
        <w:t>Ele gemeu, seus olhos se abrindo lentamente, desfocados a princípio. "Nicky?" murmurou, sua voz rouca.</w:t>
      </w:r>
    </w:p>
    <w:p w14:paraId="34CA5842" w14:textId="77777777" w:rsidR="002355BD" w:rsidRPr="001179E8" w:rsidRDefault="00000000">
      <w:pPr>
        <w:rPr>
          <w:lang w:val="pt-BR"/>
        </w:rPr>
      </w:pPr>
      <w:r w:rsidRPr="001179E8">
        <w:rPr>
          <w:lang w:val="pt-BR"/>
        </w:rPr>
        <w:br/>
      </w:r>
    </w:p>
    <w:p w14:paraId="51A8B8F6" w14:textId="77777777" w:rsidR="002355BD" w:rsidRPr="001179E8" w:rsidRDefault="00000000">
      <w:pPr>
        <w:rPr>
          <w:lang w:val="pt-BR"/>
        </w:rPr>
      </w:pPr>
      <w:r w:rsidRPr="001179E8">
        <w:rPr>
          <w:lang w:val="pt-BR"/>
        </w:rPr>
        <w:t>"Estou aqui," respondeu ela, ajudando-o a se sentar um pouco. "Beba isso."</w:t>
      </w:r>
    </w:p>
    <w:p w14:paraId="50CC9F2A" w14:textId="77777777" w:rsidR="002355BD" w:rsidRPr="001179E8" w:rsidRDefault="00000000">
      <w:pPr>
        <w:rPr>
          <w:lang w:val="pt-BR"/>
        </w:rPr>
      </w:pPr>
      <w:r w:rsidRPr="001179E8">
        <w:rPr>
          <w:lang w:val="pt-BR"/>
        </w:rPr>
        <w:br/>
      </w:r>
    </w:p>
    <w:p w14:paraId="5502FA61" w14:textId="77777777" w:rsidR="002355BD" w:rsidRPr="001179E8" w:rsidRDefault="00000000">
      <w:pPr>
        <w:rPr>
          <w:lang w:val="pt-BR"/>
        </w:rPr>
      </w:pPr>
      <w:r w:rsidRPr="001179E8">
        <w:rPr>
          <w:lang w:val="pt-BR"/>
        </w:rPr>
        <w:t>Ele bebeu obedientemente, alguns goles fracos antes de recuar. "Obrigado," sussurrou.</w:t>
      </w:r>
    </w:p>
    <w:p w14:paraId="6E4C3932" w14:textId="77777777" w:rsidR="002355BD" w:rsidRPr="001179E8" w:rsidRDefault="00000000">
      <w:pPr>
        <w:rPr>
          <w:lang w:val="pt-BR"/>
        </w:rPr>
      </w:pPr>
      <w:r w:rsidRPr="001179E8">
        <w:rPr>
          <w:lang w:val="pt-BR"/>
        </w:rPr>
        <w:br/>
      </w:r>
    </w:p>
    <w:p w14:paraId="7D3B2AD2" w14:textId="77777777" w:rsidR="002355BD" w:rsidRPr="001179E8" w:rsidRDefault="00000000">
      <w:pPr>
        <w:rPr>
          <w:lang w:val="pt-BR"/>
        </w:rPr>
      </w:pPr>
      <w:r w:rsidRPr="001179E8">
        <w:rPr>
          <w:lang w:val="pt-BR"/>
        </w:rPr>
        <w:t>Nicole franziu a testa, estudando-o com olhos críticos. "Você não está bem," declarou. "É mais que apenas exaustão."</w:t>
      </w:r>
    </w:p>
    <w:p w14:paraId="61E6BDA3" w14:textId="77777777" w:rsidR="002355BD" w:rsidRPr="001179E8" w:rsidRDefault="00000000">
      <w:pPr>
        <w:rPr>
          <w:lang w:val="pt-BR"/>
        </w:rPr>
      </w:pPr>
      <w:r w:rsidRPr="001179E8">
        <w:rPr>
          <w:lang w:val="pt-BR"/>
        </w:rPr>
        <w:br/>
      </w:r>
    </w:p>
    <w:p w14:paraId="6C060016" w14:textId="77777777" w:rsidR="002355BD" w:rsidRPr="001179E8" w:rsidRDefault="00000000">
      <w:pPr>
        <w:rPr>
          <w:lang w:val="pt-BR"/>
        </w:rPr>
      </w:pPr>
      <w:r w:rsidRPr="001179E8">
        <w:rPr>
          <w:lang w:val="pt-BR"/>
        </w:rPr>
        <w:lastRenderedPageBreak/>
        <w:t>Rick tentou sorrir, mas o resultado foi mais uma careta. "Sempre tão observadora."</w:t>
      </w:r>
    </w:p>
    <w:p w14:paraId="3D3E3F15" w14:textId="77777777" w:rsidR="002355BD" w:rsidRPr="001179E8" w:rsidRDefault="00000000">
      <w:pPr>
        <w:rPr>
          <w:lang w:val="pt-BR"/>
        </w:rPr>
      </w:pPr>
      <w:r w:rsidRPr="001179E8">
        <w:rPr>
          <w:lang w:val="pt-BR"/>
        </w:rPr>
        <w:br/>
      </w:r>
    </w:p>
    <w:p w14:paraId="1806E278" w14:textId="77777777" w:rsidR="002355BD" w:rsidRPr="001179E8" w:rsidRDefault="00000000">
      <w:pPr>
        <w:rPr>
          <w:lang w:val="pt-BR"/>
        </w:rPr>
      </w:pPr>
      <w:r w:rsidRPr="001179E8">
        <w:rPr>
          <w:lang w:val="pt-BR"/>
        </w:rPr>
        <w:t>"Rick, isso é sério. O que está acontecendo?"</w:t>
      </w:r>
    </w:p>
    <w:p w14:paraId="5B2AE744" w14:textId="77777777" w:rsidR="002355BD" w:rsidRPr="001179E8" w:rsidRDefault="00000000">
      <w:pPr>
        <w:rPr>
          <w:lang w:val="pt-BR"/>
        </w:rPr>
      </w:pPr>
      <w:r w:rsidRPr="001179E8">
        <w:rPr>
          <w:lang w:val="pt-BR"/>
        </w:rPr>
        <w:br/>
      </w:r>
    </w:p>
    <w:p w14:paraId="17F6F518" w14:textId="77777777" w:rsidR="002355BD" w:rsidRPr="001179E8" w:rsidRDefault="00000000">
      <w:pPr>
        <w:rPr>
          <w:lang w:val="pt-BR"/>
        </w:rPr>
      </w:pPr>
      <w:r w:rsidRPr="001179E8">
        <w:rPr>
          <w:lang w:val="pt-BR"/>
        </w:rPr>
        <w:t>Ele suspirou, fechando os olhos brevemente. "Acho que... quando canalizei toda aquela energia cinética... pode ter havido algum tipo de... retorno. Como uma sobrecarga."</w:t>
      </w:r>
    </w:p>
    <w:p w14:paraId="782567F1" w14:textId="77777777" w:rsidR="002355BD" w:rsidRPr="001179E8" w:rsidRDefault="00000000">
      <w:pPr>
        <w:rPr>
          <w:lang w:val="pt-BR"/>
        </w:rPr>
      </w:pPr>
      <w:r w:rsidRPr="001179E8">
        <w:rPr>
          <w:lang w:val="pt-BR"/>
        </w:rPr>
        <w:br/>
      </w:r>
    </w:p>
    <w:p w14:paraId="4E117AAB" w14:textId="77777777" w:rsidR="002355BD" w:rsidRPr="001179E8" w:rsidRDefault="00000000">
      <w:pPr>
        <w:rPr>
          <w:lang w:val="pt-BR"/>
        </w:rPr>
      </w:pPr>
      <w:r w:rsidRPr="001179E8">
        <w:rPr>
          <w:lang w:val="pt-BR"/>
        </w:rPr>
        <w:t>Nicole sentiu um aperto no peito. Ela sabia que os poderes de Rick tinham limites – que absorver e redirecionar muita energia cinética de uma vez podia sobrecarregar seu sistema, causando dor e, em casos extremos, danos internos.</w:t>
      </w:r>
    </w:p>
    <w:p w14:paraId="0F9BBE2D" w14:textId="77777777" w:rsidR="002355BD" w:rsidRPr="001179E8" w:rsidRDefault="00000000">
      <w:pPr>
        <w:rPr>
          <w:lang w:val="pt-BR"/>
        </w:rPr>
      </w:pPr>
      <w:r w:rsidRPr="001179E8">
        <w:rPr>
          <w:lang w:val="pt-BR"/>
        </w:rPr>
        <w:br/>
      </w:r>
    </w:p>
    <w:p w14:paraId="64DB85D5" w14:textId="77777777" w:rsidR="002355BD" w:rsidRPr="001179E8" w:rsidRDefault="00000000">
      <w:pPr>
        <w:rPr>
          <w:lang w:val="pt-BR"/>
        </w:rPr>
      </w:pPr>
      <w:r w:rsidRPr="001179E8">
        <w:rPr>
          <w:lang w:val="pt-BR"/>
        </w:rPr>
        <w:t>"Por que você não disse nada?" perguntou ela, sua voz uma mistura de preocupação e frustração.</w:t>
      </w:r>
    </w:p>
    <w:p w14:paraId="54AA3324" w14:textId="77777777" w:rsidR="002355BD" w:rsidRPr="001179E8" w:rsidRDefault="00000000">
      <w:pPr>
        <w:rPr>
          <w:lang w:val="pt-BR"/>
        </w:rPr>
      </w:pPr>
      <w:r w:rsidRPr="001179E8">
        <w:rPr>
          <w:lang w:val="pt-BR"/>
        </w:rPr>
        <w:br/>
      </w:r>
    </w:p>
    <w:p w14:paraId="2078C219" w14:textId="77777777" w:rsidR="002355BD" w:rsidRPr="001179E8" w:rsidRDefault="00000000">
      <w:pPr>
        <w:rPr>
          <w:lang w:val="pt-BR"/>
        </w:rPr>
      </w:pPr>
      <w:r w:rsidRPr="001179E8">
        <w:rPr>
          <w:lang w:val="pt-BR"/>
        </w:rPr>
        <w:t>"Porque precisávamos enviar aquele sinal," respondeu ele simplesmente. "Era nossa melhor chance."</w:t>
      </w:r>
    </w:p>
    <w:p w14:paraId="53BB00A3" w14:textId="77777777" w:rsidR="002355BD" w:rsidRPr="001179E8" w:rsidRDefault="00000000">
      <w:pPr>
        <w:rPr>
          <w:lang w:val="pt-BR"/>
        </w:rPr>
      </w:pPr>
      <w:r w:rsidRPr="001179E8">
        <w:rPr>
          <w:lang w:val="pt-BR"/>
        </w:rPr>
        <w:br/>
      </w:r>
    </w:p>
    <w:p w14:paraId="481458F6" w14:textId="77777777" w:rsidR="002355BD" w:rsidRPr="001179E8" w:rsidRDefault="00000000">
      <w:pPr>
        <w:rPr>
          <w:lang w:val="pt-BR"/>
        </w:rPr>
      </w:pPr>
      <w:r w:rsidRPr="001179E8">
        <w:rPr>
          <w:lang w:val="pt-BR"/>
        </w:rPr>
        <w:t>Nicole balançou a cabeça, dividida entre admiração por sua coragem e irritação por sua imprudência. "Você é um idiota, sabia?"</w:t>
      </w:r>
    </w:p>
    <w:p w14:paraId="4FA5B6D9" w14:textId="77777777" w:rsidR="002355BD" w:rsidRPr="001179E8" w:rsidRDefault="00000000">
      <w:pPr>
        <w:rPr>
          <w:lang w:val="pt-BR"/>
        </w:rPr>
      </w:pPr>
      <w:r w:rsidRPr="001179E8">
        <w:rPr>
          <w:lang w:val="pt-BR"/>
        </w:rPr>
        <w:br/>
      </w:r>
    </w:p>
    <w:p w14:paraId="236488BD" w14:textId="77777777" w:rsidR="002355BD" w:rsidRPr="001179E8" w:rsidRDefault="00000000">
      <w:pPr>
        <w:rPr>
          <w:lang w:val="pt-BR"/>
        </w:rPr>
      </w:pPr>
      <w:r w:rsidRPr="001179E8">
        <w:rPr>
          <w:lang w:val="pt-BR"/>
        </w:rPr>
        <w:t>"É por isso que você me ama," murmurou ele, um fraco sorriso brincando em seus lábios.</w:t>
      </w:r>
    </w:p>
    <w:p w14:paraId="62DE6F55" w14:textId="77777777" w:rsidR="002355BD" w:rsidRPr="001179E8" w:rsidRDefault="00000000">
      <w:pPr>
        <w:rPr>
          <w:lang w:val="pt-BR"/>
        </w:rPr>
      </w:pPr>
      <w:r w:rsidRPr="001179E8">
        <w:rPr>
          <w:lang w:val="pt-BR"/>
        </w:rPr>
        <w:br/>
      </w:r>
    </w:p>
    <w:p w14:paraId="0A620452" w14:textId="77777777" w:rsidR="002355BD" w:rsidRPr="001179E8" w:rsidRDefault="00000000">
      <w:pPr>
        <w:rPr>
          <w:lang w:val="pt-BR"/>
        </w:rPr>
      </w:pPr>
      <w:r w:rsidRPr="001179E8">
        <w:rPr>
          <w:lang w:val="pt-BR"/>
        </w:rPr>
        <w:t>Nicole não respondeu, mas pegou sua mão, entrelaçando seus dedos com os dele. Ficaram assim por um tempo, em silêncio, apenas o som de suas respirações preenchendo o espaço entre eles.</w:t>
      </w:r>
    </w:p>
    <w:p w14:paraId="6D4C7B9A" w14:textId="77777777" w:rsidR="002355BD" w:rsidRPr="001179E8" w:rsidRDefault="00000000">
      <w:pPr>
        <w:rPr>
          <w:lang w:val="pt-BR"/>
        </w:rPr>
      </w:pPr>
      <w:r w:rsidRPr="001179E8">
        <w:rPr>
          <w:lang w:val="pt-BR"/>
        </w:rPr>
        <w:lastRenderedPageBreak/>
        <w:br/>
      </w:r>
    </w:p>
    <w:p w14:paraId="2A2EBD88" w14:textId="77777777" w:rsidR="002355BD" w:rsidRPr="001179E8" w:rsidRDefault="00000000">
      <w:pPr>
        <w:rPr>
          <w:lang w:val="pt-BR"/>
        </w:rPr>
      </w:pPr>
      <w:r w:rsidRPr="001179E8">
        <w:rPr>
          <w:lang w:val="pt-BR"/>
        </w:rPr>
        <w:t>"Você precisa descansar," disse ela finalmente. "Recuperar suas forças. Vou ficar de vigia."</w:t>
      </w:r>
    </w:p>
    <w:p w14:paraId="5E29C42D" w14:textId="77777777" w:rsidR="002355BD" w:rsidRPr="001179E8" w:rsidRDefault="00000000">
      <w:pPr>
        <w:rPr>
          <w:lang w:val="pt-BR"/>
        </w:rPr>
      </w:pPr>
      <w:r w:rsidRPr="001179E8">
        <w:rPr>
          <w:lang w:val="pt-BR"/>
        </w:rPr>
        <w:br/>
      </w:r>
    </w:p>
    <w:p w14:paraId="0357CDEA" w14:textId="77777777" w:rsidR="002355BD" w:rsidRPr="001179E8" w:rsidRDefault="00000000">
      <w:pPr>
        <w:rPr>
          <w:lang w:val="pt-BR"/>
        </w:rPr>
      </w:pPr>
      <w:r w:rsidRPr="001179E8">
        <w:rPr>
          <w:lang w:val="pt-BR"/>
        </w:rPr>
        <w:t>Rick assentiu fracamente, seus olhos já se fechando novamente. "Só um cochilo rápido," murmurou. "Depois é minha vez de vigiar..."</w:t>
      </w:r>
    </w:p>
    <w:p w14:paraId="5A833C22" w14:textId="77777777" w:rsidR="002355BD" w:rsidRPr="001179E8" w:rsidRDefault="00000000">
      <w:pPr>
        <w:rPr>
          <w:lang w:val="pt-BR"/>
        </w:rPr>
      </w:pPr>
      <w:r w:rsidRPr="001179E8">
        <w:rPr>
          <w:lang w:val="pt-BR"/>
        </w:rPr>
        <w:br/>
      </w:r>
    </w:p>
    <w:p w14:paraId="77A6D20B" w14:textId="77777777" w:rsidR="002355BD" w:rsidRPr="001179E8" w:rsidRDefault="00000000">
      <w:pPr>
        <w:rPr>
          <w:lang w:val="pt-BR"/>
        </w:rPr>
      </w:pPr>
      <w:r w:rsidRPr="001179E8">
        <w:rPr>
          <w:lang w:val="pt-BR"/>
        </w:rPr>
        <w:t>Suas palavras se perderam enquanto ele caía no sono, sua mão ainda segurando a dela. Nicole o observou por um longo momento, seu peito apertado com emoções conflitantes – medo por sua condição, raiva por sua imprudência, e algo mais profundo, mais fundamental, que ela raramente permitia-se expressar completamente, mesmo para si mesma.</w:t>
      </w:r>
    </w:p>
    <w:p w14:paraId="55D4ED33" w14:textId="77777777" w:rsidR="002355BD" w:rsidRPr="001179E8" w:rsidRDefault="00000000">
      <w:pPr>
        <w:rPr>
          <w:lang w:val="pt-BR"/>
        </w:rPr>
      </w:pPr>
      <w:r w:rsidRPr="001179E8">
        <w:rPr>
          <w:lang w:val="pt-BR"/>
        </w:rPr>
        <w:br/>
      </w:r>
    </w:p>
    <w:p w14:paraId="649CAB72" w14:textId="77777777" w:rsidR="002355BD" w:rsidRPr="001179E8" w:rsidRDefault="00000000">
      <w:pPr>
        <w:rPr>
          <w:lang w:val="pt-BR"/>
        </w:rPr>
      </w:pPr>
      <w:r w:rsidRPr="001179E8">
        <w:rPr>
          <w:lang w:val="pt-BR"/>
        </w:rPr>
        <w:t>Cuidadosamente, ela ajeitou Rick em uma posição mais confortável, usando seu próprio casaco rasgado como travesseiro improvisado. Então se sentou ao lado dele, costas apoiadas contra uma coluna, olhos fixos na entrada da sala, alerta a qualquer sinal de perigo.</w:t>
      </w:r>
    </w:p>
    <w:p w14:paraId="696A2029" w14:textId="77777777" w:rsidR="002355BD" w:rsidRPr="001179E8" w:rsidRDefault="00000000">
      <w:pPr>
        <w:rPr>
          <w:lang w:val="pt-BR"/>
        </w:rPr>
      </w:pPr>
      <w:r w:rsidRPr="001179E8">
        <w:rPr>
          <w:lang w:val="pt-BR"/>
        </w:rPr>
        <w:br/>
      </w:r>
    </w:p>
    <w:p w14:paraId="2760A661" w14:textId="77777777" w:rsidR="002355BD" w:rsidRPr="001179E8" w:rsidRDefault="00000000">
      <w:pPr>
        <w:rPr>
          <w:lang w:val="pt-BR"/>
        </w:rPr>
      </w:pPr>
      <w:r w:rsidRPr="001179E8">
        <w:rPr>
          <w:lang w:val="pt-BR"/>
        </w:rPr>
        <w:t>As horas passaram lentamente. Nicole ocasionalmente checava Rick, aliviada ao notar que sua cor estava gradualmente melhorando, sua respiração se tornando mais regular. Seu corpo estava se curando, adaptando-se ao estresse extremo a que havia sido submetido.</w:t>
      </w:r>
    </w:p>
    <w:p w14:paraId="41DB96C7" w14:textId="77777777" w:rsidR="002355BD" w:rsidRPr="001179E8" w:rsidRDefault="00000000">
      <w:pPr>
        <w:rPr>
          <w:lang w:val="pt-BR"/>
        </w:rPr>
      </w:pPr>
      <w:r w:rsidRPr="001179E8">
        <w:rPr>
          <w:lang w:val="pt-BR"/>
        </w:rPr>
        <w:br/>
      </w:r>
    </w:p>
    <w:p w14:paraId="20342B55" w14:textId="77777777" w:rsidR="002355BD" w:rsidRPr="001179E8" w:rsidRDefault="00000000">
      <w:pPr>
        <w:rPr>
          <w:lang w:val="pt-BR"/>
        </w:rPr>
      </w:pPr>
      <w:r w:rsidRPr="001179E8">
        <w:rPr>
          <w:lang w:val="pt-BR"/>
        </w:rPr>
        <w:t>Enquanto observava o rosto adormecido de Rick, Nicole permitiu que sua mente vagasse, recordando como haviam chegado a este ponto. Seu relacionamento sempre fora complicado – ela, a filha perfeccionista de Eletron, determinada a provar seu valor; ele, o filho rebelde de Densa e Nitro, constantemente em conflito com as expectativas de seus pais.</w:t>
      </w:r>
    </w:p>
    <w:p w14:paraId="0C6F29F5" w14:textId="77777777" w:rsidR="002355BD" w:rsidRPr="001179E8" w:rsidRDefault="00000000">
      <w:pPr>
        <w:rPr>
          <w:lang w:val="pt-BR"/>
        </w:rPr>
      </w:pPr>
      <w:r w:rsidRPr="001179E8">
        <w:rPr>
          <w:lang w:val="pt-BR"/>
        </w:rPr>
        <w:br/>
      </w:r>
    </w:p>
    <w:p w14:paraId="1FA959D2" w14:textId="77777777" w:rsidR="002355BD" w:rsidRPr="001179E8" w:rsidRDefault="00000000">
      <w:pPr>
        <w:rPr>
          <w:lang w:val="pt-BR"/>
        </w:rPr>
      </w:pPr>
      <w:r w:rsidRPr="001179E8">
        <w:rPr>
          <w:lang w:val="pt-BR"/>
        </w:rPr>
        <w:t>No início, ela o achara irritante, impulsivo, irresponsável. Ele provavelmente a achara rígida, controladora, excessivamente séria. E ainda assim, de alguma forma, haviam encontrado um ao outro – talvez precisamente porque eram tão diferentes, cada um oferecendo o que o outro secretamente ansiava.</w:t>
      </w:r>
    </w:p>
    <w:p w14:paraId="3EE7A182" w14:textId="77777777" w:rsidR="002355BD" w:rsidRPr="001179E8" w:rsidRDefault="00000000">
      <w:pPr>
        <w:rPr>
          <w:lang w:val="pt-BR"/>
        </w:rPr>
      </w:pPr>
      <w:r w:rsidRPr="001179E8">
        <w:rPr>
          <w:lang w:val="pt-BR"/>
        </w:rPr>
        <w:lastRenderedPageBreak/>
        <w:br/>
      </w:r>
    </w:p>
    <w:p w14:paraId="572BD85C" w14:textId="77777777" w:rsidR="002355BD" w:rsidRPr="001179E8" w:rsidRDefault="00000000">
      <w:pPr>
        <w:rPr>
          <w:lang w:val="pt-BR"/>
        </w:rPr>
      </w:pPr>
      <w:r w:rsidRPr="001179E8">
        <w:rPr>
          <w:lang w:val="pt-BR"/>
        </w:rPr>
        <w:t>Um movimento súbito na entrada da sala arrancou Nicole de suas reflexões. Ela se levantou rapidamente, transformando seu braço em uma lâmina metálica afiada, pronta para defender Rick em seu estado vulnerável.</w:t>
      </w:r>
    </w:p>
    <w:p w14:paraId="48181CFC" w14:textId="77777777" w:rsidR="002355BD" w:rsidRPr="001179E8" w:rsidRDefault="00000000">
      <w:pPr>
        <w:rPr>
          <w:lang w:val="pt-BR"/>
        </w:rPr>
      </w:pPr>
      <w:r w:rsidRPr="001179E8">
        <w:rPr>
          <w:lang w:val="pt-BR"/>
        </w:rPr>
        <w:br/>
      </w:r>
    </w:p>
    <w:p w14:paraId="601CC809" w14:textId="77777777" w:rsidR="002355BD" w:rsidRPr="001179E8" w:rsidRDefault="00000000">
      <w:pPr>
        <w:rPr>
          <w:lang w:val="pt-BR"/>
        </w:rPr>
      </w:pPr>
      <w:r w:rsidRPr="001179E8">
        <w:rPr>
          <w:lang w:val="pt-BR"/>
        </w:rPr>
        <w:t>Mas não era um espectro ou qualquer outra criatura hostil. Era uma figura humanóide, encapuzada e envolta em vestes esfarrapadas que pareciam feitas de sombras solidificadas. A figura parou na entrada, como se hesitante em avançar mais.</w:t>
      </w:r>
    </w:p>
    <w:p w14:paraId="4B32EEF7" w14:textId="77777777" w:rsidR="002355BD" w:rsidRPr="001179E8" w:rsidRDefault="00000000">
      <w:pPr>
        <w:rPr>
          <w:lang w:val="pt-BR"/>
        </w:rPr>
      </w:pPr>
      <w:r w:rsidRPr="001179E8">
        <w:rPr>
          <w:lang w:val="pt-BR"/>
        </w:rPr>
        <w:br/>
      </w:r>
    </w:p>
    <w:p w14:paraId="7C065092" w14:textId="77777777" w:rsidR="002355BD" w:rsidRPr="001179E8" w:rsidRDefault="00000000">
      <w:pPr>
        <w:rPr>
          <w:lang w:val="pt-BR"/>
        </w:rPr>
      </w:pPr>
      <w:r w:rsidRPr="001179E8">
        <w:rPr>
          <w:lang w:val="pt-BR"/>
        </w:rPr>
        <w:t>"Quem é você?" exigiu Nicole, mantendo a lâmina erguida. "O que quer?"</w:t>
      </w:r>
    </w:p>
    <w:p w14:paraId="194DDEE3" w14:textId="77777777" w:rsidR="002355BD" w:rsidRPr="001179E8" w:rsidRDefault="00000000">
      <w:pPr>
        <w:rPr>
          <w:lang w:val="pt-BR"/>
        </w:rPr>
      </w:pPr>
      <w:r w:rsidRPr="001179E8">
        <w:rPr>
          <w:lang w:val="pt-BR"/>
        </w:rPr>
        <w:br/>
      </w:r>
    </w:p>
    <w:p w14:paraId="5B6C6907" w14:textId="77777777" w:rsidR="002355BD" w:rsidRPr="001179E8" w:rsidRDefault="00000000">
      <w:pPr>
        <w:rPr>
          <w:lang w:val="pt-BR"/>
        </w:rPr>
      </w:pPr>
      <w:r w:rsidRPr="001179E8">
        <w:rPr>
          <w:lang w:val="pt-BR"/>
        </w:rPr>
        <w:t>A figura inclinou a cabeça, como se estivesse estudando Nicole com curiosidade. Então, lentamente, ergueu as mãos em um gesto que parecia indicar que não tinha intenções hostis.</w:t>
      </w:r>
    </w:p>
    <w:p w14:paraId="69062515" w14:textId="77777777" w:rsidR="002355BD" w:rsidRPr="001179E8" w:rsidRDefault="00000000">
      <w:pPr>
        <w:rPr>
          <w:lang w:val="pt-BR"/>
        </w:rPr>
      </w:pPr>
      <w:r w:rsidRPr="001179E8">
        <w:rPr>
          <w:lang w:val="pt-BR"/>
        </w:rPr>
        <w:br/>
      </w:r>
    </w:p>
    <w:p w14:paraId="2BC973EB" w14:textId="77777777" w:rsidR="002355BD" w:rsidRPr="001179E8" w:rsidRDefault="00000000">
      <w:pPr>
        <w:rPr>
          <w:lang w:val="pt-BR"/>
        </w:rPr>
      </w:pPr>
      <w:r w:rsidRPr="001179E8">
        <w:rPr>
          <w:lang w:val="pt-BR"/>
        </w:rPr>
        <w:t>"Vocês não pertencem a este lugar," disse a figura, sua voz surpreendentemente melodiosa, embora com uma qualidade estranha, como se várias vozes estivessem falando em uníssono. "Senti sua energia. O sinal que enviaram."</w:t>
      </w:r>
    </w:p>
    <w:p w14:paraId="6A70B750" w14:textId="77777777" w:rsidR="002355BD" w:rsidRPr="001179E8" w:rsidRDefault="00000000">
      <w:pPr>
        <w:rPr>
          <w:lang w:val="pt-BR"/>
        </w:rPr>
      </w:pPr>
      <w:r w:rsidRPr="001179E8">
        <w:rPr>
          <w:lang w:val="pt-BR"/>
        </w:rPr>
        <w:br/>
      </w:r>
    </w:p>
    <w:p w14:paraId="01357A11" w14:textId="77777777" w:rsidR="002355BD" w:rsidRPr="001179E8" w:rsidRDefault="00000000">
      <w:pPr>
        <w:rPr>
          <w:lang w:val="pt-BR"/>
        </w:rPr>
      </w:pPr>
      <w:r w:rsidRPr="001179E8">
        <w:rPr>
          <w:lang w:val="pt-BR"/>
        </w:rPr>
        <w:t>Nicole não baixou sua guarda, mas sua curiosidade foi despertada. "Você é daqui? Do submundo?"</w:t>
      </w:r>
    </w:p>
    <w:p w14:paraId="7B989745" w14:textId="77777777" w:rsidR="002355BD" w:rsidRPr="001179E8" w:rsidRDefault="00000000">
      <w:pPr>
        <w:rPr>
          <w:lang w:val="pt-BR"/>
        </w:rPr>
      </w:pPr>
      <w:r w:rsidRPr="001179E8">
        <w:rPr>
          <w:lang w:val="pt-BR"/>
        </w:rPr>
        <w:br/>
      </w:r>
    </w:p>
    <w:p w14:paraId="27F01BA5" w14:textId="77777777" w:rsidR="002355BD" w:rsidRPr="001179E8" w:rsidRDefault="00000000">
      <w:pPr>
        <w:rPr>
          <w:lang w:val="pt-BR"/>
        </w:rPr>
      </w:pPr>
      <w:r w:rsidRPr="001179E8">
        <w:rPr>
          <w:lang w:val="pt-BR"/>
        </w:rPr>
        <w:t>A figura assentiu lentamente. "Sou o que vocês chamariam de... um habitante. Um dos poucos que manteve a sanidade e a forma."</w:t>
      </w:r>
    </w:p>
    <w:p w14:paraId="41614569" w14:textId="77777777" w:rsidR="002355BD" w:rsidRPr="001179E8" w:rsidRDefault="00000000">
      <w:pPr>
        <w:rPr>
          <w:lang w:val="pt-BR"/>
        </w:rPr>
      </w:pPr>
      <w:r w:rsidRPr="001179E8">
        <w:rPr>
          <w:lang w:val="pt-BR"/>
        </w:rPr>
        <w:br/>
      </w:r>
    </w:p>
    <w:p w14:paraId="4BB09706" w14:textId="77777777" w:rsidR="002355BD" w:rsidRPr="001179E8" w:rsidRDefault="00000000">
      <w:pPr>
        <w:rPr>
          <w:lang w:val="pt-BR"/>
        </w:rPr>
      </w:pPr>
      <w:r w:rsidRPr="001179E8">
        <w:rPr>
          <w:lang w:val="pt-BR"/>
        </w:rPr>
        <w:lastRenderedPageBreak/>
        <w:t>"O que quer dizer?" perguntou Nicole, franzindo a testa.</w:t>
      </w:r>
    </w:p>
    <w:p w14:paraId="509E9EC4" w14:textId="77777777" w:rsidR="002355BD" w:rsidRPr="001179E8" w:rsidRDefault="00000000">
      <w:pPr>
        <w:rPr>
          <w:lang w:val="pt-BR"/>
        </w:rPr>
      </w:pPr>
      <w:r w:rsidRPr="001179E8">
        <w:rPr>
          <w:lang w:val="pt-BR"/>
        </w:rPr>
        <w:br/>
      </w:r>
    </w:p>
    <w:p w14:paraId="703D9A05" w14:textId="77777777" w:rsidR="002355BD" w:rsidRPr="001179E8" w:rsidRDefault="00000000">
      <w:pPr>
        <w:rPr>
          <w:lang w:val="pt-BR"/>
        </w:rPr>
      </w:pPr>
      <w:r w:rsidRPr="001179E8">
        <w:rPr>
          <w:lang w:val="pt-BR"/>
        </w:rPr>
        <w:t>A figura deu um passo à frente, e Nicole tensionou-se, pronta para atacar se necessário. Mas a figura apenas abaixou seu capuz, revelando um rosto que era quase humano, mas não completamente – a pele era pálida como alabastro, os olhos completamente negros sem esclerótica visível, e pequenas marcas que pareciam runas antigas percorriam suas têmporas e bochechas.</w:t>
      </w:r>
    </w:p>
    <w:p w14:paraId="064AA356" w14:textId="77777777" w:rsidR="002355BD" w:rsidRPr="001179E8" w:rsidRDefault="00000000">
      <w:pPr>
        <w:rPr>
          <w:lang w:val="pt-BR"/>
        </w:rPr>
      </w:pPr>
      <w:r w:rsidRPr="001179E8">
        <w:rPr>
          <w:lang w:val="pt-BR"/>
        </w:rPr>
        <w:br/>
      </w:r>
    </w:p>
    <w:p w14:paraId="7868D4E8" w14:textId="77777777" w:rsidR="002355BD" w:rsidRPr="001179E8" w:rsidRDefault="00000000">
      <w:pPr>
        <w:rPr>
          <w:lang w:val="pt-BR"/>
        </w:rPr>
      </w:pPr>
      <w:r w:rsidRPr="001179E8">
        <w:rPr>
          <w:lang w:val="pt-BR"/>
        </w:rPr>
        <w:t>"O submundo corrompe," explicou a figura. "Transforma. A maioria dos que caem aqui eventualmente se torna como os espectros que vocês encontraram – sombras sem mente, consumidas pela fome e pelo ódio."</w:t>
      </w:r>
    </w:p>
    <w:p w14:paraId="68BCD119" w14:textId="77777777" w:rsidR="002355BD" w:rsidRPr="001179E8" w:rsidRDefault="00000000">
      <w:pPr>
        <w:rPr>
          <w:lang w:val="pt-BR"/>
        </w:rPr>
      </w:pPr>
      <w:r w:rsidRPr="001179E8">
        <w:rPr>
          <w:lang w:val="pt-BR"/>
        </w:rPr>
        <w:br/>
      </w:r>
    </w:p>
    <w:p w14:paraId="2EAE9FFF" w14:textId="77777777" w:rsidR="002355BD" w:rsidRPr="001179E8" w:rsidRDefault="00000000">
      <w:pPr>
        <w:rPr>
          <w:lang w:val="pt-BR"/>
        </w:rPr>
      </w:pPr>
      <w:r w:rsidRPr="001179E8">
        <w:rPr>
          <w:lang w:val="pt-BR"/>
        </w:rPr>
        <w:t>Um arrepio percorreu a espinha de Nicole. Era exatamente o que ela temera – que com o tempo, ela e Rick pudessem ser transformados, corrompidos pela própria essência deste lugar.</w:t>
      </w:r>
    </w:p>
    <w:p w14:paraId="7C3CD366" w14:textId="77777777" w:rsidR="002355BD" w:rsidRPr="001179E8" w:rsidRDefault="00000000">
      <w:pPr>
        <w:rPr>
          <w:lang w:val="pt-BR"/>
        </w:rPr>
      </w:pPr>
      <w:r w:rsidRPr="001179E8">
        <w:rPr>
          <w:lang w:val="pt-BR"/>
        </w:rPr>
        <w:br/>
      </w:r>
    </w:p>
    <w:p w14:paraId="4486E11F" w14:textId="77777777" w:rsidR="002355BD" w:rsidRPr="001179E8" w:rsidRDefault="00000000">
      <w:pPr>
        <w:rPr>
          <w:lang w:val="pt-BR"/>
        </w:rPr>
      </w:pPr>
      <w:r w:rsidRPr="001179E8">
        <w:rPr>
          <w:lang w:val="pt-BR"/>
        </w:rPr>
        <w:t>"Mas vocês são diferentes," continuou a figura, seus olhos negros fixos em Nicole. "Sua energia... é resistente. Especialmente a sua." A figura indicou o braço metálico de Nicole. "O metal em você... não é daqui. Protege você."</w:t>
      </w:r>
    </w:p>
    <w:p w14:paraId="05773FDA" w14:textId="77777777" w:rsidR="002355BD" w:rsidRPr="001179E8" w:rsidRDefault="00000000">
      <w:pPr>
        <w:rPr>
          <w:lang w:val="pt-BR"/>
        </w:rPr>
      </w:pPr>
      <w:r w:rsidRPr="001179E8">
        <w:rPr>
          <w:lang w:val="pt-BR"/>
        </w:rPr>
        <w:br/>
      </w:r>
    </w:p>
    <w:p w14:paraId="4AD93CA7" w14:textId="77777777" w:rsidR="002355BD" w:rsidRPr="001179E8" w:rsidRDefault="00000000">
      <w:pPr>
        <w:rPr>
          <w:lang w:val="pt-BR"/>
        </w:rPr>
      </w:pPr>
      <w:r w:rsidRPr="001179E8">
        <w:rPr>
          <w:lang w:val="pt-BR"/>
        </w:rPr>
        <w:t>Nicole olhou para seu braço transformado, surpresa. Nunca havia considerado que o fragmento do Dragão Justo que se fundira a ela pudesse oferecer algum tipo de proteção contra influências corruptoras.</w:t>
      </w:r>
    </w:p>
    <w:p w14:paraId="0AF89DD3" w14:textId="77777777" w:rsidR="002355BD" w:rsidRPr="001179E8" w:rsidRDefault="00000000">
      <w:pPr>
        <w:rPr>
          <w:lang w:val="pt-BR"/>
        </w:rPr>
      </w:pPr>
      <w:r w:rsidRPr="001179E8">
        <w:rPr>
          <w:lang w:val="pt-BR"/>
        </w:rPr>
        <w:br/>
      </w:r>
    </w:p>
    <w:p w14:paraId="7ECB623E" w14:textId="77777777" w:rsidR="002355BD" w:rsidRPr="001179E8" w:rsidRDefault="00000000">
      <w:pPr>
        <w:rPr>
          <w:lang w:val="pt-BR"/>
        </w:rPr>
      </w:pPr>
      <w:r w:rsidRPr="001179E8">
        <w:rPr>
          <w:lang w:val="pt-BR"/>
        </w:rPr>
        <w:t>"E ele?" perguntou, indicando Rick com um movimento de cabeça. "Ele também está... protegido?"</w:t>
      </w:r>
    </w:p>
    <w:p w14:paraId="5B84E65F" w14:textId="77777777" w:rsidR="002355BD" w:rsidRPr="001179E8" w:rsidRDefault="00000000">
      <w:pPr>
        <w:rPr>
          <w:lang w:val="pt-BR"/>
        </w:rPr>
      </w:pPr>
      <w:r w:rsidRPr="001179E8">
        <w:rPr>
          <w:lang w:val="pt-BR"/>
        </w:rPr>
        <w:br/>
      </w:r>
    </w:p>
    <w:p w14:paraId="1486C27A" w14:textId="77777777" w:rsidR="002355BD" w:rsidRPr="001179E8" w:rsidRDefault="00000000">
      <w:pPr>
        <w:rPr>
          <w:lang w:val="pt-BR"/>
        </w:rPr>
      </w:pPr>
      <w:r w:rsidRPr="001179E8">
        <w:rPr>
          <w:lang w:val="pt-BR"/>
        </w:rPr>
        <w:lastRenderedPageBreak/>
        <w:t>A figura olhou para Rick por um longo momento, como se estivesse vendo além de sua forma física. "Sua conexão com você o ancora," disse finalmente. "Enquanto permanecerem unidos, ele resistirá por mais tempo. Mas eventualmente... o submundo reclama todos."</w:t>
      </w:r>
    </w:p>
    <w:p w14:paraId="10DF6E62" w14:textId="77777777" w:rsidR="002355BD" w:rsidRPr="001179E8" w:rsidRDefault="00000000">
      <w:pPr>
        <w:rPr>
          <w:lang w:val="pt-BR"/>
        </w:rPr>
      </w:pPr>
      <w:r w:rsidRPr="001179E8">
        <w:rPr>
          <w:lang w:val="pt-BR"/>
        </w:rPr>
        <w:br/>
      </w:r>
    </w:p>
    <w:p w14:paraId="669A5195" w14:textId="77777777" w:rsidR="002355BD" w:rsidRPr="001179E8" w:rsidRDefault="00000000">
      <w:pPr>
        <w:rPr>
          <w:lang w:val="pt-BR"/>
        </w:rPr>
      </w:pPr>
      <w:r w:rsidRPr="001179E8">
        <w:rPr>
          <w:lang w:val="pt-BR"/>
        </w:rPr>
        <w:t>Nicole sentiu um aperto no peito. A ideia de Rick sendo lentamente corrompido, transformado em algo como os espectros que haviam enfrentado, era insuportável.</w:t>
      </w:r>
    </w:p>
    <w:p w14:paraId="4938B2DF" w14:textId="77777777" w:rsidR="002355BD" w:rsidRPr="001179E8" w:rsidRDefault="00000000">
      <w:pPr>
        <w:rPr>
          <w:lang w:val="pt-BR"/>
        </w:rPr>
      </w:pPr>
      <w:r w:rsidRPr="001179E8">
        <w:rPr>
          <w:lang w:val="pt-BR"/>
        </w:rPr>
        <w:br/>
      </w:r>
    </w:p>
    <w:p w14:paraId="1F32E483" w14:textId="77777777" w:rsidR="002355BD" w:rsidRPr="001179E8" w:rsidRDefault="00000000">
      <w:pPr>
        <w:rPr>
          <w:lang w:val="pt-BR"/>
        </w:rPr>
      </w:pPr>
      <w:r w:rsidRPr="001179E8">
        <w:rPr>
          <w:lang w:val="pt-BR"/>
        </w:rPr>
        <w:t>"Existe uma saída?" perguntou ela, sua voz mais urgente. "Um caminho de volta para nossa dimensão?"</w:t>
      </w:r>
    </w:p>
    <w:p w14:paraId="7E7544B6" w14:textId="77777777" w:rsidR="002355BD" w:rsidRPr="001179E8" w:rsidRDefault="00000000">
      <w:pPr>
        <w:rPr>
          <w:lang w:val="pt-BR"/>
        </w:rPr>
      </w:pPr>
      <w:r w:rsidRPr="001179E8">
        <w:rPr>
          <w:lang w:val="pt-BR"/>
        </w:rPr>
        <w:br/>
      </w:r>
    </w:p>
    <w:p w14:paraId="73D9F320" w14:textId="77777777" w:rsidR="002355BD" w:rsidRPr="001179E8" w:rsidRDefault="00000000">
      <w:pPr>
        <w:rPr>
          <w:lang w:val="pt-BR"/>
        </w:rPr>
      </w:pPr>
      <w:r w:rsidRPr="001179E8">
        <w:rPr>
          <w:lang w:val="pt-BR"/>
        </w:rPr>
        <w:t>A figura ficou em silêncio por um momento, como se considerando cuidadosamente sua resposta. "Existem... passagens," disse finalmente. "Portais entre os reinos. Mas são raros, instáveis, e fortemente guardados."</w:t>
      </w:r>
    </w:p>
    <w:p w14:paraId="0B50F9F4" w14:textId="77777777" w:rsidR="002355BD" w:rsidRPr="001179E8" w:rsidRDefault="00000000">
      <w:pPr>
        <w:rPr>
          <w:lang w:val="pt-BR"/>
        </w:rPr>
      </w:pPr>
      <w:r w:rsidRPr="001179E8">
        <w:rPr>
          <w:lang w:val="pt-BR"/>
        </w:rPr>
        <w:br/>
      </w:r>
    </w:p>
    <w:p w14:paraId="3C91CBB3" w14:textId="77777777" w:rsidR="002355BD" w:rsidRPr="001179E8" w:rsidRDefault="00000000">
      <w:pPr>
        <w:rPr>
          <w:lang w:val="pt-BR"/>
        </w:rPr>
      </w:pPr>
      <w:r w:rsidRPr="001179E8">
        <w:rPr>
          <w:lang w:val="pt-BR"/>
        </w:rPr>
        <w:t>"Guardados por quem?"</w:t>
      </w:r>
    </w:p>
    <w:p w14:paraId="4040657F" w14:textId="77777777" w:rsidR="002355BD" w:rsidRPr="001179E8" w:rsidRDefault="00000000">
      <w:pPr>
        <w:rPr>
          <w:lang w:val="pt-BR"/>
        </w:rPr>
      </w:pPr>
      <w:r w:rsidRPr="001179E8">
        <w:rPr>
          <w:lang w:val="pt-BR"/>
        </w:rPr>
        <w:br/>
      </w:r>
    </w:p>
    <w:p w14:paraId="0182A051" w14:textId="77777777" w:rsidR="002355BD" w:rsidRPr="001179E8" w:rsidRDefault="00000000">
      <w:pPr>
        <w:rPr>
          <w:lang w:val="pt-BR"/>
        </w:rPr>
      </w:pPr>
      <w:r w:rsidRPr="001179E8">
        <w:rPr>
          <w:lang w:val="pt-BR"/>
        </w:rPr>
        <w:t>"Por aqueles que governam o submundo," respondeu a figura, sua voz baixando para quase um sussurro. "Os Lordes das Sombras. E acima deles... Abyzoth."</w:t>
      </w:r>
    </w:p>
    <w:p w14:paraId="0B4CFB7A" w14:textId="77777777" w:rsidR="002355BD" w:rsidRPr="001179E8" w:rsidRDefault="00000000">
      <w:pPr>
        <w:rPr>
          <w:lang w:val="pt-BR"/>
        </w:rPr>
      </w:pPr>
      <w:r w:rsidRPr="001179E8">
        <w:rPr>
          <w:lang w:val="pt-BR"/>
        </w:rPr>
        <w:br/>
      </w:r>
    </w:p>
    <w:p w14:paraId="235825B4" w14:textId="77777777" w:rsidR="002355BD" w:rsidRPr="001179E8" w:rsidRDefault="00000000">
      <w:pPr>
        <w:rPr>
          <w:lang w:val="pt-BR"/>
        </w:rPr>
      </w:pPr>
      <w:r w:rsidRPr="001179E8">
        <w:rPr>
          <w:lang w:val="pt-BR"/>
        </w:rPr>
        <w:t>O nome enviou outro arrepio pela espinha de Nicole. Abyzoth – a entidade antiga que havia corrompido Rox, que agora ameaçava todos os reinos.</w:t>
      </w:r>
    </w:p>
    <w:p w14:paraId="07AB3A15" w14:textId="77777777" w:rsidR="002355BD" w:rsidRPr="001179E8" w:rsidRDefault="00000000">
      <w:pPr>
        <w:rPr>
          <w:lang w:val="pt-BR"/>
        </w:rPr>
      </w:pPr>
      <w:r w:rsidRPr="001179E8">
        <w:rPr>
          <w:lang w:val="pt-BR"/>
        </w:rPr>
        <w:br/>
      </w:r>
    </w:p>
    <w:p w14:paraId="4EDFDEA1" w14:textId="77777777" w:rsidR="002355BD" w:rsidRPr="001179E8" w:rsidRDefault="00000000">
      <w:pPr>
        <w:rPr>
          <w:lang w:val="pt-BR"/>
        </w:rPr>
      </w:pPr>
      <w:r w:rsidRPr="001179E8">
        <w:rPr>
          <w:lang w:val="pt-BR"/>
        </w:rPr>
        <w:t>"Você conhece Abyzoth?" perguntou ela.</w:t>
      </w:r>
    </w:p>
    <w:p w14:paraId="7D6CA202" w14:textId="77777777" w:rsidR="002355BD" w:rsidRPr="001179E8" w:rsidRDefault="00000000">
      <w:pPr>
        <w:rPr>
          <w:lang w:val="pt-BR"/>
        </w:rPr>
      </w:pPr>
      <w:r w:rsidRPr="001179E8">
        <w:rPr>
          <w:lang w:val="pt-BR"/>
        </w:rPr>
        <w:br/>
      </w:r>
    </w:p>
    <w:p w14:paraId="4B90353D" w14:textId="77777777" w:rsidR="002355BD" w:rsidRPr="001179E8" w:rsidRDefault="00000000">
      <w:pPr>
        <w:rPr>
          <w:lang w:val="pt-BR"/>
        </w:rPr>
      </w:pPr>
      <w:r w:rsidRPr="001179E8">
        <w:rPr>
          <w:lang w:val="pt-BR"/>
        </w:rPr>
        <w:lastRenderedPageBreak/>
        <w:t>A figura fez um gesto estranho com a mão, algo que parecia ser um sinal de proteção. "Todos aqui conhecem Abyzoth. Ele é o Devorador de Mundos, o Senhor do Vazio. Por milênios, esteve adormecido nas profundezas mais escuras do submundo. Mas agora... agora ele desperta."</w:t>
      </w:r>
    </w:p>
    <w:p w14:paraId="76575194" w14:textId="77777777" w:rsidR="002355BD" w:rsidRPr="001179E8" w:rsidRDefault="00000000">
      <w:pPr>
        <w:rPr>
          <w:lang w:val="pt-BR"/>
        </w:rPr>
      </w:pPr>
      <w:r w:rsidRPr="001179E8">
        <w:rPr>
          <w:lang w:val="pt-BR"/>
        </w:rPr>
        <w:br/>
      </w:r>
    </w:p>
    <w:p w14:paraId="0EE1949A" w14:textId="77777777" w:rsidR="002355BD" w:rsidRPr="001179E8" w:rsidRDefault="00000000">
      <w:pPr>
        <w:rPr>
          <w:lang w:val="pt-BR"/>
        </w:rPr>
      </w:pPr>
      <w:r w:rsidRPr="001179E8">
        <w:rPr>
          <w:lang w:val="pt-BR"/>
        </w:rPr>
        <w:t>"Por quê? O que mudou?"</w:t>
      </w:r>
    </w:p>
    <w:p w14:paraId="7F0E98E8" w14:textId="77777777" w:rsidR="002355BD" w:rsidRPr="001179E8" w:rsidRDefault="00000000">
      <w:pPr>
        <w:rPr>
          <w:lang w:val="pt-BR"/>
        </w:rPr>
      </w:pPr>
      <w:r w:rsidRPr="001179E8">
        <w:rPr>
          <w:lang w:val="pt-BR"/>
        </w:rPr>
        <w:br/>
      </w:r>
    </w:p>
    <w:p w14:paraId="6E0CE8A0" w14:textId="77777777" w:rsidR="002355BD" w:rsidRPr="001179E8" w:rsidRDefault="00000000">
      <w:pPr>
        <w:rPr>
          <w:lang w:val="pt-BR"/>
        </w:rPr>
      </w:pPr>
      <w:r w:rsidRPr="001179E8">
        <w:rPr>
          <w:lang w:val="pt-BR"/>
        </w:rPr>
        <w:t>"Ele encontrou uma aliada," disse a figura, sua voz agora mal acima de um sussurro. "Uma entidade de outro reino, tão antiga e poderosa quanto ele. Juntos, planejam romper as barreiras entre as dimensões, permitindo que o submundo invada todos os outros reinos."</w:t>
      </w:r>
    </w:p>
    <w:p w14:paraId="00453525" w14:textId="77777777" w:rsidR="002355BD" w:rsidRPr="001179E8" w:rsidRDefault="00000000">
      <w:pPr>
        <w:rPr>
          <w:lang w:val="pt-BR"/>
        </w:rPr>
      </w:pPr>
      <w:r w:rsidRPr="001179E8">
        <w:rPr>
          <w:lang w:val="pt-BR"/>
        </w:rPr>
        <w:br/>
      </w:r>
    </w:p>
    <w:p w14:paraId="7A147905" w14:textId="77777777" w:rsidR="002355BD" w:rsidRPr="001179E8" w:rsidRDefault="00000000">
      <w:pPr>
        <w:rPr>
          <w:lang w:val="pt-BR"/>
        </w:rPr>
      </w:pPr>
      <w:r w:rsidRPr="001179E8">
        <w:rPr>
          <w:lang w:val="pt-BR"/>
        </w:rPr>
        <w:t>Nicole sentiu seu sangue gelar. "Essa aliada... é a Dragoa Maligna?"</w:t>
      </w:r>
    </w:p>
    <w:p w14:paraId="7E73B7F0" w14:textId="77777777" w:rsidR="002355BD" w:rsidRPr="001179E8" w:rsidRDefault="00000000">
      <w:pPr>
        <w:rPr>
          <w:lang w:val="pt-BR"/>
        </w:rPr>
      </w:pPr>
      <w:r w:rsidRPr="001179E8">
        <w:rPr>
          <w:lang w:val="pt-BR"/>
        </w:rPr>
        <w:br/>
      </w:r>
    </w:p>
    <w:p w14:paraId="38647BD5" w14:textId="77777777" w:rsidR="002355BD" w:rsidRPr="001179E8" w:rsidRDefault="00000000">
      <w:pPr>
        <w:rPr>
          <w:lang w:val="pt-BR"/>
        </w:rPr>
      </w:pPr>
      <w:r w:rsidRPr="001179E8">
        <w:rPr>
          <w:lang w:val="pt-BR"/>
        </w:rPr>
        <w:t>A figura assentiu lentamente. "Vocês a conhecem."</w:t>
      </w:r>
    </w:p>
    <w:p w14:paraId="01EF67C9" w14:textId="77777777" w:rsidR="002355BD" w:rsidRPr="001179E8" w:rsidRDefault="00000000">
      <w:pPr>
        <w:rPr>
          <w:lang w:val="pt-BR"/>
        </w:rPr>
      </w:pPr>
      <w:r w:rsidRPr="001179E8">
        <w:rPr>
          <w:lang w:val="pt-BR"/>
        </w:rPr>
        <w:br/>
      </w:r>
    </w:p>
    <w:p w14:paraId="586D2F7C" w14:textId="77777777" w:rsidR="002355BD" w:rsidRPr="001179E8" w:rsidRDefault="00000000">
      <w:pPr>
        <w:rPr>
          <w:lang w:val="pt-BR"/>
        </w:rPr>
      </w:pPr>
      <w:r w:rsidRPr="001179E8">
        <w:rPr>
          <w:lang w:val="pt-BR"/>
        </w:rPr>
        <w:t>"Nossos pais a enfrentaram," explicou Nicole. "Achávamos que havia sido derrotada."</w:t>
      </w:r>
    </w:p>
    <w:p w14:paraId="6FC37AFE" w14:textId="77777777" w:rsidR="002355BD" w:rsidRPr="001179E8" w:rsidRDefault="00000000">
      <w:pPr>
        <w:rPr>
          <w:lang w:val="pt-BR"/>
        </w:rPr>
      </w:pPr>
      <w:r w:rsidRPr="001179E8">
        <w:rPr>
          <w:lang w:val="pt-BR"/>
        </w:rPr>
        <w:br/>
      </w:r>
    </w:p>
    <w:p w14:paraId="3952560A" w14:textId="77777777" w:rsidR="002355BD" w:rsidRPr="001179E8" w:rsidRDefault="00000000">
      <w:pPr>
        <w:rPr>
          <w:lang w:val="pt-BR"/>
        </w:rPr>
      </w:pPr>
      <w:r w:rsidRPr="001179E8">
        <w:rPr>
          <w:lang w:val="pt-BR"/>
        </w:rPr>
        <w:t>"Enfraquecida, talvez. Nunca derrotada. Entidades como ela não podem ser verdadeiramente destruídas, apenas contidas, banidas. E agora, ela encontrou um caminho para retornar – através de Abyzoth e do submundo."</w:t>
      </w:r>
    </w:p>
    <w:p w14:paraId="26BB8989" w14:textId="77777777" w:rsidR="002355BD" w:rsidRPr="001179E8" w:rsidRDefault="00000000">
      <w:pPr>
        <w:rPr>
          <w:lang w:val="pt-BR"/>
        </w:rPr>
      </w:pPr>
      <w:r w:rsidRPr="001179E8">
        <w:rPr>
          <w:lang w:val="pt-BR"/>
        </w:rPr>
        <w:br/>
      </w:r>
    </w:p>
    <w:p w14:paraId="039826B0" w14:textId="77777777" w:rsidR="002355BD" w:rsidRPr="001179E8" w:rsidRDefault="00000000">
      <w:pPr>
        <w:rPr>
          <w:lang w:val="pt-BR"/>
        </w:rPr>
      </w:pPr>
      <w:r w:rsidRPr="001179E8">
        <w:rPr>
          <w:lang w:val="pt-BR"/>
        </w:rPr>
        <w:t>Era pior do que Nicole havia imaginado. Não apenas estavam presos em uma dimensão hostil, mas haviam caído diretamente no centro de uma conspiração cósmica que ameaçava todos os mundos.</w:t>
      </w:r>
    </w:p>
    <w:p w14:paraId="7F10E036" w14:textId="77777777" w:rsidR="002355BD" w:rsidRPr="001179E8" w:rsidRDefault="00000000">
      <w:pPr>
        <w:rPr>
          <w:lang w:val="pt-BR"/>
        </w:rPr>
      </w:pPr>
      <w:r w:rsidRPr="001179E8">
        <w:rPr>
          <w:lang w:val="pt-BR"/>
        </w:rPr>
        <w:br/>
      </w:r>
    </w:p>
    <w:p w14:paraId="45767340" w14:textId="77777777" w:rsidR="002355BD" w:rsidRPr="001179E8" w:rsidRDefault="00000000">
      <w:pPr>
        <w:rPr>
          <w:lang w:val="pt-BR"/>
        </w:rPr>
      </w:pPr>
      <w:r w:rsidRPr="001179E8">
        <w:rPr>
          <w:lang w:val="pt-BR"/>
        </w:rPr>
        <w:lastRenderedPageBreak/>
        <w:t>"Você disse que existem portais," disse ela, tentando manter o foco no que importava imediatamente – encontrar uma saída. "Pode nos levar até um?"</w:t>
      </w:r>
    </w:p>
    <w:p w14:paraId="6C302CFF" w14:textId="77777777" w:rsidR="002355BD" w:rsidRPr="001179E8" w:rsidRDefault="00000000">
      <w:pPr>
        <w:rPr>
          <w:lang w:val="pt-BR"/>
        </w:rPr>
      </w:pPr>
      <w:r w:rsidRPr="001179E8">
        <w:rPr>
          <w:lang w:val="pt-BR"/>
        </w:rPr>
        <w:br/>
      </w:r>
    </w:p>
    <w:p w14:paraId="0F3B2F2C" w14:textId="77777777" w:rsidR="002355BD" w:rsidRPr="001179E8" w:rsidRDefault="00000000">
      <w:pPr>
        <w:rPr>
          <w:lang w:val="pt-BR"/>
        </w:rPr>
      </w:pPr>
      <w:r w:rsidRPr="001179E8">
        <w:rPr>
          <w:lang w:val="pt-BR"/>
        </w:rPr>
        <w:t>A figura hesitou. "É perigoso. Os portais são guardados por servos de Abyzoth. E mesmo que conseguissem passar... não há garantia de que o portal os levaria de volta ao seu mundo. Poderia transportá-los para qualquer um dos infinitos reinos."</w:t>
      </w:r>
    </w:p>
    <w:p w14:paraId="6C8D5A43" w14:textId="77777777" w:rsidR="002355BD" w:rsidRPr="001179E8" w:rsidRDefault="00000000">
      <w:pPr>
        <w:rPr>
          <w:lang w:val="pt-BR"/>
        </w:rPr>
      </w:pPr>
      <w:r w:rsidRPr="001179E8">
        <w:rPr>
          <w:lang w:val="pt-BR"/>
        </w:rPr>
        <w:br/>
      </w:r>
    </w:p>
    <w:p w14:paraId="05CCADC9" w14:textId="77777777" w:rsidR="002355BD" w:rsidRPr="001179E8" w:rsidRDefault="00000000">
      <w:pPr>
        <w:rPr>
          <w:lang w:val="pt-BR"/>
        </w:rPr>
      </w:pPr>
      <w:r w:rsidRPr="001179E8">
        <w:rPr>
          <w:lang w:val="pt-BR"/>
        </w:rPr>
        <w:t>"Ainda assim, é melhor que ficar aqui e esperar para sermos corrompidos," argumentou Nicole. "Ou esperar que nosso sinal seja detectado, o que pode nunca acontecer."</w:t>
      </w:r>
    </w:p>
    <w:p w14:paraId="1833ABCC" w14:textId="77777777" w:rsidR="002355BD" w:rsidRPr="001179E8" w:rsidRDefault="00000000">
      <w:pPr>
        <w:rPr>
          <w:lang w:val="pt-BR"/>
        </w:rPr>
      </w:pPr>
      <w:r w:rsidRPr="001179E8">
        <w:rPr>
          <w:lang w:val="pt-BR"/>
        </w:rPr>
        <w:br/>
      </w:r>
    </w:p>
    <w:p w14:paraId="1152784B" w14:textId="77777777" w:rsidR="002355BD" w:rsidRPr="001179E8" w:rsidRDefault="00000000">
      <w:pPr>
        <w:rPr>
          <w:lang w:val="pt-BR"/>
        </w:rPr>
      </w:pPr>
      <w:r w:rsidRPr="001179E8">
        <w:rPr>
          <w:lang w:val="pt-BR"/>
        </w:rPr>
        <w:t>A figura pareceu considerar por um momento, então assentiu lentamente. "Posso guiá-los até o portal mais próximo. Mas o caminho é longo e cheio de perigos. E vocês precisarão estar em plena força."</w:t>
      </w:r>
    </w:p>
    <w:p w14:paraId="23DD9E27" w14:textId="77777777" w:rsidR="002355BD" w:rsidRPr="001179E8" w:rsidRDefault="00000000">
      <w:pPr>
        <w:rPr>
          <w:lang w:val="pt-BR"/>
        </w:rPr>
      </w:pPr>
      <w:r w:rsidRPr="001179E8">
        <w:rPr>
          <w:lang w:val="pt-BR"/>
        </w:rPr>
        <w:br/>
      </w:r>
    </w:p>
    <w:p w14:paraId="08090DE5" w14:textId="77777777" w:rsidR="002355BD" w:rsidRPr="001179E8" w:rsidRDefault="00000000">
      <w:pPr>
        <w:rPr>
          <w:lang w:val="pt-BR"/>
        </w:rPr>
      </w:pPr>
      <w:r w:rsidRPr="001179E8">
        <w:rPr>
          <w:lang w:val="pt-BR"/>
        </w:rPr>
        <w:t>Nicole olhou para Rick, ainda adormecido, recuperando-se lentamente da sobrecarga de energia. "Precisamos de tempo," disse ela. "Meu... parceiro precisa se recuperar."</w:t>
      </w:r>
    </w:p>
    <w:p w14:paraId="5E66C7DB" w14:textId="77777777" w:rsidR="002355BD" w:rsidRPr="001179E8" w:rsidRDefault="00000000">
      <w:pPr>
        <w:rPr>
          <w:lang w:val="pt-BR"/>
        </w:rPr>
      </w:pPr>
      <w:r w:rsidRPr="001179E8">
        <w:rPr>
          <w:lang w:val="pt-BR"/>
        </w:rPr>
        <w:br/>
      </w:r>
    </w:p>
    <w:p w14:paraId="280E0935" w14:textId="77777777" w:rsidR="002355BD" w:rsidRPr="001179E8" w:rsidRDefault="00000000">
      <w:pPr>
        <w:rPr>
          <w:lang w:val="pt-BR"/>
        </w:rPr>
      </w:pPr>
      <w:r w:rsidRPr="001179E8">
        <w:rPr>
          <w:lang w:val="pt-BR"/>
        </w:rPr>
        <w:t>"Tempo é algo que temos pouco," advertiu a figura. "Quanto mais permanecerem aqui, mais o submundo trabalhará para corrompê-los. E Abyzoth tem servos em todos os lugares, sempre procurando por intrusos."</w:t>
      </w:r>
    </w:p>
    <w:p w14:paraId="3D83F844" w14:textId="77777777" w:rsidR="002355BD" w:rsidRPr="001179E8" w:rsidRDefault="00000000">
      <w:pPr>
        <w:rPr>
          <w:lang w:val="pt-BR"/>
        </w:rPr>
      </w:pPr>
      <w:r w:rsidRPr="001179E8">
        <w:rPr>
          <w:lang w:val="pt-BR"/>
        </w:rPr>
        <w:br/>
      </w:r>
    </w:p>
    <w:p w14:paraId="0AD82385" w14:textId="77777777" w:rsidR="002355BD" w:rsidRPr="001179E8" w:rsidRDefault="00000000">
      <w:pPr>
        <w:rPr>
          <w:lang w:val="pt-BR"/>
        </w:rPr>
      </w:pPr>
      <w:r w:rsidRPr="001179E8">
        <w:rPr>
          <w:lang w:val="pt-BR"/>
        </w:rPr>
        <w:t>Como que para enfatizar o ponto, um som distante chegou até eles – um grito agudo e não-humano, semelhante ao dos espectros que haviam encontrado antes, mas de alguma forma mais profundo, mais ameaçador.</w:t>
      </w:r>
    </w:p>
    <w:p w14:paraId="20D75E7D" w14:textId="77777777" w:rsidR="002355BD" w:rsidRPr="001179E8" w:rsidRDefault="00000000">
      <w:pPr>
        <w:rPr>
          <w:lang w:val="pt-BR"/>
        </w:rPr>
      </w:pPr>
      <w:r w:rsidRPr="001179E8">
        <w:rPr>
          <w:lang w:val="pt-BR"/>
        </w:rPr>
        <w:br/>
      </w:r>
    </w:p>
    <w:p w14:paraId="0150AB98" w14:textId="77777777" w:rsidR="002355BD" w:rsidRPr="001179E8" w:rsidRDefault="00000000">
      <w:pPr>
        <w:rPr>
          <w:lang w:val="pt-BR"/>
        </w:rPr>
      </w:pPr>
      <w:r w:rsidRPr="001179E8">
        <w:rPr>
          <w:lang w:val="pt-BR"/>
        </w:rPr>
        <w:t>"Eles sentiram seu sinal," disse a figura, tensionando-se. "Estão vindo."</w:t>
      </w:r>
    </w:p>
    <w:p w14:paraId="0ED392F4" w14:textId="77777777" w:rsidR="002355BD" w:rsidRPr="001179E8" w:rsidRDefault="00000000">
      <w:pPr>
        <w:rPr>
          <w:lang w:val="pt-BR"/>
        </w:rPr>
      </w:pPr>
      <w:r w:rsidRPr="001179E8">
        <w:rPr>
          <w:lang w:val="pt-BR"/>
        </w:rPr>
        <w:lastRenderedPageBreak/>
        <w:br/>
      </w:r>
    </w:p>
    <w:p w14:paraId="65B95EF9" w14:textId="77777777" w:rsidR="002355BD" w:rsidRPr="001179E8" w:rsidRDefault="00000000">
      <w:pPr>
        <w:rPr>
          <w:lang w:val="pt-BR"/>
        </w:rPr>
      </w:pPr>
      <w:r w:rsidRPr="001179E8">
        <w:rPr>
          <w:lang w:val="pt-BR"/>
        </w:rPr>
        <w:t>Nicole olhou novamente para Rick, dividida entre a necessidade de fugir e a relutância em movê-lo em seu estado enfraquecido. "Quanto tempo temos?"</w:t>
      </w:r>
    </w:p>
    <w:p w14:paraId="137D74FA" w14:textId="77777777" w:rsidR="002355BD" w:rsidRPr="001179E8" w:rsidRDefault="00000000">
      <w:pPr>
        <w:rPr>
          <w:lang w:val="pt-BR"/>
        </w:rPr>
      </w:pPr>
      <w:r w:rsidRPr="001179E8">
        <w:rPr>
          <w:lang w:val="pt-BR"/>
        </w:rPr>
        <w:br/>
      </w:r>
    </w:p>
    <w:p w14:paraId="4EFD5603" w14:textId="77777777" w:rsidR="002355BD" w:rsidRPr="001179E8" w:rsidRDefault="00000000">
      <w:pPr>
        <w:rPr>
          <w:lang w:val="pt-BR"/>
        </w:rPr>
      </w:pPr>
      <w:r w:rsidRPr="001179E8">
        <w:rPr>
          <w:lang w:val="pt-BR"/>
        </w:rPr>
        <w:t>"Não muito," respondeu a figura. "Horas, talvez. Não mais."</w:t>
      </w:r>
    </w:p>
    <w:p w14:paraId="67D99DF5" w14:textId="77777777" w:rsidR="002355BD" w:rsidRPr="001179E8" w:rsidRDefault="00000000">
      <w:pPr>
        <w:rPr>
          <w:lang w:val="pt-BR"/>
        </w:rPr>
      </w:pPr>
      <w:r w:rsidRPr="001179E8">
        <w:rPr>
          <w:lang w:val="pt-BR"/>
        </w:rPr>
        <w:br/>
      </w:r>
    </w:p>
    <w:p w14:paraId="228DBD49" w14:textId="77777777" w:rsidR="002355BD" w:rsidRPr="001179E8" w:rsidRDefault="00000000">
      <w:pPr>
        <w:rPr>
          <w:lang w:val="pt-BR"/>
        </w:rPr>
      </w:pPr>
      <w:r w:rsidRPr="001179E8">
        <w:rPr>
          <w:lang w:val="pt-BR"/>
        </w:rPr>
        <w:t>Nicole tomou uma decisão rápida. "Então usaremos esse tempo para que ele se recupere o máximo possível. Depois, partiremos para o portal."</w:t>
      </w:r>
    </w:p>
    <w:p w14:paraId="32A367F8" w14:textId="77777777" w:rsidR="002355BD" w:rsidRPr="001179E8" w:rsidRDefault="00000000">
      <w:pPr>
        <w:rPr>
          <w:lang w:val="pt-BR"/>
        </w:rPr>
      </w:pPr>
      <w:r w:rsidRPr="001179E8">
        <w:rPr>
          <w:lang w:val="pt-BR"/>
        </w:rPr>
        <w:br/>
      </w:r>
    </w:p>
    <w:p w14:paraId="41D875C0" w14:textId="77777777" w:rsidR="002355BD" w:rsidRPr="001179E8" w:rsidRDefault="00000000">
      <w:pPr>
        <w:rPr>
          <w:lang w:val="pt-BR"/>
        </w:rPr>
      </w:pPr>
      <w:r w:rsidRPr="001179E8">
        <w:rPr>
          <w:lang w:val="pt-BR"/>
        </w:rPr>
        <w:t>A figura assentiu. "Voltarei ao anoitecer. Estejam prontos." Com isso, puxou o capuz de volta sobre o rosto e se virou para sair.</w:t>
      </w:r>
    </w:p>
    <w:p w14:paraId="282A2CBB" w14:textId="77777777" w:rsidR="002355BD" w:rsidRPr="001179E8" w:rsidRDefault="00000000">
      <w:pPr>
        <w:rPr>
          <w:lang w:val="pt-BR"/>
        </w:rPr>
      </w:pPr>
      <w:r w:rsidRPr="001179E8">
        <w:rPr>
          <w:lang w:val="pt-BR"/>
        </w:rPr>
        <w:br/>
      </w:r>
    </w:p>
    <w:p w14:paraId="7502BD93" w14:textId="77777777" w:rsidR="002355BD" w:rsidRPr="001179E8" w:rsidRDefault="00000000">
      <w:pPr>
        <w:rPr>
          <w:lang w:val="pt-BR"/>
        </w:rPr>
      </w:pPr>
      <w:r w:rsidRPr="001179E8">
        <w:rPr>
          <w:lang w:val="pt-BR"/>
        </w:rPr>
        <w:t>"Espere," chamou Nicole. "Qual é o seu nome?"</w:t>
      </w:r>
    </w:p>
    <w:p w14:paraId="052FA0B9" w14:textId="77777777" w:rsidR="002355BD" w:rsidRPr="001179E8" w:rsidRDefault="00000000">
      <w:pPr>
        <w:rPr>
          <w:lang w:val="pt-BR"/>
        </w:rPr>
      </w:pPr>
      <w:r w:rsidRPr="001179E8">
        <w:rPr>
          <w:lang w:val="pt-BR"/>
        </w:rPr>
        <w:br/>
      </w:r>
    </w:p>
    <w:p w14:paraId="0F35977A" w14:textId="77777777" w:rsidR="002355BD" w:rsidRPr="001179E8" w:rsidRDefault="00000000">
      <w:pPr>
        <w:rPr>
          <w:lang w:val="pt-BR"/>
        </w:rPr>
      </w:pPr>
      <w:r w:rsidRPr="001179E8">
        <w:rPr>
          <w:lang w:val="pt-BR"/>
        </w:rPr>
        <w:t>A figura parou, virando-se parcialmente. "Nomes têm poder no submundo. Mas vocês podem me chamar de... Eco."</w:t>
      </w:r>
    </w:p>
    <w:p w14:paraId="1600D4A0" w14:textId="77777777" w:rsidR="002355BD" w:rsidRPr="001179E8" w:rsidRDefault="00000000">
      <w:pPr>
        <w:rPr>
          <w:lang w:val="pt-BR"/>
        </w:rPr>
      </w:pPr>
      <w:r w:rsidRPr="001179E8">
        <w:rPr>
          <w:lang w:val="pt-BR"/>
        </w:rPr>
        <w:br/>
      </w:r>
    </w:p>
    <w:p w14:paraId="38E9C588" w14:textId="77777777" w:rsidR="002355BD" w:rsidRPr="001179E8" w:rsidRDefault="00000000">
      <w:pPr>
        <w:rPr>
          <w:lang w:val="pt-BR"/>
        </w:rPr>
      </w:pPr>
      <w:r w:rsidRPr="001179E8">
        <w:rPr>
          <w:lang w:val="pt-BR"/>
        </w:rPr>
        <w:t>"Eco," repetiu Nicole. "Por quê?"</w:t>
      </w:r>
    </w:p>
    <w:p w14:paraId="7B4BD037" w14:textId="77777777" w:rsidR="002355BD" w:rsidRPr="001179E8" w:rsidRDefault="00000000">
      <w:pPr>
        <w:rPr>
          <w:lang w:val="pt-BR"/>
        </w:rPr>
      </w:pPr>
      <w:r w:rsidRPr="001179E8">
        <w:rPr>
          <w:lang w:val="pt-BR"/>
        </w:rPr>
        <w:br/>
      </w:r>
    </w:p>
    <w:p w14:paraId="267FB7B5" w14:textId="77777777" w:rsidR="002355BD" w:rsidRPr="001179E8" w:rsidRDefault="00000000">
      <w:pPr>
        <w:rPr>
          <w:lang w:val="pt-BR"/>
        </w:rPr>
      </w:pPr>
      <w:r w:rsidRPr="001179E8">
        <w:rPr>
          <w:lang w:val="pt-BR"/>
        </w:rPr>
        <w:t>Um sorriso triste apareceu brevemente no rosto parcialmente visível sob o capuz. "Porque é tudo o que sobrou de mim – um eco do que fui antes de cair neste lugar."</w:t>
      </w:r>
    </w:p>
    <w:p w14:paraId="0CB7599F" w14:textId="77777777" w:rsidR="002355BD" w:rsidRPr="001179E8" w:rsidRDefault="00000000">
      <w:pPr>
        <w:rPr>
          <w:lang w:val="pt-BR"/>
        </w:rPr>
      </w:pPr>
      <w:r w:rsidRPr="001179E8">
        <w:rPr>
          <w:lang w:val="pt-BR"/>
        </w:rPr>
        <w:br/>
      </w:r>
    </w:p>
    <w:p w14:paraId="70F5EB72" w14:textId="77777777" w:rsidR="002355BD" w:rsidRPr="001179E8" w:rsidRDefault="00000000">
      <w:pPr>
        <w:rPr>
          <w:lang w:val="pt-BR"/>
        </w:rPr>
      </w:pPr>
      <w:r w:rsidRPr="001179E8">
        <w:rPr>
          <w:lang w:val="pt-BR"/>
        </w:rPr>
        <w:lastRenderedPageBreak/>
        <w:t>Com isso, Eco desapareceu na escuridão do corredor, deixando Nicole sozinha com seus pensamentos perturbados e Rick adormecido.</w:t>
      </w:r>
    </w:p>
    <w:p w14:paraId="25566795" w14:textId="77777777" w:rsidR="002355BD" w:rsidRPr="001179E8" w:rsidRDefault="00000000">
      <w:pPr>
        <w:rPr>
          <w:lang w:val="pt-BR"/>
        </w:rPr>
      </w:pPr>
      <w:r w:rsidRPr="001179E8">
        <w:rPr>
          <w:lang w:val="pt-BR"/>
        </w:rPr>
        <w:br/>
      </w:r>
    </w:p>
    <w:p w14:paraId="7ED079A5" w14:textId="77777777" w:rsidR="002355BD" w:rsidRPr="001179E8" w:rsidRDefault="00000000">
      <w:pPr>
        <w:rPr>
          <w:lang w:val="pt-BR"/>
        </w:rPr>
      </w:pPr>
      <w:r w:rsidRPr="001179E8">
        <w:rPr>
          <w:lang w:val="pt-BR"/>
        </w:rPr>
        <w:t>Ela se sentou novamente ao lado dele, sua mente processando tudo o que havia aprendido. Abyzoth e a Dragoa Maligna, unidos em uma conspiração para invadir todos os reinos. Portais guardados por servos das sombras. A corrupção lenta mas inevitável que o submundo impunha a todos os que caíam em seu domínio.</w:t>
      </w:r>
    </w:p>
    <w:p w14:paraId="1ED7A9D3" w14:textId="77777777" w:rsidR="002355BD" w:rsidRPr="001179E8" w:rsidRDefault="00000000">
      <w:pPr>
        <w:rPr>
          <w:lang w:val="pt-BR"/>
        </w:rPr>
      </w:pPr>
      <w:r w:rsidRPr="001179E8">
        <w:rPr>
          <w:lang w:val="pt-BR"/>
        </w:rPr>
        <w:br/>
      </w:r>
    </w:p>
    <w:p w14:paraId="529AD94B" w14:textId="77777777" w:rsidR="002355BD" w:rsidRPr="001179E8" w:rsidRDefault="00000000">
      <w:pPr>
        <w:rPr>
          <w:lang w:val="pt-BR"/>
        </w:rPr>
      </w:pPr>
      <w:r w:rsidRPr="001179E8">
        <w:rPr>
          <w:lang w:val="pt-BR"/>
        </w:rPr>
        <w:t>E ainda assim, em meio a todas essas revelações sombrias, havia uma centelha de esperança – a possibilidade de escape, de retorno ao seu mundo. Se conseguissem chegar ao portal, se conseguissem atravessá-lo...</w:t>
      </w:r>
    </w:p>
    <w:p w14:paraId="198F03B1" w14:textId="77777777" w:rsidR="002355BD" w:rsidRPr="001179E8" w:rsidRDefault="00000000">
      <w:pPr>
        <w:rPr>
          <w:lang w:val="pt-BR"/>
        </w:rPr>
      </w:pPr>
      <w:r w:rsidRPr="001179E8">
        <w:rPr>
          <w:lang w:val="pt-BR"/>
        </w:rPr>
        <w:br/>
      </w:r>
    </w:p>
    <w:p w14:paraId="1E8D50EE" w14:textId="77777777" w:rsidR="002355BD" w:rsidRPr="001179E8" w:rsidRDefault="00000000">
      <w:pPr>
        <w:rPr>
          <w:lang w:val="pt-BR"/>
        </w:rPr>
      </w:pPr>
      <w:r w:rsidRPr="001179E8">
        <w:rPr>
          <w:lang w:val="pt-BR"/>
        </w:rPr>
        <w:t>Rick se mexeu, gemendo suavemente em seu sono. Nicole colocou uma mão em seu peito, sentindo o batimento cardíaco forte e regular. Ele estava melhorando, sua cor voltando gradualmente, sua respiração mais profunda e estável.</w:t>
      </w:r>
    </w:p>
    <w:p w14:paraId="2E6673B5" w14:textId="77777777" w:rsidR="002355BD" w:rsidRPr="001179E8" w:rsidRDefault="00000000">
      <w:pPr>
        <w:rPr>
          <w:lang w:val="pt-BR"/>
        </w:rPr>
      </w:pPr>
      <w:r w:rsidRPr="001179E8">
        <w:rPr>
          <w:lang w:val="pt-BR"/>
        </w:rPr>
        <w:br/>
      </w:r>
    </w:p>
    <w:p w14:paraId="2B71B7E7" w14:textId="77777777" w:rsidR="002355BD" w:rsidRPr="001179E8" w:rsidRDefault="00000000">
      <w:pPr>
        <w:rPr>
          <w:lang w:val="pt-BR"/>
        </w:rPr>
      </w:pPr>
      <w:r w:rsidRPr="001179E8">
        <w:rPr>
          <w:lang w:val="pt-BR"/>
        </w:rPr>
        <w:t>"Vamos sair daqui, Rick," sussurrou ela, embora soubesse que ele não podia ouvi-la. "Prometo. Vamos voltar para casa."</w:t>
      </w:r>
    </w:p>
    <w:p w14:paraId="44A8E7E4" w14:textId="77777777" w:rsidR="002355BD" w:rsidRPr="001179E8" w:rsidRDefault="00000000">
      <w:pPr>
        <w:rPr>
          <w:lang w:val="pt-BR"/>
        </w:rPr>
      </w:pPr>
      <w:r w:rsidRPr="001179E8">
        <w:rPr>
          <w:lang w:val="pt-BR"/>
        </w:rPr>
        <w:br/>
      </w:r>
    </w:p>
    <w:p w14:paraId="1ED500E7" w14:textId="77777777" w:rsidR="002355BD" w:rsidRPr="001179E8" w:rsidRDefault="00000000">
      <w:pPr>
        <w:rPr>
          <w:lang w:val="pt-BR"/>
        </w:rPr>
      </w:pPr>
      <w:r w:rsidRPr="001179E8">
        <w:rPr>
          <w:lang w:val="pt-BR"/>
        </w:rPr>
        <w:t>Enquanto o dia estranho e sem sol do submundo lentamente dava lugar a uma noite ainda mais estranha, Nicole manteve sua vigília, seus olhos alternando entre o rosto adormecido de Rick e a entrada escura da sala, esperando o retorno de Eco e o início de sua jornada desesperada em busca do portal.</w:t>
      </w:r>
    </w:p>
    <w:p w14:paraId="6C90670C" w14:textId="77777777" w:rsidR="002355BD" w:rsidRPr="001179E8" w:rsidRDefault="00000000">
      <w:pPr>
        <w:rPr>
          <w:lang w:val="pt-BR"/>
        </w:rPr>
      </w:pPr>
      <w:r w:rsidRPr="001179E8">
        <w:rPr>
          <w:lang w:val="pt-BR"/>
        </w:rPr>
        <w:br/>
      </w:r>
    </w:p>
    <w:p w14:paraId="7ACE1BFC" w14:textId="77777777" w:rsidR="002355BD" w:rsidRPr="001179E8" w:rsidRDefault="00000000">
      <w:pPr>
        <w:rPr>
          <w:lang w:val="pt-BR"/>
        </w:rPr>
      </w:pPr>
      <w:r w:rsidRPr="001179E8">
        <w:rPr>
          <w:lang w:val="pt-BR"/>
        </w:rPr>
        <w:t>No fundo de sua mente, ecoavam as palavras de aviso de Eco: "O submundo corrompe. Transforma." Ela olhou para suas próprias mãos – uma humana, uma metálica – e se perguntou quanto tempo tinham antes que a corrupção começasse a afetá-los. Quanto tempo antes que começassem a perder partes de si mesmos, de suas identidades, de suas humanidades.</w:t>
      </w:r>
    </w:p>
    <w:p w14:paraId="501490A7" w14:textId="77777777" w:rsidR="002355BD" w:rsidRPr="001179E8" w:rsidRDefault="00000000">
      <w:pPr>
        <w:rPr>
          <w:lang w:val="pt-BR"/>
        </w:rPr>
      </w:pPr>
      <w:r w:rsidRPr="001179E8">
        <w:rPr>
          <w:lang w:val="pt-BR"/>
        </w:rPr>
        <w:lastRenderedPageBreak/>
        <w:br/>
      </w:r>
    </w:p>
    <w:p w14:paraId="3FFE251E" w14:textId="77777777" w:rsidR="002355BD" w:rsidRPr="001179E8" w:rsidRDefault="00000000">
      <w:pPr>
        <w:rPr>
          <w:lang w:val="pt-BR"/>
        </w:rPr>
      </w:pPr>
      <w:r w:rsidRPr="001179E8">
        <w:rPr>
          <w:lang w:val="pt-BR"/>
        </w:rPr>
        <w:t>E silenciosamente, fez outra promessa – não apenas para Rick, mas para si mesma: não importava o que acontecesse, não permitiria que o submundo os transformasse. Eles permaneceriam quem eram, ancorados um ao outro, até encontrarem o caminho de volta para casa.</w:t>
      </w:r>
    </w:p>
    <w:p w14:paraId="13E2D08F" w14:textId="77777777" w:rsidR="002355BD" w:rsidRPr="001179E8" w:rsidRDefault="00000000">
      <w:pPr>
        <w:rPr>
          <w:lang w:val="pt-BR"/>
        </w:rPr>
      </w:pPr>
      <w:r w:rsidRPr="001179E8">
        <w:rPr>
          <w:lang w:val="pt-BR"/>
        </w:rPr>
        <w:br/>
      </w:r>
    </w:p>
    <w:p w14:paraId="7F67BD8F" w14:textId="77777777" w:rsidR="002355BD" w:rsidRPr="001179E8" w:rsidRDefault="00000000">
      <w:pPr>
        <w:rPr>
          <w:lang w:val="pt-BR"/>
        </w:rPr>
      </w:pPr>
      <w:r w:rsidRPr="001179E8">
        <w:rPr>
          <w:lang w:val="pt-BR"/>
        </w:rPr>
        <w:t>Ou morreriam tentando.</w:t>
      </w:r>
    </w:p>
    <w:p w14:paraId="49E01F52" w14:textId="77777777" w:rsidR="002355BD" w:rsidRPr="001179E8" w:rsidRDefault="002355BD">
      <w:pPr>
        <w:rPr>
          <w:lang w:val="pt-BR"/>
        </w:rPr>
      </w:pPr>
    </w:p>
    <w:p w14:paraId="361E56BF" w14:textId="77777777" w:rsidR="002355BD" w:rsidRPr="001179E8" w:rsidRDefault="00000000">
      <w:pPr>
        <w:rPr>
          <w:lang w:val="pt-BR"/>
        </w:rPr>
      </w:pPr>
      <w:r w:rsidRPr="001179E8">
        <w:rPr>
          <w:lang w:val="pt-BR"/>
        </w:rPr>
        <w:t>O tempo no submundo era uma entidade fluida e enganosa. Sem sol ou estrelas para marcar sua passagem, Nicole e Ricardo dependiam de seus próprios ritmos internos e da luminescência variável do céu púrpura para estimar os ciclos de descanso e vigília. Rick recuperava-se lentamente da sobrecarga de energia; a palidez diminuía, e a febre baixa que o acometera após o esforço extremo cedia gradualmente.</w:t>
      </w:r>
    </w:p>
    <w:p w14:paraId="44F29B94" w14:textId="77777777" w:rsidR="002355BD" w:rsidRPr="001179E8" w:rsidRDefault="00000000">
      <w:pPr>
        <w:rPr>
          <w:lang w:val="pt-BR"/>
        </w:rPr>
      </w:pPr>
      <w:r w:rsidRPr="001179E8">
        <w:rPr>
          <w:lang w:val="pt-BR"/>
        </w:rPr>
        <w:br/>
      </w:r>
    </w:p>
    <w:p w14:paraId="2A474D77" w14:textId="77777777" w:rsidR="002355BD" w:rsidRPr="001179E8" w:rsidRDefault="00000000">
      <w:pPr>
        <w:rPr>
          <w:lang w:val="pt-BR"/>
        </w:rPr>
      </w:pPr>
      <w:r w:rsidRPr="001179E8">
        <w:rPr>
          <w:lang w:val="pt-BR"/>
        </w:rPr>
        <w:t>Nicole cuidava dele com uma eficiência prática que mascarava a profunda preocupação que sentia. Dividiam a pouca água que restava e racionavam a energia, mantendo o brilho metálico de Nicole no mínimo necessário para afastar a escuridão opressora do templo em ruínas.</w:t>
      </w:r>
    </w:p>
    <w:p w14:paraId="0C7399C3" w14:textId="77777777" w:rsidR="002355BD" w:rsidRPr="001179E8" w:rsidRDefault="00000000">
      <w:pPr>
        <w:rPr>
          <w:lang w:val="pt-BR"/>
        </w:rPr>
      </w:pPr>
      <w:r w:rsidRPr="001179E8">
        <w:rPr>
          <w:lang w:val="pt-BR"/>
        </w:rPr>
        <w:br/>
      </w:r>
    </w:p>
    <w:p w14:paraId="49DE84E9" w14:textId="77777777" w:rsidR="002355BD" w:rsidRPr="001179E8" w:rsidRDefault="00000000">
      <w:pPr>
        <w:rPr>
          <w:lang w:val="pt-BR"/>
        </w:rPr>
      </w:pPr>
      <w:r w:rsidRPr="001179E8">
        <w:rPr>
          <w:lang w:val="pt-BR"/>
        </w:rPr>
        <w:t>Enquanto Rick dormia, Nicole explorava os arredores imediatos, sempre alerta a qualquer sinal de perigo. Os gritos distantes dos espectros haviam diminuído, mas a sensação de estar sendo observada nunca desaparecia completamente. O próprio ar parecia carregado de uma malevolência antiga.</w:t>
      </w:r>
    </w:p>
    <w:p w14:paraId="789DCBE3" w14:textId="77777777" w:rsidR="002355BD" w:rsidRPr="001179E8" w:rsidRDefault="00000000">
      <w:pPr>
        <w:rPr>
          <w:lang w:val="pt-BR"/>
        </w:rPr>
      </w:pPr>
      <w:r w:rsidRPr="001179E8">
        <w:rPr>
          <w:lang w:val="pt-BR"/>
        </w:rPr>
        <w:br/>
      </w:r>
    </w:p>
    <w:p w14:paraId="58A3BD39" w14:textId="77777777" w:rsidR="002355BD" w:rsidRPr="001179E8" w:rsidRDefault="00000000">
      <w:pPr>
        <w:rPr>
          <w:lang w:val="pt-BR"/>
        </w:rPr>
      </w:pPr>
      <w:r w:rsidRPr="001179E8">
        <w:rPr>
          <w:lang w:val="pt-BR"/>
        </w:rPr>
        <w:t>Foi durante uma dessas explorações cautelosas que Eco retornou, surgindo silenciosamente das sombras como se fosse parte delas.</w:t>
      </w:r>
    </w:p>
    <w:p w14:paraId="1C9F13FE" w14:textId="77777777" w:rsidR="002355BD" w:rsidRPr="001179E8" w:rsidRDefault="00000000">
      <w:pPr>
        <w:rPr>
          <w:lang w:val="pt-BR"/>
        </w:rPr>
      </w:pPr>
      <w:r w:rsidRPr="001179E8">
        <w:rPr>
          <w:lang w:val="pt-BR"/>
        </w:rPr>
        <w:br/>
      </w:r>
    </w:p>
    <w:p w14:paraId="1DCEBA69" w14:textId="77777777" w:rsidR="002355BD" w:rsidRPr="001179E8" w:rsidRDefault="00000000">
      <w:pPr>
        <w:rPr>
          <w:lang w:val="pt-BR"/>
        </w:rPr>
      </w:pPr>
      <w:r w:rsidRPr="001179E8">
        <w:rPr>
          <w:lang w:val="pt-BR"/>
        </w:rPr>
        <w:t>"Ele está melhor?" perguntou Eco, sua voz um sussurro multifacetado, indicando Rick que ainda dormia encostado em uma coluna.</w:t>
      </w:r>
    </w:p>
    <w:p w14:paraId="1ED21E65" w14:textId="77777777" w:rsidR="002355BD" w:rsidRPr="001179E8" w:rsidRDefault="00000000">
      <w:pPr>
        <w:rPr>
          <w:lang w:val="pt-BR"/>
        </w:rPr>
      </w:pPr>
      <w:r w:rsidRPr="001179E8">
        <w:rPr>
          <w:lang w:val="pt-BR"/>
        </w:rPr>
        <w:lastRenderedPageBreak/>
        <w:br/>
      </w:r>
    </w:p>
    <w:p w14:paraId="7DE4D0C5" w14:textId="77777777" w:rsidR="002355BD" w:rsidRPr="001179E8" w:rsidRDefault="00000000">
      <w:pPr>
        <w:rPr>
          <w:lang w:val="pt-BR"/>
        </w:rPr>
      </w:pPr>
      <w:r w:rsidRPr="001179E8">
        <w:rPr>
          <w:lang w:val="pt-BR"/>
        </w:rPr>
        <w:t>Nicole assentiu. "Está se recuperando. Mas ainda está fraco. Precisamos de mais tempo."</w:t>
      </w:r>
    </w:p>
    <w:p w14:paraId="4E2A0BBA" w14:textId="77777777" w:rsidR="002355BD" w:rsidRPr="001179E8" w:rsidRDefault="00000000">
      <w:pPr>
        <w:rPr>
          <w:lang w:val="pt-BR"/>
        </w:rPr>
      </w:pPr>
      <w:r w:rsidRPr="001179E8">
        <w:rPr>
          <w:lang w:val="pt-BR"/>
        </w:rPr>
        <w:br/>
      </w:r>
    </w:p>
    <w:p w14:paraId="3E10C9A5" w14:textId="77777777" w:rsidR="002355BD" w:rsidRPr="001179E8" w:rsidRDefault="00000000">
      <w:pPr>
        <w:rPr>
          <w:lang w:val="pt-BR"/>
        </w:rPr>
      </w:pPr>
      <w:r w:rsidRPr="001179E8">
        <w:rPr>
          <w:lang w:val="pt-BR"/>
        </w:rPr>
        <w:t>Eco balançou a cabeça, o capuz escondendo sua expressão. "O tempo é um luxo que não temos. Os servos de Abyzoth se aproximam. Sinto a presença deles se espalhando pelas ruínas como uma praga."</w:t>
      </w:r>
    </w:p>
    <w:p w14:paraId="25148813" w14:textId="77777777" w:rsidR="002355BD" w:rsidRPr="001179E8" w:rsidRDefault="00000000">
      <w:pPr>
        <w:rPr>
          <w:lang w:val="pt-BR"/>
        </w:rPr>
      </w:pPr>
      <w:r w:rsidRPr="001179E8">
        <w:rPr>
          <w:lang w:val="pt-BR"/>
        </w:rPr>
        <w:br/>
      </w:r>
    </w:p>
    <w:p w14:paraId="1FB4FF2C" w14:textId="77777777" w:rsidR="002355BD" w:rsidRPr="001179E8" w:rsidRDefault="00000000">
      <w:pPr>
        <w:rPr>
          <w:lang w:val="pt-BR"/>
        </w:rPr>
      </w:pPr>
      <w:r w:rsidRPr="001179E8">
        <w:rPr>
          <w:lang w:val="pt-BR"/>
        </w:rPr>
        <w:t>Nicole sentiu um arrepio. "Então precisamos partir agora?"</w:t>
      </w:r>
    </w:p>
    <w:p w14:paraId="7DADEC49" w14:textId="77777777" w:rsidR="002355BD" w:rsidRPr="001179E8" w:rsidRDefault="00000000">
      <w:pPr>
        <w:rPr>
          <w:lang w:val="pt-BR"/>
        </w:rPr>
      </w:pPr>
      <w:r w:rsidRPr="001179E8">
        <w:rPr>
          <w:lang w:val="pt-BR"/>
        </w:rPr>
        <w:br/>
      </w:r>
    </w:p>
    <w:p w14:paraId="144E9A4B" w14:textId="77777777" w:rsidR="002355BD" w:rsidRPr="001179E8" w:rsidRDefault="00000000">
      <w:pPr>
        <w:rPr>
          <w:lang w:val="pt-BR"/>
        </w:rPr>
      </w:pPr>
      <w:r w:rsidRPr="001179E8">
        <w:rPr>
          <w:lang w:val="pt-BR"/>
        </w:rPr>
        <w:t>"Em breve," respondeu Eco. "Mas primeiro, há algo que você deve saber. Algo sobre você."</w:t>
      </w:r>
    </w:p>
    <w:p w14:paraId="2681E6C5" w14:textId="77777777" w:rsidR="002355BD" w:rsidRPr="001179E8" w:rsidRDefault="00000000">
      <w:pPr>
        <w:rPr>
          <w:lang w:val="pt-BR"/>
        </w:rPr>
      </w:pPr>
      <w:r w:rsidRPr="001179E8">
        <w:rPr>
          <w:lang w:val="pt-BR"/>
        </w:rPr>
        <w:br/>
      </w:r>
    </w:p>
    <w:p w14:paraId="607EDDE5" w14:textId="77777777" w:rsidR="002355BD" w:rsidRPr="001179E8" w:rsidRDefault="00000000">
      <w:pPr>
        <w:rPr>
          <w:lang w:val="pt-BR"/>
        </w:rPr>
      </w:pPr>
      <w:r w:rsidRPr="001179E8">
        <w:rPr>
          <w:lang w:val="pt-BR"/>
        </w:rPr>
        <w:t>Nicole franziu a testa. "Sobre mim?"</w:t>
      </w:r>
    </w:p>
    <w:p w14:paraId="7E137B38" w14:textId="77777777" w:rsidR="002355BD" w:rsidRPr="001179E8" w:rsidRDefault="00000000">
      <w:pPr>
        <w:rPr>
          <w:lang w:val="pt-BR"/>
        </w:rPr>
      </w:pPr>
      <w:r w:rsidRPr="001179E8">
        <w:rPr>
          <w:lang w:val="pt-BR"/>
        </w:rPr>
        <w:br/>
      </w:r>
    </w:p>
    <w:p w14:paraId="4C6B1C2A" w14:textId="77777777" w:rsidR="002355BD" w:rsidRPr="001179E8" w:rsidRDefault="00000000">
      <w:pPr>
        <w:rPr>
          <w:lang w:val="pt-BR"/>
        </w:rPr>
      </w:pPr>
      <w:r w:rsidRPr="001179E8">
        <w:rPr>
          <w:lang w:val="pt-BR"/>
        </w:rPr>
        <w:t>Eco deu um passo à frente, seus olhos negros e sem fundo fixos em Nicole. "O metal que você carrega... não é apenas metal. É uma centelha. Uma essência."</w:t>
      </w:r>
    </w:p>
    <w:p w14:paraId="442444CF" w14:textId="77777777" w:rsidR="002355BD" w:rsidRPr="001179E8" w:rsidRDefault="00000000">
      <w:pPr>
        <w:rPr>
          <w:lang w:val="pt-BR"/>
        </w:rPr>
      </w:pPr>
      <w:r w:rsidRPr="001179E8">
        <w:rPr>
          <w:lang w:val="pt-BR"/>
        </w:rPr>
        <w:br/>
      </w:r>
    </w:p>
    <w:p w14:paraId="3E7092F7" w14:textId="77777777" w:rsidR="002355BD" w:rsidRPr="001179E8" w:rsidRDefault="00000000">
      <w:pPr>
        <w:rPr>
          <w:lang w:val="pt-BR"/>
        </w:rPr>
      </w:pPr>
      <w:r w:rsidRPr="001179E8">
        <w:rPr>
          <w:lang w:val="pt-BR"/>
        </w:rPr>
        <w:t>"Eu sei," disse Nicole. "Veio do Dragão Justo. Durante o acidente que me deu meus poderes."</w:t>
      </w:r>
    </w:p>
    <w:p w14:paraId="7FC2D86E" w14:textId="77777777" w:rsidR="002355BD" w:rsidRPr="001179E8" w:rsidRDefault="00000000">
      <w:pPr>
        <w:rPr>
          <w:lang w:val="pt-BR"/>
        </w:rPr>
      </w:pPr>
      <w:r w:rsidRPr="001179E8">
        <w:rPr>
          <w:lang w:val="pt-BR"/>
        </w:rPr>
        <w:br/>
      </w:r>
    </w:p>
    <w:p w14:paraId="70F5F7D5" w14:textId="77777777" w:rsidR="002355BD" w:rsidRPr="001179E8" w:rsidRDefault="00000000">
      <w:pPr>
        <w:rPr>
          <w:lang w:val="pt-BR"/>
        </w:rPr>
      </w:pPr>
      <w:r w:rsidRPr="001179E8">
        <w:rPr>
          <w:lang w:val="pt-BR"/>
        </w:rPr>
        <w:t xml:space="preserve">"Não apenas </w:t>
      </w:r>
      <w:r w:rsidRPr="001179E8">
        <w:rPr>
          <w:i/>
          <w:lang w:val="pt-BR"/>
        </w:rPr>
        <w:t>veio</w:t>
      </w:r>
      <w:r w:rsidRPr="001179E8">
        <w:rPr>
          <w:lang w:val="pt-BR"/>
        </w:rPr>
        <w:t xml:space="preserve"> dele," corrigiu Eco. "É </w:t>
      </w:r>
      <w:r w:rsidRPr="001179E8">
        <w:rPr>
          <w:i/>
          <w:lang w:val="pt-BR"/>
        </w:rPr>
        <w:t>parte</w:t>
      </w:r>
      <w:r w:rsidRPr="001179E8">
        <w:rPr>
          <w:lang w:val="pt-BR"/>
        </w:rPr>
        <w:t xml:space="preserve"> dele. Uma lasca de sua alma, fundida à sua. É por isso que o submundo tem dificuldade em corrompê-la completamente. Você carrega a luz da Justiça dentro de você."</w:t>
      </w:r>
    </w:p>
    <w:p w14:paraId="27319A98" w14:textId="77777777" w:rsidR="002355BD" w:rsidRPr="001179E8" w:rsidRDefault="00000000">
      <w:pPr>
        <w:rPr>
          <w:lang w:val="pt-BR"/>
        </w:rPr>
      </w:pPr>
      <w:r w:rsidRPr="001179E8">
        <w:rPr>
          <w:lang w:val="pt-BR"/>
        </w:rPr>
        <w:br/>
      </w:r>
    </w:p>
    <w:p w14:paraId="35048892" w14:textId="77777777" w:rsidR="002355BD" w:rsidRPr="001179E8" w:rsidRDefault="00000000">
      <w:pPr>
        <w:rPr>
          <w:lang w:val="pt-BR"/>
        </w:rPr>
      </w:pPr>
      <w:r w:rsidRPr="001179E8">
        <w:rPr>
          <w:lang w:val="pt-BR"/>
        </w:rPr>
        <w:lastRenderedPageBreak/>
        <w:t>Nicole ficou atônita. Sempre soubera a origem de seus poderes, mas nunca havia compreendido a profundidade dessa conexão.</w:t>
      </w:r>
    </w:p>
    <w:p w14:paraId="09F80A3B" w14:textId="77777777" w:rsidR="002355BD" w:rsidRPr="001179E8" w:rsidRDefault="00000000">
      <w:pPr>
        <w:rPr>
          <w:lang w:val="pt-BR"/>
        </w:rPr>
      </w:pPr>
      <w:r w:rsidRPr="001179E8">
        <w:rPr>
          <w:lang w:val="pt-BR"/>
        </w:rPr>
        <w:br/>
      </w:r>
    </w:p>
    <w:p w14:paraId="0BAD2DF6" w14:textId="77777777" w:rsidR="002355BD" w:rsidRPr="001179E8" w:rsidRDefault="00000000">
      <w:pPr>
        <w:rPr>
          <w:lang w:val="pt-BR"/>
        </w:rPr>
      </w:pPr>
      <w:r w:rsidRPr="001179E8">
        <w:rPr>
          <w:lang w:val="pt-BR"/>
        </w:rPr>
        <w:t>"E como você sabe disso?" perguntou ela, desconfiada.</w:t>
      </w:r>
    </w:p>
    <w:p w14:paraId="0DC8F682" w14:textId="77777777" w:rsidR="002355BD" w:rsidRPr="001179E8" w:rsidRDefault="00000000">
      <w:pPr>
        <w:rPr>
          <w:lang w:val="pt-BR"/>
        </w:rPr>
      </w:pPr>
      <w:r w:rsidRPr="001179E8">
        <w:rPr>
          <w:lang w:val="pt-BR"/>
        </w:rPr>
        <w:br/>
      </w:r>
    </w:p>
    <w:p w14:paraId="71A59F48" w14:textId="77777777" w:rsidR="002355BD" w:rsidRPr="001179E8" w:rsidRDefault="00000000">
      <w:pPr>
        <w:rPr>
          <w:lang w:val="pt-BR"/>
        </w:rPr>
      </w:pPr>
      <w:r w:rsidRPr="001179E8">
        <w:rPr>
          <w:lang w:val="pt-BR"/>
        </w:rPr>
        <w:t>Eco sorriu tristemente. "Porque eu também sirvo à Justiça. Ou pelo menos, servia." Lentamente, Eco ergueu uma mão pálida e traçou um símbolo no ar – um dragão estilizado, entrelaçado com uma balança. "Eu sou – ou fui – um arauto do Dragão Justo. Enviado a este reino eras atrás para observar, para guardar. Mas como tantos outros, fui apanhado quando as sombras se aprofundaram. Perdi muito do que era. Agora, sou apenas... um Eco."</w:t>
      </w:r>
    </w:p>
    <w:p w14:paraId="79DC86FD" w14:textId="77777777" w:rsidR="002355BD" w:rsidRPr="001179E8" w:rsidRDefault="00000000">
      <w:pPr>
        <w:rPr>
          <w:lang w:val="pt-BR"/>
        </w:rPr>
      </w:pPr>
      <w:r w:rsidRPr="001179E8">
        <w:rPr>
          <w:lang w:val="pt-BR"/>
        </w:rPr>
        <w:br/>
      </w:r>
    </w:p>
    <w:p w14:paraId="1C337F3D" w14:textId="77777777" w:rsidR="002355BD" w:rsidRPr="001179E8" w:rsidRDefault="00000000">
      <w:pPr>
        <w:rPr>
          <w:lang w:val="pt-BR"/>
        </w:rPr>
      </w:pPr>
      <w:r w:rsidRPr="001179E8">
        <w:rPr>
          <w:lang w:val="pt-BR"/>
        </w:rPr>
        <w:t>Nicole processou a revelação. O guia misterioso era um servo da mesma entidade que lhe dera seus poderes. Isso explicava por que Eco parecia tão sintonizado com ela, por que havia se oferecido para ajudar.</w:t>
      </w:r>
    </w:p>
    <w:p w14:paraId="7EA50D37" w14:textId="77777777" w:rsidR="002355BD" w:rsidRPr="001179E8" w:rsidRDefault="00000000">
      <w:pPr>
        <w:rPr>
          <w:lang w:val="pt-BR"/>
        </w:rPr>
      </w:pPr>
      <w:r w:rsidRPr="001179E8">
        <w:rPr>
          <w:lang w:val="pt-BR"/>
        </w:rPr>
        <w:br/>
      </w:r>
    </w:p>
    <w:p w14:paraId="1CF8F0D1" w14:textId="77777777" w:rsidR="002355BD" w:rsidRPr="001179E8" w:rsidRDefault="00000000">
      <w:pPr>
        <w:rPr>
          <w:lang w:val="pt-BR"/>
        </w:rPr>
      </w:pPr>
      <w:r w:rsidRPr="001179E8">
        <w:rPr>
          <w:lang w:val="pt-BR"/>
        </w:rPr>
        <w:t>"Se você é um arauto do Dragão Justo," disse Nicole, "então deve haver uma maneira de lutar contra Abyzoth, contra a Dragoa Maligna."</w:t>
      </w:r>
    </w:p>
    <w:p w14:paraId="153B42E4" w14:textId="77777777" w:rsidR="002355BD" w:rsidRPr="001179E8" w:rsidRDefault="00000000">
      <w:pPr>
        <w:rPr>
          <w:lang w:val="pt-BR"/>
        </w:rPr>
      </w:pPr>
      <w:r w:rsidRPr="001179E8">
        <w:rPr>
          <w:lang w:val="pt-BR"/>
        </w:rPr>
        <w:br/>
      </w:r>
    </w:p>
    <w:p w14:paraId="1D81EAD0" w14:textId="77777777" w:rsidR="002355BD" w:rsidRPr="001179E8" w:rsidRDefault="00000000">
      <w:pPr>
        <w:rPr>
          <w:lang w:val="pt-BR"/>
        </w:rPr>
      </w:pPr>
      <w:r w:rsidRPr="001179E8">
        <w:rPr>
          <w:lang w:val="pt-BR"/>
        </w:rPr>
        <w:t>"A luta é antiga, e as probabilidades são pequenas," respondeu Eco. "Mas a esperança reside nos portais. Se conseguirmos chegar a um, talvez possamos enviar uma mensagem, alertar os outros reinos. Ou talvez... escapar."</w:t>
      </w:r>
    </w:p>
    <w:p w14:paraId="1C19FA11" w14:textId="77777777" w:rsidR="002355BD" w:rsidRPr="001179E8" w:rsidRDefault="00000000">
      <w:pPr>
        <w:rPr>
          <w:lang w:val="pt-BR"/>
        </w:rPr>
      </w:pPr>
      <w:r w:rsidRPr="001179E8">
        <w:rPr>
          <w:lang w:val="pt-BR"/>
        </w:rPr>
        <w:br/>
      </w:r>
    </w:p>
    <w:p w14:paraId="2B9B231D" w14:textId="77777777" w:rsidR="002355BD" w:rsidRPr="001179E8" w:rsidRDefault="00000000">
      <w:pPr>
        <w:rPr>
          <w:lang w:val="pt-BR"/>
        </w:rPr>
      </w:pPr>
      <w:r w:rsidRPr="001179E8">
        <w:rPr>
          <w:lang w:val="pt-BR"/>
        </w:rPr>
        <w:t>Rick começou a se mexer, gemendo suavemente enquanto acordava. Seus olhos se abriram, focando primeiro em Nicole, depois em Eco.</w:t>
      </w:r>
    </w:p>
    <w:p w14:paraId="799EC734" w14:textId="77777777" w:rsidR="002355BD" w:rsidRPr="001179E8" w:rsidRDefault="00000000">
      <w:pPr>
        <w:rPr>
          <w:lang w:val="pt-BR"/>
        </w:rPr>
      </w:pPr>
      <w:r w:rsidRPr="001179E8">
        <w:rPr>
          <w:lang w:val="pt-BR"/>
        </w:rPr>
        <w:br/>
      </w:r>
    </w:p>
    <w:p w14:paraId="5B4D1485" w14:textId="77777777" w:rsidR="002355BD" w:rsidRPr="001179E8" w:rsidRDefault="00000000">
      <w:pPr>
        <w:rPr>
          <w:lang w:val="pt-BR"/>
        </w:rPr>
      </w:pPr>
      <w:r w:rsidRPr="001179E8">
        <w:rPr>
          <w:lang w:val="pt-BR"/>
        </w:rPr>
        <w:t>"Hora da festa?" murmurou ele, sua voz ainda rouca.</w:t>
      </w:r>
    </w:p>
    <w:p w14:paraId="37190B42" w14:textId="77777777" w:rsidR="002355BD" w:rsidRPr="001179E8" w:rsidRDefault="00000000">
      <w:pPr>
        <w:rPr>
          <w:lang w:val="pt-BR"/>
        </w:rPr>
      </w:pPr>
      <w:r w:rsidRPr="001179E8">
        <w:rPr>
          <w:lang w:val="pt-BR"/>
        </w:rPr>
        <w:lastRenderedPageBreak/>
        <w:br/>
      </w:r>
    </w:p>
    <w:p w14:paraId="56D1ADC1" w14:textId="77777777" w:rsidR="002355BD" w:rsidRPr="001179E8" w:rsidRDefault="00000000">
      <w:pPr>
        <w:rPr>
          <w:lang w:val="pt-BR"/>
        </w:rPr>
      </w:pPr>
      <w:r w:rsidRPr="001179E8">
        <w:rPr>
          <w:lang w:val="pt-BR"/>
        </w:rPr>
        <w:t>"Quase," respondeu Nicole, ajudando-o a se sentar. "Eco diz que precisamos partir logo. Os servos de Abyzoth estão se aproximando."</w:t>
      </w:r>
    </w:p>
    <w:p w14:paraId="4503A998" w14:textId="77777777" w:rsidR="002355BD" w:rsidRPr="001179E8" w:rsidRDefault="00000000">
      <w:pPr>
        <w:rPr>
          <w:lang w:val="pt-BR"/>
        </w:rPr>
      </w:pPr>
      <w:r w:rsidRPr="001179E8">
        <w:rPr>
          <w:lang w:val="pt-BR"/>
        </w:rPr>
        <w:br/>
      </w:r>
    </w:p>
    <w:p w14:paraId="388DF5F3" w14:textId="77777777" w:rsidR="002355BD" w:rsidRPr="001179E8" w:rsidRDefault="00000000">
      <w:pPr>
        <w:rPr>
          <w:lang w:val="pt-BR"/>
        </w:rPr>
      </w:pPr>
      <w:r w:rsidRPr="001179E8">
        <w:rPr>
          <w:lang w:val="pt-BR"/>
        </w:rPr>
        <w:t>Rick assentiu, parecendo mais alerta do que antes. O descanso, embora breve, parecia ter feito bem. "Estou pronto. Para onde vamos?"</w:t>
      </w:r>
    </w:p>
    <w:p w14:paraId="39213AED" w14:textId="77777777" w:rsidR="002355BD" w:rsidRPr="001179E8" w:rsidRDefault="00000000">
      <w:pPr>
        <w:rPr>
          <w:lang w:val="pt-BR"/>
        </w:rPr>
      </w:pPr>
      <w:r w:rsidRPr="001179E8">
        <w:rPr>
          <w:lang w:val="pt-BR"/>
        </w:rPr>
        <w:br/>
      </w:r>
    </w:p>
    <w:p w14:paraId="4ADE7329" w14:textId="77777777" w:rsidR="002355BD" w:rsidRPr="001179E8" w:rsidRDefault="00000000">
      <w:pPr>
        <w:rPr>
          <w:lang w:val="pt-BR"/>
        </w:rPr>
      </w:pPr>
      <w:r w:rsidRPr="001179E8">
        <w:rPr>
          <w:lang w:val="pt-BR"/>
        </w:rPr>
        <w:t>"Há uma rede de túneis antigos sob estas ruínas," explicou Eco. "Usados pelos construtores originais. Podemos usá-los para evitar a maioria das patrulhas na superfície. Levarão-nos na direção do portal mais próximo."</w:t>
      </w:r>
    </w:p>
    <w:p w14:paraId="52F4B64C" w14:textId="77777777" w:rsidR="002355BD" w:rsidRPr="001179E8" w:rsidRDefault="00000000">
      <w:pPr>
        <w:rPr>
          <w:lang w:val="pt-BR"/>
        </w:rPr>
      </w:pPr>
      <w:r w:rsidRPr="001179E8">
        <w:rPr>
          <w:lang w:val="pt-BR"/>
        </w:rPr>
        <w:br/>
      </w:r>
    </w:p>
    <w:p w14:paraId="1102699D" w14:textId="77777777" w:rsidR="002355BD" w:rsidRPr="001179E8" w:rsidRDefault="00000000">
      <w:pPr>
        <w:rPr>
          <w:lang w:val="pt-BR"/>
        </w:rPr>
      </w:pPr>
      <w:r w:rsidRPr="001179E8">
        <w:rPr>
          <w:lang w:val="pt-BR"/>
        </w:rPr>
        <w:t>---</w:t>
      </w:r>
    </w:p>
    <w:p w14:paraId="249A6402" w14:textId="77777777" w:rsidR="002355BD" w:rsidRPr="001179E8" w:rsidRDefault="00000000">
      <w:pPr>
        <w:rPr>
          <w:lang w:val="pt-BR"/>
        </w:rPr>
      </w:pPr>
      <w:r w:rsidRPr="001179E8">
        <w:rPr>
          <w:lang w:val="pt-BR"/>
        </w:rPr>
        <w:br/>
      </w:r>
    </w:p>
    <w:p w14:paraId="51FB6E80" w14:textId="77777777" w:rsidR="002355BD" w:rsidRPr="001179E8" w:rsidRDefault="00000000">
      <w:pPr>
        <w:rPr>
          <w:lang w:val="pt-BR"/>
        </w:rPr>
      </w:pPr>
      <w:r w:rsidRPr="001179E8">
        <w:rPr>
          <w:lang w:val="pt-BR"/>
        </w:rPr>
        <w:t>A jornada pelos túneis foi claustrofóbica e desconcertante. Eram passagens estreitas, claramente não construídas para seres de tamanho humano, forçando-os a se curvar e, às vezes, rastejar. O ar era pesado e estagnado, e a escuridão era quase total, quebrada apenas pelo brilho mínimo que Nicole permitia emanar de seu braço metálico e pela estranha luminescência pálida que parecia vir do próprio Eco.</w:t>
      </w:r>
    </w:p>
    <w:p w14:paraId="35CB132C" w14:textId="77777777" w:rsidR="002355BD" w:rsidRPr="001179E8" w:rsidRDefault="00000000">
      <w:pPr>
        <w:rPr>
          <w:lang w:val="pt-BR"/>
        </w:rPr>
      </w:pPr>
      <w:r w:rsidRPr="001179E8">
        <w:rPr>
          <w:lang w:val="pt-BR"/>
        </w:rPr>
        <w:br/>
      </w:r>
    </w:p>
    <w:p w14:paraId="4AAB3D53" w14:textId="77777777" w:rsidR="002355BD" w:rsidRPr="001179E8" w:rsidRDefault="00000000">
      <w:pPr>
        <w:rPr>
          <w:lang w:val="pt-BR"/>
        </w:rPr>
      </w:pPr>
      <w:r w:rsidRPr="001179E8">
        <w:rPr>
          <w:lang w:val="pt-BR"/>
        </w:rPr>
        <w:t>Rick, apesar de ainda não estar 100%, movia-se com surpreendente agilidade, seu passado de rebeldia urbana e conhecimento básico de parkour provando-se útil mesmo naquele ambiente alienígena. Ele mantinha-se perto de Nicole, ocasionalmente lançando olhares provocadores ou sussurrando comentários sarcásticos para aliviar a tensão.</w:t>
      </w:r>
    </w:p>
    <w:p w14:paraId="265C77CA" w14:textId="77777777" w:rsidR="002355BD" w:rsidRPr="001179E8" w:rsidRDefault="00000000">
      <w:pPr>
        <w:rPr>
          <w:lang w:val="pt-BR"/>
        </w:rPr>
      </w:pPr>
      <w:r w:rsidRPr="001179E8">
        <w:rPr>
          <w:lang w:val="pt-BR"/>
        </w:rPr>
        <w:br/>
      </w:r>
    </w:p>
    <w:p w14:paraId="446C43AB" w14:textId="77777777" w:rsidR="002355BD" w:rsidRPr="001179E8" w:rsidRDefault="00000000">
      <w:pPr>
        <w:rPr>
          <w:lang w:val="pt-BR"/>
        </w:rPr>
      </w:pPr>
      <w:r w:rsidRPr="001179E8">
        <w:rPr>
          <w:lang w:val="pt-BR"/>
        </w:rPr>
        <w:t>"Sabe, mesmo coberta de poeira e suor do submundo, você ainda consegue parecer irritantemente perfeita," murmurou ele em um ponto, enquanto rastejavam por uma passagem particularmente estreita.</w:t>
      </w:r>
    </w:p>
    <w:p w14:paraId="086CD54F" w14:textId="77777777" w:rsidR="002355BD" w:rsidRPr="001179E8" w:rsidRDefault="00000000">
      <w:pPr>
        <w:rPr>
          <w:lang w:val="pt-BR"/>
        </w:rPr>
      </w:pPr>
      <w:r w:rsidRPr="001179E8">
        <w:rPr>
          <w:lang w:val="pt-BR"/>
        </w:rPr>
        <w:lastRenderedPageBreak/>
        <w:br/>
      </w:r>
    </w:p>
    <w:p w14:paraId="523FF78A" w14:textId="77777777" w:rsidR="002355BD" w:rsidRPr="001179E8" w:rsidRDefault="00000000">
      <w:pPr>
        <w:rPr>
          <w:lang w:val="pt-BR"/>
        </w:rPr>
      </w:pPr>
      <w:r w:rsidRPr="001179E8">
        <w:rPr>
          <w:lang w:val="pt-BR"/>
        </w:rPr>
        <w:t>Nicole apenas lhe lançou um olhar por cima do ombro. "Fico feliz em saber que minha aparência atende aos seus padrões, mesmo durante o apocalipse dimensional."</w:t>
      </w:r>
    </w:p>
    <w:p w14:paraId="7B0839AD" w14:textId="77777777" w:rsidR="002355BD" w:rsidRPr="001179E8" w:rsidRDefault="00000000">
      <w:pPr>
        <w:rPr>
          <w:lang w:val="pt-BR"/>
        </w:rPr>
      </w:pPr>
      <w:r w:rsidRPr="001179E8">
        <w:rPr>
          <w:lang w:val="pt-BR"/>
        </w:rPr>
        <w:br/>
      </w:r>
    </w:p>
    <w:p w14:paraId="0599AC2B" w14:textId="77777777" w:rsidR="002355BD" w:rsidRPr="001179E8" w:rsidRDefault="00000000">
      <w:pPr>
        <w:rPr>
          <w:lang w:val="pt-BR"/>
        </w:rPr>
      </w:pPr>
      <w:r w:rsidRPr="001179E8">
        <w:rPr>
          <w:lang w:val="pt-BR"/>
        </w:rPr>
        <w:t>Após o que pareceram horas nos túneis apertados, Eco finalmente os guiou para uma câmara maior – uma caverna natural que havia sido claramente modificada pelos construtores antigos. No centro, uma piscina de água límpida borbulhava suavemente, iluminada por cristais luminescentes no teto.</w:t>
      </w:r>
    </w:p>
    <w:p w14:paraId="736EAD15" w14:textId="77777777" w:rsidR="002355BD" w:rsidRPr="001179E8" w:rsidRDefault="00000000">
      <w:pPr>
        <w:rPr>
          <w:lang w:val="pt-BR"/>
        </w:rPr>
      </w:pPr>
      <w:r w:rsidRPr="001179E8">
        <w:rPr>
          <w:lang w:val="pt-BR"/>
        </w:rPr>
        <w:br/>
      </w:r>
    </w:p>
    <w:p w14:paraId="77F2F90F" w14:textId="77777777" w:rsidR="002355BD" w:rsidRPr="001179E8" w:rsidRDefault="00000000">
      <w:pPr>
        <w:rPr>
          <w:lang w:val="pt-BR"/>
        </w:rPr>
      </w:pPr>
      <w:r w:rsidRPr="001179E8">
        <w:rPr>
          <w:lang w:val="pt-BR"/>
        </w:rPr>
        <w:t>"Uma fonte termal subterrânea," explicou Eco. "A água é pura e quente. Um dos poucos refúgios neste reino. Descansem aqui. Lavem a mácula do submundo. Precisarão estar limpos e revigorados para o que vem a seguir."</w:t>
      </w:r>
    </w:p>
    <w:p w14:paraId="3F49AD29" w14:textId="77777777" w:rsidR="002355BD" w:rsidRPr="001179E8" w:rsidRDefault="00000000">
      <w:pPr>
        <w:rPr>
          <w:lang w:val="pt-BR"/>
        </w:rPr>
      </w:pPr>
      <w:r w:rsidRPr="001179E8">
        <w:rPr>
          <w:lang w:val="pt-BR"/>
        </w:rPr>
        <w:br/>
      </w:r>
    </w:p>
    <w:p w14:paraId="0884C95A" w14:textId="77777777" w:rsidR="002355BD" w:rsidRPr="001179E8" w:rsidRDefault="00000000">
      <w:pPr>
        <w:rPr>
          <w:lang w:val="pt-BR"/>
        </w:rPr>
      </w:pPr>
      <w:r w:rsidRPr="001179E8">
        <w:rPr>
          <w:lang w:val="pt-BR"/>
        </w:rPr>
        <w:t>Nicole e Rick trocaram olhares. A ideia de um banho quente, de lavar a sujeira e o suor acumulados, era incrivelmente tentadora.</w:t>
      </w:r>
    </w:p>
    <w:p w14:paraId="692D31CC" w14:textId="77777777" w:rsidR="002355BD" w:rsidRPr="001179E8" w:rsidRDefault="00000000">
      <w:pPr>
        <w:rPr>
          <w:lang w:val="pt-BR"/>
        </w:rPr>
      </w:pPr>
      <w:r w:rsidRPr="001179E8">
        <w:rPr>
          <w:lang w:val="pt-BR"/>
        </w:rPr>
        <w:br/>
      </w:r>
    </w:p>
    <w:p w14:paraId="05DC507B" w14:textId="77777777" w:rsidR="002355BD" w:rsidRPr="001179E8" w:rsidRDefault="00000000">
      <w:pPr>
        <w:rPr>
          <w:lang w:val="pt-BR"/>
        </w:rPr>
      </w:pPr>
      <w:r w:rsidRPr="001179E8">
        <w:rPr>
          <w:lang w:val="pt-BR"/>
        </w:rPr>
        <w:t>"Você não vem?" perguntou Rick a Eco.</w:t>
      </w:r>
    </w:p>
    <w:p w14:paraId="70082B57" w14:textId="77777777" w:rsidR="002355BD" w:rsidRPr="001179E8" w:rsidRDefault="00000000">
      <w:pPr>
        <w:rPr>
          <w:lang w:val="pt-BR"/>
        </w:rPr>
      </w:pPr>
      <w:r w:rsidRPr="001179E8">
        <w:rPr>
          <w:lang w:val="pt-BR"/>
        </w:rPr>
        <w:br/>
      </w:r>
    </w:p>
    <w:p w14:paraId="04738C57" w14:textId="77777777" w:rsidR="002355BD" w:rsidRPr="001179E8" w:rsidRDefault="00000000">
      <w:pPr>
        <w:rPr>
          <w:lang w:val="pt-BR"/>
        </w:rPr>
      </w:pPr>
      <w:r w:rsidRPr="001179E8">
        <w:rPr>
          <w:lang w:val="pt-BR"/>
        </w:rPr>
        <w:t>Eco balançou a cabeça. "Meu tempo para tais confortos passou há muito. Ficarei de vigia na entrada. Não demorem."</w:t>
      </w:r>
    </w:p>
    <w:p w14:paraId="5FDB9017" w14:textId="77777777" w:rsidR="002355BD" w:rsidRPr="001179E8" w:rsidRDefault="00000000">
      <w:pPr>
        <w:rPr>
          <w:lang w:val="pt-BR"/>
        </w:rPr>
      </w:pPr>
      <w:r w:rsidRPr="001179E8">
        <w:rPr>
          <w:lang w:val="pt-BR"/>
        </w:rPr>
        <w:br/>
      </w:r>
    </w:p>
    <w:p w14:paraId="05339BD3" w14:textId="77777777" w:rsidR="002355BD" w:rsidRPr="001179E8" w:rsidRDefault="00000000">
      <w:pPr>
        <w:rPr>
          <w:lang w:val="pt-BR"/>
        </w:rPr>
      </w:pPr>
      <w:r w:rsidRPr="001179E8">
        <w:rPr>
          <w:lang w:val="pt-BR"/>
        </w:rPr>
        <w:t>Com isso, Eco retirou-se para a entrada da caverna, misturando-se às sombras.</w:t>
      </w:r>
    </w:p>
    <w:p w14:paraId="27ED9C7C" w14:textId="77777777" w:rsidR="002355BD" w:rsidRPr="001179E8" w:rsidRDefault="00000000">
      <w:pPr>
        <w:rPr>
          <w:lang w:val="pt-BR"/>
        </w:rPr>
      </w:pPr>
      <w:r w:rsidRPr="001179E8">
        <w:rPr>
          <w:lang w:val="pt-BR"/>
        </w:rPr>
        <w:br/>
      </w:r>
    </w:p>
    <w:p w14:paraId="619908AD" w14:textId="77777777" w:rsidR="002355BD" w:rsidRPr="001179E8" w:rsidRDefault="00000000">
      <w:pPr>
        <w:rPr>
          <w:lang w:val="pt-BR"/>
        </w:rPr>
      </w:pPr>
      <w:r w:rsidRPr="001179E8">
        <w:rPr>
          <w:lang w:val="pt-BR"/>
        </w:rPr>
        <w:t>Nicole e Rick se aproximaram da piscina. O vapor subia da água cristalina, carregando um leve cheiro mineral. Era um oásis inesperado naquele inferno.</w:t>
      </w:r>
    </w:p>
    <w:p w14:paraId="46EEC790" w14:textId="77777777" w:rsidR="002355BD" w:rsidRPr="001179E8" w:rsidRDefault="00000000">
      <w:pPr>
        <w:rPr>
          <w:lang w:val="pt-BR"/>
        </w:rPr>
      </w:pPr>
      <w:r w:rsidRPr="001179E8">
        <w:rPr>
          <w:lang w:val="pt-BR"/>
        </w:rPr>
        <w:lastRenderedPageBreak/>
        <w:br/>
      </w:r>
    </w:p>
    <w:p w14:paraId="516ABCAC" w14:textId="77777777" w:rsidR="002355BD" w:rsidRPr="001179E8" w:rsidRDefault="00000000">
      <w:pPr>
        <w:rPr>
          <w:lang w:val="pt-BR"/>
        </w:rPr>
      </w:pPr>
      <w:r w:rsidRPr="001179E8">
        <w:rPr>
          <w:lang w:val="pt-BR"/>
        </w:rPr>
        <w:t>"Damas primeiro?" brincou Rick, gesticulando em direção à água.</w:t>
      </w:r>
    </w:p>
    <w:p w14:paraId="06D4F8C4" w14:textId="77777777" w:rsidR="002355BD" w:rsidRPr="001179E8" w:rsidRDefault="00000000">
      <w:pPr>
        <w:rPr>
          <w:lang w:val="pt-BR"/>
        </w:rPr>
      </w:pPr>
      <w:r w:rsidRPr="001179E8">
        <w:rPr>
          <w:lang w:val="pt-BR"/>
        </w:rPr>
        <w:br/>
      </w:r>
    </w:p>
    <w:p w14:paraId="3358285B" w14:textId="77777777" w:rsidR="002355BD" w:rsidRPr="001179E8" w:rsidRDefault="00000000">
      <w:pPr>
        <w:rPr>
          <w:lang w:val="pt-BR"/>
        </w:rPr>
      </w:pPr>
      <w:r w:rsidRPr="001179E8">
        <w:rPr>
          <w:lang w:val="pt-BR"/>
        </w:rPr>
        <w:t>Nicole hesitou por um momento. A ideia de tirar suas roupas rasgadas e sujas, de se sentir limpa novamente, era maravilhosa. Mas também a deixava vulnerável. E estar vulnerável com Rick por perto... era uma perspectiva excitante e assustadora.</w:t>
      </w:r>
    </w:p>
    <w:p w14:paraId="58110AE4" w14:textId="77777777" w:rsidR="002355BD" w:rsidRPr="001179E8" w:rsidRDefault="00000000">
      <w:pPr>
        <w:rPr>
          <w:lang w:val="pt-BR"/>
        </w:rPr>
      </w:pPr>
      <w:r w:rsidRPr="001179E8">
        <w:rPr>
          <w:lang w:val="pt-BR"/>
        </w:rPr>
        <w:br/>
      </w:r>
    </w:p>
    <w:p w14:paraId="20DBB2E2" w14:textId="77777777" w:rsidR="002355BD" w:rsidRPr="001179E8" w:rsidRDefault="00000000">
      <w:pPr>
        <w:rPr>
          <w:lang w:val="pt-BR"/>
        </w:rPr>
      </w:pPr>
      <w:r w:rsidRPr="001179E8">
        <w:rPr>
          <w:lang w:val="pt-BR"/>
        </w:rPr>
        <w:t>"Não seja ridículo," respondeu ela, tentando manter a compostura. "Vamos entrar juntos."</w:t>
      </w:r>
    </w:p>
    <w:p w14:paraId="276A4AB7" w14:textId="77777777" w:rsidR="002355BD" w:rsidRPr="001179E8" w:rsidRDefault="00000000">
      <w:pPr>
        <w:rPr>
          <w:lang w:val="pt-BR"/>
        </w:rPr>
      </w:pPr>
      <w:r w:rsidRPr="001179E8">
        <w:rPr>
          <w:lang w:val="pt-BR"/>
        </w:rPr>
        <w:br/>
      </w:r>
    </w:p>
    <w:p w14:paraId="33C11451" w14:textId="77777777" w:rsidR="002355BD" w:rsidRPr="001179E8" w:rsidRDefault="00000000">
      <w:pPr>
        <w:rPr>
          <w:lang w:val="pt-BR"/>
        </w:rPr>
      </w:pPr>
      <w:r w:rsidRPr="001179E8">
        <w:rPr>
          <w:lang w:val="pt-BR"/>
        </w:rPr>
        <w:t>Ela começou a tirar as camadas superiores de sua roupa improvisada, revelando a regata justa por baixo, agora manchada e rasgada em alguns lugares. Rick observava abertamente, seus olhos escuros percorrendo cada centímetro de pele exposta com uma intensidade que fez Nicole corar.</w:t>
      </w:r>
    </w:p>
    <w:p w14:paraId="113525FE" w14:textId="77777777" w:rsidR="002355BD" w:rsidRPr="001179E8" w:rsidRDefault="00000000">
      <w:pPr>
        <w:rPr>
          <w:lang w:val="pt-BR"/>
        </w:rPr>
      </w:pPr>
      <w:r w:rsidRPr="001179E8">
        <w:rPr>
          <w:lang w:val="pt-BR"/>
        </w:rPr>
        <w:br/>
      </w:r>
    </w:p>
    <w:p w14:paraId="3EFF4E73" w14:textId="77777777" w:rsidR="002355BD" w:rsidRPr="001179E8" w:rsidRDefault="00000000">
      <w:pPr>
        <w:rPr>
          <w:lang w:val="pt-BR"/>
        </w:rPr>
      </w:pPr>
      <w:r w:rsidRPr="001179E8">
        <w:rPr>
          <w:lang w:val="pt-BR"/>
        </w:rPr>
        <w:t>"Gosta do que vê?" perguntou ela, tentando soar desafiadora, mas sua voz saiu um pouco trêmula.</w:t>
      </w:r>
    </w:p>
    <w:p w14:paraId="63716F10" w14:textId="77777777" w:rsidR="002355BD" w:rsidRPr="001179E8" w:rsidRDefault="00000000">
      <w:pPr>
        <w:rPr>
          <w:lang w:val="pt-BR"/>
        </w:rPr>
      </w:pPr>
      <w:r w:rsidRPr="001179E8">
        <w:rPr>
          <w:lang w:val="pt-BR"/>
        </w:rPr>
        <w:br/>
      </w:r>
    </w:p>
    <w:p w14:paraId="11BE9820" w14:textId="77777777" w:rsidR="002355BD" w:rsidRPr="001179E8" w:rsidRDefault="00000000">
      <w:pPr>
        <w:rPr>
          <w:lang w:val="pt-BR"/>
        </w:rPr>
      </w:pPr>
      <w:r w:rsidRPr="001179E8">
        <w:rPr>
          <w:lang w:val="pt-BR"/>
        </w:rPr>
        <w:t>"Sempre," respondeu ele, seu tom baixo e rouco. Ele também começou a se despir, tirando o colete de couro e a camiseta de banda rasgada, revelando seu torso esguio e musculoso, marcado pela tatuagem tribal e pelo curativo improvisado em suas costelas.</w:t>
      </w:r>
    </w:p>
    <w:p w14:paraId="57DEB8E6" w14:textId="77777777" w:rsidR="002355BD" w:rsidRPr="001179E8" w:rsidRDefault="00000000">
      <w:pPr>
        <w:rPr>
          <w:lang w:val="pt-BR"/>
        </w:rPr>
      </w:pPr>
      <w:r w:rsidRPr="001179E8">
        <w:rPr>
          <w:lang w:val="pt-BR"/>
        </w:rPr>
        <w:br/>
      </w:r>
    </w:p>
    <w:p w14:paraId="16682F04" w14:textId="77777777" w:rsidR="002355BD" w:rsidRPr="001179E8" w:rsidRDefault="00000000">
      <w:pPr>
        <w:rPr>
          <w:lang w:val="pt-BR"/>
        </w:rPr>
      </w:pPr>
      <w:r w:rsidRPr="001179E8">
        <w:rPr>
          <w:lang w:val="pt-BR"/>
        </w:rPr>
        <w:t>Nicole desviou o olhar, sentindo seu próprio pulso acelerar. Havia uma eletricidade no ar que não vinha de seus poderes – uma tensão crua, palpável, que crescia entre eles desde que chegaram ao submundo, intensificada pela proximidade constante e pelo perigo compartilhado.</w:t>
      </w:r>
    </w:p>
    <w:p w14:paraId="35E06FAA" w14:textId="77777777" w:rsidR="002355BD" w:rsidRPr="001179E8" w:rsidRDefault="00000000">
      <w:pPr>
        <w:rPr>
          <w:lang w:val="pt-BR"/>
        </w:rPr>
      </w:pPr>
      <w:r w:rsidRPr="001179E8">
        <w:rPr>
          <w:lang w:val="pt-BR"/>
        </w:rPr>
        <w:br/>
      </w:r>
    </w:p>
    <w:p w14:paraId="7E28A3F9" w14:textId="77777777" w:rsidR="002355BD" w:rsidRPr="001179E8" w:rsidRDefault="00000000">
      <w:pPr>
        <w:rPr>
          <w:lang w:val="pt-BR"/>
        </w:rPr>
      </w:pPr>
      <w:r w:rsidRPr="001179E8">
        <w:rPr>
          <w:lang w:val="pt-BR"/>
        </w:rPr>
        <w:lastRenderedPageBreak/>
        <w:t>Ela terminou de se despir rapidamente, ficando apenas com a roupa íntima funcional que usava sob o traje. Virou-se e entrou na água quente, suspirando de alívio quando o calor envolveu seus músculos cansados. A água era sedosa e relaxante, um contraste gritante com a dureza do mundo exterior.</w:t>
      </w:r>
    </w:p>
    <w:p w14:paraId="782771C7" w14:textId="77777777" w:rsidR="002355BD" w:rsidRPr="001179E8" w:rsidRDefault="00000000">
      <w:pPr>
        <w:rPr>
          <w:lang w:val="pt-BR"/>
        </w:rPr>
      </w:pPr>
      <w:r w:rsidRPr="001179E8">
        <w:rPr>
          <w:lang w:val="pt-BR"/>
        </w:rPr>
        <w:br/>
      </w:r>
    </w:p>
    <w:p w14:paraId="1C44D5E8" w14:textId="77777777" w:rsidR="002355BD" w:rsidRPr="001179E8" w:rsidRDefault="00000000">
      <w:pPr>
        <w:rPr>
          <w:lang w:val="pt-BR"/>
        </w:rPr>
      </w:pPr>
      <w:r w:rsidRPr="001179E8">
        <w:rPr>
          <w:lang w:val="pt-BR"/>
        </w:rPr>
        <w:t>Rick a seguiu, entrando na piscina com um gemido satisfeito. Ele parou a poucos centímetros dela, a água quente envolvendo ambos. O vapor criava uma névoa íntima ao redor deles, obscurecendo parcialmente o resto da caverna.</w:t>
      </w:r>
    </w:p>
    <w:p w14:paraId="17CEED71" w14:textId="77777777" w:rsidR="002355BD" w:rsidRPr="001179E8" w:rsidRDefault="00000000">
      <w:pPr>
        <w:rPr>
          <w:lang w:val="pt-BR"/>
        </w:rPr>
      </w:pPr>
      <w:r w:rsidRPr="001179E8">
        <w:rPr>
          <w:lang w:val="pt-BR"/>
        </w:rPr>
        <w:br/>
      </w:r>
    </w:p>
    <w:p w14:paraId="7877B874" w14:textId="77777777" w:rsidR="002355BD" w:rsidRPr="001179E8" w:rsidRDefault="00000000">
      <w:pPr>
        <w:rPr>
          <w:lang w:val="pt-BR"/>
        </w:rPr>
      </w:pPr>
      <w:r w:rsidRPr="001179E8">
        <w:rPr>
          <w:lang w:val="pt-BR"/>
        </w:rPr>
        <w:t>"Isso é... bom," murmurou ele, fechando os olhos por um momento.</w:t>
      </w:r>
    </w:p>
    <w:p w14:paraId="23EC2105" w14:textId="77777777" w:rsidR="002355BD" w:rsidRPr="001179E8" w:rsidRDefault="00000000">
      <w:pPr>
        <w:rPr>
          <w:lang w:val="pt-BR"/>
        </w:rPr>
      </w:pPr>
      <w:r w:rsidRPr="001179E8">
        <w:rPr>
          <w:lang w:val="pt-BR"/>
        </w:rPr>
        <w:br/>
      </w:r>
    </w:p>
    <w:p w14:paraId="34BB7F6E" w14:textId="77777777" w:rsidR="002355BD" w:rsidRPr="001179E8" w:rsidRDefault="00000000">
      <w:pPr>
        <w:rPr>
          <w:lang w:val="pt-BR"/>
        </w:rPr>
      </w:pPr>
      <w:r w:rsidRPr="001179E8">
        <w:rPr>
          <w:lang w:val="pt-BR"/>
        </w:rPr>
        <w:t>Nicole assentiu, sentindo a tensão começar a derreter de seus ombros. Ela pegou um pouco de água nas mãos e começou a lavar o rosto, tentando remover a sujeira acumulada.</w:t>
      </w:r>
    </w:p>
    <w:p w14:paraId="181464CC" w14:textId="77777777" w:rsidR="002355BD" w:rsidRPr="001179E8" w:rsidRDefault="00000000">
      <w:pPr>
        <w:rPr>
          <w:lang w:val="pt-BR"/>
        </w:rPr>
      </w:pPr>
      <w:r w:rsidRPr="001179E8">
        <w:rPr>
          <w:lang w:val="pt-BR"/>
        </w:rPr>
        <w:br/>
      </w:r>
    </w:p>
    <w:p w14:paraId="616BA4AC" w14:textId="77777777" w:rsidR="002355BD" w:rsidRPr="001179E8" w:rsidRDefault="00000000">
      <w:pPr>
        <w:rPr>
          <w:lang w:val="pt-BR"/>
        </w:rPr>
      </w:pPr>
      <w:r w:rsidRPr="001179E8">
        <w:rPr>
          <w:lang w:val="pt-BR"/>
        </w:rPr>
        <w:t>Rick abriu os olhos, observando-a. Seus olhos traçaram o contorno de seu rosto, desceram pelo pescoço, demorando-se na curva de seus ombros e no decote de sua roupa íntima molhada, que agora se agarrava à sua pele.</w:t>
      </w:r>
    </w:p>
    <w:p w14:paraId="79994E05" w14:textId="77777777" w:rsidR="002355BD" w:rsidRPr="001179E8" w:rsidRDefault="00000000">
      <w:pPr>
        <w:rPr>
          <w:lang w:val="pt-BR"/>
        </w:rPr>
      </w:pPr>
      <w:r w:rsidRPr="001179E8">
        <w:rPr>
          <w:lang w:val="pt-BR"/>
        </w:rPr>
        <w:br/>
      </w:r>
    </w:p>
    <w:p w14:paraId="09531978" w14:textId="77777777" w:rsidR="002355BD" w:rsidRPr="001179E8" w:rsidRDefault="00000000">
      <w:pPr>
        <w:rPr>
          <w:lang w:val="pt-BR"/>
        </w:rPr>
      </w:pPr>
      <w:r w:rsidRPr="001179E8">
        <w:rPr>
          <w:lang w:val="pt-BR"/>
        </w:rPr>
        <w:t>"Você sabe," disse ele, sua voz um sussurro rouco, "mesmo aqui, mesmo assim... você é a coisa mais linda que eu já vi."</w:t>
      </w:r>
    </w:p>
    <w:p w14:paraId="5404C99D" w14:textId="77777777" w:rsidR="002355BD" w:rsidRPr="001179E8" w:rsidRDefault="00000000">
      <w:pPr>
        <w:rPr>
          <w:lang w:val="pt-BR"/>
        </w:rPr>
      </w:pPr>
      <w:r w:rsidRPr="001179E8">
        <w:rPr>
          <w:lang w:val="pt-BR"/>
        </w:rPr>
        <w:br/>
      </w:r>
    </w:p>
    <w:p w14:paraId="56B76EA4" w14:textId="77777777" w:rsidR="002355BD" w:rsidRPr="001179E8" w:rsidRDefault="00000000">
      <w:pPr>
        <w:rPr>
          <w:lang w:val="pt-BR"/>
        </w:rPr>
      </w:pPr>
      <w:r w:rsidRPr="001179E8">
        <w:rPr>
          <w:lang w:val="pt-BR"/>
        </w:rPr>
        <w:t>Nicole parou, encontrando seus olhos. A sinceridade em sua expressão a desarmaou. Ela viu o desejo ali, claro e inconfundível, mas também algo mais profundo – afeto, admiração, talvez até amor.</w:t>
      </w:r>
    </w:p>
    <w:p w14:paraId="561C64EA" w14:textId="77777777" w:rsidR="002355BD" w:rsidRPr="001179E8" w:rsidRDefault="00000000">
      <w:pPr>
        <w:rPr>
          <w:lang w:val="pt-BR"/>
        </w:rPr>
      </w:pPr>
      <w:r w:rsidRPr="001179E8">
        <w:rPr>
          <w:lang w:val="pt-BR"/>
        </w:rPr>
        <w:br/>
      </w:r>
    </w:p>
    <w:p w14:paraId="1A584EF6" w14:textId="77777777" w:rsidR="002355BD" w:rsidRPr="001179E8" w:rsidRDefault="00000000">
      <w:pPr>
        <w:rPr>
          <w:lang w:val="pt-BR"/>
        </w:rPr>
      </w:pPr>
      <w:r w:rsidRPr="001179E8">
        <w:rPr>
          <w:lang w:val="pt-BR"/>
        </w:rPr>
        <w:t>"Rick..." começou ela, sem saber o que dizer.</w:t>
      </w:r>
    </w:p>
    <w:p w14:paraId="48D9E0B3" w14:textId="77777777" w:rsidR="002355BD" w:rsidRPr="001179E8" w:rsidRDefault="00000000">
      <w:pPr>
        <w:rPr>
          <w:lang w:val="pt-BR"/>
        </w:rPr>
      </w:pPr>
      <w:r w:rsidRPr="001179E8">
        <w:rPr>
          <w:lang w:val="pt-BR"/>
        </w:rPr>
        <w:lastRenderedPageBreak/>
        <w:br/>
      </w:r>
    </w:p>
    <w:p w14:paraId="698E08BE" w14:textId="77777777" w:rsidR="002355BD" w:rsidRPr="001179E8" w:rsidRDefault="00000000">
      <w:pPr>
        <w:rPr>
          <w:lang w:val="pt-BR"/>
        </w:rPr>
      </w:pPr>
      <w:r w:rsidRPr="001179E8">
        <w:rPr>
          <w:lang w:val="pt-BR"/>
        </w:rPr>
        <w:t>Ele deu um passo à frente, fechando a pequena distância entre eles. Colocou as mãos suavemente na cintura dela, seus polegares roçando sua pele nua logo acima da linha da calcinha. Nicole prendeu a respiração, sentindo um arrepio percorrer seu corpo apesar do calor da água.</w:t>
      </w:r>
    </w:p>
    <w:p w14:paraId="08F25970" w14:textId="77777777" w:rsidR="002355BD" w:rsidRPr="001179E8" w:rsidRDefault="00000000">
      <w:pPr>
        <w:rPr>
          <w:lang w:val="pt-BR"/>
        </w:rPr>
      </w:pPr>
      <w:r w:rsidRPr="001179E8">
        <w:rPr>
          <w:lang w:val="pt-BR"/>
        </w:rPr>
        <w:br/>
      </w:r>
    </w:p>
    <w:p w14:paraId="545DCD31" w14:textId="77777777" w:rsidR="002355BD" w:rsidRPr="001179E8" w:rsidRDefault="00000000">
      <w:pPr>
        <w:rPr>
          <w:lang w:val="pt-BR"/>
        </w:rPr>
      </w:pPr>
      <w:r w:rsidRPr="001179E8">
        <w:rPr>
          <w:lang w:val="pt-BR"/>
        </w:rPr>
        <w:t>"Eu sei que não é o momento nem o lugar," sussurrou ele, inclinando a cabeça para perto da dela, seus lábios quase roçando sua orelha. "Mas estar aqui com você, assim... é quase insuportável."</w:t>
      </w:r>
    </w:p>
    <w:p w14:paraId="2D95B0C9" w14:textId="77777777" w:rsidR="002355BD" w:rsidRPr="001179E8" w:rsidRDefault="00000000">
      <w:pPr>
        <w:rPr>
          <w:lang w:val="pt-BR"/>
        </w:rPr>
      </w:pPr>
      <w:r w:rsidRPr="001179E8">
        <w:rPr>
          <w:lang w:val="pt-BR"/>
        </w:rPr>
        <w:br/>
      </w:r>
    </w:p>
    <w:p w14:paraId="62ABDCA5" w14:textId="77777777" w:rsidR="002355BD" w:rsidRPr="001179E8" w:rsidRDefault="00000000">
      <w:pPr>
        <w:rPr>
          <w:lang w:val="pt-BR"/>
        </w:rPr>
      </w:pPr>
      <w:r w:rsidRPr="001179E8">
        <w:rPr>
          <w:lang w:val="pt-BR"/>
        </w:rPr>
        <w:t>Nicole podia sentir o calor irradiando do corpo dele, o cheiro de sua pele misturado com o vapor mineral. Seu coração batia descontroladamente contra suas costelas. Todo o perigo, toda a incerteza do submundo pareceu desaparecer, deixando apenas a intensidade do momento presente, a conexão inegável entre eles.</w:t>
      </w:r>
    </w:p>
    <w:p w14:paraId="763C86AC" w14:textId="77777777" w:rsidR="002355BD" w:rsidRPr="001179E8" w:rsidRDefault="00000000">
      <w:pPr>
        <w:rPr>
          <w:lang w:val="pt-BR"/>
        </w:rPr>
      </w:pPr>
      <w:r w:rsidRPr="001179E8">
        <w:rPr>
          <w:lang w:val="pt-BR"/>
        </w:rPr>
        <w:br/>
      </w:r>
    </w:p>
    <w:p w14:paraId="0B07616F" w14:textId="77777777" w:rsidR="002355BD" w:rsidRPr="001179E8" w:rsidRDefault="00000000">
      <w:pPr>
        <w:rPr>
          <w:lang w:val="pt-BR"/>
        </w:rPr>
      </w:pPr>
      <w:r w:rsidRPr="001179E8">
        <w:rPr>
          <w:lang w:val="pt-BR"/>
        </w:rPr>
        <w:t>Ela se virou ligeiramente em seus braços, seus corpos agora pressionados um contra o outro na água quente. Ela podia sentir a dureza crescente da ereção dele contra sua barriga, um testemunho inegável de seu desejo. Um rubor profundo coloriu suas bochechas, mas ela não se afastou.</w:t>
      </w:r>
    </w:p>
    <w:p w14:paraId="353196FF" w14:textId="77777777" w:rsidR="002355BD" w:rsidRPr="001179E8" w:rsidRDefault="00000000">
      <w:pPr>
        <w:rPr>
          <w:lang w:val="pt-BR"/>
        </w:rPr>
      </w:pPr>
      <w:r w:rsidRPr="001179E8">
        <w:rPr>
          <w:lang w:val="pt-BR"/>
        </w:rPr>
        <w:br/>
      </w:r>
    </w:p>
    <w:p w14:paraId="4A7A8CE7" w14:textId="77777777" w:rsidR="002355BD" w:rsidRPr="001179E8" w:rsidRDefault="00000000">
      <w:pPr>
        <w:rPr>
          <w:lang w:val="pt-BR"/>
        </w:rPr>
      </w:pPr>
      <w:r w:rsidRPr="001179E8">
        <w:rPr>
          <w:lang w:val="pt-BR"/>
        </w:rPr>
        <w:t>"Para mim também," admitiu ela, sua voz mal acima de um sussurro.</w:t>
      </w:r>
    </w:p>
    <w:p w14:paraId="5A7C52B5" w14:textId="77777777" w:rsidR="002355BD" w:rsidRPr="001179E8" w:rsidRDefault="00000000">
      <w:pPr>
        <w:rPr>
          <w:lang w:val="pt-BR"/>
        </w:rPr>
      </w:pPr>
      <w:r w:rsidRPr="001179E8">
        <w:rPr>
          <w:lang w:val="pt-BR"/>
        </w:rPr>
        <w:br/>
      </w:r>
    </w:p>
    <w:p w14:paraId="6E7DCCF5" w14:textId="77777777" w:rsidR="002355BD" w:rsidRPr="001179E8" w:rsidRDefault="00000000">
      <w:pPr>
        <w:rPr>
          <w:lang w:val="pt-BR"/>
        </w:rPr>
      </w:pPr>
      <w:r w:rsidRPr="001179E8">
        <w:rPr>
          <w:lang w:val="pt-BR"/>
        </w:rPr>
        <w:t>O sorriso de Nicole foi lento e predatório quando ela se inclinou e o beijou, suas línguas se entrelaçando em uma dança desesperada de desejo. As mãos de Rick exploraram suas curvas, redescobrindo território familiar com uma urgência renovada pela hostilidade do ambiente.</w:t>
      </w:r>
    </w:p>
    <w:p w14:paraId="6B2CBFB9" w14:textId="77777777" w:rsidR="002355BD" w:rsidRPr="001179E8" w:rsidRDefault="002355BD">
      <w:pPr>
        <w:rPr>
          <w:lang w:val="pt-BR"/>
        </w:rPr>
      </w:pPr>
    </w:p>
    <w:p w14:paraId="2EC40BA0" w14:textId="77777777" w:rsidR="002355BD" w:rsidRPr="001179E8" w:rsidRDefault="00000000">
      <w:pPr>
        <w:rPr>
          <w:lang w:val="pt-BR"/>
        </w:rPr>
      </w:pPr>
      <w:r w:rsidRPr="001179E8">
        <w:rPr>
          <w:lang w:val="pt-BR"/>
        </w:rPr>
        <w:t>Ele agarrou sua cintura com possessividade, puxando-a ainda mais para perto.</w:t>
      </w:r>
    </w:p>
    <w:p w14:paraId="31FED6DD" w14:textId="77777777" w:rsidR="002355BD" w:rsidRPr="001179E8" w:rsidRDefault="002355BD">
      <w:pPr>
        <w:rPr>
          <w:lang w:val="pt-BR"/>
        </w:rPr>
      </w:pPr>
    </w:p>
    <w:p w14:paraId="188598AE" w14:textId="77777777" w:rsidR="002355BD" w:rsidRPr="001179E8" w:rsidRDefault="00000000">
      <w:pPr>
        <w:rPr>
          <w:lang w:val="pt-BR"/>
        </w:rPr>
      </w:pPr>
      <w:r w:rsidRPr="001179E8">
        <w:rPr>
          <w:lang w:val="pt-BR"/>
        </w:rPr>
        <w:t>Ela se arqueou contra ele, gemendo em sua boca, e ele mordeu seu lábio inferior antes de acariciá-lo suavemente. "Nicky", ele gemeu contra seu pescoço, os dedos cravando em sua pele.</w:t>
      </w:r>
    </w:p>
    <w:p w14:paraId="583F0E1F" w14:textId="77777777" w:rsidR="002355BD" w:rsidRPr="001179E8" w:rsidRDefault="002355BD">
      <w:pPr>
        <w:rPr>
          <w:lang w:val="pt-BR"/>
        </w:rPr>
      </w:pPr>
    </w:p>
    <w:p w14:paraId="060D9CF9" w14:textId="77777777" w:rsidR="002355BD" w:rsidRPr="001179E8" w:rsidRDefault="00000000">
      <w:pPr>
        <w:rPr>
          <w:lang w:val="pt-BR"/>
        </w:rPr>
      </w:pPr>
      <w:r w:rsidRPr="001179E8">
        <w:rPr>
          <w:lang w:val="pt-BR"/>
        </w:rPr>
        <w:t>Ela segurou seu cabelo molhado com força, a única coisa que a mantinha ancorada naquele caos. Seus corpos se moveram juntos instintivamente, sua dureza esfregando contra seus lábios úmidos enquanto se pressionavam um contra o outro em um ritmo primal.</w:t>
      </w:r>
    </w:p>
    <w:p w14:paraId="534BAA89" w14:textId="77777777" w:rsidR="002355BD" w:rsidRPr="001179E8" w:rsidRDefault="002355BD">
      <w:pPr>
        <w:rPr>
          <w:lang w:val="pt-BR"/>
        </w:rPr>
      </w:pPr>
    </w:p>
    <w:p w14:paraId="18DA3ECF" w14:textId="77777777" w:rsidR="002355BD" w:rsidRPr="001179E8" w:rsidRDefault="00000000">
      <w:pPr>
        <w:rPr>
          <w:lang w:val="pt-BR"/>
        </w:rPr>
      </w:pPr>
      <w:r w:rsidRPr="001179E8">
        <w:rPr>
          <w:lang w:val="pt-BR"/>
        </w:rPr>
        <w:t>"Eu preciso de você agora", ele rosnou, sua voz rouca de desejo. Ela não precisou de palavras para responder; assentiu ansiosamente, encarando-o sem hesitação.</w:t>
      </w:r>
    </w:p>
    <w:p w14:paraId="07A85A67" w14:textId="77777777" w:rsidR="002355BD" w:rsidRPr="001179E8" w:rsidRDefault="002355BD">
      <w:pPr>
        <w:rPr>
          <w:lang w:val="pt-BR"/>
        </w:rPr>
      </w:pPr>
    </w:p>
    <w:p w14:paraId="60A0D4AB" w14:textId="77777777" w:rsidR="002355BD" w:rsidRPr="001179E8" w:rsidRDefault="00000000">
      <w:pPr>
        <w:rPr>
          <w:lang w:val="pt-BR"/>
        </w:rPr>
      </w:pPr>
      <w:r w:rsidRPr="001179E8">
        <w:rPr>
          <w:lang w:val="pt-BR"/>
        </w:rPr>
        <w:t xml:space="preserve">Com precisão rápida, ele removeu os últimos resquícios de suas roupas, e ela suspirou quando o ar frio atingiu sua pele superaquecida. </w:t>
      </w:r>
    </w:p>
    <w:p w14:paraId="150B8741" w14:textId="77777777" w:rsidR="002355BD" w:rsidRPr="001179E8" w:rsidRDefault="002355BD">
      <w:pPr>
        <w:rPr>
          <w:lang w:val="pt-BR"/>
        </w:rPr>
      </w:pPr>
    </w:p>
    <w:p w14:paraId="76508800" w14:textId="77777777" w:rsidR="002355BD" w:rsidRPr="001179E8" w:rsidRDefault="00000000">
      <w:pPr>
        <w:rPr>
          <w:lang w:val="pt-BR"/>
        </w:rPr>
      </w:pPr>
      <w:r w:rsidRPr="001179E8">
        <w:rPr>
          <w:lang w:val="pt-BR"/>
        </w:rPr>
        <w:t>Ele a penetrou com determinação forçada, arrancando um grito agudo de ambos. A sensação era avassaladora - quente e crua - enquanto encontravam seu ritmo juntos.</w:t>
      </w:r>
    </w:p>
    <w:p w14:paraId="0A7E5B78" w14:textId="77777777" w:rsidR="002355BD" w:rsidRPr="001179E8" w:rsidRDefault="002355BD">
      <w:pPr>
        <w:rPr>
          <w:lang w:val="pt-BR"/>
        </w:rPr>
      </w:pPr>
    </w:p>
    <w:p w14:paraId="2C87BAA0" w14:textId="77777777" w:rsidR="002355BD" w:rsidRPr="001179E8" w:rsidRDefault="00000000">
      <w:pPr>
        <w:rPr>
          <w:lang w:val="pt-BR"/>
        </w:rPr>
      </w:pPr>
      <w:r w:rsidRPr="001179E8">
        <w:rPr>
          <w:lang w:val="pt-BR"/>
        </w:rPr>
        <w:t xml:space="preserve">Isso era diferente de todas as vezes em que haviam se tocado antes; havia uma brutalidade em seus movimentos que beirava a violência. Parecia um exorcismo através da conexão física, como se tentassem expulsar os demônios deste submundo com paixão crua. </w:t>
      </w:r>
    </w:p>
    <w:p w14:paraId="6E0F5028" w14:textId="77777777" w:rsidR="002355BD" w:rsidRPr="001179E8" w:rsidRDefault="002355BD">
      <w:pPr>
        <w:rPr>
          <w:lang w:val="pt-BR"/>
        </w:rPr>
      </w:pPr>
    </w:p>
    <w:p w14:paraId="5C830C09" w14:textId="77777777" w:rsidR="002355BD" w:rsidRPr="001179E8" w:rsidRDefault="00000000">
      <w:pPr>
        <w:rPr>
          <w:lang w:val="pt-BR"/>
        </w:rPr>
      </w:pPr>
      <w:r w:rsidRPr="001179E8">
        <w:rPr>
          <w:lang w:val="pt-BR"/>
        </w:rPr>
        <w:t>Suas mãos eram ásperas em seus quadris, deixando hematomas enquanto batia em sua carne no ritmo de suas investidas. "Você gosta disso?", ele arfou em seu ouvido, sua voz áspera de luxúria.</w:t>
      </w:r>
    </w:p>
    <w:p w14:paraId="2A7198B3" w14:textId="77777777" w:rsidR="002355BD" w:rsidRPr="001179E8" w:rsidRDefault="002355BD">
      <w:pPr>
        <w:rPr>
          <w:lang w:val="pt-BR"/>
        </w:rPr>
      </w:pPr>
    </w:p>
    <w:p w14:paraId="62FBE64A" w14:textId="77777777" w:rsidR="002355BD" w:rsidRPr="001179E8" w:rsidRDefault="00000000">
      <w:pPr>
        <w:rPr>
          <w:lang w:val="pt-BR"/>
        </w:rPr>
      </w:pPr>
      <w:r w:rsidRPr="001179E8">
        <w:rPr>
          <w:lang w:val="pt-BR"/>
        </w:rPr>
        <w:t xml:space="preserve">Ela não conseguiu responder; tudo o que pôde fazer foi envolver suas pernas com mais força ao seu redor e puxá-lo ainda mais para perto. O prazer crescia dentro dela como uma mola prestes a estourar - uma avalanche vindo direto para ambos. </w:t>
      </w:r>
    </w:p>
    <w:p w14:paraId="74BE87DC" w14:textId="77777777" w:rsidR="002355BD" w:rsidRPr="001179E8" w:rsidRDefault="002355BD">
      <w:pPr>
        <w:rPr>
          <w:lang w:val="pt-BR"/>
        </w:rPr>
      </w:pPr>
    </w:p>
    <w:p w14:paraId="4C6F011A" w14:textId="77777777" w:rsidR="002355BD" w:rsidRPr="001179E8" w:rsidRDefault="00000000">
      <w:pPr>
        <w:rPr>
          <w:lang w:val="pt-BR"/>
        </w:rPr>
      </w:pPr>
      <w:r w:rsidRPr="001179E8">
        <w:rPr>
          <w:lang w:val="pt-BR"/>
        </w:rPr>
        <w:lastRenderedPageBreak/>
        <w:t>Ele gemeu seu nome antes de desabar sobre ela, seu corpo tremendo sob a força do orgasmo. Eles permaneceram assim por momentos incontáveis; corpos úmidos de suor entrelaçados em água vaporosa que ameaçava ferver a qualquer instante.</w:t>
      </w:r>
    </w:p>
    <w:p w14:paraId="598A17CA" w14:textId="77777777" w:rsidR="002355BD" w:rsidRPr="001179E8" w:rsidRDefault="002355BD">
      <w:pPr>
        <w:rPr>
          <w:lang w:val="pt-BR"/>
        </w:rPr>
      </w:pPr>
    </w:p>
    <w:p w14:paraId="21BF75F4" w14:textId="77777777" w:rsidR="002355BD" w:rsidRPr="001179E8" w:rsidRDefault="00000000">
      <w:pPr>
        <w:rPr>
          <w:lang w:val="pt-BR"/>
        </w:rPr>
      </w:pPr>
      <w:r w:rsidRPr="001179E8">
        <w:rPr>
          <w:lang w:val="pt-BR"/>
        </w:rPr>
        <w:t>Finalmente, ele se ergueu o suficiente para olhar seu rosto ruborizado. "Safadinha", ele sorriu com malícia antes de morder seu maxilar brincando. Ela revidou mordendo seu ombro com força suficiente para fazer sangrar; ele riu baixinho antes de sussurrar obscenidades em seu ouvido enquanto a penetrava com ainda mais força: "Diga o que você quer."</w:t>
      </w:r>
    </w:p>
    <w:p w14:paraId="491CD5C0" w14:textId="77777777" w:rsidR="002355BD" w:rsidRPr="001179E8" w:rsidRDefault="00000000">
      <w:pPr>
        <w:rPr>
          <w:lang w:val="pt-BR"/>
        </w:rPr>
      </w:pPr>
      <w:r w:rsidRPr="001179E8">
        <w:rPr>
          <w:lang w:val="pt-BR"/>
        </w:rPr>
        <w:br/>
      </w:r>
    </w:p>
    <w:p w14:paraId="724104DB" w14:textId="77777777" w:rsidR="002355BD" w:rsidRPr="001179E8" w:rsidRDefault="00000000">
      <w:pPr>
        <w:rPr>
          <w:lang w:val="pt-BR"/>
        </w:rPr>
      </w:pPr>
      <w:r w:rsidRPr="001179E8">
        <w:rPr>
          <w:lang w:val="pt-BR"/>
        </w:rPr>
        <w:t>Ficaram assim por um longo momento, ofegantes, seus corações batendo em uníssono, a água quente da piscina envolvendo-os como um casulo. O vapor subia ao redor deles, criando um mundo íntimo e isolado.</w:t>
      </w:r>
    </w:p>
    <w:p w14:paraId="43644B28" w14:textId="77777777" w:rsidR="002355BD" w:rsidRPr="001179E8" w:rsidRDefault="00000000">
      <w:pPr>
        <w:rPr>
          <w:lang w:val="pt-BR"/>
        </w:rPr>
      </w:pPr>
      <w:r w:rsidRPr="001179E8">
        <w:rPr>
          <w:lang w:val="pt-BR"/>
        </w:rPr>
        <w:br/>
      </w:r>
    </w:p>
    <w:p w14:paraId="79A41246" w14:textId="77777777" w:rsidR="002355BD" w:rsidRPr="001179E8" w:rsidRDefault="00000000">
      <w:pPr>
        <w:rPr>
          <w:lang w:val="pt-BR"/>
        </w:rPr>
      </w:pPr>
      <w:r w:rsidRPr="001179E8">
        <w:rPr>
          <w:lang w:val="pt-BR"/>
        </w:rPr>
        <w:t>"Uau," sussurrou Rick finalmente, sua voz ainda rouca. "Isso foi... intenso."</w:t>
      </w:r>
    </w:p>
    <w:p w14:paraId="265DF1FB" w14:textId="77777777" w:rsidR="002355BD" w:rsidRPr="001179E8" w:rsidRDefault="00000000">
      <w:pPr>
        <w:rPr>
          <w:lang w:val="pt-BR"/>
        </w:rPr>
      </w:pPr>
      <w:r w:rsidRPr="001179E8">
        <w:rPr>
          <w:lang w:val="pt-BR"/>
        </w:rPr>
        <w:br/>
      </w:r>
    </w:p>
    <w:p w14:paraId="7D18E90C" w14:textId="77777777" w:rsidR="002355BD" w:rsidRPr="001179E8" w:rsidRDefault="00000000">
      <w:pPr>
        <w:rPr>
          <w:lang w:val="pt-BR"/>
        </w:rPr>
      </w:pPr>
      <w:r w:rsidRPr="001179E8">
        <w:rPr>
          <w:lang w:val="pt-BR"/>
        </w:rPr>
        <w:t>Nicole apenas assentiu, incapaz de formar palavras. Sentia-se completamente esgotada, mas de uma forma boa – purificada, conectada, viva.</w:t>
      </w:r>
    </w:p>
    <w:p w14:paraId="3FB15A69" w14:textId="77777777" w:rsidR="002355BD" w:rsidRPr="001179E8" w:rsidRDefault="00000000">
      <w:pPr>
        <w:rPr>
          <w:lang w:val="pt-BR"/>
        </w:rPr>
      </w:pPr>
      <w:r w:rsidRPr="001179E8">
        <w:rPr>
          <w:lang w:val="pt-BR"/>
        </w:rPr>
        <w:br/>
      </w:r>
    </w:p>
    <w:p w14:paraId="11E63B19" w14:textId="77777777" w:rsidR="002355BD" w:rsidRPr="001179E8" w:rsidRDefault="00000000">
      <w:pPr>
        <w:rPr>
          <w:lang w:val="pt-BR"/>
        </w:rPr>
      </w:pPr>
      <w:r w:rsidRPr="001179E8">
        <w:rPr>
          <w:lang w:val="pt-BR"/>
        </w:rPr>
        <w:t>Lentamente, eles começaram a se mover novamente, ajudando um ao outro a se lavar, seus toques agora mais gentis, mais carinhosos. Havia uma nova profundidade em seu silêncio, uma compreensão que ia além das palavras.</w:t>
      </w:r>
    </w:p>
    <w:p w14:paraId="4875F676" w14:textId="77777777" w:rsidR="002355BD" w:rsidRPr="001179E8" w:rsidRDefault="00000000">
      <w:pPr>
        <w:rPr>
          <w:lang w:val="pt-BR"/>
        </w:rPr>
      </w:pPr>
      <w:r w:rsidRPr="001179E8">
        <w:rPr>
          <w:lang w:val="pt-BR"/>
        </w:rPr>
        <w:br/>
      </w:r>
    </w:p>
    <w:p w14:paraId="707CF889" w14:textId="77777777" w:rsidR="002355BD" w:rsidRPr="001179E8" w:rsidRDefault="00000000">
      <w:pPr>
        <w:rPr>
          <w:lang w:val="pt-BR"/>
        </w:rPr>
      </w:pPr>
      <w:r w:rsidRPr="001179E8">
        <w:rPr>
          <w:lang w:val="pt-BR"/>
        </w:rPr>
        <w:t>Quando finalmente saíram da água, sentindo-se limpos e renovados, mas também profundamente exaustos, vestiram suas roupas ainda úmidas em silêncio. O mundo exterior, com seus perigos e incertezas, parecia ter recuado por um tempo, mas ambos sabiam que não podiam permanecer naquele refúgio para sempre.</w:t>
      </w:r>
    </w:p>
    <w:p w14:paraId="0557A0A6" w14:textId="77777777" w:rsidR="002355BD" w:rsidRPr="001179E8" w:rsidRDefault="00000000">
      <w:pPr>
        <w:rPr>
          <w:lang w:val="pt-BR"/>
        </w:rPr>
      </w:pPr>
      <w:r w:rsidRPr="001179E8">
        <w:rPr>
          <w:lang w:val="pt-BR"/>
        </w:rPr>
        <w:br/>
      </w:r>
    </w:p>
    <w:p w14:paraId="0DBAC3F8" w14:textId="77777777" w:rsidR="002355BD" w:rsidRPr="001179E8" w:rsidRDefault="00000000">
      <w:pPr>
        <w:rPr>
          <w:lang w:val="pt-BR"/>
        </w:rPr>
      </w:pPr>
      <w:r w:rsidRPr="001179E8">
        <w:rPr>
          <w:lang w:val="pt-BR"/>
        </w:rPr>
        <w:lastRenderedPageBreak/>
        <w:t>Enquanto se preparavam para encontrar Eco e continuar sua jornada, Rick puxou Nicole para um último beijo – suave, terno, cheio de promessas não ditas.</w:t>
      </w:r>
    </w:p>
    <w:p w14:paraId="50FCB565" w14:textId="77777777" w:rsidR="002355BD" w:rsidRPr="001179E8" w:rsidRDefault="00000000">
      <w:pPr>
        <w:rPr>
          <w:lang w:val="pt-BR"/>
        </w:rPr>
      </w:pPr>
      <w:r w:rsidRPr="001179E8">
        <w:rPr>
          <w:lang w:val="pt-BR"/>
        </w:rPr>
        <w:br/>
      </w:r>
    </w:p>
    <w:p w14:paraId="09C7B54B" w14:textId="77777777" w:rsidR="002355BD" w:rsidRPr="001179E8" w:rsidRDefault="00000000">
      <w:pPr>
        <w:rPr>
          <w:lang w:val="pt-BR"/>
        </w:rPr>
      </w:pPr>
      <w:r w:rsidRPr="001179E8">
        <w:rPr>
          <w:lang w:val="pt-BR"/>
        </w:rPr>
        <w:t>"Eu te amo, Nicky," sussurrou ele contra seus lábios.</w:t>
      </w:r>
    </w:p>
    <w:p w14:paraId="4D82AA4E" w14:textId="77777777" w:rsidR="002355BD" w:rsidRPr="001179E8" w:rsidRDefault="00000000">
      <w:pPr>
        <w:rPr>
          <w:lang w:val="pt-BR"/>
        </w:rPr>
      </w:pPr>
      <w:r w:rsidRPr="001179E8">
        <w:rPr>
          <w:lang w:val="pt-BR"/>
        </w:rPr>
        <w:br/>
      </w:r>
    </w:p>
    <w:p w14:paraId="28CC44AF" w14:textId="77777777" w:rsidR="002355BD" w:rsidRPr="001179E8" w:rsidRDefault="00000000">
      <w:pPr>
        <w:rPr>
          <w:lang w:val="pt-BR"/>
        </w:rPr>
      </w:pPr>
      <w:r w:rsidRPr="001179E8">
        <w:rPr>
          <w:lang w:val="pt-BR"/>
        </w:rPr>
        <w:t>Nicole sentiu seus olhos se encherem de lágrimas. "Eu também te amo, Rick," respondeu ela, sua voz embargada pela emoção.</w:t>
      </w:r>
    </w:p>
    <w:p w14:paraId="3F73B8F4" w14:textId="77777777" w:rsidR="002355BD" w:rsidRPr="001179E8" w:rsidRDefault="00000000">
      <w:pPr>
        <w:rPr>
          <w:lang w:val="pt-BR"/>
        </w:rPr>
      </w:pPr>
      <w:r w:rsidRPr="001179E8">
        <w:rPr>
          <w:lang w:val="pt-BR"/>
        </w:rPr>
        <w:br/>
      </w:r>
    </w:p>
    <w:p w14:paraId="558B3823" w14:textId="77777777" w:rsidR="002355BD" w:rsidRPr="001179E8" w:rsidRDefault="00000000">
      <w:pPr>
        <w:rPr>
          <w:lang w:val="pt-BR"/>
        </w:rPr>
      </w:pPr>
      <w:r w:rsidRPr="001179E8">
        <w:rPr>
          <w:lang w:val="pt-BR"/>
        </w:rPr>
        <w:t>Saíram da caverna de mãos dadas, prontos para enfrentar o que quer que o submundo lhes reservasse, seus laços fortalecidos pela intensidade do que haviam compartilhado.</w:t>
      </w:r>
    </w:p>
    <w:p w14:paraId="58F58C34" w14:textId="77777777" w:rsidR="002355BD" w:rsidRPr="001179E8" w:rsidRDefault="00000000">
      <w:pPr>
        <w:rPr>
          <w:lang w:val="pt-BR"/>
        </w:rPr>
      </w:pPr>
      <w:r w:rsidRPr="001179E8">
        <w:rPr>
          <w:lang w:val="pt-BR"/>
        </w:rPr>
        <w:br/>
      </w:r>
    </w:p>
    <w:p w14:paraId="5F107989" w14:textId="77777777" w:rsidR="002355BD" w:rsidRPr="001179E8" w:rsidRDefault="00000000">
      <w:pPr>
        <w:rPr>
          <w:lang w:val="pt-BR"/>
        </w:rPr>
      </w:pPr>
      <w:r w:rsidRPr="001179E8">
        <w:rPr>
          <w:lang w:val="pt-BR"/>
        </w:rPr>
        <w:t>Eco os esperava na entrada, sua figura encapuzada imóvel como uma estátua. Se percebeu a mudança na dinâmica entre eles, não demonstrou.</w:t>
      </w:r>
    </w:p>
    <w:p w14:paraId="16136406" w14:textId="77777777" w:rsidR="002355BD" w:rsidRPr="001179E8" w:rsidRDefault="00000000">
      <w:pPr>
        <w:rPr>
          <w:lang w:val="pt-BR"/>
        </w:rPr>
      </w:pPr>
      <w:r w:rsidRPr="001179E8">
        <w:rPr>
          <w:lang w:val="pt-BR"/>
        </w:rPr>
        <w:br/>
      </w:r>
    </w:p>
    <w:p w14:paraId="00F0F933" w14:textId="77777777" w:rsidR="002355BD" w:rsidRPr="001179E8" w:rsidRDefault="00000000">
      <w:pPr>
        <w:rPr>
          <w:lang w:val="pt-BR"/>
        </w:rPr>
      </w:pPr>
      <w:r w:rsidRPr="001179E8">
        <w:rPr>
          <w:lang w:val="pt-BR"/>
        </w:rPr>
        <w:t>"Estão prontos?" perguntou Eco, sua voz o mesmo sussurro multifacetado de antes.</w:t>
      </w:r>
    </w:p>
    <w:p w14:paraId="3794C3CA" w14:textId="77777777" w:rsidR="002355BD" w:rsidRPr="001179E8" w:rsidRDefault="00000000">
      <w:pPr>
        <w:rPr>
          <w:lang w:val="pt-BR"/>
        </w:rPr>
      </w:pPr>
      <w:r w:rsidRPr="001179E8">
        <w:rPr>
          <w:lang w:val="pt-BR"/>
        </w:rPr>
        <w:br/>
      </w:r>
    </w:p>
    <w:p w14:paraId="6127E0F1" w14:textId="77777777" w:rsidR="002355BD" w:rsidRPr="001179E8" w:rsidRDefault="00000000">
      <w:pPr>
        <w:rPr>
          <w:lang w:val="pt-BR"/>
        </w:rPr>
      </w:pPr>
      <w:r w:rsidRPr="001179E8">
        <w:rPr>
          <w:lang w:val="pt-BR"/>
        </w:rPr>
        <w:t>Nicole e Rick assentiram, trocando um último olhar significativo.</w:t>
      </w:r>
    </w:p>
    <w:p w14:paraId="51ED6A92" w14:textId="77777777" w:rsidR="002355BD" w:rsidRPr="001179E8" w:rsidRDefault="00000000">
      <w:pPr>
        <w:rPr>
          <w:lang w:val="pt-BR"/>
        </w:rPr>
      </w:pPr>
      <w:r w:rsidRPr="001179E8">
        <w:rPr>
          <w:lang w:val="pt-BR"/>
        </w:rPr>
        <w:br/>
      </w:r>
    </w:p>
    <w:p w14:paraId="1C1E47E5" w14:textId="77777777" w:rsidR="002355BD" w:rsidRPr="001179E8" w:rsidRDefault="00000000">
      <w:pPr>
        <w:rPr>
          <w:lang w:val="pt-BR"/>
        </w:rPr>
      </w:pPr>
      <w:r w:rsidRPr="001179E8">
        <w:rPr>
          <w:lang w:val="pt-BR"/>
        </w:rPr>
        <w:t>"O caminho à frente é perigoso," advertiu Eco. "Atravessaremos os Campos das Cinzas Sussurrantes, onde os ecos dos mortos podem enlouquecer os vivos. Mantenham-se perto e não deem ouvidos às vozes."</w:t>
      </w:r>
    </w:p>
    <w:p w14:paraId="50B8E266" w14:textId="77777777" w:rsidR="002355BD" w:rsidRPr="001179E8" w:rsidRDefault="00000000">
      <w:pPr>
        <w:rPr>
          <w:lang w:val="pt-BR"/>
        </w:rPr>
      </w:pPr>
      <w:r w:rsidRPr="001179E8">
        <w:rPr>
          <w:lang w:val="pt-BR"/>
        </w:rPr>
        <w:br/>
      </w:r>
    </w:p>
    <w:p w14:paraId="5FD24476" w14:textId="77777777" w:rsidR="002355BD" w:rsidRPr="001179E8" w:rsidRDefault="00000000">
      <w:pPr>
        <w:rPr>
          <w:lang w:val="pt-BR"/>
        </w:rPr>
      </w:pPr>
      <w:r w:rsidRPr="001179E8">
        <w:rPr>
          <w:lang w:val="pt-BR"/>
        </w:rPr>
        <w:t>Eles seguiram Eco para fora da caverna, de volta aos túneis sinuosos. A atmosfera parecia mais pesada agora, carregada com a antecipação do perigo. Mas Nicole e Rick caminhavam lado a lado, sua conexão uma âncora silenciosa na escuridão.</w:t>
      </w:r>
    </w:p>
    <w:p w14:paraId="209941CE" w14:textId="77777777" w:rsidR="002355BD" w:rsidRPr="001179E8" w:rsidRDefault="00000000">
      <w:pPr>
        <w:rPr>
          <w:lang w:val="pt-BR"/>
        </w:rPr>
      </w:pPr>
      <w:r w:rsidRPr="001179E8">
        <w:rPr>
          <w:lang w:val="pt-BR"/>
        </w:rPr>
        <w:lastRenderedPageBreak/>
        <w:br/>
      </w:r>
    </w:p>
    <w:p w14:paraId="327E34A2" w14:textId="77777777" w:rsidR="002355BD" w:rsidRPr="001179E8" w:rsidRDefault="00000000">
      <w:pPr>
        <w:rPr>
          <w:lang w:val="pt-BR"/>
        </w:rPr>
      </w:pPr>
      <w:r w:rsidRPr="001179E8">
        <w:rPr>
          <w:lang w:val="pt-BR"/>
        </w:rPr>
        <w:t>Após outra hora de caminhada pelos túneis, eles emergiram em uma vasta caverna diferente de qualquer outra que já tinham visto. O chão era coberto por uma fina camada de cinza fina que se erguia em nuvens fantasmagóricas a cada passo. O ar estava frio e parado, e um silêncio opressor pairava sobre o lugar, quebrado apenas por sussurros fracos que pareciam vir de todas as direções e de lugar nenhum ao mesmo tempo.</w:t>
      </w:r>
    </w:p>
    <w:p w14:paraId="2EB5F88E" w14:textId="77777777" w:rsidR="002355BD" w:rsidRPr="001179E8" w:rsidRDefault="00000000">
      <w:pPr>
        <w:rPr>
          <w:lang w:val="pt-BR"/>
        </w:rPr>
      </w:pPr>
      <w:r w:rsidRPr="001179E8">
        <w:rPr>
          <w:lang w:val="pt-BR"/>
        </w:rPr>
        <w:br/>
      </w:r>
    </w:p>
    <w:p w14:paraId="160D20ED" w14:textId="77777777" w:rsidR="002355BD" w:rsidRPr="001179E8" w:rsidRDefault="00000000">
      <w:pPr>
        <w:rPr>
          <w:lang w:val="pt-BR"/>
        </w:rPr>
      </w:pPr>
      <w:r w:rsidRPr="001179E8">
        <w:rPr>
          <w:lang w:val="pt-BR"/>
        </w:rPr>
        <w:t>"Os Campos das Cinzas Sussurrantes," murmurou Eco. "Não parem. Não escutem."</w:t>
      </w:r>
    </w:p>
    <w:p w14:paraId="10B4E690" w14:textId="77777777" w:rsidR="002355BD" w:rsidRPr="001179E8" w:rsidRDefault="00000000">
      <w:pPr>
        <w:rPr>
          <w:lang w:val="pt-BR"/>
        </w:rPr>
      </w:pPr>
      <w:r w:rsidRPr="001179E8">
        <w:rPr>
          <w:lang w:val="pt-BR"/>
        </w:rPr>
        <w:br/>
      </w:r>
    </w:p>
    <w:p w14:paraId="06FDDA36" w14:textId="77777777" w:rsidR="002355BD" w:rsidRPr="001179E8" w:rsidRDefault="00000000">
      <w:pPr>
        <w:rPr>
          <w:lang w:val="pt-BR"/>
        </w:rPr>
      </w:pPr>
      <w:r w:rsidRPr="001179E8">
        <w:rPr>
          <w:lang w:val="pt-BR"/>
        </w:rPr>
        <w:t>Eles começaram a atravessar a caverna cavernosa, as cinzas amortecendo seus passos. Os sussurros ficaram mais altos, mais distintos – vozes que pareciam familiares, chamando seus nomes, murmurando dúvidas e medos.</w:t>
      </w:r>
    </w:p>
    <w:p w14:paraId="53A9106C" w14:textId="77777777" w:rsidR="002355BD" w:rsidRPr="001179E8" w:rsidRDefault="00000000">
      <w:pPr>
        <w:rPr>
          <w:lang w:val="pt-BR"/>
        </w:rPr>
      </w:pPr>
      <w:r w:rsidRPr="001179E8">
        <w:rPr>
          <w:lang w:val="pt-BR"/>
        </w:rPr>
        <w:br/>
      </w:r>
    </w:p>
    <w:p w14:paraId="17E7F207" w14:textId="77777777" w:rsidR="002355BD" w:rsidRPr="001179E8" w:rsidRDefault="00000000">
      <w:pPr>
        <w:rPr>
          <w:lang w:val="pt-BR"/>
        </w:rPr>
      </w:pPr>
      <w:r w:rsidRPr="001179E8">
        <w:rPr>
          <w:lang w:val="pt-BR"/>
        </w:rPr>
        <w:t>Nicole ouviu a voz de seu pai, Eletron, expressando decepção por sua falha. Ouviu a voz de sua mãe, Nyx, advertindo-a sobre sua fraqueza. Tentou bloquear as vozes, concentrando-se nos passos à frente, na sensação da mão de Rick segurando a sua com força.</w:t>
      </w:r>
    </w:p>
    <w:p w14:paraId="383CB482" w14:textId="77777777" w:rsidR="002355BD" w:rsidRPr="001179E8" w:rsidRDefault="00000000">
      <w:pPr>
        <w:rPr>
          <w:lang w:val="pt-BR"/>
        </w:rPr>
      </w:pPr>
      <w:r w:rsidRPr="001179E8">
        <w:rPr>
          <w:lang w:val="pt-BR"/>
        </w:rPr>
        <w:br/>
      </w:r>
    </w:p>
    <w:p w14:paraId="0BE5C163" w14:textId="77777777" w:rsidR="002355BD" w:rsidRPr="001179E8" w:rsidRDefault="00000000">
      <w:pPr>
        <w:rPr>
          <w:lang w:val="pt-BR"/>
        </w:rPr>
      </w:pPr>
      <w:r w:rsidRPr="001179E8">
        <w:rPr>
          <w:lang w:val="pt-BR"/>
        </w:rPr>
        <w:t>Ao lado dela, Rick também estava lutando. Seu rosto estava tenso, seus nós dos dedos brancos onde agarrava a mão de Nicole. Ele provavelmente estava ouvindo as vozes de seus próprios pais, Densa e Nitro, criticando-o, julgando-o.</w:t>
      </w:r>
    </w:p>
    <w:p w14:paraId="0838A47F" w14:textId="77777777" w:rsidR="002355BD" w:rsidRPr="001179E8" w:rsidRDefault="00000000">
      <w:pPr>
        <w:rPr>
          <w:lang w:val="pt-BR"/>
        </w:rPr>
      </w:pPr>
      <w:r w:rsidRPr="001179E8">
        <w:rPr>
          <w:lang w:val="pt-BR"/>
        </w:rPr>
        <w:br/>
      </w:r>
    </w:p>
    <w:p w14:paraId="000B5217" w14:textId="77777777" w:rsidR="002355BD" w:rsidRPr="001179E8" w:rsidRDefault="00000000">
      <w:pPr>
        <w:rPr>
          <w:lang w:val="pt-BR"/>
        </w:rPr>
      </w:pPr>
      <w:r w:rsidRPr="001179E8">
        <w:rPr>
          <w:lang w:val="pt-BR"/>
        </w:rPr>
        <w:t>Os sussurros tornaram-se mais insistentes, mais pessoais, explorando suas inseguranças mais profundas. Nicole sentiu sua determinação vacilar, as dúvidas insinuando-se em sua mente. Talvez ela fosse fraca. Talvez estivesse destinada a falhar.</w:t>
      </w:r>
    </w:p>
    <w:p w14:paraId="4D58E770" w14:textId="77777777" w:rsidR="002355BD" w:rsidRPr="001179E8" w:rsidRDefault="00000000">
      <w:pPr>
        <w:rPr>
          <w:lang w:val="pt-BR"/>
        </w:rPr>
      </w:pPr>
      <w:r w:rsidRPr="001179E8">
        <w:rPr>
          <w:lang w:val="pt-BR"/>
        </w:rPr>
        <w:br/>
      </w:r>
    </w:p>
    <w:p w14:paraId="66B39E89" w14:textId="77777777" w:rsidR="002355BD" w:rsidRPr="001179E8" w:rsidRDefault="00000000">
      <w:pPr>
        <w:rPr>
          <w:lang w:val="pt-BR"/>
        </w:rPr>
      </w:pPr>
      <w:r w:rsidRPr="001179E8">
        <w:rPr>
          <w:lang w:val="pt-BR"/>
        </w:rPr>
        <w:t>Então, sentiu Rick apertar sua mão com mais força. Olhou para ele e viu a mesma luta refletida em seus olhos, mas também uma determinação feroz. Eles trocaram um olhar – um reconhecimento silencioso de sua luta compartilhada, uma promessa de não ceder.</w:t>
      </w:r>
    </w:p>
    <w:p w14:paraId="13D5D5FF" w14:textId="77777777" w:rsidR="002355BD" w:rsidRPr="001179E8" w:rsidRDefault="00000000">
      <w:pPr>
        <w:rPr>
          <w:lang w:val="pt-BR"/>
        </w:rPr>
      </w:pPr>
      <w:r w:rsidRPr="001179E8">
        <w:rPr>
          <w:lang w:val="pt-BR"/>
        </w:rPr>
        <w:lastRenderedPageBreak/>
        <w:br/>
      </w:r>
    </w:p>
    <w:p w14:paraId="0D7F6484" w14:textId="77777777" w:rsidR="002355BD" w:rsidRPr="001179E8" w:rsidRDefault="00000000">
      <w:pPr>
        <w:rPr>
          <w:lang w:val="pt-BR"/>
        </w:rPr>
      </w:pPr>
      <w:r w:rsidRPr="001179E8">
        <w:rPr>
          <w:lang w:val="pt-BR"/>
        </w:rPr>
        <w:t>Juntos, eles avançaram, ignorando os sussurros, focando apenas um no outro, em sua conexão. O centro da caverna estava agora à vista – e no centro, algo inesperado.</w:t>
      </w:r>
    </w:p>
    <w:p w14:paraId="6B3FDD5D" w14:textId="77777777" w:rsidR="002355BD" w:rsidRPr="001179E8" w:rsidRDefault="00000000">
      <w:pPr>
        <w:rPr>
          <w:lang w:val="pt-BR"/>
        </w:rPr>
      </w:pPr>
      <w:r w:rsidRPr="001179E8">
        <w:rPr>
          <w:lang w:val="pt-BR"/>
        </w:rPr>
        <w:br/>
      </w:r>
    </w:p>
    <w:p w14:paraId="0C1C2895" w14:textId="77777777" w:rsidR="002355BD" w:rsidRPr="001179E8" w:rsidRDefault="00000000">
      <w:pPr>
        <w:rPr>
          <w:lang w:val="pt-BR"/>
        </w:rPr>
      </w:pPr>
      <w:r w:rsidRPr="001179E8">
        <w:rPr>
          <w:lang w:val="pt-BR"/>
        </w:rPr>
        <w:t>Sentada em uma rocha coberta de cinzas, estava uma jovem mulher. Tinha cabelos loiros e compridos, emaranhados e sujos, e usava roupas que pareciam ter sido finas e elegantes um dia, mas agora estavam rasgadas e manchadas. Ela abraçava os joelhos contra o peito, balançando-se suavemente para frente e para trás, seus olhos azuis arregalados de medo e confusão, fixos no nada.O tempo no submundo era uma entidade fluida e enganosa. Sem sol ou estrelas para marcar sua passagem, Nicole e Ricardo dependiam de seus próprios ritmos internos e da luminescência variável do céu púrpura para estimar os ciclos de descanso e vigília. Rick recuperava-se lentamente da sobrecarga de energia; a palidez diminuía, e a febre baixa que o acometera após o esforço extremo cedia gradualmente.</w:t>
      </w:r>
    </w:p>
    <w:p w14:paraId="2F4D8FE8" w14:textId="77777777" w:rsidR="002355BD" w:rsidRPr="001179E8" w:rsidRDefault="00000000">
      <w:pPr>
        <w:rPr>
          <w:lang w:val="pt-BR"/>
        </w:rPr>
      </w:pPr>
      <w:r w:rsidRPr="001179E8">
        <w:rPr>
          <w:lang w:val="pt-BR"/>
        </w:rPr>
        <w:br/>
      </w:r>
    </w:p>
    <w:p w14:paraId="4D967E76" w14:textId="77777777" w:rsidR="002355BD" w:rsidRPr="001179E8" w:rsidRDefault="00000000">
      <w:pPr>
        <w:rPr>
          <w:lang w:val="pt-BR"/>
        </w:rPr>
      </w:pPr>
      <w:r w:rsidRPr="001179E8">
        <w:rPr>
          <w:lang w:val="pt-BR"/>
        </w:rPr>
        <w:t>Nicole cuidava dele com uma eficiência prática que mascarava a profunda preocupação que sentia. Dividiam a pouca água que restava e racionavam a energia, mantendo o brilho metálico de Nicole no mínimo necessário para afastar a escuridão opressora do templo em ruínas.</w:t>
      </w:r>
    </w:p>
    <w:p w14:paraId="217E6423" w14:textId="77777777" w:rsidR="002355BD" w:rsidRPr="001179E8" w:rsidRDefault="00000000">
      <w:pPr>
        <w:rPr>
          <w:lang w:val="pt-BR"/>
        </w:rPr>
      </w:pPr>
      <w:r w:rsidRPr="001179E8">
        <w:rPr>
          <w:lang w:val="pt-BR"/>
        </w:rPr>
        <w:br/>
      </w:r>
    </w:p>
    <w:p w14:paraId="08D46271" w14:textId="77777777" w:rsidR="002355BD" w:rsidRPr="001179E8" w:rsidRDefault="00000000">
      <w:pPr>
        <w:rPr>
          <w:lang w:val="pt-BR"/>
        </w:rPr>
      </w:pPr>
      <w:r w:rsidRPr="001179E8">
        <w:rPr>
          <w:lang w:val="pt-BR"/>
        </w:rPr>
        <w:t>Enquanto Rick dormia, Nicole explorava os arredores imediatos, sempre alerta a qualquer sinal de perigo. Os gritos distantes dos espectros haviam diminuído, mas a sensação de estar sendo observada nunca desaparecia completamente. O próprio ar parecia carregado de uma malevolência antiga.</w:t>
      </w:r>
    </w:p>
    <w:p w14:paraId="56D146B7" w14:textId="77777777" w:rsidR="002355BD" w:rsidRPr="001179E8" w:rsidRDefault="00000000">
      <w:pPr>
        <w:rPr>
          <w:lang w:val="pt-BR"/>
        </w:rPr>
      </w:pPr>
      <w:r w:rsidRPr="001179E8">
        <w:rPr>
          <w:lang w:val="pt-BR"/>
        </w:rPr>
        <w:br/>
      </w:r>
    </w:p>
    <w:p w14:paraId="3592C721" w14:textId="77777777" w:rsidR="002355BD" w:rsidRPr="001179E8" w:rsidRDefault="00000000">
      <w:pPr>
        <w:rPr>
          <w:lang w:val="pt-BR"/>
        </w:rPr>
      </w:pPr>
      <w:r w:rsidRPr="001179E8">
        <w:rPr>
          <w:lang w:val="pt-BR"/>
        </w:rPr>
        <w:t>Foi durante uma dessas explorações cautelosas que Eco retornou, surgindo silenciosamente das sombras como se fosse parte delas.</w:t>
      </w:r>
    </w:p>
    <w:p w14:paraId="5AEDFF00" w14:textId="77777777" w:rsidR="002355BD" w:rsidRPr="001179E8" w:rsidRDefault="00000000">
      <w:pPr>
        <w:rPr>
          <w:lang w:val="pt-BR"/>
        </w:rPr>
      </w:pPr>
      <w:r w:rsidRPr="001179E8">
        <w:rPr>
          <w:lang w:val="pt-BR"/>
        </w:rPr>
        <w:br/>
      </w:r>
    </w:p>
    <w:p w14:paraId="775C7DCF" w14:textId="77777777" w:rsidR="002355BD" w:rsidRPr="001179E8" w:rsidRDefault="00000000">
      <w:pPr>
        <w:rPr>
          <w:lang w:val="pt-BR"/>
        </w:rPr>
      </w:pPr>
      <w:r w:rsidRPr="001179E8">
        <w:rPr>
          <w:lang w:val="pt-BR"/>
        </w:rPr>
        <w:t>"Ele está melhor?" perguntou Eco, sua voz um sussurro multifacetado, indicando Rick que ainda dormia encostado em uma coluna.</w:t>
      </w:r>
    </w:p>
    <w:p w14:paraId="32537419" w14:textId="77777777" w:rsidR="002355BD" w:rsidRPr="001179E8" w:rsidRDefault="00000000">
      <w:pPr>
        <w:rPr>
          <w:lang w:val="pt-BR"/>
        </w:rPr>
      </w:pPr>
      <w:r w:rsidRPr="001179E8">
        <w:rPr>
          <w:lang w:val="pt-BR"/>
        </w:rPr>
        <w:lastRenderedPageBreak/>
        <w:br/>
      </w:r>
    </w:p>
    <w:p w14:paraId="4699AD56" w14:textId="77777777" w:rsidR="002355BD" w:rsidRPr="001179E8" w:rsidRDefault="00000000">
      <w:pPr>
        <w:rPr>
          <w:lang w:val="pt-BR"/>
        </w:rPr>
      </w:pPr>
      <w:r w:rsidRPr="001179E8">
        <w:rPr>
          <w:lang w:val="pt-BR"/>
        </w:rPr>
        <w:t>Nicole assentiu. "Está se recuperando. Mas ainda está fraco. Precisamos de mais tempo."</w:t>
      </w:r>
    </w:p>
    <w:p w14:paraId="109B964F" w14:textId="77777777" w:rsidR="002355BD" w:rsidRPr="001179E8" w:rsidRDefault="00000000">
      <w:pPr>
        <w:rPr>
          <w:lang w:val="pt-BR"/>
        </w:rPr>
      </w:pPr>
      <w:r w:rsidRPr="001179E8">
        <w:rPr>
          <w:lang w:val="pt-BR"/>
        </w:rPr>
        <w:br/>
      </w:r>
    </w:p>
    <w:p w14:paraId="3BE214EA" w14:textId="77777777" w:rsidR="002355BD" w:rsidRPr="001179E8" w:rsidRDefault="00000000">
      <w:pPr>
        <w:rPr>
          <w:lang w:val="pt-BR"/>
        </w:rPr>
      </w:pPr>
      <w:r w:rsidRPr="001179E8">
        <w:rPr>
          <w:lang w:val="pt-BR"/>
        </w:rPr>
        <w:t>Eco balançou a cabeça, o capuz escondendo sua expressão. "O tempo é um luxo que não temos. Os servos de Abyzoth se aproximam. Sinto a presença deles se espalhando pelas ruínas como uma praga."</w:t>
      </w:r>
    </w:p>
    <w:p w14:paraId="6B492208" w14:textId="77777777" w:rsidR="002355BD" w:rsidRPr="001179E8" w:rsidRDefault="00000000">
      <w:pPr>
        <w:rPr>
          <w:lang w:val="pt-BR"/>
        </w:rPr>
      </w:pPr>
      <w:r w:rsidRPr="001179E8">
        <w:rPr>
          <w:lang w:val="pt-BR"/>
        </w:rPr>
        <w:br/>
      </w:r>
    </w:p>
    <w:p w14:paraId="6FAB829E" w14:textId="77777777" w:rsidR="002355BD" w:rsidRPr="001179E8" w:rsidRDefault="00000000">
      <w:pPr>
        <w:rPr>
          <w:lang w:val="pt-BR"/>
        </w:rPr>
      </w:pPr>
      <w:r w:rsidRPr="001179E8">
        <w:rPr>
          <w:lang w:val="pt-BR"/>
        </w:rPr>
        <w:t>Nicole sentiu um arrepio. "Então precisamos partir agora?"</w:t>
      </w:r>
    </w:p>
    <w:p w14:paraId="21BECF07" w14:textId="77777777" w:rsidR="002355BD" w:rsidRPr="001179E8" w:rsidRDefault="00000000">
      <w:pPr>
        <w:rPr>
          <w:lang w:val="pt-BR"/>
        </w:rPr>
      </w:pPr>
      <w:r w:rsidRPr="001179E8">
        <w:rPr>
          <w:lang w:val="pt-BR"/>
        </w:rPr>
        <w:br/>
      </w:r>
    </w:p>
    <w:p w14:paraId="3018FB1D" w14:textId="77777777" w:rsidR="002355BD" w:rsidRPr="001179E8" w:rsidRDefault="00000000">
      <w:pPr>
        <w:rPr>
          <w:lang w:val="pt-BR"/>
        </w:rPr>
      </w:pPr>
      <w:r w:rsidRPr="001179E8">
        <w:rPr>
          <w:lang w:val="pt-BR"/>
        </w:rPr>
        <w:t>"Em breve," respondeu Eco. "Mas primeiro, há algo que você deve saber. Algo sobre você."</w:t>
      </w:r>
    </w:p>
    <w:p w14:paraId="49664A85" w14:textId="77777777" w:rsidR="002355BD" w:rsidRPr="001179E8" w:rsidRDefault="00000000">
      <w:pPr>
        <w:rPr>
          <w:lang w:val="pt-BR"/>
        </w:rPr>
      </w:pPr>
      <w:r w:rsidRPr="001179E8">
        <w:rPr>
          <w:lang w:val="pt-BR"/>
        </w:rPr>
        <w:br/>
      </w:r>
    </w:p>
    <w:p w14:paraId="7445B8FD" w14:textId="77777777" w:rsidR="002355BD" w:rsidRPr="001179E8" w:rsidRDefault="00000000">
      <w:pPr>
        <w:rPr>
          <w:lang w:val="pt-BR"/>
        </w:rPr>
      </w:pPr>
      <w:r w:rsidRPr="001179E8">
        <w:rPr>
          <w:lang w:val="pt-BR"/>
        </w:rPr>
        <w:t>Nicole franziu a testa. "Sobre mim?"</w:t>
      </w:r>
    </w:p>
    <w:p w14:paraId="31D6B899" w14:textId="77777777" w:rsidR="002355BD" w:rsidRPr="001179E8" w:rsidRDefault="00000000">
      <w:pPr>
        <w:rPr>
          <w:lang w:val="pt-BR"/>
        </w:rPr>
      </w:pPr>
      <w:r w:rsidRPr="001179E8">
        <w:rPr>
          <w:lang w:val="pt-BR"/>
        </w:rPr>
        <w:br/>
      </w:r>
    </w:p>
    <w:p w14:paraId="157494A2" w14:textId="77777777" w:rsidR="002355BD" w:rsidRPr="001179E8" w:rsidRDefault="00000000">
      <w:pPr>
        <w:rPr>
          <w:lang w:val="pt-BR"/>
        </w:rPr>
      </w:pPr>
      <w:r w:rsidRPr="001179E8">
        <w:rPr>
          <w:lang w:val="pt-BR"/>
        </w:rPr>
        <w:t>Eco deu um passo à frente, seus olhos negros e sem fundo fixos em Nicole. "O metal que você carrega... não é apenas metal. É uma centelha. Uma essência."</w:t>
      </w:r>
    </w:p>
    <w:p w14:paraId="3476D688" w14:textId="77777777" w:rsidR="002355BD" w:rsidRPr="001179E8" w:rsidRDefault="00000000">
      <w:pPr>
        <w:rPr>
          <w:lang w:val="pt-BR"/>
        </w:rPr>
      </w:pPr>
      <w:r w:rsidRPr="001179E8">
        <w:rPr>
          <w:lang w:val="pt-BR"/>
        </w:rPr>
        <w:br/>
      </w:r>
    </w:p>
    <w:p w14:paraId="4E10E46A" w14:textId="77777777" w:rsidR="002355BD" w:rsidRPr="001179E8" w:rsidRDefault="00000000">
      <w:pPr>
        <w:rPr>
          <w:lang w:val="pt-BR"/>
        </w:rPr>
      </w:pPr>
      <w:r w:rsidRPr="001179E8">
        <w:rPr>
          <w:lang w:val="pt-BR"/>
        </w:rPr>
        <w:t>"Eu sei," disse Nicole. "Veio do Dragão Justo. Durante o acidente que me deu meus poderes."</w:t>
      </w:r>
    </w:p>
    <w:p w14:paraId="79179B82" w14:textId="77777777" w:rsidR="002355BD" w:rsidRPr="001179E8" w:rsidRDefault="00000000">
      <w:pPr>
        <w:rPr>
          <w:lang w:val="pt-BR"/>
        </w:rPr>
      </w:pPr>
      <w:r w:rsidRPr="001179E8">
        <w:rPr>
          <w:lang w:val="pt-BR"/>
        </w:rPr>
        <w:br/>
      </w:r>
    </w:p>
    <w:p w14:paraId="19B5C4BD" w14:textId="77777777" w:rsidR="002355BD" w:rsidRPr="001179E8" w:rsidRDefault="00000000">
      <w:pPr>
        <w:rPr>
          <w:lang w:val="pt-BR"/>
        </w:rPr>
      </w:pPr>
      <w:r w:rsidRPr="001179E8">
        <w:rPr>
          <w:lang w:val="pt-BR"/>
        </w:rPr>
        <w:t xml:space="preserve">"Não apenas </w:t>
      </w:r>
      <w:r w:rsidRPr="001179E8">
        <w:rPr>
          <w:i/>
          <w:lang w:val="pt-BR"/>
        </w:rPr>
        <w:t>*veio*</w:t>
      </w:r>
      <w:r w:rsidRPr="001179E8">
        <w:rPr>
          <w:lang w:val="pt-BR"/>
        </w:rPr>
        <w:t xml:space="preserve"> dele," corrigiu Eco. "É </w:t>
      </w:r>
      <w:r w:rsidRPr="001179E8">
        <w:rPr>
          <w:i/>
          <w:lang w:val="pt-BR"/>
        </w:rPr>
        <w:t>*parte*</w:t>
      </w:r>
      <w:r w:rsidRPr="001179E8">
        <w:rPr>
          <w:lang w:val="pt-BR"/>
        </w:rPr>
        <w:t xml:space="preserve"> dele. Uma lasca de sua alma, fundida à sua. É por isso que o submundo tem dificuldade em corrompê-la completamente. Você carrega a luz da Justiça dentro de você."</w:t>
      </w:r>
    </w:p>
    <w:p w14:paraId="6D493989" w14:textId="77777777" w:rsidR="002355BD" w:rsidRPr="001179E8" w:rsidRDefault="00000000">
      <w:pPr>
        <w:rPr>
          <w:lang w:val="pt-BR"/>
        </w:rPr>
      </w:pPr>
      <w:r w:rsidRPr="001179E8">
        <w:rPr>
          <w:lang w:val="pt-BR"/>
        </w:rPr>
        <w:br/>
      </w:r>
    </w:p>
    <w:p w14:paraId="2D31236C" w14:textId="77777777" w:rsidR="002355BD" w:rsidRPr="001179E8" w:rsidRDefault="00000000">
      <w:pPr>
        <w:rPr>
          <w:lang w:val="pt-BR"/>
        </w:rPr>
      </w:pPr>
      <w:r w:rsidRPr="001179E8">
        <w:rPr>
          <w:lang w:val="pt-BR"/>
        </w:rPr>
        <w:lastRenderedPageBreak/>
        <w:t>Nicole ficou atônita. Sempre soubera a origem de seus poderes, mas nunca havia compreendido a profundidade dessa conexão.</w:t>
      </w:r>
    </w:p>
    <w:p w14:paraId="5128BA61" w14:textId="77777777" w:rsidR="002355BD" w:rsidRPr="001179E8" w:rsidRDefault="00000000">
      <w:pPr>
        <w:rPr>
          <w:lang w:val="pt-BR"/>
        </w:rPr>
      </w:pPr>
      <w:r w:rsidRPr="001179E8">
        <w:rPr>
          <w:lang w:val="pt-BR"/>
        </w:rPr>
        <w:br/>
      </w:r>
    </w:p>
    <w:p w14:paraId="2282F468" w14:textId="77777777" w:rsidR="002355BD" w:rsidRPr="001179E8" w:rsidRDefault="00000000">
      <w:pPr>
        <w:rPr>
          <w:lang w:val="pt-BR"/>
        </w:rPr>
      </w:pPr>
      <w:r w:rsidRPr="001179E8">
        <w:rPr>
          <w:lang w:val="pt-BR"/>
        </w:rPr>
        <w:t>"E como você sabe disso?" perguntou ela, desconfiada.</w:t>
      </w:r>
    </w:p>
    <w:p w14:paraId="14E6F31B" w14:textId="77777777" w:rsidR="002355BD" w:rsidRPr="001179E8" w:rsidRDefault="00000000">
      <w:pPr>
        <w:rPr>
          <w:lang w:val="pt-BR"/>
        </w:rPr>
      </w:pPr>
      <w:r w:rsidRPr="001179E8">
        <w:rPr>
          <w:lang w:val="pt-BR"/>
        </w:rPr>
        <w:br/>
      </w:r>
    </w:p>
    <w:p w14:paraId="7B09048F" w14:textId="77777777" w:rsidR="002355BD" w:rsidRPr="001179E8" w:rsidRDefault="00000000">
      <w:pPr>
        <w:rPr>
          <w:lang w:val="pt-BR"/>
        </w:rPr>
      </w:pPr>
      <w:r w:rsidRPr="001179E8">
        <w:rPr>
          <w:lang w:val="pt-BR"/>
        </w:rPr>
        <w:t>Eco sorriu tristemente. "Porque eu também sirvo à Justiça. Ou pelo menos, servia." Lentamente, Eco ergueu uma mão pálida e traçou um símbolo no ar – um dragão estilizado, entrelaçado com uma balança. "Eu sou – ou fui – um arauto do Dragão Justo. Enviado a este reino eras atrás para observar, para guardar. Mas como tantos outros, fui apanhado quando as sombras se aprofundaram. Perdi muito do que era. Agora, sou apenas... um Eco."</w:t>
      </w:r>
    </w:p>
    <w:p w14:paraId="2400D32B" w14:textId="77777777" w:rsidR="002355BD" w:rsidRPr="001179E8" w:rsidRDefault="00000000">
      <w:pPr>
        <w:rPr>
          <w:lang w:val="pt-BR"/>
        </w:rPr>
      </w:pPr>
      <w:r w:rsidRPr="001179E8">
        <w:rPr>
          <w:lang w:val="pt-BR"/>
        </w:rPr>
        <w:br/>
      </w:r>
    </w:p>
    <w:p w14:paraId="4EB1DDC8" w14:textId="77777777" w:rsidR="002355BD" w:rsidRPr="001179E8" w:rsidRDefault="00000000">
      <w:pPr>
        <w:rPr>
          <w:lang w:val="pt-BR"/>
        </w:rPr>
      </w:pPr>
      <w:r w:rsidRPr="001179E8">
        <w:rPr>
          <w:lang w:val="pt-BR"/>
        </w:rPr>
        <w:t>Nicole processou a revelação. O guia misterioso era um servo da mesma entidade que lhe dera seus poderes. Isso explicava por que Eco parecia tão sintonizado com ela, por que havia se oferecido para ajudar.</w:t>
      </w:r>
    </w:p>
    <w:p w14:paraId="18960E3C" w14:textId="77777777" w:rsidR="002355BD" w:rsidRPr="001179E8" w:rsidRDefault="00000000">
      <w:pPr>
        <w:rPr>
          <w:lang w:val="pt-BR"/>
        </w:rPr>
      </w:pPr>
      <w:r w:rsidRPr="001179E8">
        <w:rPr>
          <w:lang w:val="pt-BR"/>
        </w:rPr>
        <w:br/>
      </w:r>
    </w:p>
    <w:p w14:paraId="4FACDFB3" w14:textId="77777777" w:rsidR="002355BD" w:rsidRPr="001179E8" w:rsidRDefault="00000000">
      <w:pPr>
        <w:rPr>
          <w:lang w:val="pt-BR"/>
        </w:rPr>
      </w:pPr>
      <w:r w:rsidRPr="001179E8">
        <w:rPr>
          <w:lang w:val="pt-BR"/>
        </w:rPr>
        <w:t>"Se você é um arauto do Dragão Justo," disse Nicole, "então deve haver uma maneira de lutar contra Abyzoth, contra a Dragoa Maligna."</w:t>
      </w:r>
    </w:p>
    <w:p w14:paraId="360EAFF1" w14:textId="77777777" w:rsidR="002355BD" w:rsidRPr="001179E8" w:rsidRDefault="00000000">
      <w:pPr>
        <w:rPr>
          <w:lang w:val="pt-BR"/>
        </w:rPr>
      </w:pPr>
      <w:r w:rsidRPr="001179E8">
        <w:rPr>
          <w:lang w:val="pt-BR"/>
        </w:rPr>
        <w:br/>
      </w:r>
    </w:p>
    <w:p w14:paraId="6C808930" w14:textId="77777777" w:rsidR="002355BD" w:rsidRPr="001179E8" w:rsidRDefault="00000000">
      <w:pPr>
        <w:rPr>
          <w:lang w:val="pt-BR"/>
        </w:rPr>
      </w:pPr>
      <w:r w:rsidRPr="001179E8">
        <w:rPr>
          <w:lang w:val="pt-BR"/>
        </w:rPr>
        <w:t>"A luta é antiga, e as probabilidades são pequenas," respondeu Eco. "Mas a esperança reside nos portais. Se conseguirmos chegar a um, talvez possamos enviar uma mensagem, alertar os outros reinos. Ou talvez... escapar."</w:t>
      </w:r>
    </w:p>
    <w:p w14:paraId="1A1BF212" w14:textId="77777777" w:rsidR="002355BD" w:rsidRPr="001179E8" w:rsidRDefault="00000000">
      <w:pPr>
        <w:rPr>
          <w:lang w:val="pt-BR"/>
        </w:rPr>
      </w:pPr>
      <w:r w:rsidRPr="001179E8">
        <w:rPr>
          <w:lang w:val="pt-BR"/>
        </w:rPr>
        <w:br/>
      </w:r>
    </w:p>
    <w:p w14:paraId="3D226B4A" w14:textId="77777777" w:rsidR="002355BD" w:rsidRPr="001179E8" w:rsidRDefault="00000000">
      <w:pPr>
        <w:rPr>
          <w:lang w:val="pt-BR"/>
        </w:rPr>
      </w:pPr>
      <w:r w:rsidRPr="001179E8">
        <w:rPr>
          <w:lang w:val="pt-BR"/>
        </w:rPr>
        <w:t>Rick começou a se mexer, gemendo suavemente enquanto acordava. Seus olhos se abriram, focando primeiro em Nicole, depois em Eco.</w:t>
      </w:r>
    </w:p>
    <w:p w14:paraId="6C7ACC0C" w14:textId="77777777" w:rsidR="002355BD" w:rsidRPr="001179E8" w:rsidRDefault="00000000">
      <w:pPr>
        <w:rPr>
          <w:lang w:val="pt-BR"/>
        </w:rPr>
      </w:pPr>
      <w:r w:rsidRPr="001179E8">
        <w:rPr>
          <w:lang w:val="pt-BR"/>
        </w:rPr>
        <w:br/>
      </w:r>
    </w:p>
    <w:p w14:paraId="3DF2E437" w14:textId="77777777" w:rsidR="002355BD" w:rsidRPr="001179E8" w:rsidRDefault="00000000">
      <w:pPr>
        <w:rPr>
          <w:lang w:val="pt-BR"/>
        </w:rPr>
      </w:pPr>
      <w:r w:rsidRPr="001179E8">
        <w:rPr>
          <w:lang w:val="pt-BR"/>
        </w:rPr>
        <w:t>"Hora da festa?" murmurou ele, sua voz ainda rouca.</w:t>
      </w:r>
    </w:p>
    <w:p w14:paraId="2A29F590" w14:textId="77777777" w:rsidR="002355BD" w:rsidRPr="001179E8" w:rsidRDefault="00000000">
      <w:pPr>
        <w:rPr>
          <w:lang w:val="pt-BR"/>
        </w:rPr>
      </w:pPr>
      <w:r w:rsidRPr="001179E8">
        <w:rPr>
          <w:lang w:val="pt-BR"/>
        </w:rPr>
        <w:lastRenderedPageBreak/>
        <w:br/>
      </w:r>
    </w:p>
    <w:p w14:paraId="26BE5827" w14:textId="77777777" w:rsidR="002355BD" w:rsidRPr="001179E8" w:rsidRDefault="00000000">
      <w:pPr>
        <w:rPr>
          <w:lang w:val="pt-BR"/>
        </w:rPr>
      </w:pPr>
      <w:r w:rsidRPr="001179E8">
        <w:rPr>
          <w:lang w:val="pt-BR"/>
        </w:rPr>
        <w:t>"Quase," respondeu Nicole, ajudando-o a se sentar. "Eco diz que precisamos partir logo. Os servos de Abyzoth estão se aproximando."</w:t>
      </w:r>
    </w:p>
    <w:p w14:paraId="6F48848A" w14:textId="77777777" w:rsidR="002355BD" w:rsidRPr="001179E8" w:rsidRDefault="00000000">
      <w:pPr>
        <w:rPr>
          <w:lang w:val="pt-BR"/>
        </w:rPr>
      </w:pPr>
      <w:r w:rsidRPr="001179E8">
        <w:rPr>
          <w:lang w:val="pt-BR"/>
        </w:rPr>
        <w:br/>
      </w:r>
    </w:p>
    <w:p w14:paraId="4C11A110" w14:textId="77777777" w:rsidR="002355BD" w:rsidRPr="001179E8" w:rsidRDefault="00000000">
      <w:pPr>
        <w:rPr>
          <w:lang w:val="pt-BR"/>
        </w:rPr>
      </w:pPr>
      <w:r w:rsidRPr="001179E8">
        <w:rPr>
          <w:lang w:val="pt-BR"/>
        </w:rPr>
        <w:t>Rick assentiu, parecendo mais alerta do que antes. O descanso, embora breve, parecia ter feito bem. "Estou pronto. Para onde vamos?"</w:t>
      </w:r>
    </w:p>
    <w:p w14:paraId="5B5CB143" w14:textId="77777777" w:rsidR="002355BD" w:rsidRPr="001179E8" w:rsidRDefault="00000000">
      <w:pPr>
        <w:rPr>
          <w:lang w:val="pt-BR"/>
        </w:rPr>
      </w:pPr>
      <w:r w:rsidRPr="001179E8">
        <w:rPr>
          <w:lang w:val="pt-BR"/>
        </w:rPr>
        <w:br/>
      </w:r>
    </w:p>
    <w:p w14:paraId="0E093800" w14:textId="77777777" w:rsidR="002355BD" w:rsidRPr="001179E8" w:rsidRDefault="00000000">
      <w:pPr>
        <w:rPr>
          <w:lang w:val="pt-BR"/>
        </w:rPr>
      </w:pPr>
      <w:r w:rsidRPr="001179E8">
        <w:rPr>
          <w:lang w:val="pt-BR"/>
        </w:rPr>
        <w:t>"Há uma rede de túneis antigos sob estas ruínas," explicou Eco. "Usados pelos construtores originais. Podemos usá-los para evitar a maioria das patrulhas na superfície. Levarão-nos na direção do portal mais próximo."</w:t>
      </w:r>
    </w:p>
    <w:p w14:paraId="12B6179E" w14:textId="77777777" w:rsidR="002355BD" w:rsidRPr="001179E8" w:rsidRDefault="00000000">
      <w:pPr>
        <w:rPr>
          <w:lang w:val="pt-BR"/>
        </w:rPr>
      </w:pPr>
      <w:r w:rsidRPr="001179E8">
        <w:rPr>
          <w:lang w:val="pt-BR"/>
        </w:rPr>
        <w:br/>
      </w:r>
    </w:p>
    <w:p w14:paraId="6EB4C40A" w14:textId="77777777" w:rsidR="002355BD" w:rsidRPr="001179E8" w:rsidRDefault="00000000">
      <w:pPr>
        <w:rPr>
          <w:lang w:val="pt-BR"/>
        </w:rPr>
      </w:pPr>
      <w:r w:rsidRPr="001179E8">
        <w:rPr>
          <w:lang w:val="pt-BR"/>
        </w:rPr>
        <w:t>---</w:t>
      </w:r>
    </w:p>
    <w:p w14:paraId="27D1A3F4" w14:textId="77777777" w:rsidR="002355BD" w:rsidRPr="001179E8" w:rsidRDefault="00000000">
      <w:pPr>
        <w:rPr>
          <w:lang w:val="pt-BR"/>
        </w:rPr>
      </w:pPr>
      <w:r w:rsidRPr="001179E8">
        <w:rPr>
          <w:lang w:val="pt-BR"/>
        </w:rPr>
        <w:br/>
      </w:r>
    </w:p>
    <w:p w14:paraId="308B85E8" w14:textId="77777777" w:rsidR="002355BD" w:rsidRPr="001179E8" w:rsidRDefault="00000000">
      <w:pPr>
        <w:rPr>
          <w:lang w:val="pt-BR"/>
        </w:rPr>
      </w:pPr>
      <w:r w:rsidRPr="001179E8">
        <w:rPr>
          <w:lang w:val="pt-BR"/>
        </w:rPr>
        <w:t>A jornada pelos túneis foi claustrofóbica e desconcertante. Eram passagens estreitas, claramente não construídas para seres de tamanho humano, forçando-os a se curvar e, às vezes, rastejar. O ar era pesado e estagnado, e a escuridão era quase total, quebrada apenas pelo brilho mínimo que Nicole permitia emanar de seu braço metálico e pela estranha luminescência pálida que parecia vir do próprio Eco.</w:t>
      </w:r>
    </w:p>
    <w:p w14:paraId="739CECF2" w14:textId="77777777" w:rsidR="002355BD" w:rsidRPr="001179E8" w:rsidRDefault="00000000">
      <w:pPr>
        <w:rPr>
          <w:lang w:val="pt-BR"/>
        </w:rPr>
      </w:pPr>
      <w:r w:rsidRPr="001179E8">
        <w:rPr>
          <w:lang w:val="pt-BR"/>
        </w:rPr>
        <w:br/>
      </w:r>
    </w:p>
    <w:p w14:paraId="663AEDAF" w14:textId="77777777" w:rsidR="002355BD" w:rsidRPr="001179E8" w:rsidRDefault="00000000">
      <w:pPr>
        <w:rPr>
          <w:lang w:val="pt-BR"/>
        </w:rPr>
      </w:pPr>
      <w:r w:rsidRPr="001179E8">
        <w:rPr>
          <w:lang w:val="pt-BR"/>
        </w:rPr>
        <w:t>Rick, apesar de ainda não estar 100%, movia-se com surpreendente agilidade, seu passado de rebeldia urbana e conhecimento básico de parkour provando-se útil mesmo naquele ambiente alienígena. Ele mantinha-se perto de Nicole, ocasionalmente lançando olhares provocadores ou sussurrando comentários sarcásticos para aliviar a tensão.</w:t>
      </w:r>
    </w:p>
    <w:p w14:paraId="7DBD3075" w14:textId="77777777" w:rsidR="002355BD" w:rsidRPr="001179E8" w:rsidRDefault="00000000">
      <w:pPr>
        <w:rPr>
          <w:lang w:val="pt-BR"/>
        </w:rPr>
      </w:pPr>
      <w:r w:rsidRPr="001179E8">
        <w:rPr>
          <w:lang w:val="pt-BR"/>
        </w:rPr>
        <w:br/>
      </w:r>
    </w:p>
    <w:p w14:paraId="5DF8E932" w14:textId="77777777" w:rsidR="002355BD" w:rsidRPr="001179E8" w:rsidRDefault="00000000">
      <w:pPr>
        <w:rPr>
          <w:lang w:val="pt-BR"/>
        </w:rPr>
      </w:pPr>
      <w:r w:rsidRPr="001179E8">
        <w:rPr>
          <w:lang w:val="pt-BR"/>
        </w:rPr>
        <w:t>"Sabe, mesmo coberta de poeira e suor do submundo, você ainda consegue parecer irritantemente perfeita," murmurou ele em um ponto, enquanto rastejavam por uma passagem particularmente estreita.</w:t>
      </w:r>
    </w:p>
    <w:p w14:paraId="31170433" w14:textId="77777777" w:rsidR="002355BD" w:rsidRPr="001179E8" w:rsidRDefault="00000000">
      <w:pPr>
        <w:rPr>
          <w:lang w:val="pt-BR"/>
        </w:rPr>
      </w:pPr>
      <w:r w:rsidRPr="001179E8">
        <w:rPr>
          <w:lang w:val="pt-BR"/>
        </w:rPr>
        <w:lastRenderedPageBreak/>
        <w:br/>
      </w:r>
    </w:p>
    <w:p w14:paraId="5B08D49E" w14:textId="77777777" w:rsidR="002355BD" w:rsidRPr="001179E8" w:rsidRDefault="00000000">
      <w:pPr>
        <w:rPr>
          <w:lang w:val="pt-BR"/>
        </w:rPr>
      </w:pPr>
      <w:r w:rsidRPr="001179E8">
        <w:rPr>
          <w:lang w:val="pt-BR"/>
        </w:rPr>
        <w:t>Nicole apenas lhe lançou um olhar por cima do ombro. "Fico feliz em saber que minha aparência atende aos seus padrões, mesmo durante o apocalipse dimensional."</w:t>
      </w:r>
    </w:p>
    <w:p w14:paraId="7CD1A529" w14:textId="77777777" w:rsidR="002355BD" w:rsidRPr="001179E8" w:rsidRDefault="00000000">
      <w:pPr>
        <w:rPr>
          <w:lang w:val="pt-BR"/>
        </w:rPr>
      </w:pPr>
      <w:r w:rsidRPr="001179E8">
        <w:rPr>
          <w:lang w:val="pt-BR"/>
        </w:rPr>
        <w:br/>
      </w:r>
    </w:p>
    <w:p w14:paraId="11BA0817" w14:textId="77777777" w:rsidR="002355BD" w:rsidRPr="001179E8" w:rsidRDefault="00000000">
      <w:pPr>
        <w:rPr>
          <w:lang w:val="pt-BR"/>
        </w:rPr>
      </w:pPr>
      <w:r w:rsidRPr="001179E8">
        <w:rPr>
          <w:lang w:val="pt-BR"/>
        </w:rPr>
        <w:t>Após o que pareceram horas nos túneis apertados, Eco finalmente os guiou para uma câmara maior – uma caverna natural que havia sido claramente modificada pelos construtores antigos. No centro, uma piscina de água límpida borbulhava suavemente, iluminada por cristais luminescentes no teto.</w:t>
      </w:r>
    </w:p>
    <w:p w14:paraId="28D506F1" w14:textId="77777777" w:rsidR="002355BD" w:rsidRPr="001179E8" w:rsidRDefault="00000000">
      <w:pPr>
        <w:rPr>
          <w:lang w:val="pt-BR"/>
        </w:rPr>
      </w:pPr>
      <w:r w:rsidRPr="001179E8">
        <w:rPr>
          <w:lang w:val="pt-BR"/>
        </w:rPr>
        <w:br/>
      </w:r>
    </w:p>
    <w:p w14:paraId="0F7801F4" w14:textId="77777777" w:rsidR="002355BD" w:rsidRPr="001179E8" w:rsidRDefault="00000000">
      <w:pPr>
        <w:rPr>
          <w:lang w:val="pt-BR"/>
        </w:rPr>
      </w:pPr>
      <w:r w:rsidRPr="001179E8">
        <w:rPr>
          <w:lang w:val="pt-BR"/>
        </w:rPr>
        <w:t>"Uma fonte termal subterrânea," explicou Eco. "A água é pura e quente. Um dos poucos refúgios neste reino. Descansem aqui. Lavem a mácula do submundo. Precisarão estar limpos e revigorados para o que vem a seguir."</w:t>
      </w:r>
    </w:p>
    <w:p w14:paraId="09EF9C2D" w14:textId="77777777" w:rsidR="002355BD" w:rsidRPr="001179E8" w:rsidRDefault="00000000">
      <w:pPr>
        <w:rPr>
          <w:lang w:val="pt-BR"/>
        </w:rPr>
      </w:pPr>
      <w:r w:rsidRPr="001179E8">
        <w:rPr>
          <w:lang w:val="pt-BR"/>
        </w:rPr>
        <w:br/>
      </w:r>
    </w:p>
    <w:p w14:paraId="4847161B" w14:textId="77777777" w:rsidR="002355BD" w:rsidRPr="001179E8" w:rsidRDefault="00000000">
      <w:pPr>
        <w:rPr>
          <w:lang w:val="pt-BR"/>
        </w:rPr>
      </w:pPr>
      <w:r w:rsidRPr="001179E8">
        <w:rPr>
          <w:lang w:val="pt-BR"/>
        </w:rPr>
        <w:t>Nicole e Rick trocaram olhares. A ideia de um banho quente, de lavar a sujeira e o suor acumulados, era incrivelmente tentadora.</w:t>
      </w:r>
    </w:p>
    <w:p w14:paraId="6A27E6A4" w14:textId="77777777" w:rsidR="002355BD" w:rsidRPr="001179E8" w:rsidRDefault="00000000">
      <w:pPr>
        <w:rPr>
          <w:lang w:val="pt-BR"/>
        </w:rPr>
      </w:pPr>
      <w:r w:rsidRPr="001179E8">
        <w:rPr>
          <w:lang w:val="pt-BR"/>
        </w:rPr>
        <w:br/>
      </w:r>
    </w:p>
    <w:p w14:paraId="17C823CE" w14:textId="77777777" w:rsidR="002355BD" w:rsidRPr="001179E8" w:rsidRDefault="00000000">
      <w:pPr>
        <w:rPr>
          <w:lang w:val="pt-BR"/>
        </w:rPr>
      </w:pPr>
      <w:r w:rsidRPr="001179E8">
        <w:rPr>
          <w:lang w:val="pt-BR"/>
        </w:rPr>
        <w:t>"Você não vem?" perguntou Rick a Eco.</w:t>
      </w:r>
    </w:p>
    <w:p w14:paraId="741263D5" w14:textId="77777777" w:rsidR="002355BD" w:rsidRPr="001179E8" w:rsidRDefault="00000000">
      <w:pPr>
        <w:rPr>
          <w:lang w:val="pt-BR"/>
        </w:rPr>
      </w:pPr>
      <w:r w:rsidRPr="001179E8">
        <w:rPr>
          <w:lang w:val="pt-BR"/>
        </w:rPr>
        <w:br/>
      </w:r>
    </w:p>
    <w:p w14:paraId="008CE5F5" w14:textId="77777777" w:rsidR="002355BD" w:rsidRPr="001179E8" w:rsidRDefault="00000000">
      <w:pPr>
        <w:rPr>
          <w:lang w:val="pt-BR"/>
        </w:rPr>
      </w:pPr>
      <w:r w:rsidRPr="001179E8">
        <w:rPr>
          <w:lang w:val="pt-BR"/>
        </w:rPr>
        <w:t>Eco balançou a cabeça. "Meu tempo para tais confortos passou há muito. Ficarei de vigia na entrada. Não demorem."</w:t>
      </w:r>
    </w:p>
    <w:p w14:paraId="385E99FB" w14:textId="77777777" w:rsidR="002355BD" w:rsidRPr="001179E8" w:rsidRDefault="00000000">
      <w:pPr>
        <w:rPr>
          <w:lang w:val="pt-BR"/>
        </w:rPr>
      </w:pPr>
      <w:r w:rsidRPr="001179E8">
        <w:rPr>
          <w:lang w:val="pt-BR"/>
        </w:rPr>
        <w:br/>
      </w:r>
    </w:p>
    <w:p w14:paraId="204611F2" w14:textId="77777777" w:rsidR="002355BD" w:rsidRPr="001179E8" w:rsidRDefault="00000000">
      <w:pPr>
        <w:rPr>
          <w:lang w:val="pt-BR"/>
        </w:rPr>
      </w:pPr>
      <w:r w:rsidRPr="001179E8">
        <w:rPr>
          <w:lang w:val="pt-BR"/>
        </w:rPr>
        <w:t>Com isso, Eco retirou-se para a entrada da caverna, misturando-se às sombras.</w:t>
      </w:r>
    </w:p>
    <w:p w14:paraId="3B2B3519" w14:textId="77777777" w:rsidR="002355BD" w:rsidRPr="001179E8" w:rsidRDefault="00000000">
      <w:pPr>
        <w:rPr>
          <w:lang w:val="pt-BR"/>
        </w:rPr>
      </w:pPr>
      <w:r w:rsidRPr="001179E8">
        <w:rPr>
          <w:lang w:val="pt-BR"/>
        </w:rPr>
        <w:br/>
      </w:r>
    </w:p>
    <w:p w14:paraId="03A0E52A" w14:textId="77777777" w:rsidR="002355BD" w:rsidRPr="001179E8" w:rsidRDefault="00000000">
      <w:pPr>
        <w:rPr>
          <w:lang w:val="pt-BR"/>
        </w:rPr>
      </w:pPr>
      <w:r w:rsidRPr="001179E8">
        <w:rPr>
          <w:lang w:val="pt-BR"/>
        </w:rPr>
        <w:t>Nicole e Rick se aproximaram da piscina. O vapor subia da água cristalina, carregando um leve cheiro mineral. Era um oásis inesperado naquele inferno.</w:t>
      </w:r>
    </w:p>
    <w:p w14:paraId="4E843102" w14:textId="77777777" w:rsidR="002355BD" w:rsidRPr="001179E8" w:rsidRDefault="00000000">
      <w:pPr>
        <w:rPr>
          <w:lang w:val="pt-BR"/>
        </w:rPr>
      </w:pPr>
      <w:r w:rsidRPr="001179E8">
        <w:rPr>
          <w:lang w:val="pt-BR"/>
        </w:rPr>
        <w:lastRenderedPageBreak/>
        <w:br/>
      </w:r>
    </w:p>
    <w:p w14:paraId="4058EEC5" w14:textId="77777777" w:rsidR="002355BD" w:rsidRPr="001179E8" w:rsidRDefault="00000000">
      <w:pPr>
        <w:rPr>
          <w:lang w:val="pt-BR"/>
        </w:rPr>
      </w:pPr>
      <w:r w:rsidRPr="001179E8">
        <w:rPr>
          <w:lang w:val="pt-BR"/>
        </w:rPr>
        <w:t>"Damas primeiro?" brincou Rick, gesticulando em direção à água.</w:t>
      </w:r>
    </w:p>
    <w:p w14:paraId="2ECCDBA0" w14:textId="77777777" w:rsidR="002355BD" w:rsidRPr="001179E8" w:rsidRDefault="00000000">
      <w:pPr>
        <w:rPr>
          <w:lang w:val="pt-BR"/>
        </w:rPr>
      </w:pPr>
      <w:r w:rsidRPr="001179E8">
        <w:rPr>
          <w:lang w:val="pt-BR"/>
        </w:rPr>
        <w:br/>
      </w:r>
    </w:p>
    <w:p w14:paraId="04125DB9" w14:textId="77777777" w:rsidR="002355BD" w:rsidRPr="001179E8" w:rsidRDefault="00000000">
      <w:pPr>
        <w:rPr>
          <w:lang w:val="pt-BR"/>
        </w:rPr>
      </w:pPr>
      <w:r w:rsidRPr="001179E8">
        <w:rPr>
          <w:lang w:val="pt-BR"/>
        </w:rPr>
        <w:t>Nicole hesitou por um momento. A ideia de tirar suas roupas rasgadas e sujas, de se sentir limpa novamente, era maravilhosa. Mas também a deixava vulnerável. E estar vulnerável com Rick por perto... era uma perspectiva excitante e assustadora.</w:t>
      </w:r>
    </w:p>
    <w:p w14:paraId="4FA23874" w14:textId="77777777" w:rsidR="002355BD" w:rsidRPr="001179E8" w:rsidRDefault="00000000">
      <w:pPr>
        <w:rPr>
          <w:lang w:val="pt-BR"/>
        </w:rPr>
      </w:pPr>
      <w:r w:rsidRPr="001179E8">
        <w:rPr>
          <w:lang w:val="pt-BR"/>
        </w:rPr>
        <w:br/>
      </w:r>
    </w:p>
    <w:p w14:paraId="1D5CA777" w14:textId="77777777" w:rsidR="002355BD" w:rsidRPr="001179E8" w:rsidRDefault="00000000">
      <w:pPr>
        <w:rPr>
          <w:lang w:val="pt-BR"/>
        </w:rPr>
      </w:pPr>
      <w:r w:rsidRPr="001179E8">
        <w:rPr>
          <w:lang w:val="pt-BR"/>
        </w:rPr>
        <w:t>"Não seja ridículo," respondeu ela, tentando manter a compostura. "Vamos entrar juntos."</w:t>
      </w:r>
    </w:p>
    <w:p w14:paraId="0691343C" w14:textId="77777777" w:rsidR="002355BD" w:rsidRPr="001179E8" w:rsidRDefault="00000000">
      <w:pPr>
        <w:rPr>
          <w:lang w:val="pt-BR"/>
        </w:rPr>
      </w:pPr>
      <w:r w:rsidRPr="001179E8">
        <w:rPr>
          <w:lang w:val="pt-BR"/>
        </w:rPr>
        <w:br/>
      </w:r>
    </w:p>
    <w:p w14:paraId="0B8D9786" w14:textId="77777777" w:rsidR="002355BD" w:rsidRPr="001179E8" w:rsidRDefault="00000000">
      <w:pPr>
        <w:rPr>
          <w:lang w:val="pt-BR"/>
        </w:rPr>
      </w:pPr>
      <w:r w:rsidRPr="001179E8">
        <w:rPr>
          <w:lang w:val="pt-BR"/>
        </w:rPr>
        <w:t>Ela começou a tirar as camadas superiores de sua roupa improvisada, revelando a regata justa por baixo, agora manchada e rasgada em alguns lugares. Rick observava abertamente, seus olhos escuros percorrendo cada centímetro de pele exposta com uma intensidade que fez Nicole corar.</w:t>
      </w:r>
    </w:p>
    <w:p w14:paraId="51FAAC39" w14:textId="77777777" w:rsidR="002355BD" w:rsidRPr="001179E8" w:rsidRDefault="00000000">
      <w:pPr>
        <w:rPr>
          <w:lang w:val="pt-BR"/>
        </w:rPr>
      </w:pPr>
      <w:r w:rsidRPr="001179E8">
        <w:rPr>
          <w:lang w:val="pt-BR"/>
        </w:rPr>
        <w:br/>
      </w:r>
    </w:p>
    <w:p w14:paraId="18ADD78F" w14:textId="77777777" w:rsidR="002355BD" w:rsidRPr="001179E8" w:rsidRDefault="00000000">
      <w:pPr>
        <w:rPr>
          <w:lang w:val="pt-BR"/>
        </w:rPr>
      </w:pPr>
      <w:r w:rsidRPr="001179E8">
        <w:rPr>
          <w:lang w:val="pt-BR"/>
        </w:rPr>
        <w:t>"Gosta do que vê?" perguntou ela, tentando soar desafiadora, mas sua voz saiu um pouco trêmula.</w:t>
      </w:r>
    </w:p>
    <w:p w14:paraId="60333C0C" w14:textId="77777777" w:rsidR="002355BD" w:rsidRPr="001179E8" w:rsidRDefault="00000000">
      <w:pPr>
        <w:rPr>
          <w:lang w:val="pt-BR"/>
        </w:rPr>
      </w:pPr>
      <w:r w:rsidRPr="001179E8">
        <w:rPr>
          <w:lang w:val="pt-BR"/>
        </w:rPr>
        <w:br/>
      </w:r>
    </w:p>
    <w:p w14:paraId="289393EB" w14:textId="77777777" w:rsidR="002355BD" w:rsidRPr="001179E8" w:rsidRDefault="00000000">
      <w:pPr>
        <w:rPr>
          <w:lang w:val="pt-BR"/>
        </w:rPr>
      </w:pPr>
      <w:r w:rsidRPr="001179E8">
        <w:rPr>
          <w:lang w:val="pt-BR"/>
        </w:rPr>
        <w:t>"Sempre," respondeu ele, seu tom baixo e rouco. Ele também começou a se despir, tirando o colete de couro e a camiseta de banda rasgada, revelando seu torso esguio e musculoso, marcado pela tatuagem tribal e pelo curativo improvisado em suas costelas.</w:t>
      </w:r>
    </w:p>
    <w:p w14:paraId="409E6601" w14:textId="77777777" w:rsidR="002355BD" w:rsidRPr="001179E8" w:rsidRDefault="00000000">
      <w:pPr>
        <w:rPr>
          <w:lang w:val="pt-BR"/>
        </w:rPr>
      </w:pPr>
      <w:r w:rsidRPr="001179E8">
        <w:rPr>
          <w:lang w:val="pt-BR"/>
        </w:rPr>
        <w:br/>
      </w:r>
    </w:p>
    <w:p w14:paraId="17BC00B8" w14:textId="77777777" w:rsidR="002355BD" w:rsidRPr="001179E8" w:rsidRDefault="00000000">
      <w:pPr>
        <w:rPr>
          <w:lang w:val="pt-BR"/>
        </w:rPr>
      </w:pPr>
      <w:r w:rsidRPr="001179E8">
        <w:rPr>
          <w:lang w:val="pt-BR"/>
        </w:rPr>
        <w:t>Nicole desviou o olhar, sentindo seu próprio pulso acelerar. Havia uma eletricidade no ar que não vinha de seus poderes – uma tensão crua, palpável, que crescia entre eles desde que chegaram ao submundo, intensificada pela proximidade constante e pelo perigo compartilhado.</w:t>
      </w:r>
    </w:p>
    <w:p w14:paraId="227449D8" w14:textId="77777777" w:rsidR="002355BD" w:rsidRPr="001179E8" w:rsidRDefault="00000000">
      <w:pPr>
        <w:rPr>
          <w:lang w:val="pt-BR"/>
        </w:rPr>
      </w:pPr>
      <w:r w:rsidRPr="001179E8">
        <w:rPr>
          <w:lang w:val="pt-BR"/>
        </w:rPr>
        <w:br/>
      </w:r>
    </w:p>
    <w:p w14:paraId="6241A361" w14:textId="77777777" w:rsidR="002355BD" w:rsidRPr="001179E8" w:rsidRDefault="00000000">
      <w:pPr>
        <w:rPr>
          <w:lang w:val="pt-BR"/>
        </w:rPr>
      </w:pPr>
      <w:r w:rsidRPr="001179E8">
        <w:rPr>
          <w:lang w:val="pt-BR"/>
        </w:rPr>
        <w:lastRenderedPageBreak/>
        <w:t>Ela terminou de se despir rapidamente, ficando apenas com a roupa íntima funcional que usava sob o traje. Virou-se e entrou na água quente, suspirando de alívio quando o calor envolveu seus músculos cansados. A água era sedosa e relaxante, um contraste gritante com a dureza do mundo exterior.</w:t>
      </w:r>
    </w:p>
    <w:p w14:paraId="0B25BE1F" w14:textId="77777777" w:rsidR="002355BD" w:rsidRPr="001179E8" w:rsidRDefault="00000000">
      <w:pPr>
        <w:rPr>
          <w:lang w:val="pt-BR"/>
        </w:rPr>
      </w:pPr>
      <w:r w:rsidRPr="001179E8">
        <w:rPr>
          <w:lang w:val="pt-BR"/>
        </w:rPr>
        <w:br/>
      </w:r>
    </w:p>
    <w:p w14:paraId="41FB64BB" w14:textId="77777777" w:rsidR="002355BD" w:rsidRPr="001179E8" w:rsidRDefault="00000000">
      <w:pPr>
        <w:rPr>
          <w:lang w:val="pt-BR"/>
        </w:rPr>
      </w:pPr>
      <w:r w:rsidRPr="001179E8">
        <w:rPr>
          <w:lang w:val="pt-BR"/>
        </w:rPr>
        <w:t>Rick a seguiu, entrando na piscina com um gemido satisfeito. Ele parou a poucos centímetros dela, a água quente envolvendo ambos. O vapor criava uma névoa íntima ao redor deles, obscurecendo parcialmente o resto da caverna.</w:t>
      </w:r>
    </w:p>
    <w:p w14:paraId="64543FFC" w14:textId="77777777" w:rsidR="002355BD" w:rsidRPr="001179E8" w:rsidRDefault="00000000">
      <w:pPr>
        <w:rPr>
          <w:lang w:val="pt-BR"/>
        </w:rPr>
      </w:pPr>
      <w:r w:rsidRPr="001179E8">
        <w:rPr>
          <w:lang w:val="pt-BR"/>
        </w:rPr>
        <w:br/>
      </w:r>
    </w:p>
    <w:p w14:paraId="0F278F86" w14:textId="77777777" w:rsidR="002355BD" w:rsidRPr="001179E8" w:rsidRDefault="00000000">
      <w:pPr>
        <w:rPr>
          <w:lang w:val="pt-BR"/>
        </w:rPr>
      </w:pPr>
      <w:r w:rsidRPr="001179E8">
        <w:rPr>
          <w:lang w:val="pt-BR"/>
        </w:rPr>
        <w:t>"Isso é... bom," murmurou ele, fechando os olhos por um momento.</w:t>
      </w:r>
    </w:p>
    <w:p w14:paraId="7BB9CD82" w14:textId="77777777" w:rsidR="002355BD" w:rsidRPr="001179E8" w:rsidRDefault="00000000">
      <w:pPr>
        <w:rPr>
          <w:lang w:val="pt-BR"/>
        </w:rPr>
      </w:pPr>
      <w:r w:rsidRPr="001179E8">
        <w:rPr>
          <w:lang w:val="pt-BR"/>
        </w:rPr>
        <w:br/>
      </w:r>
    </w:p>
    <w:p w14:paraId="220DFF85" w14:textId="77777777" w:rsidR="002355BD" w:rsidRPr="001179E8" w:rsidRDefault="00000000">
      <w:pPr>
        <w:rPr>
          <w:lang w:val="pt-BR"/>
        </w:rPr>
      </w:pPr>
      <w:r w:rsidRPr="001179E8">
        <w:rPr>
          <w:lang w:val="pt-BR"/>
        </w:rPr>
        <w:t>Nicole assentiu, sentindo a tensão começar a derreter de seus ombros. Ela pegou um pouco de água nas mãos e começou a lavar o rosto, tentando remover a sujeira acumulada.</w:t>
      </w:r>
    </w:p>
    <w:p w14:paraId="0E105E92" w14:textId="77777777" w:rsidR="002355BD" w:rsidRPr="001179E8" w:rsidRDefault="00000000">
      <w:pPr>
        <w:rPr>
          <w:lang w:val="pt-BR"/>
        </w:rPr>
      </w:pPr>
      <w:r w:rsidRPr="001179E8">
        <w:rPr>
          <w:lang w:val="pt-BR"/>
        </w:rPr>
        <w:br/>
      </w:r>
    </w:p>
    <w:p w14:paraId="2508C4EF" w14:textId="77777777" w:rsidR="002355BD" w:rsidRPr="001179E8" w:rsidRDefault="00000000">
      <w:pPr>
        <w:rPr>
          <w:lang w:val="pt-BR"/>
        </w:rPr>
      </w:pPr>
      <w:r w:rsidRPr="001179E8">
        <w:rPr>
          <w:lang w:val="pt-BR"/>
        </w:rPr>
        <w:t>Rick abriu os olhos, observando-a. Seus olhos traçaram o contorno de seu rosto, desceram pelo pescoço, demorando-se na curva de seus ombros e no decote de sua roupa íntima molhada, que agora se agarrava à sua pele.</w:t>
      </w:r>
    </w:p>
    <w:p w14:paraId="5C77B9A6" w14:textId="77777777" w:rsidR="002355BD" w:rsidRPr="001179E8" w:rsidRDefault="00000000">
      <w:pPr>
        <w:rPr>
          <w:lang w:val="pt-BR"/>
        </w:rPr>
      </w:pPr>
      <w:r w:rsidRPr="001179E8">
        <w:rPr>
          <w:lang w:val="pt-BR"/>
        </w:rPr>
        <w:br/>
      </w:r>
    </w:p>
    <w:p w14:paraId="7819F150" w14:textId="77777777" w:rsidR="002355BD" w:rsidRPr="001179E8" w:rsidRDefault="00000000">
      <w:pPr>
        <w:rPr>
          <w:lang w:val="pt-BR"/>
        </w:rPr>
      </w:pPr>
      <w:r w:rsidRPr="001179E8">
        <w:rPr>
          <w:lang w:val="pt-BR"/>
        </w:rPr>
        <w:t>"Você sabe," disse ele, sua voz um sussurro rouco, "mesmo aqui, mesmo assim... você é a coisa mais linda que eu já vi."</w:t>
      </w:r>
    </w:p>
    <w:p w14:paraId="164B8C5E" w14:textId="77777777" w:rsidR="002355BD" w:rsidRPr="001179E8" w:rsidRDefault="00000000">
      <w:pPr>
        <w:rPr>
          <w:lang w:val="pt-BR"/>
        </w:rPr>
      </w:pPr>
      <w:r w:rsidRPr="001179E8">
        <w:rPr>
          <w:lang w:val="pt-BR"/>
        </w:rPr>
        <w:br/>
      </w:r>
    </w:p>
    <w:p w14:paraId="6B54A0D4" w14:textId="77777777" w:rsidR="002355BD" w:rsidRPr="001179E8" w:rsidRDefault="00000000">
      <w:pPr>
        <w:rPr>
          <w:lang w:val="pt-BR"/>
        </w:rPr>
      </w:pPr>
      <w:r w:rsidRPr="001179E8">
        <w:rPr>
          <w:lang w:val="pt-BR"/>
        </w:rPr>
        <w:t>Nicole parou, encontrando seus olhos. A sinceridade em sua expressão a desarmaou. Ela viu o desejo ali, claro e inconfundível, mas também algo mais profundo – afeto, admiração, talvez até amor.</w:t>
      </w:r>
    </w:p>
    <w:p w14:paraId="28AAC513" w14:textId="77777777" w:rsidR="002355BD" w:rsidRPr="001179E8" w:rsidRDefault="00000000">
      <w:pPr>
        <w:rPr>
          <w:lang w:val="pt-BR"/>
        </w:rPr>
      </w:pPr>
      <w:r w:rsidRPr="001179E8">
        <w:rPr>
          <w:lang w:val="pt-BR"/>
        </w:rPr>
        <w:br/>
      </w:r>
    </w:p>
    <w:p w14:paraId="3A573EA6" w14:textId="77777777" w:rsidR="002355BD" w:rsidRPr="001179E8" w:rsidRDefault="00000000">
      <w:pPr>
        <w:rPr>
          <w:lang w:val="pt-BR"/>
        </w:rPr>
      </w:pPr>
      <w:r w:rsidRPr="001179E8">
        <w:rPr>
          <w:lang w:val="pt-BR"/>
        </w:rPr>
        <w:t>"Rick..." começou ela, sem saber o que dizer.</w:t>
      </w:r>
    </w:p>
    <w:p w14:paraId="400B2A7D" w14:textId="77777777" w:rsidR="002355BD" w:rsidRPr="001179E8" w:rsidRDefault="00000000">
      <w:pPr>
        <w:rPr>
          <w:lang w:val="pt-BR"/>
        </w:rPr>
      </w:pPr>
      <w:r w:rsidRPr="001179E8">
        <w:rPr>
          <w:lang w:val="pt-BR"/>
        </w:rPr>
        <w:lastRenderedPageBreak/>
        <w:br/>
      </w:r>
    </w:p>
    <w:p w14:paraId="0769E27E" w14:textId="77777777" w:rsidR="002355BD" w:rsidRPr="001179E8" w:rsidRDefault="00000000">
      <w:pPr>
        <w:rPr>
          <w:lang w:val="pt-BR"/>
        </w:rPr>
      </w:pPr>
      <w:r w:rsidRPr="001179E8">
        <w:rPr>
          <w:lang w:val="pt-BR"/>
        </w:rPr>
        <w:t>Ele deu um passo à frente, fechando a pequena distância entre eles. Colocou as mãos suavemente na cintura dela, seus polegares roçando sua pele nua logo acima da linha da calcinha. Nicole prendeu a respiração, sentindo um arrepio percorrer seu corpo apesar do calor da água.</w:t>
      </w:r>
    </w:p>
    <w:p w14:paraId="0422B087" w14:textId="77777777" w:rsidR="002355BD" w:rsidRPr="001179E8" w:rsidRDefault="00000000">
      <w:pPr>
        <w:rPr>
          <w:lang w:val="pt-BR"/>
        </w:rPr>
      </w:pPr>
      <w:r w:rsidRPr="001179E8">
        <w:rPr>
          <w:lang w:val="pt-BR"/>
        </w:rPr>
        <w:br/>
      </w:r>
    </w:p>
    <w:p w14:paraId="41DAD9B9" w14:textId="77777777" w:rsidR="002355BD" w:rsidRPr="001179E8" w:rsidRDefault="00000000">
      <w:pPr>
        <w:rPr>
          <w:lang w:val="pt-BR"/>
        </w:rPr>
      </w:pPr>
      <w:r w:rsidRPr="001179E8">
        <w:rPr>
          <w:lang w:val="pt-BR"/>
        </w:rPr>
        <w:t>"Eu sei que não é o momento nem o lugar," sussurrou ele, inclinando a cabeça para perto da dela, seus lábios quase roçando sua orelha. "Mas estar aqui com você, assim... é quase insuportável."</w:t>
      </w:r>
    </w:p>
    <w:p w14:paraId="03DF6E45" w14:textId="77777777" w:rsidR="002355BD" w:rsidRPr="001179E8" w:rsidRDefault="00000000">
      <w:pPr>
        <w:rPr>
          <w:lang w:val="pt-BR"/>
        </w:rPr>
      </w:pPr>
      <w:r w:rsidRPr="001179E8">
        <w:rPr>
          <w:lang w:val="pt-BR"/>
        </w:rPr>
        <w:br/>
      </w:r>
    </w:p>
    <w:p w14:paraId="2D95FB4C" w14:textId="77777777" w:rsidR="002355BD" w:rsidRPr="001179E8" w:rsidRDefault="00000000">
      <w:pPr>
        <w:rPr>
          <w:lang w:val="pt-BR"/>
        </w:rPr>
      </w:pPr>
      <w:r w:rsidRPr="001179E8">
        <w:rPr>
          <w:lang w:val="pt-BR"/>
        </w:rPr>
        <w:t>Nicole podia sentir o calor irradiando do corpo dele, o cheiro de sua pele misturado com o vapor mineral. Seu coração batia descontroladamente contra suas costelas. Todo o perigo, toda a incerteza do submundo pareceu desaparecer, deixando apenas a intensidade do momento presente, a conexão inegável entre eles.</w:t>
      </w:r>
    </w:p>
    <w:p w14:paraId="6DD66F38" w14:textId="77777777" w:rsidR="002355BD" w:rsidRPr="001179E8" w:rsidRDefault="00000000">
      <w:pPr>
        <w:rPr>
          <w:lang w:val="pt-BR"/>
        </w:rPr>
      </w:pPr>
      <w:r w:rsidRPr="001179E8">
        <w:rPr>
          <w:lang w:val="pt-BR"/>
        </w:rPr>
        <w:br/>
      </w:r>
    </w:p>
    <w:p w14:paraId="5675A4AA" w14:textId="77777777" w:rsidR="002355BD" w:rsidRPr="001179E8" w:rsidRDefault="00000000">
      <w:pPr>
        <w:rPr>
          <w:lang w:val="pt-BR"/>
        </w:rPr>
      </w:pPr>
      <w:r w:rsidRPr="001179E8">
        <w:rPr>
          <w:lang w:val="pt-BR"/>
        </w:rPr>
        <w:t>Ela se virou ligeiramente em seus braços, seus corpos agora pressionados um contra o outro na água quente. Ela podia sentir a dureza crescente da ereção dele contra sua barriga, um testemunho inegável de seu desejo. Um rubor profundo coloriu suas bochechas, mas ela não se afastou.</w:t>
      </w:r>
    </w:p>
    <w:p w14:paraId="7A3AE831" w14:textId="77777777" w:rsidR="002355BD" w:rsidRPr="001179E8" w:rsidRDefault="00000000">
      <w:pPr>
        <w:rPr>
          <w:lang w:val="pt-BR"/>
        </w:rPr>
      </w:pPr>
      <w:r w:rsidRPr="001179E8">
        <w:rPr>
          <w:lang w:val="pt-BR"/>
        </w:rPr>
        <w:br/>
      </w:r>
    </w:p>
    <w:p w14:paraId="40EAA938" w14:textId="77777777" w:rsidR="002355BD" w:rsidRPr="001179E8" w:rsidRDefault="00000000">
      <w:pPr>
        <w:rPr>
          <w:lang w:val="pt-BR"/>
        </w:rPr>
      </w:pPr>
      <w:r w:rsidRPr="001179E8">
        <w:rPr>
          <w:lang w:val="pt-BR"/>
        </w:rPr>
        <w:t>"Para mim também," admitiu ela, sua voz mal acima de um sussurro.</w:t>
      </w:r>
    </w:p>
    <w:p w14:paraId="056AA848" w14:textId="77777777" w:rsidR="002355BD" w:rsidRPr="001179E8" w:rsidRDefault="00000000">
      <w:pPr>
        <w:rPr>
          <w:lang w:val="pt-BR"/>
        </w:rPr>
      </w:pPr>
      <w:r w:rsidRPr="001179E8">
        <w:rPr>
          <w:lang w:val="pt-BR"/>
        </w:rPr>
        <w:br/>
      </w:r>
    </w:p>
    <w:p w14:paraId="67C68AF3" w14:textId="77777777" w:rsidR="002355BD" w:rsidRPr="001179E8" w:rsidRDefault="00000000">
      <w:pPr>
        <w:rPr>
          <w:lang w:val="pt-BR"/>
        </w:rPr>
      </w:pPr>
      <w:r w:rsidRPr="001179E8">
        <w:rPr>
          <w:lang w:val="pt-BR"/>
        </w:rPr>
        <w:t>O sorriso de Rick foi lento e predatório. Ele se inclinou e a beijou – um beijo faminto, desesperado, como se estivesse tentando absorver a própria essência dela. Nicole respondeu com igual fervor, seus braços envolvendo o pescoço dele, puxando-o para mais perto.</w:t>
      </w:r>
    </w:p>
    <w:p w14:paraId="46CD8057" w14:textId="77777777" w:rsidR="002355BD" w:rsidRPr="001179E8" w:rsidRDefault="00000000">
      <w:pPr>
        <w:rPr>
          <w:lang w:val="pt-BR"/>
        </w:rPr>
      </w:pPr>
      <w:r w:rsidRPr="001179E8">
        <w:rPr>
          <w:lang w:val="pt-BR"/>
        </w:rPr>
        <w:br/>
      </w:r>
    </w:p>
    <w:p w14:paraId="54C1714E" w14:textId="77777777" w:rsidR="002355BD" w:rsidRPr="001179E8" w:rsidRDefault="00000000">
      <w:pPr>
        <w:rPr>
          <w:lang w:val="pt-BR"/>
        </w:rPr>
      </w:pPr>
      <w:r w:rsidRPr="001179E8">
        <w:rPr>
          <w:lang w:val="pt-BR"/>
        </w:rPr>
        <w:lastRenderedPageBreak/>
        <w:t>Suas mãos exploravam, redescobrindo curvas e contornos familiares, mas com uma urgência nova, intensificada pelo ambiente hostil. Rick deslizou as mãos pelas costas dela, descendo até suas nádegas, apertando-as possessivamente. Nicole ofegou contra sua boca, arqueando-se contra ele.</w:t>
      </w:r>
    </w:p>
    <w:p w14:paraId="1C24A62A" w14:textId="77777777" w:rsidR="002355BD" w:rsidRPr="001179E8" w:rsidRDefault="00000000">
      <w:pPr>
        <w:rPr>
          <w:lang w:val="pt-BR"/>
        </w:rPr>
      </w:pPr>
      <w:r w:rsidRPr="001179E8">
        <w:rPr>
          <w:lang w:val="pt-BR"/>
        </w:rPr>
        <w:br/>
      </w:r>
    </w:p>
    <w:p w14:paraId="45075128" w14:textId="77777777" w:rsidR="002355BD" w:rsidRPr="001179E8" w:rsidRDefault="00000000">
      <w:pPr>
        <w:rPr>
          <w:lang w:val="pt-BR"/>
        </w:rPr>
      </w:pPr>
      <w:r w:rsidRPr="001179E8">
        <w:rPr>
          <w:lang w:val="pt-BR"/>
        </w:rPr>
        <w:t>O beijo se aprofundou, tornando-se mais exigente. Rick mordiscou o lábio inferior dela, puxando-o suavemente antes de soltá-lo. Nicole gemeu, um som baixo e gutural que pareceu inflamar ainda mais o desejo dele.</w:t>
      </w:r>
    </w:p>
    <w:p w14:paraId="44C13257" w14:textId="77777777" w:rsidR="002355BD" w:rsidRPr="001179E8" w:rsidRDefault="00000000">
      <w:pPr>
        <w:rPr>
          <w:lang w:val="pt-BR"/>
        </w:rPr>
      </w:pPr>
      <w:r w:rsidRPr="001179E8">
        <w:rPr>
          <w:lang w:val="pt-BR"/>
        </w:rPr>
        <w:br/>
      </w:r>
    </w:p>
    <w:p w14:paraId="42B50008" w14:textId="77777777" w:rsidR="002355BD" w:rsidRPr="001179E8" w:rsidRDefault="00000000">
      <w:pPr>
        <w:rPr>
          <w:lang w:val="pt-BR"/>
        </w:rPr>
      </w:pPr>
      <w:r w:rsidRPr="001179E8">
        <w:rPr>
          <w:lang w:val="pt-BR"/>
        </w:rPr>
        <w:t>Ele a levantou ligeiramente, suas pernas envolvendo instintivamente a cintura dele. A sensação de sua pele nua contra a dele, separada apenas pelas finas barreiras de suas roupas íntimas molhadas, era eletrizante.</w:t>
      </w:r>
    </w:p>
    <w:p w14:paraId="34CF173C" w14:textId="77777777" w:rsidR="002355BD" w:rsidRPr="001179E8" w:rsidRDefault="00000000">
      <w:pPr>
        <w:rPr>
          <w:lang w:val="pt-BR"/>
        </w:rPr>
      </w:pPr>
      <w:r w:rsidRPr="001179E8">
        <w:rPr>
          <w:lang w:val="pt-BR"/>
        </w:rPr>
        <w:br/>
      </w:r>
    </w:p>
    <w:p w14:paraId="07BB3AF5" w14:textId="77777777" w:rsidR="002355BD" w:rsidRPr="001179E8" w:rsidRDefault="00000000">
      <w:pPr>
        <w:rPr>
          <w:lang w:val="pt-BR"/>
        </w:rPr>
      </w:pPr>
      <w:r w:rsidRPr="001179E8">
        <w:rPr>
          <w:lang w:val="pt-BR"/>
        </w:rPr>
        <w:t>"Nicky," gemeu ele contra o pescoço dela, seus lábios traçando um caminho quente até sua clavícula.</w:t>
      </w:r>
    </w:p>
    <w:p w14:paraId="34D17A88" w14:textId="77777777" w:rsidR="002355BD" w:rsidRPr="001179E8" w:rsidRDefault="00000000">
      <w:pPr>
        <w:rPr>
          <w:lang w:val="pt-BR"/>
        </w:rPr>
      </w:pPr>
      <w:r w:rsidRPr="001179E8">
        <w:rPr>
          <w:lang w:val="pt-BR"/>
        </w:rPr>
        <w:br/>
      </w:r>
    </w:p>
    <w:p w14:paraId="63568FB7" w14:textId="77777777" w:rsidR="002355BD" w:rsidRPr="001179E8" w:rsidRDefault="00000000">
      <w:pPr>
        <w:rPr>
          <w:lang w:val="pt-BR"/>
        </w:rPr>
      </w:pPr>
      <w:r w:rsidRPr="001179E8">
        <w:rPr>
          <w:lang w:val="pt-BR"/>
        </w:rPr>
        <w:t>Nicole inclinou a cabeça para trás, dando-lhe mais acesso. Seus dedos se embrenharam no cabelo úmido dele, segurando-o firmemente. A necessidade dela era tão avassaladora quanto a dele – uma necessidade de conexão, de esquecer o medo e a escuridão, de se perder na única coisa que parecia real e segura naquele inferno: ele.</w:t>
      </w:r>
    </w:p>
    <w:p w14:paraId="0AD4574B" w14:textId="77777777" w:rsidR="002355BD" w:rsidRPr="001179E8" w:rsidRDefault="00000000">
      <w:pPr>
        <w:rPr>
          <w:lang w:val="pt-BR"/>
        </w:rPr>
      </w:pPr>
      <w:r w:rsidRPr="001179E8">
        <w:rPr>
          <w:lang w:val="pt-BR"/>
        </w:rPr>
        <w:br/>
      </w:r>
    </w:p>
    <w:p w14:paraId="0F259CBC" w14:textId="77777777" w:rsidR="002355BD" w:rsidRPr="001179E8" w:rsidRDefault="00000000">
      <w:pPr>
        <w:rPr>
          <w:lang w:val="pt-BR"/>
        </w:rPr>
      </w:pPr>
      <w:r w:rsidRPr="001179E8">
        <w:rPr>
          <w:lang w:val="pt-BR"/>
        </w:rPr>
        <w:t>Rick a pressionou contra a parede da piscina, a pedra fria um contraste chocante com o calor de seus corpos e da água. Suas mãos estavam por toda parte – em seus seios, em suas coxas, deslizando sob a borda de sua calcinha. Nicole respondeu com a mesma urgência, suas unhas arranhando levemente as costas dele, seus quadris movendo-se contra os dele em um ritmo primordial.</w:t>
      </w:r>
    </w:p>
    <w:p w14:paraId="30FA8C86" w14:textId="77777777" w:rsidR="002355BD" w:rsidRPr="001179E8" w:rsidRDefault="00000000">
      <w:pPr>
        <w:rPr>
          <w:lang w:val="pt-BR"/>
        </w:rPr>
      </w:pPr>
      <w:r w:rsidRPr="001179E8">
        <w:rPr>
          <w:lang w:val="pt-BR"/>
        </w:rPr>
        <w:br/>
      </w:r>
    </w:p>
    <w:p w14:paraId="16EDBB50" w14:textId="77777777" w:rsidR="002355BD" w:rsidRPr="001179E8" w:rsidRDefault="00000000">
      <w:pPr>
        <w:rPr>
          <w:lang w:val="pt-BR"/>
        </w:rPr>
      </w:pPr>
      <w:r w:rsidRPr="001179E8">
        <w:rPr>
          <w:lang w:val="pt-BR"/>
        </w:rPr>
        <w:t>Ele a beijou novamente, mais forte desta vez, quase brutal em sua intensidade. Então, afastou-se ligeiramente, seus olhos escuros queimando nos dela.</w:t>
      </w:r>
    </w:p>
    <w:p w14:paraId="39379C3E" w14:textId="77777777" w:rsidR="002355BD" w:rsidRPr="001179E8" w:rsidRDefault="00000000">
      <w:pPr>
        <w:rPr>
          <w:lang w:val="pt-BR"/>
        </w:rPr>
      </w:pPr>
      <w:r w:rsidRPr="001179E8">
        <w:rPr>
          <w:lang w:val="pt-BR"/>
        </w:rPr>
        <w:lastRenderedPageBreak/>
        <w:br/>
      </w:r>
    </w:p>
    <w:p w14:paraId="2571C87F" w14:textId="77777777" w:rsidR="002355BD" w:rsidRPr="001179E8" w:rsidRDefault="00000000">
      <w:pPr>
        <w:rPr>
          <w:lang w:val="pt-BR"/>
        </w:rPr>
      </w:pPr>
      <w:r w:rsidRPr="001179E8">
        <w:rPr>
          <w:lang w:val="pt-BR"/>
        </w:rPr>
        <w:t>"Eu preciso de você," disse ele, sua voz rouca e tensa. "Agora."</w:t>
      </w:r>
    </w:p>
    <w:p w14:paraId="19257F0A" w14:textId="77777777" w:rsidR="002355BD" w:rsidRPr="001179E8" w:rsidRDefault="00000000">
      <w:pPr>
        <w:rPr>
          <w:lang w:val="pt-BR"/>
        </w:rPr>
      </w:pPr>
      <w:r w:rsidRPr="001179E8">
        <w:rPr>
          <w:lang w:val="pt-BR"/>
        </w:rPr>
        <w:br/>
      </w:r>
    </w:p>
    <w:p w14:paraId="4E876060" w14:textId="77777777" w:rsidR="002355BD" w:rsidRPr="001179E8" w:rsidRDefault="00000000">
      <w:pPr>
        <w:rPr>
          <w:lang w:val="pt-BR"/>
        </w:rPr>
      </w:pPr>
      <w:r w:rsidRPr="001179E8">
        <w:rPr>
          <w:lang w:val="pt-BR"/>
        </w:rPr>
        <w:t>Nicole não precisava de palavras para responder. Apenas assentiu, seus olhos nunca deixando os dele.</w:t>
      </w:r>
    </w:p>
    <w:p w14:paraId="3A891020" w14:textId="77777777" w:rsidR="002355BD" w:rsidRPr="001179E8" w:rsidRDefault="00000000">
      <w:pPr>
        <w:rPr>
          <w:lang w:val="pt-BR"/>
        </w:rPr>
      </w:pPr>
      <w:r w:rsidRPr="001179E8">
        <w:rPr>
          <w:lang w:val="pt-BR"/>
        </w:rPr>
        <w:br/>
      </w:r>
    </w:p>
    <w:p w14:paraId="373C7FE1" w14:textId="77777777" w:rsidR="002355BD" w:rsidRPr="001179E8" w:rsidRDefault="00000000">
      <w:pPr>
        <w:rPr>
          <w:lang w:val="pt-BR"/>
        </w:rPr>
      </w:pPr>
      <w:r w:rsidRPr="001179E8">
        <w:rPr>
          <w:lang w:val="pt-BR"/>
        </w:rPr>
        <w:t>Com um movimento rápido, Rick removeu as últimas barreiras entre eles. Nicole ofegou quando sentiu a ponta de sua ereção dura roçar sua entrada molhada. Ele a olhou nos olhos, buscando permissão, e ela assentiu novamente, mordendo o lábio inferior em antecipação.</w:t>
      </w:r>
    </w:p>
    <w:p w14:paraId="2702B5EE" w14:textId="77777777" w:rsidR="002355BD" w:rsidRPr="001179E8" w:rsidRDefault="00000000">
      <w:pPr>
        <w:rPr>
          <w:lang w:val="pt-BR"/>
        </w:rPr>
      </w:pPr>
      <w:r w:rsidRPr="001179E8">
        <w:rPr>
          <w:lang w:val="pt-BR"/>
        </w:rPr>
        <w:br/>
      </w:r>
    </w:p>
    <w:p w14:paraId="2E0A211C" w14:textId="77777777" w:rsidR="002355BD" w:rsidRPr="001179E8" w:rsidRDefault="00000000">
      <w:pPr>
        <w:rPr>
          <w:lang w:val="pt-BR"/>
        </w:rPr>
      </w:pPr>
      <w:r w:rsidRPr="001179E8">
        <w:rPr>
          <w:lang w:val="pt-BR"/>
        </w:rPr>
        <w:t>Ele entrou nela com um impulso controlado, mas poderoso, arrancando um grito agudo de ambos. A sensação era avassaladora – o preenchimento, o calor, a conexão crua. Rick gemeu, enterrando o rosto no pescoço dela, suas mãos apertando suas nádegas com força.</w:t>
      </w:r>
    </w:p>
    <w:p w14:paraId="55A50B1C" w14:textId="77777777" w:rsidR="002355BD" w:rsidRPr="001179E8" w:rsidRDefault="00000000">
      <w:pPr>
        <w:rPr>
          <w:lang w:val="pt-BR"/>
        </w:rPr>
      </w:pPr>
      <w:r w:rsidRPr="001179E8">
        <w:rPr>
          <w:lang w:val="pt-BR"/>
        </w:rPr>
        <w:br/>
      </w:r>
    </w:p>
    <w:p w14:paraId="37A80624" w14:textId="77777777" w:rsidR="002355BD" w:rsidRPr="001179E8" w:rsidRDefault="00000000">
      <w:pPr>
        <w:rPr>
          <w:lang w:val="pt-BR"/>
        </w:rPr>
      </w:pPr>
      <w:r w:rsidRPr="001179E8">
        <w:rPr>
          <w:lang w:val="pt-BR"/>
        </w:rPr>
        <w:t>Ele começou a se mover, devagar a princípio, depois ganhando ritmo. Seus impulsos eram fortes, quase violentos, mas Nicole encontrou seu ritmo, movendo seus quadris contra os dele, cavalgando a onda de prazer e dor que ameaçava consumi-la.</w:t>
      </w:r>
    </w:p>
    <w:p w14:paraId="44006C2B" w14:textId="77777777" w:rsidR="002355BD" w:rsidRPr="001179E8" w:rsidRDefault="00000000">
      <w:pPr>
        <w:rPr>
          <w:lang w:val="pt-BR"/>
        </w:rPr>
      </w:pPr>
      <w:r w:rsidRPr="001179E8">
        <w:rPr>
          <w:lang w:val="pt-BR"/>
        </w:rPr>
        <w:br/>
      </w:r>
    </w:p>
    <w:p w14:paraId="5F428656" w14:textId="77777777" w:rsidR="002355BD" w:rsidRPr="001179E8" w:rsidRDefault="00000000">
      <w:pPr>
        <w:rPr>
          <w:lang w:val="pt-BR"/>
        </w:rPr>
      </w:pPr>
      <w:r w:rsidRPr="001179E8">
        <w:rPr>
          <w:lang w:val="pt-BR"/>
        </w:rPr>
        <w:t>Era diferente de qualquer vez que estiveram juntos antes. Havia uma crueza, uma urgência desesperada em seus movimentos. Era como se estivessem tentando exorcizar os demônios do submundo através da intensidade de sua conexão física. Rick deu um tapa estalado na nádega dela, e Nicole arquejou, surpresa e excitada pela dor súbita. Ele sorriu contra sua pele, um sorriso selvagem, antes de morder suavemente seu ombro.</w:t>
      </w:r>
    </w:p>
    <w:p w14:paraId="16286D7B" w14:textId="77777777" w:rsidR="002355BD" w:rsidRPr="001179E8" w:rsidRDefault="00000000">
      <w:pPr>
        <w:rPr>
          <w:lang w:val="pt-BR"/>
        </w:rPr>
      </w:pPr>
      <w:r w:rsidRPr="001179E8">
        <w:rPr>
          <w:lang w:val="pt-BR"/>
        </w:rPr>
        <w:br/>
      </w:r>
    </w:p>
    <w:p w14:paraId="27FCD22A" w14:textId="77777777" w:rsidR="002355BD" w:rsidRPr="001179E8" w:rsidRDefault="00000000">
      <w:pPr>
        <w:rPr>
          <w:lang w:val="pt-BR"/>
        </w:rPr>
      </w:pPr>
      <w:r w:rsidRPr="001179E8">
        <w:rPr>
          <w:lang w:val="pt-BR"/>
        </w:rPr>
        <w:t>"Você gosta disso, não gosta?" sussurrou ele, sua voz rouca de desejo.</w:t>
      </w:r>
    </w:p>
    <w:p w14:paraId="29175DDD" w14:textId="77777777" w:rsidR="002355BD" w:rsidRPr="001179E8" w:rsidRDefault="00000000">
      <w:pPr>
        <w:rPr>
          <w:lang w:val="pt-BR"/>
        </w:rPr>
      </w:pPr>
      <w:r w:rsidRPr="001179E8">
        <w:rPr>
          <w:lang w:val="pt-BR"/>
        </w:rPr>
        <w:br/>
      </w:r>
    </w:p>
    <w:p w14:paraId="0078C181" w14:textId="77777777" w:rsidR="002355BD" w:rsidRPr="001179E8" w:rsidRDefault="00000000">
      <w:pPr>
        <w:rPr>
          <w:lang w:val="pt-BR"/>
        </w:rPr>
      </w:pPr>
      <w:r w:rsidRPr="001179E8">
        <w:rPr>
          <w:lang w:val="pt-BR"/>
        </w:rPr>
        <w:lastRenderedPageBreak/>
        <w:t>Nicole não conseguiu responder, perdida na avalanche de sensações. Ela apenas apertou suas pernas com mais força ao redor dele, puxando-o para mais perto, mais fundo. O prazer estava se acumulando rapidamente, uma espiral apertada em seu baixo ventre que ameaçava explodir a qualquer momento.</w:t>
      </w:r>
    </w:p>
    <w:p w14:paraId="33A419A7" w14:textId="77777777" w:rsidR="002355BD" w:rsidRPr="001179E8" w:rsidRDefault="00000000">
      <w:pPr>
        <w:rPr>
          <w:lang w:val="pt-BR"/>
        </w:rPr>
      </w:pPr>
      <w:r w:rsidRPr="001179E8">
        <w:rPr>
          <w:lang w:val="pt-BR"/>
        </w:rPr>
        <w:br/>
      </w:r>
    </w:p>
    <w:p w14:paraId="3978E074" w14:textId="77777777" w:rsidR="002355BD" w:rsidRPr="001179E8" w:rsidRDefault="00000000">
      <w:pPr>
        <w:rPr>
          <w:lang w:val="pt-BR"/>
        </w:rPr>
      </w:pPr>
      <w:r w:rsidRPr="001179E8">
        <w:rPr>
          <w:lang w:val="pt-BR"/>
        </w:rPr>
        <w:t>Rick sentiu a mudança nela, seus impulsos tornando-se mais rápidos, mais desesperados. Ele gemeu o nome dela, seus quadris batendo contra os dela com força implacável. Nicole jogou a cabeça para trás, um grito escapando de seus lábios quando o orgasmo a atingiu – uma onda sísmica de prazer que a deixou tremendo e ofegante em seus braços.</w:t>
      </w:r>
    </w:p>
    <w:p w14:paraId="6D479DBD" w14:textId="77777777" w:rsidR="002355BD" w:rsidRPr="001179E8" w:rsidRDefault="00000000">
      <w:pPr>
        <w:rPr>
          <w:lang w:val="pt-BR"/>
        </w:rPr>
      </w:pPr>
      <w:r w:rsidRPr="001179E8">
        <w:rPr>
          <w:lang w:val="pt-BR"/>
        </w:rPr>
        <w:br/>
      </w:r>
    </w:p>
    <w:p w14:paraId="6F7B4ADA" w14:textId="77777777" w:rsidR="002355BD" w:rsidRPr="001179E8" w:rsidRDefault="00000000">
      <w:pPr>
        <w:rPr>
          <w:lang w:val="pt-BR"/>
        </w:rPr>
      </w:pPr>
      <w:r w:rsidRPr="001179E8">
        <w:rPr>
          <w:lang w:val="pt-BR"/>
        </w:rPr>
        <w:t>Sua liberação pareceu empurrar Rick para o limite. Com um último impulso profundo e um grito rouco, ele encontrou seu próprio clímax, seu corpo tenso e tremendo antes de relaxar contra ela, sua testa pressionada contra a dela.</w:t>
      </w:r>
    </w:p>
    <w:p w14:paraId="67F37C50" w14:textId="77777777" w:rsidR="002355BD" w:rsidRPr="001179E8" w:rsidRDefault="00000000">
      <w:pPr>
        <w:rPr>
          <w:lang w:val="pt-BR"/>
        </w:rPr>
      </w:pPr>
      <w:r w:rsidRPr="001179E8">
        <w:rPr>
          <w:lang w:val="pt-BR"/>
        </w:rPr>
        <w:br/>
      </w:r>
    </w:p>
    <w:p w14:paraId="02F4F14B" w14:textId="77777777" w:rsidR="002355BD" w:rsidRPr="001179E8" w:rsidRDefault="00000000">
      <w:pPr>
        <w:rPr>
          <w:lang w:val="pt-BR"/>
        </w:rPr>
      </w:pPr>
      <w:r w:rsidRPr="001179E8">
        <w:rPr>
          <w:lang w:val="pt-BR"/>
        </w:rPr>
        <w:t>Ficaram assim por um longo momento, ofegantes, seus corações batendo em uníssono, a água quente da piscina envolvendo-os como um casulo. O vapor subia ao redor deles, criando um mundo íntimo e isolado.</w:t>
      </w:r>
    </w:p>
    <w:p w14:paraId="09D970C3" w14:textId="77777777" w:rsidR="002355BD" w:rsidRPr="001179E8" w:rsidRDefault="00000000">
      <w:pPr>
        <w:rPr>
          <w:lang w:val="pt-BR"/>
        </w:rPr>
      </w:pPr>
      <w:r w:rsidRPr="001179E8">
        <w:rPr>
          <w:lang w:val="pt-BR"/>
        </w:rPr>
        <w:br/>
      </w:r>
    </w:p>
    <w:p w14:paraId="75C7AA40" w14:textId="77777777" w:rsidR="002355BD" w:rsidRPr="001179E8" w:rsidRDefault="00000000">
      <w:pPr>
        <w:rPr>
          <w:lang w:val="pt-BR"/>
        </w:rPr>
      </w:pPr>
      <w:r w:rsidRPr="001179E8">
        <w:rPr>
          <w:lang w:val="pt-BR"/>
        </w:rPr>
        <w:t>"Uau," sussurrou Rick finalmente, sua voz ainda rouca. "Isso foi... intenso."</w:t>
      </w:r>
    </w:p>
    <w:p w14:paraId="07DB600A" w14:textId="77777777" w:rsidR="002355BD" w:rsidRPr="001179E8" w:rsidRDefault="00000000">
      <w:pPr>
        <w:rPr>
          <w:lang w:val="pt-BR"/>
        </w:rPr>
      </w:pPr>
      <w:r w:rsidRPr="001179E8">
        <w:rPr>
          <w:lang w:val="pt-BR"/>
        </w:rPr>
        <w:br/>
      </w:r>
    </w:p>
    <w:p w14:paraId="06002180" w14:textId="77777777" w:rsidR="002355BD" w:rsidRPr="001179E8" w:rsidRDefault="00000000">
      <w:pPr>
        <w:rPr>
          <w:lang w:val="pt-BR"/>
        </w:rPr>
      </w:pPr>
      <w:r w:rsidRPr="001179E8">
        <w:rPr>
          <w:lang w:val="pt-BR"/>
        </w:rPr>
        <w:t>Nicole apenas assentiu, incapaz de formar palavras. Sentia-se completamente esgotada, mas de uma forma boa – purificada, conectada, viva.</w:t>
      </w:r>
    </w:p>
    <w:p w14:paraId="4E11D203" w14:textId="77777777" w:rsidR="002355BD" w:rsidRPr="001179E8" w:rsidRDefault="00000000">
      <w:pPr>
        <w:rPr>
          <w:lang w:val="pt-BR"/>
        </w:rPr>
      </w:pPr>
      <w:r w:rsidRPr="001179E8">
        <w:rPr>
          <w:lang w:val="pt-BR"/>
        </w:rPr>
        <w:br/>
      </w:r>
    </w:p>
    <w:p w14:paraId="1CB2A4DE" w14:textId="77777777" w:rsidR="002355BD" w:rsidRPr="001179E8" w:rsidRDefault="00000000">
      <w:pPr>
        <w:rPr>
          <w:lang w:val="pt-BR"/>
        </w:rPr>
      </w:pPr>
      <w:r w:rsidRPr="001179E8">
        <w:rPr>
          <w:lang w:val="pt-BR"/>
        </w:rPr>
        <w:t>Lentamente, eles começaram a se mover novamente, ajudando um ao outro a se lavar, seus toques agora mais gentis, mais carinhosos. Havia uma nova profundidade em seu silêncio, uma compreensão que ia além das palavras.</w:t>
      </w:r>
    </w:p>
    <w:p w14:paraId="0C6BA215" w14:textId="77777777" w:rsidR="002355BD" w:rsidRPr="001179E8" w:rsidRDefault="00000000">
      <w:pPr>
        <w:rPr>
          <w:lang w:val="pt-BR"/>
        </w:rPr>
      </w:pPr>
      <w:r w:rsidRPr="001179E8">
        <w:rPr>
          <w:lang w:val="pt-BR"/>
        </w:rPr>
        <w:br/>
      </w:r>
    </w:p>
    <w:p w14:paraId="1835B368" w14:textId="77777777" w:rsidR="002355BD" w:rsidRPr="001179E8" w:rsidRDefault="00000000">
      <w:pPr>
        <w:rPr>
          <w:lang w:val="pt-BR"/>
        </w:rPr>
      </w:pPr>
      <w:r w:rsidRPr="001179E8">
        <w:rPr>
          <w:lang w:val="pt-BR"/>
        </w:rPr>
        <w:lastRenderedPageBreak/>
        <w:t>Quando finalmente saíram da água, sentindo-se limpos e renovados, mas também profundamente exaustos, vestiram suas roupas ainda úmidas em silêncio. O mundo exterior, com seus perigos e incertezas, parecia ter recuado por um tempo, mas ambos sabiam que não podiam permanecer naquele refúgio para sempre.</w:t>
      </w:r>
    </w:p>
    <w:p w14:paraId="5F3063F6" w14:textId="77777777" w:rsidR="002355BD" w:rsidRPr="001179E8" w:rsidRDefault="00000000">
      <w:pPr>
        <w:rPr>
          <w:lang w:val="pt-BR"/>
        </w:rPr>
      </w:pPr>
      <w:r w:rsidRPr="001179E8">
        <w:rPr>
          <w:lang w:val="pt-BR"/>
        </w:rPr>
        <w:br/>
      </w:r>
    </w:p>
    <w:p w14:paraId="5E77C3A2" w14:textId="77777777" w:rsidR="002355BD" w:rsidRPr="001179E8" w:rsidRDefault="00000000">
      <w:pPr>
        <w:rPr>
          <w:lang w:val="pt-BR"/>
        </w:rPr>
      </w:pPr>
      <w:r w:rsidRPr="001179E8">
        <w:rPr>
          <w:lang w:val="pt-BR"/>
        </w:rPr>
        <w:t>Enquanto se preparavam para encontrar Eco e continuar sua jornada, Rick puxou Nicole para um último beijo – suave, terno, cheio de promessas não ditas.</w:t>
      </w:r>
    </w:p>
    <w:p w14:paraId="339913F1" w14:textId="77777777" w:rsidR="002355BD" w:rsidRPr="001179E8" w:rsidRDefault="00000000">
      <w:pPr>
        <w:rPr>
          <w:lang w:val="pt-BR"/>
        </w:rPr>
      </w:pPr>
      <w:r w:rsidRPr="001179E8">
        <w:rPr>
          <w:lang w:val="pt-BR"/>
        </w:rPr>
        <w:br/>
      </w:r>
    </w:p>
    <w:p w14:paraId="129EC238" w14:textId="77777777" w:rsidR="002355BD" w:rsidRPr="001179E8" w:rsidRDefault="00000000">
      <w:pPr>
        <w:rPr>
          <w:lang w:val="pt-BR"/>
        </w:rPr>
      </w:pPr>
      <w:r w:rsidRPr="001179E8">
        <w:rPr>
          <w:lang w:val="pt-BR"/>
        </w:rPr>
        <w:t>"Eu te amo, Nicky," sussurrou ele contra seus lábios.</w:t>
      </w:r>
    </w:p>
    <w:p w14:paraId="6F8DA4A0" w14:textId="77777777" w:rsidR="002355BD" w:rsidRPr="001179E8" w:rsidRDefault="00000000">
      <w:pPr>
        <w:rPr>
          <w:lang w:val="pt-BR"/>
        </w:rPr>
      </w:pPr>
      <w:r w:rsidRPr="001179E8">
        <w:rPr>
          <w:lang w:val="pt-BR"/>
        </w:rPr>
        <w:br/>
      </w:r>
    </w:p>
    <w:p w14:paraId="27F17680" w14:textId="77777777" w:rsidR="002355BD" w:rsidRPr="001179E8" w:rsidRDefault="00000000">
      <w:pPr>
        <w:rPr>
          <w:lang w:val="pt-BR"/>
        </w:rPr>
      </w:pPr>
      <w:r w:rsidRPr="001179E8">
        <w:rPr>
          <w:lang w:val="pt-BR"/>
        </w:rPr>
        <w:t>Nicole sentiu seus olhos se encherem de lágrimas. "Eu também te amo, Rick," respondeu ela, sua voz embargada pela emoção.</w:t>
      </w:r>
    </w:p>
    <w:p w14:paraId="755BE763" w14:textId="77777777" w:rsidR="002355BD" w:rsidRPr="001179E8" w:rsidRDefault="00000000">
      <w:pPr>
        <w:rPr>
          <w:lang w:val="pt-BR"/>
        </w:rPr>
      </w:pPr>
      <w:r w:rsidRPr="001179E8">
        <w:rPr>
          <w:lang w:val="pt-BR"/>
        </w:rPr>
        <w:br/>
      </w:r>
    </w:p>
    <w:p w14:paraId="61C8A777" w14:textId="77777777" w:rsidR="002355BD" w:rsidRPr="001179E8" w:rsidRDefault="00000000">
      <w:pPr>
        <w:rPr>
          <w:lang w:val="pt-BR"/>
        </w:rPr>
      </w:pPr>
      <w:r w:rsidRPr="001179E8">
        <w:rPr>
          <w:lang w:val="pt-BR"/>
        </w:rPr>
        <w:t>Saíram da caverna de mãos dadas, prontos para enfrentar o que quer que o submundo lhes reservasse, seus laços fortalecidos pela intensidade do que haviam compartilhado.</w:t>
      </w:r>
    </w:p>
    <w:p w14:paraId="69CD6CA6" w14:textId="77777777" w:rsidR="002355BD" w:rsidRPr="001179E8" w:rsidRDefault="00000000">
      <w:pPr>
        <w:rPr>
          <w:lang w:val="pt-BR"/>
        </w:rPr>
      </w:pPr>
      <w:r w:rsidRPr="001179E8">
        <w:rPr>
          <w:lang w:val="pt-BR"/>
        </w:rPr>
        <w:br/>
      </w:r>
    </w:p>
    <w:p w14:paraId="08CE1624" w14:textId="77777777" w:rsidR="002355BD" w:rsidRPr="001179E8" w:rsidRDefault="00000000">
      <w:pPr>
        <w:rPr>
          <w:lang w:val="pt-BR"/>
        </w:rPr>
      </w:pPr>
      <w:r w:rsidRPr="001179E8">
        <w:rPr>
          <w:lang w:val="pt-BR"/>
        </w:rPr>
        <w:t>Eco os esperava na entrada, sua figura encapuzada imóvel como uma estátua. Se percebeu a mudança na dinâmica entre eles, não demonstrou.</w:t>
      </w:r>
    </w:p>
    <w:p w14:paraId="653423E4" w14:textId="77777777" w:rsidR="002355BD" w:rsidRPr="001179E8" w:rsidRDefault="00000000">
      <w:pPr>
        <w:rPr>
          <w:lang w:val="pt-BR"/>
        </w:rPr>
      </w:pPr>
      <w:r w:rsidRPr="001179E8">
        <w:rPr>
          <w:lang w:val="pt-BR"/>
        </w:rPr>
        <w:br/>
      </w:r>
    </w:p>
    <w:p w14:paraId="1C51C03E" w14:textId="77777777" w:rsidR="002355BD" w:rsidRPr="001179E8" w:rsidRDefault="00000000">
      <w:pPr>
        <w:rPr>
          <w:lang w:val="pt-BR"/>
        </w:rPr>
      </w:pPr>
      <w:r w:rsidRPr="001179E8">
        <w:rPr>
          <w:lang w:val="pt-BR"/>
        </w:rPr>
        <w:t>"Estão prontos?" perguntou Eco, sua voz o mesmo sussurro multifacetado de antes.</w:t>
      </w:r>
    </w:p>
    <w:p w14:paraId="0748B8E8" w14:textId="77777777" w:rsidR="002355BD" w:rsidRPr="001179E8" w:rsidRDefault="00000000">
      <w:pPr>
        <w:rPr>
          <w:lang w:val="pt-BR"/>
        </w:rPr>
      </w:pPr>
      <w:r w:rsidRPr="001179E8">
        <w:rPr>
          <w:lang w:val="pt-BR"/>
        </w:rPr>
        <w:br/>
      </w:r>
    </w:p>
    <w:p w14:paraId="0BEA6078" w14:textId="77777777" w:rsidR="002355BD" w:rsidRPr="001179E8" w:rsidRDefault="00000000">
      <w:pPr>
        <w:rPr>
          <w:lang w:val="pt-BR"/>
        </w:rPr>
      </w:pPr>
      <w:r w:rsidRPr="001179E8">
        <w:rPr>
          <w:lang w:val="pt-BR"/>
        </w:rPr>
        <w:t>Nicole e Rick assentiram, trocando um último olhar significativo.</w:t>
      </w:r>
    </w:p>
    <w:p w14:paraId="39839A4F" w14:textId="77777777" w:rsidR="002355BD" w:rsidRPr="001179E8" w:rsidRDefault="00000000">
      <w:pPr>
        <w:rPr>
          <w:lang w:val="pt-BR"/>
        </w:rPr>
      </w:pPr>
      <w:r w:rsidRPr="001179E8">
        <w:rPr>
          <w:lang w:val="pt-BR"/>
        </w:rPr>
        <w:br/>
      </w:r>
    </w:p>
    <w:p w14:paraId="08C3A3D1" w14:textId="77777777" w:rsidR="002355BD" w:rsidRPr="001179E8" w:rsidRDefault="00000000">
      <w:pPr>
        <w:rPr>
          <w:lang w:val="pt-BR"/>
        </w:rPr>
      </w:pPr>
      <w:r w:rsidRPr="001179E8">
        <w:rPr>
          <w:lang w:val="pt-BR"/>
        </w:rPr>
        <w:lastRenderedPageBreak/>
        <w:t>"O caminho à frente é perigoso," advertiu Eco. "Atravessaremos os Campos das Cinzas Sussurrantes, onde os ecos dos mortos podem enlouquecer os vivos. Mantenham-se perto e não deem ouvidos às vozes."</w:t>
      </w:r>
    </w:p>
    <w:p w14:paraId="5470379B" w14:textId="77777777" w:rsidR="002355BD" w:rsidRPr="001179E8" w:rsidRDefault="00000000">
      <w:pPr>
        <w:rPr>
          <w:lang w:val="pt-BR"/>
        </w:rPr>
      </w:pPr>
      <w:r w:rsidRPr="001179E8">
        <w:rPr>
          <w:lang w:val="pt-BR"/>
        </w:rPr>
        <w:br/>
      </w:r>
    </w:p>
    <w:p w14:paraId="7012155D" w14:textId="77777777" w:rsidR="002355BD" w:rsidRPr="001179E8" w:rsidRDefault="00000000">
      <w:pPr>
        <w:rPr>
          <w:lang w:val="pt-BR"/>
        </w:rPr>
      </w:pPr>
      <w:r w:rsidRPr="001179E8">
        <w:rPr>
          <w:lang w:val="pt-BR"/>
        </w:rPr>
        <w:t>Eles seguiram Eco para fora da caverna, de volta aos túneis sinuosos. A atmosfera parecia mais pesada agora, carregada com a antecipação do perigo. Mas Nicole e Rick caminhavam lado a lado, sua conexão uma âncora silenciosa na escuridão.</w:t>
      </w:r>
    </w:p>
    <w:p w14:paraId="00CA8BBF" w14:textId="77777777" w:rsidR="002355BD" w:rsidRPr="001179E8" w:rsidRDefault="00000000">
      <w:pPr>
        <w:rPr>
          <w:lang w:val="pt-BR"/>
        </w:rPr>
      </w:pPr>
      <w:r w:rsidRPr="001179E8">
        <w:rPr>
          <w:lang w:val="pt-BR"/>
        </w:rPr>
        <w:br/>
      </w:r>
    </w:p>
    <w:p w14:paraId="755FD4B5" w14:textId="77777777" w:rsidR="002355BD" w:rsidRPr="001179E8" w:rsidRDefault="00000000">
      <w:pPr>
        <w:rPr>
          <w:lang w:val="pt-BR"/>
        </w:rPr>
      </w:pPr>
      <w:r w:rsidRPr="001179E8">
        <w:rPr>
          <w:lang w:val="pt-BR"/>
        </w:rPr>
        <w:t>Após outra hora de caminhada pelos túneis, eles emergiram em uma vasta caverna diferente de qualquer outra que já tinham visto. O chão era coberto por uma fina camada de cinza fina que se erguia em nuvens fantasmagóricas a cada passo. O ar estava frio e parado, e um silêncio opressor pairava sobre o lugar, quebrado apenas por sussurros fracos que pareciam vir de todas as direções e de lugar nenhum ao mesmo tempo.</w:t>
      </w:r>
    </w:p>
    <w:p w14:paraId="7870180A" w14:textId="77777777" w:rsidR="002355BD" w:rsidRPr="001179E8" w:rsidRDefault="00000000">
      <w:pPr>
        <w:rPr>
          <w:lang w:val="pt-BR"/>
        </w:rPr>
      </w:pPr>
      <w:r w:rsidRPr="001179E8">
        <w:rPr>
          <w:lang w:val="pt-BR"/>
        </w:rPr>
        <w:br/>
      </w:r>
    </w:p>
    <w:p w14:paraId="7F573FC6" w14:textId="77777777" w:rsidR="002355BD" w:rsidRPr="001179E8" w:rsidRDefault="00000000">
      <w:pPr>
        <w:rPr>
          <w:lang w:val="pt-BR"/>
        </w:rPr>
      </w:pPr>
      <w:r w:rsidRPr="001179E8">
        <w:rPr>
          <w:lang w:val="pt-BR"/>
        </w:rPr>
        <w:t>"Os Campos das Cinzas Sussurrantes," murmurou Eco. "Não parem. Não escutem."</w:t>
      </w:r>
    </w:p>
    <w:p w14:paraId="513690C8" w14:textId="77777777" w:rsidR="002355BD" w:rsidRPr="001179E8" w:rsidRDefault="00000000">
      <w:pPr>
        <w:rPr>
          <w:lang w:val="pt-BR"/>
        </w:rPr>
      </w:pPr>
      <w:r w:rsidRPr="001179E8">
        <w:rPr>
          <w:lang w:val="pt-BR"/>
        </w:rPr>
        <w:br/>
      </w:r>
    </w:p>
    <w:p w14:paraId="355D1A41" w14:textId="77777777" w:rsidR="002355BD" w:rsidRPr="001179E8" w:rsidRDefault="00000000">
      <w:pPr>
        <w:rPr>
          <w:lang w:val="pt-BR"/>
        </w:rPr>
      </w:pPr>
      <w:r w:rsidRPr="001179E8">
        <w:rPr>
          <w:lang w:val="pt-BR"/>
        </w:rPr>
        <w:t>Eles começaram a atravessar a caverna cavernosa, as cinzas amortecendo seus passos. Os sussurros ficaram mais altos, mais distintos – vozes que pareciam familiares, chamando seus nomes, murmurando dúvidas e medos.</w:t>
      </w:r>
    </w:p>
    <w:p w14:paraId="4FC50209" w14:textId="77777777" w:rsidR="002355BD" w:rsidRPr="001179E8" w:rsidRDefault="00000000">
      <w:pPr>
        <w:rPr>
          <w:lang w:val="pt-BR"/>
        </w:rPr>
      </w:pPr>
      <w:r w:rsidRPr="001179E8">
        <w:rPr>
          <w:lang w:val="pt-BR"/>
        </w:rPr>
        <w:br/>
      </w:r>
    </w:p>
    <w:p w14:paraId="53EBE59D" w14:textId="77777777" w:rsidR="002355BD" w:rsidRPr="001179E8" w:rsidRDefault="00000000">
      <w:pPr>
        <w:rPr>
          <w:lang w:val="pt-BR"/>
        </w:rPr>
      </w:pPr>
      <w:r w:rsidRPr="001179E8">
        <w:rPr>
          <w:lang w:val="pt-BR"/>
        </w:rPr>
        <w:t>Nicole ouviu a voz de seu pai, Eletron, expressando decepção por sua falha. Ouviu a voz de sua mãe, Nyx, advertindo-a sobre sua fraqueza. Tentou bloquear as vozes, concentrando-se nos passos à frente, na sensação da mão de Rick segurando a sua com força.</w:t>
      </w:r>
    </w:p>
    <w:p w14:paraId="1BD4A9C7" w14:textId="77777777" w:rsidR="002355BD" w:rsidRPr="001179E8" w:rsidRDefault="00000000">
      <w:pPr>
        <w:rPr>
          <w:lang w:val="pt-BR"/>
        </w:rPr>
      </w:pPr>
      <w:r w:rsidRPr="001179E8">
        <w:rPr>
          <w:lang w:val="pt-BR"/>
        </w:rPr>
        <w:br/>
      </w:r>
    </w:p>
    <w:p w14:paraId="488206CB" w14:textId="77777777" w:rsidR="002355BD" w:rsidRPr="001179E8" w:rsidRDefault="00000000">
      <w:pPr>
        <w:rPr>
          <w:lang w:val="pt-BR"/>
        </w:rPr>
      </w:pPr>
      <w:r w:rsidRPr="001179E8">
        <w:rPr>
          <w:lang w:val="pt-BR"/>
        </w:rPr>
        <w:t>Ao lado dela, Rick também estava lutando. Seu rosto estava tenso, seus nós dos dedos brancos onde agarrava a mão de Nicole. Ele provavelmente estava ouvindo as vozes de seus próprios pais, Densa e Nitro, criticando-o, julgando-o.</w:t>
      </w:r>
    </w:p>
    <w:p w14:paraId="3F4B68DF" w14:textId="77777777" w:rsidR="002355BD" w:rsidRPr="001179E8" w:rsidRDefault="00000000">
      <w:pPr>
        <w:rPr>
          <w:lang w:val="pt-BR"/>
        </w:rPr>
      </w:pPr>
      <w:r w:rsidRPr="001179E8">
        <w:rPr>
          <w:lang w:val="pt-BR"/>
        </w:rPr>
        <w:br/>
      </w:r>
    </w:p>
    <w:p w14:paraId="4B0305A8" w14:textId="77777777" w:rsidR="002355BD" w:rsidRPr="001179E8" w:rsidRDefault="00000000">
      <w:pPr>
        <w:rPr>
          <w:lang w:val="pt-BR"/>
        </w:rPr>
      </w:pPr>
      <w:r w:rsidRPr="001179E8">
        <w:rPr>
          <w:lang w:val="pt-BR"/>
        </w:rPr>
        <w:lastRenderedPageBreak/>
        <w:t>Os sussurros tornaram-se mais insistentes, mais pessoais, explorando suas inseguranças mais profundas. Nicole sentiu sua determinação vacilar, as dúvidas insinuando-se em sua mente. Talvez ela fosse fraca. Talvez estivesse destinada a falhar.</w:t>
      </w:r>
    </w:p>
    <w:p w14:paraId="4DFCE548" w14:textId="77777777" w:rsidR="002355BD" w:rsidRPr="001179E8" w:rsidRDefault="00000000">
      <w:pPr>
        <w:rPr>
          <w:lang w:val="pt-BR"/>
        </w:rPr>
      </w:pPr>
      <w:r w:rsidRPr="001179E8">
        <w:rPr>
          <w:lang w:val="pt-BR"/>
        </w:rPr>
        <w:br/>
      </w:r>
    </w:p>
    <w:p w14:paraId="79F4E088" w14:textId="77777777" w:rsidR="002355BD" w:rsidRPr="001179E8" w:rsidRDefault="00000000">
      <w:pPr>
        <w:rPr>
          <w:lang w:val="pt-BR"/>
        </w:rPr>
      </w:pPr>
      <w:r w:rsidRPr="001179E8">
        <w:rPr>
          <w:lang w:val="pt-BR"/>
        </w:rPr>
        <w:t>Então, sentiu Rick apertar sua mão com mais força. Olhou para ele e viu a mesma luta refletida em seus olhos, mas também uma determinação feroz. Eles trocaram um olhar – um reconhecimento silencioso de sua luta compartilhada, uma promessa de não ceder.</w:t>
      </w:r>
    </w:p>
    <w:p w14:paraId="4256B864" w14:textId="77777777" w:rsidR="002355BD" w:rsidRPr="001179E8" w:rsidRDefault="00000000">
      <w:pPr>
        <w:rPr>
          <w:lang w:val="pt-BR"/>
        </w:rPr>
      </w:pPr>
      <w:r w:rsidRPr="001179E8">
        <w:rPr>
          <w:lang w:val="pt-BR"/>
        </w:rPr>
        <w:br/>
      </w:r>
    </w:p>
    <w:p w14:paraId="13ECBF41" w14:textId="77777777" w:rsidR="002355BD" w:rsidRPr="001179E8" w:rsidRDefault="00000000">
      <w:pPr>
        <w:rPr>
          <w:lang w:val="pt-BR"/>
        </w:rPr>
      </w:pPr>
      <w:r w:rsidRPr="001179E8">
        <w:rPr>
          <w:lang w:val="pt-BR"/>
        </w:rPr>
        <w:t>Juntos, eles avançaram, ignorando os sussurros, focando apenas um no outro, em sua conexão. O centro da caverna estava agora à vista – e no centro, algo inesperado.</w:t>
      </w:r>
    </w:p>
    <w:p w14:paraId="7C71DBCE" w14:textId="77777777" w:rsidR="002355BD" w:rsidRPr="001179E8" w:rsidRDefault="00000000">
      <w:pPr>
        <w:rPr>
          <w:lang w:val="pt-BR"/>
        </w:rPr>
      </w:pPr>
      <w:r w:rsidRPr="001179E8">
        <w:rPr>
          <w:lang w:val="pt-BR"/>
        </w:rPr>
        <w:br/>
      </w:r>
    </w:p>
    <w:p w14:paraId="370A5AB5" w14:textId="77777777" w:rsidR="002355BD" w:rsidRPr="001179E8" w:rsidRDefault="00000000">
      <w:pPr>
        <w:rPr>
          <w:lang w:val="pt-BR"/>
        </w:rPr>
      </w:pPr>
      <w:r w:rsidRPr="001179E8">
        <w:rPr>
          <w:lang w:val="pt-BR"/>
        </w:rPr>
        <w:t>Sentada em uma rocha coberta de cinzas, estava uma jovem mulher. Tinha cabelos loiros e compridos, emaranhados e sujos, e usava roupas que pareciam ter sido finas e elegantes um dia, mas agora estavam rasgadas e manchadas. Ela abraçava os joelhos contra o peito, balançando-se suavemente para frente e para trás, seus olhos azuis arregalados de medo e confusão, fixos no nada.</w:t>
      </w:r>
    </w:p>
    <w:p w14:paraId="2346A8BF" w14:textId="77777777" w:rsidR="002355BD" w:rsidRPr="001179E8" w:rsidRDefault="002355BD">
      <w:pPr>
        <w:rPr>
          <w:lang w:val="pt-BR"/>
        </w:rPr>
      </w:pPr>
    </w:p>
    <w:p w14:paraId="68C47CCE" w14:textId="77777777" w:rsidR="002355BD" w:rsidRPr="001179E8" w:rsidRDefault="002355BD">
      <w:pPr>
        <w:rPr>
          <w:lang w:val="pt-BR"/>
        </w:rPr>
      </w:pPr>
    </w:p>
    <w:p w14:paraId="54F4C75F" w14:textId="77777777" w:rsidR="002355BD" w:rsidRPr="001179E8" w:rsidRDefault="00000000">
      <w:pPr>
        <w:rPr>
          <w:lang w:val="pt-BR"/>
        </w:rPr>
      </w:pPr>
      <w:r w:rsidRPr="001179E8">
        <w:rPr>
          <w:lang w:val="pt-BR"/>
        </w:rPr>
        <w:t>O silêncio nos Campos das Cinzas Sussurrantes parecia se adensar ao redor deles. Nicole e Ricardo pararam, observando a figura feminina sentada em uma rocha coberta de cinzas. Ela tinha cabelos loiros platinados que caíam como uma cascata de seda até a base da coluna, e seu corpo nu era parcialmente coberto apenas pela penumbra e por uma estranha poeira luminosa que parecia flutuar ao seu redor como resíduos dimensionais.</w:t>
      </w:r>
    </w:p>
    <w:p w14:paraId="4D916DDD" w14:textId="77777777" w:rsidR="002355BD" w:rsidRPr="001179E8" w:rsidRDefault="00000000">
      <w:pPr>
        <w:rPr>
          <w:lang w:val="pt-BR"/>
        </w:rPr>
      </w:pPr>
      <w:r w:rsidRPr="001179E8">
        <w:rPr>
          <w:lang w:val="pt-BR"/>
        </w:rPr>
        <w:br/>
      </w:r>
    </w:p>
    <w:p w14:paraId="5F3095C5" w14:textId="77777777" w:rsidR="002355BD" w:rsidRPr="001179E8" w:rsidRDefault="00000000">
      <w:pPr>
        <w:rPr>
          <w:lang w:val="pt-BR"/>
        </w:rPr>
      </w:pPr>
      <w:r w:rsidRPr="001179E8">
        <w:rPr>
          <w:lang w:val="pt-BR"/>
        </w:rPr>
        <w:t>Eco deu um passo à frente, sua postura cautelosa. "Cuidado," sussurrou. "Nem tudo no submundo é o que parece."</w:t>
      </w:r>
    </w:p>
    <w:p w14:paraId="65EE8247" w14:textId="77777777" w:rsidR="002355BD" w:rsidRPr="001179E8" w:rsidRDefault="00000000">
      <w:pPr>
        <w:rPr>
          <w:lang w:val="pt-BR"/>
        </w:rPr>
      </w:pPr>
      <w:r w:rsidRPr="001179E8">
        <w:rPr>
          <w:lang w:val="pt-BR"/>
        </w:rPr>
        <w:br/>
      </w:r>
    </w:p>
    <w:p w14:paraId="0A08C439" w14:textId="77777777" w:rsidR="002355BD" w:rsidRPr="001179E8" w:rsidRDefault="00000000">
      <w:pPr>
        <w:rPr>
          <w:lang w:val="pt-BR"/>
        </w:rPr>
      </w:pPr>
      <w:r w:rsidRPr="001179E8">
        <w:rPr>
          <w:lang w:val="pt-BR"/>
        </w:rPr>
        <w:t>Nicole assentiu, mas algo na vulnerabilidade da jovem a comovia. Lentamente, ela se aproximou, Ricardo logo atrás, pronto para intervir se necessário.</w:t>
      </w:r>
    </w:p>
    <w:p w14:paraId="0D5C7DCD" w14:textId="77777777" w:rsidR="002355BD" w:rsidRPr="001179E8" w:rsidRDefault="00000000">
      <w:pPr>
        <w:rPr>
          <w:lang w:val="pt-BR"/>
        </w:rPr>
      </w:pPr>
      <w:r w:rsidRPr="001179E8">
        <w:rPr>
          <w:lang w:val="pt-BR"/>
        </w:rPr>
        <w:lastRenderedPageBreak/>
        <w:br/>
      </w:r>
    </w:p>
    <w:p w14:paraId="3052D2B4" w14:textId="77777777" w:rsidR="002355BD" w:rsidRPr="001179E8" w:rsidRDefault="00000000">
      <w:pPr>
        <w:rPr>
          <w:lang w:val="pt-BR"/>
        </w:rPr>
      </w:pPr>
      <w:r w:rsidRPr="001179E8">
        <w:rPr>
          <w:lang w:val="pt-BR"/>
        </w:rPr>
        <w:t>"Olá?" chamou Nicole suavemente. "Você está bem?"</w:t>
      </w:r>
    </w:p>
    <w:p w14:paraId="746A03D3" w14:textId="77777777" w:rsidR="002355BD" w:rsidRPr="001179E8" w:rsidRDefault="00000000">
      <w:pPr>
        <w:rPr>
          <w:lang w:val="pt-BR"/>
        </w:rPr>
      </w:pPr>
      <w:r w:rsidRPr="001179E8">
        <w:rPr>
          <w:lang w:val="pt-BR"/>
        </w:rPr>
        <w:br/>
      </w:r>
    </w:p>
    <w:p w14:paraId="2221BDF3" w14:textId="77777777" w:rsidR="002355BD" w:rsidRPr="001179E8" w:rsidRDefault="00000000">
      <w:pPr>
        <w:rPr>
          <w:lang w:val="pt-BR"/>
        </w:rPr>
      </w:pPr>
      <w:r w:rsidRPr="001179E8">
        <w:rPr>
          <w:lang w:val="pt-BR"/>
        </w:rPr>
        <w:t>A jovem parou seu balanço rítmico, sua cabeça virando-se lentamente na direção da voz. Seus olhos, antes desfocados, ganharam clareza ao pousar em Nicole. Eram de um azul-claro hipnotizante, quase sobrenatural em sua intensidade.</w:t>
      </w:r>
    </w:p>
    <w:p w14:paraId="0380D658" w14:textId="77777777" w:rsidR="002355BD" w:rsidRPr="001179E8" w:rsidRDefault="00000000">
      <w:pPr>
        <w:rPr>
          <w:lang w:val="pt-BR"/>
        </w:rPr>
      </w:pPr>
      <w:r w:rsidRPr="001179E8">
        <w:rPr>
          <w:lang w:val="pt-BR"/>
        </w:rPr>
        <w:br/>
      </w:r>
    </w:p>
    <w:p w14:paraId="00AB90E4" w14:textId="77777777" w:rsidR="002355BD" w:rsidRPr="001179E8" w:rsidRDefault="00000000">
      <w:pPr>
        <w:rPr>
          <w:lang w:val="pt-BR"/>
        </w:rPr>
      </w:pPr>
      <w:r w:rsidRPr="001179E8">
        <w:rPr>
          <w:lang w:val="pt-BR"/>
        </w:rPr>
        <w:t>"Vocês... não são daqui," disse a jovem, sua voz surpreendentemente melodiosa, embora com um tom sedutor que parecia natural.</w:t>
      </w:r>
    </w:p>
    <w:p w14:paraId="50E220AB" w14:textId="77777777" w:rsidR="002355BD" w:rsidRPr="001179E8" w:rsidRDefault="00000000">
      <w:pPr>
        <w:rPr>
          <w:lang w:val="pt-BR"/>
        </w:rPr>
      </w:pPr>
      <w:r w:rsidRPr="001179E8">
        <w:rPr>
          <w:lang w:val="pt-BR"/>
        </w:rPr>
        <w:br/>
      </w:r>
    </w:p>
    <w:p w14:paraId="0E0C0F8D" w14:textId="77777777" w:rsidR="002355BD" w:rsidRPr="001179E8" w:rsidRDefault="00000000">
      <w:pPr>
        <w:rPr>
          <w:lang w:val="pt-BR"/>
        </w:rPr>
      </w:pPr>
      <w:r w:rsidRPr="001179E8">
        <w:rPr>
          <w:lang w:val="pt-BR"/>
        </w:rPr>
        <w:t>"Não," confirmou Nicole. "Caímos aqui... por acidente. Estamos tentando encontrar um caminho de volta."</w:t>
      </w:r>
    </w:p>
    <w:p w14:paraId="7FBD417A" w14:textId="77777777" w:rsidR="002355BD" w:rsidRPr="001179E8" w:rsidRDefault="00000000">
      <w:pPr>
        <w:rPr>
          <w:lang w:val="pt-BR"/>
        </w:rPr>
      </w:pPr>
      <w:r w:rsidRPr="001179E8">
        <w:rPr>
          <w:lang w:val="pt-BR"/>
        </w:rPr>
        <w:br/>
      </w:r>
    </w:p>
    <w:p w14:paraId="1A85DA70" w14:textId="77777777" w:rsidR="002355BD" w:rsidRPr="001179E8" w:rsidRDefault="00000000">
      <w:pPr>
        <w:rPr>
          <w:lang w:val="pt-BR"/>
        </w:rPr>
      </w:pPr>
      <w:r w:rsidRPr="001179E8">
        <w:rPr>
          <w:lang w:val="pt-BR"/>
        </w:rPr>
        <w:t>A jovem olhou para cada um deles, seu olhar demorando-se em Ricardo com interesse evidente. Algo parecido com esperança iluminou seu rosto.</w:t>
      </w:r>
    </w:p>
    <w:p w14:paraId="1C19AA92" w14:textId="77777777" w:rsidR="002355BD" w:rsidRPr="001179E8" w:rsidRDefault="00000000">
      <w:pPr>
        <w:rPr>
          <w:lang w:val="pt-BR"/>
        </w:rPr>
      </w:pPr>
      <w:r w:rsidRPr="001179E8">
        <w:rPr>
          <w:lang w:val="pt-BR"/>
        </w:rPr>
        <w:br/>
      </w:r>
    </w:p>
    <w:p w14:paraId="1FB15924" w14:textId="77777777" w:rsidR="002355BD" w:rsidRPr="001179E8" w:rsidRDefault="00000000">
      <w:pPr>
        <w:rPr>
          <w:lang w:val="pt-BR"/>
        </w:rPr>
      </w:pPr>
      <w:r w:rsidRPr="001179E8">
        <w:rPr>
          <w:lang w:val="pt-BR"/>
        </w:rPr>
        <w:t>"Visitantes do plano terreno," murmurou ela, levantando-se com uma graça fluida que parecia quase irreal. Seu corpo nu era perfeito – seios pequenos e redondos, cintura fina, quadril expressivo, com curvas graciosas e uma elegância quase etérea. "Que sorte a minha."</w:t>
      </w:r>
    </w:p>
    <w:p w14:paraId="71B57319" w14:textId="77777777" w:rsidR="002355BD" w:rsidRPr="001179E8" w:rsidRDefault="00000000">
      <w:pPr>
        <w:rPr>
          <w:lang w:val="pt-BR"/>
        </w:rPr>
      </w:pPr>
      <w:r w:rsidRPr="001179E8">
        <w:rPr>
          <w:lang w:val="pt-BR"/>
        </w:rPr>
        <w:br/>
      </w:r>
    </w:p>
    <w:p w14:paraId="590D68B0" w14:textId="77777777" w:rsidR="002355BD" w:rsidRPr="001179E8" w:rsidRDefault="00000000">
      <w:pPr>
        <w:rPr>
          <w:lang w:val="pt-BR"/>
        </w:rPr>
      </w:pPr>
      <w:r w:rsidRPr="001179E8">
        <w:rPr>
          <w:lang w:val="pt-BR"/>
        </w:rPr>
        <w:t>Ricardo engoliu em seco, claramente afetado pela visão. Nicole notou e lançou-lhe um olhar de advertência, que ele fingiu não perceber.</w:t>
      </w:r>
    </w:p>
    <w:p w14:paraId="72760346" w14:textId="77777777" w:rsidR="002355BD" w:rsidRPr="001179E8" w:rsidRDefault="00000000">
      <w:pPr>
        <w:rPr>
          <w:lang w:val="pt-BR"/>
        </w:rPr>
      </w:pPr>
      <w:r w:rsidRPr="001179E8">
        <w:rPr>
          <w:lang w:val="pt-BR"/>
        </w:rPr>
        <w:br/>
      </w:r>
    </w:p>
    <w:p w14:paraId="34687E61" w14:textId="77777777" w:rsidR="002355BD" w:rsidRPr="001179E8" w:rsidRDefault="00000000">
      <w:pPr>
        <w:rPr>
          <w:lang w:val="pt-BR"/>
        </w:rPr>
      </w:pPr>
      <w:r w:rsidRPr="001179E8">
        <w:rPr>
          <w:lang w:val="pt-BR"/>
        </w:rPr>
        <w:t>"Quem é você?" perguntou Nicole, mantendo a voz firme. "Como veio parar aqui?"</w:t>
      </w:r>
    </w:p>
    <w:p w14:paraId="27C52316" w14:textId="77777777" w:rsidR="002355BD" w:rsidRPr="001179E8" w:rsidRDefault="00000000">
      <w:pPr>
        <w:rPr>
          <w:lang w:val="pt-BR"/>
        </w:rPr>
      </w:pPr>
      <w:r w:rsidRPr="001179E8">
        <w:rPr>
          <w:lang w:val="pt-BR"/>
        </w:rPr>
        <w:lastRenderedPageBreak/>
        <w:br/>
      </w:r>
    </w:p>
    <w:p w14:paraId="50DFC048" w14:textId="77777777" w:rsidR="002355BD" w:rsidRPr="001179E8" w:rsidRDefault="00000000">
      <w:pPr>
        <w:rPr>
          <w:lang w:val="pt-BR"/>
        </w:rPr>
      </w:pPr>
      <w:r w:rsidRPr="001179E8">
        <w:rPr>
          <w:lang w:val="pt-BR"/>
        </w:rPr>
        <w:t>A jovem sorriu, um sorriso enviesado e misterioso. "Meu nome é Elaine. Elaine Nocturne. E quanto a como vim parar aqui..." Ela deu de ombros, um movimento elegante que fez Ricardo prender a respiração. "Nasci aqui, pelo que sei. O submundo é tudo que já conheci."</w:t>
      </w:r>
    </w:p>
    <w:p w14:paraId="32E07A53" w14:textId="77777777" w:rsidR="002355BD" w:rsidRPr="001179E8" w:rsidRDefault="00000000">
      <w:pPr>
        <w:rPr>
          <w:lang w:val="pt-BR"/>
        </w:rPr>
      </w:pPr>
      <w:r w:rsidRPr="001179E8">
        <w:rPr>
          <w:lang w:val="pt-BR"/>
        </w:rPr>
        <w:br/>
      </w:r>
    </w:p>
    <w:p w14:paraId="68C198C4" w14:textId="77777777" w:rsidR="002355BD" w:rsidRPr="001179E8" w:rsidRDefault="00000000">
      <w:pPr>
        <w:rPr>
          <w:lang w:val="pt-BR"/>
        </w:rPr>
      </w:pPr>
      <w:r w:rsidRPr="001179E8">
        <w:rPr>
          <w:lang w:val="pt-BR"/>
        </w:rPr>
        <w:t>"Nasceu aqui?" repetiu Nicole, surpresa. "Mas você parece... humana."</w:t>
      </w:r>
    </w:p>
    <w:p w14:paraId="660E9681" w14:textId="77777777" w:rsidR="002355BD" w:rsidRPr="001179E8" w:rsidRDefault="00000000">
      <w:pPr>
        <w:rPr>
          <w:lang w:val="pt-BR"/>
        </w:rPr>
      </w:pPr>
      <w:r w:rsidRPr="001179E8">
        <w:rPr>
          <w:lang w:val="pt-BR"/>
        </w:rPr>
        <w:br/>
      </w:r>
    </w:p>
    <w:p w14:paraId="58B0C401" w14:textId="77777777" w:rsidR="002355BD" w:rsidRPr="001179E8" w:rsidRDefault="00000000">
      <w:pPr>
        <w:rPr>
          <w:lang w:val="pt-BR"/>
        </w:rPr>
      </w:pPr>
      <w:r w:rsidRPr="001179E8">
        <w:rPr>
          <w:lang w:val="pt-BR"/>
        </w:rPr>
        <w:t>"Pareço muitas coisas," respondeu Elaine enigmaticamente. Então, como se percebesse seu estado de nudez pela primeira vez, ela fez um gesto suave com a mão. Uma névoa cintilante começou a se formar ao redor de seu corpo, condensando-se em algo semelhante a um traje – uma segunda pele que flutuava e ondulava, ocultando e revelando sua forma com elegância sensual.</w:t>
      </w:r>
    </w:p>
    <w:p w14:paraId="105C3ED8" w14:textId="77777777" w:rsidR="002355BD" w:rsidRPr="001179E8" w:rsidRDefault="00000000">
      <w:pPr>
        <w:rPr>
          <w:lang w:val="pt-BR"/>
        </w:rPr>
      </w:pPr>
      <w:r w:rsidRPr="001179E8">
        <w:rPr>
          <w:lang w:val="pt-BR"/>
        </w:rPr>
        <w:br/>
      </w:r>
    </w:p>
    <w:p w14:paraId="3DE3AE33" w14:textId="77777777" w:rsidR="002355BD" w:rsidRPr="001179E8" w:rsidRDefault="00000000">
      <w:pPr>
        <w:rPr>
          <w:lang w:val="pt-BR"/>
        </w:rPr>
      </w:pPr>
      <w:r w:rsidRPr="001179E8">
        <w:rPr>
          <w:lang w:val="pt-BR"/>
        </w:rPr>
        <w:t>Ricardo observava, fascinado. "Como você fez isso?"</w:t>
      </w:r>
    </w:p>
    <w:p w14:paraId="629EAA2D" w14:textId="77777777" w:rsidR="002355BD" w:rsidRPr="001179E8" w:rsidRDefault="00000000">
      <w:pPr>
        <w:rPr>
          <w:lang w:val="pt-BR"/>
        </w:rPr>
      </w:pPr>
      <w:r w:rsidRPr="001179E8">
        <w:rPr>
          <w:lang w:val="pt-BR"/>
        </w:rPr>
        <w:br/>
      </w:r>
    </w:p>
    <w:p w14:paraId="7BF35D68" w14:textId="77777777" w:rsidR="002355BD" w:rsidRPr="001179E8" w:rsidRDefault="00000000">
      <w:pPr>
        <w:rPr>
          <w:lang w:val="pt-BR"/>
        </w:rPr>
      </w:pPr>
      <w:r w:rsidRPr="001179E8">
        <w:rPr>
          <w:lang w:val="pt-BR"/>
        </w:rPr>
        <w:t>Elaine piscou um olho para ele, um gesto claramente flertativo. "Você pode até me ver agora... mas será que me conhece mesmo?"</w:t>
      </w:r>
    </w:p>
    <w:p w14:paraId="42534F8C" w14:textId="77777777" w:rsidR="002355BD" w:rsidRPr="001179E8" w:rsidRDefault="00000000">
      <w:pPr>
        <w:rPr>
          <w:lang w:val="pt-BR"/>
        </w:rPr>
      </w:pPr>
      <w:r w:rsidRPr="001179E8">
        <w:rPr>
          <w:lang w:val="pt-BR"/>
        </w:rPr>
        <w:br/>
      </w:r>
    </w:p>
    <w:p w14:paraId="111F95F0" w14:textId="77777777" w:rsidR="002355BD" w:rsidRPr="001179E8" w:rsidRDefault="00000000">
      <w:pPr>
        <w:rPr>
          <w:lang w:val="pt-BR"/>
        </w:rPr>
      </w:pPr>
      <w:r w:rsidRPr="001179E8">
        <w:rPr>
          <w:lang w:val="pt-BR"/>
        </w:rPr>
        <w:t>Com essas palavras, sua forma tremulou brevemente, como uma imagem em uma poça d'água perturbada. Quando se estabilizou, seu cabelo estava mais curto, seus olhos haviam mudado para um tom de verde, e suas feições estavam sutilmente diferentes – ainda belas, mas de uma maneira completamente nova.</w:t>
      </w:r>
    </w:p>
    <w:p w14:paraId="03C7D722" w14:textId="77777777" w:rsidR="002355BD" w:rsidRPr="001179E8" w:rsidRDefault="00000000">
      <w:pPr>
        <w:rPr>
          <w:lang w:val="pt-BR"/>
        </w:rPr>
      </w:pPr>
      <w:r w:rsidRPr="001179E8">
        <w:rPr>
          <w:lang w:val="pt-BR"/>
        </w:rPr>
        <w:br/>
      </w:r>
    </w:p>
    <w:p w14:paraId="2494D6A5" w14:textId="77777777" w:rsidR="002355BD" w:rsidRPr="001179E8" w:rsidRDefault="00000000">
      <w:pPr>
        <w:rPr>
          <w:lang w:val="pt-BR"/>
        </w:rPr>
      </w:pPr>
      <w:r w:rsidRPr="001179E8">
        <w:rPr>
          <w:lang w:val="pt-BR"/>
        </w:rPr>
        <w:t>"Metamorfose," explicou Nicole, reconhecendo o poder. "Você pode mudar sua aparência."</w:t>
      </w:r>
    </w:p>
    <w:p w14:paraId="7CFB409E" w14:textId="77777777" w:rsidR="002355BD" w:rsidRPr="001179E8" w:rsidRDefault="00000000">
      <w:pPr>
        <w:rPr>
          <w:lang w:val="pt-BR"/>
        </w:rPr>
      </w:pPr>
      <w:r w:rsidRPr="001179E8">
        <w:rPr>
          <w:lang w:val="pt-BR"/>
        </w:rPr>
        <w:br/>
      </w:r>
    </w:p>
    <w:p w14:paraId="4DEAF4F1" w14:textId="77777777" w:rsidR="002355BD" w:rsidRPr="001179E8" w:rsidRDefault="00000000">
      <w:pPr>
        <w:rPr>
          <w:lang w:val="pt-BR"/>
        </w:rPr>
      </w:pPr>
      <w:r w:rsidRPr="001179E8">
        <w:rPr>
          <w:lang w:val="pt-BR"/>
        </w:rPr>
        <w:lastRenderedPageBreak/>
        <w:t>Elaine voltou à sua forma original com outro tremular, sorrindo para Nicole. "Entre outras coisas. Chamam-me de Mirage, às vezes. Quando precisam me chamar de algo."</w:t>
      </w:r>
    </w:p>
    <w:p w14:paraId="49C3B205" w14:textId="77777777" w:rsidR="002355BD" w:rsidRPr="001179E8" w:rsidRDefault="00000000">
      <w:pPr>
        <w:rPr>
          <w:lang w:val="pt-BR"/>
        </w:rPr>
      </w:pPr>
      <w:r w:rsidRPr="001179E8">
        <w:rPr>
          <w:lang w:val="pt-BR"/>
        </w:rPr>
        <w:br/>
      </w:r>
    </w:p>
    <w:p w14:paraId="739135F1" w14:textId="77777777" w:rsidR="002355BD" w:rsidRPr="001179E8" w:rsidRDefault="00000000">
      <w:pPr>
        <w:rPr>
          <w:lang w:val="pt-BR"/>
        </w:rPr>
      </w:pPr>
      <w:r w:rsidRPr="001179E8">
        <w:rPr>
          <w:lang w:val="pt-BR"/>
        </w:rPr>
        <w:t>"Quem são 'eles'?" perguntou Ricardo, recuperando parte de sua compostura.</w:t>
      </w:r>
    </w:p>
    <w:p w14:paraId="24CF4D5F" w14:textId="77777777" w:rsidR="002355BD" w:rsidRPr="001179E8" w:rsidRDefault="00000000">
      <w:pPr>
        <w:rPr>
          <w:lang w:val="pt-BR"/>
        </w:rPr>
      </w:pPr>
      <w:r w:rsidRPr="001179E8">
        <w:rPr>
          <w:lang w:val="pt-BR"/>
        </w:rPr>
        <w:br/>
      </w:r>
    </w:p>
    <w:p w14:paraId="3FD801DD" w14:textId="77777777" w:rsidR="002355BD" w:rsidRPr="001179E8" w:rsidRDefault="00000000">
      <w:pPr>
        <w:rPr>
          <w:lang w:val="pt-BR"/>
        </w:rPr>
      </w:pPr>
      <w:r w:rsidRPr="001179E8">
        <w:rPr>
          <w:lang w:val="pt-BR"/>
        </w:rPr>
        <w:t>O sorriso de Elaine vacilou, uma sombra passando por seus olhos. "Os que me mantiveram. Os que me usaram. Como um objeto de luxo, uma curiosidade exótica." Ela se virou, e Nicole notou uma tatuagem em espiral na nuca da jovem, que pulsava suavemente com luz própria. "Mas isso não importa agora. Vocês são minha passagem para sair daqui, não são?"</w:t>
      </w:r>
    </w:p>
    <w:p w14:paraId="5CCC58A5" w14:textId="77777777" w:rsidR="002355BD" w:rsidRPr="001179E8" w:rsidRDefault="00000000">
      <w:pPr>
        <w:rPr>
          <w:lang w:val="pt-BR"/>
        </w:rPr>
      </w:pPr>
      <w:r w:rsidRPr="001179E8">
        <w:rPr>
          <w:lang w:val="pt-BR"/>
        </w:rPr>
        <w:br/>
      </w:r>
    </w:p>
    <w:p w14:paraId="26719838" w14:textId="77777777" w:rsidR="002355BD" w:rsidRPr="001179E8" w:rsidRDefault="00000000">
      <w:pPr>
        <w:rPr>
          <w:lang w:val="pt-BR"/>
        </w:rPr>
      </w:pPr>
      <w:r w:rsidRPr="001179E8">
        <w:rPr>
          <w:lang w:val="pt-BR"/>
        </w:rPr>
        <w:t>"Estamos tentando encontrar um portal," explicou Nicole cautelosamente. "Para voltar ao nosso mundo."</w:t>
      </w:r>
    </w:p>
    <w:p w14:paraId="6EE973DC" w14:textId="77777777" w:rsidR="002355BD" w:rsidRPr="001179E8" w:rsidRDefault="00000000">
      <w:pPr>
        <w:rPr>
          <w:lang w:val="pt-BR"/>
        </w:rPr>
      </w:pPr>
      <w:r w:rsidRPr="001179E8">
        <w:rPr>
          <w:lang w:val="pt-BR"/>
        </w:rPr>
        <w:br/>
      </w:r>
    </w:p>
    <w:p w14:paraId="0D0E9EC2" w14:textId="77777777" w:rsidR="002355BD" w:rsidRPr="001179E8" w:rsidRDefault="00000000">
      <w:pPr>
        <w:rPr>
          <w:lang w:val="pt-BR"/>
        </w:rPr>
      </w:pPr>
      <w:r w:rsidRPr="001179E8">
        <w:rPr>
          <w:lang w:val="pt-BR"/>
        </w:rPr>
        <w:t>"Um portal," repetiu Elaine, seus olhos brilhando. "Sim, existem alguns. Fortemente guardados, claro. Mas eu conheço caminhos... caminhos secretos."</w:t>
      </w:r>
    </w:p>
    <w:p w14:paraId="04ED383F" w14:textId="77777777" w:rsidR="002355BD" w:rsidRPr="001179E8" w:rsidRDefault="00000000">
      <w:pPr>
        <w:rPr>
          <w:lang w:val="pt-BR"/>
        </w:rPr>
      </w:pPr>
      <w:r w:rsidRPr="001179E8">
        <w:rPr>
          <w:lang w:val="pt-BR"/>
        </w:rPr>
        <w:br/>
      </w:r>
    </w:p>
    <w:p w14:paraId="1B936C1B" w14:textId="77777777" w:rsidR="002355BD" w:rsidRPr="001179E8" w:rsidRDefault="00000000">
      <w:pPr>
        <w:rPr>
          <w:lang w:val="pt-BR"/>
        </w:rPr>
      </w:pPr>
      <w:r w:rsidRPr="001179E8">
        <w:rPr>
          <w:lang w:val="pt-BR"/>
        </w:rPr>
        <w:t>Eco, que havia permanecido em silêncio, deu um passo à frente. "Você conhece o caminho para o Portal Principal?"</w:t>
      </w:r>
    </w:p>
    <w:p w14:paraId="01A70986" w14:textId="77777777" w:rsidR="002355BD" w:rsidRPr="001179E8" w:rsidRDefault="00000000">
      <w:pPr>
        <w:rPr>
          <w:lang w:val="pt-BR"/>
        </w:rPr>
      </w:pPr>
      <w:r w:rsidRPr="001179E8">
        <w:rPr>
          <w:lang w:val="pt-BR"/>
        </w:rPr>
        <w:br/>
      </w:r>
    </w:p>
    <w:p w14:paraId="002518A0" w14:textId="77777777" w:rsidR="002355BD" w:rsidRPr="001179E8" w:rsidRDefault="00000000">
      <w:pPr>
        <w:rPr>
          <w:lang w:val="pt-BR"/>
        </w:rPr>
      </w:pPr>
      <w:r w:rsidRPr="001179E8">
        <w:rPr>
          <w:lang w:val="pt-BR"/>
        </w:rPr>
        <w:t>Elaine olhou para Eco, estudando-o com curiosidade. "Um arauto caído," observou ela. "Interessante companhia que vocês mantêm." Ela voltou sua atenção para Ricardo, aproximando-se dele com movimentos fluidos que lembravam uma dança. "E você... tão forte, tão vital. Tão... diferente dos seres daqui."</w:t>
      </w:r>
    </w:p>
    <w:p w14:paraId="2A2E556B" w14:textId="77777777" w:rsidR="002355BD" w:rsidRPr="001179E8" w:rsidRDefault="00000000">
      <w:pPr>
        <w:rPr>
          <w:lang w:val="pt-BR"/>
        </w:rPr>
      </w:pPr>
      <w:r w:rsidRPr="001179E8">
        <w:rPr>
          <w:lang w:val="pt-BR"/>
        </w:rPr>
        <w:br/>
      </w:r>
    </w:p>
    <w:p w14:paraId="4E8FBE0D" w14:textId="77777777" w:rsidR="002355BD" w:rsidRPr="001179E8" w:rsidRDefault="00000000">
      <w:pPr>
        <w:rPr>
          <w:lang w:val="pt-BR"/>
        </w:rPr>
      </w:pPr>
      <w:r w:rsidRPr="001179E8">
        <w:rPr>
          <w:lang w:val="pt-BR"/>
        </w:rPr>
        <w:t>Nicole sentiu uma pontada de irritação ao ver como Elaine se aproximava de Ricardo, como seus olhos o percorriam com interesse evidente. Mas manteve a compostura – tinham problemas maiores para lidar.</w:t>
      </w:r>
    </w:p>
    <w:p w14:paraId="7B7AD46E" w14:textId="77777777" w:rsidR="002355BD" w:rsidRPr="001179E8" w:rsidRDefault="00000000">
      <w:pPr>
        <w:rPr>
          <w:lang w:val="pt-BR"/>
        </w:rPr>
      </w:pPr>
      <w:r w:rsidRPr="001179E8">
        <w:rPr>
          <w:lang w:val="pt-BR"/>
        </w:rPr>
        <w:lastRenderedPageBreak/>
        <w:br/>
      </w:r>
    </w:p>
    <w:p w14:paraId="32348CC1" w14:textId="77777777" w:rsidR="002355BD" w:rsidRPr="001179E8" w:rsidRDefault="00000000">
      <w:pPr>
        <w:rPr>
          <w:lang w:val="pt-BR"/>
        </w:rPr>
      </w:pPr>
      <w:r w:rsidRPr="001179E8">
        <w:rPr>
          <w:lang w:val="pt-BR"/>
        </w:rPr>
        <w:t>"O portal," insistiu ela. "Você pode nos levar até ele?"</w:t>
      </w:r>
    </w:p>
    <w:p w14:paraId="25088748" w14:textId="77777777" w:rsidR="002355BD" w:rsidRPr="001179E8" w:rsidRDefault="00000000">
      <w:pPr>
        <w:rPr>
          <w:lang w:val="pt-BR"/>
        </w:rPr>
      </w:pPr>
      <w:r w:rsidRPr="001179E8">
        <w:rPr>
          <w:lang w:val="pt-BR"/>
        </w:rPr>
        <w:br/>
      </w:r>
    </w:p>
    <w:p w14:paraId="533A8D5A" w14:textId="77777777" w:rsidR="002355BD" w:rsidRPr="001179E8" w:rsidRDefault="00000000">
      <w:pPr>
        <w:rPr>
          <w:lang w:val="pt-BR"/>
        </w:rPr>
      </w:pPr>
      <w:r w:rsidRPr="001179E8">
        <w:rPr>
          <w:lang w:val="pt-BR"/>
        </w:rPr>
        <w:t>Elaine finalmente desviou o olhar de Ricardo, voltando-se para Nicole. "Posso. Mas não será fácil. Rox e seus Caçadores das Sombras patrulham os caminhos principais. E há... outras coisas. Coisas piores nas profundezas."</w:t>
      </w:r>
    </w:p>
    <w:p w14:paraId="084D9861" w14:textId="77777777" w:rsidR="002355BD" w:rsidRPr="001179E8" w:rsidRDefault="00000000">
      <w:pPr>
        <w:rPr>
          <w:lang w:val="pt-BR"/>
        </w:rPr>
      </w:pPr>
      <w:r w:rsidRPr="001179E8">
        <w:rPr>
          <w:lang w:val="pt-BR"/>
        </w:rPr>
        <w:br/>
      </w:r>
    </w:p>
    <w:p w14:paraId="23DB7D2F" w14:textId="77777777" w:rsidR="002355BD" w:rsidRPr="001179E8" w:rsidRDefault="00000000">
      <w:pPr>
        <w:rPr>
          <w:lang w:val="pt-BR"/>
        </w:rPr>
      </w:pPr>
      <w:r w:rsidRPr="001179E8">
        <w:rPr>
          <w:lang w:val="pt-BR"/>
        </w:rPr>
        <w:t>"Rox," disse Ricardo, seu rosto endurecendo. "Ele está aqui? Neste reino?"</w:t>
      </w:r>
    </w:p>
    <w:p w14:paraId="365E338A" w14:textId="77777777" w:rsidR="002355BD" w:rsidRPr="001179E8" w:rsidRDefault="00000000">
      <w:pPr>
        <w:rPr>
          <w:lang w:val="pt-BR"/>
        </w:rPr>
      </w:pPr>
      <w:r w:rsidRPr="001179E8">
        <w:rPr>
          <w:lang w:val="pt-BR"/>
        </w:rPr>
        <w:br/>
      </w:r>
    </w:p>
    <w:p w14:paraId="56EC0934" w14:textId="77777777" w:rsidR="002355BD" w:rsidRPr="001179E8" w:rsidRDefault="00000000">
      <w:pPr>
        <w:rPr>
          <w:lang w:val="pt-BR"/>
        </w:rPr>
      </w:pPr>
      <w:r w:rsidRPr="001179E8">
        <w:rPr>
          <w:lang w:val="pt-BR"/>
        </w:rPr>
        <w:t>"Oh, sim," confirmou Elaine. "Ele é o novo favorito de Abyzoth. Seu campeão. Está destruindo os domínios dos antigos Lordes das Sombras, absorvendo seu poder."</w:t>
      </w:r>
    </w:p>
    <w:p w14:paraId="3829E216" w14:textId="77777777" w:rsidR="002355BD" w:rsidRPr="001179E8" w:rsidRDefault="00000000">
      <w:pPr>
        <w:rPr>
          <w:lang w:val="pt-BR"/>
        </w:rPr>
      </w:pPr>
      <w:r w:rsidRPr="001179E8">
        <w:rPr>
          <w:lang w:val="pt-BR"/>
        </w:rPr>
        <w:br/>
      </w:r>
    </w:p>
    <w:p w14:paraId="39D349CC" w14:textId="77777777" w:rsidR="002355BD" w:rsidRPr="001179E8" w:rsidRDefault="00000000">
      <w:pPr>
        <w:rPr>
          <w:lang w:val="pt-BR"/>
        </w:rPr>
      </w:pPr>
      <w:r w:rsidRPr="001179E8">
        <w:rPr>
          <w:lang w:val="pt-BR"/>
        </w:rPr>
        <w:t>"Para quê?" perguntou Nicole.</w:t>
      </w:r>
    </w:p>
    <w:p w14:paraId="79C2EED9" w14:textId="77777777" w:rsidR="002355BD" w:rsidRPr="001179E8" w:rsidRDefault="00000000">
      <w:pPr>
        <w:rPr>
          <w:lang w:val="pt-BR"/>
        </w:rPr>
      </w:pPr>
      <w:r w:rsidRPr="001179E8">
        <w:rPr>
          <w:lang w:val="pt-BR"/>
        </w:rPr>
        <w:br/>
      </w:r>
    </w:p>
    <w:p w14:paraId="4651EF92" w14:textId="77777777" w:rsidR="002355BD" w:rsidRPr="001179E8" w:rsidRDefault="00000000">
      <w:pPr>
        <w:rPr>
          <w:lang w:val="pt-BR"/>
        </w:rPr>
      </w:pPr>
      <w:r w:rsidRPr="001179E8">
        <w:rPr>
          <w:lang w:val="pt-BR"/>
        </w:rPr>
        <w:t>"Para abrir um portal permanente entre os reinos," respondeu Eco, sua voz grave. "Um portal grande o suficiente para um exército passar."</w:t>
      </w:r>
    </w:p>
    <w:p w14:paraId="50608DE1" w14:textId="77777777" w:rsidR="002355BD" w:rsidRPr="001179E8" w:rsidRDefault="00000000">
      <w:pPr>
        <w:rPr>
          <w:lang w:val="pt-BR"/>
        </w:rPr>
      </w:pPr>
      <w:r w:rsidRPr="001179E8">
        <w:rPr>
          <w:lang w:val="pt-BR"/>
        </w:rPr>
        <w:br/>
      </w:r>
    </w:p>
    <w:p w14:paraId="232FC26A" w14:textId="77777777" w:rsidR="002355BD" w:rsidRPr="001179E8" w:rsidRDefault="00000000">
      <w:pPr>
        <w:rPr>
          <w:lang w:val="pt-BR"/>
        </w:rPr>
      </w:pPr>
      <w:r w:rsidRPr="001179E8">
        <w:rPr>
          <w:lang w:val="pt-BR"/>
        </w:rPr>
        <w:t>Elaine assentiu. "Exatamente. E não apenas isso – ele planeja fundir os reinos. Trazer o plano material para dentro do submundo, onde Abyzoth pode consumi-lo diretamente."</w:t>
      </w:r>
    </w:p>
    <w:p w14:paraId="7A420F88" w14:textId="77777777" w:rsidR="002355BD" w:rsidRPr="001179E8" w:rsidRDefault="00000000">
      <w:pPr>
        <w:rPr>
          <w:lang w:val="pt-BR"/>
        </w:rPr>
      </w:pPr>
      <w:r w:rsidRPr="001179E8">
        <w:rPr>
          <w:lang w:val="pt-BR"/>
        </w:rPr>
        <w:br/>
      </w:r>
    </w:p>
    <w:p w14:paraId="535AC8FE" w14:textId="77777777" w:rsidR="002355BD" w:rsidRPr="001179E8" w:rsidRDefault="00000000">
      <w:pPr>
        <w:rPr>
          <w:lang w:val="pt-BR"/>
        </w:rPr>
      </w:pPr>
      <w:r w:rsidRPr="001179E8">
        <w:rPr>
          <w:lang w:val="pt-BR"/>
        </w:rPr>
        <w:t>O peso dessa revelação pairou sobre eles. Não era apenas sobre encontrar um caminho de volta para casa agora – era sobre impedir uma invasão que poderia destruir todos os mundos que conheciam.</w:t>
      </w:r>
    </w:p>
    <w:p w14:paraId="5CDDAA63" w14:textId="77777777" w:rsidR="002355BD" w:rsidRPr="001179E8" w:rsidRDefault="00000000">
      <w:pPr>
        <w:rPr>
          <w:lang w:val="pt-BR"/>
        </w:rPr>
      </w:pPr>
      <w:r w:rsidRPr="001179E8">
        <w:rPr>
          <w:lang w:val="pt-BR"/>
        </w:rPr>
        <w:br/>
      </w:r>
    </w:p>
    <w:p w14:paraId="3EDE8A4E" w14:textId="77777777" w:rsidR="002355BD" w:rsidRPr="001179E8" w:rsidRDefault="00000000">
      <w:pPr>
        <w:rPr>
          <w:lang w:val="pt-BR"/>
        </w:rPr>
      </w:pPr>
      <w:r w:rsidRPr="001179E8">
        <w:rPr>
          <w:lang w:val="pt-BR"/>
        </w:rPr>
        <w:lastRenderedPageBreak/>
        <w:t>"Precisamos nos mover mais rápido," disse Nicole, uma nova urgência em sua voz. "Encontrar esse portal, voltar e alertar os outros."</w:t>
      </w:r>
    </w:p>
    <w:p w14:paraId="7A6CB337" w14:textId="77777777" w:rsidR="002355BD" w:rsidRPr="001179E8" w:rsidRDefault="00000000">
      <w:pPr>
        <w:rPr>
          <w:lang w:val="pt-BR"/>
        </w:rPr>
      </w:pPr>
      <w:r w:rsidRPr="001179E8">
        <w:rPr>
          <w:lang w:val="pt-BR"/>
        </w:rPr>
        <w:br/>
      </w:r>
    </w:p>
    <w:p w14:paraId="37243FDD" w14:textId="77777777" w:rsidR="002355BD" w:rsidRPr="001179E8" w:rsidRDefault="00000000">
      <w:pPr>
        <w:rPr>
          <w:lang w:val="pt-BR"/>
        </w:rPr>
      </w:pPr>
      <w:r w:rsidRPr="001179E8">
        <w:rPr>
          <w:lang w:val="pt-BR"/>
        </w:rPr>
        <w:t>"Eu os levarei," ofereceu Elaine, seu olhar encontrando o de Ricardo novamente. "Conheço este reino melhor do que gostariam. Sei onde encontrar o portal que procuram."</w:t>
      </w:r>
    </w:p>
    <w:p w14:paraId="04B2D6EF" w14:textId="77777777" w:rsidR="002355BD" w:rsidRPr="001179E8" w:rsidRDefault="00000000">
      <w:pPr>
        <w:rPr>
          <w:lang w:val="pt-BR"/>
        </w:rPr>
      </w:pPr>
      <w:r w:rsidRPr="001179E8">
        <w:rPr>
          <w:lang w:val="pt-BR"/>
        </w:rPr>
        <w:br/>
      </w:r>
    </w:p>
    <w:p w14:paraId="5BEC338A" w14:textId="77777777" w:rsidR="002355BD" w:rsidRPr="001179E8" w:rsidRDefault="00000000">
      <w:pPr>
        <w:rPr>
          <w:lang w:val="pt-BR"/>
        </w:rPr>
      </w:pPr>
      <w:r w:rsidRPr="001179E8">
        <w:rPr>
          <w:lang w:val="pt-BR"/>
        </w:rPr>
        <w:t>"Como podemos confiar em você?" perguntou Nicole, sempre a voz da cautela.</w:t>
      </w:r>
    </w:p>
    <w:p w14:paraId="0F820F20" w14:textId="77777777" w:rsidR="002355BD" w:rsidRPr="001179E8" w:rsidRDefault="00000000">
      <w:pPr>
        <w:rPr>
          <w:lang w:val="pt-BR"/>
        </w:rPr>
      </w:pPr>
      <w:r w:rsidRPr="001179E8">
        <w:rPr>
          <w:lang w:val="pt-BR"/>
        </w:rPr>
        <w:br/>
      </w:r>
    </w:p>
    <w:p w14:paraId="0B8AF7E0" w14:textId="77777777" w:rsidR="002355BD" w:rsidRPr="001179E8" w:rsidRDefault="00000000">
      <w:pPr>
        <w:rPr>
          <w:lang w:val="pt-BR"/>
        </w:rPr>
      </w:pPr>
      <w:r w:rsidRPr="001179E8">
        <w:rPr>
          <w:lang w:val="pt-BR"/>
        </w:rPr>
        <w:t>Elaine sorriu, um sorriso triste e conhecedor. "Não podem. Mas têm escolha?"</w:t>
      </w:r>
    </w:p>
    <w:p w14:paraId="6D53F728" w14:textId="77777777" w:rsidR="002355BD" w:rsidRPr="001179E8" w:rsidRDefault="00000000">
      <w:pPr>
        <w:rPr>
          <w:lang w:val="pt-BR"/>
        </w:rPr>
      </w:pPr>
      <w:r w:rsidRPr="001179E8">
        <w:rPr>
          <w:lang w:val="pt-BR"/>
        </w:rPr>
        <w:br/>
      </w:r>
    </w:p>
    <w:p w14:paraId="493DAEDE" w14:textId="77777777" w:rsidR="002355BD" w:rsidRPr="001179E8" w:rsidRDefault="00000000">
      <w:pPr>
        <w:rPr>
          <w:lang w:val="pt-BR"/>
        </w:rPr>
      </w:pPr>
      <w:r w:rsidRPr="001179E8">
        <w:rPr>
          <w:lang w:val="pt-BR"/>
        </w:rPr>
        <w:t>Nicole estudou a jovem por um longo momento. Havia algo em Elaine que inspirava tanto cautela quanto compaixão. "Ela vem conosco," decidiu finalmente.</w:t>
      </w:r>
    </w:p>
    <w:p w14:paraId="5E6A65DF" w14:textId="77777777" w:rsidR="002355BD" w:rsidRPr="001179E8" w:rsidRDefault="00000000">
      <w:pPr>
        <w:rPr>
          <w:lang w:val="pt-BR"/>
        </w:rPr>
      </w:pPr>
      <w:r w:rsidRPr="001179E8">
        <w:rPr>
          <w:lang w:val="pt-BR"/>
        </w:rPr>
        <w:br/>
      </w:r>
    </w:p>
    <w:p w14:paraId="32D2F314" w14:textId="77777777" w:rsidR="002355BD" w:rsidRPr="001179E8" w:rsidRDefault="00000000">
      <w:pPr>
        <w:rPr>
          <w:lang w:val="pt-BR"/>
        </w:rPr>
      </w:pPr>
      <w:r w:rsidRPr="001179E8">
        <w:rPr>
          <w:lang w:val="pt-BR"/>
        </w:rPr>
        <w:t>Eco não parecia totalmente convencido, mas assentiu. "O caminho é longo. Precisamos continuar."</w:t>
      </w:r>
    </w:p>
    <w:p w14:paraId="61C422A7" w14:textId="77777777" w:rsidR="002355BD" w:rsidRPr="001179E8" w:rsidRDefault="00000000">
      <w:pPr>
        <w:rPr>
          <w:lang w:val="pt-BR"/>
        </w:rPr>
      </w:pPr>
      <w:r w:rsidRPr="001179E8">
        <w:rPr>
          <w:lang w:val="pt-BR"/>
        </w:rPr>
        <w:br/>
      </w:r>
    </w:p>
    <w:p w14:paraId="3C723915" w14:textId="77777777" w:rsidR="002355BD" w:rsidRPr="001179E8" w:rsidRDefault="00000000">
      <w:pPr>
        <w:rPr>
          <w:lang w:val="pt-BR"/>
        </w:rPr>
      </w:pPr>
      <w:r w:rsidRPr="001179E8">
        <w:rPr>
          <w:lang w:val="pt-BR"/>
        </w:rPr>
        <w:t>Elaine se juntou ao grupo, caminhando ao lado de Ricardo enquanto atravessavam o restante dos Campos das Cinzas Sussurrantes. Os sussurros pareciam diminuir na presença dela, como se as vozes temessem sua proximidade.</w:t>
      </w:r>
    </w:p>
    <w:p w14:paraId="0504C15C" w14:textId="77777777" w:rsidR="002355BD" w:rsidRPr="001179E8" w:rsidRDefault="00000000">
      <w:pPr>
        <w:rPr>
          <w:lang w:val="pt-BR"/>
        </w:rPr>
      </w:pPr>
      <w:r w:rsidRPr="001179E8">
        <w:rPr>
          <w:lang w:val="pt-BR"/>
        </w:rPr>
        <w:br/>
      </w:r>
    </w:p>
    <w:p w14:paraId="227A9B06" w14:textId="77777777" w:rsidR="002355BD" w:rsidRPr="001179E8" w:rsidRDefault="00000000">
      <w:pPr>
        <w:rPr>
          <w:lang w:val="pt-BR"/>
        </w:rPr>
      </w:pPr>
      <w:r w:rsidRPr="001179E8">
        <w:rPr>
          <w:lang w:val="pt-BR"/>
        </w:rPr>
        <w:t>"Há quanto tempo você está aqui?" perguntou Ricardo enquanto caminhavam.</w:t>
      </w:r>
    </w:p>
    <w:p w14:paraId="5499FC49" w14:textId="77777777" w:rsidR="002355BD" w:rsidRPr="001179E8" w:rsidRDefault="00000000">
      <w:pPr>
        <w:rPr>
          <w:lang w:val="pt-BR"/>
        </w:rPr>
      </w:pPr>
      <w:r w:rsidRPr="001179E8">
        <w:rPr>
          <w:lang w:val="pt-BR"/>
        </w:rPr>
        <w:br/>
      </w:r>
    </w:p>
    <w:p w14:paraId="327064D2" w14:textId="77777777" w:rsidR="002355BD" w:rsidRPr="001179E8" w:rsidRDefault="00000000">
      <w:pPr>
        <w:rPr>
          <w:lang w:val="pt-BR"/>
        </w:rPr>
      </w:pPr>
      <w:r w:rsidRPr="001179E8">
        <w:rPr>
          <w:lang w:val="pt-BR"/>
        </w:rPr>
        <w:t xml:space="preserve">"Tempo..." Elaine considerou a palavra como se fosse um conceito estranho. "É difícil dizer. O tempo flui diferentemente no submundo. O que parece dias aqui pode ser anos na superfície. Ou o contrário." Ela se aproximou mais dele, seus dedos roçando </w:t>
      </w:r>
      <w:r w:rsidRPr="001179E8">
        <w:rPr>
          <w:lang w:val="pt-BR"/>
        </w:rPr>
        <w:lastRenderedPageBreak/>
        <w:t>"acidentalmente" no braço de Ricardo. "Mas parece uma eternidade desde que vi alguém como você."</w:t>
      </w:r>
    </w:p>
    <w:p w14:paraId="1CD8A023" w14:textId="77777777" w:rsidR="002355BD" w:rsidRPr="001179E8" w:rsidRDefault="00000000">
      <w:pPr>
        <w:rPr>
          <w:lang w:val="pt-BR"/>
        </w:rPr>
      </w:pPr>
      <w:r w:rsidRPr="001179E8">
        <w:rPr>
          <w:lang w:val="pt-BR"/>
        </w:rPr>
        <w:br/>
      </w:r>
    </w:p>
    <w:p w14:paraId="3D841C02" w14:textId="77777777" w:rsidR="002355BD" w:rsidRPr="001179E8" w:rsidRDefault="00000000">
      <w:pPr>
        <w:rPr>
          <w:lang w:val="pt-BR"/>
        </w:rPr>
      </w:pPr>
      <w:r w:rsidRPr="001179E8">
        <w:rPr>
          <w:lang w:val="pt-BR"/>
        </w:rPr>
        <w:t>Nicole, caminhando à frente com Eco, lançou um olhar por cima do ombro, notando a proximidade entre os dois. Sentiu uma pontada de ciúme, mas reprimiu-a rapidamente. Tinham preocupações mais urgentes.</w:t>
      </w:r>
    </w:p>
    <w:p w14:paraId="10334289" w14:textId="77777777" w:rsidR="002355BD" w:rsidRPr="001179E8" w:rsidRDefault="00000000">
      <w:pPr>
        <w:rPr>
          <w:lang w:val="pt-BR"/>
        </w:rPr>
      </w:pPr>
      <w:r w:rsidRPr="001179E8">
        <w:rPr>
          <w:lang w:val="pt-BR"/>
        </w:rPr>
        <w:br/>
      </w:r>
    </w:p>
    <w:p w14:paraId="198C3207" w14:textId="77777777" w:rsidR="002355BD" w:rsidRPr="001179E8" w:rsidRDefault="00000000">
      <w:pPr>
        <w:rPr>
          <w:lang w:val="pt-BR"/>
        </w:rPr>
      </w:pPr>
      <w:r w:rsidRPr="001179E8">
        <w:rPr>
          <w:lang w:val="pt-BR"/>
        </w:rPr>
        <w:t>Eles continuaram em silêncio por um tempo, cada um perdido em seus próprios pensamentos. Nicole não conseguia deixar de se perguntar sobre Elaine – quem ela era realmente, como havia sobrevivido no submundo, o que significava ser "nascida" neste lugar terrível.</w:t>
      </w:r>
    </w:p>
    <w:p w14:paraId="3267E91F" w14:textId="77777777" w:rsidR="002355BD" w:rsidRPr="001179E8" w:rsidRDefault="00000000">
      <w:pPr>
        <w:rPr>
          <w:lang w:val="pt-BR"/>
        </w:rPr>
      </w:pPr>
      <w:r w:rsidRPr="001179E8">
        <w:rPr>
          <w:lang w:val="pt-BR"/>
        </w:rPr>
        <w:br/>
      </w:r>
    </w:p>
    <w:p w14:paraId="5767150A" w14:textId="77777777" w:rsidR="002355BD" w:rsidRPr="001179E8" w:rsidRDefault="00000000">
      <w:pPr>
        <w:rPr>
          <w:lang w:val="pt-BR"/>
        </w:rPr>
      </w:pPr>
      <w:r w:rsidRPr="001179E8">
        <w:rPr>
          <w:lang w:val="pt-BR"/>
        </w:rPr>
        <w:t>Finalmente, emergiram dos Campos das Cinzas em uma região diferente do submundo. O céu aqui era mais escuro, quase negro, com ocasionais veios de vermelho-sangue que pulsavam como artérias cósmicas. O terreno era acidentado, com formações rochosas que pareciam ter sido derretidas e retorcidas por algum calor inimaginável.</w:t>
      </w:r>
    </w:p>
    <w:p w14:paraId="289F051D" w14:textId="77777777" w:rsidR="002355BD" w:rsidRPr="001179E8" w:rsidRDefault="00000000">
      <w:pPr>
        <w:rPr>
          <w:lang w:val="pt-BR"/>
        </w:rPr>
      </w:pPr>
      <w:r w:rsidRPr="001179E8">
        <w:rPr>
          <w:lang w:val="pt-BR"/>
        </w:rPr>
        <w:br/>
      </w:r>
    </w:p>
    <w:p w14:paraId="7793F343" w14:textId="77777777" w:rsidR="002355BD" w:rsidRPr="001179E8" w:rsidRDefault="00000000">
      <w:pPr>
        <w:rPr>
          <w:lang w:val="pt-BR"/>
        </w:rPr>
      </w:pPr>
      <w:r w:rsidRPr="001179E8">
        <w:rPr>
          <w:lang w:val="pt-BR"/>
        </w:rPr>
        <w:t>"Os Domínios Devastados," explicou Eco, sua voz soturna. "Outrora, territórios dos antigos Lordes das Sombras. Agora... ruínas."</w:t>
      </w:r>
    </w:p>
    <w:p w14:paraId="01E8475B" w14:textId="77777777" w:rsidR="002355BD" w:rsidRPr="001179E8" w:rsidRDefault="00000000">
      <w:pPr>
        <w:rPr>
          <w:lang w:val="pt-BR"/>
        </w:rPr>
      </w:pPr>
      <w:r w:rsidRPr="001179E8">
        <w:rPr>
          <w:lang w:val="pt-BR"/>
        </w:rPr>
        <w:br/>
      </w:r>
    </w:p>
    <w:p w14:paraId="470624D5" w14:textId="77777777" w:rsidR="002355BD" w:rsidRPr="001179E8" w:rsidRDefault="00000000">
      <w:pPr>
        <w:rPr>
          <w:lang w:val="pt-BR"/>
        </w:rPr>
      </w:pPr>
      <w:r w:rsidRPr="001179E8">
        <w:rPr>
          <w:lang w:val="pt-BR"/>
        </w:rPr>
        <w:t>"O que aconteceu aqui?" perguntou Ricardo, observando a desolação ao redor.</w:t>
      </w:r>
    </w:p>
    <w:p w14:paraId="51BFD0C1" w14:textId="77777777" w:rsidR="002355BD" w:rsidRPr="001179E8" w:rsidRDefault="00000000">
      <w:pPr>
        <w:rPr>
          <w:lang w:val="pt-BR"/>
        </w:rPr>
      </w:pPr>
      <w:r w:rsidRPr="001179E8">
        <w:rPr>
          <w:lang w:val="pt-BR"/>
        </w:rPr>
        <w:br/>
      </w:r>
    </w:p>
    <w:p w14:paraId="46B850A2" w14:textId="77777777" w:rsidR="002355BD" w:rsidRPr="001179E8" w:rsidRDefault="00000000">
      <w:pPr>
        <w:rPr>
          <w:lang w:val="pt-BR"/>
        </w:rPr>
      </w:pPr>
      <w:r w:rsidRPr="001179E8">
        <w:rPr>
          <w:lang w:val="pt-BR"/>
        </w:rPr>
        <w:t>"Rox aconteceu," respondeu Elaine, seu rosto endurecendo. "O novo campeão de Abyzoth."</w:t>
      </w:r>
    </w:p>
    <w:p w14:paraId="27FA2C7F" w14:textId="77777777" w:rsidR="002355BD" w:rsidRPr="001179E8" w:rsidRDefault="00000000">
      <w:pPr>
        <w:rPr>
          <w:lang w:val="pt-BR"/>
        </w:rPr>
      </w:pPr>
      <w:r w:rsidRPr="001179E8">
        <w:rPr>
          <w:lang w:val="pt-BR"/>
        </w:rPr>
        <w:br/>
      </w:r>
    </w:p>
    <w:p w14:paraId="4389CF37" w14:textId="77777777" w:rsidR="002355BD" w:rsidRPr="001179E8" w:rsidRDefault="00000000">
      <w:pPr>
        <w:rPr>
          <w:lang w:val="pt-BR"/>
        </w:rPr>
      </w:pPr>
      <w:r w:rsidRPr="001179E8">
        <w:rPr>
          <w:lang w:val="pt-BR"/>
        </w:rPr>
        <w:t>Nicole sentiu um arrepio percorrer sua espinha. "Rox? O mesmo Rox que enfrentamos na superfície? Que nos enviou para cá?"</w:t>
      </w:r>
    </w:p>
    <w:p w14:paraId="18DF4AF9" w14:textId="77777777" w:rsidR="002355BD" w:rsidRPr="001179E8" w:rsidRDefault="00000000">
      <w:pPr>
        <w:rPr>
          <w:lang w:val="pt-BR"/>
        </w:rPr>
      </w:pPr>
      <w:r w:rsidRPr="001179E8">
        <w:rPr>
          <w:lang w:val="pt-BR"/>
        </w:rPr>
        <w:lastRenderedPageBreak/>
        <w:br/>
      </w:r>
    </w:p>
    <w:p w14:paraId="494BEBB4" w14:textId="77777777" w:rsidR="002355BD" w:rsidRPr="001179E8" w:rsidRDefault="00000000">
      <w:pPr>
        <w:rPr>
          <w:lang w:val="pt-BR"/>
        </w:rPr>
      </w:pPr>
      <w:r w:rsidRPr="001179E8">
        <w:rPr>
          <w:lang w:val="pt-BR"/>
        </w:rPr>
        <w:t>Elaine assentiu. "Ele não era sempre assim. Era um humano comum, até cair no submundo. Abyzoth o encontrou, o moldou, o transformou em seu instrumento."</w:t>
      </w:r>
    </w:p>
    <w:p w14:paraId="009E298B" w14:textId="77777777" w:rsidR="002355BD" w:rsidRPr="001179E8" w:rsidRDefault="00000000">
      <w:pPr>
        <w:rPr>
          <w:lang w:val="pt-BR"/>
        </w:rPr>
      </w:pPr>
      <w:r w:rsidRPr="001179E8">
        <w:rPr>
          <w:lang w:val="pt-BR"/>
        </w:rPr>
        <w:br/>
      </w:r>
    </w:p>
    <w:p w14:paraId="4EAC621B" w14:textId="77777777" w:rsidR="002355BD" w:rsidRPr="001179E8" w:rsidRDefault="00000000">
      <w:pPr>
        <w:rPr>
          <w:lang w:val="pt-BR"/>
        </w:rPr>
      </w:pPr>
      <w:r w:rsidRPr="001179E8">
        <w:rPr>
          <w:lang w:val="pt-BR"/>
        </w:rPr>
        <w:t>"E agora ele está destruindo os domínios dos outros Lordes?" perguntou Ricardo.</w:t>
      </w:r>
    </w:p>
    <w:p w14:paraId="463C90E2" w14:textId="77777777" w:rsidR="002355BD" w:rsidRPr="001179E8" w:rsidRDefault="00000000">
      <w:pPr>
        <w:rPr>
          <w:lang w:val="pt-BR"/>
        </w:rPr>
      </w:pPr>
      <w:r w:rsidRPr="001179E8">
        <w:rPr>
          <w:lang w:val="pt-BR"/>
        </w:rPr>
        <w:br/>
      </w:r>
    </w:p>
    <w:p w14:paraId="1C8F02B3" w14:textId="77777777" w:rsidR="002355BD" w:rsidRPr="001179E8" w:rsidRDefault="00000000">
      <w:pPr>
        <w:rPr>
          <w:lang w:val="pt-BR"/>
        </w:rPr>
      </w:pPr>
      <w:r w:rsidRPr="001179E8">
        <w:rPr>
          <w:lang w:val="pt-BR"/>
        </w:rPr>
        <w:t>"Absorvendo seu poder," explicou Elaine. "Cada Lorde das Sombras controla uma porção da energia do submundo. Rox os está eliminando um por um, canalizando essa energia para Abyzoth."</w:t>
      </w:r>
    </w:p>
    <w:p w14:paraId="35674347" w14:textId="77777777" w:rsidR="002355BD" w:rsidRPr="001179E8" w:rsidRDefault="00000000">
      <w:pPr>
        <w:rPr>
          <w:lang w:val="pt-BR"/>
        </w:rPr>
      </w:pPr>
      <w:r w:rsidRPr="001179E8">
        <w:rPr>
          <w:lang w:val="pt-BR"/>
        </w:rPr>
        <w:br/>
      </w:r>
    </w:p>
    <w:p w14:paraId="558CC1C0" w14:textId="77777777" w:rsidR="002355BD" w:rsidRPr="001179E8" w:rsidRDefault="00000000">
      <w:pPr>
        <w:rPr>
          <w:lang w:val="pt-BR"/>
        </w:rPr>
      </w:pPr>
      <w:r w:rsidRPr="001179E8">
        <w:rPr>
          <w:lang w:val="pt-BR"/>
        </w:rPr>
        <w:t>"Para quê?" perguntou Nicole.</w:t>
      </w:r>
    </w:p>
    <w:p w14:paraId="13F1BD1E" w14:textId="77777777" w:rsidR="002355BD" w:rsidRPr="001179E8" w:rsidRDefault="00000000">
      <w:pPr>
        <w:rPr>
          <w:lang w:val="pt-BR"/>
        </w:rPr>
      </w:pPr>
      <w:r w:rsidRPr="001179E8">
        <w:rPr>
          <w:lang w:val="pt-BR"/>
        </w:rPr>
        <w:br/>
      </w:r>
    </w:p>
    <w:p w14:paraId="3BF0DD9F" w14:textId="77777777" w:rsidR="002355BD" w:rsidRPr="001179E8" w:rsidRDefault="00000000">
      <w:pPr>
        <w:rPr>
          <w:lang w:val="pt-BR"/>
        </w:rPr>
      </w:pPr>
      <w:r w:rsidRPr="001179E8">
        <w:rPr>
          <w:lang w:val="pt-BR"/>
        </w:rPr>
        <w:t>"Para abrir um portal permanente entre o submundo e os outros reinos," respondeu Eco, sua voz grave. "Um portal grande o suficiente para um exército passar."</w:t>
      </w:r>
    </w:p>
    <w:p w14:paraId="2272FFAB" w14:textId="77777777" w:rsidR="002355BD" w:rsidRPr="001179E8" w:rsidRDefault="00000000">
      <w:pPr>
        <w:rPr>
          <w:lang w:val="pt-BR"/>
        </w:rPr>
      </w:pPr>
      <w:r w:rsidRPr="001179E8">
        <w:rPr>
          <w:lang w:val="pt-BR"/>
        </w:rPr>
        <w:br/>
      </w:r>
    </w:p>
    <w:p w14:paraId="30C713F8" w14:textId="77777777" w:rsidR="002355BD" w:rsidRPr="001179E8" w:rsidRDefault="00000000">
      <w:pPr>
        <w:rPr>
          <w:lang w:val="pt-BR"/>
        </w:rPr>
      </w:pPr>
      <w:r w:rsidRPr="001179E8">
        <w:rPr>
          <w:lang w:val="pt-BR"/>
        </w:rPr>
        <w:t>O peso dessa revelação pairou sobre eles. Não era apenas sobre encontrar um caminho de volta para casa agora – era sobre impedir uma invasão que poderia destruir todos os mundos que conheciam.</w:t>
      </w:r>
    </w:p>
    <w:p w14:paraId="6055EA8E" w14:textId="77777777" w:rsidR="002355BD" w:rsidRPr="001179E8" w:rsidRDefault="00000000">
      <w:pPr>
        <w:rPr>
          <w:lang w:val="pt-BR"/>
        </w:rPr>
      </w:pPr>
      <w:r w:rsidRPr="001179E8">
        <w:rPr>
          <w:lang w:val="pt-BR"/>
        </w:rPr>
        <w:br/>
      </w:r>
    </w:p>
    <w:p w14:paraId="5B144524" w14:textId="77777777" w:rsidR="002355BD" w:rsidRPr="001179E8" w:rsidRDefault="00000000">
      <w:pPr>
        <w:rPr>
          <w:lang w:val="pt-BR"/>
        </w:rPr>
      </w:pPr>
      <w:r w:rsidRPr="001179E8">
        <w:rPr>
          <w:lang w:val="pt-BR"/>
        </w:rPr>
        <w:t>"Precisamos nos mover mais rápido," disse Nicole, uma nova urgência em sua voz. "Encontrar esse portal, voltar e alertar os outros."</w:t>
      </w:r>
    </w:p>
    <w:p w14:paraId="33AD6413" w14:textId="77777777" w:rsidR="002355BD" w:rsidRPr="001179E8" w:rsidRDefault="00000000">
      <w:pPr>
        <w:rPr>
          <w:lang w:val="pt-BR"/>
        </w:rPr>
      </w:pPr>
      <w:r w:rsidRPr="001179E8">
        <w:rPr>
          <w:lang w:val="pt-BR"/>
        </w:rPr>
        <w:br/>
      </w:r>
    </w:p>
    <w:p w14:paraId="1DE4F942" w14:textId="77777777" w:rsidR="002355BD" w:rsidRPr="001179E8" w:rsidRDefault="00000000">
      <w:pPr>
        <w:rPr>
          <w:lang w:val="pt-BR"/>
        </w:rPr>
      </w:pPr>
      <w:r w:rsidRPr="001179E8">
        <w:rPr>
          <w:lang w:val="pt-BR"/>
        </w:rPr>
        <w:t xml:space="preserve">Eles aceleraram o passo, seguindo Elaine e Eco através da paisagem devastada. Ocasionalmente, passavam por estruturas que pareciam ter sido majestosas um dia – </w:t>
      </w:r>
      <w:r w:rsidRPr="001179E8">
        <w:rPr>
          <w:lang w:val="pt-BR"/>
        </w:rPr>
        <w:lastRenderedPageBreak/>
        <w:t>palácios ou fortalezas feitos de obsidiana e cristal negro, agora reduzidos a escombros fumegantes.</w:t>
      </w:r>
    </w:p>
    <w:p w14:paraId="743B0FF9" w14:textId="77777777" w:rsidR="002355BD" w:rsidRPr="001179E8" w:rsidRDefault="00000000">
      <w:pPr>
        <w:rPr>
          <w:lang w:val="pt-BR"/>
        </w:rPr>
      </w:pPr>
      <w:r w:rsidRPr="001179E8">
        <w:rPr>
          <w:lang w:val="pt-BR"/>
        </w:rPr>
        <w:br/>
      </w:r>
    </w:p>
    <w:p w14:paraId="18E0A9BD" w14:textId="77777777" w:rsidR="002355BD" w:rsidRPr="001179E8" w:rsidRDefault="00000000">
      <w:pPr>
        <w:rPr>
          <w:lang w:val="pt-BR"/>
        </w:rPr>
      </w:pPr>
      <w:r w:rsidRPr="001179E8">
        <w:rPr>
          <w:lang w:val="pt-BR"/>
        </w:rPr>
        <w:t>"Quanto mais perto chegamos do centro do submundo, mais perigoso se torna," advertiu Eco. "Os servos mais poderosos de Abyzoth patrulham estas áreas."</w:t>
      </w:r>
    </w:p>
    <w:p w14:paraId="7DDC68E2" w14:textId="77777777" w:rsidR="002355BD" w:rsidRPr="001179E8" w:rsidRDefault="00000000">
      <w:pPr>
        <w:rPr>
          <w:lang w:val="pt-BR"/>
        </w:rPr>
      </w:pPr>
      <w:r w:rsidRPr="001179E8">
        <w:rPr>
          <w:lang w:val="pt-BR"/>
        </w:rPr>
        <w:br/>
      </w:r>
    </w:p>
    <w:p w14:paraId="0BB0B345" w14:textId="77777777" w:rsidR="002355BD" w:rsidRPr="001179E8" w:rsidRDefault="00000000">
      <w:pPr>
        <w:rPr>
          <w:lang w:val="pt-BR"/>
        </w:rPr>
      </w:pPr>
      <w:r w:rsidRPr="001179E8">
        <w:rPr>
          <w:lang w:val="pt-BR"/>
        </w:rPr>
        <w:t>Como que para confirmar suas palavras, um rugido distante ecoou pela paisagem desolada. O som era primitivo, carregado de fúria e fome.</w:t>
      </w:r>
    </w:p>
    <w:p w14:paraId="14DA19A3" w14:textId="77777777" w:rsidR="002355BD" w:rsidRPr="001179E8" w:rsidRDefault="00000000">
      <w:pPr>
        <w:rPr>
          <w:lang w:val="pt-BR"/>
        </w:rPr>
      </w:pPr>
      <w:r w:rsidRPr="001179E8">
        <w:rPr>
          <w:lang w:val="pt-BR"/>
        </w:rPr>
        <w:br/>
      </w:r>
    </w:p>
    <w:p w14:paraId="0E164534" w14:textId="77777777" w:rsidR="002355BD" w:rsidRPr="001179E8" w:rsidRDefault="00000000">
      <w:pPr>
        <w:rPr>
          <w:lang w:val="pt-BR"/>
        </w:rPr>
      </w:pPr>
      <w:r w:rsidRPr="001179E8">
        <w:rPr>
          <w:lang w:val="pt-BR"/>
        </w:rPr>
        <w:t>"O que foi isso?" perguntou Ricardo, tenso.</w:t>
      </w:r>
    </w:p>
    <w:p w14:paraId="07699E35" w14:textId="77777777" w:rsidR="002355BD" w:rsidRPr="001179E8" w:rsidRDefault="00000000">
      <w:pPr>
        <w:rPr>
          <w:lang w:val="pt-BR"/>
        </w:rPr>
      </w:pPr>
      <w:r w:rsidRPr="001179E8">
        <w:rPr>
          <w:lang w:val="pt-BR"/>
        </w:rPr>
        <w:br/>
      </w:r>
    </w:p>
    <w:p w14:paraId="79E70136" w14:textId="77777777" w:rsidR="002355BD" w:rsidRPr="001179E8" w:rsidRDefault="00000000">
      <w:pPr>
        <w:rPr>
          <w:lang w:val="pt-BR"/>
        </w:rPr>
      </w:pPr>
      <w:r w:rsidRPr="001179E8">
        <w:rPr>
          <w:lang w:val="pt-BR"/>
        </w:rPr>
        <w:t>"Caçadores das Sombras," respondeu Elaine, seu rosto pálido. "Criaturas criadas por Abyzoth especificamente para rastrear e eliminar intrusos."</w:t>
      </w:r>
    </w:p>
    <w:p w14:paraId="2E266A08" w14:textId="77777777" w:rsidR="002355BD" w:rsidRPr="001179E8" w:rsidRDefault="00000000">
      <w:pPr>
        <w:rPr>
          <w:lang w:val="pt-BR"/>
        </w:rPr>
      </w:pPr>
      <w:r w:rsidRPr="001179E8">
        <w:rPr>
          <w:lang w:val="pt-BR"/>
        </w:rPr>
        <w:br/>
      </w:r>
    </w:p>
    <w:p w14:paraId="12BE80A9" w14:textId="77777777" w:rsidR="002355BD" w:rsidRPr="001179E8" w:rsidRDefault="00000000">
      <w:pPr>
        <w:rPr>
          <w:lang w:val="pt-BR"/>
        </w:rPr>
      </w:pPr>
      <w:r w:rsidRPr="001179E8">
        <w:rPr>
          <w:lang w:val="pt-BR"/>
        </w:rPr>
        <w:t>"Eles sentiram nossa presença," disse Eco. "Precisamos nos esconder."</w:t>
      </w:r>
    </w:p>
    <w:p w14:paraId="315A9F5F" w14:textId="77777777" w:rsidR="002355BD" w:rsidRPr="001179E8" w:rsidRDefault="00000000">
      <w:pPr>
        <w:rPr>
          <w:lang w:val="pt-BR"/>
        </w:rPr>
      </w:pPr>
      <w:r w:rsidRPr="001179E8">
        <w:rPr>
          <w:lang w:val="pt-BR"/>
        </w:rPr>
        <w:br/>
      </w:r>
    </w:p>
    <w:p w14:paraId="7CA0E064" w14:textId="77777777" w:rsidR="002355BD" w:rsidRPr="001179E8" w:rsidRDefault="00000000">
      <w:pPr>
        <w:rPr>
          <w:lang w:val="pt-BR"/>
        </w:rPr>
      </w:pPr>
      <w:r w:rsidRPr="001179E8">
        <w:rPr>
          <w:lang w:val="pt-BR"/>
        </w:rPr>
        <w:t>Rapidamente, eles se abrigaram entre os escombros de um palácio caído. Nicole se pressionou contra uma parede de obsidiana, Ricardo ao seu lado, seus corpos próximos no espaço apertado. Elaine se posicionou do outro lado de Ricardo, tão perto que seus corpos se tocavam. Eco ficou na entrada da pequena cavidade, observando.</w:t>
      </w:r>
    </w:p>
    <w:p w14:paraId="42CD5736" w14:textId="77777777" w:rsidR="002355BD" w:rsidRPr="001179E8" w:rsidRDefault="00000000">
      <w:pPr>
        <w:rPr>
          <w:lang w:val="pt-BR"/>
        </w:rPr>
      </w:pPr>
      <w:r w:rsidRPr="001179E8">
        <w:rPr>
          <w:lang w:val="pt-BR"/>
        </w:rPr>
        <w:br/>
      </w:r>
    </w:p>
    <w:p w14:paraId="5A978842" w14:textId="77777777" w:rsidR="002355BD" w:rsidRPr="001179E8" w:rsidRDefault="00000000">
      <w:pPr>
        <w:rPr>
          <w:lang w:val="pt-BR"/>
        </w:rPr>
      </w:pPr>
      <w:r w:rsidRPr="001179E8">
        <w:rPr>
          <w:lang w:val="pt-BR"/>
        </w:rPr>
        <w:t>O rugido soou novamente, mais próximo desta vez. Nicole sentiu Ricardo tomar sua mão, apertando-a firmemente. Ela retribuiu o aperto, grata por sua presença, por sua força.</w:t>
      </w:r>
    </w:p>
    <w:p w14:paraId="02533D6C" w14:textId="77777777" w:rsidR="002355BD" w:rsidRPr="001179E8" w:rsidRDefault="00000000">
      <w:pPr>
        <w:rPr>
          <w:lang w:val="pt-BR"/>
        </w:rPr>
      </w:pPr>
      <w:r w:rsidRPr="001179E8">
        <w:rPr>
          <w:lang w:val="pt-BR"/>
        </w:rPr>
        <w:br/>
      </w:r>
    </w:p>
    <w:p w14:paraId="4E680BDC" w14:textId="77777777" w:rsidR="002355BD" w:rsidRPr="001179E8" w:rsidRDefault="00000000">
      <w:pPr>
        <w:rPr>
          <w:lang w:val="pt-BR"/>
        </w:rPr>
      </w:pPr>
      <w:r w:rsidRPr="001179E8">
        <w:rPr>
          <w:lang w:val="pt-BR"/>
        </w:rPr>
        <w:t>"Se eles nos encontrarem..." começou Ricardo em um sussurro.</w:t>
      </w:r>
    </w:p>
    <w:p w14:paraId="089BD689" w14:textId="77777777" w:rsidR="002355BD" w:rsidRPr="001179E8" w:rsidRDefault="00000000">
      <w:pPr>
        <w:rPr>
          <w:lang w:val="pt-BR"/>
        </w:rPr>
      </w:pPr>
      <w:r w:rsidRPr="001179E8">
        <w:rPr>
          <w:lang w:val="pt-BR"/>
        </w:rPr>
        <w:lastRenderedPageBreak/>
        <w:br/>
      </w:r>
    </w:p>
    <w:p w14:paraId="5D82078E" w14:textId="77777777" w:rsidR="002355BD" w:rsidRPr="001179E8" w:rsidRDefault="00000000">
      <w:pPr>
        <w:rPr>
          <w:lang w:val="pt-BR"/>
        </w:rPr>
      </w:pPr>
      <w:r w:rsidRPr="001179E8">
        <w:rPr>
          <w:lang w:val="pt-BR"/>
        </w:rPr>
        <w:t>"Não vão," respondeu Nicole com mais confiança do que sentia. "Vamos sair daqui. Juntos."</w:t>
      </w:r>
    </w:p>
    <w:p w14:paraId="6068BEDB" w14:textId="77777777" w:rsidR="002355BD" w:rsidRPr="001179E8" w:rsidRDefault="00000000">
      <w:pPr>
        <w:rPr>
          <w:lang w:val="pt-BR"/>
        </w:rPr>
      </w:pPr>
      <w:r w:rsidRPr="001179E8">
        <w:rPr>
          <w:lang w:val="pt-BR"/>
        </w:rPr>
        <w:br/>
      </w:r>
    </w:p>
    <w:p w14:paraId="2D6EC375" w14:textId="77777777" w:rsidR="002355BD" w:rsidRPr="001179E8" w:rsidRDefault="00000000">
      <w:pPr>
        <w:rPr>
          <w:lang w:val="pt-BR"/>
        </w:rPr>
      </w:pPr>
      <w:r w:rsidRPr="001179E8">
        <w:rPr>
          <w:lang w:val="pt-BR"/>
        </w:rPr>
        <w:t>Ricardo a olhou, seus olhos escuros intensos na penumbra. "Nicky," disse ele, sua voz baixa e urgente. "Se algo acontecer..."</w:t>
      </w:r>
    </w:p>
    <w:p w14:paraId="0D4D2890" w14:textId="77777777" w:rsidR="002355BD" w:rsidRPr="001179E8" w:rsidRDefault="00000000">
      <w:pPr>
        <w:rPr>
          <w:lang w:val="pt-BR"/>
        </w:rPr>
      </w:pPr>
      <w:r w:rsidRPr="001179E8">
        <w:rPr>
          <w:lang w:val="pt-BR"/>
        </w:rPr>
        <w:br/>
      </w:r>
    </w:p>
    <w:p w14:paraId="6419D39C" w14:textId="77777777" w:rsidR="002355BD" w:rsidRPr="001179E8" w:rsidRDefault="00000000">
      <w:pPr>
        <w:rPr>
          <w:lang w:val="pt-BR"/>
        </w:rPr>
      </w:pPr>
      <w:r w:rsidRPr="001179E8">
        <w:rPr>
          <w:lang w:val="pt-BR"/>
        </w:rPr>
        <w:t>"Não vai acontecer," interrompeu ela.</w:t>
      </w:r>
    </w:p>
    <w:p w14:paraId="4DD7E375" w14:textId="77777777" w:rsidR="002355BD" w:rsidRPr="001179E8" w:rsidRDefault="00000000">
      <w:pPr>
        <w:rPr>
          <w:lang w:val="pt-BR"/>
        </w:rPr>
      </w:pPr>
      <w:r w:rsidRPr="001179E8">
        <w:rPr>
          <w:lang w:val="pt-BR"/>
        </w:rPr>
        <w:br/>
      </w:r>
    </w:p>
    <w:p w14:paraId="6E3DECE6" w14:textId="77777777" w:rsidR="002355BD" w:rsidRPr="001179E8" w:rsidRDefault="00000000">
      <w:pPr>
        <w:rPr>
          <w:lang w:val="pt-BR"/>
        </w:rPr>
      </w:pPr>
      <w:r w:rsidRPr="001179E8">
        <w:rPr>
          <w:lang w:val="pt-BR"/>
        </w:rPr>
        <w:t>"Mas se acontecer," insistiu ele. "Preciso que você saiba... o que aconteceu na piscina... o que eu disse... eu quis dizer cada palavra."</w:t>
      </w:r>
    </w:p>
    <w:p w14:paraId="58B614E3" w14:textId="77777777" w:rsidR="002355BD" w:rsidRPr="001179E8" w:rsidRDefault="00000000">
      <w:pPr>
        <w:rPr>
          <w:lang w:val="pt-BR"/>
        </w:rPr>
      </w:pPr>
      <w:r w:rsidRPr="001179E8">
        <w:rPr>
          <w:lang w:val="pt-BR"/>
        </w:rPr>
        <w:br/>
      </w:r>
    </w:p>
    <w:p w14:paraId="5C4C2081" w14:textId="77777777" w:rsidR="002355BD" w:rsidRPr="001179E8" w:rsidRDefault="00000000">
      <w:pPr>
        <w:rPr>
          <w:lang w:val="pt-BR"/>
        </w:rPr>
      </w:pPr>
      <w:r w:rsidRPr="001179E8">
        <w:rPr>
          <w:lang w:val="pt-BR"/>
        </w:rPr>
        <w:t>Nicole sentiu seu coração acelerar, não apenas pelo perigo, mas pela intensidade em seus olhos. "Eu sei," sussurrou ela. "Eu também."</w:t>
      </w:r>
    </w:p>
    <w:p w14:paraId="6F87DF1C" w14:textId="77777777" w:rsidR="002355BD" w:rsidRPr="001179E8" w:rsidRDefault="00000000">
      <w:pPr>
        <w:rPr>
          <w:lang w:val="pt-BR"/>
        </w:rPr>
      </w:pPr>
      <w:r w:rsidRPr="001179E8">
        <w:rPr>
          <w:lang w:val="pt-BR"/>
        </w:rPr>
        <w:br/>
      </w:r>
    </w:p>
    <w:p w14:paraId="4A8724BD" w14:textId="77777777" w:rsidR="002355BD" w:rsidRPr="001179E8" w:rsidRDefault="00000000">
      <w:pPr>
        <w:rPr>
          <w:lang w:val="pt-BR"/>
        </w:rPr>
      </w:pPr>
      <w:r w:rsidRPr="001179E8">
        <w:rPr>
          <w:lang w:val="pt-BR"/>
        </w:rPr>
        <w:t>Elaine observava a interação com uma expressão complexa – curiosidade, um toque de inveja, e algo mais profundo, mais doloroso. Ela desviou o olhar, fingindo não ter ouvido o momento íntimo.</w:t>
      </w:r>
    </w:p>
    <w:p w14:paraId="3D995255" w14:textId="77777777" w:rsidR="002355BD" w:rsidRPr="001179E8" w:rsidRDefault="00000000">
      <w:pPr>
        <w:rPr>
          <w:lang w:val="pt-BR"/>
        </w:rPr>
      </w:pPr>
      <w:r w:rsidRPr="001179E8">
        <w:rPr>
          <w:lang w:val="pt-BR"/>
        </w:rPr>
        <w:br/>
      </w:r>
    </w:p>
    <w:p w14:paraId="3DF86165" w14:textId="77777777" w:rsidR="002355BD" w:rsidRPr="001179E8" w:rsidRDefault="00000000">
      <w:pPr>
        <w:rPr>
          <w:lang w:val="pt-BR"/>
        </w:rPr>
      </w:pPr>
      <w:r w:rsidRPr="001179E8">
        <w:rPr>
          <w:lang w:val="pt-BR"/>
        </w:rPr>
        <w:t>O momento foi interrompido por um sibilo de Eco. "Eles estão vindo," alertou ele. "Fiquem absolutamente imóveis."</w:t>
      </w:r>
    </w:p>
    <w:p w14:paraId="7CBD2359" w14:textId="77777777" w:rsidR="002355BD" w:rsidRPr="001179E8" w:rsidRDefault="00000000">
      <w:pPr>
        <w:rPr>
          <w:lang w:val="pt-BR"/>
        </w:rPr>
      </w:pPr>
      <w:r w:rsidRPr="001179E8">
        <w:rPr>
          <w:lang w:val="pt-BR"/>
        </w:rPr>
        <w:br/>
      </w:r>
    </w:p>
    <w:p w14:paraId="7F020E5B" w14:textId="77777777" w:rsidR="002355BD" w:rsidRPr="001179E8" w:rsidRDefault="00000000">
      <w:pPr>
        <w:rPr>
          <w:lang w:val="pt-BR"/>
        </w:rPr>
      </w:pPr>
      <w:r w:rsidRPr="001179E8">
        <w:rPr>
          <w:lang w:val="pt-BR"/>
        </w:rPr>
        <w:t>Todos congelaram. Nicole mal ousava respirar. Os segundos se arrastavam como horas enquanto esperavam, tensos e alertas.</w:t>
      </w:r>
    </w:p>
    <w:p w14:paraId="0CEDB12C" w14:textId="77777777" w:rsidR="002355BD" w:rsidRPr="001179E8" w:rsidRDefault="00000000">
      <w:pPr>
        <w:rPr>
          <w:lang w:val="pt-BR"/>
        </w:rPr>
      </w:pPr>
      <w:r w:rsidRPr="001179E8">
        <w:rPr>
          <w:lang w:val="pt-BR"/>
        </w:rPr>
        <w:br/>
      </w:r>
    </w:p>
    <w:p w14:paraId="15B29F0F" w14:textId="77777777" w:rsidR="002355BD" w:rsidRPr="001179E8" w:rsidRDefault="00000000">
      <w:pPr>
        <w:rPr>
          <w:lang w:val="pt-BR"/>
        </w:rPr>
      </w:pPr>
      <w:r w:rsidRPr="001179E8">
        <w:rPr>
          <w:lang w:val="pt-BR"/>
        </w:rPr>
        <w:lastRenderedPageBreak/>
        <w:t>Então, eles ouviram – passos pesados, um som molhado como de carne sendo arrastada sobre pedra. Uma sombra passou pela entrada de seu esconderijo, bloqueando momentaneamente a pouca luz que entrava.</w:t>
      </w:r>
    </w:p>
    <w:p w14:paraId="008CAD2A" w14:textId="77777777" w:rsidR="002355BD" w:rsidRPr="001179E8" w:rsidRDefault="00000000">
      <w:pPr>
        <w:rPr>
          <w:lang w:val="pt-BR"/>
        </w:rPr>
      </w:pPr>
      <w:r w:rsidRPr="001179E8">
        <w:rPr>
          <w:lang w:val="pt-BR"/>
        </w:rPr>
        <w:br/>
      </w:r>
    </w:p>
    <w:p w14:paraId="2FDBC5E7" w14:textId="77777777" w:rsidR="002355BD" w:rsidRPr="001179E8" w:rsidRDefault="00000000">
      <w:pPr>
        <w:rPr>
          <w:lang w:val="pt-BR"/>
        </w:rPr>
      </w:pPr>
      <w:r w:rsidRPr="001179E8">
        <w:rPr>
          <w:lang w:val="pt-BR"/>
        </w:rPr>
        <w:t>Nicole vislumbrou brevemente a criatura – uma massa amorfa de escuridão solidificada, vagamente humanoide, mas distorcida e errada de maneiras que seu cérebro se recusava a processar completamente. Tinha múltiplos membros que terminavam em garras afiadas, e onde deveria haver um rosto, havia apenas um vazio mais escuro que a própria noite.</w:t>
      </w:r>
    </w:p>
    <w:p w14:paraId="1D43F7C0" w14:textId="77777777" w:rsidR="002355BD" w:rsidRPr="001179E8" w:rsidRDefault="00000000">
      <w:pPr>
        <w:rPr>
          <w:lang w:val="pt-BR"/>
        </w:rPr>
      </w:pPr>
      <w:r w:rsidRPr="001179E8">
        <w:rPr>
          <w:lang w:val="pt-BR"/>
        </w:rPr>
        <w:br/>
      </w:r>
    </w:p>
    <w:p w14:paraId="53845502" w14:textId="77777777" w:rsidR="002355BD" w:rsidRPr="001179E8" w:rsidRDefault="00000000">
      <w:pPr>
        <w:rPr>
          <w:lang w:val="pt-BR"/>
        </w:rPr>
      </w:pPr>
      <w:r w:rsidRPr="001179E8">
        <w:rPr>
          <w:lang w:val="pt-BR"/>
        </w:rPr>
        <w:t>A criatura parou, como se sentisse algo. Sua "cabeça" virou-se lentamente na direção do esconderijo. Nicole sentiu Ricardo tencionar ao seu lado, pronto para lutar se necessário.</w:t>
      </w:r>
    </w:p>
    <w:p w14:paraId="16BDFE2A" w14:textId="77777777" w:rsidR="002355BD" w:rsidRPr="001179E8" w:rsidRDefault="00000000">
      <w:pPr>
        <w:rPr>
          <w:lang w:val="pt-BR"/>
        </w:rPr>
      </w:pPr>
      <w:r w:rsidRPr="001179E8">
        <w:rPr>
          <w:lang w:val="pt-BR"/>
        </w:rPr>
        <w:br/>
      </w:r>
    </w:p>
    <w:p w14:paraId="11CC578B" w14:textId="77777777" w:rsidR="002355BD" w:rsidRPr="001179E8" w:rsidRDefault="00000000">
      <w:pPr>
        <w:rPr>
          <w:lang w:val="pt-BR"/>
        </w:rPr>
      </w:pPr>
      <w:r w:rsidRPr="001179E8">
        <w:rPr>
          <w:lang w:val="pt-BR"/>
        </w:rPr>
        <w:t>Foi Elaine quem agiu. Silenciosamente, ela se levantou, seu corpo começando a mudar. Sua pele adquiriu uma qualidade translúcida, quase transparente, e então, para o espanto de Nicole e Ricardo, ela simplesmente... desapareceu.</w:t>
      </w:r>
    </w:p>
    <w:p w14:paraId="67473181" w14:textId="77777777" w:rsidR="002355BD" w:rsidRPr="001179E8" w:rsidRDefault="00000000">
      <w:pPr>
        <w:rPr>
          <w:lang w:val="pt-BR"/>
        </w:rPr>
      </w:pPr>
      <w:r w:rsidRPr="001179E8">
        <w:rPr>
          <w:lang w:val="pt-BR"/>
        </w:rPr>
        <w:br/>
      </w:r>
    </w:p>
    <w:p w14:paraId="3143230A" w14:textId="77777777" w:rsidR="002355BD" w:rsidRPr="001179E8" w:rsidRDefault="00000000">
      <w:pPr>
        <w:rPr>
          <w:lang w:val="pt-BR"/>
        </w:rPr>
      </w:pPr>
      <w:r w:rsidRPr="001179E8">
        <w:rPr>
          <w:lang w:val="pt-BR"/>
        </w:rPr>
        <w:t>Segundos depois, a criatura emitiu um som estranho – não um rugido desta vez, mas um gemido quase confuso. Seu corpo começou a se contorcer de maneiras impossíveis, como se algo o estivesse atacando por dentro.</w:t>
      </w:r>
    </w:p>
    <w:p w14:paraId="77A4162A" w14:textId="77777777" w:rsidR="002355BD" w:rsidRPr="001179E8" w:rsidRDefault="00000000">
      <w:pPr>
        <w:rPr>
          <w:lang w:val="pt-BR"/>
        </w:rPr>
      </w:pPr>
      <w:r w:rsidRPr="001179E8">
        <w:rPr>
          <w:lang w:val="pt-BR"/>
        </w:rPr>
        <w:br/>
      </w:r>
    </w:p>
    <w:p w14:paraId="6CF339CC" w14:textId="77777777" w:rsidR="002355BD" w:rsidRPr="001179E8" w:rsidRDefault="00000000">
      <w:pPr>
        <w:rPr>
          <w:lang w:val="pt-BR"/>
        </w:rPr>
      </w:pPr>
      <w:r w:rsidRPr="001179E8">
        <w:rPr>
          <w:lang w:val="pt-BR"/>
        </w:rPr>
        <w:t>Então, tão subitamente quanto havia desaparecido, Elaine reapareceu – não onde estava antes, mas diretamente na frente da criatura. Seu corpo parecia ter se materializado através do monstro, como se ela tivesse passado através dele.</w:t>
      </w:r>
    </w:p>
    <w:p w14:paraId="49FD40B8" w14:textId="77777777" w:rsidR="002355BD" w:rsidRPr="001179E8" w:rsidRDefault="00000000">
      <w:pPr>
        <w:rPr>
          <w:lang w:val="pt-BR"/>
        </w:rPr>
      </w:pPr>
      <w:r w:rsidRPr="001179E8">
        <w:rPr>
          <w:lang w:val="pt-BR"/>
        </w:rPr>
        <w:br/>
      </w:r>
    </w:p>
    <w:p w14:paraId="13A8A531" w14:textId="77777777" w:rsidR="002355BD" w:rsidRPr="001179E8" w:rsidRDefault="00000000">
      <w:pPr>
        <w:rPr>
          <w:lang w:val="pt-BR"/>
        </w:rPr>
      </w:pPr>
      <w:r w:rsidRPr="001179E8">
        <w:rPr>
          <w:lang w:val="pt-BR"/>
        </w:rPr>
        <w:t>A criatura desabou, seu corpo amorfo se dissolvendo em fumaça negra. Elaine permaneceu de pé, seu traje de névoa cintilante ondulando ao seu redor como se agitado por uma brisa invisível.</w:t>
      </w:r>
    </w:p>
    <w:p w14:paraId="47D6142E" w14:textId="77777777" w:rsidR="002355BD" w:rsidRPr="001179E8" w:rsidRDefault="00000000">
      <w:pPr>
        <w:rPr>
          <w:lang w:val="pt-BR"/>
        </w:rPr>
      </w:pPr>
      <w:r w:rsidRPr="001179E8">
        <w:rPr>
          <w:lang w:val="pt-BR"/>
        </w:rPr>
        <w:br/>
      </w:r>
    </w:p>
    <w:p w14:paraId="7AD0F835" w14:textId="77777777" w:rsidR="002355BD" w:rsidRPr="001179E8" w:rsidRDefault="00000000">
      <w:pPr>
        <w:rPr>
          <w:lang w:val="pt-BR"/>
        </w:rPr>
      </w:pPr>
      <w:r w:rsidRPr="001179E8">
        <w:rPr>
          <w:lang w:val="pt-BR"/>
        </w:rPr>
        <w:lastRenderedPageBreak/>
        <w:t>"Impressionante," murmurou Ricardo, claramente admirado.</w:t>
      </w:r>
    </w:p>
    <w:p w14:paraId="3DCEFEBE" w14:textId="77777777" w:rsidR="002355BD" w:rsidRPr="001179E8" w:rsidRDefault="00000000">
      <w:pPr>
        <w:rPr>
          <w:lang w:val="pt-BR"/>
        </w:rPr>
      </w:pPr>
      <w:r w:rsidRPr="001179E8">
        <w:rPr>
          <w:lang w:val="pt-BR"/>
        </w:rPr>
        <w:br/>
      </w:r>
    </w:p>
    <w:p w14:paraId="490F91AB" w14:textId="77777777" w:rsidR="002355BD" w:rsidRPr="001179E8" w:rsidRDefault="00000000">
      <w:pPr>
        <w:rPr>
          <w:lang w:val="pt-BR"/>
        </w:rPr>
      </w:pPr>
      <w:r w:rsidRPr="001179E8">
        <w:rPr>
          <w:lang w:val="pt-BR"/>
        </w:rPr>
        <w:t>Elaine se virou para eles, um sorriso satisfeito em seu rosto. "Uma das vantagens de ser o que sou," disse ela. "Invisibilidade e maleabilidade têm seus usos."</w:t>
      </w:r>
    </w:p>
    <w:p w14:paraId="7554345F" w14:textId="77777777" w:rsidR="002355BD" w:rsidRPr="001179E8" w:rsidRDefault="00000000">
      <w:pPr>
        <w:rPr>
          <w:lang w:val="pt-BR"/>
        </w:rPr>
      </w:pPr>
      <w:r w:rsidRPr="001179E8">
        <w:rPr>
          <w:lang w:val="pt-BR"/>
        </w:rPr>
        <w:br/>
      </w:r>
    </w:p>
    <w:p w14:paraId="3A6A05E4" w14:textId="77777777" w:rsidR="002355BD" w:rsidRPr="001179E8" w:rsidRDefault="00000000">
      <w:pPr>
        <w:rPr>
          <w:lang w:val="pt-BR"/>
        </w:rPr>
      </w:pPr>
      <w:r w:rsidRPr="001179E8">
        <w:rPr>
          <w:lang w:val="pt-BR"/>
        </w:rPr>
        <w:t>Nicole se levantou, estudando Elaine com novos olhos. "Você não mencionou esses poderes."</w:t>
      </w:r>
    </w:p>
    <w:p w14:paraId="1070CC87" w14:textId="77777777" w:rsidR="002355BD" w:rsidRPr="001179E8" w:rsidRDefault="00000000">
      <w:pPr>
        <w:rPr>
          <w:lang w:val="pt-BR"/>
        </w:rPr>
      </w:pPr>
      <w:r w:rsidRPr="001179E8">
        <w:rPr>
          <w:lang w:val="pt-BR"/>
        </w:rPr>
        <w:br/>
      </w:r>
    </w:p>
    <w:p w14:paraId="52632292" w14:textId="77777777" w:rsidR="002355BD" w:rsidRPr="001179E8" w:rsidRDefault="00000000">
      <w:pPr>
        <w:rPr>
          <w:lang w:val="pt-BR"/>
        </w:rPr>
      </w:pPr>
      <w:r w:rsidRPr="001179E8">
        <w:rPr>
          <w:lang w:val="pt-BR"/>
        </w:rPr>
        <w:t>"Vocês não perguntaram," respondeu Elaine com um dar de ombros elegante. "Além disso, uma garota precisa manter alguns segredos, não é?" Ela piscou para Ricardo, que sorriu em resposta.</w:t>
      </w:r>
    </w:p>
    <w:p w14:paraId="4032187A" w14:textId="77777777" w:rsidR="002355BD" w:rsidRPr="001179E8" w:rsidRDefault="00000000">
      <w:pPr>
        <w:rPr>
          <w:lang w:val="pt-BR"/>
        </w:rPr>
      </w:pPr>
      <w:r w:rsidRPr="001179E8">
        <w:rPr>
          <w:lang w:val="pt-BR"/>
        </w:rPr>
        <w:br/>
      </w:r>
    </w:p>
    <w:p w14:paraId="5CE1C733" w14:textId="77777777" w:rsidR="002355BD" w:rsidRPr="001179E8" w:rsidRDefault="00000000">
      <w:pPr>
        <w:rPr>
          <w:lang w:val="pt-BR"/>
        </w:rPr>
      </w:pPr>
      <w:r w:rsidRPr="001179E8">
        <w:rPr>
          <w:lang w:val="pt-BR"/>
        </w:rPr>
        <w:t>Nicole sentiu aquela pontada de irritação novamente, mais forte desta vez. Mas antes que pudesse dizer algo, Eco interveio.</w:t>
      </w:r>
    </w:p>
    <w:p w14:paraId="5CA3E949" w14:textId="77777777" w:rsidR="002355BD" w:rsidRPr="001179E8" w:rsidRDefault="00000000">
      <w:pPr>
        <w:rPr>
          <w:lang w:val="pt-BR"/>
        </w:rPr>
      </w:pPr>
      <w:r w:rsidRPr="001179E8">
        <w:rPr>
          <w:lang w:val="pt-BR"/>
        </w:rPr>
        <w:br/>
      </w:r>
    </w:p>
    <w:p w14:paraId="173975BB" w14:textId="77777777" w:rsidR="002355BD" w:rsidRPr="001179E8" w:rsidRDefault="00000000">
      <w:pPr>
        <w:rPr>
          <w:lang w:val="pt-BR"/>
        </w:rPr>
      </w:pPr>
      <w:r w:rsidRPr="001179E8">
        <w:rPr>
          <w:lang w:val="pt-BR"/>
        </w:rPr>
        <w:t>"Precisamos continuar," disse ele urgentemente. "Onde há um Caçador, há outros. E eles sentirão a morte deste."</w:t>
      </w:r>
    </w:p>
    <w:p w14:paraId="1266431B" w14:textId="77777777" w:rsidR="002355BD" w:rsidRPr="001179E8" w:rsidRDefault="00000000">
      <w:pPr>
        <w:rPr>
          <w:lang w:val="pt-BR"/>
        </w:rPr>
      </w:pPr>
      <w:r w:rsidRPr="001179E8">
        <w:rPr>
          <w:lang w:val="pt-BR"/>
        </w:rPr>
        <w:br/>
      </w:r>
    </w:p>
    <w:p w14:paraId="782910D0" w14:textId="77777777" w:rsidR="002355BD" w:rsidRPr="001179E8" w:rsidRDefault="00000000">
      <w:pPr>
        <w:rPr>
          <w:lang w:val="pt-BR"/>
        </w:rPr>
      </w:pPr>
      <w:r w:rsidRPr="001179E8">
        <w:rPr>
          <w:lang w:val="pt-BR"/>
        </w:rPr>
        <w:t>Eles saíram rapidamente do esconderijo, seguindo Eco e Elaine através das ruínas. O céu acima deles parecia escurecer ainda mais, os veios vermelhos pulsando com maior intensidade.</w:t>
      </w:r>
    </w:p>
    <w:p w14:paraId="5A76E9A2" w14:textId="77777777" w:rsidR="002355BD" w:rsidRPr="001179E8" w:rsidRDefault="00000000">
      <w:pPr>
        <w:rPr>
          <w:lang w:val="pt-BR"/>
        </w:rPr>
      </w:pPr>
      <w:r w:rsidRPr="001179E8">
        <w:rPr>
          <w:lang w:val="pt-BR"/>
        </w:rPr>
        <w:br/>
      </w:r>
    </w:p>
    <w:p w14:paraId="1EEDBF40" w14:textId="77777777" w:rsidR="002355BD" w:rsidRPr="001179E8" w:rsidRDefault="00000000">
      <w:pPr>
        <w:rPr>
          <w:lang w:val="pt-BR"/>
        </w:rPr>
      </w:pPr>
      <w:r w:rsidRPr="001179E8">
        <w:rPr>
          <w:lang w:val="pt-BR"/>
        </w:rPr>
        <w:t>"Estamos nos aproximando de uma fissura dimensional," explicou Eco. "Um lugar onde a barreira entre os reinos é mais fina."</w:t>
      </w:r>
    </w:p>
    <w:p w14:paraId="21CEB419" w14:textId="77777777" w:rsidR="002355BD" w:rsidRPr="001179E8" w:rsidRDefault="00000000">
      <w:pPr>
        <w:rPr>
          <w:lang w:val="pt-BR"/>
        </w:rPr>
      </w:pPr>
      <w:r w:rsidRPr="001179E8">
        <w:rPr>
          <w:lang w:val="pt-BR"/>
        </w:rPr>
        <w:br/>
      </w:r>
    </w:p>
    <w:p w14:paraId="11DFDF41" w14:textId="77777777" w:rsidR="002355BD" w:rsidRPr="001179E8" w:rsidRDefault="00000000">
      <w:pPr>
        <w:rPr>
          <w:lang w:val="pt-BR"/>
        </w:rPr>
      </w:pPr>
      <w:r w:rsidRPr="001179E8">
        <w:rPr>
          <w:lang w:val="pt-BR"/>
        </w:rPr>
        <w:lastRenderedPageBreak/>
        <w:t>"O portal?" perguntou Nicole esperançosamente.</w:t>
      </w:r>
    </w:p>
    <w:p w14:paraId="54846E9E" w14:textId="77777777" w:rsidR="002355BD" w:rsidRPr="001179E8" w:rsidRDefault="00000000">
      <w:pPr>
        <w:rPr>
          <w:lang w:val="pt-BR"/>
        </w:rPr>
      </w:pPr>
      <w:r w:rsidRPr="001179E8">
        <w:rPr>
          <w:lang w:val="pt-BR"/>
        </w:rPr>
        <w:br/>
      </w:r>
    </w:p>
    <w:p w14:paraId="77949177" w14:textId="77777777" w:rsidR="002355BD" w:rsidRPr="001179E8" w:rsidRDefault="00000000">
      <w:pPr>
        <w:rPr>
          <w:lang w:val="pt-BR"/>
        </w:rPr>
      </w:pPr>
      <w:r w:rsidRPr="001179E8">
        <w:rPr>
          <w:lang w:val="pt-BR"/>
        </w:rPr>
        <w:t>"Não exatamente," respondeu Eco. "Mas um lugar onde podemos... ver além."</w:t>
      </w:r>
    </w:p>
    <w:p w14:paraId="199D7BEB" w14:textId="77777777" w:rsidR="002355BD" w:rsidRPr="001179E8" w:rsidRDefault="00000000">
      <w:pPr>
        <w:rPr>
          <w:lang w:val="pt-BR"/>
        </w:rPr>
      </w:pPr>
      <w:r w:rsidRPr="001179E8">
        <w:rPr>
          <w:lang w:val="pt-BR"/>
        </w:rPr>
        <w:br/>
      </w:r>
    </w:p>
    <w:p w14:paraId="49A7993F" w14:textId="77777777" w:rsidR="002355BD" w:rsidRPr="001179E8" w:rsidRDefault="00000000">
      <w:pPr>
        <w:rPr>
          <w:lang w:val="pt-BR"/>
        </w:rPr>
      </w:pPr>
      <w:r w:rsidRPr="001179E8">
        <w:rPr>
          <w:lang w:val="pt-BR"/>
        </w:rPr>
        <w:t>Eles chegaram a uma formação rochosa estranha – um arco natural feito de cristal negro que parecia absorver a luz ao redor. Dentro do arco, o ar ondulava como o calor sobre asfalto em um dia quente.</w:t>
      </w:r>
    </w:p>
    <w:p w14:paraId="3DAEEC8A" w14:textId="77777777" w:rsidR="002355BD" w:rsidRPr="001179E8" w:rsidRDefault="00000000">
      <w:pPr>
        <w:rPr>
          <w:lang w:val="pt-BR"/>
        </w:rPr>
      </w:pPr>
      <w:r w:rsidRPr="001179E8">
        <w:rPr>
          <w:lang w:val="pt-BR"/>
        </w:rPr>
        <w:br/>
      </w:r>
    </w:p>
    <w:p w14:paraId="7AB53E20" w14:textId="77777777" w:rsidR="002355BD" w:rsidRPr="001179E8" w:rsidRDefault="00000000">
      <w:pPr>
        <w:rPr>
          <w:lang w:val="pt-BR"/>
        </w:rPr>
      </w:pPr>
      <w:r w:rsidRPr="001179E8">
        <w:rPr>
          <w:lang w:val="pt-BR"/>
        </w:rPr>
        <w:t>"O que é isso?" perguntou Ricardo.</w:t>
      </w:r>
    </w:p>
    <w:p w14:paraId="161D4338" w14:textId="77777777" w:rsidR="002355BD" w:rsidRPr="001179E8" w:rsidRDefault="00000000">
      <w:pPr>
        <w:rPr>
          <w:lang w:val="pt-BR"/>
        </w:rPr>
      </w:pPr>
      <w:r w:rsidRPr="001179E8">
        <w:rPr>
          <w:lang w:val="pt-BR"/>
        </w:rPr>
        <w:br/>
      </w:r>
    </w:p>
    <w:p w14:paraId="7BA87CE7" w14:textId="77777777" w:rsidR="002355BD" w:rsidRPr="001179E8" w:rsidRDefault="00000000">
      <w:pPr>
        <w:rPr>
          <w:lang w:val="pt-BR"/>
        </w:rPr>
      </w:pPr>
      <w:r w:rsidRPr="001179E8">
        <w:rPr>
          <w:lang w:val="pt-BR"/>
        </w:rPr>
        <w:t>"Uma janela," respondeu Elaine, aproximando-se do arco. "Um lugar onde podemos olhar para outros reinos sem realmente atravessá-los."</w:t>
      </w:r>
    </w:p>
    <w:p w14:paraId="09CCA7A7" w14:textId="77777777" w:rsidR="002355BD" w:rsidRPr="001179E8" w:rsidRDefault="00000000">
      <w:pPr>
        <w:rPr>
          <w:lang w:val="pt-BR"/>
        </w:rPr>
      </w:pPr>
      <w:r w:rsidRPr="001179E8">
        <w:rPr>
          <w:lang w:val="pt-BR"/>
        </w:rPr>
        <w:br/>
      </w:r>
    </w:p>
    <w:p w14:paraId="0B485D5B" w14:textId="77777777" w:rsidR="002355BD" w:rsidRPr="001179E8" w:rsidRDefault="00000000">
      <w:pPr>
        <w:rPr>
          <w:lang w:val="pt-BR"/>
        </w:rPr>
      </w:pPr>
      <w:r w:rsidRPr="001179E8">
        <w:rPr>
          <w:lang w:val="pt-BR"/>
        </w:rPr>
        <w:t>"Podemos ver a superfície?" perguntou Nicole, esperança colorindo sua voz. "Ver nossos amigos, nossa família?"</w:t>
      </w:r>
    </w:p>
    <w:p w14:paraId="72321B8F" w14:textId="77777777" w:rsidR="002355BD" w:rsidRPr="001179E8" w:rsidRDefault="00000000">
      <w:pPr>
        <w:rPr>
          <w:lang w:val="pt-BR"/>
        </w:rPr>
      </w:pPr>
      <w:r w:rsidRPr="001179E8">
        <w:rPr>
          <w:lang w:val="pt-BR"/>
        </w:rPr>
        <w:br/>
      </w:r>
    </w:p>
    <w:p w14:paraId="0758434D" w14:textId="77777777" w:rsidR="002355BD" w:rsidRPr="001179E8" w:rsidRDefault="00000000">
      <w:pPr>
        <w:rPr>
          <w:lang w:val="pt-BR"/>
        </w:rPr>
      </w:pPr>
      <w:r w:rsidRPr="001179E8">
        <w:rPr>
          <w:lang w:val="pt-BR"/>
        </w:rPr>
        <w:t>Elaine assentiu. "Se nos concentrarmos o suficiente, sim."</w:t>
      </w:r>
    </w:p>
    <w:p w14:paraId="601A884F" w14:textId="77777777" w:rsidR="002355BD" w:rsidRPr="001179E8" w:rsidRDefault="00000000">
      <w:pPr>
        <w:rPr>
          <w:lang w:val="pt-BR"/>
        </w:rPr>
      </w:pPr>
      <w:r w:rsidRPr="001179E8">
        <w:rPr>
          <w:lang w:val="pt-BR"/>
        </w:rPr>
        <w:br/>
      </w:r>
    </w:p>
    <w:p w14:paraId="74EC2666" w14:textId="77777777" w:rsidR="002355BD" w:rsidRPr="001179E8" w:rsidRDefault="00000000">
      <w:pPr>
        <w:rPr>
          <w:lang w:val="pt-BR"/>
        </w:rPr>
      </w:pPr>
      <w:r w:rsidRPr="001179E8">
        <w:rPr>
          <w:lang w:val="pt-BR"/>
        </w:rPr>
        <w:t>Nicole e Ricardo trocaram olhares. A possibilidade de ver seus entes queridos, mesmo que apenas por um momento, era tentadora demais para resistir.</w:t>
      </w:r>
    </w:p>
    <w:p w14:paraId="2289FFE2" w14:textId="77777777" w:rsidR="002355BD" w:rsidRPr="001179E8" w:rsidRDefault="00000000">
      <w:pPr>
        <w:rPr>
          <w:lang w:val="pt-BR"/>
        </w:rPr>
      </w:pPr>
      <w:r w:rsidRPr="001179E8">
        <w:rPr>
          <w:lang w:val="pt-BR"/>
        </w:rPr>
        <w:br/>
      </w:r>
    </w:p>
    <w:p w14:paraId="232A3913" w14:textId="77777777" w:rsidR="002355BD" w:rsidRPr="001179E8" w:rsidRDefault="00000000">
      <w:pPr>
        <w:rPr>
          <w:lang w:val="pt-BR"/>
        </w:rPr>
      </w:pPr>
      <w:r w:rsidRPr="001179E8">
        <w:rPr>
          <w:lang w:val="pt-BR"/>
        </w:rPr>
        <w:t>"Como fazemos isso?" perguntou Nicole.</w:t>
      </w:r>
    </w:p>
    <w:p w14:paraId="25DC5BAE" w14:textId="77777777" w:rsidR="002355BD" w:rsidRPr="001179E8" w:rsidRDefault="00000000">
      <w:pPr>
        <w:rPr>
          <w:lang w:val="pt-BR"/>
        </w:rPr>
      </w:pPr>
      <w:r w:rsidRPr="001179E8">
        <w:rPr>
          <w:lang w:val="pt-BR"/>
        </w:rPr>
        <w:br/>
      </w:r>
    </w:p>
    <w:p w14:paraId="11B5EA85" w14:textId="77777777" w:rsidR="002355BD" w:rsidRPr="001179E8" w:rsidRDefault="00000000">
      <w:pPr>
        <w:rPr>
          <w:lang w:val="pt-BR"/>
        </w:rPr>
      </w:pPr>
      <w:r w:rsidRPr="001179E8">
        <w:rPr>
          <w:lang w:val="pt-BR"/>
        </w:rPr>
        <w:lastRenderedPageBreak/>
        <w:t>"Toquem o arco," instruiu Elaine. "Pensem naqueles que desejam ver. A fissura responderá."</w:t>
      </w:r>
    </w:p>
    <w:p w14:paraId="0AF2AEA9" w14:textId="77777777" w:rsidR="002355BD" w:rsidRPr="001179E8" w:rsidRDefault="00000000">
      <w:pPr>
        <w:rPr>
          <w:lang w:val="pt-BR"/>
        </w:rPr>
      </w:pPr>
      <w:r w:rsidRPr="001179E8">
        <w:rPr>
          <w:lang w:val="pt-BR"/>
        </w:rPr>
        <w:br/>
      </w:r>
    </w:p>
    <w:p w14:paraId="1B2341AB" w14:textId="77777777" w:rsidR="002355BD" w:rsidRPr="001179E8" w:rsidRDefault="00000000">
      <w:pPr>
        <w:rPr>
          <w:lang w:val="pt-BR"/>
        </w:rPr>
      </w:pPr>
      <w:r w:rsidRPr="001179E8">
        <w:rPr>
          <w:lang w:val="pt-BR"/>
        </w:rPr>
        <w:t>Hesitantemente, Nicole e Ricardo se aproximaram do arco. Juntos, colocaram as mãos no cristal negro. Era frio ao toque, com uma vibração estranha que parecia ressoar através de seus ossos.</w:t>
      </w:r>
    </w:p>
    <w:p w14:paraId="329B0068" w14:textId="77777777" w:rsidR="002355BD" w:rsidRPr="001179E8" w:rsidRDefault="00000000">
      <w:pPr>
        <w:rPr>
          <w:lang w:val="pt-BR"/>
        </w:rPr>
      </w:pPr>
      <w:r w:rsidRPr="001179E8">
        <w:rPr>
          <w:lang w:val="pt-BR"/>
        </w:rPr>
        <w:br/>
      </w:r>
    </w:p>
    <w:p w14:paraId="7F6B73F6" w14:textId="77777777" w:rsidR="002355BD" w:rsidRPr="001179E8" w:rsidRDefault="00000000">
      <w:pPr>
        <w:rPr>
          <w:lang w:val="pt-BR"/>
        </w:rPr>
      </w:pPr>
      <w:r w:rsidRPr="001179E8">
        <w:rPr>
          <w:lang w:val="pt-BR"/>
        </w:rPr>
        <w:t>Nicole fechou os olhos, concentrando-se. Pensou em seus pais – Eletron e Nyx. Pensou na base da G.R.A.I.A., em seus companheiros de equipe. Ao seu lado, Ricardo provavelmente fazia o mesmo.</w:t>
      </w:r>
    </w:p>
    <w:p w14:paraId="584CB0EE" w14:textId="77777777" w:rsidR="002355BD" w:rsidRPr="001179E8" w:rsidRDefault="00000000">
      <w:pPr>
        <w:rPr>
          <w:lang w:val="pt-BR"/>
        </w:rPr>
      </w:pPr>
      <w:r w:rsidRPr="001179E8">
        <w:rPr>
          <w:lang w:val="pt-BR"/>
        </w:rPr>
        <w:br/>
      </w:r>
    </w:p>
    <w:p w14:paraId="112C9160" w14:textId="77777777" w:rsidR="002355BD" w:rsidRPr="001179E8" w:rsidRDefault="00000000">
      <w:pPr>
        <w:rPr>
          <w:lang w:val="pt-BR"/>
        </w:rPr>
      </w:pPr>
      <w:r w:rsidRPr="001179E8">
        <w:rPr>
          <w:lang w:val="pt-BR"/>
        </w:rPr>
        <w:t>O ar dentro do arco começou a mudar, a ondulação tornando-se mais pronunciada. Cores e formas começaram a se materializar, inicialmente indistintas, depois gradualmente ganhando clareza.</w:t>
      </w:r>
    </w:p>
    <w:p w14:paraId="75D1CD77" w14:textId="77777777" w:rsidR="002355BD" w:rsidRPr="001179E8" w:rsidRDefault="00000000">
      <w:pPr>
        <w:rPr>
          <w:lang w:val="pt-BR"/>
        </w:rPr>
      </w:pPr>
      <w:r w:rsidRPr="001179E8">
        <w:rPr>
          <w:lang w:val="pt-BR"/>
        </w:rPr>
        <w:br/>
      </w:r>
    </w:p>
    <w:p w14:paraId="0CC433E9" w14:textId="77777777" w:rsidR="002355BD" w:rsidRPr="001179E8" w:rsidRDefault="00000000">
      <w:pPr>
        <w:rPr>
          <w:lang w:val="pt-BR"/>
        </w:rPr>
      </w:pPr>
      <w:r w:rsidRPr="001179E8">
        <w:rPr>
          <w:lang w:val="pt-BR"/>
        </w:rPr>
        <w:t>Uma imagem se formou – a sala de comando da base da G.R.A.I.A. Nicole reconheceu imediatamente o lugar, com seus monitores avançados e a grande mesa de estratégia no centro. E ao redor da mesa...</w:t>
      </w:r>
    </w:p>
    <w:p w14:paraId="5E0837DA" w14:textId="77777777" w:rsidR="002355BD" w:rsidRPr="001179E8" w:rsidRDefault="00000000">
      <w:pPr>
        <w:rPr>
          <w:lang w:val="pt-BR"/>
        </w:rPr>
      </w:pPr>
      <w:r w:rsidRPr="001179E8">
        <w:rPr>
          <w:lang w:val="pt-BR"/>
        </w:rPr>
        <w:br/>
      </w:r>
    </w:p>
    <w:p w14:paraId="7C538799" w14:textId="77777777" w:rsidR="002355BD" w:rsidRPr="001179E8" w:rsidRDefault="00000000">
      <w:pPr>
        <w:rPr>
          <w:lang w:val="pt-BR"/>
        </w:rPr>
      </w:pPr>
      <w:r w:rsidRPr="001179E8">
        <w:rPr>
          <w:lang w:val="pt-BR"/>
        </w:rPr>
        <w:t>"Pai," sussurrou ela, reconhecendo a figura alta e imponente de Eletron. Ele parecia mais velho, mais cansado do que ela se lembrava, com novas linhas de preocupação marcando seu rosto normalmente controlado.</w:t>
      </w:r>
    </w:p>
    <w:p w14:paraId="2B85FDE2" w14:textId="77777777" w:rsidR="002355BD" w:rsidRPr="001179E8" w:rsidRDefault="00000000">
      <w:pPr>
        <w:rPr>
          <w:lang w:val="pt-BR"/>
        </w:rPr>
      </w:pPr>
      <w:r w:rsidRPr="001179E8">
        <w:rPr>
          <w:lang w:val="pt-BR"/>
        </w:rPr>
        <w:br/>
      </w:r>
    </w:p>
    <w:p w14:paraId="4E697FF9" w14:textId="77777777" w:rsidR="002355BD" w:rsidRPr="001179E8" w:rsidRDefault="00000000">
      <w:pPr>
        <w:rPr>
          <w:lang w:val="pt-BR"/>
        </w:rPr>
      </w:pPr>
      <w:r w:rsidRPr="001179E8">
        <w:rPr>
          <w:lang w:val="pt-BR"/>
        </w:rPr>
        <w:t>Ao lado dele estava sua mãe, Nyx, a ex-ninja e espiã, seu rosto normalmente impassível agora tenso com emoção contida. E com eles, o General Vance, Luke, Art, Linda, e vários outros membros da G.R.A.I.A.</w:t>
      </w:r>
    </w:p>
    <w:p w14:paraId="405F4820" w14:textId="77777777" w:rsidR="002355BD" w:rsidRPr="001179E8" w:rsidRDefault="00000000">
      <w:pPr>
        <w:rPr>
          <w:lang w:val="pt-BR"/>
        </w:rPr>
      </w:pPr>
      <w:r w:rsidRPr="001179E8">
        <w:rPr>
          <w:lang w:val="pt-BR"/>
        </w:rPr>
        <w:br/>
      </w:r>
    </w:p>
    <w:p w14:paraId="225ED735" w14:textId="77777777" w:rsidR="002355BD" w:rsidRPr="001179E8" w:rsidRDefault="00000000">
      <w:pPr>
        <w:rPr>
          <w:lang w:val="pt-BR"/>
        </w:rPr>
      </w:pPr>
      <w:r w:rsidRPr="001179E8">
        <w:rPr>
          <w:lang w:val="pt-BR"/>
        </w:rPr>
        <w:t>"Eles estão planejando algo," murmurou Ricardo, seus olhos fixos na imagem. "Olhe."</w:t>
      </w:r>
    </w:p>
    <w:p w14:paraId="2B72CF17" w14:textId="77777777" w:rsidR="002355BD" w:rsidRPr="001179E8" w:rsidRDefault="00000000">
      <w:pPr>
        <w:rPr>
          <w:lang w:val="pt-BR"/>
        </w:rPr>
      </w:pPr>
      <w:r w:rsidRPr="001179E8">
        <w:rPr>
          <w:lang w:val="pt-BR"/>
        </w:rPr>
        <w:lastRenderedPageBreak/>
        <w:br/>
      </w:r>
    </w:p>
    <w:p w14:paraId="6E7F8017" w14:textId="77777777" w:rsidR="002355BD" w:rsidRPr="001179E8" w:rsidRDefault="00000000">
      <w:pPr>
        <w:rPr>
          <w:lang w:val="pt-BR"/>
        </w:rPr>
      </w:pPr>
      <w:r w:rsidRPr="001179E8">
        <w:rPr>
          <w:lang w:val="pt-BR"/>
        </w:rPr>
        <w:t>Nicole observou mais atentamente. Havia mapas e diagramas espalhados pela mesa, e o General Vance apontava para o que parecia ser uma representação tridimensional do submundo.</w:t>
      </w:r>
    </w:p>
    <w:p w14:paraId="2C61F149" w14:textId="77777777" w:rsidR="002355BD" w:rsidRPr="001179E8" w:rsidRDefault="00000000">
      <w:pPr>
        <w:rPr>
          <w:lang w:val="pt-BR"/>
        </w:rPr>
      </w:pPr>
      <w:r w:rsidRPr="001179E8">
        <w:rPr>
          <w:lang w:val="pt-BR"/>
        </w:rPr>
        <w:br/>
      </w:r>
    </w:p>
    <w:p w14:paraId="44724BF8" w14:textId="77777777" w:rsidR="002355BD" w:rsidRPr="001179E8" w:rsidRDefault="00000000">
      <w:pPr>
        <w:rPr>
          <w:lang w:val="pt-BR"/>
        </w:rPr>
      </w:pPr>
      <w:r w:rsidRPr="001179E8">
        <w:rPr>
          <w:lang w:val="pt-BR"/>
        </w:rPr>
        <w:t>"...nossa única chance," dizia o General, sua voz chegando fraca e distorcida através da fissura dimensional. "A equipe de assalto entrará aqui, no ponto de convergência. Será uma missão de alto risco."</w:t>
      </w:r>
    </w:p>
    <w:p w14:paraId="6FD949C0" w14:textId="77777777" w:rsidR="002355BD" w:rsidRPr="001179E8" w:rsidRDefault="00000000">
      <w:pPr>
        <w:rPr>
          <w:lang w:val="pt-BR"/>
        </w:rPr>
      </w:pPr>
      <w:r w:rsidRPr="001179E8">
        <w:rPr>
          <w:lang w:val="pt-BR"/>
        </w:rPr>
        <w:br/>
      </w:r>
    </w:p>
    <w:p w14:paraId="7DEF30B9" w14:textId="77777777" w:rsidR="002355BD" w:rsidRPr="001179E8" w:rsidRDefault="00000000">
      <w:pPr>
        <w:rPr>
          <w:lang w:val="pt-BR"/>
        </w:rPr>
      </w:pPr>
      <w:r w:rsidRPr="001179E8">
        <w:rPr>
          <w:lang w:val="pt-BR"/>
        </w:rPr>
        <w:t>"Você quer dizer suicida," corrigiu Nitro, o pai de Ricardo, seu rosto normalmente jovial agora sombrio.</w:t>
      </w:r>
    </w:p>
    <w:p w14:paraId="5C2D31A6" w14:textId="77777777" w:rsidR="002355BD" w:rsidRPr="001179E8" w:rsidRDefault="00000000">
      <w:pPr>
        <w:rPr>
          <w:lang w:val="pt-BR"/>
        </w:rPr>
      </w:pPr>
      <w:r w:rsidRPr="001179E8">
        <w:rPr>
          <w:lang w:val="pt-BR"/>
        </w:rPr>
        <w:br/>
      </w:r>
    </w:p>
    <w:p w14:paraId="4CD6A4AA" w14:textId="77777777" w:rsidR="002355BD" w:rsidRPr="001179E8" w:rsidRDefault="00000000">
      <w:pPr>
        <w:rPr>
          <w:lang w:val="pt-BR"/>
        </w:rPr>
      </w:pPr>
      <w:r w:rsidRPr="001179E8">
        <w:rPr>
          <w:lang w:val="pt-BR"/>
        </w:rPr>
        <w:t>"Se houver uma chance de resgatar Chrome e Punk, vale o risco," argumentou Eletron.</w:t>
      </w:r>
    </w:p>
    <w:p w14:paraId="6177F528" w14:textId="77777777" w:rsidR="002355BD" w:rsidRPr="001179E8" w:rsidRDefault="00000000">
      <w:pPr>
        <w:rPr>
          <w:lang w:val="pt-BR"/>
        </w:rPr>
      </w:pPr>
      <w:r w:rsidRPr="001179E8">
        <w:rPr>
          <w:lang w:val="pt-BR"/>
        </w:rPr>
        <w:br/>
      </w:r>
    </w:p>
    <w:p w14:paraId="5204F2D8" w14:textId="77777777" w:rsidR="002355BD" w:rsidRPr="001179E8" w:rsidRDefault="00000000">
      <w:pPr>
        <w:rPr>
          <w:lang w:val="pt-BR"/>
        </w:rPr>
      </w:pPr>
      <w:r w:rsidRPr="001179E8">
        <w:rPr>
          <w:lang w:val="pt-BR"/>
        </w:rPr>
        <w:t>"E se eles já estiverem mortos?" perguntou alguém fora do campo de visão.</w:t>
      </w:r>
    </w:p>
    <w:p w14:paraId="22E53737" w14:textId="77777777" w:rsidR="002355BD" w:rsidRPr="001179E8" w:rsidRDefault="00000000">
      <w:pPr>
        <w:rPr>
          <w:lang w:val="pt-BR"/>
        </w:rPr>
      </w:pPr>
      <w:r w:rsidRPr="001179E8">
        <w:rPr>
          <w:lang w:val="pt-BR"/>
        </w:rPr>
        <w:br/>
      </w:r>
    </w:p>
    <w:p w14:paraId="4E83FE4A" w14:textId="77777777" w:rsidR="002355BD" w:rsidRPr="001179E8" w:rsidRDefault="00000000">
      <w:pPr>
        <w:rPr>
          <w:lang w:val="pt-BR"/>
        </w:rPr>
      </w:pPr>
      <w:r w:rsidRPr="001179E8">
        <w:rPr>
          <w:lang w:val="pt-BR"/>
        </w:rPr>
        <w:t>Um silêncio pesado caiu sobre o grupo. Nicole sentiu Ricardo tencionar ao seu lado.</w:t>
      </w:r>
    </w:p>
    <w:p w14:paraId="38BF3766" w14:textId="77777777" w:rsidR="002355BD" w:rsidRPr="001179E8" w:rsidRDefault="00000000">
      <w:pPr>
        <w:rPr>
          <w:lang w:val="pt-BR"/>
        </w:rPr>
      </w:pPr>
      <w:r w:rsidRPr="001179E8">
        <w:rPr>
          <w:lang w:val="pt-BR"/>
        </w:rPr>
        <w:br/>
      </w:r>
    </w:p>
    <w:p w14:paraId="1ABD07B8" w14:textId="77777777" w:rsidR="002355BD" w:rsidRPr="001179E8" w:rsidRDefault="00000000">
      <w:pPr>
        <w:rPr>
          <w:lang w:val="pt-BR"/>
        </w:rPr>
      </w:pPr>
      <w:r w:rsidRPr="001179E8">
        <w:rPr>
          <w:lang w:val="pt-BR"/>
        </w:rPr>
        <w:t>"Não estão," declarou Nyx com convicção. "Sentiria se minha filha estivesse morta."</w:t>
      </w:r>
    </w:p>
    <w:p w14:paraId="60DDD224" w14:textId="77777777" w:rsidR="002355BD" w:rsidRPr="001179E8" w:rsidRDefault="00000000">
      <w:pPr>
        <w:rPr>
          <w:lang w:val="pt-BR"/>
        </w:rPr>
      </w:pPr>
      <w:r w:rsidRPr="001179E8">
        <w:rPr>
          <w:lang w:val="pt-BR"/>
        </w:rPr>
        <w:br/>
      </w:r>
    </w:p>
    <w:p w14:paraId="38D3A70A" w14:textId="77777777" w:rsidR="002355BD" w:rsidRPr="001179E8" w:rsidRDefault="00000000">
      <w:pPr>
        <w:rPr>
          <w:lang w:val="pt-BR"/>
        </w:rPr>
      </w:pPr>
      <w:r w:rsidRPr="001179E8">
        <w:rPr>
          <w:lang w:val="pt-BR"/>
        </w:rPr>
        <w:t>"O sinal que detectamos," continuou o General Vance, "confirma que pelo menos um deles ainda está vivo e ativo. É nossa melhor pista em semanas."</w:t>
      </w:r>
    </w:p>
    <w:p w14:paraId="2ABBFD0E" w14:textId="77777777" w:rsidR="002355BD" w:rsidRPr="001179E8" w:rsidRDefault="00000000">
      <w:pPr>
        <w:rPr>
          <w:lang w:val="pt-BR"/>
        </w:rPr>
      </w:pPr>
      <w:r w:rsidRPr="001179E8">
        <w:rPr>
          <w:lang w:val="pt-BR"/>
        </w:rPr>
        <w:br/>
      </w:r>
    </w:p>
    <w:p w14:paraId="08E7D470" w14:textId="77777777" w:rsidR="002355BD" w:rsidRPr="001179E8" w:rsidRDefault="00000000">
      <w:pPr>
        <w:rPr>
          <w:lang w:val="pt-BR"/>
        </w:rPr>
      </w:pPr>
      <w:r w:rsidRPr="001179E8">
        <w:rPr>
          <w:lang w:val="pt-BR"/>
        </w:rPr>
        <w:lastRenderedPageBreak/>
        <w:t>Nicole sentiu uma onda de esperança. Seu sinal havia funcionado! Eles o haviam detectado!</w:t>
      </w:r>
    </w:p>
    <w:p w14:paraId="40CD71B4" w14:textId="77777777" w:rsidR="002355BD" w:rsidRPr="001179E8" w:rsidRDefault="00000000">
      <w:pPr>
        <w:rPr>
          <w:lang w:val="pt-BR"/>
        </w:rPr>
      </w:pPr>
      <w:r w:rsidRPr="001179E8">
        <w:rPr>
          <w:lang w:val="pt-BR"/>
        </w:rPr>
        <w:br/>
      </w:r>
    </w:p>
    <w:p w14:paraId="248FD5E4" w14:textId="77777777" w:rsidR="002355BD" w:rsidRPr="001179E8" w:rsidRDefault="00000000">
      <w:pPr>
        <w:rPr>
          <w:lang w:val="pt-BR"/>
        </w:rPr>
      </w:pPr>
      <w:r w:rsidRPr="001179E8">
        <w:rPr>
          <w:lang w:val="pt-BR"/>
        </w:rPr>
        <w:t>"A equipe será composta apenas por voluntários," continuou o General. "Eu mesmo liderarei a missão."</w:t>
      </w:r>
    </w:p>
    <w:p w14:paraId="3D0D5AF4" w14:textId="77777777" w:rsidR="002355BD" w:rsidRPr="001179E8" w:rsidRDefault="00000000">
      <w:pPr>
        <w:rPr>
          <w:lang w:val="pt-BR"/>
        </w:rPr>
      </w:pPr>
      <w:r w:rsidRPr="001179E8">
        <w:rPr>
          <w:lang w:val="pt-BR"/>
        </w:rPr>
        <w:br/>
      </w:r>
    </w:p>
    <w:p w14:paraId="44671549" w14:textId="77777777" w:rsidR="002355BD" w:rsidRPr="001179E8" w:rsidRDefault="00000000">
      <w:pPr>
        <w:rPr>
          <w:lang w:val="pt-BR"/>
        </w:rPr>
      </w:pPr>
      <w:r w:rsidRPr="001179E8">
        <w:rPr>
          <w:lang w:val="pt-BR"/>
        </w:rPr>
        <w:t>"Não," protestou Art, dando um passo à frente. "Eu vou. São meus amigos."</w:t>
      </w:r>
    </w:p>
    <w:p w14:paraId="41A878C5" w14:textId="77777777" w:rsidR="002355BD" w:rsidRPr="001179E8" w:rsidRDefault="00000000">
      <w:pPr>
        <w:rPr>
          <w:lang w:val="pt-BR"/>
        </w:rPr>
      </w:pPr>
      <w:r w:rsidRPr="001179E8">
        <w:rPr>
          <w:lang w:val="pt-BR"/>
        </w:rPr>
        <w:br/>
      </w:r>
    </w:p>
    <w:p w14:paraId="772E02F1" w14:textId="77777777" w:rsidR="002355BD" w:rsidRPr="001179E8" w:rsidRDefault="00000000">
      <w:pPr>
        <w:rPr>
          <w:lang w:val="pt-BR"/>
        </w:rPr>
      </w:pPr>
      <w:r w:rsidRPr="001179E8">
        <w:rPr>
          <w:lang w:val="pt-BR"/>
        </w:rPr>
        <w:t>"Todos nós vamos," declarou Linda ao lado dele, sua mão encontrando a dele em um gesto de unidade.</w:t>
      </w:r>
    </w:p>
    <w:p w14:paraId="3B33CE8A" w14:textId="77777777" w:rsidR="002355BD" w:rsidRPr="001179E8" w:rsidRDefault="00000000">
      <w:pPr>
        <w:rPr>
          <w:lang w:val="pt-BR"/>
        </w:rPr>
      </w:pPr>
      <w:r w:rsidRPr="001179E8">
        <w:rPr>
          <w:lang w:val="pt-BR"/>
        </w:rPr>
        <w:br/>
      </w:r>
    </w:p>
    <w:p w14:paraId="4D8748B1" w14:textId="77777777" w:rsidR="002355BD" w:rsidRPr="001179E8" w:rsidRDefault="00000000">
      <w:pPr>
        <w:rPr>
          <w:lang w:val="pt-BR"/>
        </w:rPr>
      </w:pPr>
      <w:r w:rsidRPr="001179E8">
        <w:rPr>
          <w:lang w:val="pt-BR"/>
        </w:rPr>
        <w:t>"Isso não está em discussão," disse o General firmemente. "Esta missão requer experiência. Eletron, Nyx, Densa, Nitro, Híbrida e eu formaremos a equipe principal. Vocês, jovens, ficarão como nossa última linha de defesa caso... caso não voltemos."</w:t>
      </w:r>
    </w:p>
    <w:p w14:paraId="59FC8FDB" w14:textId="77777777" w:rsidR="002355BD" w:rsidRPr="001179E8" w:rsidRDefault="00000000">
      <w:pPr>
        <w:rPr>
          <w:lang w:val="pt-BR"/>
        </w:rPr>
      </w:pPr>
      <w:r w:rsidRPr="001179E8">
        <w:rPr>
          <w:lang w:val="pt-BR"/>
        </w:rPr>
        <w:br/>
      </w:r>
    </w:p>
    <w:p w14:paraId="4927B16E" w14:textId="77777777" w:rsidR="002355BD" w:rsidRPr="001179E8" w:rsidRDefault="00000000">
      <w:pPr>
        <w:rPr>
          <w:lang w:val="pt-BR"/>
        </w:rPr>
      </w:pPr>
      <w:r w:rsidRPr="001179E8">
        <w:rPr>
          <w:lang w:val="pt-BR"/>
        </w:rPr>
        <w:t>Nicole sentiu lágrimas queimarem seus olhos. Seus pais, os pais de Ricardo, todos arriscando suas vidas para resgatá-los.</w:t>
      </w:r>
    </w:p>
    <w:p w14:paraId="12CE9FE1" w14:textId="77777777" w:rsidR="002355BD" w:rsidRPr="001179E8" w:rsidRDefault="00000000">
      <w:pPr>
        <w:rPr>
          <w:lang w:val="pt-BR"/>
        </w:rPr>
      </w:pPr>
      <w:r w:rsidRPr="001179E8">
        <w:rPr>
          <w:lang w:val="pt-BR"/>
        </w:rPr>
        <w:br/>
      </w:r>
    </w:p>
    <w:p w14:paraId="1BD84931" w14:textId="77777777" w:rsidR="002355BD" w:rsidRPr="001179E8" w:rsidRDefault="00000000">
      <w:pPr>
        <w:rPr>
          <w:lang w:val="pt-BR"/>
        </w:rPr>
      </w:pPr>
      <w:r w:rsidRPr="001179E8">
        <w:rPr>
          <w:lang w:val="pt-BR"/>
        </w:rPr>
        <w:t>"Eles vão se matar por nossa causa," sussurrou Ricardo, sua voz embargada.</w:t>
      </w:r>
    </w:p>
    <w:p w14:paraId="537C9718" w14:textId="77777777" w:rsidR="002355BD" w:rsidRPr="001179E8" w:rsidRDefault="00000000">
      <w:pPr>
        <w:rPr>
          <w:lang w:val="pt-BR"/>
        </w:rPr>
      </w:pPr>
      <w:r w:rsidRPr="001179E8">
        <w:rPr>
          <w:lang w:val="pt-BR"/>
        </w:rPr>
        <w:br/>
      </w:r>
    </w:p>
    <w:p w14:paraId="6DBD59B2" w14:textId="77777777" w:rsidR="002355BD" w:rsidRPr="001179E8" w:rsidRDefault="00000000">
      <w:pPr>
        <w:rPr>
          <w:lang w:val="pt-BR"/>
        </w:rPr>
      </w:pPr>
      <w:r w:rsidRPr="001179E8">
        <w:rPr>
          <w:lang w:val="pt-BR"/>
        </w:rPr>
        <w:t>"Não se chegarmos ao portal primeiro," respondeu Nicole, determinação endurecendo sua voz. "Precisamos encontrá-lo antes que eles tentem essa missão suicida."</w:t>
      </w:r>
    </w:p>
    <w:p w14:paraId="1426E3AC" w14:textId="77777777" w:rsidR="002355BD" w:rsidRPr="001179E8" w:rsidRDefault="00000000">
      <w:pPr>
        <w:rPr>
          <w:lang w:val="pt-BR"/>
        </w:rPr>
      </w:pPr>
      <w:r w:rsidRPr="001179E8">
        <w:rPr>
          <w:lang w:val="pt-BR"/>
        </w:rPr>
        <w:br/>
      </w:r>
    </w:p>
    <w:p w14:paraId="32F90771" w14:textId="77777777" w:rsidR="002355BD" w:rsidRPr="001179E8" w:rsidRDefault="00000000">
      <w:pPr>
        <w:rPr>
          <w:lang w:val="pt-BR"/>
        </w:rPr>
      </w:pPr>
      <w:r w:rsidRPr="001179E8">
        <w:rPr>
          <w:lang w:val="pt-BR"/>
        </w:rPr>
        <w:t>A imagem na fissura começou a mudar, como se respondendo aos pensamentos deles. A sala de comando desapareceu, substituída por outra cena – um salão vasto e sombrio, iluminado por tochas de chama púrpura.</w:t>
      </w:r>
    </w:p>
    <w:p w14:paraId="169F383E" w14:textId="77777777" w:rsidR="002355BD" w:rsidRPr="001179E8" w:rsidRDefault="00000000">
      <w:pPr>
        <w:rPr>
          <w:lang w:val="pt-BR"/>
        </w:rPr>
      </w:pPr>
      <w:r w:rsidRPr="001179E8">
        <w:rPr>
          <w:lang w:val="pt-BR"/>
        </w:rPr>
        <w:lastRenderedPageBreak/>
        <w:br/>
      </w:r>
    </w:p>
    <w:p w14:paraId="753D7338" w14:textId="77777777" w:rsidR="002355BD" w:rsidRPr="001179E8" w:rsidRDefault="00000000">
      <w:pPr>
        <w:rPr>
          <w:lang w:val="pt-BR"/>
        </w:rPr>
      </w:pPr>
      <w:r w:rsidRPr="001179E8">
        <w:rPr>
          <w:lang w:val="pt-BR"/>
        </w:rPr>
        <w:t>No centro do salão estava uma figura que Nicole e Ricardo reconheceram imediatamente – Rox. Mas não era o Rox que haviam enfrentado na superfície. Esta versão era maior, mais poderosa, seu corpo agora quase completamente transformado em uma massa de energia sombria contida apenas vagamente em forma humanoide.</w:t>
      </w:r>
    </w:p>
    <w:p w14:paraId="517A1D3C" w14:textId="77777777" w:rsidR="002355BD" w:rsidRPr="001179E8" w:rsidRDefault="00000000">
      <w:pPr>
        <w:rPr>
          <w:lang w:val="pt-BR"/>
        </w:rPr>
      </w:pPr>
      <w:r w:rsidRPr="001179E8">
        <w:rPr>
          <w:lang w:val="pt-BR"/>
        </w:rPr>
        <w:br/>
      </w:r>
    </w:p>
    <w:p w14:paraId="54C0643B" w14:textId="77777777" w:rsidR="002355BD" w:rsidRPr="001179E8" w:rsidRDefault="00000000">
      <w:pPr>
        <w:rPr>
          <w:lang w:val="pt-BR"/>
        </w:rPr>
      </w:pPr>
      <w:r w:rsidRPr="001179E8">
        <w:rPr>
          <w:lang w:val="pt-BR"/>
        </w:rPr>
        <w:t>Diante dele, ajoelhadas em submissão, estavam criaturas semelhantes aos Caçadores das Sombras que haviam visto antes, mas menores, mais servis.</w:t>
      </w:r>
    </w:p>
    <w:p w14:paraId="73D218AD" w14:textId="77777777" w:rsidR="002355BD" w:rsidRPr="001179E8" w:rsidRDefault="00000000">
      <w:pPr>
        <w:rPr>
          <w:lang w:val="pt-BR"/>
        </w:rPr>
      </w:pPr>
      <w:r w:rsidRPr="001179E8">
        <w:rPr>
          <w:lang w:val="pt-BR"/>
        </w:rPr>
        <w:br/>
      </w:r>
    </w:p>
    <w:p w14:paraId="5E099E9B" w14:textId="77777777" w:rsidR="002355BD" w:rsidRPr="001179E8" w:rsidRDefault="00000000">
      <w:pPr>
        <w:rPr>
          <w:lang w:val="pt-BR"/>
        </w:rPr>
      </w:pPr>
      <w:r w:rsidRPr="001179E8">
        <w:rPr>
          <w:lang w:val="pt-BR"/>
        </w:rPr>
        <w:t>"Os preparativos estão quase completos, mestre," dizia um deles, sua voz um sibilo distorcido. "O ritual pode começar ao amanhecer."</w:t>
      </w:r>
    </w:p>
    <w:p w14:paraId="32168098" w14:textId="77777777" w:rsidR="002355BD" w:rsidRPr="001179E8" w:rsidRDefault="00000000">
      <w:pPr>
        <w:rPr>
          <w:lang w:val="pt-BR"/>
        </w:rPr>
      </w:pPr>
      <w:r w:rsidRPr="001179E8">
        <w:rPr>
          <w:lang w:val="pt-BR"/>
        </w:rPr>
        <w:br/>
      </w:r>
    </w:p>
    <w:p w14:paraId="24500A5B" w14:textId="77777777" w:rsidR="002355BD" w:rsidRPr="001179E8" w:rsidRDefault="00000000">
      <w:pPr>
        <w:rPr>
          <w:lang w:val="pt-BR"/>
        </w:rPr>
      </w:pPr>
      <w:r w:rsidRPr="001179E8">
        <w:rPr>
          <w:lang w:val="pt-BR"/>
        </w:rPr>
        <w:t>"Excelente," respondeu Rox, sua voz agora um eco profundo e reverberante que parecia vir de todos os lugares ao mesmo tempo. "E os prisioneiros?"</w:t>
      </w:r>
    </w:p>
    <w:p w14:paraId="2DAA154F" w14:textId="77777777" w:rsidR="002355BD" w:rsidRPr="001179E8" w:rsidRDefault="00000000">
      <w:pPr>
        <w:rPr>
          <w:lang w:val="pt-BR"/>
        </w:rPr>
      </w:pPr>
      <w:r w:rsidRPr="001179E8">
        <w:rPr>
          <w:lang w:val="pt-BR"/>
        </w:rPr>
        <w:br/>
      </w:r>
    </w:p>
    <w:p w14:paraId="71003FC7" w14:textId="77777777" w:rsidR="002355BD" w:rsidRPr="001179E8" w:rsidRDefault="00000000">
      <w:pPr>
        <w:rPr>
          <w:lang w:val="pt-BR"/>
        </w:rPr>
      </w:pPr>
      <w:r w:rsidRPr="001179E8">
        <w:rPr>
          <w:lang w:val="pt-BR"/>
        </w:rPr>
        <w:t>"Seguros, como ordenado."</w:t>
      </w:r>
    </w:p>
    <w:p w14:paraId="319BAB75" w14:textId="77777777" w:rsidR="002355BD" w:rsidRPr="001179E8" w:rsidRDefault="00000000">
      <w:pPr>
        <w:rPr>
          <w:lang w:val="pt-BR"/>
        </w:rPr>
      </w:pPr>
      <w:r w:rsidRPr="001179E8">
        <w:rPr>
          <w:lang w:val="pt-BR"/>
        </w:rPr>
        <w:br/>
      </w:r>
    </w:p>
    <w:p w14:paraId="3C0D6C37" w14:textId="77777777" w:rsidR="002355BD" w:rsidRPr="001179E8" w:rsidRDefault="00000000">
      <w:pPr>
        <w:rPr>
          <w:lang w:val="pt-BR"/>
        </w:rPr>
      </w:pPr>
      <w:r w:rsidRPr="001179E8">
        <w:rPr>
          <w:lang w:val="pt-BR"/>
        </w:rPr>
        <w:t>"Bom. Abyzoth ficará satisfeito. E quando a Dragoa chegar..."</w:t>
      </w:r>
    </w:p>
    <w:p w14:paraId="69FD431C" w14:textId="77777777" w:rsidR="002355BD" w:rsidRPr="001179E8" w:rsidRDefault="00000000">
      <w:pPr>
        <w:rPr>
          <w:lang w:val="pt-BR"/>
        </w:rPr>
      </w:pPr>
      <w:r w:rsidRPr="001179E8">
        <w:rPr>
          <w:lang w:val="pt-BR"/>
        </w:rPr>
        <w:br/>
      </w:r>
    </w:p>
    <w:p w14:paraId="34046DCD" w14:textId="77777777" w:rsidR="002355BD" w:rsidRPr="001179E8" w:rsidRDefault="00000000">
      <w:pPr>
        <w:rPr>
          <w:lang w:val="pt-BR"/>
        </w:rPr>
      </w:pPr>
      <w:r w:rsidRPr="001179E8">
        <w:rPr>
          <w:lang w:val="pt-BR"/>
        </w:rPr>
        <w:t>"A fusão dos reinos começará," completou o servo.</w:t>
      </w:r>
    </w:p>
    <w:p w14:paraId="28F52924" w14:textId="77777777" w:rsidR="002355BD" w:rsidRPr="001179E8" w:rsidRDefault="00000000">
      <w:pPr>
        <w:rPr>
          <w:lang w:val="pt-BR"/>
        </w:rPr>
      </w:pPr>
      <w:r w:rsidRPr="001179E8">
        <w:rPr>
          <w:lang w:val="pt-BR"/>
        </w:rPr>
        <w:br/>
      </w:r>
    </w:p>
    <w:p w14:paraId="6038117C" w14:textId="77777777" w:rsidR="002355BD" w:rsidRPr="001179E8" w:rsidRDefault="00000000">
      <w:pPr>
        <w:rPr>
          <w:lang w:val="pt-BR"/>
        </w:rPr>
      </w:pPr>
      <w:r w:rsidRPr="001179E8">
        <w:rPr>
          <w:lang w:val="pt-BR"/>
        </w:rPr>
        <w:t>Rox riu, um som terrível que fez Nicole estremecer. "Não fusão. Reconstrução. Estou refazendo o mundo à minha imagem. Um mundo sem fraqueza, sem falhas. Um mundo perfeito."</w:t>
      </w:r>
    </w:p>
    <w:p w14:paraId="62039FDB" w14:textId="77777777" w:rsidR="002355BD" w:rsidRPr="001179E8" w:rsidRDefault="00000000">
      <w:pPr>
        <w:rPr>
          <w:lang w:val="pt-BR"/>
        </w:rPr>
      </w:pPr>
      <w:r w:rsidRPr="001179E8">
        <w:rPr>
          <w:lang w:val="pt-BR"/>
        </w:rPr>
        <w:lastRenderedPageBreak/>
        <w:br/>
      </w:r>
    </w:p>
    <w:p w14:paraId="40187E48" w14:textId="77777777" w:rsidR="002355BD" w:rsidRPr="001179E8" w:rsidRDefault="00000000">
      <w:pPr>
        <w:rPr>
          <w:lang w:val="pt-BR"/>
        </w:rPr>
      </w:pPr>
      <w:r w:rsidRPr="001179E8">
        <w:rPr>
          <w:lang w:val="pt-BR"/>
        </w:rPr>
        <w:t>"Ele está louco," sussurrou Ricardo.</w:t>
      </w:r>
    </w:p>
    <w:p w14:paraId="06B17550" w14:textId="77777777" w:rsidR="002355BD" w:rsidRPr="001179E8" w:rsidRDefault="00000000">
      <w:pPr>
        <w:rPr>
          <w:lang w:val="pt-BR"/>
        </w:rPr>
      </w:pPr>
      <w:r w:rsidRPr="001179E8">
        <w:rPr>
          <w:lang w:val="pt-BR"/>
        </w:rPr>
        <w:br/>
      </w:r>
    </w:p>
    <w:p w14:paraId="60EE39C7" w14:textId="77777777" w:rsidR="002355BD" w:rsidRPr="001179E8" w:rsidRDefault="00000000">
      <w:pPr>
        <w:rPr>
          <w:lang w:val="pt-BR"/>
        </w:rPr>
      </w:pPr>
      <w:r w:rsidRPr="001179E8">
        <w:rPr>
          <w:lang w:val="pt-BR"/>
        </w:rPr>
        <w:t>"Não," corrigiu Elaine, que observava a cena com uma expressão sombria. "Ele está corrompido. Completamente consumido pelo poder de Abyzoth."</w:t>
      </w:r>
    </w:p>
    <w:p w14:paraId="2E2B7E95" w14:textId="77777777" w:rsidR="002355BD" w:rsidRPr="001179E8" w:rsidRDefault="00000000">
      <w:pPr>
        <w:rPr>
          <w:lang w:val="pt-BR"/>
        </w:rPr>
      </w:pPr>
      <w:r w:rsidRPr="001179E8">
        <w:rPr>
          <w:lang w:val="pt-BR"/>
        </w:rPr>
        <w:br/>
      </w:r>
    </w:p>
    <w:p w14:paraId="55A3D433" w14:textId="77777777" w:rsidR="002355BD" w:rsidRPr="001179E8" w:rsidRDefault="00000000">
      <w:pPr>
        <w:rPr>
          <w:lang w:val="pt-BR"/>
        </w:rPr>
      </w:pPr>
      <w:r w:rsidRPr="001179E8">
        <w:rPr>
          <w:lang w:val="pt-BR"/>
        </w:rPr>
        <w:t>A imagem mudou novamente, mostrando agora uma câmara menor, mais profunda no que parecia ser uma fortaleza. Ali, em celas separadas feitas de energia sombria, estavam várias figuras – prisioneiros, aparentemente. Nicole não reconheceu a maioria deles, mas pareciam ser criaturas de vários reinos diferentes – alguns humanoides, outros decididamente não.</w:t>
      </w:r>
    </w:p>
    <w:p w14:paraId="0910799A" w14:textId="77777777" w:rsidR="002355BD" w:rsidRPr="001179E8" w:rsidRDefault="00000000">
      <w:pPr>
        <w:rPr>
          <w:lang w:val="pt-BR"/>
        </w:rPr>
      </w:pPr>
      <w:r w:rsidRPr="001179E8">
        <w:rPr>
          <w:lang w:val="pt-BR"/>
        </w:rPr>
        <w:br/>
      </w:r>
    </w:p>
    <w:p w14:paraId="5815D0F3" w14:textId="77777777" w:rsidR="002355BD" w:rsidRPr="001179E8" w:rsidRDefault="00000000">
      <w:pPr>
        <w:rPr>
          <w:lang w:val="pt-BR"/>
        </w:rPr>
      </w:pPr>
      <w:r w:rsidRPr="001179E8">
        <w:rPr>
          <w:lang w:val="pt-BR"/>
        </w:rPr>
        <w:t>"Sacrifícios," explicou Elaine, sua voz baixa e tensa. "Para o ritual."</w:t>
      </w:r>
    </w:p>
    <w:p w14:paraId="57FDE978" w14:textId="77777777" w:rsidR="002355BD" w:rsidRPr="001179E8" w:rsidRDefault="00000000">
      <w:pPr>
        <w:rPr>
          <w:lang w:val="pt-BR"/>
        </w:rPr>
      </w:pPr>
      <w:r w:rsidRPr="001179E8">
        <w:rPr>
          <w:lang w:val="pt-BR"/>
        </w:rPr>
        <w:br/>
      </w:r>
    </w:p>
    <w:p w14:paraId="42F28FB6" w14:textId="77777777" w:rsidR="002355BD" w:rsidRPr="001179E8" w:rsidRDefault="00000000">
      <w:pPr>
        <w:rPr>
          <w:lang w:val="pt-BR"/>
        </w:rPr>
      </w:pPr>
      <w:r w:rsidRPr="001179E8">
        <w:rPr>
          <w:lang w:val="pt-BR"/>
        </w:rPr>
        <w:t>"Que ritual?" perguntou Nicole, embora temesse a resposta.</w:t>
      </w:r>
    </w:p>
    <w:p w14:paraId="6E802144" w14:textId="77777777" w:rsidR="002355BD" w:rsidRPr="001179E8" w:rsidRDefault="00000000">
      <w:pPr>
        <w:rPr>
          <w:lang w:val="pt-BR"/>
        </w:rPr>
      </w:pPr>
      <w:r w:rsidRPr="001179E8">
        <w:rPr>
          <w:lang w:val="pt-BR"/>
        </w:rPr>
        <w:br/>
      </w:r>
    </w:p>
    <w:p w14:paraId="448919F9" w14:textId="77777777" w:rsidR="002355BD" w:rsidRPr="001179E8" w:rsidRDefault="00000000">
      <w:pPr>
        <w:rPr>
          <w:lang w:val="pt-BR"/>
        </w:rPr>
      </w:pPr>
      <w:r w:rsidRPr="001179E8">
        <w:rPr>
          <w:lang w:val="pt-BR"/>
        </w:rPr>
        <w:t>"O ritual para abrir permanentemente o portal entre os reinos," respondeu Eco. "Para permitir que Abyzoth e a Dragoa Maligna passem completamente para o plano material."</w:t>
      </w:r>
    </w:p>
    <w:p w14:paraId="5AB6516D" w14:textId="77777777" w:rsidR="002355BD" w:rsidRPr="001179E8" w:rsidRDefault="00000000">
      <w:pPr>
        <w:rPr>
          <w:lang w:val="pt-BR"/>
        </w:rPr>
      </w:pPr>
      <w:r w:rsidRPr="001179E8">
        <w:rPr>
          <w:lang w:val="pt-BR"/>
        </w:rPr>
        <w:br/>
      </w:r>
    </w:p>
    <w:p w14:paraId="1F5EB8FD" w14:textId="77777777" w:rsidR="002355BD" w:rsidRPr="001179E8" w:rsidRDefault="00000000">
      <w:pPr>
        <w:rPr>
          <w:lang w:val="pt-BR"/>
        </w:rPr>
      </w:pPr>
      <w:r w:rsidRPr="001179E8">
        <w:rPr>
          <w:lang w:val="pt-BR"/>
        </w:rPr>
        <w:t>A gravidade da situação atingiu Nicole e Ricardo com força total. Não era apenas sobre encontrar um caminho de volta para casa agora – era sobre impedir uma catástrofe que afetaria todos os reinos.</w:t>
      </w:r>
    </w:p>
    <w:p w14:paraId="0FEB7517" w14:textId="77777777" w:rsidR="002355BD" w:rsidRPr="001179E8" w:rsidRDefault="00000000">
      <w:pPr>
        <w:rPr>
          <w:lang w:val="pt-BR"/>
        </w:rPr>
      </w:pPr>
      <w:r w:rsidRPr="001179E8">
        <w:rPr>
          <w:lang w:val="pt-BR"/>
        </w:rPr>
        <w:br/>
      </w:r>
    </w:p>
    <w:p w14:paraId="56F7A927" w14:textId="77777777" w:rsidR="002355BD" w:rsidRPr="001179E8" w:rsidRDefault="00000000">
      <w:pPr>
        <w:rPr>
          <w:lang w:val="pt-BR"/>
        </w:rPr>
      </w:pPr>
      <w:r w:rsidRPr="001179E8">
        <w:rPr>
          <w:lang w:val="pt-BR"/>
        </w:rPr>
        <w:t>"Quanto tempo temos?" perguntou Ricardo.</w:t>
      </w:r>
    </w:p>
    <w:p w14:paraId="7621270A" w14:textId="77777777" w:rsidR="002355BD" w:rsidRPr="001179E8" w:rsidRDefault="00000000">
      <w:pPr>
        <w:rPr>
          <w:lang w:val="pt-BR"/>
        </w:rPr>
      </w:pPr>
      <w:r w:rsidRPr="001179E8">
        <w:rPr>
          <w:lang w:val="pt-BR"/>
        </w:rPr>
        <w:br/>
      </w:r>
    </w:p>
    <w:p w14:paraId="70E39DB8" w14:textId="77777777" w:rsidR="002355BD" w:rsidRPr="001179E8" w:rsidRDefault="00000000">
      <w:pPr>
        <w:rPr>
          <w:lang w:val="pt-BR"/>
        </w:rPr>
      </w:pPr>
      <w:r w:rsidRPr="001179E8">
        <w:rPr>
          <w:lang w:val="pt-BR"/>
        </w:rPr>
        <w:lastRenderedPageBreak/>
        <w:t>"Até o próximo 'amanhecer'," respondeu Elaine. "Embora o tempo seja diferente aqui, isso provavelmente significa algumas horas."</w:t>
      </w:r>
    </w:p>
    <w:p w14:paraId="67269C0B" w14:textId="77777777" w:rsidR="002355BD" w:rsidRPr="001179E8" w:rsidRDefault="00000000">
      <w:pPr>
        <w:rPr>
          <w:lang w:val="pt-BR"/>
        </w:rPr>
      </w:pPr>
      <w:r w:rsidRPr="001179E8">
        <w:rPr>
          <w:lang w:val="pt-BR"/>
        </w:rPr>
        <w:br/>
      </w:r>
    </w:p>
    <w:p w14:paraId="4F3D4A1B" w14:textId="77777777" w:rsidR="002355BD" w:rsidRPr="001179E8" w:rsidRDefault="00000000">
      <w:pPr>
        <w:rPr>
          <w:lang w:val="pt-BR"/>
        </w:rPr>
      </w:pPr>
      <w:r w:rsidRPr="001179E8">
        <w:rPr>
          <w:lang w:val="pt-BR"/>
        </w:rPr>
        <w:t>"Então precisamos nos mover," disse Nicole, afastando-se da fissura dimensional. A imagem dentro do arco desapareceu, deixando apenas a ondulação no ar. "Eco, quanto tempo até chegarmos ao portal?"</w:t>
      </w:r>
    </w:p>
    <w:p w14:paraId="7D50CE2A" w14:textId="77777777" w:rsidR="002355BD" w:rsidRPr="001179E8" w:rsidRDefault="00000000">
      <w:pPr>
        <w:rPr>
          <w:lang w:val="pt-BR"/>
        </w:rPr>
      </w:pPr>
      <w:r w:rsidRPr="001179E8">
        <w:rPr>
          <w:lang w:val="pt-BR"/>
        </w:rPr>
        <w:br/>
      </w:r>
    </w:p>
    <w:p w14:paraId="200211BA" w14:textId="77777777" w:rsidR="002355BD" w:rsidRPr="001179E8" w:rsidRDefault="00000000">
      <w:pPr>
        <w:rPr>
          <w:lang w:val="pt-BR"/>
        </w:rPr>
      </w:pPr>
      <w:r w:rsidRPr="001179E8">
        <w:rPr>
          <w:lang w:val="pt-BR"/>
        </w:rPr>
        <w:t>"Nas condições normais, um dia de caminhada," respondeu Eco. "Mas podemos encontrar um atalho. Um perigoso."</w:t>
      </w:r>
    </w:p>
    <w:p w14:paraId="0A6ED8C7" w14:textId="77777777" w:rsidR="002355BD" w:rsidRPr="001179E8" w:rsidRDefault="00000000">
      <w:pPr>
        <w:rPr>
          <w:lang w:val="pt-BR"/>
        </w:rPr>
      </w:pPr>
      <w:r w:rsidRPr="001179E8">
        <w:rPr>
          <w:lang w:val="pt-BR"/>
        </w:rPr>
        <w:br/>
      </w:r>
    </w:p>
    <w:p w14:paraId="597EF35A" w14:textId="77777777" w:rsidR="002355BD" w:rsidRPr="001179E8" w:rsidRDefault="00000000">
      <w:pPr>
        <w:rPr>
          <w:lang w:val="pt-BR"/>
        </w:rPr>
      </w:pPr>
      <w:r w:rsidRPr="001179E8">
        <w:rPr>
          <w:lang w:val="pt-BR"/>
        </w:rPr>
        <w:t>"Que tipo de atalho?" perguntou Ricardo.</w:t>
      </w:r>
    </w:p>
    <w:p w14:paraId="764AB236" w14:textId="77777777" w:rsidR="002355BD" w:rsidRPr="001179E8" w:rsidRDefault="00000000">
      <w:pPr>
        <w:rPr>
          <w:lang w:val="pt-BR"/>
        </w:rPr>
      </w:pPr>
      <w:r w:rsidRPr="001179E8">
        <w:rPr>
          <w:lang w:val="pt-BR"/>
        </w:rPr>
        <w:br/>
      </w:r>
    </w:p>
    <w:p w14:paraId="2AA3BEC0" w14:textId="77777777" w:rsidR="002355BD" w:rsidRPr="001179E8" w:rsidRDefault="00000000">
      <w:pPr>
        <w:rPr>
          <w:lang w:val="pt-BR"/>
        </w:rPr>
      </w:pPr>
      <w:r w:rsidRPr="001179E8">
        <w:rPr>
          <w:lang w:val="pt-BR"/>
        </w:rPr>
        <w:t>"As Cavernas dos Ecos," respondeu Eco. "Um labirinto de túneis que corre sob grande parte do submundo. Podemos cortar horas de nossa jornada, mas..."</w:t>
      </w:r>
    </w:p>
    <w:p w14:paraId="66D98C69" w14:textId="77777777" w:rsidR="002355BD" w:rsidRPr="001179E8" w:rsidRDefault="00000000">
      <w:pPr>
        <w:rPr>
          <w:lang w:val="pt-BR"/>
        </w:rPr>
      </w:pPr>
      <w:r w:rsidRPr="001179E8">
        <w:rPr>
          <w:lang w:val="pt-BR"/>
        </w:rPr>
        <w:br/>
      </w:r>
    </w:p>
    <w:p w14:paraId="42EC8EFB" w14:textId="77777777" w:rsidR="002355BD" w:rsidRPr="001179E8" w:rsidRDefault="00000000">
      <w:pPr>
        <w:rPr>
          <w:lang w:val="pt-BR"/>
        </w:rPr>
      </w:pPr>
      <w:r w:rsidRPr="001179E8">
        <w:rPr>
          <w:lang w:val="pt-BR"/>
        </w:rPr>
        <w:t>"Mas?" pressionou Nicole.</w:t>
      </w:r>
    </w:p>
    <w:p w14:paraId="0836102C" w14:textId="77777777" w:rsidR="002355BD" w:rsidRPr="001179E8" w:rsidRDefault="00000000">
      <w:pPr>
        <w:rPr>
          <w:lang w:val="pt-BR"/>
        </w:rPr>
      </w:pPr>
      <w:r w:rsidRPr="001179E8">
        <w:rPr>
          <w:lang w:val="pt-BR"/>
        </w:rPr>
        <w:br/>
      </w:r>
    </w:p>
    <w:p w14:paraId="1D172B6C" w14:textId="77777777" w:rsidR="002355BD" w:rsidRPr="001179E8" w:rsidRDefault="00000000">
      <w:pPr>
        <w:rPr>
          <w:lang w:val="pt-BR"/>
        </w:rPr>
      </w:pPr>
      <w:r w:rsidRPr="001179E8">
        <w:rPr>
          <w:lang w:val="pt-BR"/>
        </w:rPr>
        <w:t>"As cavernas são... instáveis. E habitadas por criaturas que preferem a escuridão absoluta. Criaturas que caçam pelo som."</w:t>
      </w:r>
    </w:p>
    <w:p w14:paraId="1CE993FF" w14:textId="77777777" w:rsidR="002355BD" w:rsidRPr="001179E8" w:rsidRDefault="00000000">
      <w:pPr>
        <w:rPr>
          <w:lang w:val="pt-BR"/>
        </w:rPr>
      </w:pPr>
      <w:r w:rsidRPr="001179E8">
        <w:rPr>
          <w:lang w:val="pt-BR"/>
        </w:rPr>
        <w:br/>
      </w:r>
    </w:p>
    <w:p w14:paraId="47DF553C" w14:textId="77777777" w:rsidR="002355BD" w:rsidRPr="001179E8" w:rsidRDefault="00000000">
      <w:pPr>
        <w:rPr>
          <w:lang w:val="pt-BR"/>
        </w:rPr>
      </w:pPr>
      <w:r w:rsidRPr="001179E8">
        <w:rPr>
          <w:lang w:val="pt-BR"/>
        </w:rPr>
        <w:t>Nicole e Ricardo trocaram olhares. O risco era grande, mas o tempo estava se esgotando.</w:t>
      </w:r>
    </w:p>
    <w:p w14:paraId="5DD5B018" w14:textId="77777777" w:rsidR="002355BD" w:rsidRPr="001179E8" w:rsidRDefault="00000000">
      <w:pPr>
        <w:rPr>
          <w:lang w:val="pt-BR"/>
        </w:rPr>
      </w:pPr>
      <w:r w:rsidRPr="001179E8">
        <w:rPr>
          <w:lang w:val="pt-BR"/>
        </w:rPr>
        <w:br/>
      </w:r>
    </w:p>
    <w:p w14:paraId="69D165A1" w14:textId="77777777" w:rsidR="002355BD" w:rsidRPr="001179E8" w:rsidRDefault="00000000">
      <w:pPr>
        <w:rPr>
          <w:lang w:val="pt-BR"/>
        </w:rPr>
      </w:pPr>
      <w:r w:rsidRPr="001179E8">
        <w:rPr>
          <w:lang w:val="pt-BR"/>
        </w:rPr>
        <w:t>"Não temos escolha," decidiu Nicole. "Mostre o caminho."</w:t>
      </w:r>
    </w:p>
    <w:p w14:paraId="2134B452" w14:textId="77777777" w:rsidR="002355BD" w:rsidRPr="001179E8" w:rsidRDefault="00000000">
      <w:pPr>
        <w:rPr>
          <w:lang w:val="pt-BR"/>
        </w:rPr>
      </w:pPr>
      <w:r w:rsidRPr="001179E8">
        <w:rPr>
          <w:lang w:val="pt-BR"/>
        </w:rPr>
        <w:lastRenderedPageBreak/>
        <w:br/>
      </w:r>
    </w:p>
    <w:p w14:paraId="7DF677AA" w14:textId="77777777" w:rsidR="002355BD" w:rsidRPr="001179E8" w:rsidRDefault="00000000">
      <w:pPr>
        <w:rPr>
          <w:lang w:val="pt-BR"/>
        </w:rPr>
      </w:pPr>
      <w:r w:rsidRPr="001179E8">
        <w:rPr>
          <w:lang w:val="pt-BR"/>
        </w:rPr>
        <w:t>Eco assentiu e começou a liderar o grupo para longe da fissura dimensional, em direção a uma formação rochosa distante que parecia uma mão gigante emergindo do solo. Elaine os seguiu silenciosamente, seus olhos ocasionalmente brilhando com uma luz azul estranha quando olhava para trás, como se sentisse algo os seguindo.</w:t>
      </w:r>
    </w:p>
    <w:p w14:paraId="7359B8B4" w14:textId="77777777" w:rsidR="002355BD" w:rsidRPr="001179E8" w:rsidRDefault="00000000">
      <w:pPr>
        <w:rPr>
          <w:lang w:val="pt-BR"/>
        </w:rPr>
      </w:pPr>
      <w:r w:rsidRPr="001179E8">
        <w:rPr>
          <w:lang w:val="pt-BR"/>
        </w:rPr>
        <w:br/>
      </w:r>
    </w:p>
    <w:p w14:paraId="540FCCA6" w14:textId="77777777" w:rsidR="002355BD" w:rsidRPr="001179E8" w:rsidRDefault="00000000">
      <w:pPr>
        <w:rPr>
          <w:lang w:val="pt-BR"/>
        </w:rPr>
      </w:pPr>
      <w:r w:rsidRPr="001179E8">
        <w:rPr>
          <w:lang w:val="pt-BR"/>
        </w:rPr>
        <w:t>À medida que caminhavam, Nicole notou Ricardo ficando para trás, seu rosto tenso com algum pensamento interno. Ela diminuiu o passo para caminhar ao lado dele.</w:t>
      </w:r>
    </w:p>
    <w:p w14:paraId="7D2ACE7F" w14:textId="77777777" w:rsidR="002355BD" w:rsidRPr="001179E8" w:rsidRDefault="00000000">
      <w:pPr>
        <w:rPr>
          <w:lang w:val="pt-BR"/>
        </w:rPr>
      </w:pPr>
      <w:r w:rsidRPr="001179E8">
        <w:rPr>
          <w:lang w:val="pt-BR"/>
        </w:rPr>
        <w:br/>
      </w:r>
    </w:p>
    <w:p w14:paraId="6E40E84D" w14:textId="77777777" w:rsidR="002355BD" w:rsidRPr="001179E8" w:rsidRDefault="00000000">
      <w:pPr>
        <w:rPr>
          <w:lang w:val="pt-BR"/>
        </w:rPr>
      </w:pPr>
      <w:r w:rsidRPr="001179E8">
        <w:rPr>
          <w:lang w:val="pt-BR"/>
        </w:rPr>
        <w:t>"O que foi?" perguntou baixinho.</w:t>
      </w:r>
    </w:p>
    <w:p w14:paraId="4B1CD014" w14:textId="77777777" w:rsidR="002355BD" w:rsidRPr="001179E8" w:rsidRDefault="00000000">
      <w:pPr>
        <w:rPr>
          <w:lang w:val="pt-BR"/>
        </w:rPr>
      </w:pPr>
      <w:r w:rsidRPr="001179E8">
        <w:rPr>
          <w:lang w:val="pt-BR"/>
        </w:rPr>
        <w:br/>
      </w:r>
    </w:p>
    <w:p w14:paraId="2B675DB8" w14:textId="77777777" w:rsidR="002355BD" w:rsidRPr="001179E8" w:rsidRDefault="00000000">
      <w:pPr>
        <w:rPr>
          <w:lang w:val="pt-BR"/>
        </w:rPr>
      </w:pPr>
      <w:r w:rsidRPr="001179E8">
        <w:rPr>
          <w:lang w:val="pt-BR"/>
        </w:rPr>
        <w:t>Ricardo não respondeu imediatamente, seus olhos fixos no horizonte alienígena. "Você viu meus pais," disse ele finalmente. "Prontos para arriscar tudo para nos resgatar."</w:t>
      </w:r>
    </w:p>
    <w:p w14:paraId="37831624" w14:textId="77777777" w:rsidR="002355BD" w:rsidRPr="001179E8" w:rsidRDefault="00000000">
      <w:pPr>
        <w:rPr>
          <w:lang w:val="pt-BR"/>
        </w:rPr>
      </w:pPr>
      <w:r w:rsidRPr="001179E8">
        <w:rPr>
          <w:lang w:val="pt-BR"/>
        </w:rPr>
        <w:br/>
      </w:r>
    </w:p>
    <w:p w14:paraId="3AF522B1" w14:textId="77777777" w:rsidR="002355BD" w:rsidRPr="001179E8" w:rsidRDefault="00000000">
      <w:pPr>
        <w:rPr>
          <w:lang w:val="pt-BR"/>
        </w:rPr>
      </w:pPr>
      <w:r w:rsidRPr="001179E8">
        <w:rPr>
          <w:lang w:val="pt-BR"/>
        </w:rPr>
        <w:t>"Sim," respondeu Nicole, incerta sobre onde ele queria chegar.</w:t>
      </w:r>
    </w:p>
    <w:p w14:paraId="6940C24E" w14:textId="77777777" w:rsidR="002355BD" w:rsidRPr="001179E8" w:rsidRDefault="00000000">
      <w:pPr>
        <w:rPr>
          <w:lang w:val="pt-BR"/>
        </w:rPr>
      </w:pPr>
      <w:r w:rsidRPr="001179E8">
        <w:rPr>
          <w:lang w:val="pt-BR"/>
        </w:rPr>
        <w:br/>
      </w:r>
    </w:p>
    <w:p w14:paraId="746B1AA7" w14:textId="77777777" w:rsidR="002355BD" w:rsidRPr="001179E8" w:rsidRDefault="00000000">
      <w:pPr>
        <w:rPr>
          <w:lang w:val="pt-BR"/>
        </w:rPr>
      </w:pPr>
      <w:r w:rsidRPr="001179E8">
        <w:rPr>
          <w:lang w:val="pt-BR"/>
        </w:rPr>
        <w:t>"Toda a minha vida," continuou Ricardo, sua voz baixa e intensa, "eu os ressenti. Por suas expectativas, por suas críticas constantes. Achei que eles não me entendiam, que não se importavam com quem eu realmente era."</w:t>
      </w:r>
    </w:p>
    <w:p w14:paraId="4BEA5D39" w14:textId="77777777" w:rsidR="002355BD" w:rsidRPr="001179E8" w:rsidRDefault="00000000">
      <w:pPr>
        <w:rPr>
          <w:lang w:val="pt-BR"/>
        </w:rPr>
      </w:pPr>
      <w:r w:rsidRPr="001179E8">
        <w:rPr>
          <w:lang w:val="pt-BR"/>
        </w:rPr>
        <w:br/>
      </w:r>
    </w:p>
    <w:p w14:paraId="7907248D" w14:textId="77777777" w:rsidR="002355BD" w:rsidRPr="001179E8" w:rsidRDefault="00000000">
      <w:pPr>
        <w:rPr>
          <w:lang w:val="pt-BR"/>
        </w:rPr>
      </w:pPr>
      <w:r w:rsidRPr="001179E8">
        <w:rPr>
          <w:lang w:val="pt-BR"/>
        </w:rPr>
        <w:t>Nicole esperou, sentindo que ele precisava desabafar.</w:t>
      </w:r>
    </w:p>
    <w:p w14:paraId="2212350D" w14:textId="77777777" w:rsidR="002355BD" w:rsidRPr="001179E8" w:rsidRDefault="00000000">
      <w:pPr>
        <w:rPr>
          <w:lang w:val="pt-BR"/>
        </w:rPr>
      </w:pPr>
      <w:r w:rsidRPr="001179E8">
        <w:rPr>
          <w:lang w:val="pt-BR"/>
        </w:rPr>
        <w:br/>
      </w:r>
    </w:p>
    <w:p w14:paraId="2F8A0911" w14:textId="77777777" w:rsidR="002355BD" w:rsidRPr="001179E8" w:rsidRDefault="00000000">
      <w:pPr>
        <w:rPr>
          <w:lang w:val="pt-BR"/>
        </w:rPr>
      </w:pPr>
      <w:r w:rsidRPr="001179E8">
        <w:rPr>
          <w:lang w:val="pt-BR"/>
        </w:rPr>
        <w:t>"E agora..." Ricardo engoliu em seco, emoção crua em sua voz. "Agora eles estão prontos para morrer por mim. E eu posso nunca ter a chance de dizer... de dizer que sinto muito. Por ser um filho tão difícil."</w:t>
      </w:r>
    </w:p>
    <w:p w14:paraId="5D8AA6BE" w14:textId="77777777" w:rsidR="002355BD" w:rsidRPr="001179E8" w:rsidRDefault="00000000">
      <w:pPr>
        <w:rPr>
          <w:lang w:val="pt-BR"/>
        </w:rPr>
      </w:pPr>
      <w:r w:rsidRPr="001179E8">
        <w:rPr>
          <w:lang w:val="pt-BR"/>
        </w:rPr>
        <w:lastRenderedPageBreak/>
        <w:br/>
      </w:r>
    </w:p>
    <w:p w14:paraId="2B2BB180" w14:textId="77777777" w:rsidR="002355BD" w:rsidRPr="001179E8" w:rsidRDefault="00000000">
      <w:pPr>
        <w:rPr>
          <w:lang w:val="pt-BR"/>
        </w:rPr>
      </w:pPr>
      <w:r w:rsidRPr="001179E8">
        <w:rPr>
          <w:lang w:val="pt-BR"/>
        </w:rPr>
        <w:t>Nicole pegou sua mão, apertando-a gentilmente. "Você vai ter essa chance," disse ela com firmeza. "Vamos sair daqui. Vamos impedir Rox e voltar para casa."</w:t>
      </w:r>
    </w:p>
    <w:p w14:paraId="4645333F" w14:textId="77777777" w:rsidR="002355BD" w:rsidRPr="001179E8" w:rsidRDefault="00000000">
      <w:pPr>
        <w:rPr>
          <w:lang w:val="pt-BR"/>
        </w:rPr>
      </w:pPr>
      <w:r w:rsidRPr="001179E8">
        <w:rPr>
          <w:lang w:val="pt-BR"/>
        </w:rPr>
        <w:br/>
      </w:r>
    </w:p>
    <w:p w14:paraId="67CBD71E" w14:textId="77777777" w:rsidR="002355BD" w:rsidRPr="001179E8" w:rsidRDefault="00000000">
      <w:pPr>
        <w:rPr>
          <w:lang w:val="pt-BR"/>
        </w:rPr>
      </w:pPr>
      <w:r w:rsidRPr="001179E8">
        <w:rPr>
          <w:lang w:val="pt-BR"/>
        </w:rPr>
        <w:t>Ricardo a olhou, vulnerabilidade em seus olhos normalmente desafiadores. "E se não conseguirmos?"</w:t>
      </w:r>
    </w:p>
    <w:p w14:paraId="120894EF" w14:textId="77777777" w:rsidR="002355BD" w:rsidRPr="001179E8" w:rsidRDefault="00000000">
      <w:pPr>
        <w:rPr>
          <w:lang w:val="pt-BR"/>
        </w:rPr>
      </w:pPr>
      <w:r w:rsidRPr="001179E8">
        <w:rPr>
          <w:lang w:val="pt-BR"/>
        </w:rPr>
        <w:br/>
      </w:r>
    </w:p>
    <w:p w14:paraId="6E46520A" w14:textId="77777777" w:rsidR="002355BD" w:rsidRPr="001179E8" w:rsidRDefault="00000000">
      <w:pPr>
        <w:rPr>
          <w:lang w:val="pt-BR"/>
        </w:rPr>
      </w:pPr>
      <w:r w:rsidRPr="001179E8">
        <w:rPr>
          <w:lang w:val="pt-BR"/>
        </w:rPr>
        <w:t>"Vamos conseguir," insistiu Nicole. "Juntos."</w:t>
      </w:r>
    </w:p>
    <w:p w14:paraId="1AC632D6" w14:textId="77777777" w:rsidR="002355BD" w:rsidRPr="001179E8" w:rsidRDefault="00000000">
      <w:pPr>
        <w:rPr>
          <w:lang w:val="pt-BR"/>
        </w:rPr>
      </w:pPr>
      <w:r w:rsidRPr="001179E8">
        <w:rPr>
          <w:lang w:val="pt-BR"/>
        </w:rPr>
        <w:br/>
      </w:r>
    </w:p>
    <w:p w14:paraId="4098F01E" w14:textId="77777777" w:rsidR="002355BD" w:rsidRPr="001179E8" w:rsidRDefault="00000000">
      <w:pPr>
        <w:rPr>
          <w:lang w:val="pt-BR"/>
        </w:rPr>
      </w:pPr>
      <w:r w:rsidRPr="001179E8">
        <w:rPr>
          <w:lang w:val="pt-BR"/>
        </w:rPr>
        <w:t>Ele sorriu fracamente, apertando sua mão em retorno. Mas Nicole podia ver que algo ainda o incomodava.</w:t>
      </w:r>
    </w:p>
    <w:p w14:paraId="46408777" w14:textId="77777777" w:rsidR="002355BD" w:rsidRPr="001179E8" w:rsidRDefault="00000000">
      <w:pPr>
        <w:rPr>
          <w:lang w:val="pt-BR"/>
        </w:rPr>
      </w:pPr>
      <w:r w:rsidRPr="001179E8">
        <w:rPr>
          <w:lang w:val="pt-BR"/>
        </w:rPr>
        <w:br/>
      </w:r>
    </w:p>
    <w:p w14:paraId="3499AE88" w14:textId="77777777" w:rsidR="002355BD" w:rsidRPr="001179E8" w:rsidRDefault="00000000">
      <w:pPr>
        <w:rPr>
          <w:lang w:val="pt-BR"/>
        </w:rPr>
      </w:pPr>
      <w:r w:rsidRPr="001179E8">
        <w:rPr>
          <w:lang w:val="pt-BR"/>
        </w:rPr>
        <w:t>"Tem mais alguma coisa," observou ela. Não era uma pergunta.</w:t>
      </w:r>
    </w:p>
    <w:p w14:paraId="06C96A22" w14:textId="77777777" w:rsidR="002355BD" w:rsidRPr="001179E8" w:rsidRDefault="00000000">
      <w:pPr>
        <w:rPr>
          <w:lang w:val="pt-BR"/>
        </w:rPr>
      </w:pPr>
      <w:r w:rsidRPr="001179E8">
        <w:rPr>
          <w:lang w:val="pt-BR"/>
        </w:rPr>
        <w:br/>
      </w:r>
    </w:p>
    <w:p w14:paraId="77F93BD7" w14:textId="77777777" w:rsidR="002355BD" w:rsidRPr="001179E8" w:rsidRDefault="00000000">
      <w:pPr>
        <w:rPr>
          <w:lang w:val="pt-BR"/>
        </w:rPr>
      </w:pPr>
      <w:r w:rsidRPr="001179E8">
        <w:rPr>
          <w:lang w:val="pt-BR"/>
        </w:rPr>
        <w:t>Ricardo hesitou, então parou completamente, forçando Nicole a parar também. Eco e Elaine continuaram alguns passos à frente antes de perceberem e pararem também, dando-lhes um momento de relativa privacidade.</w:t>
      </w:r>
    </w:p>
    <w:p w14:paraId="2F79AEBA" w14:textId="77777777" w:rsidR="002355BD" w:rsidRPr="001179E8" w:rsidRDefault="00000000">
      <w:pPr>
        <w:rPr>
          <w:lang w:val="pt-BR"/>
        </w:rPr>
      </w:pPr>
      <w:r w:rsidRPr="001179E8">
        <w:rPr>
          <w:lang w:val="pt-BR"/>
        </w:rPr>
        <w:br/>
      </w:r>
    </w:p>
    <w:p w14:paraId="6A30E6B7" w14:textId="77777777" w:rsidR="002355BD" w:rsidRPr="001179E8" w:rsidRDefault="00000000">
      <w:pPr>
        <w:rPr>
          <w:lang w:val="pt-BR"/>
        </w:rPr>
      </w:pPr>
      <w:r w:rsidRPr="001179E8">
        <w:rPr>
          <w:lang w:val="pt-BR"/>
        </w:rPr>
        <w:t>"Nicky," começou Ricardo, sua voz séria de uma forma que raramente era. "Quando estávamos na piscina... o que aconteceu entre nós..."</w:t>
      </w:r>
    </w:p>
    <w:p w14:paraId="710FEFD1" w14:textId="77777777" w:rsidR="002355BD" w:rsidRPr="001179E8" w:rsidRDefault="00000000">
      <w:pPr>
        <w:rPr>
          <w:lang w:val="pt-BR"/>
        </w:rPr>
      </w:pPr>
      <w:r w:rsidRPr="001179E8">
        <w:rPr>
          <w:lang w:val="pt-BR"/>
        </w:rPr>
        <w:br/>
      </w:r>
    </w:p>
    <w:p w14:paraId="0B701000" w14:textId="77777777" w:rsidR="002355BD" w:rsidRPr="001179E8" w:rsidRDefault="00000000">
      <w:pPr>
        <w:rPr>
          <w:lang w:val="pt-BR"/>
        </w:rPr>
      </w:pPr>
      <w:r w:rsidRPr="001179E8">
        <w:rPr>
          <w:lang w:val="pt-BR"/>
        </w:rPr>
        <w:t>Nicole sentiu seu coração acelerar. "Sim?"</w:t>
      </w:r>
    </w:p>
    <w:p w14:paraId="65229934" w14:textId="77777777" w:rsidR="002355BD" w:rsidRPr="001179E8" w:rsidRDefault="00000000">
      <w:pPr>
        <w:rPr>
          <w:lang w:val="pt-BR"/>
        </w:rPr>
      </w:pPr>
      <w:r w:rsidRPr="001179E8">
        <w:rPr>
          <w:lang w:val="pt-BR"/>
        </w:rPr>
        <w:br/>
      </w:r>
    </w:p>
    <w:p w14:paraId="7B5C4B7C" w14:textId="77777777" w:rsidR="002355BD" w:rsidRPr="001179E8" w:rsidRDefault="00000000">
      <w:pPr>
        <w:rPr>
          <w:lang w:val="pt-BR"/>
        </w:rPr>
      </w:pPr>
      <w:r w:rsidRPr="001179E8">
        <w:rPr>
          <w:lang w:val="pt-BR"/>
        </w:rPr>
        <w:lastRenderedPageBreak/>
        <w:t>"Foi incrível," continuou ele. "Mas não foi apenas... físico para mim. Você entende isso, certo?"</w:t>
      </w:r>
    </w:p>
    <w:p w14:paraId="1EC8CDF5" w14:textId="77777777" w:rsidR="002355BD" w:rsidRPr="001179E8" w:rsidRDefault="00000000">
      <w:pPr>
        <w:rPr>
          <w:lang w:val="pt-BR"/>
        </w:rPr>
      </w:pPr>
      <w:r w:rsidRPr="001179E8">
        <w:rPr>
          <w:lang w:val="pt-BR"/>
        </w:rPr>
        <w:br/>
      </w:r>
    </w:p>
    <w:p w14:paraId="1891F7DD" w14:textId="77777777" w:rsidR="002355BD" w:rsidRPr="001179E8" w:rsidRDefault="00000000">
      <w:pPr>
        <w:rPr>
          <w:lang w:val="pt-BR"/>
        </w:rPr>
      </w:pPr>
      <w:r w:rsidRPr="001179E8">
        <w:rPr>
          <w:lang w:val="pt-BR"/>
        </w:rPr>
        <w:t>Nicole assentiu lentamente. "Eu sei."</w:t>
      </w:r>
    </w:p>
    <w:p w14:paraId="32DE942E" w14:textId="77777777" w:rsidR="002355BD" w:rsidRPr="001179E8" w:rsidRDefault="00000000">
      <w:pPr>
        <w:rPr>
          <w:lang w:val="pt-BR"/>
        </w:rPr>
      </w:pPr>
      <w:r w:rsidRPr="001179E8">
        <w:rPr>
          <w:lang w:val="pt-BR"/>
        </w:rPr>
        <w:br/>
      </w:r>
    </w:p>
    <w:p w14:paraId="1FE779B6" w14:textId="77777777" w:rsidR="002355BD" w:rsidRPr="001179E8" w:rsidRDefault="00000000">
      <w:pPr>
        <w:rPr>
          <w:lang w:val="pt-BR"/>
        </w:rPr>
      </w:pPr>
      <w:r w:rsidRPr="001179E8">
        <w:rPr>
          <w:lang w:val="pt-BR"/>
        </w:rPr>
        <w:t>"Não, você não sabe," insistiu ele, frustração em sua voz. "Estou tentando dizer... droga, por que isso é tão difícil?"</w:t>
      </w:r>
    </w:p>
    <w:p w14:paraId="0E34FC29" w14:textId="77777777" w:rsidR="002355BD" w:rsidRPr="001179E8" w:rsidRDefault="00000000">
      <w:pPr>
        <w:rPr>
          <w:lang w:val="pt-BR"/>
        </w:rPr>
      </w:pPr>
      <w:r w:rsidRPr="001179E8">
        <w:rPr>
          <w:lang w:val="pt-BR"/>
        </w:rPr>
        <w:br/>
      </w:r>
    </w:p>
    <w:p w14:paraId="21BA577C" w14:textId="77777777" w:rsidR="002355BD" w:rsidRPr="001179E8" w:rsidRDefault="00000000">
      <w:pPr>
        <w:rPr>
          <w:lang w:val="pt-BR"/>
        </w:rPr>
      </w:pPr>
      <w:r w:rsidRPr="001179E8">
        <w:rPr>
          <w:lang w:val="pt-BR"/>
        </w:rPr>
        <w:t>"Rick..."</w:t>
      </w:r>
    </w:p>
    <w:p w14:paraId="04BAF86E" w14:textId="77777777" w:rsidR="002355BD" w:rsidRPr="001179E8" w:rsidRDefault="00000000">
      <w:pPr>
        <w:rPr>
          <w:lang w:val="pt-BR"/>
        </w:rPr>
      </w:pPr>
      <w:r w:rsidRPr="001179E8">
        <w:rPr>
          <w:lang w:val="pt-BR"/>
        </w:rPr>
        <w:br/>
      </w:r>
    </w:p>
    <w:p w14:paraId="13D95946" w14:textId="77777777" w:rsidR="002355BD" w:rsidRPr="001179E8" w:rsidRDefault="00000000">
      <w:pPr>
        <w:rPr>
          <w:lang w:val="pt-BR"/>
        </w:rPr>
      </w:pPr>
      <w:r w:rsidRPr="001179E8">
        <w:rPr>
          <w:lang w:val="pt-BR"/>
        </w:rPr>
        <w:t>"Eu te amo," disse ele abruptamente, as palavras saindo em uma corrente apressada. "Não apenas como minha parceira, ou minha amiga, ou alguém com quem gosto de estar. Eu te amo de verdade, completamente, com todo o meu ser estúpido e imperfeito."</w:t>
      </w:r>
    </w:p>
    <w:p w14:paraId="14428695" w14:textId="77777777" w:rsidR="002355BD" w:rsidRPr="001179E8" w:rsidRDefault="00000000">
      <w:pPr>
        <w:rPr>
          <w:lang w:val="pt-BR"/>
        </w:rPr>
      </w:pPr>
      <w:r w:rsidRPr="001179E8">
        <w:rPr>
          <w:lang w:val="pt-BR"/>
        </w:rPr>
        <w:br/>
      </w:r>
    </w:p>
    <w:p w14:paraId="5731C5CA" w14:textId="77777777" w:rsidR="002355BD" w:rsidRPr="001179E8" w:rsidRDefault="00000000">
      <w:pPr>
        <w:rPr>
          <w:lang w:val="pt-BR"/>
        </w:rPr>
      </w:pPr>
      <w:r w:rsidRPr="001179E8">
        <w:rPr>
          <w:lang w:val="pt-BR"/>
        </w:rPr>
        <w:t>Nicole ficou momentaneamente sem palavras, pega de surpresa não pelo sentimento – ela sabia que ele a amava – mas pela intensidade crua de sua declaração.</w:t>
      </w:r>
    </w:p>
    <w:p w14:paraId="2B7DB10C" w14:textId="77777777" w:rsidR="002355BD" w:rsidRPr="001179E8" w:rsidRDefault="00000000">
      <w:pPr>
        <w:rPr>
          <w:lang w:val="pt-BR"/>
        </w:rPr>
      </w:pPr>
      <w:r w:rsidRPr="001179E8">
        <w:rPr>
          <w:lang w:val="pt-BR"/>
        </w:rPr>
        <w:br/>
      </w:r>
    </w:p>
    <w:p w14:paraId="0FFDEAF6" w14:textId="77777777" w:rsidR="002355BD" w:rsidRPr="001179E8" w:rsidRDefault="00000000">
      <w:pPr>
        <w:rPr>
          <w:lang w:val="pt-BR"/>
        </w:rPr>
      </w:pPr>
      <w:r w:rsidRPr="001179E8">
        <w:rPr>
          <w:lang w:val="pt-BR"/>
        </w:rPr>
        <w:t>"Eu sei que provavelmente não sou o que seus pais esperavam para você," continuou ele, as palavras agora fluindo livremente. "O filho rebelde de seus ex-colegas de equipe, sempre metido em problemas, nunca levando nada a sério o suficiente. Sei que você merece alguém melhor, alguém mais estável, mais responsável. Mas eu te amo, Nicky. E se vamos morrer neste inferno, precisava que você soubesse."</w:t>
      </w:r>
    </w:p>
    <w:p w14:paraId="1B2B8B6D" w14:textId="77777777" w:rsidR="002355BD" w:rsidRPr="001179E8" w:rsidRDefault="00000000">
      <w:pPr>
        <w:rPr>
          <w:lang w:val="pt-BR"/>
        </w:rPr>
      </w:pPr>
      <w:r w:rsidRPr="001179E8">
        <w:rPr>
          <w:lang w:val="pt-BR"/>
        </w:rPr>
        <w:br/>
      </w:r>
    </w:p>
    <w:p w14:paraId="7090A6F1" w14:textId="77777777" w:rsidR="002355BD" w:rsidRPr="001179E8" w:rsidRDefault="00000000">
      <w:pPr>
        <w:rPr>
          <w:lang w:val="pt-BR"/>
        </w:rPr>
      </w:pPr>
      <w:r w:rsidRPr="001179E8">
        <w:rPr>
          <w:lang w:val="pt-BR"/>
        </w:rPr>
        <w:t>Nicole sentiu lágrimas queimarem seus olhos. Sem palavras, ela se aproximou, tomando o rosto dele entre suas mãos.</w:t>
      </w:r>
    </w:p>
    <w:p w14:paraId="78615D4A" w14:textId="77777777" w:rsidR="002355BD" w:rsidRPr="001179E8" w:rsidRDefault="00000000">
      <w:pPr>
        <w:rPr>
          <w:lang w:val="pt-BR"/>
        </w:rPr>
      </w:pPr>
      <w:r w:rsidRPr="001179E8">
        <w:rPr>
          <w:lang w:val="pt-BR"/>
        </w:rPr>
        <w:lastRenderedPageBreak/>
        <w:br/>
      </w:r>
    </w:p>
    <w:p w14:paraId="4A44D5E5" w14:textId="77777777" w:rsidR="002355BD" w:rsidRPr="001179E8" w:rsidRDefault="00000000">
      <w:pPr>
        <w:rPr>
          <w:lang w:val="pt-BR"/>
        </w:rPr>
      </w:pPr>
      <w:r w:rsidRPr="001179E8">
        <w:rPr>
          <w:lang w:val="pt-BR"/>
        </w:rPr>
        <w:t>"Seu idiota," disse ela suavemente. "Você acha que eu me importo com o que meus pais pensam? Ou com o que qualquer pessoa pensa? Eu te amo exatamente por quem você é – imperfeito, impulsivo, irritante e tudo mais."</w:t>
      </w:r>
    </w:p>
    <w:p w14:paraId="4DCE8F54" w14:textId="77777777" w:rsidR="002355BD" w:rsidRPr="001179E8" w:rsidRDefault="00000000">
      <w:pPr>
        <w:rPr>
          <w:lang w:val="pt-BR"/>
        </w:rPr>
      </w:pPr>
      <w:r w:rsidRPr="001179E8">
        <w:rPr>
          <w:lang w:val="pt-BR"/>
        </w:rPr>
        <w:br/>
      </w:r>
    </w:p>
    <w:p w14:paraId="085D5AE4" w14:textId="77777777" w:rsidR="002355BD" w:rsidRPr="001179E8" w:rsidRDefault="00000000">
      <w:pPr>
        <w:rPr>
          <w:lang w:val="pt-BR"/>
        </w:rPr>
      </w:pPr>
      <w:r w:rsidRPr="001179E8">
        <w:rPr>
          <w:lang w:val="pt-BR"/>
        </w:rPr>
        <w:t>Ricardo piscou, surpresa e esperança lutando em seu rosto. "Sério?"</w:t>
      </w:r>
    </w:p>
    <w:p w14:paraId="00749A59" w14:textId="77777777" w:rsidR="002355BD" w:rsidRPr="001179E8" w:rsidRDefault="00000000">
      <w:pPr>
        <w:rPr>
          <w:lang w:val="pt-BR"/>
        </w:rPr>
      </w:pPr>
      <w:r w:rsidRPr="001179E8">
        <w:rPr>
          <w:lang w:val="pt-BR"/>
        </w:rPr>
        <w:br/>
      </w:r>
    </w:p>
    <w:p w14:paraId="145200AE" w14:textId="77777777" w:rsidR="002355BD" w:rsidRPr="001179E8" w:rsidRDefault="00000000">
      <w:pPr>
        <w:rPr>
          <w:lang w:val="pt-BR"/>
        </w:rPr>
      </w:pPr>
      <w:r w:rsidRPr="001179E8">
        <w:rPr>
          <w:lang w:val="pt-BR"/>
        </w:rPr>
        <w:t>"Sério," confirmou ela. "E quando sairmos daqui – não se, quando – vou dizer isso na frente de todo mundo. Sem mais segredos, sem mais se esconder."</w:t>
      </w:r>
    </w:p>
    <w:p w14:paraId="28F0DD78" w14:textId="77777777" w:rsidR="002355BD" w:rsidRPr="001179E8" w:rsidRDefault="00000000">
      <w:pPr>
        <w:rPr>
          <w:lang w:val="pt-BR"/>
        </w:rPr>
      </w:pPr>
      <w:r w:rsidRPr="001179E8">
        <w:rPr>
          <w:lang w:val="pt-BR"/>
        </w:rPr>
        <w:br/>
      </w:r>
    </w:p>
    <w:p w14:paraId="3B6D03CC" w14:textId="77777777" w:rsidR="002355BD" w:rsidRPr="001179E8" w:rsidRDefault="00000000">
      <w:pPr>
        <w:rPr>
          <w:lang w:val="pt-BR"/>
        </w:rPr>
      </w:pPr>
      <w:r w:rsidRPr="001179E8">
        <w:rPr>
          <w:lang w:val="pt-BR"/>
        </w:rPr>
        <w:t>O sorriso que iluminou o rosto de Ricardo foi como o nascer do sol em um mundo que havia conhecido apenas escuridão. Ele a puxou para um beijo – não desesperado ou urgente como na piscina, mas suave, terno, cheio de promessa.</w:t>
      </w:r>
    </w:p>
    <w:p w14:paraId="603777F8" w14:textId="77777777" w:rsidR="002355BD" w:rsidRPr="001179E8" w:rsidRDefault="00000000">
      <w:pPr>
        <w:rPr>
          <w:lang w:val="pt-BR"/>
        </w:rPr>
      </w:pPr>
      <w:r w:rsidRPr="001179E8">
        <w:rPr>
          <w:lang w:val="pt-BR"/>
        </w:rPr>
        <w:br/>
      </w:r>
    </w:p>
    <w:p w14:paraId="4B0258EF" w14:textId="77777777" w:rsidR="002355BD" w:rsidRPr="001179E8" w:rsidRDefault="00000000">
      <w:pPr>
        <w:rPr>
          <w:lang w:val="pt-BR"/>
        </w:rPr>
      </w:pPr>
      <w:r w:rsidRPr="001179E8">
        <w:rPr>
          <w:lang w:val="pt-BR"/>
        </w:rPr>
        <w:t>Quando se separaram, Nicole viu Elaine observando-os com uma expressão complexa – havia inveja ali, certamente, mas também algo mais profundo, mais doloroso. Uma espécie de anseio, como se estivesse testemunhando algo que desejava desesperadamente para si mesma.</w:t>
      </w:r>
    </w:p>
    <w:p w14:paraId="341A9B9F" w14:textId="77777777" w:rsidR="002355BD" w:rsidRPr="001179E8" w:rsidRDefault="00000000">
      <w:pPr>
        <w:rPr>
          <w:lang w:val="pt-BR"/>
        </w:rPr>
      </w:pPr>
      <w:r w:rsidRPr="001179E8">
        <w:rPr>
          <w:lang w:val="pt-BR"/>
        </w:rPr>
        <w:br/>
      </w:r>
    </w:p>
    <w:p w14:paraId="7BD0F195" w14:textId="77777777" w:rsidR="002355BD" w:rsidRPr="001179E8" w:rsidRDefault="00000000">
      <w:pPr>
        <w:rPr>
          <w:lang w:val="pt-BR"/>
        </w:rPr>
      </w:pPr>
      <w:r w:rsidRPr="001179E8">
        <w:rPr>
          <w:lang w:val="pt-BR"/>
        </w:rPr>
        <w:t>Por um momento, Nicole sentiu uma pontada de compaixão pela jovem misteriosa. Apesar de sua beleza sobrenatural e seus poderes impressionantes, havia uma vulnerabilidade em Elaine, uma solidão que parecia permear seu ser.</w:t>
      </w:r>
    </w:p>
    <w:p w14:paraId="19D0E4A1" w14:textId="77777777" w:rsidR="002355BD" w:rsidRPr="001179E8" w:rsidRDefault="00000000">
      <w:pPr>
        <w:rPr>
          <w:lang w:val="pt-BR"/>
        </w:rPr>
      </w:pPr>
      <w:r w:rsidRPr="001179E8">
        <w:rPr>
          <w:lang w:val="pt-BR"/>
        </w:rPr>
        <w:br/>
      </w:r>
    </w:p>
    <w:p w14:paraId="7DDFC5EF" w14:textId="77777777" w:rsidR="002355BD" w:rsidRPr="001179E8" w:rsidRDefault="00000000">
      <w:pPr>
        <w:rPr>
          <w:lang w:val="pt-BR"/>
        </w:rPr>
      </w:pPr>
      <w:r w:rsidRPr="001179E8">
        <w:rPr>
          <w:lang w:val="pt-BR"/>
        </w:rPr>
        <w:t>"Devemos continuar," disse Eco, sua voz gentil mas urgente. "O tempo é essencial."</w:t>
      </w:r>
    </w:p>
    <w:p w14:paraId="0CB94CAD" w14:textId="77777777" w:rsidR="002355BD" w:rsidRPr="001179E8" w:rsidRDefault="00000000">
      <w:pPr>
        <w:rPr>
          <w:lang w:val="pt-BR"/>
        </w:rPr>
      </w:pPr>
      <w:r w:rsidRPr="001179E8">
        <w:rPr>
          <w:lang w:val="pt-BR"/>
        </w:rPr>
        <w:br/>
      </w:r>
    </w:p>
    <w:p w14:paraId="3BBF3D39" w14:textId="77777777" w:rsidR="002355BD" w:rsidRPr="001179E8" w:rsidRDefault="00000000">
      <w:pPr>
        <w:rPr>
          <w:lang w:val="pt-BR"/>
        </w:rPr>
      </w:pPr>
      <w:r w:rsidRPr="001179E8">
        <w:rPr>
          <w:lang w:val="pt-BR"/>
        </w:rPr>
        <w:lastRenderedPageBreak/>
        <w:t>Nicole assentiu, mas manteve sua mão firmemente entrelaçada com a de Ricardo enquanto retomavam a caminhada. Algo havia mudado entre eles – uma barreira final havia caído, uma verdade finalmente reconhecida em voz alta.</w:t>
      </w:r>
    </w:p>
    <w:p w14:paraId="329C8C46" w14:textId="77777777" w:rsidR="002355BD" w:rsidRPr="001179E8" w:rsidRDefault="00000000">
      <w:pPr>
        <w:rPr>
          <w:lang w:val="pt-BR"/>
        </w:rPr>
      </w:pPr>
      <w:r w:rsidRPr="001179E8">
        <w:rPr>
          <w:lang w:val="pt-BR"/>
        </w:rPr>
        <w:br/>
      </w:r>
    </w:p>
    <w:p w14:paraId="3ABE27BB" w14:textId="77777777" w:rsidR="002355BD" w:rsidRPr="001179E8" w:rsidRDefault="00000000">
      <w:pPr>
        <w:rPr>
          <w:lang w:val="pt-BR"/>
        </w:rPr>
      </w:pPr>
      <w:r w:rsidRPr="001179E8">
        <w:rPr>
          <w:lang w:val="pt-BR"/>
        </w:rPr>
        <w:t>À medida que se aproximavam da formação rochosa em forma de mão, o terreno tornava-se mais acidentado, com fissuras profundas cortando o solo como feridas abertas. De algumas dessas fissuras, emanava um brilho vermelho doentio e ocasionais sopros de ar quente e sulfuroso.</w:t>
      </w:r>
    </w:p>
    <w:p w14:paraId="2C0703A8" w14:textId="77777777" w:rsidR="002355BD" w:rsidRPr="001179E8" w:rsidRDefault="00000000">
      <w:pPr>
        <w:rPr>
          <w:lang w:val="pt-BR"/>
        </w:rPr>
      </w:pPr>
      <w:r w:rsidRPr="001179E8">
        <w:rPr>
          <w:lang w:val="pt-BR"/>
        </w:rPr>
        <w:br/>
      </w:r>
    </w:p>
    <w:p w14:paraId="24240BE4" w14:textId="77777777" w:rsidR="002355BD" w:rsidRPr="001179E8" w:rsidRDefault="00000000">
      <w:pPr>
        <w:rPr>
          <w:lang w:val="pt-BR"/>
        </w:rPr>
      </w:pPr>
      <w:r w:rsidRPr="001179E8">
        <w:rPr>
          <w:lang w:val="pt-BR"/>
        </w:rPr>
        <w:t>"As Cavernas dos Ecos estão logo à frente," disse Eco, apontando para uma abertura escura na base da formação rochosa. "Uma vez lá dentro, devemos nos mover em silêncio absoluto. O menor som pode atrair... atenção indesejada."</w:t>
      </w:r>
    </w:p>
    <w:p w14:paraId="15E8E4BA" w14:textId="77777777" w:rsidR="002355BD" w:rsidRPr="001179E8" w:rsidRDefault="00000000">
      <w:pPr>
        <w:rPr>
          <w:lang w:val="pt-BR"/>
        </w:rPr>
      </w:pPr>
      <w:r w:rsidRPr="001179E8">
        <w:rPr>
          <w:lang w:val="pt-BR"/>
        </w:rPr>
        <w:br/>
      </w:r>
    </w:p>
    <w:p w14:paraId="229B5E35" w14:textId="77777777" w:rsidR="002355BD" w:rsidRPr="001179E8" w:rsidRDefault="00000000">
      <w:pPr>
        <w:rPr>
          <w:lang w:val="pt-BR"/>
        </w:rPr>
      </w:pPr>
      <w:r w:rsidRPr="001179E8">
        <w:rPr>
          <w:lang w:val="pt-BR"/>
        </w:rPr>
        <w:t>Nicole e Ricardo assentiram, preparando-se mentalmente para o desafio à frente. Elaine permanecia estranhamente silenciosa, seus olhos fixos na entrada da caverna com uma expressão que Nicole não conseguia decifrar – medo, talvez, ou resignação.</w:t>
      </w:r>
    </w:p>
    <w:p w14:paraId="3D79D84B" w14:textId="77777777" w:rsidR="002355BD" w:rsidRPr="001179E8" w:rsidRDefault="00000000">
      <w:pPr>
        <w:rPr>
          <w:lang w:val="pt-BR"/>
        </w:rPr>
      </w:pPr>
      <w:r w:rsidRPr="001179E8">
        <w:rPr>
          <w:lang w:val="pt-BR"/>
        </w:rPr>
        <w:br/>
      </w:r>
    </w:p>
    <w:p w14:paraId="066B8234" w14:textId="77777777" w:rsidR="002355BD" w:rsidRPr="001179E8" w:rsidRDefault="00000000">
      <w:pPr>
        <w:rPr>
          <w:lang w:val="pt-BR"/>
        </w:rPr>
      </w:pPr>
      <w:r w:rsidRPr="001179E8">
        <w:rPr>
          <w:lang w:val="pt-BR"/>
        </w:rPr>
        <w:t>"Está tudo bem?" perguntou Nicole baixinho.</w:t>
      </w:r>
    </w:p>
    <w:p w14:paraId="656EA6E8" w14:textId="77777777" w:rsidR="002355BD" w:rsidRPr="001179E8" w:rsidRDefault="00000000">
      <w:pPr>
        <w:rPr>
          <w:lang w:val="pt-BR"/>
        </w:rPr>
      </w:pPr>
      <w:r w:rsidRPr="001179E8">
        <w:rPr>
          <w:lang w:val="pt-BR"/>
        </w:rPr>
        <w:br/>
      </w:r>
    </w:p>
    <w:p w14:paraId="6105FDF4" w14:textId="77777777" w:rsidR="002355BD" w:rsidRPr="001179E8" w:rsidRDefault="00000000">
      <w:pPr>
        <w:rPr>
          <w:lang w:val="pt-BR"/>
        </w:rPr>
      </w:pPr>
      <w:r w:rsidRPr="001179E8">
        <w:rPr>
          <w:lang w:val="pt-BR"/>
        </w:rPr>
        <w:t>Elaine piscou, como se saindo de um transe. "As cavernas guardam memórias," disse ela enigmaticamente. "Ecos do passado. Alguns deles... meus."</w:t>
      </w:r>
    </w:p>
    <w:p w14:paraId="3DEC5428" w14:textId="77777777" w:rsidR="002355BD" w:rsidRPr="001179E8" w:rsidRDefault="00000000">
      <w:pPr>
        <w:rPr>
          <w:lang w:val="pt-BR"/>
        </w:rPr>
      </w:pPr>
      <w:r w:rsidRPr="001179E8">
        <w:rPr>
          <w:lang w:val="pt-BR"/>
        </w:rPr>
        <w:br/>
      </w:r>
    </w:p>
    <w:p w14:paraId="2E654631" w14:textId="77777777" w:rsidR="002355BD" w:rsidRPr="001179E8" w:rsidRDefault="00000000">
      <w:pPr>
        <w:rPr>
          <w:lang w:val="pt-BR"/>
        </w:rPr>
      </w:pPr>
      <w:r w:rsidRPr="001179E8">
        <w:rPr>
          <w:lang w:val="pt-BR"/>
        </w:rPr>
        <w:t>Antes que Nicole pudesse perguntar o que ela queria dizer, Eco fez sinal para que se aproximassem da entrada. "Lembrem-se," sussurrou ele. "Silêncio absoluto. Sigam-me de perto e pisem onde eu pisar."</w:t>
      </w:r>
    </w:p>
    <w:p w14:paraId="7E42A076" w14:textId="77777777" w:rsidR="002355BD" w:rsidRPr="001179E8" w:rsidRDefault="00000000">
      <w:pPr>
        <w:rPr>
          <w:lang w:val="pt-BR"/>
        </w:rPr>
      </w:pPr>
      <w:r w:rsidRPr="001179E8">
        <w:rPr>
          <w:lang w:val="pt-BR"/>
        </w:rPr>
        <w:br/>
      </w:r>
    </w:p>
    <w:p w14:paraId="5D12C6D3" w14:textId="77777777" w:rsidR="002355BD" w:rsidRPr="001179E8" w:rsidRDefault="00000000">
      <w:pPr>
        <w:rPr>
          <w:lang w:val="pt-BR"/>
        </w:rPr>
      </w:pPr>
      <w:r w:rsidRPr="001179E8">
        <w:rPr>
          <w:lang w:val="pt-BR"/>
        </w:rPr>
        <w:lastRenderedPageBreak/>
        <w:t>Com isso, ele entrou na escuridão, Elaine logo atrás. Nicole e Ricardo trocaram um último olhar – determinação, medo e amor misturados em igual medida – antes de seguirem, mãos ainda entrelaçadas, para as profundezas das Cavernas dos Ecos.</w:t>
      </w:r>
    </w:p>
    <w:p w14:paraId="34628583" w14:textId="77777777" w:rsidR="002355BD" w:rsidRPr="001179E8" w:rsidRDefault="00000000">
      <w:pPr>
        <w:rPr>
          <w:lang w:val="pt-BR"/>
        </w:rPr>
      </w:pPr>
      <w:r w:rsidRPr="001179E8">
        <w:rPr>
          <w:lang w:val="pt-BR"/>
        </w:rPr>
        <w:br/>
      </w:r>
    </w:p>
    <w:p w14:paraId="42A8CBE8" w14:textId="77777777" w:rsidR="002355BD" w:rsidRPr="001179E8" w:rsidRDefault="00000000">
      <w:pPr>
        <w:rPr>
          <w:lang w:val="pt-BR"/>
        </w:rPr>
      </w:pPr>
      <w:r w:rsidRPr="001179E8">
        <w:rPr>
          <w:lang w:val="pt-BR"/>
        </w:rPr>
        <w:t>Enquanto avançavam pela escuridão, Nicole não pôde deixar de notar como Elaine se movia – com uma graça fluida e silenciosa, como se conhecesse cada pedra, cada curva do caminho. Havia uma familiaridade em seus movimentos que sugeria que ela já havia estado aqui antes, muitas vezes.</w:t>
      </w:r>
    </w:p>
    <w:p w14:paraId="60A34A89" w14:textId="77777777" w:rsidR="002355BD" w:rsidRPr="001179E8" w:rsidRDefault="00000000">
      <w:pPr>
        <w:rPr>
          <w:lang w:val="pt-BR"/>
        </w:rPr>
      </w:pPr>
      <w:r w:rsidRPr="001179E8">
        <w:rPr>
          <w:lang w:val="pt-BR"/>
        </w:rPr>
        <w:br/>
      </w:r>
    </w:p>
    <w:p w14:paraId="736F6001" w14:textId="77777777" w:rsidR="002355BD" w:rsidRPr="001179E8" w:rsidRDefault="00000000">
      <w:pPr>
        <w:rPr>
          <w:lang w:val="pt-BR"/>
        </w:rPr>
      </w:pPr>
      <w:r w:rsidRPr="001179E8">
        <w:rPr>
          <w:lang w:val="pt-BR"/>
        </w:rPr>
        <w:t>E enquanto observava a figura etérea à sua frente, Nicole se perguntou mais uma vez quem – ou o que – Elaine realmente era, e o que seu aparecimento significaria para sua jornada através do submundo.</w:t>
      </w:r>
    </w:p>
    <w:p w14:paraId="12C2F855" w14:textId="77777777" w:rsidR="002355BD" w:rsidRPr="001179E8" w:rsidRDefault="002355BD">
      <w:pPr>
        <w:rPr>
          <w:lang w:val="pt-BR"/>
        </w:rPr>
      </w:pPr>
    </w:p>
    <w:p w14:paraId="5CBD92FE" w14:textId="77777777" w:rsidR="002355BD" w:rsidRPr="001179E8" w:rsidRDefault="00000000">
      <w:pPr>
        <w:rPr>
          <w:lang w:val="pt-BR"/>
        </w:rPr>
      </w:pPr>
      <w:r w:rsidRPr="001179E8">
        <w:rPr>
          <w:lang w:val="pt-BR"/>
        </w:rPr>
        <w:t>As Cavernas dos Ecos eram um labirinto de túneis que se retorciam e mergulhavam nas profundezas do submundo. O silêncio era absoluto, quebrado apenas pelo ocasional pingar de água ou pelo som suave de suas respirações cuidadosamente controladas. Nicole, Ricardo e Elaine se moviam como fantasmas, seus passos cautelosos sobre o solo irregular, seguindo Eco que liderava o caminho.</w:t>
      </w:r>
    </w:p>
    <w:p w14:paraId="6FBD0A5D" w14:textId="77777777" w:rsidR="002355BD" w:rsidRPr="001179E8" w:rsidRDefault="00000000">
      <w:pPr>
        <w:rPr>
          <w:lang w:val="pt-BR"/>
        </w:rPr>
      </w:pPr>
      <w:r w:rsidRPr="001179E8">
        <w:rPr>
          <w:lang w:val="pt-BR"/>
        </w:rPr>
        <w:br/>
      </w:r>
    </w:p>
    <w:p w14:paraId="424387CC" w14:textId="77777777" w:rsidR="002355BD" w:rsidRPr="001179E8" w:rsidRDefault="00000000">
      <w:pPr>
        <w:rPr>
          <w:lang w:val="pt-BR"/>
        </w:rPr>
      </w:pPr>
      <w:r w:rsidRPr="001179E8">
        <w:rPr>
          <w:lang w:val="pt-BR"/>
        </w:rPr>
        <w:t>A escuridão era quase completa. Nicole mantinha apenas um brilho mínimo em seus dedos metálicos – o suficiente para iluminar alguns centímetros à frente, mas não o bastante para atrair atenção indesejada. O ar era denso e úmido, carregado com um cheiro antigo de decomposição e minerais.</w:t>
      </w:r>
    </w:p>
    <w:p w14:paraId="33BD7A3F" w14:textId="77777777" w:rsidR="002355BD" w:rsidRPr="001179E8" w:rsidRDefault="00000000">
      <w:pPr>
        <w:rPr>
          <w:lang w:val="pt-BR"/>
        </w:rPr>
      </w:pPr>
      <w:r w:rsidRPr="001179E8">
        <w:rPr>
          <w:lang w:val="pt-BR"/>
        </w:rPr>
        <w:br/>
      </w:r>
    </w:p>
    <w:p w14:paraId="07079443" w14:textId="77777777" w:rsidR="002355BD" w:rsidRPr="001179E8" w:rsidRDefault="00000000">
      <w:pPr>
        <w:rPr>
          <w:lang w:val="pt-BR"/>
        </w:rPr>
      </w:pPr>
      <w:r w:rsidRPr="001179E8">
        <w:rPr>
          <w:lang w:val="pt-BR"/>
        </w:rPr>
        <w:t>Eco se movia com precisão sobrenatural, como se pudesse enxergar perfeitamente através da escuridão. Elaine vinha logo atrás, seus movimentos igualmente seguros, seus olhos ocasionalmente brilhando com um azul intenso que parecia iluminar seu caminho. Nicole e Ricardo fechavam a fila, mãos entrelaçadas, um guiando o outro quando o terreno se tornava particularmente traiçoeiro.</w:t>
      </w:r>
    </w:p>
    <w:p w14:paraId="48CF8BDB" w14:textId="77777777" w:rsidR="002355BD" w:rsidRPr="001179E8" w:rsidRDefault="00000000">
      <w:pPr>
        <w:rPr>
          <w:lang w:val="pt-BR"/>
        </w:rPr>
      </w:pPr>
      <w:r w:rsidRPr="001179E8">
        <w:rPr>
          <w:lang w:val="pt-BR"/>
        </w:rPr>
        <w:br/>
      </w:r>
    </w:p>
    <w:p w14:paraId="5D352F44" w14:textId="77777777" w:rsidR="002355BD" w:rsidRPr="001179E8" w:rsidRDefault="00000000">
      <w:pPr>
        <w:rPr>
          <w:lang w:val="pt-BR"/>
        </w:rPr>
      </w:pPr>
      <w:r w:rsidRPr="001179E8">
        <w:rPr>
          <w:lang w:val="pt-BR"/>
        </w:rPr>
        <w:lastRenderedPageBreak/>
        <w:t>Eles haviam caminhado por horas, ou pelo menos o que parecia ser horas – o tempo no submundo era difícil de medir. Os túneis pareciam intermináveis, ramificando-se e reconectando-se em padrões que desafiavam a lógica. Várias vezes, Nicole teve certeza de que estavam andando em círculos, apenas para Eco fazer uma curva inesperada que os levava a uma passagem completamente nova.</w:t>
      </w:r>
    </w:p>
    <w:p w14:paraId="5C633452" w14:textId="77777777" w:rsidR="002355BD" w:rsidRPr="001179E8" w:rsidRDefault="00000000">
      <w:pPr>
        <w:rPr>
          <w:lang w:val="pt-BR"/>
        </w:rPr>
      </w:pPr>
      <w:r w:rsidRPr="001179E8">
        <w:rPr>
          <w:lang w:val="pt-BR"/>
        </w:rPr>
        <w:br/>
      </w:r>
    </w:p>
    <w:p w14:paraId="64DB07DA" w14:textId="77777777" w:rsidR="002355BD" w:rsidRPr="001179E8" w:rsidRDefault="00000000">
      <w:pPr>
        <w:rPr>
          <w:lang w:val="pt-BR"/>
        </w:rPr>
      </w:pPr>
      <w:r w:rsidRPr="001179E8">
        <w:rPr>
          <w:lang w:val="pt-BR"/>
        </w:rPr>
        <w:t>Em um ponto particularmente estreito, onde precisavam rastejar um de cada vez, Ricardo se aproximou de Nicole, seus lábios quase tocando sua orelha.</w:t>
      </w:r>
    </w:p>
    <w:p w14:paraId="41C91CC6" w14:textId="77777777" w:rsidR="002355BD" w:rsidRPr="001179E8" w:rsidRDefault="00000000">
      <w:pPr>
        <w:rPr>
          <w:lang w:val="pt-BR"/>
        </w:rPr>
      </w:pPr>
      <w:r w:rsidRPr="001179E8">
        <w:rPr>
          <w:lang w:val="pt-BR"/>
        </w:rPr>
        <w:br/>
      </w:r>
    </w:p>
    <w:p w14:paraId="5B61A4F4" w14:textId="77777777" w:rsidR="002355BD" w:rsidRPr="001179E8" w:rsidRDefault="00000000">
      <w:pPr>
        <w:rPr>
          <w:lang w:val="pt-BR"/>
        </w:rPr>
      </w:pPr>
      <w:r w:rsidRPr="001179E8">
        <w:rPr>
          <w:lang w:val="pt-BR"/>
        </w:rPr>
        <w:t>"Você confia nela?" sussurrou ele, tão baixo que era quase inaudível, indicando Elaine com um movimento quase imperceptível da cabeça.</w:t>
      </w:r>
    </w:p>
    <w:p w14:paraId="4C021A5A" w14:textId="77777777" w:rsidR="002355BD" w:rsidRPr="001179E8" w:rsidRDefault="00000000">
      <w:pPr>
        <w:rPr>
          <w:lang w:val="pt-BR"/>
        </w:rPr>
      </w:pPr>
      <w:r w:rsidRPr="001179E8">
        <w:rPr>
          <w:lang w:val="pt-BR"/>
        </w:rPr>
        <w:br/>
      </w:r>
    </w:p>
    <w:p w14:paraId="07B9D640" w14:textId="77777777" w:rsidR="002355BD" w:rsidRPr="001179E8" w:rsidRDefault="00000000">
      <w:pPr>
        <w:rPr>
          <w:lang w:val="pt-BR"/>
        </w:rPr>
      </w:pPr>
      <w:r w:rsidRPr="001179E8">
        <w:rPr>
          <w:lang w:val="pt-BR"/>
        </w:rPr>
        <w:t>Nicole hesitou. Elaine era um enigma – claramente não humana, com conhecimentos sobre o submundo que sugeriam uma longa história neste reino. Mas havia algo em seus olhos, uma vulnerabilidade que parecia genuína, apesar de sua fachada sedutora.</w:t>
      </w:r>
    </w:p>
    <w:p w14:paraId="7F5D09C5" w14:textId="77777777" w:rsidR="002355BD" w:rsidRPr="001179E8" w:rsidRDefault="00000000">
      <w:pPr>
        <w:rPr>
          <w:lang w:val="pt-BR"/>
        </w:rPr>
      </w:pPr>
      <w:r w:rsidRPr="001179E8">
        <w:rPr>
          <w:lang w:val="pt-BR"/>
        </w:rPr>
        <w:br/>
      </w:r>
    </w:p>
    <w:p w14:paraId="2F4CD76F" w14:textId="77777777" w:rsidR="002355BD" w:rsidRPr="001179E8" w:rsidRDefault="00000000">
      <w:pPr>
        <w:rPr>
          <w:lang w:val="pt-BR"/>
        </w:rPr>
      </w:pPr>
      <w:r w:rsidRPr="001179E8">
        <w:rPr>
          <w:lang w:val="pt-BR"/>
        </w:rPr>
        <w:t>"Não sei," respondeu Nicole finalmente, seu sussurro igualmente baixo. "Mas por enquanto, ela é nossa melhor chance."</w:t>
      </w:r>
    </w:p>
    <w:p w14:paraId="31F18362" w14:textId="77777777" w:rsidR="002355BD" w:rsidRPr="001179E8" w:rsidRDefault="00000000">
      <w:pPr>
        <w:rPr>
          <w:lang w:val="pt-BR"/>
        </w:rPr>
      </w:pPr>
      <w:r w:rsidRPr="001179E8">
        <w:rPr>
          <w:lang w:val="pt-BR"/>
        </w:rPr>
        <w:br/>
      </w:r>
    </w:p>
    <w:p w14:paraId="194A1A13" w14:textId="77777777" w:rsidR="002355BD" w:rsidRPr="001179E8" w:rsidRDefault="00000000">
      <w:pPr>
        <w:rPr>
          <w:lang w:val="pt-BR"/>
        </w:rPr>
      </w:pPr>
      <w:r w:rsidRPr="001179E8">
        <w:rPr>
          <w:lang w:val="pt-BR"/>
        </w:rPr>
        <w:t>Ricardo assentiu, aceitando sua avaliação. Confiava no julgamento de Nicole, em sua capacidade de ler as pessoas – mesmo pessoas que não eram exatamente pessoas.</w:t>
      </w:r>
    </w:p>
    <w:p w14:paraId="4AD70BB7" w14:textId="77777777" w:rsidR="002355BD" w:rsidRPr="001179E8" w:rsidRDefault="00000000">
      <w:pPr>
        <w:rPr>
          <w:lang w:val="pt-BR"/>
        </w:rPr>
      </w:pPr>
      <w:r w:rsidRPr="001179E8">
        <w:rPr>
          <w:lang w:val="pt-BR"/>
        </w:rPr>
        <w:br/>
      </w:r>
    </w:p>
    <w:p w14:paraId="36E949E4" w14:textId="77777777" w:rsidR="002355BD" w:rsidRPr="001179E8" w:rsidRDefault="00000000">
      <w:pPr>
        <w:rPr>
          <w:lang w:val="pt-BR"/>
        </w:rPr>
      </w:pPr>
      <w:r w:rsidRPr="001179E8">
        <w:rPr>
          <w:lang w:val="pt-BR"/>
        </w:rPr>
        <w:t>Continuaram em silêncio, cada passo cuidadosamente calculado. Então, Eco parou abruptamente, erguendo uma mão em um gesto claro: fiquem absolutamente imóveis.</w:t>
      </w:r>
    </w:p>
    <w:p w14:paraId="2EC48493" w14:textId="77777777" w:rsidR="002355BD" w:rsidRPr="001179E8" w:rsidRDefault="00000000">
      <w:pPr>
        <w:rPr>
          <w:lang w:val="pt-BR"/>
        </w:rPr>
      </w:pPr>
      <w:r w:rsidRPr="001179E8">
        <w:rPr>
          <w:lang w:val="pt-BR"/>
        </w:rPr>
        <w:br/>
      </w:r>
    </w:p>
    <w:p w14:paraId="441EBF96" w14:textId="77777777" w:rsidR="002355BD" w:rsidRPr="001179E8" w:rsidRDefault="00000000">
      <w:pPr>
        <w:rPr>
          <w:lang w:val="pt-BR"/>
        </w:rPr>
      </w:pPr>
      <w:r w:rsidRPr="001179E8">
        <w:rPr>
          <w:lang w:val="pt-BR"/>
        </w:rPr>
        <w:lastRenderedPageBreak/>
        <w:t>Todos congelaram. Nicole mal ousava respirar. Seus ouvidos captaram o que Eco havia percebido – um som distante, um arranhão rítmico, como garras contra pedra. E estava se aproximando.</w:t>
      </w:r>
    </w:p>
    <w:p w14:paraId="6AA8C291" w14:textId="77777777" w:rsidR="002355BD" w:rsidRPr="001179E8" w:rsidRDefault="00000000">
      <w:pPr>
        <w:rPr>
          <w:lang w:val="pt-BR"/>
        </w:rPr>
      </w:pPr>
      <w:r w:rsidRPr="001179E8">
        <w:rPr>
          <w:lang w:val="pt-BR"/>
        </w:rPr>
        <w:br/>
      </w:r>
    </w:p>
    <w:p w14:paraId="673D3626" w14:textId="77777777" w:rsidR="002355BD" w:rsidRPr="001179E8" w:rsidRDefault="00000000">
      <w:pPr>
        <w:rPr>
          <w:lang w:val="pt-BR"/>
        </w:rPr>
      </w:pPr>
      <w:r w:rsidRPr="001179E8">
        <w:rPr>
          <w:lang w:val="pt-BR"/>
        </w:rPr>
        <w:t>Eco apontou para uma fenda na parede do túnel – um espaço apertado, mas grande o suficiente para que pudessem se espremer. Silenciosamente, eles se moveram para o esconderijo, pressionando-se contra a rocha fria. Nicole desligou completamente seu brilho metálico, mergulhando-os na escuridão total.</w:t>
      </w:r>
    </w:p>
    <w:p w14:paraId="32534B36" w14:textId="77777777" w:rsidR="002355BD" w:rsidRPr="001179E8" w:rsidRDefault="00000000">
      <w:pPr>
        <w:rPr>
          <w:lang w:val="pt-BR"/>
        </w:rPr>
      </w:pPr>
      <w:r w:rsidRPr="001179E8">
        <w:rPr>
          <w:lang w:val="pt-BR"/>
        </w:rPr>
        <w:br/>
      </w:r>
    </w:p>
    <w:p w14:paraId="407936AD" w14:textId="77777777" w:rsidR="002355BD" w:rsidRPr="001179E8" w:rsidRDefault="00000000">
      <w:pPr>
        <w:rPr>
          <w:lang w:val="pt-BR"/>
        </w:rPr>
      </w:pPr>
      <w:r w:rsidRPr="001179E8">
        <w:rPr>
          <w:lang w:val="pt-BR"/>
        </w:rPr>
        <w:t>O som se aproximava – aquele arranhão metódico, agora acompanhado por um chiado baixo e contínuo. Nicole sentiu Ricardo tencionar ao seu lado, pronto para lutar se necessário. Ela mesma se preparou, transformando silenciosamente seus dedos em pequenas lâminas afiadas.</w:t>
      </w:r>
    </w:p>
    <w:p w14:paraId="05335F72" w14:textId="77777777" w:rsidR="002355BD" w:rsidRPr="001179E8" w:rsidRDefault="00000000">
      <w:pPr>
        <w:rPr>
          <w:lang w:val="pt-BR"/>
        </w:rPr>
      </w:pPr>
      <w:r w:rsidRPr="001179E8">
        <w:rPr>
          <w:lang w:val="pt-BR"/>
        </w:rPr>
        <w:br/>
      </w:r>
    </w:p>
    <w:p w14:paraId="1EE14EAA" w14:textId="77777777" w:rsidR="002355BD" w:rsidRPr="001179E8" w:rsidRDefault="00000000">
      <w:pPr>
        <w:rPr>
          <w:lang w:val="pt-BR"/>
        </w:rPr>
      </w:pPr>
      <w:r w:rsidRPr="001179E8">
        <w:rPr>
          <w:lang w:val="pt-BR"/>
        </w:rPr>
        <w:t>A criatura passou pela entrada da fenda – uma massa ondulante de escuridão mais densa que a própria escuridão ao redor. Nicole não conseguia distinguir sua forma exata, apenas uma impressão de múltiplos membros longos e finos, como os de uma aranha gigantesca, e algo que poderia ser uma cabeça, embora sem feições reconhecíveis.</w:t>
      </w:r>
    </w:p>
    <w:p w14:paraId="449396B7" w14:textId="77777777" w:rsidR="002355BD" w:rsidRPr="001179E8" w:rsidRDefault="00000000">
      <w:pPr>
        <w:rPr>
          <w:lang w:val="pt-BR"/>
        </w:rPr>
      </w:pPr>
      <w:r w:rsidRPr="001179E8">
        <w:rPr>
          <w:lang w:val="pt-BR"/>
        </w:rPr>
        <w:br/>
      </w:r>
    </w:p>
    <w:p w14:paraId="6D09C4D7" w14:textId="77777777" w:rsidR="002355BD" w:rsidRPr="001179E8" w:rsidRDefault="00000000">
      <w:pPr>
        <w:rPr>
          <w:lang w:val="pt-BR"/>
        </w:rPr>
      </w:pPr>
      <w:r w:rsidRPr="001179E8">
        <w:rPr>
          <w:lang w:val="pt-BR"/>
        </w:rPr>
        <w:t>Por um momento terrível, a criatura parou, como se sentisse algo. Sua "cabeça" virou-se lentamente na direção da fenda onde estavam escondidos. Nicole sentiu seu coração parar.</w:t>
      </w:r>
    </w:p>
    <w:p w14:paraId="2AD16E8F" w14:textId="77777777" w:rsidR="002355BD" w:rsidRPr="001179E8" w:rsidRDefault="00000000">
      <w:pPr>
        <w:rPr>
          <w:lang w:val="pt-BR"/>
        </w:rPr>
      </w:pPr>
      <w:r w:rsidRPr="001179E8">
        <w:rPr>
          <w:lang w:val="pt-BR"/>
        </w:rPr>
        <w:br/>
      </w:r>
    </w:p>
    <w:p w14:paraId="3F8B2091" w14:textId="77777777" w:rsidR="002355BD" w:rsidRPr="001179E8" w:rsidRDefault="00000000">
      <w:pPr>
        <w:rPr>
          <w:lang w:val="pt-BR"/>
        </w:rPr>
      </w:pPr>
      <w:r w:rsidRPr="001179E8">
        <w:rPr>
          <w:lang w:val="pt-BR"/>
        </w:rPr>
        <w:t>Foi Elaine quem agiu. Silenciosamente, ela ergueu uma mão, seus olhos brilhando intensamente. Seu corpo começou a se tornar translúcido, quase transparente, e então ela simplesmente... desapareceu.</w:t>
      </w:r>
    </w:p>
    <w:p w14:paraId="576D327E" w14:textId="77777777" w:rsidR="002355BD" w:rsidRPr="001179E8" w:rsidRDefault="00000000">
      <w:pPr>
        <w:rPr>
          <w:lang w:val="pt-BR"/>
        </w:rPr>
      </w:pPr>
      <w:r w:rsidRPr="001179E8">
        <w:rPr>
          <w:lang w:val="pt-BR"/>
        </w:rPr>
        <w:br/>
      </w:r>
    </w:p>
    <w:p w14:paraId="1336E11F" w14:textId="77777777" w:rsidR="002355BD" w:rsidRPr="001179E8" w:rsidRDefault="00000000">
      <w:pPr>
        <w:rPr>
          <w:lang w:val="pt-BR"/>
        </w:rPr>
      </w:pPr>
      <w:r w:rsidRPr="001179E8">
        <w:rPr>
          <w:lang w:val="pt-BR"/>
        </w:rPr>
        <w:t>Segundos depois, a criatura emitiu um som estranho – não um rugido, mas um gemido quase confuso. Seu corpo começou a se contorcer de maneiras impossíveis, como se algo o estivesse atacando por dentro.</w:t>
      </w:r>
    </w:p>
    <w:p w14:paraId="3B671178" w14:textId="77777777" w:rsidR="002355BD" w:rsidRPr="001179E8" w:rsidRDefault="00000000">
      <w:pPr>
        <w:rPr>
          <w:lang w:val="pt-BR"/>
        </w:rPr>
      </w:pPr>
      <w:r w:rsidRPr="001179E8">
        <w:rPr>
          <w:lang w:val="pt-BR"/>
        </w:rPr>
        <w:lastRenderedPageBreak/>
        <w:br/>
      </w:r>
    </w:p>
    <w:p w14:paraId="7C15ECB3" w14:textId="77777777" w:rsidR="002355BD" w:rsidRPr="001179E8" w:rsidRDefault="00000000">
      <w:pPr>
        <w:rPr>
          <w:lang w:val="pt-BR"/>
        </w:rPr>
      </w:pPr>
      <w:r w:rsidRPr="001179E8">
        <w:rPr>
          <w:lang w:val="pt-BR"/>
        </w:rPr>
        <w:t>Então, tão subitamente quanto havia desaparecido, Elaine reapareceu – não onde estava antes, mas diretamente na frente da criatura. Seu corpo parecia ter se materializado através do monstro, como se ela tivesse passado através dele.</w:t>
      </w:r>
    </w:p>
    <w:p w14:paraId="7026937F" w14:textId="77777777" w:rsidR="002355BD" w:rsidRPr="001179E8" w:rsidRDefault="00000000">
      <w:pPr>
        <w:rPr>
          <w:lang w:val="pt-BR"/>
        </w:rPr>
      </w:pPr>
      <w:r w:rsidRPr="001179E8">
        <w:rPr>
          <w:lang w:val="pt-BR"/>
        </w:rPr>
        <w:br/>
      </w:r>
    </w:p>
    <w:p w14:paraId="12F574BD" w14:textId="77777777" w:rsidR="002355BD" w:rsidRPr="001179E8" w:rsidRDefault="00000000">
      <w:pPr>
        <w:rPr>
          <w:lang w:val="pt-BR"/>
        </w:rPr>
      </w:pPr>
      <w:r w:rsidRPr="001179E8">
        <w:rPr>
          <w:lang w:val="pt-BR"/>
        </w:rPr>
        <w:t>A criatura desabou, seu corpo amorfo se dissolvendo em fumaça negra. Elaine permaneceu de pé, seu traje de névoa cintilante ondulando ao seu redor como se agitado por uma brisa invisível.</w:t>
      </w:r>
    </w:p>
    <w:p w14:paraId="6D8C250A" w14:textId="77777777" w:rsidR="002355BD" w:rsidRPr="001179E8" w:rsidRDefault="00000000">
      <w:pPr>
        <w:rPr>
          <w:lang w:val="pt-BR"/>
        </w:rPr>
      </w:pPr>
      <w:r w:rsidRPr="001179E8">
        <w:rPr>
          <w:lang w:val="pt-BR"/>
        </w:rPr>
        <w:br/>
      </w:r>
    </w:p>
    <w:p w14:paraId="3475DB2F" w14:textId="77777777" w:rsidR="002355BD" w:rsidRPr="001179E8" w:rsidRDefault="00000000">
      <w:pPr>
        <w:rPr>
          <w:lang w:val="pt-BR"/>
        </w:rPr>
      </w:pPr>
      <w:r w:rsidRPr="001179E8">
        <w:rPr>
          <w:lang w:val="pt-BR"/>
        </w:rPr>
        <w:t>"Impressionante," murmurou Ricardo, claramente admirado.</w:t>
      </w:r>
    </w:p>
    <w:p w14:paraId="286658F1" w14:textId="77777777" w:rsidR="002355BD" w:rsidRPr="001179E8" w:rsidRDefault="00000000">
      <w:pPr>
        <w:rPr>
          <w:lang w:val="pt-BR"/>
        </w:rPr>
      </w:pPr>
      <w:r w:rsidRPr="001179E8">
        <w:rPr>
          <w:lang w:val="pt-BR"/>
        </w:rPr>
        <w:br/>
      </w:r>
    </w:p>
    <w:p w14:paraId="796ED83C" w14:textId="77777777" w:rsidR="002355BD" w:rsidRPr="001179E8" w:rsidRDefault="00000000">
      <w:pPr>
        <w:rPr>
          <w:lang w:val="pt-BR"/>
        </w:rPr>
      </w:pPr>
      <w:r w:rsidRPr="001179E8">
        <w:rPr>
          <w:lang w:val="pt-BR"/>
        </w:rPr>
        <w:t>Elaine se virou para eles, um sorriso satisfeito em seu rosto. "Uma das vantagens de ser o que sou," disse ela, piscando um olho para Ricardo.</w:t>
      </w:r>
    </w:p>
    <w:p w14:paraId="2C6A68F7" w14:textId="77777777" w:rsidR="002355BD" w:rsidRPr="001179E8" w:rsidRDefault="00000000">
      <w:pPr>
        <w:rPr>
          <w:lang w:val="pt-BR"/>
        </w:rPr>
      </w:pPr>
      <w:r w:rsidRPr="001179E8">
        <w:rPr>
          <w:lang w:val="pt-BR"/>
        </w:rPr>
        <w:br/>
      </w:r>
    </w:p>
    <w:p w14:paraId="09498641" w14:textId="77777777" w:rsidR="002355BD" w:rsidRPr="001179E8" w:rsidRDefault="00000000">
      <w:pPr>
        <w:rPr>
          <w:lang w:val="pt-BR"/>
        </w:rPr>
      </w:pPr>
      <w:r w:rsidRPr="001179E8">
        <w:rPr>
          <w:lang w:val="pt-BR"/>
        </w:rPr>
        <w:t>Nicole sentiu uma pontada de irritação, mas a reprimiu. Não era hora para ciúmes.</w:t>
      </w:r>
    </w:p>
    <w:p w14:paraId="64B019C4" w14:textId="77777777" w:rsidR="002355BD" w:rsidRPr="001179E8" w:rsidRDefault="00000000">
      <w:pPr>
        <w:rPr>
          <w:lang w:val="pt-BR"/>
        </w:rPr>
      </w:pPr>
      <w:r w:rsidRPr="001179E8">
        <w:rPr>
          <w:lang w:val="pt-BR"/>
        </w:rPr>
        <w:br/>
      </w:r>
    </w:p>
    <w:p w14:paraId="52D97035" w14:textId="77777777" w:rsidR="002355BD" w:rsidRPr="001179E8" w:rsidRDefault="00000000">
      <w:pPr>
        <w:rPr>
          <w:lang w:val="pt-BR"/>
        </w:rPr>
      </w:pPr>
      <w:r w:rsidRPr="001179E8">
        <w:rPr>
          <w:lang w:val="pt-BR"/>
        </w:rPr>
        <w:t>"Precisamos continuar," disse Eco urgentemente. "Onde há um Caçador, há outros. E eles sentirão a morte deste."</w:t>
      </w:r>
    </w:p>
    <w:p w14:paraId="7AB292B1" w14:textId="77777777" w:rsidR="002355BD" w:rsidRPr="001179E8" w:rsidRDefault="00000000">
      <w:pPr>
        <w:rPr>
          <w:lang w:val="pt-BR"/>
        </w:rPr>
      </w:pPr>
      <w:r w:rsidRPr="001179E8">
        <w:rPr>
          <w:lang w:val="pt-BR"/>
        </w:rPr>
        <w:br/>
      </w:r>
    </w:p>
    <w:p w14:paraId="2FB290A7" w14:textId="77777777" w:rsidR="002355BD" w:rsidRPr="001179E8" w:rsidRDefault="00000000">
      <w:pPr>
        <w:rPr>
          <w:lang w:val="pt-BR"/>
        </w:rPr>
      </w:pPr>
      <w:r w:rsidRPr="001179E8">
        <w:rPr>
          <w:lang w:val="pt-BR"/>
        </w:rPr>
        <w:t>Eles continuaram sua jornada através dos túneis sinuosos, agora movendo-se com ainda mais urgência. À medida que avançavam, Nicole notou uma mudança sutil no ambiente – o ar tornava-se mais fresco, menos estagnado, e havia uma vibração quase imperceptível no solo sob seus pés.</w:t>
      </w:r>
    </w:p>
    <w:p w14:paraId="70643659" w14:textId="77777777" w:rsidR="002355BD" w:rsidRPr="001179E8" w:rsidRDefault="00000000">
      <w:pPr>
        <w:rPr>
          <w:lang w:val="pt-BR"/>
        </w:rPr>
      </w:pPr>
      <w:r w:rsidRPr="001179E8">
        <w:rPr>
          <w:lang w:val="pt-BR"/>
        </w:rPr>
        <w:br/>
      </w:r>
    </w:p>
    <w:p w14:paraId="4F85F2CF" w14:textId="77777777" w:rsidR="002355BD" w:rsidRPr="001179E8" w:rsidRDefault="00000000">
      <w:pPr>
        <w:rPr>
          <w:lang w:val="pt-BR"/>
        </w:rPr>
      </w:pPr>
      <w:r w:rsidRPr="001179E8">
        <w:rPr>
          <w:lang w:val="pt-BR"/>
        </w:rPr>
        <w:t>"Estamos nos aproximando," sussurrou Eco. "O Portal Principal está logo à frente."</w:t>
      </w:r>
    </w:p>
    <w:p w14:paraId="60C0E06A" w14:textId="77777777" w:rsidR="002355BD" w:rsidRPr="001179E8" w:rsidRDefault="00000000">
      <w:pPr>
        <w:rPr>
          <w:lang w:val="pt-BR"/>
        </w:rPr>
      </w:pPr>
      <w:r w:rsidRPr="001179E8">
        <w:rPr>
          <w:lang w:val="pt-BR"/>
        </w:rPr>
        <w:lastRenderedPageBreak/>
        <w:br/>
      </w:r>
    </w:p>
    <w:p w14:paraId="626E2DF4" w14:textId="77777777" w:rsidR="002355BD" w:rsidRPr="001179E8" w:rsidRDefault="00000000">
      <w:pPr>
        <w:rPr>
          <w:lang w:val="pt-BR"/>
        </w:rPr>
      </w:pPr>
      <w:r w:rsidRPr="001179E8">
        <w:rPr>
          <w:lang w:val="pt-BR"/>
        </w:rPr>
        <w:t>Nicole sentiu seu coração acelerar com esperança renovada. Finalmente, uma chance de voltar para casa, de alertar os outros sobre a ameaça de Abyzoth e Rox.</w:t>
      </w:r>
    </w:p>
    <w:p w14:paraId="37E5D59D" w14:textId="77777777" w:rsidR="002355BD" w:rsidRPr="001179E8" w:rsidRDefault="00000000">
      <w:pPr>
        <w:rPr>
          <w:lang w:val="pt-BR"/>
        </w:rPr>
      </w:pPr>
      <w:r w:rsidRPr="001179E8">
        <w:rPr>
          <w:lang w:val="pt-BR"/>
        </w:rPr>
        <w:br/>
      </w:r>
    </w:p>
    <w:p w14:paraId="0740B810" w14:textId="77777777" w:rsidR="002355BD" w:rsidRPr="001179E8" w:rsidRDefault="00000000">
      <w:pPr>
        <w:rPr>
          <w:lang w:val="pt-BR"/>
        </w:rPr>
      </w:pPr>
      <w:r w:rsidRPr="001179E8">
        <w:rPr>
          <w:lang w:val="pt-BR"/>
        </w:rPr>
        <w:t>Os túneis começaram a se alargar, o teto elevando-se gradualmente até que estavam caminhando em uma caverna espaçosa. E então, virando uma curva final, eles viram.</w:t>
      </w:r>
    </w:p>
    <w:p w14:paraId="58E1F0FD" w14:textId="77777777" w:rsidR="002355BD" w:rsidRPr="001179E8" w:rsidRDefault="00000000">
      <w:pPr>
        <w:rPr>
          <w:lang w:val="pt-BR"/>
        </w:rPr>
      </w:pPr>
      <w:r w:rsidRPr="001179E8">
        <w:rPr>
          <w:lang w:val="pt-BR"/>
        </w:rPr>
        <w:br/>
      </w:r>
    </w:p>
    <w:p w14:paraId="6EE6F612" w14:textId="77777777" w:rsidR="002355BD" w:rsidRPr="001179E8" w:rsidRDefault="00000000">
      <w:pPr>
        <w:rPr>
          <w:lang w:val="pt-BR"/>
        </w:rPr>
      </w:pPr>
      <w:r w:rsidRPr="001179E8">
        <w:rPr>
          <w:lang w:val="pt-BR"/>
        </w:rPr>
        <w:t>O Portal Principal.</w:t>
      </w:r>
    </w:p>
    <w:p w14:paraId="2D7AFA6A" w14:textId="77777777" w:rsidR="002355BD" w:rsidRPr="001179E8" w:rsidRDefault="00000000">
      <w:pPr>
        <w:rPr>
          <w:lang w:val="pt-BR"/>
        </w:rPr>
      </w:pPr>
      <w:r w:rsidRPr="001179E8">
        <w:rPr>
          <w:lang w:val="pt-BR"/>
        </w:rPr>
        <w:br/>
      </w:r>
    </w:p>
    <w:p w14:paraId="61E5814F" w14:textId="77777777" w:rsidR="002355BD" w:rsidRPr="001179E8" w:rsidRDefault="00000000">
      <w:pPr>
        <w:rPr>
          <w:lang w:val="pt-BR"/>
        </w:rPr>
      </w:pPr>
      <w:r w:rsidRPr="001179E8">
        <w:rPr>
          <w:lang w:val="pt-BR"/>
        </w:rPr>
        <w:t>Era uma estrutura imponente – um arco gigantesco feito do que parecia ser obsidiana pura, incrustado com veios de cristal que pulsavam com luz própria. Dentro do arco, havia uma ondulação no próprio ar, como se a realidade ali fosse mais fina, mais maleável.</w:t>
      </w:r>
    </w:p>
    <w:p w14:paraId="3C9E9482" w14:textId="77777777" w:rsidR="002355BD" w:rsidRPr="001179E8" w:rsidRDefault="00000000">
      <w:pPr>
        <w:rPr>
          <w:lang w:val="pt-BR"/>
        </w:rPr>
      </w:pPr>
      <w:r w:rsidRPr="001179E8">
        <w:rPr>
          <w:lang w:val="pt-BR"/>
        </w:rPr>
        <w:br/>
      </w:r>
    </w:p>
    <w:p w14:paraId="2AB40CC7" w14:textId="77777777" w:rsidR="002355BD" w:rsidRPr="001179E8" w:rsidRDefault="00000000">
      <w:pPr>
        <w:rPr>
          <w:lang w:val="pt-BR"/>
        </w:rPr>
      </w:pPr>
      <w:r w:rsidRPr="001179E8">
        <w:rPr>
          <w:lang w:val="pt-BR"/>
        </w:rPr>
        <w:t>"É lindo," sussurrou Elaine, seus olhos refletindo as luzes pulsantes do portal.</w:t>
      </w:r>
    </w:p>
    <w:p w14:paraId="585B080E" w14:textId="77777777" w:rsidR="002355BD" w:rsidRPr="001179E8" w:rsidRDefault="00000000">
      <w:pPr>
        <w:rPr>
          <w:lang w:val="pt-BR"/>
        </w:rPr>
      </w:pPr>
      <w:r w:rsidRPr="001179E8">
        <w:rPr>
          <w:lang w:val="pt-BR"/>
        </w:rPr>
        <w:br/>
      </w:r>
    </w:p>
    <w:p w14:paraId="3750F227" w14:textId="77777777" w:rsidR="002355BD" w:rsidRPr="001179E8" w:rsidRDefault="00000000">
      <w:pPr>
        <w:rPr>
          <w:lang w:val="pt-BR"/>
        </w:rPr>
      </w:pPr>
      <w:r w:rsidRPr="001179E8">
        <w:rPr>
          <w:lang w:val="pt-BR"/>
        </w:rPr>
        <w:t>"E fortemente guardado," acrescentou Eco, apontando para as figuras que se moviam nas sombras ao redor do portal – Caçadores das Sombras, pelo menos uma dúzia deles, patrulhando em padrões precisos.</w:t>
      </w:r>
    </w:p>
    <w:p w14:paraId="37669FAE" w14:textId="77777777" w:rsidR="002355BD" w:rsidRPr="001179E8" w:rsidRDefault="00000000">
      <w:pPr>
        <w:rPr>
          <w:lang w:val="pt-BR"/>
        </w:rPr>
      </w:pPr>
      <w:r w:rsidRPr="001179E8">
        <w:rPr>
          <w:lang w:val="pt-BR"/>
        </w:rPr>
        <w:br/>
      </w:r>
    </w:p>
    <w:p w14:paraId="7708A40F" w14:textId="77777777" w:rsidR="002355BD" w:rsidRPr="001179E8" w:rsidRDefault="00000000">
      <w:pPr>
        <w:rPr>
          <w:lang w:val="pt-BR"/>
        </w:rPr>
      </w:pPr>
      <w:r w:rsidRPr="001179E8">
        <w:rPr>
          <w:lang w:val="pt-BR"/>
        </w:rPr>
        <w:t>"Como vamos passar por eles?" perguntou Ricardo, estudando a situação com olhos críticos.</w:t>
      </w:r>
    </w:p>
    <w:p w14:paraId="218AC917" w14:textId="77777777" w:rsidR="002355BD" w:rsidRPr="001179E8" w:rsidRDefault="00000000">
      <w:pPr>
        <w:rPr>
          <w:lang w:val="pt-BR"/>
        </w:rPr>
      </w:pPr>
      <w:r w:rsidRPr="001179E8">
        <w:rPr>
          <w:lang w:val="pt-BR"/>
        </w:rPr>
        <w:br/>
      </w:r>
    </w:p>
    <w:p w14:paraId="645131B9" w14:textId="77777777" w:rsidR="002355BD" w:rsidRPr="001179E8" w:rsidRDefault="00000000">
      <w:pPr>
        <w:rPr>
          <w:lang w:val="pt-BR"/>
        </w:rPr>
      </w:pPr>
      <w:r w:rsidRPr="001179E8">
        <w:rPr>
          <w:lang w:val="pt-BR"/>
        </w:rPr>
        <w:t>"Precisamos de uma distração," respondeu Nicole, sua mente analítica já calculando possibilidades.</w:t>
      </w:r>
    </w:p>
    <w:p w14:paraId="19ED7328" w14:textId="77777777" w:rsidR="002355BD" w:rsidRPr="001179E8" w:rsidRDefault="00000000">
      <w:pPr>
        <w:rPr>
          <w:lang w:val="pt-BR"/>
        </w:rPr>
      </w:pPr>
      <w:r w:rsidRPr="001179E8">
        <w:rPr>
          <w:lang w:val="pt-BR"/>
        </w:rPr>
        <w:br/>
      </w:r>
    </w:p>
    <w:p w14:paraId="45677D0E" w14:textId="77777777" w:rsidR="002355BD" w:rsidRPr="001179E8" w:rsidRDefault="00000000">
      <w:pPr>
        <w:rPr>
          <w:lang w:val="pt-BR"/>
        </w:rPr>
      </w:pPr>
      <w:r w:rsidRPr="001179E8">
        <w:rPr>
          <w:lang w:val="pt-BR"/>
        </w:rPr>
        <w:lastRenderedPageBreak/>
        <w:t>"Eu posso criar uma," ofereceu Elaine. "Minha invisibilidade e maleabilidade seriam úteis."</w:t>
      </w:r>
    </w:p>
    <w:p w14:paraId="2E354C6B" w14:textId="77777777" w:rsidR="002355BD" w:rsidRPr="001179E8" w:rsidRDefault="00000000">
      <w:pPr>
        <w:rPr>
          <w:lang w:val="pt-BR"/>
        </w:rPr>
      </w:pPr>
      <w:r w:rsidRPr="001179E8">
        <w:rPr>
          <w:lang w:val="pt-BR"/>
        </w:rPr>
        <w:br/>
      </w:r>
    </w:p>
    <w:p w14:paraId="4DC15F8A" w14:textId="77777777" w:rsidR="002355BD" w:rsidRPr="001179E8" w:rsidRDefault="00000000">
      <w:pPr>
        <w:rPr>
          <w:lang w:val="pt-BR"/>
        </w:rPr>
      </w:pPr>
      <w:r w:rsidRPr="001179E8">
        <w:rPr>
          <w:lang w:val="pt-BR"/>
        </w:rPr>
        <w:t>Nicole assentiu, reconhecendo a lógica. "Mas é arriscado demais para você ir sozinha."</w:t>
      </w:r>
    </w:p>
    <w:p w14:paraId="0E7B1398" w14:textId="77777777" w:rsidR="002355BD" w:rsidRPr="001179E8" w:rsidRDefault="00000000">
      <w:pPr>
        <w:rPr>
          <w:lang w:val="pt-BR"/>
        </w:rPr>
      </w:pPr>
      <w:r w:rsidRPr="001179E8">
        <w:rPr>
          <w:lang w:val="pt-BR"/>
        </w:rPr>
        <w:br/>
      </w:r>
    </w:p>
    <w:p w14:paraId="22AB5542" w14:textId="77777777" w:rsidR="002355BD" w:rsidRPr="001179E8" w:rsidRDefault="00000000">
      <w:pPr>
        <w:rPr>
          <w:lang w:val="pt-BR"/>
        </w:rPr>
      </w:pPr>
      <w:r w:rsidRPr="001179E8">
        <w:rPr>
          <w:lang w:val="pt-BR"/>
        </w:rPr>
        <w:t>"Eu irei com ela," disse Ricardo imediatamente.</w:t>
      </w:r>
    </w:p>
    <w:p w14:paraId="21F290CE" w14:textId="77777777" w:rsidR="002355BD" w:rsidRPr="001179E8" w:rsidRDefault="00000000">
      <w:pPr>
        <w:rPr>
          <w:lang w:val="pt-BR"/>
        </w:rPr>
      </w:pPr>
      <w:r w:rsidRPr="001179E8">
        <w:rPr>
          <w:lang w:val="pt-BR"/>
        </w:rPr>
        <w:br/>
      </w:r>
    </w:p>
    <w:p w14:paraId="71AA01C7" w14:textId="77777777" w:rsidR="002355BD" w:rsidRPr="001179E8" w:rsidRDefault="00000000">
      <w:pPr>
        <w:rPr>
          <w:lang w:val="pt-BR"/>
        </w:rPr>
      </w:pPr>
      <w:r w:rsidRPr="001179E8">
        <w:rPr>
          <w:lang w:val="pt-BR"/>
        </w:rPr>
        <w:t>Nicole sentiu aquela pontada de ciúme novamente, mais forte desta vez. Mas antes que pudesse protestar, Eco interveio.</w:t>
      </w:r>
    </w:p>
    <w:p w14:paraId="2213326B" w14:textId="77777777" w:rsidR="002355BD" w:rsidRPr="001179E8" w:rsidRDefault="00000000">
      <w:pPr>
        <w:rPr>
          <w:lang w:val="pt-BR"/>
        </w:rPr>
      </w:pPr>
      <w:r w:rsidRPr="001179E8">
        <w:rPr>
          <w:lang w:val="pt-BR"/>
        </w:rPr>
        <w:br/>
      </w:r>
    </w:p>
    <w:p w14:paraId="558207EA" w14:textId="77777777" w:rsidR="002355BD" w:rsidRPr="001179E8" w:rsidRDefault="00000000">
      <w:pPr>
        <w:rPr>
          <w:lang w:val="pt-BR"/>
        </w:rPr>
      </w:pPr>
      <w:r w:rsidRPr="001179E8">
        <w:rPr>
          <w:lang w:val="pt-BR"/>
        </w:rPr>
        <w:t>"Não," disse ele, sua voz firme mas gentil. "Vocês três devem permanecer juntos. Eu criarei a distração."</w:t>
      </w:r>
    </w:p>
    <w:p w14:paraId="78767C10" w14:textId="77777777" w:rsidR="002355BD" w:rsidRPr="001179E8" w:rsidRDefault="00000000">
      <w:pPr>
        <w:rPr>
          <w:lang w:val="pt-BR"/>
        </w:rPr>
      </w:pPr>
      <w:r w:rsidRPr="001179E8">
        <w:rPr>
          <w:lang w:val="pt-BR"/>
        </w:rPr>
        <w:br/>
      </w:r>
    </w:p>
    <w:p w14:paraId="74826CC4" w14:textId="77777777" w:rsidR="002355BD" w:rsidRPr="001179E8" w:rsidRDefault="00000000">
      <w:pPr>
        <w:rPr>
          <w:lang w:val="pt-BR"/>
        </w:rPr>
      </w:pPr>
      <w:r w:rsidRPr="001179E8">
        <w:rPr>
          <w:lang w:val="pt-BR"/>
        </w:rPr>
        <w:t>"Você?" perguntou Elaine, surpresa evidente em sua voz. "Sem ofensa, mas você não parece... combativo."</w:t>
      </w:r>
    </w:p>
    <w:p w14:paraId="4A939E41" w14:textId="77777777" w:rsidR="002355BD" w:rsidRPr="001179E8" w:rsidRDefault="00000000">
      <w:pPr>
        <w:rPr>
          <w:lang w:val="pt-BR"/>
        </w:rPr>
      </w:pPr>
      <w:r w:rsidRPr="001179E8">
        <w:rPr>
          <w:lang w:val="pt-BR"/>
        </w:rPr>
        <w:br/>
      </w:r>
    </w:p>
    <w:p w14:paraId="1C2AF19E" w14:textId="77777777" w:rsidR="002355BD" w:rsidRPr="001179E8" w:rsidRDefault="00000000">
      <w:pPr>
        <w:rPr>
          <w:lang w:val="pt-BR"/>
        </w:rPr>
      </w:pPr>
      <w:r w:rsidRPr="001179E8">
        <w:rPr>
          <w:lang w:val="pt-BR"/>
        </w:rPr>
        <w:t>Eco sorriu, um sorriso estranho e enigmático que não parecia pertencer ao seu rosto normalmente sério. "Há muito sobre mim que vocês não sabem."</w:t>
      </w:r>
    </w:p>
    <w:p w14:paraId="3683F13F" w14:textId="77777777" w:rsidR="002355BD" w:rsidRPr="001179E8" w:rsidRDefault="00000000">
      <w:pPr>
        <w:rPr>
          <w:lang w:val="pt-BR"/>
        </w:rPr>
      </w:pPr>
      <w:r w:rsidRPr="001179E8">
        <w:rPr>
          <w:lang w:val="pt-BR"/>
        </w:rPr>
        <w:br/>
      </w:r>
    </w:p>
    <w:p w14:paraId="7ECAD639" w14:textId="77777777" w:rsidR="002355BD" w:rsidRPr="001179E8" w:rsidRDefault="00000000">
      <w:pPr>
        <w:rPr>
          <w:lang w:val="pt-BR"/>
        </w:rPr>
      </w:pPr>
      <w:r w:rsidRPr="001179E8">
        <w:rPr>
          <w:lang w:val="pt-BR"/>
        </w:rPr>
        <w:t>Com essas palavras, ele se afastou deles, movendo-se para uma posição que oferecia uma visão clara do portal e seus guardas. Então, para o espanto de todos, ele removeu seu capuz completamente.</w:t>
      </w:r>
    </w:p>
    <w:p w14:paraId="46894ED4" w14:textId="77777777" w:rsidR="002355BD" w:rsidRPr="001179E8" w:rsidRDefault="00000000">
      <w:pPr>
        <w:rPr>
          <w:lang w:val="pt-BR"/>
        </w:rPr>
      </w:pPr>
      <w:r w:rsidRPr="001179E8">
        <w:rPr>
          <w:lang w:val="pt-BR"/>
        </w:rPr>
        <w:br/>
      </w:r>
    </w:p>
    <w:p w14:paraId="1CA1FA41" w14:textId="77777777" w:rsidR="002355BD" w:rsidRPr="001179E8" w:rsidRDefault="00000000">
      <w:pPr>
        <w:rPr>
          <w:lang w:val="pt-BR"/>
        </w:rPr>
      </w:pPr>
      <w:r w:rsidRPr="001179E8">
        <w:rPr>
          <w:lang w:val="pt-BR"/>
        </w:rPr>
        <w:t>O que viram os deixou sem palavras.</w:t>
      </w:r>
    </w:p>
    <w:p w14:paraId="0D0A3DEC" w14:textId="77777777" w:rsidR="002355BD" w:rsidRPr="001179E8" w:rsidRDefault="00000000">
      <w:pPr>
        <w:rPr>
          <w:lang w:val="pt-BR"/>
        </w:rPr>
      </w:pPr>
      <w:r w:rsidRPr="001179E8">
        <w:rPr>
          <w:lang w:val="pt-BR"/>
        </w:rPr>
        <w:lastRenderedPageBreak/>
        <w:br/>
      </w:r>
    </w:p>
    <w:p w14:paraId="5CF643F3" w14:textId="77777777" w:rsidR="002355BD" w:rsidRPr="001179E8" w:rsidRDefault="00000000">
      <w:pPr>
        <w:rPr>
          <w:lang w:val="pt-BR"/>
        </w:rPr>
      </w:pPr>
      <w:r w:rsidRPr="001179E8">
        <w:rPr>
          <w:lang w:val="pt-BR"/>
        </w:rPr>
        <w:t>O rosto de Eco não era humano, nem mesmo próximo disso. Era uma máscara de luz pura, constantemente mudando e fluindo, como se não pudesse se decidir por uma forma definitiva. Seus olhos eram vórtices de energia dourada, e quando ele falou novamente, sua voz parecia vir de todos os lugares ao mesmo tempo.</w:t>
      </w:r>
    </w:p>
    <w:p w14:paraId="6E99AA79" w14:textId="77777777" w:rsidR="002355BD" w:rsidRPr="001179E8" w:rsidRDefault="00000000">
      <w:pPr>
        <w:rPr>
          <w:lang w:val="pt-BR"/>
        </w:rPr>
      </w:pPr>
      <w:r w:rsidRPr="001179E8">
        <w:rPr>
          <w:lang w:val="pt-BR"/>
        </w:rPr>
        <w:br/>
      </w:r>
    </w:p>
    <w:p w14:paraId="182DE510" w14:textId="77777777" w:rsidR="002355BD" w:rsidRPr="001179E8" w:rsidRDefault="00000000">
      <w:pPr>
        <w:rPr>
          <w:lang w:val="pt-BR"/>
        </w:rPr>
      </w:pPr>
      <w:r w:rsidRPr="001179E8">
        <w:rPr>
          <w:lang w:val="pt-BR"/>
        </w:rPr>
        <w:t>"Chegou a hora da verdade," disse ele, sua voz agora carregando uma autoridade que não estava presente antes. "Eu não sou o que pareço."</w:t>
      </w:r>
    </w:p>
    <w:p w14:paraId="33B94917" w14:textId="77777777" w:rsidR="002355BD" w:rsidRPr="001179E8" w:rsidRDefault="00000000">
      <w:pPr>
        <w:rPr>
          <w:lang w:val="pt-BR"/>
        </w:rPr>
      </w:pPr>
      <w:r w:rsidRPr="001179E8">
        <w:rPr>
          <w:lang w:val="pt-BR"/>
        </w:rPr>
        <w:br/>
      </w:r>
    </w:p>
    <w:p w14:paraId="6635CC9F" w14:textId="77777777" w:rsidR="002355BD" w:rsidRPr="001179E8" w:rsidRDefault="00000000">
      <w:pPr>
        <w:rPr>
          <w:lang w:val="pt-BR"/>
        </w:rPr>
      </w:pPr>
      <w:r w:rsidRPr="001179E8">
        <w:rPr>
          <w:lang w:val="pt-BR"/>
        </w:rPr>
        <w:t>"O que você é?" perguntou Nicole, sua voz um sussurro reverente.</w:t>
      </w:r>
    </w:p>
    <w:p w14:paraId="38F7E4BA" w14:textId="77777777" w:rsidR="002355BD" w:rsidRPr="001179E8" w:rsidRDefault="00000000">
      <w:pPr>
        <w:rPr>
          <w:lang w:val="pt-BR"/>
        </w:rPr>
      </w:pPr>
      <w:r w:rsidRPr="001179E8">
        <w:rPr>
          <w:lang w:val="pt-BR"/>
        </w:rPr>
        <w:br/>
      </w:r>
    </w:p>
    <w:p w14:paraId="190E7BCE" w14:textId="77777777" w:rsidR="002355BD" w:rsidRPr="001179E8" w:rsidRDefault="00000000">
      <w:pPr>
        <w:rPr>
          <w:lang w:val="pt-BR"/>
        </w:rPr>
      </w:pPr>
      <w:r w:rsidRPr="001179E8">
        <w:rPr>
          <w:lang w:val="pt-BR"/>
        </w:rPr>
        <w:t>"Sou um Eco," respondeu ele. "Um fragmento, uma impressão deixada para trás. Não sou o original, apenas um reflexo dele."</w:t>
      </w:r>
    </w:p>
    <w:p w14:paraId="5BB04535" w14:textId="77777777" w:rsidR="002355BD" w:rsidRPr="001179E8" w:rsidRDefault="00000000">
      <w:pPr>
        <w:rPr>
          <w:lang w:val="pt-BR"/>
        </w:rPr>
      </w:pPr>
      <w:r w:rsidRPr="001179E8">
        <w:rPr>
          <w:lang w:val="pt-BR"/>
        </w:rPr>
        <w:br/>
      </w:r>
    </w:p>
    <w:p w14:paraId="145BE503" w14:textId="77777777" w:rsidR="002355BD" w:rsidRPr="001179E8" w:rsidRDefault="00000000">
      <w:pPr>
        <w:rPr>
          <w:lang w:val="pt-BR"/>
        </w:rPr>
      </w:pPr>
      <w:r w:rsidRPr="001179E8">
        <w:rPr>
          <w:lang w:val="pt-BR"/>
        </w:rPr>
        <w:t>"Reflexo de quem?" pressionou Ricardo.</w:t>
      </w:r>
    </w:p>
    <w:p w14:paraId="246D6701" w14:textId="77777777" w:rsidR="002355BD" w:rsidRPr="001179E8" w:rsidRDefault="00000000">
      <w:pPr>
        <w:rPr>
          <w:lang w:val="pt-BR"/>
        </w:rPr>
      </w:pPr>
      <w:r w:rsidRPr="001179E8">
        <w:rPr>
          <w:lang w:val="pt-BR"/>
        </w:rPr>
        <w:br/>
      </w:r>
    </w:p>
    <w:p w14:paraId="14154CB6" w14:textId="77777777" w:rsidR="002355BD" w:rsidRPr="001179E8" w:rsidRDefault="00000000">
      <w:pPr>
        <w:rPr>
          <w:lang w:val="pt-BR"/>
        </w:rPr>
      </w:pPr>
      <w:r w:rsidRPr="001179E8">
        <w:rPr>
          <w:lang w:val="pt-BR"/>
        </w:rPr>
        <w:t>"Do Lorde da Ordem," respondeu Eco, e o ar ao redor dele pareceu vibrar com o peso daquele nome. "Uma das entidades primordiais que mantêm o equilíbrio entre os reinos. Oposto e igual a Abyzoth, o Lorde do Caos."</w:t>
      </w:r>
    </w:p>
    <w:p w14:paraId="102C9034" w14:textId="77777777" w:rsidR="002355BD" w:rsidRPr="001179E8" w:rsidRDefault="00000000">
      <w:pPr>
        <w:rPr>
          <w:lang w:val="pt-BR"/>
        </w:rPr>
      </w:pPr>
      <w:r w:rsidRPr="001179E8">
        <w:rPr>
          <w:lang w:val="pt-BR"/>
        </w:rPr>
        <w:br/>
      </w:r>
    </w:p>
    <w:p w14:paraId="18A4C334" w14:textId="77777777" w:rsidR="002355BD" w:rsidRPr="001179E8" w:rsidRDefault="00000000">
      <w:pPr>
        <w:rPr>
          <w:lang w:val="pt-BR"/>
        </w:rPr>
      </w:pPr>
      <w:r w:rsidRPr="001179E8">
        <w:rPr>
          <w:lang w:val="pt-BR"/>
        </w:rPr>
        <w:t>Elaine ofegou, seus olhos arregalados com choque e algo próximo à reverência. "O Lorde da Ordem... pensei que fosse apenas uma lenda."</w:t>
      </w:r>
    </w:p>
    <w:p w14:paraId="03E17118" w14:textId="77777777" w:rsidR="002355BD" w:rsidRPr="001179E8" w:rsidRDefault="00000000">
      <w:pPr>
        <w:rPr>
          <w:lang w:val="pt-BR"/>
        </w:rPr>
      </w:pPr>
      <w:r w:rsidRPr="001179E8">
        <w:rPr>
          <w:lang w:val="pt-BR"/>
        </w:rPr>
        <w:br/>
      </w:r>
    </w:p>
    <w:p w14:paraId="7ABC58F7" w14:textId="77777777" w:rsidR="002355BD" w:rsidRPr="001179E8" w:rsidRDefault="00000000">
      <w:pPr>
        <w:rPr>
          <w:lang w:val="pt-BR"/>
        </w:rPr>
      </w:pPr>
      <w:r w:rsidRPr="001179E8">
        <w:rPr>
          <w:lang w:val="pt-BR"/>
        </w:rPr>
        <w:t xml:space="preserve">"Muitas lendas têm base na verdade," respondeu Eco. "O Lorde da Ordem não pode interferir diretamente neste reino – isso violaria as leis cósmicas que ele mesmo ajudou a </w:t>
      </w:r>
      <w:r w:rsidRPr="001179E8">
        <w:rPr>
          <w:lang w:val="pt-BR"/>
        </w:rPr>
        <w:lastRenderedPageBreak/>
        <w:t>estabelecer. Mas ele pode enviar... ecos. Fragmentos de sua consciência e poder, para guiar, para ajudar."</w:t>
      </w:r>
    </w:p>
    <w:p w14:paraId="26AE053A" w14:textId="77777777" w:rsidR="002355BD" w:rsidRPr="001179E8" w:rsidRDefault="00000000">
      <w:pPr>
        <w:rPr>
          <w:lang w:val="pt-BR"/>
        </w:rPr>
      </w:pPr>
      <w:r w:rsidRPr="001179E8">
        <w:rPr>
          <w:lang w:val="pt-BR"/>
        </w:rPr>
        <w:br/>
      </w:r>
    </w:p>
    <w:p w14:paraId="7D0B4188" w14:textId="77777777" w:rsidR="002355BD" w:rsidRPr="001179E8" w:rsidRDefault="00000000">
      <w:pPr>
        <w:rPr>
          <w:lang w:val="pt-BR"/>
        </w:rPr>
      </w:pPr>
      <w:r w:rsidRPr="001179E8">
        <w:rPr>
          <w:lang w:val="pt-BR"/>
        </w:rPr>
        <w:t>"E você é um desses fragmentos," concluiu Nicole, compreendendo finalmente.</w:t>
      </w:r>
    </w:p>
    <w:p w14:paraId="33DDF8D7" w14:textId="77777777" w:rsidR="002355BD" w:rsidRPr="001179E8" w:rsidRDefault="00000000">
      <w:pPr>
        <w:rPr>
          <w:lang w:val="pt-BR"/>
        </w:rPr>
      </w:pPr>
      <w:r w:rsidRPr="001179E8">
        <w:rPr>
          <w:lang w:val="pt-BR"/>
        </w:rPr>
        <w:br/>
      </w:r>
    </w:p>
    <w:p w14:paraId="65A02273" w14:textId="77777777" w:rsidR="002355BD" w:rsidRPr="001179E8" w:rsidRDefault="00000000">
      <w:pPr>
        <w:rPr>
          <w:lang w:val="pt-BR"/>
        </w:rPr>
      </w:pPr>
      <w:r w:rsidRPr="001179E8">
        <w:rPr>
          <w:lang w:val="pt-BR"/>
        </w:rPr>
        <w:t>Eco assentiu. "Fui enviado há muito tempo, para observar Abyzoth, para garantir que ele permanecesse contido. Mas falhei. Fui capturado, enfraquecido, quase destruído. O que vocês veem é apenas uma sombra do que fui uma vez."</w:t>
      </w:r>
    </w:p>
    <w:p w14:paraId="4B568785" w14:textId="77777777" w:rsidR="002355BD" w:rsidRPr="001179E8" w:rsidRDefault="00000000">
      <w:pPr>
        <w:rPr>
          <w:lang w:val="pt-BR"/>
        </w:rPr>
      </w:pPr>
      <w:r w:rsidRPr="001179E8">
        <w:rPr>
          <w:lang w:val="pt-BR"/>
        </w:rPr>
        <w:br/>
      </w:r>
    </w:p>
    <w:p w14:paraId="5199C8D1" w14:textId="77777777" w:rsidR="002355BD" w:rsidRPr="001179E8" w:rsidRDefault="00000000">
      <w:pPr>
        <w:rPr>
          <w:lang w:val="pt-BR"/>
        </w:rPr>
      </w:pPr>
      <w:r w:rsidRPr="001179E8">
        <w:rPr>
          <w:lang w:val="pt-BR"/>
        </w:rPr>
        <w:t>"Mas ainda tem poder suficiente para nos ajudar," disse Ricardo.</w:t>
      </w:r>
    </w:p>
    <w:p w14:paraId="13B9C90E" w14:textId="77777777" w:rsidR="002355BD" w:rsidRPr="001179E8" w:rsidRDefault="00000000">
      <w:pPr>
        <w:rPr>
          <w:lang w:val="pt-BR"/>
        </w:rPr>
      </w:pPr>
      <w:r w:rsidRPr="001179E8">
        <w:rPr>
          <w:lang w:val="pt-BR"/>
        </w:rPr>
        <w:br/>
      </w:r>
    </w:p>
    <w:p w14:paraId="5962CA5E" w14:textId="77777777" w:rsidR="002355BD" w:rsidRPr="001179E8" w:rsidRDefault="00000000">
      <w:pPr>
        <w:rPr>
          <w:lang w:val="pt-BR"/>
        </w:rPr>
      </w:pPr>
      <w:r w:rsidRPr="001179E8">
        <w:rPr>
          <w:lang w:val="pt-BR"/>
        </w:rPr>
        <w:t>"Sim," confirmou Eco. "E agora, usarei o que resta de meu poder para dar a vocês uma chance de escapar, de alertar os outros reinos."</w:t>
      </w:r>
    </w:p>
    <w:p w14:paraId="3DFA5F66" w14:textId="77777777" w:rsidR="002355BD" w:rsidRPr="001179E8" w:rsidRDefault="00000000">
      <w:pPr>
        <w:rPr>
          <w:lang w:val="pt-BR"/>
        </w:rPr>
      </w:pPr>
      <w:r w:rsidRPr="001179E8">
        <w:rPr>
          <w:lang w:val="pt-BR"/>
        </w:rPr>
        <w:br/>
      </w:r>
    </w:p>
    <w:p w14:paraId="492AB16F" w14:textId="77777777" w:rsidR="002355BD" w:rsidRPr="001179E8" w:rsidRDefault="00000000">
      <w:pPr>
        <w:rPr>
          <w:lang w:val="pt-BR"/>
        </w:rPr>
      </w:pPr>
      <w:r w:rsidRPr="001179E8">
        <w:rPr>
          <w:lang w:val="pt-BR"/>
        </w:rPr>
        <w:t>"O que você vai fazer?" perguntou Nicole, preocupação em sua voz.</w:t>
      </w:r>
    </w:p>
    <w:p w14:paraId="05E5BFF3" w14:textId="77777777" w:rsidR="002355BD" w:rsidRPr="001179E8" w:rsidRDefault="00000000">
      <w:pPr>
        <w:rPr>
          <w:lang w:val="pt-BR"/>
        </w:rPr>
      </w:pPr>
      <w:r w:rsidRPr="001179E8">
        <w:rPr>
          <w:lang w:val="pt-BR"/>
        </w:rPr>
        <w:br/>
      </w:r>
    </w:p>
    <w:p w14:paraId="5A0191D6" w14:textId="77777777" w:rsidR="002355BD" w:rsidRPr="001179E8" w:rsidRDefault="00000000">
      <w:pPr>
        <w:rPr>
          <w:lang w:val="pt-BR"/>
        </w:rPr>
      </w:pPr>
      <w:r w:rsidRPr="001179E8">
        <w:rPr>
          <w:lang w:val="pt-BR"/>
        </w:rPr>
        <w:t>O sorriso de Eco tornou-se triste. "O que for necessário."</w:t>
      </w:r>
    </w:p>
    <w:p w14:paraId="0944A04D" w14:textId="77777777" w:rsidR="002355BD" w:rsidRPr="001179E8" w:rsidRDefault="00000000">
      <w:pPr>
        <w:rPr>
          <w:lang w:val="pt-BR"/>
        </w:rPr>
      </w:pPr>
      <w:r w:rsidRPr="001179E8">
        <w:rPr>
          <w:lang w:val="pt-BR"/>
        </w:rPr>
        <w:br/>
      </w:r>
    </w:p>
    <w:p w14:paraId="28C6707B" w14:textId="77777777" w:rsidR="002355BD" w:rsidRPr="001179E8" w:rsidRDefault="00000000">
      <w:pPr>
        <w:rPr>
          <w:lang w:val="pt-BR"/>
        </w:rPr>
      </w:pPr>
      <w:r w:rsidRPr="001179E8">
        <w:rPr>
          <w:lang w:val="pt-BR"/>
        </w:rPr>
        <w:t>Antes que qualquer um deles pudesse protestar, Eco se afastou, caminhando diretamente para o centro da caverna, à vista de todos os Caçadores das Sombras.</w:t>
      </w:r>
    </w:p>
    <w:p w14:paraId="5FD5F599" w14:textId="77777777" w:rsidR="002355BD" w:rsidRPr="001179E8" w:rsidRDefault="00000000">
      <w:pPr>
        <w:rPr>
          <w:lang w:val="pt-BR"/>
        </w:rPr>
      </w:pPr>
      <w:r w:rsidRPr="001179E8">
        <w:rPr>
          <w:lang w:val="pt-BR"/>
        </w:rPr>
        <w:br/>
      </w:r>
    </w:p>
    <w:p w14:paraId="2E3BE366" w14:textId="77777777" w:rsidR="002355BD" w:rsidRPr="001179E8" w:rsidRDefault="00000000">
      <w:pPr>
        <w:rPr>
          <w:lang w:val="pt-BR"/>
        </w:rPr>
      </w:pPr>
      <w:r w:rsidRPr="001179E8">
        <w:rPr>
          <w:lang w:val="pt-BR"/>
        </w:rPr>
        <w:t>E então, ele começou a brilhar.</w:t>
      </w:r>
    </w:p>
    <w:p w14:paraId="4A8F7A59" w14:textId="77777777" w:rsidR="002355BD" w:rsidRPr="001179E8" w:rsidRDefault="00000000">
      <w:pPr>
        <w:rPr>
          <w:lang w:val="pt-BR"/>
        </w:rPr>
      </w:pPr>
      <w:r w:rsidRPr="001179E8">
        <w:rPr>
          <w:lang w:val="pt-BR"/>
        </w:rPr>
        <w:br/>
      </w:r>
    </w:p>
    <w:p w14:paraId="7D558E4E" w14:textId="77777777" w:rsidR="002355BD" w:rsidRPr="001179E8" w:rsidRDefault="00000000">
      <w:pPr>
        <w:rPr>
          <w:lang w:val="pt-BR"/>
        </w:rPr>
      </w:pPr>
      <w:r w:rsidRPr="001179E8">
        <w:rPr>
          <w:lang w:val="pt-BR"/>
        </w:rPr>
        <w:lastRenderedPageBreak/>
        <w:t>Não era o brilho suave que ocasionalmente emanava dele antes. Era uma explosão de luz pura, dourada e cegante, que preencheu toda a caverna. Os Caçadores das Sombras gritaram – sons terríveis de dor e fúria – e convergiram para Eco como mariposas atraídas por uma chama.</w:t>
      </w:r>
    </w:p>
    <w:p w14:paraId="56414EB4" w14:textId="77777777" w:rsidR="002355BD" w:rsidRPr="001179E8" w:rsidRDefault="00000000">
      <w:pPr>
        <w:rPr>
          <w:lang w:val="pt-BR"/>
        </w:rPr>
      </w:pPr>
      <w:r w:rsidRPr="001179E8">
        <w:rPr>
          <w:lang w:val="pt-BR"/>
        </w:rPr>
        <w:br/>
      </w:r>
    </w:p>
    <w:p w14:paraId="22753FB6" w14:textId="77777777" w:rsidR="002355BD" w:rsidRPr="001179E8" w:rsidRDefault="00000000">
      <w:pPr>
        <w:rPr>
          <w:lang w:val="pt-BR"/>
        </w:rPr>
      </w:pPr>
      <w:r w:rsidRPr="001179E8">
        <w:rPr>
          <w:lang w:val="pt-BR"/>
        </w:rPr>
        <w:t>"Agora!" gritou Nicole, percebendo a oportunidade. "Para o portal!"</w:t>
      </w:r>
    </w:p>
    <w:p w14:paraId="0719E750" w14:textId="77777777" w:rsidR="002355BD" w:rsidRPr="001179E8" w:rsidRDefault="00000000">
      <w:pPr>
        <w:rPr>
          <w:lang w:val="pt-BR"/>
        </w:rPr>
      </w:pPr>
      <w:r w:rsidRPr="001179E8">
        <w:rPr>
          <w:lang w:val="pt-BR"/>
        </w:rPr>
        <w:br/>
      </w:r>
    </w:p>
    <w:p w14:paraId="07CB9267" w14:textId="77777777" w:rsidR="002355BD" w:rsidRPr="001179E8" w:rsidRDefault="00000000">
      <w:pPr>
        <w:rPr>
          <w:lang w:val="pt-BR"/>
        </w:rPr>
      </w:pPr>
      <w:r w:rsidRPr="001179E8">
        <w:rPr>
          <w:lang w:val="pt-BR"/>
        </w:rPr>
        <w:t>Os três correram, aproveitando a distração criada por Eco. Os Caçadores estavam completamente focados na ameaça luminosa, ignorando os três vultos que se moviam rapidamente em direção ao portal.</w:t>
      </w:r>
    </w:p>
    <w:p w14:paraId="27BC1E96" w14:textId="77777777" w:rsidR="002355BD" w:rsidRPr="001179E8" w:rsidRDefault="00000000">
      <w:pPr>
        <w:rPr>
          <w:lang w:val="pt-BR"/>
        </w:rPr>
      </w:pPr>
      <w:r w:rsidRPr="001179E8">
        <w:rPr>
          <w:lang w:val="pt-BR"/>
        </w:rPr>
        <w:br/>
      </w:r>
    </w:p>
    <w:p w14:paraId="76EE1790" w14:textId="77777777" w:rsidR="002355BD" w:rsidRPr="001179E8" w:rsidRDefault="00000000">
      <w:pPr>
        <w:rPr>
          <w:lang w:val="pt-BR"/>
        </w:rPr>
      </w:pPr>
      <w:r w:rsidRPr="001179E8">
        <w:rPr>
          <w:lang w:val="pt-BR"/>
        </w:rPr>
        <w:t>Quando chegaram ao arco de obsidiana, Nicole hesitou, estudando a ondulação no ar. "Como atravessamos?"</w:t>
      </w:r>
    </w:p>
    <w:p w14:paraId="270ADC8F" w14:textId="77777777" w:rsidR="002355BD" w:rsidRPr="001179E8" w:rsidRDefault="00000000">
      <w:pPr>
        <w:rPr>
          <w:lang w:val="pt-BR"/>
        </w:rPr>
      </w:pPr>
      <w:r w:rsidRPr="001179E8">
        <w:rPr>
          <w:lang w:val="pt-BR"/>
        </w:rPr>
        <w:br/>
      </w:r>
    </w:p>
    <w:p w14:paraId="66BC2D7E" w14:textId="77777777" w:rsidR="002355BD" w:rsidRPr="001179E8" w:rsidRDefault="00000000">
      <w:pPr>
        <w:rPr>
          <w:lang w:val="pt-BR"/>
        </w:rPr>
      </w:pPr>
      <w:r w:rsidRPr="001179E8">
        <w:rPr>
          <w:lang w:val="pt-BR"/>
        </w:rPr>
        <w:t>"Juntos," respondeu Elaine, estendendo uma mão para cada um deles. "O portal responde à intenção. Pensem em para onde querem ir, visualizem claramente."</w:t>
      </w:r>
    </w:p>
    <w:p w14:paraId="5C2A28EB" w14:textId="77777777" w:rsidR="002355BD" w:rsidRPr="001179E8" w:rsidRDefault="00000000">
      <w:pPr>
        <w:rPr>
          <w:lang w:val="pt-BR"/>
        </w:rPr>
      </w:pPr>
      <w:r w:rsidRPr="001179E8">
        <w:rPr>
          <w:lang w:val="pt-BR"/>
        </w:rPr>
        <w:br/>
      </w:r>
    </w:p>
    <w:p w14:paraId="587099A9" w14:textId="77777777" w:rsidR="002355BD" w:rsidRPr="001179E8" w:rsidRDefault="00000000">
      <w:pPr>
        <w:rPr>
          <w:lang w:val="pt-BR"/>
        </w:rPr>
      </w:pPr>
      <w:r w:rsidRPr="001179E8">
        <w:rPr>
          <w:lang w:val="pt-BR"/>
        </w:rPr>
        <w:t>Nicole e Ricardo pegaram as mãos de Elaine, formando um círculo. Nicole fechou os olhos, concentrando-se intensamente na base da G.R.A.I.A., na sala de comando que haviam vislumbrado através da fissura dimensional. Ao seu lado, sentia Ricardo fazendo o mesmo.</w:t>
      </w:r>
    </w:p>
    <w:p w14:paraId="72C3BD83" w14:textId="77777777" w:rsidR="002355BD" w:rsidRPr="001179E8" w:rsidRDefault="00000000">
      <w:pPr>
        <w:rPr>
          <w:lang w:val="pt-BR"/>
        </w:rPr>
      </w:pPr>
      <w:r w:rsidRPr="001179E8">
        <w:rPr>
          <w:lang w:val="pt-BR"/>
        </w:rPr>
        <w:br/>
      </w:r>
    </w:p>
    <w:p w14:paraId="5A4A319D" w14:textId="77777777" w:rsidR="002355BD" w:rsidRPr="001179E8" w:rsidRDefault="00000000">
      <w:pPr>
        <w:rPr>
          <w:lang w:val="pt-BR"/>
        </w:rPr>
      </w:pPr>
      <w:r w:rsidRPr="001179E8">
        <w:rPr>
          <w:lang w:val="pt-BR"/>
        </w:rPr>
        <w:t>"Prontos?" perguntou Elaine.</w:t>
      </w:r>
    </w:p>
    <w:p w14:paraId="6B5E4AF2" w14:textId="77777777" w:rsidR="002355BD" w:rsidRPr="001179E8" w:rsidRDefault="00000000">
      <w:pPr>
        <w:rPr>
          <w:lang w:val="pt-BR"/>
        </w:rPr>
      </w:pPr>
      <w:r w:rsidRPr="001179E8">
        <w:rPr>
          <w:lang w:val="pt-BR"/>
        </w:rPr>
        <w:br/>
      </w:r>
    </w:p>
    <w:p w14:paraId="1B6E09DF" w14:textId="77777777" w:rsidR="002355BD" w:rsidRPr="001179E8" w:rsidRDefault="00000000">
      <w:pPr>
        <w:rPr>
          <w:lang w:val="pt-BR"/>
        </w:rPr>
      </w:pPr>
      <w:r w:rsidRPr="001179E8">
        <w:rPr>
          <w:lang w:val="pt-BR"/>
        </w:rPr>
        <w:t>"Prontos," responderam em uníssono.</w:t>
      </w:r>
    </w:p>
    <w:p w14:paraId="677D6F79" w14:textId="77777777" w:rsidR="002355BD" w:rsidRPr="001179E8" w:rsidRDefault="00000000">
      <w:pPr>
        <w:rPr>
          <w:lang w:val="pt-BR"/>
        </w:rPr>
      </w:pPr>
      <w:r w:rsidRPr="001179E8">
        <w:rPr>
          <w:lang w:val="pt-BR"/>
        </w:rPr>
        <w:br/>
      </w:r>
    </w:p>
    <w:p w14:paraId="522A6F64" w14:textId="77777777" w:rsidR="002355BD" w:rsidRPr="001179E8" w:rsidRDefault="00000000">
      <w:pPr>
        <w:rPr>
          <w:lang w:val="pt-BR"/>
        </w:rPr>
      </w:pPr>
      <w:r w:rsidRPr="001179E8">
        <w:rPr>
          <w:lang w:val="pt-BR"/>
        </w:rPr>
        <w:lastRenderedPageBreak/>
        <w:t>Juntos, deram um passo à frente, em direção à ondulação no ar.</w:t>
      </w:r>
    </w:p>
    <w:p w14:paraId="41002186" w14:textId="77777777" w:rsidR="002355BD" w:rsidRPr="001179E8" w:rsidRDefault="00000000">
      <w:pPr>
        <w:rPr>
          <w:lang w:val="pt-BR"/>
        </w:rPr>
      </w:pPr>
      <w:r w:rsidRPr="001179E8">
        <w:rPr>
          <w:lang w:val="pt-BR"/>
        </w:rPr>
        <w:br/>
      </w:r>
    </w:p>
    <w:p w14:paraId="3D12F57C" w14:textId="77777777" w:rsidR="002355BD" w:rsidRPr="001179E8" w:rsidRDefault="00000000">
      <w:pPr>
        <w:rPr>
          <w:lang w:val="pt-BR"/>
        </w:rPr>
      </w:pPr>
      <w:r w:rsidRPr="001179E8">
        <w:rPr>
          <w:lang w:val="pt-BR"/>
        </w:rPr>
        <w:t>A sensação era indescritível – como ser desmontado em nível molecular e remontado simultaneamente. Nicole sentiu como se estivesse sendo esticada infinitamente e comprimida a um ponto singular ao mesmo tempo. Cores que não tinham nome passaram por sua visão, e sons que não pertenciam a nenhum instrumento conhecido ecoaram em seus ouvidos.</w:t>
      </w:r>
    </w:p>
    <w:p w14:paraId="1B606DCA" w14:textId="77777777" w:rsidR="002355BD" w:rsidRPr="001179E8" w:rsidRDefault="00000000">
      <w:pPr>
        <w:rPr>
          <w:lang w:val="pt-BR"/>
        </w:rPr>
      </w:pPr>
      <w:r w:rsidRPr="001179E8">
        <w:rPr>
          <w:lang w:val="pt-BR"/>
        </w:rPr>
        <w:br/>
      </w:r>
    </w:p>
    <w:p w14:paraId="5D60ACC2" w14:textId="77777777" w:rsidR="002355BD" w:rsidRPr="001179E8" w:rsidRDefault="00000000">
      <w:pPr>
        <w:rPr>
          <w:lang w:val="pt-BR"/>
        </w:rPr>
      </w:pPr>
      <w:r w:rsidRPr="001179E8">
        <w:rPr>
          <w:lang w:val="pt-BR"/>
        </w:rPr>
        <w:t>E então, tão abruptamente quanto havia começado, terminou.</w:t>
      </w:r>
    </w:p>
    <w:p w14:paraId="60D0682A" w14:textId="77777777" w:rsidR="002355BD" w:rsidRPr="001179E8" w:rsidRDefault="00000000">
      <w:pPr>
        <w:rPr>
          <w:lang w:val="pt-BR"/>
        </w:rPr>
      </w:pPr>
      <w:r w:rsidRPr="001179E8">
        <w:rPr>
          <w:lang w:val="pt-BR"/>
        </w:rPr>
        <w:br/>
      </w:r>
    </w:p>
    <w:p w14:paraId="3638FD5B" w14:textId="77777777" w:rsidR="002355BD" w:rsidRPr="001179E8" w:rsidRDefault="00000000">
      <w:pPr>
        <w:rPr>
          <w:lang w:val="pt-BR"/>
        </w:rPr>
      </w:pPr>
      <w:r w:rsidRPr="001179E8">
        <w:rPr>
          <w:lang w:val="pt-BR"/>
        </w:rPr>
        <w:t>Eles caíram, aterrissando duramente em um chão sólido e familiar. Nicole ofegou, o ar sendo expulso de seus pulmões pelo impacto. Ao seu lado, Ricardo gemia, e Elaine estava estranhamente silenciosa.</w:t>
      </w:r>
    </w:p>
    <w:p w14:paraId="435C6DB1" w14:textId="77777777" w:rsidR="002355BD" w:rsidRPr="001179E8" w:rsidRDefault="00000000">
      <w:pPr>
        <w:rPr>
          <w:lang w:val="pt-BR"/>
        </w:rPr>
      </w:pPr>
      <w:r w:rsidRPr="001179E8">
        <w:rPr>
          <w:lang w:val="pt-BR"/>
        </w:rPr>
        <w:br/>
      </w:r>
    </w:p>
    <w:p w14:paraId="4BE8ECC7" w14:textId="77777777" w:rsidR="002355BD" w:rsidRPr="001179E8" w:rsidRDefault="00000000">
      <w:pPr>
        <w:rPr>
          <w:lang w:val="pt-BR"/>
        </w:rPr>
      </w:pPr>
      <w:r w:rsidRPr="001179E8">
        <w:rPr>
          <w:lang w:val="pt-BR"/>
        </w:rPr>
        <w:t>Lentamente, Nicole abriu os olhos, piscando contra a luz repentina – luz normal, luz artificial, não o brilho doentio do submundo.</w:t>
      </w:r>
    </w:p>
    <w:p w14:paraId="41D06117" w14:textId="77777777" w:rsidR="002355BD" w:rsidRPr="001179E8" w:rsidRDefault="00000000">
      <w:pPr>
        <w:rPr>
          <w:lang w:val="pt-BR"/>
        </w:rPr>
      </w:pPr>
      <w:r w:rsidRPr="001179E8">
        <w:rPr>
          <w:lang w:val="pt-BR"/>
        </w:rPr>
        <w:br/>
      </w:r>
    </w:p>
    <w:p w14:paraId="72297E2D" w14:textId="77777777" w:rsidR="002355BD" w:rsidRPr="001179E8" w:rsidRDefault="00000000">
      <w:pPr>
        <w:rPr>
          <w:lang w:val="pt-BR"/>
        </w:rPr>
      </w:pPr>
      <w:r w:rsidRPr="001179E8">
        <w:rPr>
          <w:lang w:val="pt-BR"/>
        </w:rPr>
        <w:t>Eles haviam conseguido. Estavam na sala de comando da base da G.R.A.I.A.</w:t>
      </w:r>
    </w:p>
    <w:p w14:paraId="3CDA87D9" w14:textId="77777777" w:rsidR="002355BD" w:rsidRPr="001179E8" w:rsidRDefault="00000000">
      <w:pPr>
        <w:rPr>
          <w:lang w:val="pt-BR"/>
        </w:rPr>
      </w:pPr>
      <w:r w:rsidRPr="001179E8">
        <w:rPr>
          <w:lang w:val="pt-BR"/>
        </w:rPr>
        <w:br/>
      </w:r>
    </w:p>
    <w:p w14:paraId="269A6148" w14:textId="77777777" w:rsidR="002355BD" w:rsidRPr="001179E8" w:rsidRDefault="00000000">
      <w:pPr>
        <w:rPr>
          <w:lang w:val="pt-BR"/>
        </w:rPr>
      </w:pPr>
      <w:r w:rsidRPr="001179E8">
        <w:rPr>
          <w:lang w:val="pt-BR"/>
        </w:rPr>
        <w:t>"Nicole!" A voz de seu pai, Eletron, soou ao mesmo tempo chocada e aliviada.</w:t>
      </w:r>
    </w:p>
    <w:p w14:paraId="0B92CBA5" w14:textId="77777777" w:rsidR="002355BD" w:rsidRPr="001179E8" w:rsidRDefault="00000000">
      <w:pPr>
        <w:rPr>
          <w:lang w:val="pt-BR"/>
        </w:rPr>
      </w:pPr>
      <w:r w:rsidRPr="001179E8">
        <w:rPr>
          <w:lang w:val="pt-BR"/>
        </w:rPr>
        <w:br/>
      </w:r>
    </w:p>
    <w:p w14:paraId="199B2D2B" w14:textId="77777777" w:rsidR="002355BD" w:rsidRPr="001179E8" w:rsidRDefault="00000000">
      <w:pPr>
        <w:rPr>
          <w:lang w:val="pt-BR"/>
        </w:rPr>
      </w:pPr>
      <w:r w:rsidRPr="001179E8">
        <w:rPr>
          <w:lang w:val="pt-BR"/>
        </w:rPr>
        <w:t>Figuras se moveram ao redor deles – seus pais, os pais de Ricardo, o General Vance, Art, Linda, e outros membros da equipe, todos convergindo para o local onde haviam aparecido.</w:t>
      </w:r>
    </w:p>
    <w:p w14:paraId="7120953F" w14:textId="77777777" w:rsidR="002355BD" w:rsidRPr="001179E8" w:rsidRDefault="00000000">
      <w:pPr>
        <w:rPr>
          <w:lang w:val="pt-BR"/>
        </w:rPr>
      </w:pPr>
      <w:r w:rsidRPr="001179E8">
        <w:rPr>
          <w:lang w:val="pt-BR"/>
        </w:rPr>
        <w:br/>
      </w:r>
    </w:p>
    <w:p w14:paraId="0A0A8ECC" w14:textId="77777777" w:rsidR="002355BD" w:rsidRPr="001179E8" w:rsidRDefault="00000000">
      <w:pPr>
        <w:rPr>
          <w:lang w:val="pt-BR"/>
        </w:rPr>
      </w:pPr>
      <w:r w:rsidRPr="001179E8">
        <w:rPr>
          <w:lang w:val="pt-BR"/>
        </w:rPr>
        <w:lastRenderedPageBreak/>
        <w:t>"Ricardo!" Densa, a mãe de Ricardo, foi a primeira a alcançá-los, ajoelhando-se ao lado do filho, lágrimas escorrendo livremente por seu rosto normalmente composto.</w:t>
      </w:r>
    </w:p>
    <w:p w14:paraId="5214D3CB" w14:textId="77777777" w:rsidR="002355BD" w:rsidRPr="001179E8" w:rsidRDefault="00000000">
      <w:pPr>
        <w:rPr>
          <w:lang w:val="pt-BR"/>
        </w:rPr>
      </w:pPr>
      <w:r w:rsidRPr="001179E8">
        <w:rPr>
          <w:lang w:val="pt-BR"/>
        </w:rPr>
        <w:br/>
      </w:r>
    </w:p>
    <w:p w14:paraId="040DE89E" w14:textId="77777777" w:rsidR="002355BD" w:rsidRPr="001179E8" w:rsidRDefault="00000000">
      <w:pPr>
        <w:rPr>
          <w:lang w:val="pt-BR"/>
        </w:rPr>
      </w:pPr>
      <w:r w:rsidRPr="001179E8">
        <w:rPr>
          <w:lang w:val="pt-BR"/>
        </w:rPr>
        <w:t>Nicole sentiu braços fortes a envolvendo – seu pai, erguendo-a do chão, abraçando-a com uma intensidade que quase a sufocava. E então sua mãe estava lá também, Nyx, normalmente tão controlada, agora chorando abertamente enquanto se juntava ao abraço.</w:t>
      </w:r>
    </w:p>
    <w:p w14:paraId="24A1AF05" w14:textId="77777777" w:rsidR="002355BD" w:rsidRPr="001179E8" w:rsidRDefault="00000000">
      <w:pPr>
        <w:rPr>
          <w:lang w:val="pt-BR"/>
        </w:rPr>
      </w:pPr>
      <w:r w:rsidRPr="001179E8">
        <w:rPr>
          <w:lang w:val="pt-BR"/>
        </w:rPr>
        <w:br/>
      </w:r>
    </w:p>
    <w:p w14:paraId="69C42071" w14:textId="77777777" w:rsidR="002355BD" w:rsidRPr="001179E8" w:rsidRDefault="00000000">
      <w:pPr>
        <w:rPr>
          <w:lang w:val="pt-BR"/>
        </w:rPr>
      </w:pPr>
      <w:r w:rsidRPr="001179E8">
        <w:rPr>
          <w:lang w:val="pt-BR"/>
        </w:rPr>
        <w:t>"Vocês conseguiram," sussurrou Eletron, sua voz embargada pela emoção. "Vocês voltaram para nós."</w:t>
      </w:r>
    </w:p>
    <w:p w14:paraId="241D6FC9" w14:textId="77777777" w:rsidR="002355BD" w:rsidRPr="001179E8" w:rsidRDefault="00000000">
      <w:pPr>
        <w:rPr>
          <w:lang w:val="pt-BR"/>
        </w:rPr>
      </w:pPr>
      <w:r w:rsidRPr="001179E8">
        <w:rPr>
          <w:lang w:val="pt-BR"/>
        </w:rPr>
        <w:br/>
      </w:r>
    </w:p>
    <w:p w14:paraId="1856389B" w14:textId="77777777" w:rsidR="002355BD" w:rsidRPr="001179E8" w:rsidRDefault="00000000">
      <w:pPr>
        <w:rPr>
          <w:lang w:val="pt-BR"/>
        </w:rPr>
      </w:pPr>
      <w:r w:rsidRPr="001179E8">
        <w:rPr>
          <w:lang w:val="pt-BR"/>
        </w:rPr>
        <w:t>Nicole retribuiu o abraço com igual fervor, lágrimas escorrendo por seu próprio rosto. Após semanas no submundo, após tanta luta e desespero, finalmente estavam em casa.</w:t>
      </w:r>
    </w:p>
    <w:p w14:paraId="3EC649D5" w14:textId="77777777" w:rsidR="002355BD" w:rsidRPr="001179E8" w:rsidRDefault="00000000">
      <w:pPr>
        <w:rPr>
          <w:lang w:val="pt-BR"/>
        </w:rPr>
      </w:pPr>
      <w:r w:rsidRPr="001179E8">
        <w:rPr>
          <w:lang w:val="pt-BR"/>
        </w:rPr>
        <w:br/>
      </w:r>
    </w:p>
    <w:p w14:paraId="580B3AB5" w14:textId="77777777" w:rsidR="002355BD" w:rsidRPr="001179E8" w:rsidRDefault="00000000">
      <w:pPr>
        <w:rPr>
          <w:lang w:val="pt-BR"/>
        </w:rPr>
      </w:pPr>
      <w:r w:rsidRPr="001179E8">
        <w:rPr>
          <w:lang w:val="pt-BR"/>
        </w:rPr>
        <w:t>Quando finalmente se separaram, Nicole viu Ricardo sendo abraçado por seus próprios pais, Densa e Nitro, todos três chorando sem vergonha. Art e Linda estavam lá também, esperando sua vez para abraçar os amigos retornados.</w:t>
      </w:r>
    </w:p>
    <w:p w14:paraId="41D812C9" w14:textId="77777777" w:rsidR="002355BD" w:rsidRPr="001179E8" w:rsidRDefault="00000000">
      <w:pPr>
        <w:rPr>
          <w:lang w:val="pt-BR"/>
        </w:rPr>
      </w:pPr>
      <w:r w:rsidRPr="001179E8">
        <w:rPr>
          <w:lang w:val="pt-BR"/>
        </w:rPr>
        <w:br/>
      </w:r>
    </w:p>
    <w:p w14:paraId="19558B7A" w14:textId="77777777" w:rsidR="002355BD" w:rsidRPr="001179E8" w:rsidRDefault="00000000">
      <w:pPr>
        <w:rPr>
          <w:lang w:val="pt-BR"/>
        </w:rPr>
      </w:pPr>
      <w:r w:rsidRPr="001179E8">
        <w:rPr>
          <w:lang w:val="pt-BR"/>
        </w:rPr>
        <w:t>E então Nicole se lembrou. "Elaine!"</w:t>
      </w:r>
    </w:p>
    <w:p w14:paraId="01D494BA" w14:textId="77777777" w:rsidR="002355BD" w:rsidRPr="001179E8" w:rsidRDefault="00000000">
      <w:pPr>
        <w:rPr>
          <w:lang w:val="pt-BR"/>
        </w:rPr>
      </w:pPr>
      <w:r w:rsidRPr="001179E8">
        <w:rPr>
          <w:lang w:val="pt-BR"/>
        </w:rPr>
        <w:br/>
      </w:r>
    </w:p>
    <w:p w14:paraId="535A4909" w14:textId="77777777" w:rsidR="002355BD" w:rsidRPr="001179E8" w:rsidRDefault="00000000">
      <w:pPr>
        <w:rPr>
          <w:lang w:val="pt-BR"/>
        </w:rPr>
      </w:pPr>
      <w:r w:rsidRPr="001179E8">
        <w:rPr>
          <w:lang w:val="pt-BR"/>
        </w:rPr>
        <w:t>Ela se virou, procurando pela terceira membro de seu grupo. Elaine estava de pé alguns metros de distância, observando as reuniões emocionais com uma expressão complexa – alegria por eles, mas também uma profunda solidão, como alguém observando através de uma janela uma festa para a qual não foi convidada.</w:t>
      </w:r>
    </w:p>
    <w:p w14:paraId="49B0B138" w14:textId="77777777" w:rsidR="002355BD" w:rsidRPr="001179E8" w:rsidRDefault="00000000">
      <w:pPr>
        <w:rPr>
          <w:lang w:val="pt-BR"/>
        </w:rPr>
      </w:pPr>
      <w:r w:rsidRPr="001179E8">
        <w:rPr>
          <w:lang w:val="pt-BR"/>
        </w:rPr>
        <w:br/>
      </w:r>
    </w:p>
    <w:p w14:paraId="1A8B7EBF" w14:textId="77777777" w:rsidR="002355BD" w:rsidRPr="001179E8" w:rsidRDefault="00000000">
      <w:pPr>
        <w:rPr>
          <w:lang w:val="pt-BR"/>
        </w:rPr>
      </w:pPr>
      <w:r w:rsidRPr="001179E8">
        <w:rPr>
          <w:lang w:val="pt-BR"/>
        </w:rPr>
        <w:t>"Quem é ela?" perguntou Nyx, notando a direção do olhar de sua filha.</w:t>
      </w:r>
    </w:p>
    <w:p w14:paraId="748A3136" w14:textId="77777777" w:rsidR="002355BD" w:rsidRPr="001179E8" w:rsidRDefault="00000000">
      <w:pPr>
        <w:rPr>
          <w:lang w:val="pt-BR"/>
        </w:rPr>
      </w:pPr>
      <w:r w:rsidRPr="001179E8">
        <w:rPr>
          <w:lang w:val="pt-BR"/>
        </w:rPr>
        <w:lastRenderedPageBreak/>
        <w:br/>
      </w:r>
    </w:p>
    <w:p w14:paraId="748EDDEC" w14:textId="77777777" w:rsidR="002355BD" w:rsidRPr="001179E8" w:rsidRDefault="00000000">
      <w:pPr>
        <w:rPr>
          <w:lang w:val="pt-BR"/>
        </w:rPr>
      </w:pPr>
      <w:r w:rsidRPr="001179E8">
        <w:rPr>
          <w:lang w:val="pt-BR"/>
        </w:rPr>
        <w:t>"Elaine," respondeu Nicole. "Ela nos ajudou a escapar. Ela... nasceu no submundo."</w:t>
      </w:r>
    </w:p>
    <w:p w14:paraId="27E4A9F0" w14:textId="77777777" w:rsidR="002355BD" w:rsidRPr="001179E8" w:rsidRDefault="00000000">
      <w:pPr>
        <w:rPr>
          <w:lang w:val="pt-BR"/>
        </w:rPr>
      </w:pPr>
      <w:r w:rsidRPr="001179E8">
        <w:rPr>
          <w:lang w:val="pt-BR"/>
        </w:rPr>
        <w:br/>
      </w:r>
    </w:p>
    <w:p w14:paraId="0A5811C4" w14:textId="77777777" w:rsidR="002355BD" w:rsidRPr="001179E8" w:rsidRDefault="00000000">
      <w:pPr>
        <w:rPr>
          <w:lang w:val="pt-BR"/>
        </w:rPr>
      </w:pPr>
      <w:r w:rsidRPr="001179E8">
        <w:rPr>
          <w:lang w:val="pt-BR"/>
        </w:rPr>
        <w:t>Isso causou uma onda de murmúrios surpresos entre os presentes. O General Vance deu um passo à frente, estudando Elaine com olhos críticos mas não hostis.</w:t>
      </w:r>
    </w:p>
    <w:p w14:paraId="6FAE3ACE" w14:textId="77777777" w:rsidR="002355BD" w:rsidRPr="001179E8" w:rsidRDefault="00000000">
      <w:pPr>
        <w:rPr>
          <w:lang w:val="pt-BR"/>
        </w:rPr>
      </w:pPr>
      <w:r w:rsidRPr="001179E8">
        <w:rPr>
          <w:lang w:val="pt-BR"/>
        </w:rPr>
        <w:br/>
      </w:r>
    </w:p>
    <w:p w14:paraId="0A12F04B" w14:textId="77777777" w:rsidR="002355BD" w:rsidRPr="001179E8" w:rsidRDefault="00000000">
      <w:pPr>
        <w:rPr>
          <w:lang w:val="pt-BR"/>
        </w:rPr>
      </w:pPr>
      <w:r w:rsidRPr="001179E8">
        <w:rPr>
          <w:lang w:val="pt-BR"/>
        </w:rPr>
        <w:t>"Bem-vinda à Terra, Elaine," disse ele formalmente. "A G.R.A.I.A. agradece sua ajuda em trazer nossos agentes de volta."</w:t>
      </w:r>
    </w:p>
    <w:p w14:paraId="13991FAD" w14:textId="77777777" w:rsidR="002355BD" w:rsidRPr="001179E8" w:rsidRDefault="00000000">
      <w:pPr>
        <w:rPr>
          <w:lang w:val="pt-BR"/>
        </w:rPr>
      </w:pPr>
      <w:r w:rsidRPr="001179E8">
        <w:rPr>
          <w:lang w:val="pt-BR"/>
        </w:rPr>
        <w:br/>
      </w:r>
    </w:p>
    <w:p w14:paraId="7460ECB0" w14:textId="77777777" w:rsidR="002355BD" w:rsidRPr="001179E8" w:rsidRDefault="00000000">
      <w:pPr>
        <w:rPr>
          <w:lang w:val="pt-BR"/>
        </w:rPr>
      </w:pPr>
      <w:r w:rsidRPr="001179E8">
        <w:rPr>
          <w:lang w:val="pt-BR"/>
        </w:rPr>
        <w:t>Elaine pareceu momentaneamente desconcertada pela recepção formal, mas se recuperou rapidamente, oferecendo um sorriso hesitante. "Obrigada. É... estranho estar aqui. Tudo é tão... brilhante."</w:t>
      </w:r>
    </w:p>
    <w:p w14:paraId="456508A9" w14:textId="77777777" w:rsidR="002355BD" w:rsidRPr="001179E8" w:rsidRDefault="00000000">
      <w:pPr>
        <w:rPr>
          <w:lang w:val="pt-BR"/>
        </w:rPr>
      </w:pPr>
      <w:r w:rsidRPr="001179E8">
        <w:rPr>
          <w:lang w:val="pt-BR"/>
        </w:rPr>
        <w:br/>
      </w:r>
    </w:p>
    <w:p w14:paraId="500A0473" w14:textId="77777777" w:rsidR="002355BD" w:rsidRPr="001179E8" w:rsidRDefault="00000000">
      <w:pPr>
        <w:rPr>
          <w:lang w:val="pt-BR"/>
        </w:rPr>
      </w:pPr>
      <w:r w:rsidRPr="001179E8">
        <w:rPr>
          <w:lang w:val="pt-BR"/>
        </w:rPr>
        <w:t>"Você vai se acostumar," disse Ricardo, aproximando-se dela com um sorriso caloroso. "E vamos ajudar."</w:t>
      </w:r>
    </w:p>
    <w:p w14:paraId="2B598D70" w14:textId="77777777" w:rsidR="002355BD" w:rsidRPr="001179E8" w:rsidRDefault="00000000">
      <w:pPr>
        <w:rPr>
          <w:lang w:val="pt-BR"/>
        </w:rPr>
      </w:pPr>
      <w:r w:rsidRPr="001179E8">
        <w:rPr>
          <w:lang w:val="pt-BR"/>
        </w:rPr>
        <w:br/>
      </w:r>
    </w:p>
    <w:p w14:paraId="2593DD7A" w14:textId="77777777" w:rsidR="002355BD" w:rsidRPr="001179E8" w:rsidRDefault="00000000">
      <w:pPr>
        <w:rPr>
          <w:lang w:val="pt-BR"/>
        </w:rPr>
      </w:pPr>
      <w:r w:rsidRPr="001179E8">
        <w:rPr>
          <w:lang w:val="pt-BR"/>
        </w:rPr>
        <w:t>Nicole sentiu aquela pontada de ciúme novamente, mas a reprimiu. Elaine havia arriscado tudo para ajudá-los a escapar. Merecia uma chance neste novo mundo.</w:t>
      </w:r>
    </w:p>
    <w:p w14:paraId="34A4585A" w14:textId="77777777" w:rsidR="002355BD" w:rsidRPr="001179E8" w:rsidRDefault="00000000">
      <w:pPr>
        <w:rPr>
          <w:lang w:val="pt-BR"/>
        </w:rPr>
      </w:pPr>
      <w:r w:rsidRPr="001179E8">
        <w:rPr>
          <w:lang w:val="pt-BR"/>
        </w:rPr>
        <w:br/>
      </w:r>
    </w:p>
    <w:p w14:paraId="1FDE5608" w14:textId="77777777" w:rsidR="002355BD" w:rsidRPr="001179E8" w:rsidRDefault="00000000">
      <w:pPr>
        <w:rPr>
          <w:lang w:val="pt-BR"/>
        </w:rPr>
      </w:pPr>
      <w:r w:rsidRPr="001179E8">
        <w:rPr>
          <w:lang w:val="pt-BR"/>
        </w:rPr>
        <w:t>"Precisamos de um relatório completo," disse o General Vance, voltando rapidamente ao modo de comando. "Mas primeiro, vocês três precisam de atendimento médico, comida, e descanso."</w:t>
      </w:r>
    </w:p>
    <w:p w14:paraId="2F972283" w14:textId="77777777" w:rsidR="002355BD" w:rsidRPr="001179E8" w:rsidRDefault="00000000">
      <w:pPr>
        <w:rPr>
          <w:lang w:val="pt-BR"/>
        </w:rPr>
      </w:pPr>
      <w:r w:rsidRPr="001179E8">
        <w:rPr>
          <w:lang w:val="pt-BR"/>
        </w:rPr>
        <w:br/>
      </w:r>
    </w:p>
    <w:p w14:paraId="5413B881" w14:textId="77777777" w:rsidR="002355BD" w:rsidRPr="001179E8" w:rsidRDefault="00000000">
      <w:pPr>
        <w:rPr>
          <w:lang w:val="pt-BR"/>
        </w:rPr>
      </w:pPr>
      <w:r w:rsidRPr="001179E8">
        <w:rPr>
          <w:lang w:val="pt-BR"/>
        </w:rPr>
        <w:lastRenderedPageBreak/>
        <w:t>"Não há tempo," protestou Nicole. "General, o que vimos no submundo... Abyzoth está se preparando para invadir. Rox está destruindo os domínios dos Lordes das Sombras, absorvendo seu poder para abrir um portal permanente entre os reinos."</w:t>
      </w:r>
    </w:p>
    <w:p w14:paraId="139A208E" w14:textId="77777777" w:rsidR="002355BD" w:rsidRPr="001179E8" w:rsidRDefault="00000000">
      <w:pPr>
        <w:rPr>
          <w:lang w:val="pt-BR"/>
        </w:rPr>
      </w:pPr>
      <w:r w:rsidRPr="001179E8">
        <w:rPr>
          <w:lang w:val="pt-BR"/>
        </w:rPr>
        <w:br/>
      </w:r>
    </w:p>
    <w:p w14:paraId="1ADFAC73" w14:textId="77777777" w:rsidR="002355BD" w:rsidRPr="001179E8" w:rsidRDefault="00000000">
      <w:pPr>
        <w:rPr>
          <w:lang w:val="pt-BR"/>
        </w:rPr>
      </w:pPr>
      <w:r w:rsidRPr="001179E8">
        <w:rPr>
          <w:lang w:val="pt-BR"/>
        </w:rPr>
        <w:t>O rosto do General endureceu. "Entendo. Mas ainda assim, precisam se recuperar primeiro. Podemos discutir estratégias depois que—"</w:t>
      </w:r>
    </w:p>
    <w:p w14:paraId="11E7687C" w14:textId="77777777" w:rsidR="002355BD" w:rsidRPr="001179E8" w:rsidRDefault="00000000">
      <w:pPr>
        <w:rPr>
          <w:lang w:val="pt-BR"/>
        </w:rPr>
      </w:pPr>
      <w:r w:rsidRPr="001179E8">
        <w:rPr>
          <w:lang w:val="pt-BR"/>
        </w:rPr>
        <w:br/>
      </w:r>
    </w:p>
    <w:p w14:paraId="75A01311" w14:textId="77777777" w:rsidR="002355BD" w:rsidRPr="001179E8" w:rsidRDefault="00000000">
      <w:pPr>
        <w:rPr>
          <w:lang w:val="pt-BR"/>
        </w:rPr>
      </w:pPr>
      <w:r w:rsidRPr="001179E8">
        <w:rPr>
          <w:lang w:val="pt-BR"/>
        </w:rPr>
        <w:t>Ele foi interrompido por um som – um som que não deveria estar ali. Um som que Nicole e Ricardo conheciam muito bem das semanas no submundo.</w:t>
      </w:r>
    </w:p>
    <w:p w14:paraId="190871F5" w14:textId="77777777" w:rsidR="002355BD" w:rsidRPr="001179E8" w:rsidRDefault="00000000">
      <w:pPr>
        <w:rPr>
          <w:lang w:val="pt-BR"/>
        </w:rPr>
      </w:pPr>
      <w:r w:rsidRPr="001179E8">
        <w:rPr>
          <w:lang w:val="pt-BR"/>
        </w:rPr>
        <w:br/>
      </w:r>
    </w:p>
    <w:p w14:paraId="7408845D" w14:textId="77777777" w:rsidR="002355BD" w:rsidRPr="001179E8" w:rsidRDefault="00000000">
      <w:pPr>
        <w:rPr>
          <w:lang w:val="pt-BR"/>
        </w:rPr>
      </w:pPr>
      <w:r w:rsidRPr="001179E8">
        <w:rPr>
          <w:lang w:val="pt-BR"/>
        </w:rPr>
        <w:t>Um rugido. Baixo, distante, mas inconfundível.</w:t>
      </w:r>
    </w:p>
    <w:p w14:paraId="05CAE51E" w14:textId="77777777" w:rsidR="002355BD" w:rsidRPr="001179E8" w:rsidRDefault="00000000">
      <w:pPr>
        <w:rPr>
          <w:lang w:val="pt-BR"/>
        </w:rPr>
      </w:pPr>
      <w:r w:rsidRPr="001179E8">
        <w:rPr>
          <w:lang w:val="pt-BR"/>
        </w:rPr>
        <w:br/>
      </w:r>
    </w:p>
    <w:p w14:paraId="53C450CB" w14:textId="77777777" w:rsidR="002355BD" w:rsidRPr="001179E8" w:rsidRDefault="00000000">
      <w:pPr>
        <w:rPr>
          <w:lang w:val="pt-BR"/>
        </w:rPr>
      </w:pPr>
      <w:r w:rsidRPr="001179E8">
        <w:rPr>
          <w:lang w:val="pt-BR"/>
        </w:rPr>
        <w:t>O rugido de um Caçador das Sombras.</w:t>
      </w:r>
    </w:p>
    <w:p w14:paraId="2D5C4B9F" w14:textId="77777777" w:rsidR="002355BD" w:rsidRPr="001179E8" w:rsidRDefault="00000000">
      <w:pPr>
        <w:rPr>
          <w:lang w:val="pt-BR"/>
        </w:rPr>
      </w:pPr>
      <w:r w:rsidRPr="001179E8">
        <w:rPr>
          <w:lang w:val="pt-BR"/>
        </w:rPr>
        <w:br/>
      </w:r>
    </w:p>
    <w:p w14:paraId="48CDDE5D" w14:textId="77777777" w:rsidR="002355BD" w:rsidRPr="001179E8" w:rsidRDefault="00000000">
      <w:pPr>
        <w:rPr>
          <w:lang w:val="pt-BR"/>
        </w:rPr>
      </w:pPr>
      <w:r w:rsidRPr="001179E8">
        <w:rPr>
          <w:lang w:val="pt-BR"/>
        </w:rPr>
        <w:t>Todos congelaram. O General Vance foi o primeiro a reagir, movendo-se rapidamente para um dos monitores. "Segurança, varredura completa da base, agora!"</w:t>
      </w:r>
    </w:p>
    <w:p w14:paraId="1CD87A31" w14:textId="77777777" w:rsidR="002355BD" w:rsidRPr="001179E8" w:rsidRDefault="00000000">
      <w:pPr>
        <w:rPr>
          <w:lang w:val="pt-BR"/>
        </w:rPr>
      </w:pPr>
      <w:r w:rsidRPr="001179E8">
        <w:rPr>
          <w:lang w:val="pt-BR"/>
        </w:rPr>
        <w:br/>
      </w:r>
    </w:p>
    <w:p w14:paraId="37D46C90" w14:textId="77777777" w:rsidR="002355BD" w:rsidRPr="001179E8" w:rsidRDefault="00000000">
      <w:pPr>
        <w:rPr>
          <w:lang w:val="pt-BR"/>
        </w:rPr>
      </w:pPr>
      <w:r w:rsidRPr="001179E8">
        <w:rPr>
          <w:lang w:val="pt-BR"/>
        </w:rPr>
        <w:t>Os técnicos se moveram com eficiência treinada, dedos voando sobre teclados. Imagens de várias partes da base começaram a aparecer nos monitores.</w:t>
      </w:r>
    </w:p>
    <w:p w14:paraId="6B55A414" w14:textId="77777777" w:rsidR="002355BD" w:rsidRPr="001179E8" w:rsidRDefault="00000000">
      <w:pPr>
        <w:rPr>
          <w:lang w:val="pt-BR"/>
        </w:rPr>
      </w:pPr>
      <w:r w:rsidRPr="001179E8">
        <w:rPr>
          <w:lang w:val="pt-BR"/>
        </w:rPr>
        <w:br/>
      </w:r>
    </w:p>
    <w:p w14:paraId="4F849651" w14:textId="77777777" w:rsidR="002355BD" w:rsidRPr="001179E8" w:rsidRDefault="00000000">
      <w:pPr>
        <w:rPr>
          <w:lang w:val="pt-BR"/>
        </w:rPr>
      </w:pPr>
      <w:r w:rsidRPr="001179E8">
        <w:rPr>
          <w:lang w:val="pt-BR"/>
        </w:rPr>
        <w:t>E lá estava – uma massa de escuridão ondulante se movendo por um corredor no nível inferior da base. Não era um Caçador completo, parecia menor, mais fraco, como um fragmento. Mas ainda assim, era uma criatura do submundo, de alguma forma transportada junto com eles.</w:t>
      </w:r>
    </w:p>
    <w:p w14:paraId="2C876F6D" w14:textId="77777777" w:rsidR="002355BD" w:rsidRPr="001179E8" w:rsidRDefault="00000000">
      <w:pPr>
        <w:rPr>
          <w:lang w:val="pt-BR"/>
        </w:rPr>
      </w:pPr>
      <w:r w:rsidRPr="001179E8">
        <w:rPr>
          <w:lang w:val="pt-BR"/>
        </w:rPr>
        <w:br/>
      </w:r>
    </w:p>
    <w:p w14:paraId="62CA85CF" w14:textId="77777777" w:rsidR="002355BD" w:rsidRPr="001179E8" w:rsidRDefault="00000000">
      <w:pPr>
        <w:rPr>
          <w:lang w:val="pt-BR"/>
        </w:rPr>
      </w:pPr>
      <w:r w:rsidRPr="001179E8">
        <w:rPr>
          <w:lang w:val="pt-BR"/>
        </w:rPr>
        <w:lastRenderedPageBreak/>
        <w:t>"Impossível," sussurrou Elaine, seu rosto pálido com choque. "O portal não deveria permitir..."</w:t>
      </w:r>
    </w:p>
    <w:p w14:paraId="0E7C2E8B" w14:textId="77777777" w:rsidR="002355BD" w:rsidRPr="001179E8" w:rsidRDefault="00000000">
      <w:pPr>
        <w:rPr>
          <w:lang w:val="pt-BR"/>
        </w:rPr>
      </w:pPr>
      <w:r w:rsidRPr="001179E8">
        <w:rPr>
          <w:lang w:val="pt-BR"/>
        </w:rPr>
        <w:br/>
      </w:r>
    </w:p>
    <w:p w14:paraId="4D1243E4" w14:textId="77777777" w:rsidR="002355BD" w:rsidRPr="001179E8" w:rsidRDefault="00000000">
      <w:pPr>
        <w:rPr>
          <w:lang w:val="pt-BR"/>
        </w:rPr>
      </w:pPr>
      <w:r w:rsidRPr="001179E8">
        <w:rPr>
          <w:lang w:val="pt-BR"/>
        </w:rPr>
        <w:t>"A menos que algo o forçasse," completou Nicole, uma terrível compreensão surgindo em sua mente. "A menos que algo poderoso o suficiente..."</w:t>
      </w:r>
    </w:p>
    <w:p w14:paraId="50C360E9" w14:textId="77777777" w:rsidR="002355BD" w:rsidRPr="001179E8" w:rsidRDefault="00000000">
      <w:pPr>
        <w:rPr>
          <w:lang w:val="pt-BR"/>
        </w:rPr>
      </w:pPr>
      <w:r w:rsidRPr="001179E8">
        <w:rPr>
          <w:lang w:val="pt-BR"/>
        </w:rPr>
        <w:br/>
      </w:r>
    </w:p>
    <w:p w14:paraId="7269B7BD" w14:textId="77777777" w:rsidR="002355BD" w:rsidRPr="001179E8" w:rsidRDefault="00000000">
      <w:pPr>
        <w:rPr>
          <w:lang w:val="pt-BR"/>
        </w:rPr>
      </w:pPr>
      <w:r w:rsidRPr="001179E8">
        <w:rPr>
          <w:lang w:val="pt-BR"/>
        </w:rPr>
        <w:t>"Abyzoth," disse Ricardo, chegando à mesma conclusão. "Parte dele veio conosco."</w:t>
      </w:r>
    </w:p>
    <w:p w14:paraId="5CBAB97B" w14:textId="77777777" w:rsidR="002355BD" w:rsidRPr="001179E8" w:rsidRDefault="00000000">
      <w:pPr>
        <w:rPr>
          <w:lang w:val="pt-BR"/>
        </w:rPr>
      </w:pPr>
      <w:r w:rsidRPr="001179E8">
        <w:rPr>
          <w:lang w:val="pt-BR"/>
        </w:rPr>
        <w:br/>
      </w:r>
    </w:p>
    <w:p w14:paraId="026A8C36" w14:textId="77777777" w:rsidR="002355BD" w:rsidRPr="001179E8" w:rsidRDefault="00000000">
      <w:pPr>
        <w:rPr>
          <w:lang w:val="pt-BR"/>
        </w:rPr>
      </w:pPr>
      <w:r w:rsidRPr="001179E8">
        <w:rPr>
          <w:lang w:val="pt-BR"/>
        </w:rPr>
        <w:t>O General Vance já estava em movimento, gritando ordens. "Equipes de contenção para o nível inferior! Todos os civis para áreas seguras! Primordiais, preparem-se para combate!"</w:t>
      </w:r>
    </w:p>
    <w:p w14:paraId="4C91B601" w14:textId="77777777" w:rsidR="002355BD" w:rsidRPr="001179E8" w:rsidRDefault="00000000">
      <w:pPr>
        <w:rPr>
          <w:lang w:val="pt-BR"/>
        </w:rPr>
      </w:pPr>
      <w:r w:rsidRPr="001179E8">
        <w:rPr>
          <w:lang w:val="pt-BR"/>
        </w:rPr>
        <w:br/>
      </w:r>
    </w:p>
    <w:p w14:paraId="0D001BA9" w14:textId="77777777" w:rsidR="002355BD" w:rsidRPr="001179E8" w:rsidRDefault="00000000">
      <w:pPr>
        <w:rPr>
          <w:lang w:val="pt-BR"/>
        </w:rPr>
      </w:pPr>
      <w:r w:rsidRPr="001179E8">
        <w:rPr>
          <w:lang w:val="pt-BR"/>
        </w:rPr>
        <w:t>A sala explodiu em atividade. Nicole sentiu a adrenalina substituir o cansaço em seu sistema. Ela se virou para Ricardo, que já estava se preparando, e para Elaine, que parecia simultaneamente aterrorizada e determinada.</w:t>
      </w:r>
    </w:p>
    <w:p w14:paraId="5831DDF6" w14:textId="77777777" w:rsidR="002355BD" w:rsidRPr="001179E8" w:rsidRDefault="00000000">
      <w:pPr>
        <w:rPr>
          <w:lang w:val="pt-BR"/>
        </w:rPr>
      </w:pPr>
      <w:r w:rsidRPr="001179E8">
        <w:rPr>
          <w:lang w:val="pt-BR"/>
        </w:rPr>
        <w:br/>
      </w:r>
    </w:p>
    <w:p w14:paraId="0C1D0FB8" w14:textId="77777777" w:rsidR="002355BD" w:rsidRPr="001179E8" w:rsidRDefault="00000000">
      <w:pPr>
        <w:rPr>
          <w:lang w:val="pt-BR"/>
        </w:rPr>
      </w:pPr>
      <w:r w:rsidRPr="001179E8">
        <w:rPr>
          <w:lang w:val="pt-BR"/>
        </w:rPr>
        <w:t>"Você não precisa lutar," disse Nicole a ela. "Acabou de chegar a este mundo."</w:t>
      </w:r>
    </w:p>
    <w:p w14:paraId="51F0C828" w14:textId="77777777" w:rsidR="002355BD" w:rsidRPr="001179E8" w:rsidRDefault="00000000">
      <w:pPr>
        <w:rPr>
          <w:lang w:val="pt-BR"/>
        </w:rPr>
      </w:pPr>
      <w:r w:rsidRPr="001179E8">
        <w:rPr>
          <w:lang w:val="pt-BR"/>
        </w:rPr>
        <w:br/>
      </w:r>
    </w:p>
    <w:p w14:paraId="1D3B76DB" w14:textId="77777777" w:rsidR="002355BD" w:rsidRPr="001179E8" w:rsidRDefault="00000000">
      <w:pPr>
        <w:rPr>
          <w:lang w:val="pt-BR"/>
        </w:rPr>
      </w:pPr>
      <w:r w:rsidRPr="001179E8">
        <w:rPr>
          <w:lang w:val="pt-BR"/>
        </w:rPr>
        <w:t>Elaine balançou a cabeça, um sorriso triste em seus lábios. "Conheço essas criaturas melhor que qualquer um aqui. Vocês precisam de mim."</w:t>
      </w:r>
    </w:p>
    <w:p w14:paraId="0D4B7E9D" w14:textId="77777777" w:rsidR="002355BD" w:rsidRPr="001179E8" w:rsidRDefault="00000000">
      <w:pPr>
        <w:rPr>
          <w:lang w:val="pt-BR"/>
        </w:rPr>
      </w:pPr>
      <w:r w:rsidRPr="001179E8">
        <w:rPr>
          <w:lang w:val="pt-BR"/>
        </w:rPr>
        <w:br/>
      </w:r>
    </w:p>
    <w:p w14:paraId="2444F25A" w14:textId="77777777" w:rsidR="002355BD" w:rsidRPr="001179E8" w:rsidRDefault="00000000">
      <w:pPr>
        <w:rPr>
          <w:lang w:val="pt-BR"/>
        </w:rPr>
      </w:pPr>
      <w:r w:rsidRPr="001179E8">
        <w:rPr>
          <w:lang w:val="pt-BR"/>
        </w:rPr>
        <w:t>Nicole assentiu, reconhecendo a verdade nas palavras dela. Juntos, os três se juntaram aos outros heróis que se reuniam para enfrentar a ameaça.</w:t>
      </w:r>
    </w:p>
    <w:p w14:paraId="04122BB5" w14:textId="77777777" w:rsidR="002355BD" w:rsidRPr="001179E8" w:rsidRDefault="00000000">
      <w:pPr>
        <w:rPr>
          <w:lang w:val="pt-BR"/>
        </w:rPr>
      </w:pPr>
      <w:r w:rsidRPr="001179E8">
        <w:rPr>
          <w:lang w:val="pt-BR"/>
        </w:rPr>
        <w:br/>
      </w:r>
    </w:p>
    <w:p w14:paraId="48237D65" w14:textId="77777777" w:rsidR="002355BD" w:rsidRPr="001179E8" w:rsidRDefault="00000000">
      <w:pPr>
        <w:rPr>
          <w:lang w:val="pt-BR"/>
        </w:rPr>
      </w:pPr>
      <w:r w:rsidRPr="001179E8">
        <w:rPr>
          <w:lang w:val="pt-BR"/>
        </w:rPr>
        <w:lastRenderedPageBreak/>
        <w:t>Enquanto se preparavam para mais uma batalha, Nicole não pôde deixar de pensar em Eco – o Eco do Lorde da Ordem – e seu sacrifício para lhes dar uma chance de escapar. Ele havia ficado para trás, enfrentando sozinho os Caçadores das Sombras.</w:t>
      </w:r>
    </w:p>
    <w:p w14:paraId="148E5FD7" w14:textId="77777777" w:rsidR="002355BD" w:rsidRPr="001179E8" w:rsidRDefault="00000000">
      <w:pPr>
        <w:rPr>
          <w:lang w:val="pt-BR"/>
        </w:rPr>
      </w:pPr>
      <w:r w:rsidRPr="001179E8">
        <w:rPr>
          <w:lang w:val="pt-BR"/>
        </w:rPr>
        <w:br/>
      </w:r>
    </w:p>
    <w:p w14:paraId="34FF6DE8" w14:textId="77777777" w:rsidR="002355BD" w:rsidRPr="001179E8" w:rsidRDefault="00000000">
      <w:pPr>
        <w:rPr>
          <w:lang w:val="pt-BR"/>
        </w:rPr>
      </w:pPr>
      <w:r w:rsidRPr="001179E8">
        <w:rPr>
          <w:lang w:val="pt-BR"/>
        </w:rPr>
        <w:t>Mas algo lhe dizia que não haviam visto o último dele. De alguma forma, em algum lugar, ele ainda existia. E talvez, quando mais precisassem, ele encontraria um caminho de volta para ajudá-los novamente.</w:t>
      </w:r>
    </w:p>
    <w:p w14:paraId="46283CF7" w14:textId="77777777" w:rsidR="002355BD" w:rsidRPr="001179E8" w:rsidRDefault="00000000">
      <w:pPr>
        <w:rPr>
          <w:lang w:val="pt-BR"/>
        </w:rPr>
      </w:pPr>
      <w:r w:rsidRPr="001179E8">
        <w:rPr>
          <w:lang w:val="pt-BR"/>
        </w:rPr>
        <w:br/>
      </w:r>
    </w:p>
    <w:p w14:paraId="10B7A7D9" w14:textId="77777777" w:rsidR="002355BD" w:rsidRPr="001179E8" w:rsidRDefault="00000000">
      <w:pPr>
        <w:rPr>
          <w:lang w:val="pt-BR"/>
        </w:rPr>
      </w:pPr>
      <w:r w:rsidRPr="001179E8">
        <w:rPr>
          <w:lang w:val="pt-BR"/>
        </w:rPr>
        <w:t>Por enquanto, porém, tinham um fragmento de Abyzoth para conter, um mundo para proteger, e uma guerra interdimensional para se preparar.</w:t>
      </w:r>
    </w:p>
    <w:p w14:paraId="70AEFAAF" w14:textId="77777777" w:rsidR="002355BD" w:rsidRPr="001179E8" w:rsidRDefault="00000000">
      <w:pPr>
        <w:rPr>
          <w:lang w:val="pt-BR"/>
        </w:rPr>
      </w:pPr>
      <w:r w:rsidRPr="001179E8">
        <w:rPr>
          <w:lang w:val="pt-BR"/>
        </w:rPr>
        <w:br/>
      </w:r>
    </w:p>
    <w:p w14:paraId="03D3F707" w14:textId="77777777" w:rsidR="002355BD" w:rsidRPr="001179E8" w:rsidRDefault="00000000">
      <w:pPr>
        <w:rPr>
          <w:lang w:val="pt-BR"/>
        </w:rPr>
      </w:pPr>
      <w:r w:rsidRPr="001179E8">
        <w:rPr>
          <w:lang w:val="pt-BR"/>
        </w:rPr>
        <w:t>Nicole olhou para Ricardo, que retribuiu seu olhar com um sorriso confiante. Então para Elaine, cuja expressão mostrava determinação apesar do medo. E finalmente, para seus pais e amigos, todos prontos para lutar ao seu lado.</w:t>
      </w:r>
    </w:p>
    <w:p w14:paraId="75B866EF" w14:textId="77777777" w:rsidR="002355BD" w:rsidRPr="001179E8" w:rsidRDefault="00000000">
      <w:pPr>
        <w:rPr>
          <w:lang w:val="pt-BR"/>
        </w:rPr>
      </w:pPr>
      <w:r w:rsidRPr="001179E8">
        <w:rPr>
          <w:lang w:val="pt-BR"/>
        </w:rPr>
        <w:br/>
      </w:r>
    </w:p>
    <w:p w14:paraId="3E51E326" w14:textId="77777777" w:rsidR="002355BD" w:rsidRPr="001179E8" w:rsidRDefault="00000000">
      <w:pPr>
        <w:rPr>
          <w:lang w:val="pt-BR"/>
        </w:rPr>
      </w:pPr>
      <w:r w:rsidRPr="001179E8">
        <w:rPr>
          <w:lang w:val="pt-BR"/>
        </w:rPr>
        <w:t>Não importava o que viesse a seguir – Abyzoth, a Dragoa Maligna, Rox, ou qualquer outra ameaça. Eles enfrentariam juntos.</w:t>
      </w:r>
    </w:p>
    <w:p w14:paraId="6683FA40" w14:textId="77777777" w:rsidR="002355BD" w:rsidRPr="001179E8" w:rsidRDefault="00000000">
      <w:pPr>
        <w:rPr>
          <w:lang w:val="pt-BR"/>
        </w:rPr>
      </w:pPr>
      <w:r w:rsidRPr="001179E8">
        <w:rPr>
          <w:lang w:val="pt-BR"/>
        </w:rPr>
        <w:br/>
      </w:r>
    </w:p>
    <w:p w14:paraId="70245418" w14:textId="77777777" w:rsidR="002355BD" w:rsidRPr="001179E8" w:rsidRDefault="00000000">
      <w:pPr>
        <w:rPr>
          <w:lang w:val="pt-BR"/>
        </w:rPr>
      </w:pPr>
      <w:r w:rsidRPr="001179E8">
        <w:rPr>
          <w:lang w:val="pt-BR"/>
        </w:rPr>
        <w:t>Como uma equipe. Como uma família. Como os Primordiais.</w:t>
      </w:r>
    </w:p>
    <w:p w14:paraId="3CBB1DAC" w14:textId="77777777" w:rsidR="002355BD" w:rsidRPr="001179E8" w:rsidRDefault="00000000">
      <w:pPr>
        <w:rPr>
          <w:lang w:val="pt-BR"/>
        </w:rPr>
      </w:pPr>
      <w:r w:rsidRPr="001179E8">
        <w:rPr>
          <w:lang w:val="pt-BR"/>
        </w:rPr>
        <w:br/>
      </w:r>
    </w:p>
    <w:p w14:paraId="716E1A2F" w14:textId="77777777" w:rsidR="002355BD" w:rsidRPr="001179E8" w:rsidRDefault="00000000">
      <w:pPr>
        <w:rPr>
          <w:lang w:val="pt-BR"/>
        </w:rPr>
      </w:pPr>
      <w:r w:rsidRPr="001179E8">
        <w:rPr>
          <w:lang w:val="pt-BR"/>
        </w:rPr>
        <w:t>---</w:t>
      </w:r>
    </w:p>
    <w:p w14:paraId="27EF80F3" w14:textId="77777777" w:rsidR="002355BD" w:rsidRPr="001179E8" w:rsidRDefault="00000000">
      <w:pPr>
        <w:rPr>
          <w:lang w:val="pt-BR"/>
        </w:rPr>
      </w:pPr>
      <w:r w:rsidRPr="001179E8">
        <w:rPr>
          <w:lang w:val="pt-BR"/>
        </w:rPr>
        <w:br/>
      </w:r>
    </w:p>
    <w:p w14:paraId="2A32B821" w14:textId="77777777" w:rsidR="002355BD" w:rsidRPr="001179E8" w:rsidRDefault="00000000">
      <w:pPr>
        <w:rPr>
          <w:lang w:val="pt-BR"/>
        </w:rPr>
      </w:pPr>
      <w:r w:rsidRPr="001179E8">
        <w:rPr>
          <w:lang w:val="pt-BR"/>
        </w:rPr>
        <w:t>Em algum lugar nas profundezas do submundo, Rox observava através de um espelho dimensional enquanto o fragmento de Abyzoth atravessava o portal junto com os heróis fugitivos. Seu rosto, agora apenas vagamente humanoide, contorceu-se em algo que poderia ser um sorriso.</w:t>
      </w:r>
    </w:p>
    <w:p w14:paraId="76CE9942" w14:textId="77777777" w:rsidR="002355BD" w:rsidRPr="001179E8" w:rsidRDefault="00000000">
      <w:pPr>
        <w:rPr>
          <w:lang w:val="pt-BR"/>
        </w:rPr>
      </w:pPr>
      <w:r w:rsidRPr="001179E8">
        <w:rPr>
          <w:lang w:val="pt-BR"/>
        </w:rPr>
        <w:lastRenderedPageBreak/>
        <w:br/>
      </w:r>
    </w:p>
    <w:p w14:paraId="6EDA7FEB" w14:textId="77777777" w:rsidR="002355BD" w:rsidRPr="001179E8" w:rsidRDefault="00000000">
      <w:pPr>
        <w:rPr>
          <w:lang w:val="pt-BR"/>
        </w:rPr>
      </w:pPr>
      <w:r w:rsidRPr="001179E8">
        <w:rPr>
          <w:lang w:val="pt-BR"/>
        </w:rPr>
        <w:t>"Fase um, completa," murmurou ele, sua voz um eco distorcido que reverberava pelas paredes da câmara. "A semente foi plantada."</w:t>
      </w:r>
    </w:p>
    <w:p w14:paraId="4F6A5FD1" w14:textId="77777777" w:rsidR="002355BD" w:rsidRPr="001179E8" w:rsidRDefault="00000000">
      <w:pPr>
        <w:rPr>
          <w:lang w:val="pt-BR"/>
        </w:rPr>
      </w:pPr>
      <w:r w:rsidRPr="001179E8">
        <w:rPr>
          <w:lang w:val="pt-BR"/>
        </w:rPr>
        <w:br/>
      </w:r>
    </w:p>
    <w:p w14:paraId="3EEAC219" w14:textId="77777777" w:rsidR="002355BD" w:rsidRPr="001179E8" w:rsidRDefault="00000000">
      <w:pPr>
        <w:rPr>
          <w:lang w:val="pt-BR"/>
        </w:rPr>
      </w:pPr>
      <w:r w:rsidRPr="001179E8">
        <w:rPr>
          <w:lang w:val="pt-BR"/>
        </w:rPr>
        <w:t>Atrás dele, uma presença vasta e antiga se agitou – uma escuridão mais profunda que a própria noite, uma entidade tão antiga quanto o próprio universo.</w:t>
      </w:r>
    </w:p>
    <w:p w14:paraId="4F250582" w14:textId="77777777" w:rsidR="002355BD" w:rsidRPr="001179E8" w:rsidRDefault="00000000">
      <w:pPr>
        <w:rPr>
          <w:lang w:val="pt-BR"/>
        </w:rPr>
      </w:pPr>
      <w:r w:rsidRPr="001179E8">
        <w:rPr>
          <w:lang w:val="pt-BR"/>
        </w:rPr>
        <w:br/>
      </w:r>
    </w:p>
    <w:p w14:paraId="5A51308E" w14:textId="77777777" w:rsidR="002355BD" w:rsidRPr="001179E8" w:rsidRDefault="00000000">
      <w:pPr>
        <w:rPr>
          <w:lang w:val="pt-BR"/>
        </w:rPr>
      </w:pPr>
      <w:r w:rsidRPr="001179E8">
        <w:rPr>
          <w:i/>
          <w:lang w:val="pt-BR"/>
        </w:rPr>
        <w:t>Bom</w:t>
      </w:r>
      <w:r w:rsidRPr="001179E8">
        <w:rPr>
          <w:lang w:val="pt-BR"/>
        </w:rPr>
        <w:t xml:space="preserve">, veio a resposta, não em palavras, mas em sensações que se infiltravam diretamente em sua mente. </w:t>
      </w:r>
      <w:r w:rsidRPr="001179E8">
        <w:rPr>
          <w:i/>
          <w:lang w:val="pt-BR"/>
        </w:rPr>
        <w:t>Agora, prepare-se para a fase dois. A Dragoa está quase pronta.</w:t>
      </w:r>
    </w:p>
    <w:p w14:paraId="77C099BD" w14:textId="77777777" w:rsidR="002355BD" w:rsidRPr="001179E8" w:rsidRDefault="00000000">
      <w:pPr>
        <w:rPr>
          <w:lang w:val="pt-BR"/>
        </w:rPr>
      </w:pPr>
      <w:r w:rsidRPr="001179E8">
        <w:rPr>
          <w:lang w:val="pt-BR"/>
        </w:rPr>
        <w:br/>
      </w:r>
    </w:p>
    <w:p w14:paraId="32D6E5EA" w14:textId="77777777" w:rsidR="002355BD" w:rsidRPr="001179E8" w:rsidRDefault="00000000">
      <w:pPr>
        <w:rPr>
          <w:lang w:val="pt-BR"/>
        </w:rPr>
      </w:pPr>
      <w:r w:rsidRPr="001179E8">
        <w:rPr>
          <w:lang w:val="pt-BR"/>
        </w:rPr>
        <w:t>Rox se curvou, sua forma sombria tremulando com antecipação. "Sim, mestre. Em breve, todos os reinos serão um. Em breve, o verdadeiro trabalho começará."</w:t>
      </w:r>
    </w:p>
    <w:p w14:paraId="793F1E64" w14:textId="77777777" w:rsidR="002355BD" w:rsidRPr="001179E8" w:rsidRDefault="00000000">
      <w:pPr>
        <w:rPr>
          <w:lang w:val="pt-BR"/>
        </w:rPr>
      </w:pPr>
      <w:r w:rsidRPr="001179E8">
        <w:rPr>
          <w:lang w:val="pt-BR"/>
        </w:rPr>
        <w:br/>
      </w:r>
    </w:p>
    <w:p w14:paraId="057DE11C" w14:textId="77777777" w:rsidR="002355BD" w:rsidRPr="001179E8" w:rsidRDefault="00000000">
      <w:pPr>
        <w:rPr>
          <w:lang w:val="pt-BR"/>
        </w:rPr>
      </w:pPr>
      <w:r w:rsidRPr="001179E8">
        <w:rPr>
          <w:lang w:val="pt-BR"/>
        </w:rPr>
        <w:t>Enquanto se afastava do espelho, Rox pensou nos heróis que haviam escapado – Chrome, Punk, e a traidora Mirage. Eles achavam que haviam vencido, que haviam escapado.</w:t>
      </w:r>
    </w:p>
    <w:p w14:paraId="4931AF89" w14:textId="77777777" w:rsidR="002355BD" w:rsidRPr="001179E8" w:rsidRDefault="00000000">
      <w:pPr>
        <w:rPr>
          <w:lang w:val="pt-BR"/>
        </w:rPr>
      </w:pPr>
      <w:r w:rsidRPr="001179E8">
        <w:rPr>
          <w:lang w:val="pt-BR"/>
        </w:rPr>
        <w:br/>
      </w:r>
    </w:p>
    <w:p w14:paraId="1227F5BC" w14:textId="77777777" w:rsidR="002355BD" w:rsidRPr="001179E8" w:rsidRDefault="00000000">
      <w:pPr>
        <w:rPr>
          <w:lang w:val="pt-BR"/>
        </w:rPr>
      </w:pPr>
      <w:r w:rsidRPr="001179E8">
        <w:rPr>
          <w:lang w:val="pt-BR"/>
        </w:rPr>
        <w:t>Mal sabiam eles que estavam exatamente onde Abyzoth queria que estivessem.</w:t>
      </w:r>
    </w:p>
    <w:p w14:paraId="220AF468" w14:textId="77777777" w:rsidR="002355BD" w:rsidRPr="001179E8" w:rsidRDefault="00000000">
      <w:pPr>
        <w:rPr>
          <w:lang w:val="pt-BR"/>
        </w:rPr>
      </w:pPr>
      <w:r w:rsidRPr="001179E8">
        <w:rPr>
          <w:lang w:val="pt-BR"/>
        </w:rPr>
        <w:br/>
      </w:r>
    </w:p>
    <w:p w14:paraId="194EFBB9" w14:textId="77777777" w:rsidR="002355BD" w:rsidRPr="001179E8" w:rsidRDefault="00000000">
      <w:pPr>
        <w:rPr>
          <w:lang w:val="pt-BR"/>
        </w:rPr>
      </w:pPr>
      <w:r w:rsidRPr="001179E8">
        <w:rPr>
          <w:lang w:val="pt-BR"/>
        </w:rPr>
        <w:t>O jogo estava apenas começando.</w:t>
      </w:r>
    </w:p>
    <w:p w14:paraId="061B95B1" w14:textId="77777777" w:rsidR="002355BD" w:rsidRPr="001179E8" w:rsidRDefault="00000000">
      <w:pPr>
        <w:rPr>
          <w:lang w:val="pt-BR"/>
        </w:rPr>
      </w:pPr>
      <w:r w:rsidRPr="001179E8">
        <w:rPr>
          <w:lang w:val="pt-BR"/>
        </w:rPr>
        <w:br/>
      </w:r>
    </w:p>
    <w:p w14:paraId="6B4A6497" w14:textId="77777777" w:rsidR="002355BD" w:rsidRPr="001179E8" w:rsidRDefault="00000000">
      <w:pPr>
        <w:rPr>
          <w:lang w:val="pt-BR"/>
        </w:rPr>
      </w:pPr>
      <w:r w:rsidRPr="001179E8">
        <w:rPr>
          <w:lang w:val="pt-BR"/>
        </w:rPr>
        <w:t xml:space="preserve">E desta vez, as regras seriam muito, muito diferentes.As Cavernas dos Ecos eram um labirinto de túneis que se retorciam e mergulhavam nas profundezas do submundo. O silêncio era absoluto, quebrado apenas pelo ocasional pingar de água ou pelo som suave de suas respirações cuidadosamente controladas. Nicole, Ricardo e Elaine se moviam como </w:t>
      </w:r>
      <w:r w:rsidRPr="001179E8">
        <w:rPr>
          <w:lang w:val="pt-BR"/>
        </w:rPr>
        <w:lastRenderedPageBreak/>
        <w:t>fantasmas, seus passos cautelosos sobre o solo irregular, seguindo Eco que liderava o caminho.</w:t>
      </w:r>
    </w:p>
    <w:p w14:paraId="2001E507" w14:textId="77777777" w:rsidR="002355BD" w:rsidRPr="001179E8" w:rsidRDefault="00000000">
      <w:pPr>
        <w:rPr>
          <w:lang w:val="pt-BR"/>
        </w:rPr>
      </w:pPr>
      <w:r w:rsidRPr="001179E8">
        <w:rPr>
          <w:lang w:val="pt-BR"/>
        </w:rPr>
        <w:br/>
      </w:r>
    </w:p>
    <w:p w14:paraId="03BBEDE0" w14:textId="77777777" w:rsidR="002355BD" w:rsidRPr="001179E8" w:rsidRDefault="00000000">
      <w:pPr>
        <w:rPr>
          <w:lang w:val="pt-BR"/>
        </w:rPr>
      </w:pPr>
      <w:r w:rsidRPr="001179E8">
        <w:rPr>
          <w:lang w:val="pt-BR"/>
        </w:rPr>
        <w:t>A escuridão era quase completa. Nicole mantinha apenas um brilho mínimo em seus dedos metálicos – o suficiente para iluminar alguns centímetros à frente, mas não o bastante para atrair atenção indesejada. O ar era denso e úmido, carregado com um cheiro antigo de decomposição e minerais.</w:t>
      </w:r>
    </w:p>
    <w:p w14:paraId="5BA163EB" w14:textId="77777777" w:rsidR="002355BD" w:rsidRPr="001179E8" w:rsidRDefault="00000000">
      <w:pPr>
        <w:rPr>
          <w:lang w:val="pt-BR"/>
        </w:rPr>
      </w:pPr>
      <w:r w:rsidRPr="001179E8">
        <w:rPr>
          <w:lang w:val="pt-BR"/>
        </w:rPr>
        <w:br/>
      </w:r>
    </w:p>
    <w:p w14:paraId="59831B64" w14:textId="77777777" w:rsidR="002355BD" w:rsidRPr="001179E8" w:rsidRDefault="00000000">
      <w:pPr>
        <w:rPr>
          <w:lang w:val="pt-BR"/>
        </w:rPr>
      </w:pPr>
      <w:r w:rsidRPr="001179E8">
        <w:rPr>
          <w:lang w:val="pt-BR"/>
        </w:rPr>
        <w:t>Eco se movia com precisão sobrenatural, como se pudesse enxergar perfeitamente através da escuridão. Elaine vinha logo atrás, seus movimentos igualmente seguros, seus olhos ocasionalmente brilhando com um azul intenso que parecia iluminar seu caminho. Nicole e Ricardo fechavam a fila, mãos entrelaçadas, um guiando o outro quando o terreno se tornava particularmente traiçoeiro.</w:t>
      </w:r>
    </w:p>
    <w:p w14:paraId="15BEB02F" w14:textId="77777777" w:rsidR="002355BD" w:rsidRPr="001179E8" w:rsidRDefault="00000000">
      <w:pPr>
        <w:rPr>
          <w:lang w:val="pt-BR"/>
        </w:rPr>
      </w:pPr>
      <w:r w:rsidRPr="001179E8">
        <w:rPr>
          <w:lang w:val="pt-BR"/>
        </w:rPr>
        <w:br/>
      </w:r>
    </w:p>
    <w:p w14:paraId="4F79C148" w14:textId="77777777" w:rsidR="002355BD" w:rsidRPr="001179E8" w:rsidRDefault="00000000">
      <w:pPr>
        <w:rPr>
          <w:lang w:val="pt-BR"/>
        </w:rPr>
      </w:pPr>
      <w:r w:rsidRPr="001179E8">
        <w:rPr>
          <w:lang w:val="pt-BR"/>
        </w:rPr>
        <w:t>Eles haviam caminhado por horas, ou pelo menos o que parecia ser horas – o tempo no submundo era difícil de medir. Os túneis pareciam intermináveis, ramificando-se e reconectando-se em padrões que desafiavam a lógica. Várias vezes, Nicole teve certeza de que estavam andando em círculos, apenas para Eco fazer uma curva inesperada que os levava a uma passagem completamente nova.</w:t>
      </w:r>
    </w:p>
    <w:p w14:paraId="0CF8C891" w14:textId="77777777" w:rsidR="002355BD" w:rsidRPr="001179E8" w:rsidRDefault="00000000">
      <w:pPr>
        <w:rPr>
          <w:lang w:val="pt-BR"/>
        </w:rPr>
      </w:pPr>
      <w:r w:rsidRPr="001179E8">
        <w:rPr>
          <w:lang w:val="pt-BR"/>
        </w:rPr>
        <w:br/>
      </w:r>
    </w:p>
    <w:p w14:paraId="3F331B3F" w14:textId="77777777" w:rsidR="002355BD" w:rsidRPr="001179E8" w:rsidRDefault="00000000">
      <w:pPr>
        <w:rPr>
          <w:lang w:val="pt-BR"/>
        </w:rPr>
      </w:pPr>
      <w:r w:rsidRPr="001179E8">
        <w:rPr>
          <w:lang w:val="pt-BR"/>
        </w:rPr>
        <w:t>Em um ponto particularmente estreito, onde precisavam rastejar um de cada vez, Ricardo se aproximou de Nicole, seus lábios quase tocando sua orelha.</w:t>
      </w:r>
    </w:p>
    <w:p w14:paraId="26A91F0C" w14:textId="77777777" w:rsidR="002355BD" w:rsidRPr="001179E8" w:rsidRDefault="00000000">
      <w:pPr>
        <w:rPr>
          <w:lang w:val="pt-BR"/>
        </w:rPr>
      </w:pPr>
      <w:r w:rsidRPr="001179E8">
        <w:rPr>
          <w:lang w:val="pt-BR"/>
        </w:rPr>
        <w:br/>
      </w:r>
    </w:p>
    <w:p w14:paraId="4118DD0F" w14:textId="77777777" w:rsidR="002355BD" w:rsidRPr="001179E8" w:rsidRDefault="00000000">
      <w:pPr>
        <w:rPr>
          <w:lang w:val="pt-BR"/>
        </w:rPr>
      </w:pPr>
      <w:r w:rsidRPr="001179E8">
        <w:rPr>
          <w:lang w:val="pt-BR"/>
        </w:rPr>
        <w:t>"Você confia nela?" sussurrou ele, tão baixo que era quase inaudível, indicando Elaine com um movimento quase imperceptível da cabeça.</w:t>
      </w:r>
    </w:p>
    <w:p w14:paraId="71E57026" w14:textId="77777777" w:rsidR="002355BD" w:rsidRPr="001179E8" w:rsidRDefault="00000000">
      <w:pPr>
        <w:rPr>
          <w:lang w:val="pt-BR"/>
        </w:rPr>
      </w:pPr>
      <w:r w:rsidRPr="001179E8">
        <w:rPr>
          <w:lang w:val="pt-BR"/>
        </w:rPr>
        <w:br/>
      </w:r>
    </w:p>
    <w:p w14:paraId="0A0C4AA2" w14:textId="77777777" w:rsidR="002355BD" w:rsidRPr="001179E8" w:rsidRDefault="00000000">
      <w:pPr>
        <w:rPr>
          <w:lang w:val="pt-BR"/>
        </w:rPr>
      </w:pPr>
      <w:r w:rsidRPr="001179E8">
        <w:rPr>
          <w:lang w:val="pt-BR"/>
        </w:rPr>
        <w:t>Nicole hesitou. Elaine era um enigma – claramente não humana, com conhecimentos sobre o submundo que sugeriam uma longa história neste reino. Mas havia algo em seus olhos, uma vulnerabilidade que parecia genuína, apesar de sua fachada sedutora.</w:t>
      </w:r>
    </w:p>
    <w:p w14:paraId="1497E0D3" w14:textId="77777777" w:rsidR="002355BD" w:rsidRPr="001179E8" w:rsidRDefault="00000000">
      <w:pPr>
        <w:rPr>
          <w:lang w:val="pt-BR"/>
        </w:rPr>
      </w:pPr>
      <w:r w:rsidRPr="001179E8">
        <w:rPr>
          <w:lang w:val="pt-BR"/>
        </w:rPr>
        <w:lastRenderedPageBreak/>
        <w:br/>
      </w:r>
    </w:p>
    <w:p w14:paraId="2198CC6E" w14:textId="77777777" w:rsidR="002355BD" w:rsidRPr="001179E8" w:rsidRDefault="00000000">
      <w:pPr>
        <w:rPr>
          <w:lang w:val="pt-BR"/>
        </w:rPr>
      </w:pPr>
      <w:r w:rsidRPr="001179E8">
        <w:rPr>
          <w:lang w:val="pt-BR"/>
        </w:rPr>
        <w:t>"Não sei," respondeu Nicole finalmente, seu sussurro igualmente baixo. "Mas por enquanto, ela é nossa melhor chance."</w:t>
      </w:r>
    </w:p>
    <w:p w14:paraId="7DE76043" w14:textId="77777777" w:rsidR="002355BD" w:rsidRPr="001179E8" w:rsidRDefault="00000000">
      <w:pPr>
        <w:rPr>
          <w:lang w:val="pt-BR"/>
        </w:rPr>
      </w:pPr>
      <w:r w:rsidRPr="001179E8">
        <w:rPr>
          <w:lang w:val="pt-BR"/>
        </w:rPr>
        <w:br/>
      </w:r>
    </w:p>
    <w:p w14:paraId="3064F568" w14:textId="77777777" w:rsidR="002355BD" w:rsidRPr="001179E8" w:rsidRDefault="00000000">
      <w:pPr>
        <w:rPr>
          <w:lang w:val="pt-BR"/>
        </w:rPr>
      </w:pPr>
      <w:r w:rsidRPr="001179E8">
        <w:rPr>
          <w:lang w:val="pt-BR"/>
        </w:rPr>
        <w:t>Ricardo assentiu, aceitando sua avaliação. Confiava no julgamento de Nicole, em sua capacidade de ler as pessoas – mesmo pessoas que não eram exatamente pessoas.</w:t>
      </w:r>
    </w:p>
    <w:p w14:paraId="2C27756B" w14:textId="77777777" w:rsidR="002355BD" w:rsidRPr="001179E8" w:rsidRDefault="00000000">
      <w:pPr>
        <w:rPr>
          <w:lang w:val="pt-BR"/>
        </w:rPr>
      </w:pPr>
      <w:r w:rsidRPr="001179E8">
        <w:rPr>
          <w:lang w:val="pt-BR"/>
        </w:rPr>
        <w:br/>
      </w:r>
    </w:p>
    <w:p w14:paraId="00D04D29" w14:textId="77777777" w:rsidR="002355BD" w:rsidRPr="001179E8" w:rsidRDefault="00000000">
      <w:pPr>
        <w:rPr>
          <w:lang w:val="pt-BR"/>
        </w:rPr>
      </w:pPr>
      <w:r w:rsidRPr="001179E8">
        <w:rPr>
          <w:lang w:val="pt-BR"/>
        </w:rPr>
        <w:t>Continuaram em silêncio, cada passo cuidadosamente calculado. Então, Eco parou abruptamente, erguendo uma mão em um gesto claro: fiquem absolutamente imóveis.</w:t>
      </w:r>
    </w:p>
    <w:p w14:paraId="522CD5B7" w14:textId="77777777" w:rsidR="002355BD" w:rsidRPr="001179E8" w:rsidRDefault="00000000">
      <w:pPr>
        <w:rPr>
          <w:lang w:val="pt-BR"/>
        </w:rPr>
      </w:pPr>
      <w:r w:rsidRPr="001179E8">
        <w:rPr>
          <w:lang w:val="pt-BR"/>
        </w:rPr>
        <w:br/>
      </w:r>
    </w:p>
    <w:p w14:paraId="1D0FB3B0" w14:textId="77777777" w:rsidR="002355BD" w:rsidRPr="001179E8" w:rsidRDefault="00000000">
      <w:pPr>
        <w:rPr>
          <w:lang w:val="pt-BR"/>
        </w:rPr>
      </w:pPr>
      <w:r w:rsidRPr="001179E8">
        <w:rPr>
          <w:lang w:val="pt-BR"/>
        </w:rPr>
        <w:t>Todos congelaram. Nicole mal ousava respirar. Seus ouvidos captaram o que Eco havia percebido – um som distante, um arranhão rítmico, como garras contra pedra. E estava se aproximando.</w:t>
      </w:r>
    </w:p>
    <w:p w14:paraId="7E6D1C95" w14:textId="77777777" w:rsidR="002355BD" w:rsidRPr="001179E8" w:rsidRDefault="00000000">
      <w:pPr>
        <w:rPr>
          <w:lang w:val="pt-BR"/>
        </w:rPr>
      </w:pPr>
      <w:r w:rsidRPr="001179E8">
        <w:rPr>
          <w:lang w:val="pt-BR"/>
        </w:rPr>
        <w:br/>
      </w:r>
    </w:p>
    <w:p w14:paraId="3AEE826E" w14:textId="77777777" w:rsidR="002355BD" w:rsidRPr="001179E8" w:rsidRDefault="00000000">
      <w:pPr>
        <w:rPr>
          <w:lang w:val="pt-BR"/>
        </w:rPr>
      </w:pPr>
      <w:r w:rsidRPr="001179E8">
        <w:rPr>
          <w:lang w:val="pt-BR"/>
        </w:rPr>
        <w:t>Eco apontou para uma fenda na parede do túnel – um espaço apertado, mas grande o suficiente para que pudessem se espremer. Silenciosamente, eles se moveram para o esconderijo, pressionando-se contra a rocha fria. Nicole desligou completamente seu brilho metálico, mergulhando-os na escuridão total.</w:t>
      </w:r>
    </w:p>
    <w:p w14:paraId="6B0E8B01" w14:textId="77777777" w:rsidR="002355BD" w:rsidRPr="001179E8" w:rsidRDefault="00000000">
      <w:pPr>
        <w:rPr>
          <w:lang w:val="pt-BR"/>
        </w:rPr>
      </w:pPr>
      <w:r w:rsidRPr="001179E8">
        <w:rPr>
          <w:lang w:val="pt-BR"/>
        </w:rPr>
        <w:br/>
      </w:r>
    </w:p>
    <w:p w14:paraId="27F7856C" w14:textId="77777777" w:rsidR="002355BD" w:rsidRPr="001179E8" w:rsidRDefault="00000000">
      <w:pPr>
        <w:rPr>
          <w:lang w:val="pt-BR"/>
        </w:rPr>
      </w:pPr>
      <w:r w:rsidRPr="001179E8">
        <w:rPr>
          <w:lang w:val="pt-BR"/>
        </w:rPr>
        <w:t>O som se aproximava – aquele arranhão metódico, agora acompanhado por um chiado baixo e contínuo. Nicole sentiu Ricardo tencionar ao seu lado, pronto para lutar se necessário. Ela mesma se preparou, transformando silenciosamente seus dedos em pequenas lâminas afiadas.</w:t>
      </w:r>
    </w:p>
    <w:p w14:paraId="5DC654FA" w14:textId="77777777" w:rsidR="002355BD" w:rsidRPr="001179E8" w:rsidRDefault="00000000">
      <w:pPr>
        <w:rPr>
          <w:lang w:val="pt-BR"/>
        </w:rPr>
      </w:pPr>
      <w:r w:rsidRPr="001179E8">
        <w:rPr>
          <w:lang w:val="pt-BR"/>
        </w:rPr>
        <w:br/>
      </w:r>
    </w:p>
    <w:p w14:paraId="1CB6E55F" w14:textId="77777777" w:rsidR="002355BD" w:rsidRPr="001179E8" w:rsidRDefault="00000000">
      <w:pPr>
        <w:rPr>
          <w:lang w:val="pt-BR"/>
        </w:rPr>
      </w:pPr>
      <w:r w:rsidRPr="001179E8">
        <w:rPr>
          <w:lang w:val="pt-BR"/>
        </w:rPr>
        <w:t>A criatura passou pela entrada da fenda – uma massa ondulante de escuridão mais densa que a própria escuridão ao redor. Nicole não conseguia distinguir sua forma exata, apenas uma impressão de múltiplos membros longos e finos, como os de uma aranha gigantesca, e algo que poderia ser uma cabeça, embora sem feições reconhecíveis.</w:t>
      </w:r>
    </w:p>
    <w:p w14:paraId="2F8A2C3A" w14:textId="77777777" w:rsidR="002355BD" w:rsidRPr="001179E8" w:rsidRDefault="00000000">
      <w:pPr>
        <w:rPr>
          <w:lang w:val="pt-BR"/>
        </w:rPr>
      </w:pPr>
      <w:r w:rsidRPr="001179E8">
        <w:rPr>
          <w:lang w:val="pt-BR"/>
        </w:rPr>
        <w:lastRenderedPageBreak/>
        <w:br/>
      </w:r>
    </w:p>
    <w:p w14:paraId="62CF882E" w14:textId="77777777" w:rsidR="002355BD" w:rsidRPr="001179E8" w:rsidRDefault="00000000">
      <w:pPr>
        <w:rPr>
          <w:lang w:val="pt-BR"/>
        </w:rPr>
      </w:pPr>
      <w:r w:rsidRPr="001179E8">
        <w:rPr>
          <w:lang w:val="pt-BR"/>
        </w:rPr>
        <w:t>Por um momento terrível, a criatura parou, como se sentisse algo. Sua "cabeça" virou-se lentamente na direção da fenda onde estavam escondidos. Nicole sentiu seu coração parar.</w:t>
      </w:r>
    </w:p>
    <w:p w14:paraId="4EA8481E" w14:textId="77777777" w:rsidR="002355BD" w:rsidRPr="001179E8" w:rsidRDefault="00000000">
      <w:pPr>
        <w:rPr>
          <w:lang w:val="pt-BR"/>
        </w:rPr>
      </w:pPr>
      <w:r w:rsidRPr="001179E8">
        <w:rPr>
          <w:lang w:val="pt-BR"/>
        </w:rPr>
        <w:br/>
      </w:r>
    </w:p>
    <w:p w14:paraId="28E386F5" w14:textId="77777777" w:rsidR="002355BD" w:rsidRPr="001179E8" w:rsidRDefault="00000000">
      <w:pPr>
        <w:rPr>
          <w:lang w:val="pt-BR"/>
        </w:rPr>
      </w:pPr>
      <w:r w:rsidRPr="001179E8">
        <w:rPr>
          <w:lang w:val="pt-BR"/>
        </w:rPr>
        <w:t>Foi Elaine quem agiu. Silenciosamente, ela ergueu uma mão, seus olhos brilhando intensamente. Seu corpo começou a se tornar translúcido, quase transparente, e então ela simplesmente... desapareceu.</w:t>
      </w:r>
    </w:p>
    <w:p w14:paraId="3BBD3999" w14:textId="77777777" w:rsidR="002355BD" w:rsidRPr="001179E8" w:rsidRDefault="00000000">
      <w:pPr>
        <w:rPr>
          <w:lang w:val="pt-BR"/>
        </w:rPr>
      </w:pPr>
      <w:r w:rsidRPr="001179E8">
        <w:rPr>
          <w:lang w:val="pt-BR"/>
        </w:rPr>
        <w:br/>
      </w:r>
    </w:p>
    <w:p w14:paraId="65577F31" w14:textId="77777777" w:rsidR="002355BD" w:rsidRPr="001179E8" w:rsidRDefault="00000000">
      <w:pPr>
        <w:rPr>
          <w:lang w:val="pt-BR"/>
        </w:rPr>
      </w:pPr>
      <w:r w:rsidRPr="001179E8">
        <w:rPr>
          <w:lang w:val="pt-BR"/>
        </w:rPr>
        <w:t>Segundos depois, a criatura emitiu um som estranho – não um rugido, mas um gemido quase confuso. Seu corpo começou a se contorcer de maneiras impossíveis, como se algo o estivesse atacando por dentro.</w:t>
      </w:r>
    </w:p>
    <w:p w14:paraId="68B7681E" w14:textId="77777777" w:rsidR="002355BD" w:rsidRPr="001179E8" w:rsidRDefault="00000000">
      <w:pPr>
        <w:rPr>
          <w:lang w:val="pt-BR"/>
        </w:rPr>
      </w:pPr>
      <w:r w:rsidRPr="001179E8">
        <w:rPr>
          <w:lang w:val="pt-BR"/>
        </w:rPr>
        <w:br/>
      </w:r>
    </w:p>
    <w:p w14:paraId="5F2247A0" w14:textId="77777777" w:rsidR="002355BD" w:rsidRPr="001179E8" w:rsidRDefault="00000000">
      <w:pPr>
        <w:rPr>
          <w:lang w:val="pt-BR"/>
        </w:rPr>
      </w:pPr>
      <w:r w:rsidRPr="001179E8">
        <w:rPr>
          <w:lang w:val="pt-BR"/>
        </w:rPr>
        <w:t>Então, tão subitamente quanto havia desaparecido, Elaine reapareceu – não onde estava antes, mas diretamente na frente da criatura. Seu corpo parecia ter se materializado através do monstro, como se ela tivesse passado através dele.</w:t>
      </w:r>
    </w:p>
    <w:p w14:paraId="4122A136" w14:textId="77777777" w:rsidR="002355BD" w:rsidRPr="001179E8" w:rsidRDefault="00000000">
      <w:pPr>
        <w:rPr>
          <w:lang w:val="pt-BR"/>
        </w:rPr>
      </w:pPr>
      <w:r w:rsidRPr="001179E8">
        <w:rPr>
          <w:lang w:val="pt-BR"/>
        </w:rPr>
        <w:br/>
      </w:r>
    </w:p>
    <w:p w14:paraId="688F7785" w14:textId="77777777" w:rsidR="002355BD" w:rsidRPr="001179E8" w:rsidRDefault="00000000">
      <w:pPr>
        <w:rPr>
          <w:lang w:val="pt-BR"/>
        </w:rPr>
      </w:pPr>
      <w:r w:rsidRPr="001179E8">
        <w:rPr>
          <w:lang w:val="pt-BR"/>
        </w:rPr>
        <w:t>A criatura desabou, seu corpo amorfo se dissolvendo em fumaça negra. Elaine permaneceu de pé, seu traje de névoa cintilante ondulando ao seu redor como se agitado por uma brisa invisível.</w:t>
      </w:r>
    </w:p>
    <w:p w14:paraId="62E92087" w14:textId="77777777" w:rsidR="002355BD" w:rsidRPr="001179E8" w:rsidRDefault="00000000">
      <w:pPr>
        <w:rPr>
          <w:lang w:val="pt-BR"/>
        </w:rPr>
      </w:pPr>
      <w:r w:rsidRPr="001179E8">
        <w:rPr>
          <w:lang w:val="pt-BR"/>
        </w:rPr>
        <w:br/>
      </w:r>
    </w:p>
    <w:p w14:paraId="2491B482" w14:textId="77777777" w:rsidR="002355BD" w:rsidRPr="001179E8" w:rsidRDefault="00000000">
      <w:pPr>
        <w:rPr>
          <w:lang w:val="pt-BR"/>
        </w:rPr>
      </w:pPr>
      <w:r w:rsidRPr="001179E8">
        <w:rPr>
          <w:lang w:val="pt-BR"/>
        </w:rPr>
        <w:t>"Impressionante," murmurou Ricardo, claramente admirado.</w:t>
      </w:r>
    </w:p>
    <w:p w14:paraId="04C6B46D" w14:textId="77777777" w:rsidR="002355BD" w:rsidRPr="001179E8" w:rsidRDefault="00000000">
      <w:pPr>
        <w:rPr>
          <w:lang w:val="pt-BR"/>
        </w:rPr>
      </w:pPr>
      <w:r w:rsidRPr="001179E8">
        <w:rPr>
          <w:lang w:val="pt-BR"/>
        </w:rPr>
        <w:br/>
      </w:r>
    </w:p>
    <w:p w14:paraId="56045ADD" w14:textId="77777777" w:rsidR="002355BD" w:rsidRPr="001179E8" w:rsidRDefault="00000000">
      <w:pPr>
        <w:rPr>
          <w:lang w:val="pt-BR"/>
        </w:rPr>
      </w:pPr>
      <w:r w:rsidRPr="001179E8">
        <w:rPr>
          <w:lang w:val="pt-BR"/>
        </w:rPr>
        <w:t>Elaine se virou para eles, um sorriso satisfeito em seu rosto. "Uma das vantagens de ser o que sou," disse ela, piscando um olho para Ricardo.</w:t>
      </w:r>
    </w:p>
    <w:p w14:paraId="001EC301" w14:textId="77777777" w:rsidR="002355BD" w:rsidRPr="001179E8" w:rsidRDefault="00000000">
      <w:pPr>
        <w:rPr>
          <w:lang w:val="pt-BR"/>
        </w:rPr>
      </w:pPr>
      <w:r w:rsidRPr="001179E8">
        <w:rPr>
          <w:lang w:val="pt-BR"/>
        </w:rPr>
        <w:br/>
      </w:r>
    </w:p>
    <w:p w14:paraId="372BB45D" w14:textId="77777777" w:rsidR="002355BD" w:rsidRPr="001179E8" w:rsidRDefault="00000000">
      <w:pPr>
        <w:rPr>
          <w:lang w:val="pt-BR"/>
        </w:rPr>
      </w:pPr>
      <w:r w:rsidRPr="001179E8">
        <w:rPr>
          <w:lang w:val="pt-BR"/>
        </w:rPr>
        <w:lastRenderedPageBreak/>
        <w:t>Nicole sentiu uma pontada de irritação, mas a reprimiu. Não era hora para ciúmes.</w:t>
      </w:r>
    </w:p>
    <w:p w14:paraId="22B313B4" w14:textId="77777777" w:rsidR="002355BD" w:rsidRPr="001179E8" w:rsidRDefault="00000000">
      <w:pPr>
        <w:rPr>
          <w:lang w:val="pt-BR"/>
        </w:rPr>
      </w:pPr>
      <w:r w:rsidRPr="001179E8">
        <w:rPr>
          <w:lang w:val="pt-BR"/>
        </w:rPr>
        <w:br/>
      </w:r>
    </w:p>
    <w:p w14:paraId="4B079FEE" w14:textId="77777777" w:rsidR="002355BD" w:rsidRPr="001179E8" w:rsidRDefault="00000000">
      <w:pPr>
        <w:rPr>
          <w:lang w:val="pt-BR"/>
        </w:rPr>
      </w:pPr>
      <w:r w:rsidRPr="001179E8">
        <w:rPr>
          <w:lang w:val="pt-BR"/>
        </w:rPr>
        <w:t>"Precisamos continuar," disse Eco urgentemente. "Onde há um Caçador, há outros. E eles sentirão a morte deste."</w:t>
      </w:r>
    </w:p>
    <w:p w14:paraId="7E8F487F" w14:textId="77777777" w:rsidR="002355BD" w:rsidRPr="001179E8" w:rsidRDefault="00000000">
      <w:pPr>
        <w:rPr>
          <w:lang w:val="pt-BR"/>
        </w:rPr>
      </w:pPr>
      <w:r w:rsidRPr="001179E8">
        <w:rPr>
          <w:lang w:val="pt-BR"/>
        </w:rPr>
        <w:br/>
      </w:r>
    </w:p>
    <w:p w14:paraId="59DD2493" w14:textId="77777777" w:rsidR="002355BD" w:rsidRPr="001179E8" w:rsidRDefault="00000000">
      <w:pPr>
        <w:rPr>
          <w:lang w:val="pt-BR"/>
        </w:rPr>
      </w:pPr>
      <w:r w:rsidRPr="001179E8">
        <w:rPr>
          <w:lang w:val="pt-BR"/>
        </w:rPr>
        <w:t>Eles continuaram sua jornada através dos túneis sinuosos, agora movendo-se com ainda mais urgência. À medida que avançavam, Nicole notou uma mudança sutil no ambiente – o ar tornava-se mais fresco, menos estagnado, e havia uma vibração quase imperceptível no solo sob seus pés.</w:t>
      </w:r>
    </w:p>
    <w:p w14:paraId="13D0FFBC" w14:textId="77777777" w:rsidR="002355BD" w:rsidRPr="001179E8" w:rsidRDefault="00000000">
      <w:pPr>
        <w:rPr>
          <w:lang w:val="pt-BR"/>
        </w:rPr>
      </w:pPr>
      <w:r w:rsidRPr="001179E8">
        <w:rPr>
          <w:lang w:val="pt-BR"/>
        </w:rPr>
        <w:br/>
      </w:r>
    </w:p>
    <w:p w14:paraId="53EF8B17" w14:textId="77777777" w:rsidR="002355BD" w:rsidRPr="001179E8" w:rsidRDefault="00000000">
      <w:pPr>
        <w:rPr>
          <w:lang w:val="pt-BR"/>
        </w:rPr>
      </w:pPr>
      <w:r w:rsidRPr="001179E8">
        <w:rPr>
          <w:lang w:val="pt-BR"/>
        </w:rPr>
        <w:t>"Estamos nos aproximando," sussurrou Eco. "O Portal Principal está logo à frente."</w:t>
      </w:r>
    </w:p>
    <w:p w14:paraId="27B7C940" w14:textId="77777777" w:rsidR="002355BD" w:rsidRPr="001179E8" w:rsidRDefault="00000000">
      <w:pPr>
        <w:rPr>
          <w:lang w:val="pt-BR"/>
        </w:rPr>
      </w:pPr>
      <w:r w:rsidRPr="001179E8">
        <w:rPr>
          <w:lang w:val="pt-BR"/>
        </w:rPr>
        <w:br/>
      </w:r>
    </w:p>
    <w:p w14:paraId="50B05233" w14:textId="77777777" w:rsidR="002355BD" w:rsidRPr="001179E8" w:rsidRDefault="00000000">
      <w:pPr>
        <w:rPr>
          <w:lang w:val="pt-BR"/>
        </w:rPr>
      </w:pPr>
      <w:r w:rsidRPr="001179E8">
        <w:rPr>
          <w:lang w:val="pt-BR"/>
        </w:rPr>
        <w:t>Nicole sentiu seu coração acelerar com esperança renovada. Finalmente, uma chance de voltar para casa, de alertar os outros sobre a ameaça de Abyzoth e Rox.</w:t>
      </w:r>
    </w:p>
    <w:p w14:paraId="174E3FFA" w14:textId="77777777" w:rsidR="002355BD" w:rsidRPr="001179E8" w:rsidRDefault="00000000">
      <w:pPr>
        <w:rPr>
          <w:lang w:val="pt-BR"/>
        </w:rPr>
      </w:pPr>
      <w:r w:rsidRPr="001179E8">
        <w:rPr>
          <w:lang w:val="pt-BR"/>
        </w:rPr>
        <w:br/>
      </w:r>
    </w:p>
    <w:p w14:paraId="2FF91E4E" w14:textId="77777777" w:rsidR="002355BD" w:rsidRPr="001179E8" w:rsidRDefault="00000000">
      <w:pPr>
        <w:rPr>
          <w:lang w:val="pt-BR"/>
        </w:rPr>
      </w:pPr>
      <w:r w:rsidRPr="001179E8">
        <w:rPr>
          <w:lang w:val="pt-BR"/>
        </w:rPr>
        <w:t>Os túneis começaram a se alargar, o teto elevando-se gradualmente até que estavam caminhando em uma caverna espaçosa. E então, virando uma curva final, eles viram.</w:t>
      </w:r>
    </w:p>
    <w:p w14:paraId="030C70EE" w14:textId="77777777" w:rsidR="002355BD" w:rsidRPr="001179E8" w:rsidRDefault="00000000">
      <w:pPr>
        <w:rPr>
          <w:lang w:val="pt-BR"/>
        </w:rPr>
      </w:pPr>
      <w:r w:rsidRPr="001179E8">
        <w:rPr>
          <w:lang w:val="pt-BR"/>
        </w:rPr>
        <w:br/>
      </w:r>
    </w:p>
    <w:p w14:paraId="0F54FEBB" w14:textId="77777777" w:rsidR="002355BD" w:rsidRPr="001179E8" w:rsidRDefault="00000000">
      <w:pPr>
        <w:rPr>
          <w:lang w:val="pt-BR"/>
        </w:rPr>
      </w:pPr>
      <w:r w:rsidRPr="001179E8">
        <w:rPr>
          <w:lang w:val="pt-BR"/>
        </w:rPr>
        <w:t>O Portal Principal.</w:t>
      </w:r>
    </w:p>
    <w:p w14:paraId="4ABCFC1D" w14:textId="77777777" w:rsidR="002355BD" w:rsidRPr="001179E8" w:rsidRDefault="00000000">
      <w:pPr>
        <w:rPr>
          <w:lang w:val="pt-BR"/>
        </w:rPr>
      </w:pPr>
      <w:r w:rsidRPr="001179E8">
        <w:rPr>
          <w:lang w:val="pt-BR"/>
        </w:rPr>
        <w:br/>
      </w:r>
    </w:p>
    <w:p w14:paraId="4F20CD82" w14:textId="77777777" w:rsidR="002355BD" w:rsidRPr="001179E8" w:rsidRDefault="00000000">
      <w:pPr>
        <w:rPr>
          <w:lang w:val="pt-BR"/>
        </w:rPr>
      </w:pPr>
      <w:r w:rsidRPr="001179E8">
        <w:rPr>
          <w:lang w:val="pt-BR"/>
        </w:rPr>
        <w:t>Era uma estrutura imponente – um arco gigantesco feito do que parecia ser obsidiana pura, incrustado com veios de cristal que pulsavam com luz própria. Dentro do arco, havia uma ondulação no próprio ar, como se a realidade ali fosse mais fina, mais maleável.</w:t>
      </w:r>
    </w:p>
    <w:p w14:paraId="3878E06C" w14:textId="77777777" w:rsidR="002355BD" w:rsidRPr="001179E8" w:rsidRDefault="00000000">
      <w:pPr>
        <w:rPr>
          <w:lang w:val="pt-BR"/>
        </w:rPr>
      </w:pPr>
      <w:r w:rsidRPr="001179E8">
        <w:rPr>
          <w:lang w:val="pt-BR"/>
        </w:rPr>
        <w:br/>
      </w:r>
    </w:p>
    <w:p w14:paraId="1046742B" w14:textId="77777777" w:rsidR="002355BD" w:rsidRPr="001179E8" w:rsidRDefault="00000000">
      <w:pPr>
        <w:rPr>
          <w:lang w:val="pt-BR"/>
        </w:rPr>
      </w:pPr>
      <w:r w:rsidRPr="001179E8">
        <w:rPr>
          <w:lang w:val="pt-BR"/>
        </w:rPr>
        <w:t>"É lindo," sussurrou Elaine, seus olhos refletindo as luzes pulsantes do portal.</w:t>
      </w:r>
    </w:p>
    <w:p w14:paraId="79E33C6E" w14:textId="77777777" w:rsidR="002355BD" w:rsidRPr="001179E8" w:rsidRDefault="00000000">
      <w:pPr>
        <w:rPr>
          <w:lang w:val="pt-BR"/>
        </w:rPr>
      </w:pPr>
      <w:r w:rsidRPr="001179E8">
        <w:rPr>
          <w:lang w:val="pt-BR"/>
        </w:rPr>
        <w:lastRenderedPageBreak/>
        <w:br/>
      </w:r>
    </w:p>
    <w:p w14:paraId="1D924B9D" w14:textId="77777777" w:rsidR="002355BD" w:rsidRPr="001179E8" w:rsidRDefault="00000000">
      <w:pPr>
        <w:rPr>
          <w:lang w:val="pt-BR"/>
        </w:rPr>
      </w:pPr>
      <w:r w:rsidRPr="001179E8">
        <w:rPr>
          <w:lang w:val="pt-BR"/>
        </w:rPr>
        <w:t>"E fortemente guardado," acrescentou Eco, apontando para as figuras que se moviam nas sombras ao redor do portal – Caçadores das Sombras, pelo menos uma dúzia deles, patrulhando em padrões precisos.</w:t>
      </w:r>
    </w:p>
    <w:p w14:paraId="106B7F0F" w14:textId="77777777" w:rsidR="002355BD" w:rsidRPr="001179E8" w:rsidRDefault="00000000">
      <w:pPr>
        <w:rPr>
          <w:lang w:val="pt-BR"/>
        </w:rPr>
      </w:pPr>
      <w:r w:rsidRPr="001179E8">
        <w:rPr>
          <w:lang w:val="pt-BR"/>
        </w:rPr>
        <w:br/>
      </w:r>
    </w:p>
    <w:p w14:paraId="06F61EB2" w14:textId="77777777" w:rsidR="002355BD" w:rsidRPr="001179E8" w:rsidRDefault="00000000">
      <w:pPr>
        <w:rPr>
          <w:lang w:val="pt-BR"/>
        </w:rPr>
      </w:pPr>
      <w:r w:rsidRPr="001179E8">
        <w:rPr>
          <w:lang w:val="pt-BR"/>
        </w:rPr>
        <w:t>"Como vamos passar por eles?" perguntou Ricardo, estudando a situação com olhos críticos.</w:t>
      </w:r>
    </w:p>
    <w:p w14:paraId="2B0447A4" w14:textId="77777777" w:rsidR="002355BD" w:rsidRPr="001179E8" w:rsidRDefault="00000000">
      <w:pPr>
        <w:rPr>
          <w:lang w:val="pt-BR"/>
        </w:rPr>
      </w:pPr>
      <w:r w:rsidRPr="001179E8">
        <w:rPr>
          <w:lang w:val="pt-BR"/>
        </w:rPr>
        <w:br/>
      </w:r>
    </w:p>
    <w:p w14:paraId="5E3D2229" w14:textId="77777777" w:rsidR="002355BD" w:rsidRPr="001179E8" w:rsidRDefault="00000000">
      <w:pPr>
        <w:rPr>
          <w:lang w:val="pt-BR"/>
        </w:rPr>
      </w:pPr>
      <w:r w:rsidRPr="001179E8">
        <w:rPr>
          <w:lang w:val="pt-BR"/>
        </w:rPr>
        <w:t>"Precisamos de uma distração," respondeu Nicole, sua mente analítica já calculando possibilidades.</w:t>
      </w:r>
    </w:p>
    <w:p w14:paraId="6A5478F3" w14:textId="77777777" w:rsidR="002355BD" w:rsidRPr="001179E8" w:rsidRDefault="00000000">
      <w:pPr>
        <w:rPr>
          <w:lang w:val="pt-BR"/>
        </w:rPr>
      </w:pPr>
      <w:r w:rsidRPr="001179E8">
        <w:rPr>
          <w:lang w:val="pt-BR"/>
        </w:rPr>
        <w:br/>
      </w:r>
    </w:p>
    <w:p w14:paraId="45B0FE5C" w14:textId="77777777" w:rsidR="002355BD" w:rsidRPr="001179E8" w:rsidRDefault="00000000">
      <w:pPr>
        <w:rPr>
          <w:lang w:val="pt-BR"/>
        </w:rPr>
      </w:pPr>
      <w:r w:rsidRPr="001179E8">
        <w:rPr>
          <w:lang w:val="pt-BR"/>
        </w:rPr>
        <w:t>"Eu posso criar uma," ofereceu Elaine. "Minha invisibilidade e maleabilidade seriam úteis."</w:t>
      </w:r>
    </w:p>
    <w:p w14:paraId="321AE178" w14:textId="77777777" w:rsidR="002355BD" w:rsidRPr="001179E8" w:rsidRDefault="00000000">
      <w:pPr>
        <w:rPr>
          <w:lang w:val="pt-BR"/>
        </w:rPr>
      </w:pPr>
      <w:r w:rsidRPr="001179E8">
        <w:rPr>
          <w:lang w:val="pt-BR"/>
        </w:rPr>
        <w:br/>
      </w:r>
    </w:p>
    <w:p w14:paraId="4C488E76" w14:textId="77777777" w:rsidR="002355BD" w:rsidRPr="001179E8" w:rsidRDefault="00000000">
      <w:pPr>
        <w:rPr>
          <w:lang w:val="pt-BR"/>
        </w:rPr>
      </w:pPr>
      <w:r w:rsidRPr="001179E8">
        <w:rPr>
          <w:lang w:val="pt-BR"/>
        </w:rPr>
        <w:t>Nicole assentiu, reconhecendo a lógica. "Mas é arriscado demais para você ir sozinha."</w:t>
      </w:r>
    </w:p>
    <w:p w14:paraId="168E24DA" w14:textId="77777777" w:rsidR="002355BD" w:rsidRPr="001179E8" w:rsidRDefault="00000000">
      <w:pPr>
        <w:rPr>
          <w:lang w:val="pt-BR"/>
        </w:rPr>
      </w:pPr>
      <w:r w:rsidRPr="001179E8">
        <w:rPr>
          <w:lang w:val="pt-BR"/>
        </w:rPr>
        <w:br/>
      </w:r>
    </w:p>
    <w:p w14:paraId="66288CD2" w14:textId="77777777" w:rsidR="002355BD" w:rsidRPr="001179E8" w:rsidRDefault="00000000">
      <w:pPr>
        <w:rPr>
          <w:lang w:val="pt-BR"/>
        </w:rPr>
      </w:pPr>
      <w:r w:rsidRPr="001179E8">
        <w:rPr>
          <w:lang w:val="pt-BR"/>
        </w:rPr>
        <w:t>"Eu irei com ela," disse Ricardo imediatamente.</w:t>
      </w:r>
    </w:p>
    <w:p w14:paraId="3CAF3506" w14:textId="77777777" w:rsidR="002355BD" w:rsidRPr="001179E8" w:rsidRDefault="00000000">
      <w:pPr>
        <w:rPr>
          <w:lang w:val="pt-BR"/>
        </w:rPr>
      </w:pPr>
      <w:r w:rsidRPr="001179E8">
        <w:rPr>
          <w:lang w:val="pt-BR"/>
        </w:rPr>
        <w:br/>
      </w:r>
    </w:p>
    <w:p w14:paraId="2891EDC4" w14:textId="77777777" w:rsidR="002355BD" w:rsidRPr="001179E8" w:rsidRDefault="00000000">
      <w:pPr>
        <w:rPr>
          <w:lang w:val="pt-BR"/>
        </w:rPr>
      </w:pPr>
      <w:r w:rsidRPr="001179E8">
        <w:rPr>
          <w:lang w:val="pt-BR"/>
        </w:rPr>
        <w:t>Nicole sentiu aquela pontada de ciúme novamente, mais forte desta vez. Mas antes que pudesse protestar, Eco interveio.</w:t>
      </w:r>
    </w:p>
    <w:p w14:paraId="015B2FBB" w14:textId="77777777" w:rsidR="002355BD" w:rsidRPr="001179E8" w:rsidRDefault="00000000">
      <w:pPr>
        <w:rPr>
          <w:lang w:val="pt-BR"/>
        </w:rPr>
      </w:pPr>
      <w:r w:rsidRPr="001179E8">
        <w:rPr>
          <w:lang w:val="pt-BR"/>
        </w:rPr>
        <w:br/>
      </w:r>
    </w:p>
    <w:p w14:paraId="2242BCE7" w14:textId="77777777" w:rsidR="002355BD" w:rsidRPr="001179E8" w:rsidRDefault="00000000">
      <w:pPr>
        <w:rPr>
          <w:lang w:val="pt-BR"/>
        </w:rPr>
      </w:pPr>
      <w:r w:rsidRPr="001179E8">
        <w:rPr>
          <w:lang w:val="pt-BR"/>
        </w:rPr>
        <w:t>"Não," disse ele, sua voz firme mas gentil. "Vocês três devem permanecer juntos. Eu criarei a distração."</w:t>
      </w:r>
    </w:p>
    <w:p w14:paraId="7555A496" w14:textId="77777777" w:rsidR="002355BD" w:rsidRPr="001179E8" w:rsidRDefault="00000000">
      <w:pPr>
        <w:rPr>
          <w:lang w:val="pt-BR"/>
        </w:rPr>
      </w:pPr>
      <w:r w:rsidRPr="001179E8">
        <w:rPr>
          <w:lang w:val="pt-BR"/>
        </w:rPr>
        <w:br/>
      </w:r>
    </w:p>
    <w:p w14:paraId="7197FC72" w14:textId="77777777" w:rsidR="002355BD" w:rsidRPr="001179E8" w:rsidRDefault="00000000">
      <w:pPr>
        <w:rPr>
          <w:lang w:val="pt-BR"/>
        </w:rPr>
      </w:pPr>
      <w:r w:rsidRPr="001179E8">
        <w:rPr>
          <w:lang w:val="pt-BR"/>
        </w:rPr>
        <w:lastRenderedPageBreak/>
        <w:t>"Você?" perguntou Elaine, surpresa evidente em sua voz. "Sem ofensa, mas você não parece... combativo."</w:t>
      </w:r>
    </w:p>
    <w:p w14:paraId="6EBCA3DD" w14:textId="77777777" w:rsidR="002355BD" w:rsidRPr="001179E8" w:rsidRDefault="00000000">
      <w:pPr>
        <w:rPr>
          <w:lang w:val="pt-BR"/>
        </w:rPr>
      </w:pPr>
      <w:r w:rsidRPr="001179E8">
        <w:rPr>
          <w:lang w:val="pt-BR"/>
        </w:rPr>
        <w:br/>
      </w:r>
    </w:p>
    <w:p w14:paraId="55E73844" w14:textId="77777777" w:rsidR="002355BD" w:rsidRPr="001179E8" w:rsidRDefault="00000000">
      <w:pPr>
        <w:rPr>
          <w:lang w:val="pt-BR"/>
        </w:rPr>
      </w:pPr>
      <w:r w:rsidRPr="001179E8">
        <w:rPr>
          <w:lang w:val="pt-BR"/>
        </w:rPr>
        <w:t>Eco sorriu, um sorriso estranho e enigmático que não parecia pertencer ao seu rosto normalmente sério. "Há muito sobre mim que vocês não sabem."</w:t>
      </w:r>
    </w:p>
    <w:p w14:paraId="22666099" w14:textId="77777777" w:rsidR="002355BD" w:rsidRPr="001179E8" w:rsidRDefault="00000000">
      <w:pPr>
        <w:rPr>
          <w:lang w:val="pt-BR"/>
        </w:rPr>
      </w:pPr>
      <w:r w:rsidRPr="001179E8">
        <w:rPr>
          <w:lang w:val="pt-BR"/>
        </w:rPr>
        <w:br/>
      </w:r>
    </w:p>
    <w:p w14:paraId="4C948388" w14:textId="77777777" w:rsidR="002355BD" w:rsidRPr="001179E8" w:rsidRDefault="00000000">
      <w:pPr>
        <w:rPr>
          <w:lang w:val="pt-BR"/>
        </w:rPr>
      </w:pPr>
      <w:r w:rsidRPr="001179E8">
        <w:rPr>
          <w:lang w:val="pt-BR"/>
        </w:rPr>
        <w:t>Com essas palavras, ele se afastou deles, movendo-se para uma posição que oferecia uma visão clara do portal e seus guardas. Então, para o espanto de todos, ele removeu seu capuz completamente.</w:t>
      </w:r>
    </w:p>
    <w:p w14:paraId="7886C9DA" w14:textId="77777777" w:rsidR="002355BD" w:rsidRPr="001179E8" w:rsidRDefault="00000000">
      <w:pPr>
        <w:rPr>
          <w:lang w:val="pt-BR"/>
        </w:rPr>
      </w:pPr>
      <w:r w:rsidRPr="001179E8">
        <w:rPr>
          <w:lang w:val="pt-BR"/>
        </w:rPr>
        <w:br/>
      </w:r>
    </w:p>
    <w:p w14:paraId="65FA9B0B" w14:textId="77777777" w:rsidR="002355BD" w:rsidRPr="001179E8" w:rsidRDefault="00000000">
      <w:pPr>
        <w:rPr>
          <w:lang w:val="pt-BR"/>
        </w:rPr>
      </w:pPr>
      <w:r w:rsidRPr="001179E8">
        <w:rPr>
          <w:lang w:val="pt-BR"/>
        </w:rPr>
        <w:t>O que viram os deixou sem palavras.</w:t>
      </w:r>
    </w:p>
    <w:p w14:paraId="5A1ACFBC" w14:textId="77777777" w:rsidR="002355BD" w:rsidRPr="001179E8" w:rsidRDefault="00000000">
      <w:pPr>
        <w:rPr>
          <w:lang w:val="pt-BR"/>
        </w:rPr>
      </w:pPr>
      <w:r w:rsidRPr="001179E8">
        <w:rPr>
          <w:lang w:val="pt-BR"/>
        </w:rPr>
        <w:br/>
      </w:r>
    </w:p>
    <w:p w14:paraId="51A037DD" w14:textId="77777777" w:rsidR="002355BD" w:rsidRPr="001179E8" w:rsidRDefault="00000000">
      <w:pPr>
        <w:rPr>
          <w:lang w:val="pt-BR"/>
        </w:rPr>
      </w:pPr>
      <w:r w:rsidRPr="001179E8">
        <w:rPr>
          <w:lang w:val="pt-BR"/>
        </w:rPr>
        <w:t>O rosto de Eco não era humano, nem mesmo próximo disso. Era uma máscara de luz pura, constantemente mudando e fluindo, como se não pudesse se decidir por uma forma definitiva. Seus olhos eram vórtices de energia dourada, e quando ele falou novamente, sua voz parecia vir de todos os lugares ao mesmo tempo.</w:t>
      </w:r>
    </w:p>
    <w:p w14:paraId="0A8BE797" w14:textId="77777777" w:rsidR="002355BD" w:rsidRPr="001179E8" w:rsidRDefault="00000000">
      <w:pPr>
        <w:rPr>
          <w:lang w:val="pt-BR"/>
        </w:rPr>
      </w:pPr>
      <w:r w:rsidRPr="001179E8">
        <w:rPr>
          <w:lang w:val="pt-BR"/>
        </w:rPr>
        <w:br/>
      </w:r>
    </w:p>
    <w:p w14:paraId="34403837" w14:textId="77777777" w:rsidR="002355BD" w:rsidRPr="001179E8" w:rsidRDefault="00000000">
      <w:pPr>
        <w:rPr>
          <w:lang w:val="pt-BR"/>
        </w:rPr>
      </w:pPr>
      <w:r w:rsidRPr="001179E8">
        <w:rPr>
          <w:lang w:val="pt-BR"/>
        </w:rPr>
        <w:t>"Chegou a hora da verdade," disse ele, sua voz agora carregando uma autoridade que não estava presente antes. "Eu não sou o que pareço."</w:t>
      </w:r>
    </w:p>
    <w:p w14:paraId="1EB95DD7" w14:textId="77777777" w:rsidR="002355BD" w:rsidRPr="001179E8" w:rsidRDefault="00000000">
      <w:pPr>
        <w:rPr>
          <w:lang w:val="pt-BR"/>
        </w:rPr>
      </w:pPr>
      <w:r w:rsidRPr="001179E8">
        <w:rPr>
          <w:lang w:val="pt-BR"/>
        </w:rPr>
        <w:br/>
      </w:r>
    </w:p>
    <w:p w14:paraId="4851BC00" w14:textId="77777777" w:rsidR="002355BD" w:rsidRPr="001179E8" w:rsidRDefault="00000000">
      <w:pPr>
        <w:rPr>
          <w:lang w:val="pt-BR"/>
        </w:rPr>
      </w:pPr>
      <w:r w:rsidRPr="001179E8">
        <w:rPr>
          <w:lang w:val="pt-BR"/>
        </w:rPr>
        <w:t>"O que você é?" perguntou Nicole, sua voz um sussurro reverente.</w:t>
      </w:r>
    </w:p>
    <w:p w14:paraId="02A61D00" w14:textId="77777777" w:rsidR="002355BD" w:rsidRPr="001179E8" w:rsidRDefault="00000000">
      <w:pPr>
        <w:rPr>
          <w:lang w:val="pt-BR"/>
        </w:rPr>
      </w:pPr>
      <w:r w:rsidRPr="001179E8">
        <w:rPr>
          <w:lang w:val="pt-BR"/>
        </w:rPr>
        <w:br/>
      </w:r>
    </w:p>
    <w:p w14:paraId="39B34A0A" w14:textId="77777777" w:rsidR="002355BD" w:rsidRPr="001179E8" w:rsidRDefault="00000000">
      <w:pPr>
        <w:rPr>
          <w:lang w:val="pt-BR"/>
        </w:rPr>
      </w:pPr>
      <w:r w:rsidRPr="001179E8">
        <w:rPr>
          <w:lang w:val="pt-BR"/>
        </w:rPr>
        <w:t>"Sou um Eco," respondeu ele. "Um fragmento, uma impressão deixada para trás. Não sou o original, apenas um reflexo dele."</w:t>
      </w:r>
    </w:p>
    <w:p w14:paraId="2E2C2E97" w14:textId="77777777" w:rsidR="002355BD" w:rsidRPr="001179E8" w:rsidRDefault="00000000">
      <w:pPr>
        <w:rPr>
          <w:lang w:val="pt-BR"/>
        </w:rPr>
      </w:pPr>
      <w:r w:rsidRPr="001179E8">
        <w:rPr>
          <w:lang w:val="pt-BR"/>
        </w:rPr>
        <w:br/>
      </w:r>
    </w:p>
    <w:p w14:paraId="70040FE0" w14:textId="77777777" w:rsidR="002355BD" w:rsidRPr="001179E8" w:rsidRDefault="00000000">
      <w:pPr>
        <w:rPr>
          <w:lang w:val="pt-BR"/>
        </w:rPr>
      </w:pPr>
      <w:r w:rsidRPr="001179E8">
        <w:rPr>
          <w:lang w:val="pt-BR"/>
        </w:rPr>
        <w:lastRenderedPageBreak/>
        <w:t>"Reflexo de quem?" pressionou Ricardo.</w:t>
      </w:r>
    </w:p>
    <w:p w14:paraId="66E1E6FB" w14:textId="77777777" w:rsidR="002355BD" w:rsidRPr="001179E8" w:rsidRDefault="00000000">
      <w:pPr>
        <w:rPr>
          <w:lang w:val="pt-BR"/>
        </w:rPr>
      </w:pPr>
      <w:r w:rsidRPr="001179E8">
        <w:rPr>
          <w:lang w:val="pt-BR"/>
        </w:rPr>
        <w:br/>
      </w:r>
    </w:p>
    <w:p w14:paraId="03670686" w14:textId="77777777" w:rsidR="002355BD" w:rsidRPr="001179E8" w:rsidRDefault="00000000">
      <w:pPr>
        <w:rPr>
          <w:lang w:val="pt-BR"/>
        </w:rPr>
      </w:pPr>
      <w:r w:rsidRPr="001179E8">
        <w:rPr>
          <w:lang w:val="pt-BR"/>
        </w:rPr>
        <w:t>"Do Lorde da Ordem," respondeu Eco, e o ar ao redor dele pareceu vibrar com o peso daquele nome. "Uma das entidades primordiais que mantêm o equilíbrio entre os reinos. Oposto e igual a Abyzoth, o Lorde do Caos."</w:t>
      </w:r>
    </w:p>
    <w:p w14:paraId="22720644" w14:textId="77777777" w:rsidR="002355BD" w:rsidRPr="001179E8" w:rsidRDefault="00000000">
      <w:pPr>
        <w:rPr>
          <w:lang w:val="pt-BR"/>
        </w:rPr>
      </w:pPr>
      <w:r w:rsidRPr="001179E8">
        <w:rPr>
          <w:lang w:val="pt-BR"/>
        </w:rPr>
        <w:br/>
      </w:r>
    </w:p>
    <w:p w14:paraId="0B673267" w14:textId="77777777" w:rsidR="002355BD" w:rsidRPr="001179E8" w:rsidRDefault="00000000">
      <w:pPr>
        <w:rPr>
          <w:lang w:val="pt-BR"/>
        </w:rPr>
      </w:pPr>
      <w:r w:rsidRPr="001179E8">
        <w:rPr>
          <w:lang w:val="pt-BR"/>
        </w:rPr>
        <w:t>Elaine ofegou, seus olhos arregalados com choque e algo próximo à reverência. "O Lorde da Ordem... pensei que fosse apenas uma lenda."</w:t>
      </w:r>
    </w:p>
    <w:p w14:paraId="110548C7" w14:textId="77777777" w:rsidR="002355BD" w:rsidRPr="001179E8" w:rsidRDefault="00000000">
      <w:pPr>
        <w:rPr>
          <w:lang w:val="pt-BR"/>
        </w:rPr>
      </w:pPr>
      <w:r w:rsidRPr="001179E8">
        <w:rPr>
          <w:lang w:val="pt-BR"/>
        </w:rPr>
        <w:br/>
      </w:r>
    </w:p>
    <w:p w14:paraId="12C5A5FB" w14:textId="77777777" w:rsidR="002355BD" w:rsidRPr="001179E8" w:rsidRDefault="00000000">
      <w:pPr>
        <w:rPr>
          <w:lang w:val="pt-BR"/>
        </w:rPr>
      </w:pPr>
      <w:r w:rsidRPr="001179E8">
        <w:rPr>
          <w:lang w:val="pt-BR"/>
        </w:rPr>
        <w:t>"Muitas lendas têm base na verdade," respondeu Eco. "O Lorde da Ordem não pode interferir diretamente neste reino – isso violaria as leis cósmicas que ele mesmo ajudou a estabelecer. Mas ele pode enviar... ecos. Fragmentos de sua consciência e poder, para guiar, para ajudar."</w:t>
      </w:r>
    </w:p>
    <w:p w14:paraId="437D3DB0" w14:textId="77777777" w:rsidR="002355BD" w:rsidRPr="001179E8" w:rsidRDefault="00000000">
      <w:pPr>
        <w:rPr>
          <w:lang w:val="pt-BR"/>
        </w:rPr>
      </w:pPr>
      <w:r w:rsidRPr="001179E8">
        <w:rPr>
          <w:lang w:val="pt-BR"/>
        </w:rPr>
        <w:br/>
      </w:r>
    </w:p>
    <w:p w14:paraId="36B468EC" w14:textId="77777777" w:rsidR="002355BD" w:rsidRPr="001179E8" w:rsidRDefault="00000000">
      <w:pPr>
        <w:rPr>
          <w:lang w:val="pt-BR"/>
        </w:rPr>
      </w:pPr>
      <w:r w:rsidRPr="001179E8">
        <w:rPr>
          <w:lang w:val="pt-BR"/>
        </w:rPr>
        <w:t>"E você é um desses fragmentos," concluiu Nicole, compreendendo finalmente.</w:t>
      </w:r>
    </w:p>
    <w:p w14:paraId="4229F35C" w14:textId="77777777" w:rsidR="002355BD" w:rsidRPr="001179E8" w:rsidRDefault="00000000">
      <w:pPr>
        <w:rPr>
          <w:lang w:val="pt-BR"/>
        </w:rPr>
      </w:pPr>
      <w:r w:rsidRPr="001179E8">
        <w:rPr>
          <w:lang w:val="pt-BR"/>
        </w:rPr>
        <w:br/>
      </w:r>
    </w:p>
    <w:p w14:paraId="5E69F127" w14:textId="77777777" w:rsidR="002355BD" w:rsidRPr="001179E8" w:rsidRDefault="00000000">
      <w:pPr>
        <w:rPr>
          <w:lang w:val="pt-BR"/>
        </w:rPr>
      </w:pPr>
      <w:r w:rsidRPr="001179E8">
        <w:rPr>
          <w:lang w:val="pt-BR"/>
        </w:rPr>
        <w:t>Eco assentiu. "Fui enviado há muito tempo, para observar Abyzoth, para garantir que ele permanecesse contido. Mas falhei. Fui capturado, enfraquecido, quase destruído. O que vocês veem é apenas uma sombra do que fui uma vez."</w:t>
      </w:r>
    </w:p>
    <w:p w14:paraId="2155521E" w14:textId="77777777" w:rsidR="002355BD" w:rsidRPr="001179E8" w:rsidRDefault="00000000">
      <w:pPr>
        <w:rPr>
          <w:lang w:val="pt-BR"/>
        </w:rPr>
      </w:pPr>
      <w:r w:rsidRPr="001179E8">
        <w:rPr>
          <w:lang w:val="pt-BR"/>
        </w:rPr>
        <w:br/>
      </w:r>
    </w:p>
    <w:p w14:paraId="613C006B" w14:textId="77777777" w:rsidR="002355BD" w:rsidRPr="001179E8" w:rsidRDefault="00000000">
      <w:pPr>
        <w:rPr>
          <w:lang w:val="pt-BR"/>
        </w:rPr>
      </w:pPr>
      <w:r w:rsidRPr="001179E8">
        <w:rPr>
          <w:lang w:val="pt-BR"/>
        </w:rPr>
        <w:t>"Mas ainda tem poder suficiente para nos ajudar," disse Ricardo.</w:t>
      </w:r>
    </w:p>
    <w:p w14:paraId="55E8F990" w14:textId="77777777" w:rsidR="002355BD" w:rsidRPr="001179E8" w:rsidRDefault="00000000">
      <w:pPr>
        <w:rPr>
          <w:lang w:val="pt-BR"/>
        </w:rPr>
      </w:pPr>
      <w:r w:rsidRPr="001179E8">
        <w:rPr>
          <w:lang w:val="pt-BR"/>
        </w:rPr>
        <w:br/>
      </w:r>
    </w:p>
    <w:p w14:paraId="65BAEA58" w14:textId="77777777" w:rsidR="002355BD" w:rsidRPr="001179E8" w:rsidRDefault="00000000">
      <w:pPr>
        <w:rPr>
          <w:lang w:val="pt-BR"/>
        </w:rPr>
      </w:pPr>
      <w:r w:rsidRPr="001179E8">
        <w:rPr>
          <w:lang w:val="pt-BR"/>
        </w:rPr>
        <w:t>"Sim," confirmou Eco. "E agora, usarei o que resta de meu poder para dar a vocês uma chance de escapar, de alertar os outros reinos."</w:t>
      </w:r>
    </w:p>
    <w:p w14:paraId="4EBD146D" w14:textId="77777777" w:rsidR="002355BD" w:rsidRPr="001179E8" w:rsidRDefault="00000000">
      <w:pPr>
        <w:rPr>
          <w:lang w:val="pt-BR"/>
        </w:rPr>
      </w:pPr>
      <w:r w:rsidRPr="001179E8">
        <w:rPr>
          <w:lang w:val="pt-BR"/>
        </w:rPr>
        <w:br/>
      </w:r>
    </w:p>
    <w:p w14:paraId="46C56700" w14:textId="77777777" w:rsidR="002355BD" w:rsidRPr="001179E8" w:rsidRDefault="00000000">
      <w:pPr>
        <w:rPr>
          <w:lang w:val="pt-BR"/>
        </w:rPr>
      </w:pPr>
      <w:r w:rsidRPr="001179E8">
        <w:rPr>
          <w:lang w:val="pt-BR"/>
        </w:rPr>
        <w:lastRenderedPageBreak/>
        <w:t>"O que você vai fazer?" perguntou Nicole, preocupação em sua voz.</w:t>
      </w:r>
    </w:p>
    <w:p w14:paraId="1E0D36D4" w14:textId="77777777" w:rsidR="002355BD" w:rsidRPr="001179E8" w:rsidRDefault="00000000">
      <w:pPr>
        <w:rPr>
          <w:lang w:val="pt-BR"/>
        </w:rPr>
      </w:pPr>
      <w:r w:rsidRPr="001179E8">
        <w:rPr>
          <w:lang w:val="pt-BR"/>
        </w:rPr>
        <w:br/>
      </w:r>
    </w:p>
    <w:p w14:paraId="7BFD35F5" w14:textId="77777777" w:rsidR="002355BD" w:rsidRPr="001179E8" w:rsidRDefault="00000000">
      <w:pPr>
        <w:rPr>
          <w:lang w:val="pt-BR"/>
        </w:rPr>
      </w:pPr>
      <w:r w:rsidRPr="001179E8">
        <w:rPr>
          <w:lang w:val="pt-BR"/>
        </w:rPr>
        <w:t>O sorriso de Eco tornou-se triste. "O que for necessário."</w:t>
      </w:r>
    </w:p>
    <w:p w14:paraId="3C0BFB21" w14:textId="77777777" w:rsidR="002355BD" w:rsidRPr="001179E8" w:rsidRDefault="00000000">
      <w:pPr>
        <w:rPr>
          <w:lang w:val="pt-BR"/>
        </w:rPr>
      </w:pPr>
      <w:r w:rsidRPr="001179E8">
        <w:rPr>
          <w:lang w:val="pt-BR"/>
        </w:rPr>
        <w:br/>
      </w:r>
    </w:p>
    <w:p w14:paraId="32ADF608" w14:textId="77777777" w:rsidR="002355BD" w:rsidRPr="001179E8" w:rsidRDefault="00000000">
      <w:pPr>
        <w:rPr>
          <w:lang w:val="pt-BR"/>
        </w:rPr>
      </w:pPr>
      <w:r w:rsidRPr="001179E8">
        <w:rPr>
          <w:lang w:val="pt-BR"/>
        </w:rPr>
        <w:t>Antes que qualquer um deles pudesse protestar, Eco se afastou, caminhando diretamente para o centro da caverna, à vista de todos os Caçadores das Sombras.</w:t>
      </w:r>
    </w:p>
    <w:p w14:paraId="56C470F7" w14:textId="77777777" w:rsidR="002355BD" w:rsidRPr="001179E8" w:rsidRDefault="00000000">
      <w:pPr>
        <w:rPr>
          <w:lang w:val="pt-BR"/>
        </w:rPr>
      </w:pPr>
      <w:r w:rsidRPr="001179E8">
        <w:rPr>
          <w:lang w:val="pt-BR"/>
        </w:rPr>
        <w:br/>
      </w:r>
    </w:p>
    <w:p w14:paraId="492E8853" w14:textId="77777777" w:rsidR="002355BD" w:rsidRPr="001179E8" w:rsidRDefault="00000000">
      <w:pPr>
        <w:rPr>
          <w:lang w:val="pt-BR"/>
        </w:rPr>
      </w:pPr>
      <w:r w:rsidRPr="001179E8">
        <w:rPr>
          <w:lang w:val="pt-BR"/>
        </w:rPr>
        <w:t>E então, ele começou a brilhar.</w:t>
      </w:r>
    </w:p>
    <w:p w14:paraId="1930B4C4" w14:textId="77777777" w:rsidR="002355BD" w:rsidRPr="001179E8" w:rsidRDefault="00000000">
      <w:pPr>
        <w:rPr>
          <w:lang w:val="pt-BR"/>
        </w:rPr>
      </w:pPr>
      <w:r w:rsidRPr="001179E8">
        <w:rPr>
          <w:lang w:val="pt-BR"/>
        </w:rPr>
        <w:br/>
      </w:r>
    </w:p>
    <w:p w14:paraId="7C938A28" w14:textId="77777777" w:rsidR="002355BD" w:rsidRPr="001179E8" w:rsidRDefault="00000000">
      <w:pPr>
        <w:rPr>
          <w:lang w:val="pt-BR"/>
        </w:rPr>
      </w:pPr>
      <w:r w:rsidRPr="001179E8">
        <w:rPr>
          <w:lang w:val="pt-BR"/>
        </w:rPr>
        <w:t>Não era o brilho suave que ocasionalmente emanava dele antes. Era uma explosão de luz pura, dourada e cegante, que preencheu toda a caverna. Os Caçadores das Sombras gritaram – sons terríveis de dor e fúria – e convergiram para Eco como mariposas atraídas por uma chama.</w:t>
      </w:r>
    </w:p>
    <w:p w14:paraId="43282142" w14:textId="77777777" w:rsidR="002355BD" w:rsidRPr="001179E8" w:rsidRDefault="00000000">
      <w:pPr>
        <w:rPr>
          <w:lang w:val="pt-BR"/>
        </w:rPr>
      </w:pPr>
      <w:r w:rsidRPr="001179E8">
        <w:rPr>
          <w:lang w:val="pt-BR"/>
        </w:rPr>
        <w:br/>
      </w:r>
    </w:p>
    <w:p w14:paraId="7590BD36" w14:textId="77777777" w:rsidR="002355BD" w:rsidRPr="001179E8" w:rsidRDefault="00000000">
      <w:pPr>
        <w:rPr>
          <w:lang w:val="pt-BR"/>
        </w:rPr>
      </w:pPr>
      <w:r w:rsidRPr="001179E8">
        <w:rPr>
          <w:lang w:val="pt-BR"/>
        </w:rPr>
        <w:t>"Agora!" gritou Nicole, percebendo a oportunidade. "Para o portal!"</w:t>
      </w:r>
    </w:p>
    <w:p w14:paraId="4CB7B175" w14:textId="77777777" w:rsidR="002355BD" w:rsidRPr="001179E8" w:rsidRDefault="00000000">
      <w:pPr>
        <w:rPr>
          <w:lang w:val="pt-BR"/>
        </w:rPr>
      </w:pPr>
      <w:r w:rsidRPr="001179E8">
        <w:rPr>
          <w:lang w:val="pt-BR"/>
        </w:rPr>
        <w:br/>
      </w:r>
    </w:p>
    <w:p w14:paraId="3E1FC49F" w14:textId="77777777" w:rsidR="002355BD" w:rsidRPr="001179E8" w:rsidRDefault="00000000">
      <w:pPr>
        <w:rPr>
          <w:lang w:val="pt-BR"/>
        </w:rPr>
      </w:pPr>
      <w:r w:rsidRPr="001179E8">
        <w:rPr>
          <w:lang w:val="pt-BR"/>
        </w:rPr>
        <w:t>Os três correram, aproveitando a distração criada por Eco. Os Caçadores estavam completamente focados na ameaça luminosa, ignorando os três vultos que se moviam rapidamente em direção ao portal.</w:t>
      </w:r>
    </w:p>
    <w:p w14:paraId="63C6EFE9" w14:textId="77777777" w:rsidR="002355BD" w:rsidRPr="001179E8" w:rsidRDefault="00000000">
      <w:pPr>
        <w:rPr>
          <w:lang w:val="pt-BR"/>
        </w:rPr>
      </w:pPr>
      <w:r w:rsidRPr="001179E8">
        <w:rPr>
          <w:lang w:val="pt-BR"/>
        </w:rPr>
        <w:br/>
      </w:r>
    </w:p>
    <w:p w14:paraId="61EEA9EA" w14:textId="77777777" w:rsidR="002355BD" w:rsidRPr="001179E8" w:rsidRDefault="00000000">
      <w:pPr>
        <w:rPr>
          <w:lang w:val="pt-BR"/>
        </w:rPr>
      </w:pPr>
      <w:r w:rsidRPr="001179E8">
        <w:rPr>
          <w:lang w:val="pt-BR"/>
        </w:rPr>
        <w:t>Quando chegaram ao arco de obsidiana, Nicole hesitou, estudando a ondulação no ar. "Como atravessamos?"</w:t>
      </w:r>
    </w:p>
    <w:p w14:paraId="1BF961E8" w14:textId="77777777" w:rsidR="002355BD" w:rsidRPr="001179E8" w:rsidRDefault="00000000">
      <w:pPr>
        <w:rPr>
          <w:lang w:val="pt-BR"/>
        </w:rPr>
      </w:pPr>
      <w:r w:rsidRPr="001179E8">
        <w:rPr>
          <w:lang w:val="pt-BR"/>
        </w:rPr>
        <w:br/>
      </w:r>
    </w:p>
    <w:p w14:paraId="492DCA56" w14:textId="77777777" w:rsidR="002355BD" w:rsidRPr="001179E8" w:rsidRDefault="00000000">
      <w:pPr>
        <w:rPr>
          <w:lang w:val="pt-BR"/>
        </w:rPr>
      </w:pPr>
      <w:r w:rsidRPr="001179E8">
        <w:rPr>
          <w:lang w:val="pt-BR"/>
        </w:rPr>
        <w:t>"Juntos," respondeu Elaine, estendendo uma mão para cada um deles. "O portal responde à intenção. Pensem em para onde querem ir, visualizem claramente."</w:t>
      </w:r>
    </w:p>
    <w:p w14:paraId="7CB822E6" w14:textId="77777777" w:rsidR="002355BD" w:rsidRPr="001179E8" w:rsidRDefault="00000000">
      <w:pPr>
        <w:rPr>
          <w:lang w:val="pt-BR"/>
        </w:rPr>
      </w:pPr>
      <w:r w:rsidRPr="001179E8">
        <w:rPr>
          <w:lang w:val="pt-BR"/>
        </w:rPr>
        <w:lastRenderedPageBreak/>
        <w:br/>
      </w:r>
    </w:p>
    <w:p w14:paraId="3F1FD3B5" w14:textId="77777777" w:rsidR="002355BD" w:rsidRPr="001179E8" w:rsidRDefault="00000000">
      <w:pPr>
        <w:rPr>
          <w:lang w:val="pt-BR"/>
        </w:rPr>
      </w:pPr>
      <w:r w:rsidRPr="001179E8">
        <w:rPr>
          <w:lang w:val="pt-BR"/>
        </w:rPr>
        <w:t>Nicole e Ricardo pegaram as mãos de Elaine, formando um círculo. Nicole fechou os olhos, concentrando-se intensamente na base da G.R.A.I.A., na sala de comando que haviam vislumbrado através da fissura dimensional. Ao seu lado, sentia Ricardo fazendo o mesmo.</w:t>
      </w:r>
    </w:p>
    <w:p w14:paraId="43098DDC" w14:textId="77777777" w:rsidR="002355BD" w:rsidRPr="001179E8" w:rsidRDefault="00000000">
      <w:pPr>
        <w:rPr>
          <w:lang w:val="pt-BR"/>
        </w:rPr>
      </w:pPr>
      <w:r w:rsidRPr="001179E8">
        <w:rPr>
          <w:lang w:val="pt-BR"/>
        </w:rPr>
        <w:br/>
      </w:r>
    </w:p>
    <w:p w14:paraId="60941938" w14:textId="77777777" w:rsidR="002355BD" w:rsidRPr="001179E8" w:rsidRDefault="00000000">
      <w:pPr>
        <w:rPr>
          <w:lang w:val="pt-BR"/>
        </w:rPr>
      </w:pPr>
      <w:r w:rsidRPr="001179E8">
        <w:rPr>
          <w:lang w:val="pt-BR"/>
        </w:rPr>
        <w:t>"Prontos?" perguntou Elaine.</w:t>
      </w:r>
    </w:p>
    <w:p w14:paraId="2C98738E" w14:textId="77777777" w:rsidR="002355BD" w:rsidRPr="001179E8" w:rsidRDefault="00000000">
      <w:pPr>
        <w:rPr>
          <w:lang w:val="pt-BR"/>
        </w:rPr>
      </w:pPr>
      <w:r w:rsidRPr="001179E8">
        <w:rPr>
          <w:lang w:val="pt-BR"/>
        </w:rPr>
        <w:br/>
      </w:r>
    </w:p>
    <w:p w14:paraId="6F95CBE0" w14:textId="77777777" w:rsidR="002355BD" w:rsidRPr="001179E8" w:rsidRDefault="00000000">
      <w:pPr>
        <w:rPr>
          <w:lang w:val="pt-BR"/>
        </w:rPr>
      </w:pPr>
      <w:r w:rsidRPr="001179E8">
        <w:rPr>
          <w:lang w:val="pt-BR"/>
        </w:rPr>
        <w:t>"Prontos," responderam em uníssono.</w:t>
      </w:r>
    </w:p>
    <w:p w14:paraId="60BB408A" w14:textId="77777777" w:rsidR="002355BD" w:rsidRPr="001179E8" w:rsidRDefault="00000000">
      <w:pPr>
        <w:rPr>
          <w:lang w:val="pt-BR"/>
        </w:rPr>
      </w:pPr>
      <w:r w:rsidRPr="001179E8">
        <w:rPr>
          <w:lang w:val="pt-BR"/>
        </w:rPr>
        <w:br/>
      </w:r>
    </w:p>
    <w:p w14:paraId="0AA7EB31" w14:textId="77777777" w:rsidR="002355BD" w:rsidRPr="001179E8" w:rsidRDefault="00000000">
      <w:pPr>
        <w:rPr>
          <w:lang w:val="pt-BR"/>
        </w:rPr>
      </w:pPr>
      <w:r w:rsidRPr="001179E8">
        <w:rPr>
          <w:lang w:val="pt-BR"/>
        </w:rPr>
        <w:t>Juntos, deram um passo à frente, em direção à ondulação no ar.</w:t>
      </w:r>
    </w:p>
    <w:p w14:paraId="66F67058" w14:textId="77777777" w:rsidR="002355BD" w:rsidRPr="001179E8" w:rsidRDefault="00000000">
      <w:pPr>
        <w:rPr>
          <w:lang w:val="pt-BR"/>
        </w:rPr>
      </w:pPr>
      <w:r w:rsidRPr="001179E8">
        <w:rPr>
          <w:lang w:val="pt-BR"/>
        </w:rPr>
        <w:br/>
      </w:r>
    </w:p>
    <w:p w14:paraId="1740CCFE" w14:textId="77777777" w:rsidR="002355BD" w:rsidRPr="001179E8" w:rsidRDefault="00000000">
      <w:pPr>
        <w:rPr>
          <w:lang w:val="pt-BR"/>
        </w:rPr>
      </w:pPr>
      <w:r w:rsidRPr="001179E8">
        <w:rPr>
          <w:lang w:val="pt-BR"/>
        </w:rPr>
        <w:t>A sensação era indescritível – como ser desmontado em nível molecular e remontado simultaneamente. Nicole sentiu como se estivesse sendo esticada infinitamente e comprimida a um ponto singular ao mesmo tempo. Cores que não tinham nome passaram por sua visão, e sons que não pertenciam a nenhum instrumento conhecido ecoaram em seus ouvidos.</w:t>
      </w:r>
    </w:p>
    <w:p w14:paraId="2C04EAC4" w14:textId="77777777" w:rsidR="002355BD" w:rsidRPr="001179E8" w:rsidRDefault="00000000">
      <w:pPr>
        <w:rPr>
          <w:lang w:val="pt-BR"/>
        </w:rPr>
      </w:pPr>
      <w:r w:rsidRPr="001179E8">
        <w:rPr>
          <w:lang w:val="pt-BR"/>
        </w:rPr>
        <w:br/>
      </w:r>
    </w:p>
    <w:p w14:paraId="53AF2769" w14:textId="77777777" w:rsidR="002355BD" w:rsidRPr="001179E8" w:rsidRDefault="00000000">
      <w:pPr>
        <w:rPr>
          <w:lang w:val="pt-BR"/>
        </w:rPr>
      </w:pPr>
      <w:r w:rsidRPr="001179E8">
        <w:rPr>
          <w:lang w:val="pt-BR"/>
        </w:rPr>
        <w:t>E então, tão abruptamente quanto havia começado, terminou.</w:t>
      </w:r>
    </w:p>
    <w:p w14:paraId="0187C88E" w14:textId="77777777" w:rsidR="002355BD" w:rsidRPr="001179E8" w:rsidRDefault="00000000">
      <w:pPr>
        <w:rPr>
          <w:lang w:val="pt-BR"/>
        </w:rPr>
      </w:pPr>
      <w:r w:rsidRPr="001179E8">
        <w:rPr>
          <w:lang w:val="pt-BR"/>
        </w:rPr>
        <w:br/>
      </w:r>
    </w:p>
    <w:p w14:paraId="5125A828" w14:textId="77777777" w:rsidR="002355BD" w:rsidRPr="001179E8" w:rsidRDefault="00000000">
      <w:pPr>
        <w:rPr>
          <w:lang w:val="pt-BR"/>
        </w:rPr>
      </w:pPr>
      <w:r w:rsidRPr="001179E8">
        <w:rPr>
          <w:lang w:val="pt-BR"/>
        </w:rPr>
        <w:t>Eles caíram, aterrissando duramente em um chão sólido e familiar. Nicole ofegou, o ar sendo expulso de seus pulmões pelo impacto. Ao seu lado, Ricardo gemia, e Elaine estava estranhamente silenciosa.</w:t>
      </w:r>
    </w:p>
    <w:p w14:paraId="2CB0E5B1" w14:textId="77777777" w:rsidR="002355BD" w:rsidRPr="001179E8" w:rsidRDefault="00000000">
      <w:pPr>
        <w:rPr>
          <w:lang w:val="pt-BR"/>
        </w:rPr>
      </w:pPr>
      <w:r w:rsidRPr="001179E8">
        <w:rPr>
          <w:lang w:val="pt-BR"/>
        </w:rPr>
        <w:br/>
      </w:r>
    </w:p>
    <w:p w14:paraId="19689078" w14:textId="77777777" w:rsidR="002355BD" w:rsidRPr="001179E8" w:rsidRDefault="00000000">
      <w:pPr>
        <w:rPr>
          <w:lang w:val="pt-BR"/>
        </w:rPr>
      </w:pPr>
      <w:r w:rsidRPr="001179E8">
        <w:rPr>
          <w:lang w:val="pt-BR"/>
        </w:rPr>
        <w:t>Lentamente, Nicole abriu os olhos, piscando contra a luz repentina – luz normal, luz artificial, não o brilho doentio do submundo.</w:t>
      </w:r>
    </w:p>
    <w:p w14:paraId="5B7B04EA" w14:textId="77777777" w:rsidR="002355BD" w:rsidRPr="001179E8" w:rsidRDefault="00000000">
      <w:pPr>
        <w:rPr>
          <w:lang w:val="pt-BR"/>
        </w:rPr>
      </w:pPr>
      <w:r w:rsidRPr="001179E8">
        <w:rPr>
          <w:lang w:val="pt-BR"/>
        </w:rPr>
        <w:lastRenderedPageBreak/>
        <w:br/>
      </w:r>
    </w:p>
    <w:p w14:paraId="19785D20" w14:textId="77777777" w:rsidR="002355BD" w:rsidRPr="001179E8" w:rsidRDefault="00000000">
      <w:pPr>
        <w:rPr>
          <w:lang w:val="pt-BR"/>
        </w:rPr>
      </w:pPr>
      <w:r w:rsidRPr="001179E8">
        <w:rPr>
          <w:lang w:val="pt-BR"/>
        </w:rPr>
        <w:t>Eles haviam conseguido. Estavam na sala de comando da base da G.R.A.I.A.</w:t>
      </w:r>
    </w:p>
    <w:p w14:paraId="39995F7B" w14:textId="77777777" w:rsidR="002355BD" w:rsidRPr="001179E8" w:rsidRDefault="00000000">
      <w:pPr>
        <w:rPr>
          <w:lang w:val="pt-BR"/>
        </w:rPr>
      </w:pPr>
      <w:r w:rsidRPr="001179E8">
        <w:rPr>
          <w:lang w:val="pt-BR"/>
        </w:rPr>
        <w:br/>
      </w:r>
    </w:p>
    <w:p w14:paraId="4BF0B6C4" w14:textId="77777777" w:rsidR="002355BD" w:rsidRPr="001179E8" w:rsidRDefault="00000000">
      <w:pPr>
        <w:rPr>
          <w:lang w:val="pt-BR"/>
        </w:rPr>
      </w:pPr>
      <w:r w:rsidRPr="001179E8">
        <w:rPr>
          <w:lang w:val="pt-BR"/>
        </w:rPr>
        <w:t>"Nicole!" A voz de seu pai, Eletron, soou ao mesmo tempo chocada e aliviada.</w:t>
      </w:r>
    </w:p>
    <w:p w14:paraId="6CA0692C" w14:textId="77777777" w:rsidR="002355BD" w:rsidRPr="001179E8" w:rsidRDefault="00000000">
      <w:pPr>
        <w:rPr>
          <w:lang w:val="pt-BR"/>
        </w:rPr>
      </w:pPr>
      <w:r w:rsidRPr="001179E8">
        <w:rPr>
          <w:lang w:val="pt-BR"/>
        </w:rPr>
        <w:br/>
      </w:r>
    </w:p>
    <w:p w14:paraId="60EFB35F" w14:textId="77777777" w:rsidR="002355BD" w:rsidRPr="001179E8" w:rsidRDefault="00000000">
      <w:pPr>
        <w:rPr>
          <w:lang w:val="pt-BR"/>
        </w:rPr>
      </w:pPr>
      <w:r w:rsidRPr="001179E8">
        <w:rPr>
          <w:lang w:val="pt-BR"/>
        </w:rPr>
        <w:t>Figuras se moveram ao redor deles – seus pais, os pais de Ricardo, o General Vance, Art, Linda, e outros membros da equipe, todos convergindo para o local onde haviam aparecido.</w:t>
      </w:r>
    </w:p>
    <w:p w14:paraId="66C11D0D" w14:textId="77777777" w:rsidR="002355BD" w:rsidRPr="001179E8" w:rsidRDefault="00000000">
      <w:pPr>
        <w:rPr>
          <w:lang w:val="pt-BR"/>
        </w:rPr>
      </w:pPr>
      <w:r w:rsidRPr="001179E8">
        <w:rPr>
          <w:lang w:val="pt-BR"/>
        </w:rPr>
        <w:br/>
      </w:r>
    </w:p>
    <w:p w14:paraId="198457E3" w14:textId="77777777" w:rsidR="002355BD" w:rsidRPr="001179E8" w:rsidRDefault="00000000">
      <w:pPr>
        <w:rPr>
          <w:lang w:val="pt-BR"/>
        </w:rPr>
      </w:pPr>
      <w:r w:rsidRPr="001179E8">
        <w:rPr>
          <w:lang w:val="pt-BR"/>
        </w:rPr>
        <w:t>"Ricardo!" Densa, a mãe de Ricardo, foi a primeira a alcançá-los, ajoelhando-se ao lado do filho, lágrimas escorrendo livremente por seu rosto normalmente composto.</w:t>
      </w:r>
    </w:p>
    <w:p w14:paraId="052C62FB" w14:textId="77777777" w:rsidR="002355BD" w:rsidRPr="001179E8" w:rsidRDefault="00000000">
      <w:pPr>
        <w:rPr>
          <w:lang w:val="pt-BR"/>
        </w:rPr>
      </w:pPr>
      <w:r w:rsidRPr="001179E8">
        <w:rPr>
          <w:lang w:val="pt-BR"/>
        </w:rPr>
        <w:br/>
      </w:r>
    </w:p>
    <w:p w14:paraId="12DDDD8D" w14:textId="77777777" w:rsidR="002355BD" w:rsidRPr="001179E8" w:rsidRDefault="00000000">
      <w:pPr>
        <w:rPr>
          <w:lang w:val="pt-BR"/>
        </w:rPr>
      </w:pPr>
      <w:r w:rsidRPr="001179E8">
        <w:rPr>
          <w:lang w:val="pt-BR"/>
        </w:rPr>
        <w:t>Nicole sentiu braços fortes a envolvendo – seu pai, erguendo-a do chão, abraçando-a com uma intensidade que quase a sufocava. E então sua mãe estava lá também, Nyx, normalmente tão controlada, agora chorando abertamente enquanto se juntava ao abraço.</w:t>
      </w:r>
    </w:p>
    <w:p w14:paraId="64891DB2" w14:textId="77777777" w:rsidR="002355BD" w:rsidRPr="001179E8" w:rsidRDefault="00000000">
      <w:pPr>
        <w:rPr>
          <w:lang w:val="pt-BR"/>
        </w:rPr>
      </w:pPr>
      <w:r w:rsidRPr="001179E8">
        <w:rPr>
          <w:lang w:val="pt-BR"/>
        </w:rPr>
        <w:br/>
      </w:r>
    </w:p>
    <w:p w14:paraId="7B452DB2" w14:textId="77777777" w:rsidR="002355BD" w:rsidRPr="001179E8" w:rsidRDefault="00000000">
      <w:pPr>
        <w:rPr>
          <w:lang w:val="pt-BR"/>
        </w:rPr>
      </w:pPr>
      <w:r w:rsidRPr="001179E8">
        <w:rPr>
          <w:lang w:val="pt-BR"/>
        </w:rPr>
        <w:t>"Vocês conseguiram," sussurrou Eletron, sua voz embargada pela emoção. "Vocês voltaram para nós."</w:t>
      </w:r>
    </w:p>
    <w:p w14:paraId="27F7056B" w14:textId="77777777" w:rsidR="002355BD" w:rsidRPr="001179E8" w:rsidRDefault="00000000">
      <w:pPr>
        <w:rPr>
          <w:lang w:val="pt-BR"/>
        </w:rPr>
      </w:pPr>
      <w:r w:rsidRPr="001179E8">
        <w:rPr>
          <w:lang w:val="pt-BR"/>
        </w:rPr>
        <w:br/>
      </w:r>
    </w:p>
    <w:p w14:paraId="4A97A82C" w14:textId="77777777" w:rsidR="002355BD" w:rsidRPr="001179E8" w:rsidRDefault="00000000">
      <w:pPr>
        <w:rPr>
          <w:lang w:val="pt-BR"/>
        </w:rPr>
      </w:pPr>
      <w:r w:rsidRPr="001179E8">
        <w:rPr>
          <w:lang w:val="pt-BR"/>
        </w:rPr>
        <w:t>Nicole retribuiu o abraço com igual fervor, lágrimas escorrendo por seu próprio rosto. Após semanas no submundo, após tanta luta e desespero, finalmente estavam em casa.</w:t>
      </w:r>
    </w:p>
    <w:p w14:paraId="371B72B5" w14:textId="77777777" w:rsidR="002355BD" w:rsidRPr="001179E8" w:rsidRDefault="00000000">
      <w:pPr>
        <w:rPr>
          <w:lang w:val="pt-BR"/>
        </w:rPr>
      </w:pPr>
      <w:r w:rsidRPr="001179E8">
        <w:rPr>
          <w:lang w:val="pt-BR"/>
        </w:rPr>
        <w:br/>
      </w:r>
    </w:p>
    <w:p w14:paraId="330C519C" w14:textId="77777777" w:rsidR="002355BD" w:rsidRPr="001179E8" w:rsidRDefault="00000000">
      <w:pPr>
        <w:rPr>
          <w:lang w:val="pt-BR"/>
        </w:rPr>
      </w:pPr>
      <w:r w:rsidRPr="001179E8">
        <w:rPr>
          <w:lang w:val="pt-BR"/>
        </w:rPr>
        <w:t>Quando finalmente se separaram, Nicole viu Ricardo sendo abraçado por seus próprios pais, Densa e Nitro, todos três chorando sem vergonha. Art e Linda estavam lá também, esperando sua vez para abraçar os amigos retornados.</w:t>
      </w:r>
    </w:p>
    <w:p w14:paraId="7AA3AEED" w14:textId="77777777" w:rsidR="002355BD" w:rsidRPr="001179E8" w:rsidRDefault="00000000">
      <w:pPr>
        <w:rPr>
          <w:lang w:val="pt-BR"/>
        </w:rPr>
      </w:pPr>
      <w:r w:rsidRPr="001179E8">
        <w:rPr>
          <w:lang w:val="pt-BR"/>
        </w:rPr>
        <w:lastRenderedPageBreak/>
        <w:br/>
      </w:r>
    </w:p>
    <w:p w14:paraId="747AB175" w14:textId="77777777" w:rsidR="002355BD" w:rsidRPr="001179E8" w:rsidRDefault="00000000">
      <w:pPr>
        <w:rPr>
          <w:lang w:val="pt-BR"/>
        </w:rPr>
      </w:pPr>
      <w:r w:rsidRPr="001179E8">
        <w:rPr>
          <w:lang w:val="pt-BR"/>
        </w:rPr>
        <w:t>E então Nicole se lembrou. "Elaine!"</w:t>
      </w:r>
    </w:p>
    <w:p w14:paraId="21F6BCFB" w14:textId="77777777" w:rsidR="002355BD" w:rsidRPr="001179E8" w:rsidRDefault="00000000">
      <w:pPr>
        <w:rPr>
          <w:lang w:val="pt-BR"/>
        </w:rPr>
      </w:pPr>
      <w:r w:rsidRPr="001179E8">
        <w:rPr>
          <w:lang w:val="pt-BR"/>
        </w:rPr>
        <w:br/>
      </w:r>
    </w:p>
    <w:p w14:paraId="11BCBD2E" w14:textId="77777777" w:rsidR="002355BD" w:rsidRPr="001179E8" w:rsidRDefault="00000000">
      <w:pPr>
        <w:rPr>
          <w:lang w:val="pt-BR"/>
        </w:rPr>
      </w:pPr>
      <w:r w:rsidRPr="001179E8">
        <w:rPr>
          <w:lang w:val="pt-BR"/>
        </w:rPr>
        <w:t>Ela se virou, procurando pela terceira membro de seu grupo. Elaine estava de pé alguns metros de distância, observando as reuniões emocionais com uma expressão complexa – alegria por eles, mas também uma profunda solidão, como alguém observando através de uma janela uma festa para a qual não foi convidada.</w:t>
      </w:r>
    </w:p>
    <w:p w14:paraId="10B258F1" w14:textId="77777777" w:rsidR="002355BD" w:rsidRPr="001179E8" w:rsidRDefault="00000000">
      <w:pPr>
        <w:rPr>
          <w:lang w:val="pt-BR"/>
        </w:rPr>
      </w:pPr>
      <w:r w:rsidRPr="001179E8">
        <w:rPr>
          <w:lang w:val="pt-BR"/>
        </w:rPr>
        <w:br/>
      </w:r>
    </w:p>
    <w:p w14:paraId="250AD71D" w14:textId="77777777" w:rsidR="002355BD" w:rsidRPr="001179E8" w:rsidRDefault="00000000">
      <w:pPr>
        <w:rPr>
          <w:lang w:val="pt-BR"/>
        </w:rPr>
      </w:pPr>
      <w:r w:rsidRPr="001179E8">
        <w:rPr>
          <w:lang w:val="pt-BR"/>
        </w:rPr>
        <w:t>"Quem é ela?" perguntou Nyx, notando a direção do olhar de sua filha.</w:t>
      </w:r>
    </w:p>
    <w:p w14:paraId="2BEB4AE7" w14:textId="77777777" w:rsidR="002355BD" w:rsidRPr="001179E8" w:rsidRDefault="00000000">
      <w:pPr>
        <w:rPr>
          <w:lang w:val="pt-BR"/>
        </w:rPr>
      </w:pPr>
      <w:r w:rsidRPr="001179E8">
        <w:rPr>
          <w:lang w:val="pt-BR"/>
        </w:rPr>
        <w:br/>
      </w:r>
    </w:p>
    <w:p w14:paraId="7CA551D0" w14:textId="77777777" w:rsidR="002355BD" w:rsidRPr="001179E8" w:rsidRDefault="00000000">
      <w:pPr>
        <w:rPr>
          <w:lang w:val="pt-BR"/>
        </w:rPr>
      </w:pPr>
      <w:r w:rsidRPr="001179E8">
        <w:rPr>
          <w:lang w:val="pt-BR"/>
        </w:rPr>
        <w:t>"Elaine," respondeu Nicole. "Ela nos ajudou a escapar. Ela... nasceu no submundo."</w:t>
      </w:r>
    </w:p>
    <w:p w14:paraId="6D4086DB" w14:textId="77777777" w:rsidR="002355BD" w:rsidRPr="001179E8" w:rsidRDefault="00000000">
      <w:pPr>
        <w:rPr>
          <w:lang w:val="pt-BR"/>
        </w:rPr>
      </w:pPr>
      <w:r w:rsidRPr="001179E8">
        <w:rPr>
          <w:lang w:val="pt-BR"/>
        </w:rPr>
        <w:br/>
      </w:r>
    </w:p>
    <w:p w14:paraId="5F8267C8" w14:textId="77777777" w:rsidR="002355BD" w:rsidRPr="001179E8" w:rsidRDefault="00000000">
      <w:pPr>
        <w:rPr>
          <w:lang w:val="pt-BR"/>
        </w:rPr>
      </w:pPr>
      <w:r w:rsidRPr="001179E8">
        <w:rPr>
          <w:lang w:val="pt-BR"/>
        </w:rPr>
        <w:t>Isso causou uma onda de murmúrios surpresos entre os presentes. O General Vance deu um passo à frente, estudando Elaine com olhos críticos mas não hostis.</w:t>
      </w:r>
    </w:p>
    <w:p w14:paraId="28D456F9" w14:textId="77777777" w:rsidR="002355BD" w:rsidRPr="001179E8" w:rsidRDefault="00000000">
      <w:pPr>
        <w:rPr>
          <w:lang w:val="pt-BR"/>
        </w:rPr>
      </w:pPr>
      <w:r w:rsidRPr="001179E8">
        <w:rPr>
          <w:lang w:val="pt-BR"/>
        </w:rPr>
        <w:br/>
      </w:r>
    </w:p>
    <w:p w14:paraId="751956D6" w14:textId="77777777" w:rsidR="002355BD" w:rsidRPr="001179E8" w:rsidRDefault="00000000">
      <w:pPr>
        <w:rPr>
          <w:lang w:val="pt-BR"/>
        </w:rPr>
      </w:pPr>
      <w:r w:rsidRPr="001179E8">
        <w:rPr>
          <w:lang w:val="pt-BR"/>
        </w:rPr>
        <w:t>"Bem-vinda à Terra, Elaine," disse ele formalmente. "A G.R.A.I.A. agradece sua ajuda em trazer nossos agentes de volta."</w:t>
      </w:r>
    </w:p>
    <w:p w14:paraId="68253B69" w14:textId="77777777" w:rsidR="002355BD" w:rsidRPr="001179E8" w:rsidRDefault="00000000">
      <w:pPr>
        <w:rPr>
          <w:lang w:val="pt-BR"/>
        </w:rPr>
      </w:pPr>
      <w:r w:rsidRPr="001179E8">
        <w:rPr>
          <w:lang w:val="pt-BR"/>
        </w:rPr>
        <w:br/>
      </w:r>
    </w:p>
    <w:p w14:paraId="77652C18" w14:textId="77777777" w:rsidR="002355BD" w:rsidRPr="001179E8" w:rsidRDefault="00000000">
      <w:pPr>
        <w:rPr>
          <w:lang w:val="pt-BR"/>
        </w:rPr>
      </w:pPr>
      <w:r w:rsidRPr="001179E8">
        <w:rPr>
          <w:lang w:val="pt-BR"/>
        </w:rPr>
        <w:t>Elaine pareceu momentaneamente desconcertada pela recepção formal, mas se recuperou rapidamente, oferecendo um sorriso hesitante. "Obrigada. É... estranho estar aqui. Tudo é tão... brilhante."</w:t>
      </w:r>
    </w:p>
    <w:p w14:paraId="7F5985B5" w14:textId="77777777" w:rsidR="002355BD" w:rsidRPr="001179E8" w:rsidRDefault="00000000">
      <w:pPr>
        <w:rPr>
          <w:lang w:val="pt-BR"/>
        </w:rPr>
      </w:pPr>
      <w:r w:rsidRPr="001179E8">
        <w:rPr>
          <w:lang w:val="pt-BR"/>
        </w:rPr>
        <w:br/>
      </w:r>
    </w:p>
    <w:p w14:paraId="286B6DA9" w14:textId="77777777" w:rsidR="002355BD" w:rsidRPr="001179E8" w:rsidRDefault="00000000">
      <w:pPr>
        <w:rPr>
          <w:lang w:val="pt-BR"/>
        </w:rPr>
      </w:pPr>
      <w:r w:rsidRPr="001179E8">
        <w:rPr>
          <w:lang w:val="pt-BR"/>
        </w:rPr>
        <w:t>"Você vai se acostumar," disse Ricardo, aproximando-se dela com um sorriso caloroso. "E vamos ajudar."</w:t>
      </w:r>
    </w:p>
    <w:p w14:paraId="3C5ABE71" w14:textId="77777777" w:rsidR="002355BD" w:rsidRPr="001179E8" w:rsidRDefault="00000000">
      <w:pPr>
        <w:rPr>
          <w:lang w:val="pt-BR"/>
        </w:rPr>
      </w:pPr>
      <w:r w:rsidRPr="001179E8">
        <w:rPr>
          <w:lang w:val="pt-BR"/>
        </w:rPr>
        <w:lastRenderedPageBreak/>
        <w:br/>
      </w:r>
    </w:p>
    <w:p w14:paraId="0048CAEC" w14:textId="77777777" w:rsidR="002355BD" w:rsidRPr="001179E8" w:rsidRDefault="00000000">
      <w:pPr>
        <w:rPr>
          <w:lang w:val="pt-BR"/>
        </w:rPr>
      </w:pPr>
      <w:r w:rsidRPr="001179E8">
        <w:rPr>
          <w:lang w:val="pt-BR"/>
        </w:rPr>
        <w:t>Nicole sentiu aquela pontada de ciúme novamente, mas a reprimiu. Elaine havia arriscado tudo para ajudá-los a escapar. Merecia uma chance neste novo mundo.</w:t>
      </w:r>
    </w:p>
    <w:p w14:paraId="039D795C" w14:textId="77777777" w:rsidR="002355BD" w:rsidRPr="001179E8" w:rsidRDefault="00000000">
      <w:pPr>
        <w:rPr>
          <w:lang w:val="pt-BR"/>
        </w:rPr>
      </w:pPr>
      <w:r w:rsidRPr="001179E8">
        <w:rPr>
          <w:lang w:val="pt-BR"/>
        </w:rPr>
        <w:br/>
      </w:r>
    </w:p>
    <w:p w14:paraId="4B4565AF" w14:textId="77777777" w:rsidR="002355BD" w:rsidRPr="001179E8" w:rsidRDefault="00000000">
      <w:pPr>
        <w:rPr>
          <w:lang w:val="pt-BR"/>
        </w:rPr>
      </w:pPr>
      <w:r w:rsidRPr="001179E8">
        <w:rPr>
          <w:lang w:val="pt-BR"/>
        </w:rPr>
        <w:t>"Precisamos de um relatório completo," disse o General Vance, voltando rapidamente ao modo de comando. "Mas primeiro, vocês três precisam de atendimento médico, comida, e descanso."</w:t>
      </w:r>
    </w:p>
    <w:p w14:paraId="405AD9AE" w14:textId="77777777" w:rsidR="002355BD" w:rsidRPr="001179E8" w:rsidRDefault="00000000">
      <w:pPr>
        <w:rPr>
          <w:lang w:val="pt-BR"/>
        </w:rPr>
      </w:pPr>
      <w:r w:rsidRPr="001179E8">
        <w:rPr>
          <w:lang w:val="pt-BR"/>
        </w:rPr>
        <w:br/>
      </w:r>
    </w:p>
    <w:p w14:paraId="785DB981" w14:textId="77777777" w:rsidR="002355BD" w:rsidRPr="001179E8" w:rsidRDefault="00000000">
      <w:pPr>
        <w:rPr>
          <w:lang w:val="pt-BR"/>
        </w:rPr>
      </w:pPr>
      <w:r w:rsidRPr="001179E8">
        <w:rPr>
          <w:lang w:val="pt-BR"/>
        </w:rPr>
        <w:t>"Não há tempo," protestou Nicole. "General, o que vimos no submundo... Abyzoth está se preparando para invadir. Rox está destruindo os domínios dos Lordes das Sombras, absorvendo seu poder para abrir um portal permanente entre os reinos."</w:t>
      </w:r>
    </w:p>
    <w:p w14:paraId="3EA28D23" w14:textId="77777777" w:rsidR="002355BD" w:rsidRPr="001179E8" w:rsidRDefault="00000000">
      <w:pPr>
        <w:rPr>
          <w:lang w:val="pt-BR"/>
        </w:rPr>
      </w:pPr>
      <w:r w:rsidRPr="001179E8">
        <w:rPr>
          <w:lang w:val="pt-BR"/>
        </w:rPr>
        <w:br/>
      </w:r>
    </w:p>
    <w:p w14:paraId="7D0D5A8B" w14:textId="77777777" w:rsidR="002355BD" w:rsidRPr="001179E8" w:rsidRDefault="00000000">
      <w:pPr>
        <w:rPr>
          <w:lang w:val="pt-BR"/>
        </w:rPr>
      </w:pPr>
      <w:r w:rsidRPr="001179E8">
        <w:rPr>
          <w:lang w:val="pt-BR"/>
        </w:rPr>
        <w:t>O rosto do General endureceu. "Entendo. Mas ainda assim, precisam se recuperar primeiro. Podemos discutir estratégias depois que—"</w:t>
      </w:r>
    </w:p>
    <w:p w14:paraId="045776BE" w14:textId="77777777" w:rsidR="002355BD" w:rsidRPr="001179E8" w:rsidRDefault="00000000">
      <w:pPr>
        <w:rPr>
          <w:lang w:val="pt-BR"/>
        </w:rPr>
      </w:pPr>
      <w:r w:rsidRPr="001179E8">
        <w:rPr>
          <w:lang w:val="pt-BR"/>
        </w:rPr>
        <w:br/>
      </w:r>
    </w:p>
    <w:p w14:paraId="2A730E66" w14:textId="77777777" w:rsidR="002355BD" w:rsidRPr="001179E8" w:rsidRDefault="00000000">
      <w:pPr>
        <w:rPr>
          <w:lang w:val="pt-BR"/>
        </w:rPr>
      </w:pPr>
      <w:r w:rsidRPr="001179E8">
        <w:rPr>
          <w:lang w:val="pt-BR"/>
        </w:rPr>
        <w:t>Ele foi interrompido por um som – um som que não deveria estar ali. Um som que Nicole e Ricardo conheciam muito bem das semanas no submundo.</w:t>
      </w:r>
    </w:p>
    <w:p w14:paraId="1AFC1B73" w14:textId="77777777" w:rsidR="002355BD" w:rsidRPr="001179E8" w:rsidRDefault="00000000">
      <w:pPr>
        <w:rPr>
          <w:lang w:val="pt-BR"/>
        </w:rPr>
      </w:pPr>
      <w:r w:rsidRPr="001179E8">
        <w:rPr>
          <w:lang w:val="pt-BR"/>
        </w:rPr>
        <w:br/>
      </w:r>
    </w:p>
    <w:p w14:paraId="54B5CDB0" w14:textId="77777777" w:rsidR="002355BD" w:rsidRPr="001179E8" w:rsidRDefault="00000000">
      <w:pPr>
        <w:rPr>
          <w:lang w:val="pt-BR"/>
        </w:rPr>
      </w:pPr>
      <w:r w:rsidRPr="001179E8">
        <w:rPr>
          <w:lang w:val="pt-BR"/>
        </w:rPr>
        <w:t>Um rugido. Baixo, distante, mas inconfundível.</w:t>
      </w:r>
    </w:p>
    <w:p w14:paraId="5DA0BAA4" w14:textId="77777777" w:rsidR="002355BD" w:rsidRPr="001179E8" w:rsidRDefault="00000000">
      <w:pPr>
        <w:rPr>
          <w:lang w:val="pt-BR"/>
        </w:rPr>
      </w:pPr>
      <w:r w:rsidRPr="001179E8">
        <w:rPr>
          <w:lang w:val="pt-BR"/>
        </w:rPr>
        <w:br/>
      </w:r>
    </w:p>
    <w:p w14:paraId="7A252062" w14:textId="77777777" w:rsidR="002355BD" w:rsidRPr="001179E8" w:rsidRDefault="00000000">
      <w:pPr>
        <w:rPr>
          <w:lang w:val="pt-BR"/>
        </w:rPr>
      </w:pPr>
      <w:r w:rsidRPr="001179E8">
        <w:rPr>
          <w:lang w:val="pt-BR"/>
        </w:rPr>
        <w:t>O rugido de um Caçador das Sombras.</w:t>
      </w:r>
    </w:p>
    <w:p w14:paraId="7D5844A3" w14:textId="77777777" w:rsidR="002355BD" w:rsidRPr="001179E8" w:rsidRDefault="00000000">
      <w:pPr>
        <w:rPr>
          <w:lang w:val="pt-BR"/>
        </w:rPr>
      </w:pPr>
      <w:r w:rsidRPr="001179E8">
        <w:rPr>
          <w:lang w:val="pt-BR"/>
        </w:rPr>
        <w:br/>
      </w:r>
    </w:p>
    <w:p w14:paraId="3E4E16ED" w14:textId="77777777" w:rsidR="002355BD" w:rsidRPr="001179E8" w:rsidRDefault="00000000">
      <w:pPr>
        <w:rPr>
          <w:lang w:val="pt-BR"/>
        </w:rPr>
      </w:pPr>
      <w:r w:rsidRPr="001179E8">
        <w:rPr>
          <w:lang w:val="pt-BR"/>
        </w:rPr>
        <w:t>Todos congelaram. O General Vance foi o primeiro a reagir, movendo-se rapidamente para um dos monitores. "Segurança, varredura completa da base, agora!"</w:t>
      </w:r>
    </w:p>
    <w:p w14:paraId="54D269B9" w14:textId="77777777" w:rsidR="002355BD" w:rsidRPr="001179E8" w:rsidRDefault="00000000">
      <w:pPr>
        <w:rPr>
          <w:lang w:val="pt-BR"/>
        </w:rPr>
      </w:pPr>
      <w:r w:rsidRPr="001179E8">
        <w:rPr>
          <w:lang w:val="pt-BR"/>
        </w:rPr>
        <w:lastRenderedPageBreak/>
        <w:br/>
      </w:r>
    </w:p>
    <w:p w14:paraId="272EC011" w14:textId="77777777" w:rsidR="002355BD" w:rsidRPr="001179E8" w:rsidRDefault="00000000">
      <w:pPr>
        <w:rPr>
          <w:lang w:val="pt-BR"/>
        </w:rPr>
      </w:pPr>
      <w:r w:rsidRPr="001179E8">
        <w:rPr>
          <w:lang w:val="pt-BR"/>
        </w:rPr>
        <w:t>Os técnicos se moveram com eficiência treinada, dedos voando sobre teclados. Imagens de várias partes da base começaram a aparecer nos monitores.</w:t>
      </w:r>
    </w:p>
    <w:p w14:paraId="478B0831" w14:textId="77777777" w:rsidR="002355BD" w:rsidRPr="001179E8" w:rsidRDefault="00000000">
      <w:pPr>
        <w:rPr>
          <w:lang w:val="pt-BR"/>
        </w:rPr>
      </w:pPr>
      <w:r w:rsidRPr="001179E8">
        <w:rPr>
          <w:lang w:val="pt-BR"/>
        </w:rPr>
        <w:br/>
      </w:r>
    </w:p>
    <w:p w14:paraId="3BC62C99" w14:textId="77777777" w:rsidR="002355BD" w:rsidRPr="001179E8" w:rsidRDefault="00000000">
      <w:pPr>
        <w:rPr>
          <w:lang w:val="pt-BR"/>
        </w:rPr>
      </w:pPr>
      <w:r w:rsidRPr="001179E8">
        <w:rPr>
          <w:lang w:val="pt-BR"/>
        </w:rPr>
        <w:t>E lá estava – uma massa de escuridão ondulante se movendo por um corredor no nível inferior da base. Não era um Caçador completo, parecia menor, mais fraco, como um fragmento. Mas ainda assim, era uma criatura do submundo, de alguma forma transportada junto com eles.</w:t>
      </w:r>
    </w:p>
    <w:p w14:paraId="3CA9B988" w14:textId="77777777" w:rsidR="002355BD" w:rsidRPr="001179E8" w:rsidRDefault="00000000">
      <w:pPr>
        <w:rPr>
          <w:lang w:val="pt-BR"/>
        </w:rPr>
      </w:pPr>
      <w:r w:rsidRPr="001179E8">
        <w:rPr>
          <w:lang w:val="pt-BR"/>
        </w:rPr>
        <w:br/>
      </w:r>
    </w:p>
    <w:p w14:paraId="563F68FA" w14:textId="77777777" w:rsidR="002355BD" w:rsidRPr="001179E8" w:rsidRDefault="00000000">
      <w:pPr>
        <w:rPr>
          <w:lang w:val="pt-BR"/>
        </w:rPr>
      </w:pPr>
      <w:r w:rsidRPr="001179E8">
        <w:rPr>
          <w:lang w:val="pt-BR"/>
        </w:rPr>
        <w:t>"Impossível," sussurrou Elaine, seu rosto pálido com choque. "O portal não deveria permitir..."</w:t>
      </w:r>
    </w:p>
    <w:p w14:paraId="59AB1F1A" w14:textId="77777777" w:rsidR="002355BD" w:rsidRPr="001179E8" w:rsidRDefault="00000000">
      <w:pPr>
        <w:rPr>
          <w:lang w:val="pt-BR"/>
        </w:rPr>
      </w:pPr>
      <w:r w:rsidRPr="001179E8">
        <w:rPr>
          <w:lang w:val="pt-BR"/>
        </w:rPr>
        <w:br/>
      </w:r>
    </w:p>
    <w:p w14:paraId="14D511F3" w14:textId="77777777" w:rsidR="002355BD" w:rsidRPr="001179E8" w:rsidRDefault="00000000">
      <w:pPr>
        <w:rPr>
          <w:lang w:val="pt-BR"/>
        </w:rPr>
      </w:pPr>
      <w:r w:rsidRPr="001179E8">
        <w:rPr>
          <w:lang w:val="pt-BR"/>
        </w:rPr>
        <w:t>"A menos que algo o forçasse," completou Nicole, uma terrível compreensão surgindo em sua mente. "A menos que algo poderoso o suficiente..."</w:t>
      </w:r>
    </w:p>
    <w:p w14:paraId="4D1E4129" w14:textId="77777777" w:rsidR="002355BD" w:rsidRPr="001179E8" w:rsidRDefault="00000000">
      <w:pPr>
        <w:rPr>
          <w:lang w:val="pt-BR"/>
        </w:rPr>
      </w:pPr>
      <w:r w:rsidRPr="001179E8">
        <w:rPr>
          <w:lang w:val="pt-BR"/>
        </w:rPr>
        <w:br/>
      </w:r>
    </w:p>
    <w:p w14:paraId="1CB6B057" w14:textId="77777777" w:rsidR="002355BD" w:rsidRPr="001179E8" w:rsidRDefault="00000000">
      <w:pPr>
        <w:rPr>
          <w:lang w:val="pt-BR"/>
        </w:rPr>
      </w:pPr>
      <w:r w:rsidRPr="001179E8">
        <w:rPr>
          <w:lang w:val="pt-BR"/>
        </w:rPr>
        <w:t>"Abyzoth," disse Ricardo, chegando à mesma conclusão. "Parte dele veio conosco."</w:t>
      </w:r>
    </w:p>
    <w:p w14:paraId="2797C968" w14:textId="77777777" w:rsidR="002355BD" w:rsidRPr="001179E8" w:rsidRDefault="00000000">
      <w:pPr>
        <w:rPr>
          <w:lang w:val="pt-BR"/>
        </w:rPr>
      </w:pPr>
      <w:r w:rsidRPr="001179E8">
        <w:rPr>
          <w:lang w:val="pt-BR"/>
        </w:rPr>
        <w:br/>
      </w:r>
    </w:p>
    <w:p w14:paraId="05165F6B" w14:textId="77777777" w:rsidR="002355BD" w:rsidRPr="001179E8" w:rsidRDefault="00000000">
      <w:pPr>
        <w:rPr>
          <w:lang w:val="pt-BR"/>
        </w:rPr>
      </w:pPr>
      <w:r w:rsidRPr="001179E8">
        <w:rPr>
          <w:lang w:val="pt-BR"/>
        </w:rPr>
        <w:t>O General Vance já estava em movimento, gritando ordens. "Equipes de contenção para o nível inferior! Todos os civis para áreas seguras! Primordiais, preparem-se para combate!"</w:t>
      </w:r>
    </w:p>
    <w:p w14:paraId="46574E08" w14:textId="77777777" w:rsidR="002355BD" w:rsidRPr="001179E8" w:rsidRDefault="00000000">
      <w:pPr>
        <w:rPr>
          <w:lang w:val="pt-BR"/>
        </w:rPr>
      </w:pPr>
      <w:r w:rsidRPr="001179E8">
        <w:rPr>
          <w:lang w:val="pt-BR"/>
        </w:rPr>
        <w:br/>
      </w:r>
    </w:p>
    <w:p w14:paraId="1E5971A9" w14:textId="77777777" w:rsidR="002355BD" w:rsidRPr="001179E8" w:rsidRDefault="00000000">
      <w:pPr>
        <w:rPr>
          <w:lang w:val="pt-BR"/>
        </w:rPr>
      </w:pPr>
      <w:r w:rsidRPr="001179E8">
        <w:rPr>
          <w:lang w:val="pt-BR"/>
        </w:rPr>
        <w:t>A sala explodiu em atividade. Nicole sentiu a adrenalina substituir o cansaço em seu sistema. Ela se virou para Ricardo, que já estava se preparando, e para Elaine, que parecia simultaneamente aterrorizada e determinada.</w:t>
      </w:r>
    </w:p>
    <w:p w14:paraId="686A1152" w14:textId="77777777" w:rsidR="002355BD" w:rsidRPr="001179E8" w:rsidRDefault="00000000">
      <w:pPr>
        <w:rPr>
          <w:lang w:val="pt-BR"/>
        </w:rPr>
      </w:pPr>
      <w:r w:rsidRPr="001179E8">
        <w:rPr>
          <w:lang w:val="pt-BR"/>
        </w:rPr>
        <w:br/>
      </w:r>
    </w:p>
    <w:p w14:paraId="48276815" w14:textId="77777777" w:rsidR="002355BD" w:rsidRPr="001179E8" w:rsidRDefault="00000000">
      <w:pPr>
        <w:rPr>
          <w:lang w:val="pt-BR"/>
        </w:rPr>
      </w:pPr>
      <w:r w:rsidRPr="001179E8">
        <w:rPr>
          <w:lang w:val="pt-BR"/>
        </w:rPr>
        <w:t>"Você não precisa lutar," disse Nicole a ela. "Acabou de chegar a este mundo."</w:t>
      </w:r>
    </w:p>
    <w:p w14:paraId="2AD0B9AF" w14:textId="77777777" w:rsidR="002355BD" w:rsidRPr="001179E8" w:rsidRDefault="00000000">
      <w:pPr>
        <w:rPr>
          <w:lang w:val="pt-BR"/>
        </w:rPr>
      </w:pPr>
      <w:r w:rsidRPr="001179E8">
        <w:rPr>
          <w:lang w:val="pt-BR"/>
        </w:rPr>
        <w:lastRenderedPageBreak/>
        <w:br/>
      </w:r>
    </w:p>
    <w:p w14:paraId="24703010" w14:textId="77777777" w:rsidR="002355BD" w:rsidRPr="001179E8" w:rsidRDefault="00000000">
      <w:pPr>
        <w:rPr>
          <w:lang w:val="pt-BR"/>
        </w:rPr>
      </w:pPr>
      <w:r w:rsidRPr="001179E8">
        <w:rPr>
          <w:lang w:val="pt-BR"/>
        </w:rPr>
        <w:t>Elaine balançou a cabeça, um sorriso triste em seus lábios. "Conheço essas criaturas melhor que qualquer um aqui. Vocês precisam de mim."</w:t>
      </w:r>
    </w:p>
    <w:p w14:paraId="7EF0A635" w14:textId="77777777" w:rsidR="002355BD" w:rsidRPr="001179E8" w:rsidRDefault="00000000">
      <w:pPr>
        <w:rPr>
          <w:lang w:val="pt-BR"/>
        </w:rPr>
      </w:pPr>
      <w:r w:rsidRPr="001179E8">
        <w:rPr>
          <w:lang w:val="pt-BR"/>
        </w:rPr>
        <w:br/>
      </w:r>
    </w:p>
    <w:p w14:paraId="71253BA2" w14:textId="77777777" w:rsidR="002355BD" w:rsidRPr="001179E8" w:rsidRDefault="00000000">
      <w:pPr>
        <w:rPr>
          <w:lang w:val="pt-BR"/>
        </w:rPr>
      </w:pPr>
      <w:r w:rsidRPr="001179E8">
        <w:rPr>
          <w:lang w:val="pt-BR"/>
        </w:rPr>
        <w:t>Nicole assentiu, reconhecendo a verdade nas palavras dela. Juntos, os três se juntaram aos outros heróis que se reuniam para enfrentar a ameaça.</w:t>
      </w:r>
    </w:p>
    <w:p w14:paraId="3C6DA3C6" w14:textId="77777777" w:rsidR="002355BD" w:rsidRPr="001179E8" w:rsidRDefault="00000000">
      <w:pPr>
        <w:rPr>
          <w:lang w:val="pt-BR"/>
        </w:rPr>
      </w:pPr>
      <w:r w:rsidRPr="001179E8">
        <w:rPr>
          <w:lang w:val="pt-BR"/>
        </w:rPr>
        <w:br/>
      </w:r>
    </w:p>
    <w:p w14:paraId="5530A863" w14:textId="77777777" w:rsidR="002355BD" w:rsidRPr="001179E8" w:rsidRDefault="00000000">
      <w:pPr>
        <w:rPr>
          <w:lang w:val="pt-BR"/>
        </w:rPr>
      </w:pPr>
      <w:r w:rsidRPr="001179E8">
        <w:rPr>
          <w:lang w:val="pt-BR"/>
        </w:rPr>
        <w:t>Enquanto se preparavam para mais uma batalha, Nicole não pôde deixar de pensar em Eco – o Eco do Lorde da Ordem – e seu sacrifício para lhes dar uma chance de escapar. Ele havia ficado para trás, enfrentando sozinho os Caçadores das Sombras.</w:t>
      </w:r>
    </w:p>
    <w:p w14:paraId="46B8C66A" w14:textId="77777777" w:rsidR="002355BD" w:rsidRPr="001179E8" w:rsidRDefault="00000000">
      <w:pPr>
        <w:rPr>
          <w:lang w:val="pt-BR"/>
        </w:rPr>
      </w:pPr>
      <w:r w:rsidRPr="001179E8">
        <w:rPr>
          <w:lang w:val="pt-BR"/>
        </w:rPr>
        <w:br/>
      </w:r>
    </w:p>
    <w:p w14:paraId="39A0B24A" w14:textId="77777777" w:rsidR="002355BD" w:rsidRPr="001179E8" w:rsidRDefault="00000000">
      <w:pPr>
        <w:rPr>
          <w:lang w:val="pt-BR"/>
        </w:rPr>
      </w:pPr>
      <w:r w:rsidRPr="001179E8">
        <w:rPr>
          <w:lang w:val="pt-BR"/>
        </w:rPr>
        <w:t>Mas algo lhe dizia que não haviam visto o último dele. De alguma forma, em algum lugar, ele ainda existia. E talvez, quando mais precisassem, ele encontraria um caminho de volta para ajudá-los novamente.</w:t>
      </w:r>
    </w:p>
    <w:p w14:paraId="64E49C4B" w14:textId="77777777" w:rsidR="002355BD" w:rsidRPr="001179E8" w:rsidRDefault="00000000">
      <w:pPr>
        <w:rPr>
          <w:lang w:val="pt-BR"/>
        </w:rPr>
      </w:pPr>
      <w:r w:rsidRPr="001179E8">
        <w:rPr>
          <w:lang w:val="pt-BR"/>
        </w:rPr>
        <w:br/>
      </w:r>
    </w:p>
    <w:p w14:paraId="314CDA2A" w14:textId="77777777" w:rsidR="002355BD" w:rsidRPr="001179E8" w:rsidRDefault="00000000">
      <w:pPr>
        <w:rPr>
          <w:lang w:val="pt-BR"/>
        </w:rPr>
      </w:pPr>
      <w:r w:rsidRPr="001179E8">
        <w:rPr>
          <w:lang w:val="pt-BR"/>
        </w:rPr>
        <w:t>Por enquanto, porém, tinham um fragmento de Abyzoth para conter, um mundo para proteger, e uma guerra interdimensional para se preparar.</w:t>
      </w:r>
    </w:p>
    <w:p w14:paraId="6C5A4CD4" w14:textId="77777777" w:rsidR="002355BD" w:rsidRPr="001179E8" w:rsidRDefault="00000000">
      <w:pPr>
        <w:rPr>
          <w:lang w:val="pt-BR"/>
        </w:rPr>
      </w:pPr>
      <w:r w:rsidRPr="001179E8">
        <w:rPr>
          <w:lang w:val="pt-BR"/>
        </w:rPr>
        <w:br/>
      </w:r>
    </w:p>
    <w:p w14:paraId="5F425D78" w14:textId="77777777" w:rsidR="002355BD" w:rsidRPr="001179E8" w:rsidRDefault="00000000">
      <w:pPr>
        <w:rPr>
          <w:lang w:val="pt-BR"/>
        </w:rPr>
      </w:pPr>
      <w:r w:rsidRPr="001179E8">
        <w:rPr>
          <w:lang w:val="pt-BR"/>
        </w:rPr>
        <w:t>Nicole olhou para Ricardo, que retribuiu seu olhar com um sorriso confiante. Então para Elaine, cuja expressão mostrava determinação apesar do medo. E finalmente, para seus pais e amigos, todos prontos para lutar ao seu lado.</w:t>
      </w:r>
    </w:p>
    <w:p w14:paraId="1008B98F" w14:textId="77777777" w:rsidR="002355BD" w:rsidRPr="001179E8" w:rsidRDefault="00000000">
      <w:pPr>
        <w:rPr>
          <w:lang w:val="pt-BR"/>
        </w:rPr>
      </w:pPr>
      <w:r w:rsidRPr="001179E8">
        <w:rPr>
          <w:lang w:val="pt-BR"/>
        </w:rPr>
        <w:br/>
      </w:r>
    </w:p>
    <w:p w14:paraId="39C36B2E" w14:textId="77777777" w:rsidR="002355BD" w:rsidRPr="001179E8" w:rsidRDefault="00000000">
      <w:pPr>
        <w:rPr>
          <w:lang w:val="pt-BR"/>
        </w:rPr>
      </w:pPr>
      <w:r w:rsidRPr="001179E8">
        <w:rPr>
          <w:lang w:val="pt-BR"/>
        </w:rPr>
        <w:t>Não importava o que viesse a seguir – Abyzoth, a Dragoa Maligna, Rox, ou qualquer outra ameaça. Eles enfrentariam juntos.</w:t>
      </w:r>
    </w:p>
    <w:p w14:paraId="18F3A173" w14:textId="77777777" w:rsidR="002355BD" w:rsidRPr="001179E8" w:rsidRDefault="00000000">
      <w:pPr>
        <w:rPr>
          <w:lang w:val="pt-BR"/>
        </w:rPr>
      </w:pPr>
      <w:r w:rsidRPr="001179E8">
        <w:rPr>
          <w:lang w:val="pt-BR"/>
        </w:rPr>
        <w:br/>
      </w:r>
    </w:p>
    <w:p w14:paraId="5585752B" w14:textId="77777777" w:rsidR="002355BD" w:rsidRPr="001179E8" w:rsidRDefault="00000000">
      <w:pPr>
        <w:rPr>
          <w:lang w:val="pt-BR"/>
        </w:rPr>
      </w:pPr>
      <w:r w:rsidRPr="001179E8">
        <w:rPr>
          <w:lang w:val="pt-BR"/>
        </w:rPr>
        <w:lastRenderedPageBreak/>
        <w:t>Como uma equipe. Como uma família. Como os Primordiais.</w:t>
      </w:r>
    </w:p>
    <w:p w14:paraId="7BECDBE4" w14:textId="77777777" w:rsidR="002355BD" w:rsidRPr="001179E8" w:rsidRDefault="00000000">
      <w:pPr>
        <w:rPr>
          <w:lang w:val="pt-BR"/>
        </w:rPr>
      </w:pPr>
      <w:r w:rsidRPr="001179E8">
        <w:rPr>
          <w:lang w:val="pt-BR"/>
        </w:rPr>
        <w:br/>
      </w:r>
    </w:p>
    <w:p w14:paraId="48BCC1E6" w14:textId="77777777" w:rsidR="002355BD" w:rsidRPr="001179E8" w:rsidRDefault="00000000">
      <w:pPr>
        <w:rPr>
          <w:lang w:val="pt-BR"/>
        </w:rPr>
      </w:pPr>
      <w:r w:rsidRPr="001179E8">
        <w:rPr>
          <w:lang w:val="pt-BR"/>
        </w:rPr>
        <w:t>---</w:t>
      </w:r>
    </w:p>
    <w:p w14:paraId="0C676901" w14:textId="77777777" w:rsidR="002355BD" w:rsidRPr="001179E8" w:rsidRDefault="00000000">
      <w:pPr>
        <w:rPr>
          <w:lang w:val="pt-BR"/>
        </w:rPr>
      </w:pPr>
      <w:r w:rsidRPr="001179E8">
        <w:rPr>
          <w:lang w:val="pt-BR"/>
        </w:rPr>
        <w:br/>
      </w:r>
    </w:p>
    <w:p w14:paraId="7633F3AC" w14:textId="77777777" w:rsidR="002355BD" w:rsidRPr="001179E8" w:rsidRDefault="00000000">
      <w:pPr>
        <w:rPr>
          <w:lang w:val="pt-BR"/>
        </w:rPr>
      </w:pPr>
      <w:r w:rsidRPr="001179E8">
        <w:rPr>
          <w:lang w:val="pt-BR"/>
        </w:rPr>
        <w:t>Em algum lugar nas profundezas do submundo, Rox observava através de um espelho dimensional enquanto o fragmento de Abyzoth atravessava o portal junto com os heróis fugitivos. Seu rosto, agora apenas vagamente humanoide, contorceu-se em algo que poderia ser um sorriso.</w:t>
      </w:r>
    </w:p>
    <w:p w14:paraId="4218030C" w14:textId="77777777" w:rsidR="002355BD" w:rsidRPr="001179E8" w:rsidRDefault="00000000">
      <w:pPr>
        <w:rPr>
          <w:lang w:val="pt-BR"/>
        </w:rPr>
      </w:pPr>
      <w:r w:rsidRPr="001179E8">
        <w:rPr>
          <w:lang w:val="pt-BR"/>
        </w:rPr>
        <w:br/>
      </w:r>
    </w:p>
    <w:p w14:paraId="2E39BD0D" w14:textId="77777777" w:rsidR="002355BD" w:rsidRPr="001179E8" w:rsidRDefault="00000000">
      <w:pPr>
        <w:rPr>
          <w:lang w:val="pt-BR"/>
        </w:rPr>
      </w:pPr>
      <w:r w:rsidRPr="001179E8">
        <w:rPr>
          <w:lang w:val="pt-BR"/>
        </w:rPr>
        <w:t>"Fase um, completa," murmurou ele, sua voz um eco distorcido que reverberava pelas paredes da câmara. "A semente foi plantada."</w:t>
      </w:r>
    </w:p>
    <w:p w14:paraId="78165F74" w14:textId="77777777" w:rsidR="002355BD" w:rsidRPr="001179E8" w:rsidRDefault="00000000">
      <w:pPr>
        <w:rPr>
          <w:lang w:val="pt-BR"/>
        </w:rPr>
      </w:pPr>
      <w:r w:rsidRPr="001179E8">
        <w:rPr>
          <w:lang w:val="pt-BR"/>
        </w:rPr>
        <w:br/>
      </w:r>
    </w:p>
    <w:p w14:paraId="0D58ED24" w14:textId="77777777" w:rsidR="002355BD" w:rsidRPr="001179E8" w:rsidRDefault="00000000">
      <w:pPr>
        <w:rPr>
          <w:lang w:val="pt-BR"/>
        </w:rPr>
      </w:pPr>
      <w:r w:rsidRPr="001179E8">
        <w:rPr>
          <w:lang w:val="pt-BR"/>
        </w:rPr>
        <w:t>Atrás dele, uma presença vasta e antiga se agitou – uma escuridão mais profunda que a própria noite, uma entidade tão antiga quanto o próprio universo.</w:t>
      </w:r>
    </w:p>
    <w:p w14:paraId="278E2544" w14:textId="77777777" w:rsidR="002355BD" w:rsidRPr="001179E8" w:rsidRDefault="00000000">
      <w:pPr>
        <w:rPr>
          <w:lang w:val="pt-BR"/>
        </w:rPr>
      </w:pPr>
      <w:r w:rsidRPr="001179E8">
        <w:rPr>
          <w:lang w:val="pt-BR"/>
        </w:rPr>
        <w:br/>
      </w:r>
    </w:p>
    <w:p w14:paraId="13387B78" w14:textId="77777777" w:rsidR="002355BD" w:rsidRPr="001179E8" w:rsidRDefault="00000000">
      <w:pPr>
        <w:rPr>
          <w:lang w:val="pt-BR"/>
        </w:rPr>
      </w:pPr>
      <w:r w:rsidRPr="001179E8">
        <w:rPr>
          <w:i/>
          <w:lang w:val="pt-BR"/>
        </w:rPr>
        <w:t>*Bom*</w:t>
      </w:r>
      <w:r w:rsidRPr="001179E8">
        <w:rPr>
          <w:lang w:val="pt-BR"/>
        </w:rPr>
        <w:t xml:space="preserve">, veio a resposta, não em palavras, mas em sensações que se infiltravam diretamente em sua mente. </w:t>
      </w:r>
      <w:r w:rsidRPr="001179E8">
        <w:rPr>
          <w:i/>
          <w:lang w:val="pt-BR"/>
        </w:rPr>
        <w:t>*Agora, prepare-se para a fase dois. A Dragoa está quase pronta.*</w:t>
      </w:r>
    </w:p>
    <w:p w14:paraId="78E5754B" w14:textId="77777777" w:rsidR="002355BD" w:rsidRPr="001179E8" w:rsidRDefault="00000000">
      <w:pPr>
        <w:rPr>
          <w:lang w:val="pt-BR"/>
        </w:rPr>
      </w:pPr>
      <w:r w:rsidRPr="001179E8">
        <w:rPr>
          <w:lang w:val="pt-BR"/>
        </w:rPr>
        <w:br/>
      </w:r>
    </w:p>
    <w:p w14:paraId="15D1C21F" w14:textId="77777777" w:rsidR="002355BD" w:rsidRPr="001179E8" w:rsidRDefault="00000000">
      <w:pPr>
        <w:rPr>
          <w:lang w:val="pt-BR"/>
        </w:rPr>
      </w:pPr>
      <w:r w:rsidRPr="001179E8">
        <w:rPr>
          <w:lang w:val="pt-BR"/>
        </w:rPr>
        <w:t>Rox se curvou, sua forma sombria tremulando com antecipação. "Sim, mestre. Em breve, todos os reinos serão um. Em breve, o verdadeiro trabalho começará."</w:t>
      </w:r>
    </w:p>
    <w:p w14:paraId="2B10ED1D" w14:textId="77777777" w:rsidR="002355BD" w:rsidRPr="001179E8" w:rsidRDefault="00000000">
      <w:pPr>
        <w:rPr>
          <w:lang w:val="pt-BR"/>
        </w:rPr>
      </w:pPr>
      <w:r w:rsidRPr="001179E8">
        <w:rPr>
          <w:lang w:val="pt-BR"/>
        </w:rPr>
        <w:br/>
      </w:r>
    </w:p>
    <w:p w14:paraId="436540CF" w14:textId="77777777" w:rsidR="002355BD" w:rsidRPr="001179E8" w:rsidRDefault="00000000">
      <w:pPr>
        <w:rPr>
          <w:lang w:val="pt-BR"/>
        </w:rPr>
      </w:pPr>
      <w:r w:rsidRPr="001179E8">
        <w:rPr>
          <w:lang w:val="pt-BR"/>
        </w:rPr>
        <w:t>Enquanto se afastava do espelho, Rox pensou nos heróis que haviam escapado – Chrome, Punk, e a traidora Mirage. Eles achavam que haviam vencido, que haviam escapado.</w:t>
      </w:r>
    </w:p>
    <w:p w14:paraId="1E7425C9" w14:textId="77777777" w:rsidR="002355BD" w:rsidRPr="001179E8" w:rsidRDefault="00000000">
      <w:pPr>
        <w:rPr>
          <w:lang w:val="pt-BR"/>
        </w:rPr>
      </w:pPr>
      <w:r w:rsidRPr="001179E8">
        <w:rPr>
          <w:lang w:val="pt-BR"/>
        </w:rPr>
        <w:br/>
      </w:r>
    </w:p>
    <w:p w14:paraId="68DA48AA" w14:textId="77777777" w:rsidR="002355BD" w:rsidRPr="001179E8" w:rsidRDefault="00000000">
      <w:pPr>
        <w:rPr>
          <w:lang w:val="pt-BR"/>
        </w:rPr>
      </w:pPr>
      <w:r w:rsidRPr="001179E8">
        <w:rPr>
          <w:lang w:val="pt-BR"/>
        </w:rPr>
        <w:t>Mal sabiam eles que estavam exatamente onde Abyzoth queria que estivessem.</w:t>
      </w:r>
    </w:p>
    <w:p w14:paraId="192287E3" w14:textId="77777777" w:rsidR="002355BD" w:rsidRPr="001179E8" w:rsidRDefault="00000000">
      <w:pPr>
        <w:rPr>
          <w:lang w:val="pt-BR"/>
        </w:rPr>
      </w:pPr>
      <w:r w:rsidRPr="001179E8">
        <w:rPr>
          <w:lang w:val="pt-BR"/>
        </w:rPr>
        <w:lastRenderedPageBreak/>
        <w:br/>
      </w:r>
    </w:p>
    <w:p w14:paraId="5CC3D90B" w14:textId="77777777" w:rsidR="002355BD" w:rsidRPr="001179E8" w:rsidRDefault="00000000">
      <w:pPr>
        <w:rPr>
          <w:lang w:val="pt-BR"/>
        </w:rPr>
      </w:pPr>
      <w:r w:rsidRPr="001179E8">
        <w:rPr>
          <w:lang w:val="pt-BR"/>
        </w:rPr>
        <w:t>O jogo estava apenas começando.</w:t>
      </w:r>
    </w:p>
    <w:p w14:paraId="606A6312" w14:textId="77777777" w:rsidR="002355BD" w:rsidRPr="001179E8" w:rsidRDefault="00000000">
      <w:pPr>
        <w:rPr>
          <w:lang w:val="pt-BR"/>
        </w:rPr>
      </w:pPr>
      <w:r w:rsidRPr="001179E8">
        <w:rPr>
          <w:lang w:val="pt-BR"/>
        </w:rPr>
        <w:br/>
      </w:r>
    </w:p>
    <w:p w14:paraId="6C678ED7" w14:textId="77777777" w:rsidR="002355BD" w:rsidRPr="001179E8" w:rsidRDefault="00000000">
      <w:pPr>
        <w:rPr>
          <w:lang w:val="pt-BR"/>
        </w:rPr>
      </w:pPr>
      <w:r w:rsidRPr="001179E8">
        <w:rPr>
          <w:lang w:val="pt-BR"/>
        </w:rPr>
        <w:t>E desta vez, as regras seriam muito, muito diferentes.</w:t>
      </w:r>
    </w:p>
    <w:p w14:paraId="5BDFBE1F" w14:textId="77777777" w:rsidR="002355BD" w:rsidRPr="001179E8" w:rsidRDefault="002355BD">
      <w:pPr>
        <w:rPr>
          <w:lang w:val="pt-BR"/>
        </w:rPr>
      </w:pPr>
    </w:p>
    <w:p w14:paraId="318D9A62" w14:textId="77777777" w:rsidR="002355BD" w:rsidRPr="001179E8" w:rsidRDefault="002355BD">
      <w:pPr>
        <w:rPr>
          <w:lang w:val="pt-BR"/>
        </w:rPr>
      </w:pPr>
    </w:p>
    <w:p w14:paraId="20686364" w14:textId="77777777" w:rsidR="002355BD" w:rsidRPr="001179E8" w:rsidRDefault="00000000">
      <w:pPr>
        <w:rPr>
          <w:lang w:val="pt-BR"/>
        </w:rPr>
      </w:pPr>
      <w:r w:rsidRPr="001179E8">
        <w:rPr>
          <w:lang w:val="pt-BR"/>
        </w:rPr>
        <w:t>A base da G.R.A.I.A. nunca havia estado tão movimentada. Duas semanas após o retorno de Nicole, Ricardo e a misteriosa Elaine do submundo, o complexo fervilhava com atividade incessante. Técnicos corriam de um lado para outro, cientistas analisavam amostras do fragmento de Abyzoth que havia escapado junto com o trio, e equipes de segurança reforçavam cada centímetro do perímetro.</w:t>
      </w:r>
    </w:p>
    <w:p w14:paraId="5FB9B93C" w14:textId="77777777" w:rsidR="002355BD" w:rsidRPr="001179E8" w:rsidRDefault="00000000">
      <w:pPr>
        <w:rPr>
          <w:lang w:val="pt-BR"/>
        </w:rPr>
      </w:pPr>
      <w:r w:rsidRPr="001179E8">
        <w:rPr>
          <w:lang w:val="pt-BR"/>
        </w:rPr>
        <w:br/>
      </w:r>
    </w:p>
    <w:p w14:paraId="73041EB1" w14:textId="77777777" w:rsidR="002355BD" w:rsidRPr="001179E8" w:rsidRDefault="00000000">
      <w:pPr>
        <w:rPr>
          <w:lang w:val="pt-BR"/>
        </w:rPr>
      </w:pPr>
      <w:r w:rsidRPr="001179E8">
        <w:rPr>
          <w:lang w:val="pt-BR"/>
        </w:rPr>
        <w:t>Luke Carmody observava tudo de um canto da sala de comando, recostado contra a parede com os braços cruzados. Seus olhos verdes penetrantes não perdiam um detalhe, uma habilidade aprimorada por anos como detetive particular. Ele ajustou a gola de sua jaqueta de couro gasta, um hábito nervoso que nunca conseguira abandonar.</w:t>
      </w:r>
    </w:p>
    <w:p w14:paraId="001A5BB9" w14:textId="77777777" w:rsidR="002355BD" w:rsidRPr="001179E8" w:rsidRDefault="00000000">
      <w:pPr>
        <w:rPr>
          <w:lang w:val="pt-BR"/>
        </w:rPr>
      </w:pPr>
      <w:r w:rsidRPr="001179E8">
        <w:rPr>
          <w:lang w:val="pt-BR"/>
        </w:rPr>
        <w:br/>
      </w:r>
    </w:p>
    <w:p w14:paraId="0E3D7F95" w14:textId="77777777" w:rsidR="002355BD" w:rsidRPr="001179E8" w:rsidRDefault="00000000">
      <w:pPr>
        <w:rPr>
          <w:lang w:val="pt-BR"/>
        </w:rPr>
      </w:pPr>
      <w:r w:rsidRPr="001179E8">
        <w:rPr>
          <w:lang w:val="pt-BR"/>
        </w:rPr>
        <w:t>"Você sempre fica nos cantos observando, ou isso é só quando tem gente nova por perto?"</w:t>
      </w:r>
    </w:p>
    <w:p w14:paraId="68543385" w14:textId="77777777" w:rsidR="002355BD" w:rsidRPr="001179E8" w:rsidRDefault="00000000">
      <w:pPr>
        <w:rPr>
          <w:lang w:val="pt-BR"/>
        </w:rPr>
      </w:pPr>
      <w:r w:rsidRPr="001179E8">
        <w:rPr>
          <w:lang w:val="pt-BR"/>
        </w:rPr>
        <w:br/>
      </w:r>
    </w:p>
    <w:p w14:paraId="01496CF6" w14:textId="77777777" w:rsidR="002355BD" w:rsidRPr="001179E8" w:rsidRDefault="00000000">
      <w:pPr>
        <w:rPr>
          <w:lang w:val="pt-BR"/>
        </w:rPr>
      </w:pPr>
      <w:r w:rsidRPr="001179E8">
        <w:rPr>
          <w:lang w:val="pt-BR"/>
        </w:rPr>
        <w:t>A voz melodiosa pegou Luke de surpresa, algo raro para alguém com seus reflexos. Ele se virou e encontrou Elaine Nocturne parada a menos de um metro dele, um sorriso enviesado brincando em seus lábios. Como ela havia se aproximado sem que ele percebesse?</w:t>
      </w:r>
    </w:p>
    <w:p w14:paraId="78E5D7C8" w14:textId="77777777" w:rsidR="002355BD" w:rsidRPr="001179E8" w:rsidRDefault="00000000">
      <w:pPr>
        <w:rPr>
          <w:lang w:val="pt-BR"/>
        </w:rPr>
      </w:pPr>
      <w:r w:rsidRPr="001179E8">
        <w:rPr>
          <w:lang w:val="pt-BR"/>
        </w:rPr>
        <w:br/>
      </w:r>
    </w:p>
    <w:p w14:paraId="2493F943" w14:textId="77777777" w:rsidR="002355BD" w:rsidRPr="001179E8" w:rsidRDefault="00000000">
      <w:pPr>
        <w:rPr>
          <w:lang w:val="pt-BR"/>
        </w:rPr>
      </w:pPr>
      <w:r w:rsidRPr="001179E8">
        <w:rPr>
          <w:lang w:val="pt-BR"/>
        </w:rPr>
        <w:t>"Força do hábito," respondeu Luke, mantendo o tom neutro. "Observar é parte do trabalho."</w:t>
      </w:r>
    </w:p>
    <w:p w14:paraId="5BCE4A0B" w14:textId="77777777" w:rsidR="002355BD" w:rsidRPr="001179E8" w:rsidRDefault="00000000">
      <w:pPr>
        <w:rPr>
          <w:lang w:val="pt-BR"/>
        </w:rPr>
      </w:pPr>
      <w:r w:rsidRPr="001179E8">
        <w:rPr>
          <w:lang w:val="pt-BR"/>
        </w:rPr>
        <w:br/>
      </w:r>
    </w:p>
    <w:p w14:paraId="13FB6582" w14:textId="77777777" w:rsidR="002355BD" w:rsidRPr="001179E8" w:rsidRDefault="00000000">
      <w:pPr>
        <w:rPr>
          <w:lang w:val="pt-BR"/>
        </w:rPr>
      </w:pPr>
      <w:r w:rsidRPr="001179E8">
        <w:rPr>
          <w:lang w:val="pt-BR"/>
        </w:rPr>
        <w:lastRenderedPageBreak/>
        <w:t>Elaine inclinou levemente a cabeça, seus longos cabelos loiro-platinados caindo como uma cascata de seda sobre um ombro. Ela usava um traje de combate padrão da G.R.A.I.A. que alguém havia emprestado, mas de alguma forma conseguia fazer o uniforme utilitário parecer elegante. Ou talvez fosse apenas a maneira como ela se movia, com uma graça fluida que parecia quase sobrenatural.</w:t>
      </w:r>
    </w:p>
    <w:p w14:paraId="2E71FA14" w14:textId="77777777" w:rsidR="002355BD" w:rsidRPr="001179E8" w:rsidRDefault="00000000">
      <w:pPr>
        <w:rPr>
          <w:lang w:val="pt-BR"/>
        </w:rPr>
      </w:pPr>
      <w:r w:rsidRPr="001179E8">
        <w:rPr>
          <w:lang w:val="pt-BR"/>
        </w:rPr>
        <w:br/>
      </w:r>
    </w:p>
    <w:p w14:paraId="6593A08A" w14:textId="77777777" w:rsidR="002355BD" w:rsidRPr="001179E8" w:rsidRDefault="00000000">
      <w:pPr>
        <w:rPr>
          <w:lang w:val="pt-BR"/>
        </w:rPr>
      </w:pPr>
      <w:r w:rsidRPr="001179E8">
        <w:rPr>
          <w:lang w:val="pt-BR"/>
        </w:rPr>
        <w:t>"E o que você observa sobre mim, detetive?" perguntou ela, dando um passo à frente, invadindo sutilmente seu espaço pessoal.</w:t>
      </w:r>
    </w:p>
    <w:p w14:paraId="6B82AEB7" w14:textId="77777777" w:rsidR="002355BD" w:rsidRPr="001179E8" w:rsidRDefault="00000000">
      <w:pPr>
        <w:rPr>
          <w:lang w:val="pt-BR"/>
        </w:rPr>
      </w:pPr>
      <w:r w:rsidRPr="001179E8">
        <w:rPr>
          <w:lang w:val="pt-BR"/>
        </w:rPr>
        <w:br/>
      </w:r>
    </w:p>
    <w:p w14:paraId="0F75817E" w14:textId="77777777" w:rsidR="002355BD" w:rsidRPr="001179E8" w:rsidRDefault="00000000">
      <w:pPr>
        <w:rPr>
          <w:lang w:val="pt-BR"/>
        </w:rPr>
      </w:pPr>
      <w:r w:rsidRPr="001179E8">
        <w:rPr>
          <w:lang w:val="pt-BR"/>
        </w:rPr>
        <w:t>Luke manteve sua expressão neutra, embora algo em seu estômago tenha se contraído. Havia algo hipnótico nos olhos dela – azul-claros, intensos, com uma profundidade que parecia conter universos inteiros.</w:t>
      </w:r>
    </w:p>
    <w:p w14:paraId="29F57E8A" w14:textId="77777777" w:rsidR="002355BD" w:rsidRPr="001179E8" w:rsidRDefault="00000000">
      <w:pPr>
        <w:rPr>
          <w:lang w:val="pt-BR"/>
        </w:rPr>
      </w:pPr>
      <w:r w:rsidRPr="001179E8">
        <w:rPr>
          <w:lang w:val="pt-BR"/>
        </w:rPr>
        <w:br/>
      </w:r>
    </w:p>
    <w:p w14:paraId="4A043DB6" w14:textId="77777777" w:rsidR="002355BD" w:rsidRPr="001179E8" w:rsidRDefault="00000000">
      <w:pPr>
        <w:rPr>
          <w:lang w:val="pt-BR"/>
        </w:rPr>
      </w:pPr>
      <w:r w:rsidRPr="001179E8">
        <w:rPr>
          <w:lang w:val="pt-BR"/>
        </w:rPr>
        <w:t>"Que você está se adaptando bem para alguém que passou a vida inteira em outra dimensão," respondeu ele, profissional. "E que você tem um talento para se aproximar sem ser notada."</w:t>
      </w:r>
    </w:p>
    <w:p w14:paraId="1FC05732" w14:textId="77777777" w:rsidR="002355BD" w:rsidRPr="001179E8" w:rsidRDefault="00000000">
      <w:pPr>
        <w:rPr>
          <w:lang w:val="pt-BR"/>
        </w:rPr>
      </w:pPr>
      <w:r w:rsidRPr="001179E8">
        <w:rPr>
          <w:lang w:val="pt-BR"/>
        </w:rPr>
        <w:br/>
      </w:r>
    </w:p>
    <w:p w14:paraId="30DDD81B" w14:textId="77777777" w:rsidR="002355BD" w:rsidRPr="001179E8" w:rsidRDefault="00000000">
      <w:pPr>
        <w:rPr>
          <w:lang w:val="pt-BR"/>
        </w:rPr>
      </w:pPr>
      <w:r w:rsidRPr="001179E8">
        <w:rPr>
          <w:lang w:val="pt-BR"/>
        </w:rPr>
        <w:t>Elaine sorriu, um sorriso que não alcançava completamente seus olhos. "Quando você passa a vida sendo tratada como um objeto decorativo, aprende a se mover sem chamar atenção... a menos que queira chamar."</w:t>
      </w:r>
    </w:p>
    <w:p w14:paraId="49B84D76" w14:textId="77777777" w:rsidR="002355BD" w:rsidRPr="001179E8" w:rsidRDefault="00000000">
      <w:pPr>
        <w:rPr>
          <w:lang w:val="pt-BR"/>
        </w:rPr>
      </w:pPr>
      <w:r w:rsidRPr="001179E8">
        <w:rPr>
          <w:lang w:val="pt-BR"/>
        </w:rPr>
        <w:br/>
      </w:r>
    </w:p>
    <w:p w14:paraId="3E8096E9" w14:textId="77777777" w:rsidR="002355BD" w:rsidRPr="001179E8" w:rsidRDefault="00000000">
      <w:pPr>
        <w:rPr>
          <w:lang w:val="pt-BR"/>
        </w:rPr>
      </w:pPr>
      <w:r w:rsidRPr="001179E8">
        <w:rPr>
          <w:lang w:val="pt-BR"/>
        </w:rPr>
        <w:t>Havia algo na maneira como ela disse isso – uma vulnerabilidade momentânea por trás da fachada confiante – que capturou a atenção de Luke. Seu instinto de detetive se ativou, percebendo camadas mais profundas além da superfície sedutora.</w:t>
      </w:r>
    </w:p>
    <w:p w14:paraId="662A49D3" w14:textId="77777777" w:rsidR="002355BD" w:rsidRPr="001179E8" w:rsidRDefault="00000000">
      <w:pPr>
        <w:rPr>
          <w:lang w:val="pt-BR"/>
        </w:rPr>
      </w:pPr>
      <w:r w:rsidRPr="001179E8">
        <w:rPr>
          <w:lang w:val="pt-BR"/>
        </w:rPr>
        <w:br/>
      </w:r>
    </w:p>
    <w:p w14:paraId="7F5F140B" w14:textId="77777777" w:rsidR="002355BD" w:rsidRPr="001179E8" w:rsidRDefault="00000000">
      <w:pPr>
        <w:rPr>
          <w:lang w:val="pt-BR"/>
        </w:rPr>
      </w:pPr>
      <w:r w:rsidRPr="001179E8">
        <w:rPr>
          <w:lang w:val="pt-BR"/>
        </w:rPr>
        <w:t>"Você não é um objeto decorativo aqui," disse ele, sua voz suavizando ligeiramente. "A G.R.A.I.A. valoriza habilidades e contribuições, não aparências."</w:t>
      </w:r>
    </w:p>
    <w:p w14:paraId="7D90D584" w14:textId="77777777" w:rsidR="002355BD" w:rsidRPr="001179E8" w:rsidRDefault="00000000">
      <w:pPr>
        <w:rPr>
          <w:lang w:val="pt-BR"/>
        </w:rPr>
      </w:pPr>
      <w:r w:rsidRPr="001179E8">
        <w:rPr>
          <w:lang w:val="pt-BR"/>
        </w:rPr>
        <w:br/>
      </w:r>
    </w:p>
    <w:p w14:paraId="385C1BF8" w14:textId="77777777" w:rsidR="002355BD" w:rsidRPr="001179E8" w:rsidRDefault="00000000">
      <w:pPr>
        <w:rPr>
          <w:lang w:val="pt-BR"/>
        </w:rPr>
      </w:pPr>
      <w:r w:rsidRPr="001179E8">
        <w:rPr>
          <w:lang w:val="pt-BR"/>
        </w:rPr>
        <w:lastRenderedPageBreak/>
        <w:t>"É mesmo?" Elaine ergueu uma sobrancelha, seu sorriso tornando-se mais genuíno. "Então você não notou como sou bonita?"</w:t>
      </w:r>
    </w:p>
    <w:p w14:paraId="40A9CC0A" w14:textId="77777777" w:rsidR="002355BD" w:rsidRPr="001179E8" w:rsidRDefault="00000000">
      <w:pPr>
        <w:rPr>
          <w:lang w:val="pt-BR"/>
        </w:rPr>
      </w:pPr>
      <w:r w:rsidRPr="001179E8">
        <w:rPr>
          <w:lang w:val="pt-BR"/>
        </w:rPr>
        <w:br/>
      </w:r>
    </w:p>
    <w:p w14:paraId="4D057865" w14:textId="77777777" w:rsidR="002355BD" w:rsidRPr="001179E8" w:rsidRDefault="00000000">
      <w:pPr>
        <w:rPr>
          <w:lang w:val="pt-BR"/>
        </w:rPr>
      </w:pPr>
      <w:r w:rsidRPr="001179E8">
        <w:rPr>
          <w:lang w:val="pt-BR"/>
        </w:rPr>
        <w:t>Luke sentiu o calor subir pelo seu pescoço, mas manteve a compostura. "Seria cego se não notasse. Mas beleza é apenas uma característica entre muitas."</w:t>
      </w:r>
    </w:p>
    <w:p w14:paraId="65E88F95" w14:textId="77777777" w:rsidR="002355BD" w:rsidRPr="001179E8" w:rsidRDefault="00000000">
      <w:pPr>
        <w:rPr>
          <w:lang w:val="pt-BR"/>
        </w:rPr>
      </w:pPr>
      <w:r w:rsidRPr="001179E8">
        <w:rPr>
          <w:lang w:val="pt-BR"/>
        </w:rPr>
        <w:br/>
      </w:r>
    </w:p>
    <w:p w14:paraId="25D93F9E" w14:textId="77777777" w:rsidR="002355BD" w:rsidRPr="001179E8" w:rsidRDefault="00000000">
      <w:pPr>
        <w:rPr>
          <w:lang w:val="pt-BR"/>
        </w:rPr>
      </w:pPr>
      <w:r w:rsidRPr="001179E8">
        <w:rPr>
          <w:lang w:val="pt-BR"/>
        </w:rPr>
        <w:t>Antes que Elaine pudesse responder, a porta da sala de comando se abriu e Ricardo entrou, seguido de perto por Nicole. Os dois pararam momentaneamente ao ver Luke e Elaine conversando no canto, e Ricardo abriu um sorriso malicioso.</w:t>
      </w:r>
    </w:p>
    <w:p w14:paraId="1A6A46E0" w14:textId="77777777" w:rsidR="002355BD" w:rsidRPr="001179E8" w:rsidRDefault="00000000">
      <w:pPr>
        <w:rPr>
          <w:lang w:val="pt-BR"/>
        </w:rPr>
      </w:pPr>
      <w:r w:rsidRPr="001179E8">
        <w:rPr>
          <w:lang w:val="pt-BR"/>
        </w:rPr>
        <w:br/>
      </w:r>
    </w:p>
    <w:p w14:paraId="7A2DB4DF" w14:textId="77777777" w:rsidR="002355BD" w:rsidRPr="001179E8" w:rsidRDefault="00000000">
      <w:pPr>
        <w:rPr>
          <w:lang w:val="pt-BR"/>
        </w:rPr>
      </w:pPr>
      <w:r w:rsidRPr="001179E8">
        <w:rPr>
          <w:lang w:val="pt-BR"/>
        </w:rPr>
        <w:t>"Ei, Luke!" chamou ele, aproximando-se com Nicole. "Vejo que já conheceu nossa nova amiga dimensional."</w:t>
      </w:r>
    </w:p>
    <w:p w14:paraId="4680C360" w14:textId="77777777" w:rsidR="002355BD" w:rsidRPr="001179E8" w:rsidRDefault="00000000">
      <w:pPr>
        <w:rPr>
          <w:lang w:val="pt-BR"/>
        </w:rPr>
      </w:pPr>
      <w:r w:rsidRPr="001179E8">
        <w:rPr>
          <w:lang w:val="pt-BR"/>
        </w:rPr>
        <w:br/>
      </w:r>
    </w:p>
    <w:p w14:paraId="54D41729" w14:textId="77777777" w:rsidR="002355BD" w:rsidRPr="001179E8" w:rsidRDefault="00000000">
      <w:pPr>
        <w:rPr>
          <w:lang w:val="pt-BR"/>
        </w:rPr>
      </w:pPr>
      <w:r w:rsidRPr="001179E8">
        <w:rPr>
          <w:lang w:val="pt-BR"/>
        </w:rPr>
        <w:t>Luke assentiu, grato pela interrupção. "Estávamos nos apresentando."</w:t>
      </w:r>
    </w:p>
    <w:p w14:paraId="67895F34" w14:textId="77777777" w:rsidR="002355BD" w:rsidRPr="001179E8" w:rsidRDefault="00000000">
      <w:pPr>
        <w:rPr>
          <w:lang w:val="pt-BR"/>
        </w:rPr>
      </w:pPr>
      <w:r w:rsidRPr="001179E8">
        <w:rPr>
          <w:lang w:val="pt-BR"/>
        </w:rPr>
        <w:br/>
      </w:r>
    </w:p>
    <w:p w14:paraId="1C162988" w14:textId="77777777" w:rsidR="002355BD" w:rsidRPr="001179E8" w:rsidRDefault="00000000">
      <w:pPr>
        <w:rPr>
          <w:lang w:val="pt-BR"/>
        </w:rPr>
      </w:pPr>
      <w:r w:rsidRPr="001179E8">
        <w:rPr>
          <w:lang w:val="pt-BR"/>
        </w:rPr>
        <w:t>"Luke é o melhor amigo de Ricardo," explicou Nicole a Elaine, seu tom educado mas com uma leve nota de cautela. "Eles são praticamente inseparáveis desde antes de se juntarem aos Primordiais."</w:t>
      </w:r>
    </w:p>
    <w:p w14:paraId="1943FF81" w14:textId="77777777" w:rsidR="002355BD" w:rsidRPr="001179E8" w:rsidRDefault="00000000">
      <w:pPr>
        <w:rPr>
          <w:lang w:val="pt-BR"/>
        </w:rPr>
      </w:pPr>
      <w:r w:rsidRPr="001179E8">
        <w:rPr>
          <w:lang w:val="pt-BR"/>
        </w:rPr>
        <w:br/>
      </w:r>
    </w:p>
    <w:p w14:paraId="60ADBB13" w14:textId="77777777" w:rsidR="002355BD" w:rsidRPr="001179E8" w:rsidRDefault="00000000">
      <w:pPr>
        <w:rPr>
          <w:lang w:val="pt-BR"/>
        </w:rPr>
      </w:pPr>
      <w:r w:rsidRPr="001179E8">
        <w:rPr>
          <w:lang w:val="pt-BR"/>
        </w:rPr>
        <w:t>"O cérebro e os músculos," brincou Ricardo, dando um soco leve no ombro de Luke. "Embora eu tenha os dois, obviamente."</w:t>
      </w:r>
    </w:p>
    <w:p w14:paraId="03EE9F1F" w14:textId="77777777" w:rsidR="002355BD" w:rsidRPr="001179E8" w:rsidRDefault="00000000">
      <w:pPr>
        <w:rPr>
          <w:lang w:val="pt-BR"/>
        </w:rPr>
      </w:pPr>
      <w:r w:rsidRPr="001179E8">
        <w:rPr>
          <w:lang w:val="pt-BR"/>
        </w:rPr>
        <w:br/>
      </w:r>
    </w:p>
    <w:p w14:paraId="745B2C38" w14:textId="77777777" w:rsidR="002355BD" w:rsidRPr="001179E8" w:rsidRDefault="00000000">
      <w:pPr>
        <w:rPr>
          <w:lang w:val="pt-BR"/>
        </w:rPr>
      </w:pPr>
      <w:r w:rsidRPr="001179E8">
        <w:rPr>
          <w:lang w:val="pt-BR"/>
        </w:rPr>
        <w:t>Luke revirou os olhos, mas um pequeno sorriso escapou. A dinâmica familiar com Ricardo o ajudou a recuperar o equilíbrio que, por algum motivo, Elaine havia perturbado.</w:t>
      </w:r>
    </w:p>
    <w:p w14:paraId="68BC56E1" w14:textId="77777777" w:rsidR="002355BD" w:rsidRPr="001179E8" w:rsidRDefault="00000000">
      <w:pPr>
        <w:rPr>
          <w:lang w:val="pt-BR"/>
        </w:rPr>
      </w:pPr>
      <w:r w:rsidRPr="001179E8">
        <w:rPr>
          <w:lang w:val="pt-BR"/>
        </w:rPr>
        <w:br/>
      </w:r>
    </w:p>
    <w:p w14:paraId="1C5DDD5E" w14:textId="77777777" w:rsidR="002355BD" w:rsidRPr="001179E8" w:rsidRDefault="00000000">
      <w:pPr>
        <w:rPr>
          <w:lang w:val="pt-BR"/>
        </w:rPr>
      </w:pPr>
      <w:r w:rsidRPr="001179E8">
        <w:rPr>
          <w:lang w:val="pt-BR"/>
        </w:rPr>
        <w:lastRenderedPageBreak/>
        <w:t>"O General Vance está procurando por você," disse Nicole a Luke. "Algo sobre analisar os padrões de atividade do fragmento de Abyzoth."</w:t>
      </w:r>
    </w:p>
    <w:p w14:paraId="58021AA4" w14:textId="77777777" w:rsidR="002355BD" w:rsidRPr="001179E8" w:rsidRDefault="00000000">
      <w:pPr>
        <w:rPr>
          <w:lang w:val="pt-BR"/>
        </w:rPr>
      </w:pPr>
      <w:r w:rsidRPr="001179E8">
        <w:rPr>
          <w:lang w:val="pt-BR"/>
        </w:rPr>
        <w:br/>
      </w:r>
    </w:p>
    <w:p w14:paraId="63C4E7F5" w14:textId="77777777" w:rsidR="002355BD" w:rsidRPr="001179E8" w:rsidRDefault="00000000">
      <w:pPr>
        <w:rPr>
          <w:lang w:val="pt-BR"/>
        </w:rPr>
      </w:pPr>
      <w:r w:rsidRPr="001179E8">
        <w:rPr>
          <w:lang w:val="pt-BR"/>
        </w:rPr>
        <w:t>"Estou indo," respondeu Luke, afastando-se da parede. Ele olhou para Elaine uma última vez. "Bem-vinda à equipe, Srta. Nocturne."</w:t>
      </w:r>
    </w:p>
    <w:p w14:paraId="14038ECE" w14:textId="77777777" w:rsidR="002355BD" w:rsidRPr="001179E8" w:rsidRDefault="00000000">
      <w:pPr>
        <w:rPr>
          <w:lang w:val="pt-BR"/>
        </w:rPr>
      </w:pPr>
      <w:r w:rsidRPr="001179E8">
        <w:rPr>
          <w:lang w:val="pt-BR"/>
        </w:rPr>
        <w:br/>
      </w:r>
    </w:p>
    <w:p w14:paraId="678A1E6B" w14:textId="77777777" w:rsidR="002355BD" w:rsidRPr="001179E8" w:rsidRDefault="00000000">
      <w:pPr>
        <w:rPr>
          <w:lang w:val="pt-BR"/>
        </w:rPr>
      </w:pPr>
      <w:r w:rsidRPr="001179E8">
        <w:rPr>
          <w:lang w:val="pt-BR"/>
        </w:rPr>
        <w:t>"Elaine," corrigiu ela, seus olhos fixos nos dele. "Apenas Elaine. Ou Mirage, se preferir meu nome de heroína." Ela piscou um olho, aquele gesto característico que Luke não sabia ainda, mas aprenderia a reconhecer. "Tenho certeza que nos veremos muito mais, Luke."</w:t>
      </w:r>
    </w:p>
    <w:p w14:paraId="38BDE7CE" w14:textId="77777777" w:rsidR="002355BD" w:rsidRPr="001179E8" w:rsidRDefault="00000000">
      <w:pPr>
        <w:rPr>
          <w:lang w:val="pt-BR"/>
        </w:rPr>
      </w:pPr>
      <w:r w:rsidRPr="001179E8">
        <w:rPr>
          <w:lang w:val="pt-BR"/>
        </w:rPr>
        <w:br/>
      </w:r>
    </w:p>
    <w:p w14:paraId="6872AA1E" w14:textId="77777777" w:rsidR="002355BD" w:rsidRPr="001179E8" w:rsidRDefault="00000000">
      <w:pPr>
        <w:rPr>
          <w:lang w:val="pt-BR"/>
        </w:rPr>
      </w:pPr>
      <w:r w:rsidRPr="001179E8">
        <w:rPr>
          <w:lang w:val="pt-BR"/>
        </w:rPr>
        <w:t>Havia algo na maneira como ela disse seu nome – uma promessa velada, um convite – que fez Luke hesitar por um momento antes de assentir e sair da sala. Enquanto caminhava pelo corredor em direção ao laboratório, ele não conseguia afastar a imagem daqueles olhos azuis hipnotizantes de sua mente.</w:t>
      </w:r>
    </w:p>
    <w:p w14:paraId="11F52A67" w14:textId="77777777" w:rsidR="002355BD" w:rsidRPr="001179E8" w:rsidRDefault="00000000">
      <w:pPr>
        <w:rPr>
          <w:lang w:val="pt-BR"/>
        </w:rPr>
      </w:pPr>
      <w:r w:rsidRPr="001179E8">
        <w:rPr>
          <w:lang w:val="pt-BR"/>
        </w:rPr>
        <w:br/>
      </w:r>
    </w:p>
    <w:p w14:paraId="05685B4F" w14:textId="77777777" w:rsidR="002355BD" w:rsidRPr="001179E8" w:rsidRDefault="00000000">
      <w:pPr>
        <w:rPr>
          <w:lang w:val="pt-BR"/>
        </w:rPr>
      </w:pPr>
      <w:r w:rsidRPr="001179E8">
        <w:rPr>
          <w:lang w:val="pt-BR"/>
        </w:rPr>
        <w:t>---</w:t>
      </w:r>
    </w:p>
    <w:p w14:paraId="0F83876C" w14:textId="77777777" w:rsidR="002355BD" w:rsidRPr="001179E8" w:rsidRDefault="00000000">
      <w:pPr>
        <w:rPr>
          <w:lang w:val="pt-BR"/>
        </w:rPr>
      </w:pPr>
      <w:r w:rsidRPr="001179E8">
        <w:rPr>
          <w:lang w:val="pt-BR"/>
        </w:rPr>
        <w:br/>
      </w:r>
    </w:p>
    <w:p w14:paraId="43EEE3AB" w14:textId="77777777" w:rsidR="002355BD" w:rsidRPr="001179E8" w:rsidRDefault="00000000">
      <w:pPr>
        <w:rPr>
          <w:lang w:val="pt-BR"/>
        </w:rPr>
      </w:pPr>
      <w:r w:rsidRPr="001179E8">
        <w:rPr>
          <w:lang w:val="pt-BR"/>
        </w:rPr>
        <w:t>O laboratório principal da G.R.A.I.A. era um espaço impressionante, repleto de equipamentos de última geração e telas holográficas exibindo dados em tempo real. No centro da sala, uma câmara de contenção especial abrigava o que parecia ser uma massa ondulante de escuridão – o fragmento de Abyzoth que havia escapado do submundo.</w:t>
      </w:r>
    </w:p>
    <w:p w14:paraId="3EA1021E" w14:textId="77777777" w:rsidR="002355BD" w:rsidRPr="001179E8" w:rsidRDefault="00000000">
      <w:pPr>
        <w:rPr>
          <w:lang w:val="pt-BR"/>
        </w:rPr>
      </w:pPr>
      <w:r w:rsidRPr="001179E8">
        <w:rPr>
          <w:lang w:val="pt-BR"/>
        </w:rPr>
        <w:br/>
      </w:r>
    </w:p>
    <w:p w14:paraId="41DB216C" w14:textId="77777777" w:rsidR="002355BD" w:rsidRPr="001179E8" w:rsidRDefault="00000000">
      <w:pPr>
        <w:rPr>
          <w:lang w:val="pt-BR"/>
        </w:rPr>
      </w:pPr>
      <w:r w:rsidRPr="001179E8">
        <w:rPr>
          <w:lang w:val="pt-BR"/>
        </w:rPr>
        <w:t>O General Vance estava de pé diante da câmara, as mãos cruzadas atrás das costas, seu rosto marcado por linhas de preocupação. Ao lado dele estava Art, seu filho, conversando em voz baixa com Linda.</w:t>
      </w:r>
    </w:p>
    <w:p w14:paraId="0E9E14FD" w14:textId="77777777" w:rsidR="002355BD" w:rsidRPr="001179E8" w:rsidRDefault="00000000">
      <w:pPr>
        <w:rPr>
          <w:lang w:val="pt-BR"/>
        </w:rPr>
      </w:pPr>
      <w:r w:rsidRPr="001179E8">
        <w:rPr>
          <w:lang w:val="pt-BR"/>
        </w:rPr>
        <w:br/>
      </w:r>
    </w:p>
    <w:p w14:paraId="6197DED6" w14:textId="77777777" w:rsidR="002355BD" w:rsidRPr="001179E8" w:rsidRDefault="00000000">
      <w:pPr>
        <w:rPr>
          <w:lang w:val="pt-BR"/>
        </w:rPr>
      </w:pPr>
      <w:r w:rsidRPr="001179E8">
        <w:rPr>
          <w:lang w:val="pt-BR"/>
        </w:rPr>
        <w:t>"Ah, Luke," disse o General quando o viu entrar. "Obrigado por vir tão rapidamente."</w:t>
      </w:r>
    </w:p>
    <w:p w14:paraId="1A4CA909" w14:textId="77777777" w:rsidR="002355BD" w:rsidRPr="001179E8" w:rsidRDefault="00000000">
      <w:pPr>
        <w:rPr>
          <w:lang w:val="pt-BR"/>
        </w:rPr>
      </w:pPr>
      <w:r w:rsidRPr="001179E8">
        <w:rPr>
          <w:lang w:val="pt-BR"/>
        </w:rPr>
        <w:lastRenderedPageBreak/>
        <w:br/>
      </w:r>
    </w:p>
    <w:p w14:paraId="09FD8A53" w14:textId="77777777" w:rsidR="002355BD" w:rsidRPr="001179E8" w:rsidRDefault="00000000">
      <w:pPr>
        <w:rPr>
          <w:lang w:val="pt-BR"/>
        </w:rPr>
      </w:pPr>
      <w:r w:rsidRPr="001179E8">
        <w:rPr>
          <w:lang w:val="pt-BR"/>
        </w:rPr>
        <w:t>Luke se aproximou, seus olhos imediatamente fixando-se no fragmento contido. "O que descobriram?"</w:t>
      </w:r>
    </w:p>
    <w:p w14:paraId="5EB053A3" w14:textId="77777777" w:rsidR="002355BD" w:rsidRPr="001179E8" w:rsidRDefault="00000000">
      <w:pPr>
        <w:rPr>
          <w:lang w:val="pt-BR"/>
        </w:rPr>
      </w:pPr>
      <w:r w:rsidRPr="001179E8">
        <w:rPr>
          <w:lang w:val="pt-BR"/>
        </w:rPr>
        <w:br/>
      </w:r>
    </w:p>
    <w:p w14:paraId="2D858AFA" w14:textId="77777777" w:rsidR="002355BD" w:rsidRPr="001179E8" w:rsidRDefault="00000000">
      <w:pPr>
        <w:rPr>
          <w:lang w:val="pt-BR"/>
        </w:rPr>
      </w:pPr>
      <w:r w:rsidRPr="001179E8">
        <w:rPr>
          <w:lang w:val="pt-BR"/>
        </w:rPr>
        <w:t>"Nada bom," respondeu o General, indicando uma das telas holográficas. "O fragmento está emitindo pulsos de energia em intervalos regulares. Nossos cientistas acreditam que pode estar tentando se comunicar com o resto de Abyzoth no submundo."</w:t>
      </w:r>
    </w:p>
    <w:p w14:paraId="77316ED6" w14:textId="77777777" w:rsidR="002355BD" w:rsidRPr="001179E8" w:rsidRDefault="00000000">
      <w:pPr>
        <w:rPr>
          <w:lang w:val="pt-BR"/>
        </w:rPr>
      </w:pPr>
      <w:r w:rsidRPr="001179E8">
        <w:rPr>
          <w:lang w:val="pt-BR"/>
        </w:rPr>
        <w:br/>
      </w:r>
    </w:p>
    <w:p w14:paraId="3E75F5AA" w14:textId="77777777" w:rsidR="002355BD" w:rsidRPr="001179E8" w:rsidRDefault="00000000">
      <w:pPr>
        <w:rPr>
          <w:lang w:val="pt-BR"/>
        </w:rPr>
      </w:pPr>
      <w:r w:rsidRPr="001179E8">
        <w:rPr>
          <w:lang w:val="pt-BR"/>
        </w:rPr>
        <w:t>"Como um farol," concluiu Luke, analisando os dados. "Ou um sinal de GPS."</w:t>
      </w:r>
    </w:p>
    <w:p w14:paraId="4E5E4037" w14:textId="77777777" w:rsidR="002355BD" w:rsidRPr="001179E8" w:rsidRDefault="00000000">
      <w:pPr>
        <w:rPr>
          <w:lang w:val="pt-BR"/>
        </w:rPr>
      </w:pPr>
      <w:r w:rsidRPr="001179E8">
        <w:rPr>
          <w:lang w:val="pt-BR"/>
        </w:rPr>
        <w:br/>
      </w:r>
    </w:p>
    <w:p w14:paraId="10D2666F" w14:textId="77777777" w:rsidR="002355BD" w:rsidRPr="001179E8" w:rsidRDefault="00000000">
      <w:pPr>
        <w:rPr>
          <w:lang w:val="pt-BR"/>
        </w:rPr>
      </w:pPr>
      <w:r w:rsidRPr="001179E8">
        <w:rPr>
          <w:lang w:val="pt-BR"/>
        </w:rPr>
        <w:t>"Exatamente," confirmou Art, juntando-se à conversa. "E se estiver funcionando..."</w:t>
      </w:r>
    </w:p>
    <w:p w14:paraId="72B06BBD" w14:textId="77777777" w:rsidR="002355BD" w:rsidRPr="001179E8" w:rsidRDefault="00000000">
      <w:pPr>
        <w:rPr>
          <w:lang w:val="pt-BR"/>
        </w:rPr>
      </w:pPr>
      <w:r w:rsidRPr="001179E8">
        <w:rPr>
          <w:lang w:val="pt-BR"/>
        </w:rPr>
        <w:br/>
      </w:r>
    </w:p>
    <w:p w14:paraId="7522336F" w14:textId="77777777" w:rsidR="002355BD" w:rsidRPr="001179E8" w:rsidRDefault="00000000">
      <w:pPr>
        <w:rPr>
          <w:lang w:val="pt-BR"/>
        </w:rPr>
      </w:pPr>
      <w:r w:rsidRPr="001179E8">
        <w:rPr>
          <w:lang w:val="pt-BR"/>
        </w:rPr>
        <w:t>"Então Abyzoth e a Dragoa Maligna podem estar rastreando a localização exata da nossa base," completou Luke, seu cérebro já calculando implicações e cenários.</w:t>
      </w:r>
    </w:p>
    <w:p w14:paraId="3C1C1A3E" w14:textId="77777777" w:rsidR="002355BD" w:rsidRPr="001179E8" w:rsidRDefault="00000000">
      <w:pPr>
        <w:rPr>
          <w:lang w:val="pt-BR"/>
        </w:rPr>
      </w:pPr>
      <w:r w:rsidRPr="001179E8">
        <w:rPr>
          <w:lang w:val="pt-BR"/>
        </w:rPr>
        <w:br/>
      </w:r>
    </w:p>
    <w:p w14:paraId="1D278C2D" w14:textId="77777777" w:rsidR="002355BD" w:rsidRPr="001179E8" w:rsidRDefault="00000000">
      <w:pPr>
        <w:rPr>
          <w:lang w:val="pt-BR"/>
        </w:rPr>
      </w:pPr>
      <w:r w:rsidRPr="001179E8">
        <w:rPr>
          <w:lang w:val="pt-BR"/>
        </w:rPr>
        <w:t>"Precisamos de alguém com sua capacidade analítica para estudar os padrões," disse o General. "Ver se há alguma maneira de bloquear ou interferir no sinal."</w:t>
      </w:r>
    </w:p>
    <w:p w14:paraId="1139510C" w14:textId="77777777" w:rsidR="002355BD" w:rsidRPr="001179E8" w:rsidRDefault="00000000">
      <w:pPr>
        <w:rPr>
          <w:lang w:val="pt-BR"/>
        </w:rPr>
      </w:pPr>
      <w:r w:rsidRPr="001179E8">
        <w:rPr>
          <w:lang w:val="pt-BR"/>
        </w:rPr>
        <w:br/>
      </w:r>
    </w:p>
    <w:p w14:paraId="5EE703C3" w14:textId="77777777" w:rsidR="002355BD" w:rsidRPr="001179E8" w:rsidRDefault="00000000">
      <w:pPr>
        <w:rPr>
          <w:lang w:val="pt-BR"/>
        </w:rPr>
      </w:pPr>
      <w:r w:rsidRPr="001179E8">
        <w:rPr>
          <w:lang w:val="pt-BR"/>
        </w:rPr>
        <w:t>Luke assentiu, já se movendo para o terminal de dados mais próximo. Este era seu elemento – quebra-cabeças, padrões, análise. Enquanto seus dedos voavam sobre o teclado, parte de sua mente ainda vagava para o encontro com Elaine. Havia algo nela que o intrigava profundamente, além da beleza óbvia. Um mistério que seu instinto de detetive ansiava por desvendar.</w:t>
      </w:r>
    </w:p>
    <w:p w14:paraId="5F8837D7" w14:textId="77777777" w:rsidR="002355BD" w:rsidRPr="001179E8" w:rsidRDefault="00000000">
      <w:pPr>
        <w:rPr>
          <w:lang w:val="pt-BR"/>
        </w:rPr>
      </w:pPr>
      <w:r w:rsidRPr="001179E8">
        <w:rPr>
          <w:lang w:val="pt-BR"/>
        </w:rPr>
        <w:br/>
      </w:r>
    </w:p>
    <w:p w14:paraId="07D31172" w14:textId="77777777" w:rsidR="002355BD" w:rsidRPr="001179E8" w:rsidRDefault="00000000">
      <w:pPr>
        <w:rPr>
          <w:lang w:val="pt-BR"/>
        </w:rPr>
      </w:pPr>
      <w:r w:rsidRPr="001179E8">
        <w:rPr>
          <w:lang w:val="pt-BR"/>
        </w:rPr>
        <w:lastRenderedPageBreak/>
        <w:t>Ele afastou esses pensamentos, forçando-se a concentrar na tarefa em mãos. O fragmento de Abyzoth representava uma ameaça real e imediata. Qualquer distração poderia custar vidas.</w:t>
      </w:r>
    </w:p>
    <w:p w14:paraId="4750E9D4" w14:textId="77777777" w:rsidR="002355BD" w:rsidRPr="001179E8" w:rsidRDefault="00000000">
      <w:pPr>
        <w:rPr>
          <w:lang w:val="pt-BR"/>
        </w:rPr>
      </w:pPr>
      <w:r w:rsidRPr="001179E8">
        <w:rPr>
          <w:lang w:val="pt-BR"/>
        </w:rPr>
        <w:br/>
      </w:r>
    </w:p>
    <w:p w14:paraId="06273253" w14:textId="77777777" w:rsidR="002355BD" w:rsidRPr="001179E8" w:rsidRDefault="00000000">
      <w:pPr>
        <w:rPr>
          <w:lang w:val="pt-BR"/>
        </w:rPr>
      </w:pPr>
      <w:r w:rsidRPr="001179E8">
        <w:rPr>
          <w:lang w:val="pt-BR"/>
        </w:rPr>
        <w:t>Horas se passaram enquanto Luke se perdia nos dados, criando e descartando teorias, buscando padrões nos pulsos de energia. Em algum momento, alguém lhe trouxe café, que esfriou intocado ao seu lado.</w:t>
      </w:r>
    </w:p>
    <w:p w14:paraId="28C2587F" w14:textId="77777777" w:rsidR="002355BD" w:rsidRPr="001179E8" w:rsidRDefault="00000000">
      <w:pPr>
        <w:rPr>
          <w:lang w:val="pt-BR"/>
        </w:rPr>
      </w:pPr>
      <w:r w:rsidRPr="001179E8">
        <w:rPr>
          <w:lang w:val="pt-BR"/>
        </w:rPr>
        <w:br/>
      </w:r>
    </w:p>
    <w:p w14:paraId="42C9B868" w14:textId="77777777" w:rsidR="002355BD" w:rsidRPr="001179E8" w:rsidRDefault="00000000">
      <w:pPr>
        <w:rPr>
          <w:lang w:val="pt-BR"/>
        </w:rPr>
      </w:pPr>
      <w:r w:rsidRPr="001179E8">
        <w:rPr>
          <w:lang w:val="pt-BR"/>
        </w:rPr>
        <w:t>"Você sempre trabalha até esquecer de comer e beber?"</w:t>
      </w:r>
    </w:p>
    <w:p w14:paraId="4FB4576E" w14:textId="77777777" w:rsidR="002355BD" w:rsidRPr="001179E8" w:rsidRDefault="00000000">
      <w:pPr>
        <w:rPr>
          <w:lang w:val="pt-BR"/>
        </w:rPr>
      </w:pPr>
      <w:r w:rsidRPr="001179E8">
        <w:rPr>
          <w:lang w:val="pt-BR"/>
        </w:rPr>
        <w:br/>
      </w:r>
    </w:p>
    <w:p w14:paraId="548AF525" w14:textId="77777777" w:rsidR="002355BD" w:rsidRPr="001179E8" w:rsidRDefault="00000000">
      <w:pPr>
        <w:rPr>
          <w:lang w:val="pt-BR"/>
        </w:rPr>
      </w:pPr>
      <w:r w:rsidRPr="001179E8">
        <w:rPr>
          <w:lang w:val="pt-BR"/>
        </w:rPr>
        <w:t>Luke ergueu os olhos, piscando para ajustar sua visão após horas encarando telas. Elaine estava parada ao lado de sua mesa, segurando uma bandeja com um sanduíche e uma garrafa de água.</w:t>
      </w:r>
    </w:p>
    <w:p w14:paraId="71EB72A4" w14:textId="77777777" w:rsidR="002355BD" w:rsidRPr="001179E8" w:rsidRDefault="00000000">
      <w:pPr>
        <w:rPr>
          <w:lang w:val="pt-BR"/>
        </w:rPr>
      </w:pPr>
      <w:r w:rsidRPr="001179E8">
        <w:rPr>
          <w:lang w:val="pt-BR"/>
        </w:rPr>
        <w:br/>
      </w:r>
    </w:p>
    <w:p w14:paraId="7099F47D" w14:textId="77777777" w:rsidR="002355BD" w:rsidRPr="001179E8" w:rsidRDefault="00000000">
      <w:pPr>
        <w:rPr>
          <w:lang w:val="pt-BR"/>
        </w:rPr>
      </w:pPr>
      <w:r w:rsidRPr="001179E8">
        <w:rPr>
          <w:lang w:val="pt-BR"/>
        </w:rPr>
        <w:t>"Como você entrou aqui?" perguntou ele, percebendo que o laboratório estava quase vazio agora, apenas alguns técnicos trabalhando em estações distantes. "Esta área tem acesso restrito."</w:t>
      </w:r>
    </w:p>
    <w:p w14:paraId="5D454370" w14:textId="77777777" w:rsidR="002355BD" w:rsidRPr="001179E8" w:rsidRDefault="00000000">
      <w:pPr>
        <w:rPr>
          <w:lang w:val="pt-BR"/>
        </w:rPr>
      </w:pPr>
      <w:r w:rsidRPr="001179E8">
        <w:rPr>
          <w:lang w:val="pt-BR"/>
        </w:rPr>
        <w:br/>
      </w:r>
    </w:p>
    <w:p w14:paraId="45390C69" w14:textId="77777777" w:rsidR="002355BD" w:rsidRPr="001179E8" w:rsidRDefault="00000000">
      <w:pPr>
        <w:rPr>
          <w:lang w:val="pt-BR"/>
        </w:rPr>
      </w:pPr>
      <w:r w:rsidRPr="001179E8">
        <w:rPr>
          <w:lang w:val="pt-BR"/>
        </w:rPr>
        <w:t>Elaine deu de ombros, colocando a bandeja na mesa. "Nicole me deu autorização temporária. Ela estava preocupada que você pudesse desmaiar de fome." Ela sorriu, aquele sorriso enigmático que não revelava tudo. "Eu me ofereci para trazer algo."</w:t>
      </w:r>
    </w:p>
    <w:p w14:paraId="389DE120" w14:textId="77777777" w:rsidR="002355BD" w:rsidRPr="001179E8" w:rsidRDefault="00000000">
      <w:pPr>
        <w:rPr>
          <w:lang w:val="pt-BR"/>
        </w:rPr>
      </w:pPr>
      <w:r w:rsidRPr="001179E8">
        <w:rPr>
          <w:lang w:val="pt-BR"/>
        </w:rPr>
        <w:br/>
      </w:r>
    </w:p>
    <w:p w14:paraId="1BD25F52" w14:textId="77777777" w:rsidR="002355BD" w:rsidRPr="001179E8" w:rsidRDefault="00000000">
      <w:pPr>
        <w:rPr>
          <w:lang w:val="pt-BR"/>
        </w:rPr>
      </w:pPr>
      <w:r w:rsidRPr="001179E8">
        <w:rPr>
          <w:lang w:val="pt-BR"/>
        </w:rPr>
        <w:t>Luke olhou para o sanduíche, subitamente consciente de quão faminto estava. "Obrigado," disse ele, pegando a água primeiro.</w:t>
      </w:r>
    </w:p>
    <w:p w14:paraId="709F8655" w14:textId="77777777" w:rsidR="002355BD" w:rsidRPr="001179E8" w:rsidRDefault="00000000">
      <w:pPr>
        <w:rPr>
          <w:lang w:val="pt-BR"/>
        </w:rPr>
      </w:pPr>
      <w:r w:rsidRPr="001179E8">
        <w:rPr>
          <w:lang w:val="pt-BR"/>
        </w:rPr>
        <w:br/>
      </w:r>
    </w:p>
    <w:p w14:paraId="32F157E7" w14:textId="77777777" w:rsidR="002355BD" w:rsidRPr="001179E8" w:rsidRDefault="00000000">
      <w:pPr>
        <w:rPr>
          <w:lang w:val="pt-BR"/>
        </w:rPr>
      </w:pPr>
      <w:r w:rsidRPr="001179E8">
        <w:rPr>
          <w:lang w:val="pt-BR"/>
        </w:rPr>
        <w:t>Elaine puxou uma cadeira e sentou-se ao lado dele, seus olhos vagando para as telas de dados. "Encontrou alguma coisa?"</w:t>
      </w:r>
    </w:p>
    <w:p w14:paraId="6FC5F77B" w14:textId="77777777" w:rsidR="002355BD" w:rsidRPr="001179E8" w:rsidRDefault="00000000">
      <w:pPr>
        <w:rPr>
          <w:lang w:val="pt-BR"/>
        </w:rPr>
      </w:pPr>
      <w:r w:rsidRPr="001179E8">
        <w:rPr>
          <w:lang w:val="pt-BR"/>
        </w:rPr>
        <w:lastRenderedPageBreak/>
        <w:br/>
      </w:r>
    </w:p>
    <w:p w14:paraId="18B41D3A" w14:textId="77777777" w:rsidR="002355BD" w:rsidRPr="001179E8" w:rsidRDefault="00000000">
      <w:pPr>
        <w:rPr>
          <w:lang w:val="pt-BR"/>
        </w:rPr>
      </w:pPr>
      <w:r w:rsidRPr="001179E8">
        <w:rPr>
          <w:lang w:val="pt-BR"/>
        </w:rPr>
        <w:t>Luke hesitou. Não sabia o quanto podia compartilhar com ela, apesar de ter ajudado Nicole e Ricardo a escaparem do submundo. Mas então, ela provavelmente sabia mais sobre Abyzoth do que qualquer um deles.</w:t>
      </w:r>
    </w:p>
    <w:p w14:paraId="50D1F124" w14:textId="77777777" w:rsidR="002355BD" w:rsidRPr="001179E8" w:rsidRDefault="00000000">
      <w:pPr>
        <w:rPr>
          <w:lang w:val="pt-BR"/>
        </w:rPr>
      </w:pPr>
      <w:r w:rsidRPr="001179E8">
        <w:rPr>
          <w:lang w:val="pt-BR"/>
        </w:rPr>
        <w:br/>
      </w:r>
    </w:p>
    <w:p w14:paraId="211CDF53" w14:textId="77777777" w:rsidR="002355BD" w:rsidRPr="001179E8" w:rsidRDefault="00000000">
      <w:pPr>
        <w:rPr>
          <w:lang w:val="pt-BR"/>
        </w:rPr>
      </w:pPr>
      <w:r w:rsidRPr="001179E8">
        <w:rPr>
          <w:lang w:val="pt-BR"/>
        </w:rPr>
        <w:t>"Os pulsos têm um padrão," disse ele finalmente. "Não é aleatório. Parece quase como..."</w:t>
      </w:r>
    </w:p>
    <w:p w14:paraId="6BB0468C" w14:textId="77777777" w:rsidR="002355BD" w:rsidRPr="001179E8" w:rsidRDefault="00000000">
      <w:pPr>
        <w:rPr>
          <w:lang w:val="pt-BR"/>
        </w:rPr>
      </w:pPr>
      <w:r w:rsidRPr="001179E8">
        <w:rPr>
          <w:lang w:val="pt-BR"/>
        </w:rPr>
        <w:br/>
      </w:r>
    </w:p>
    <w:p w14:paraId="648F4911" w14:textId="77777777" w:rsidR="002355BD" w:rsidRPr="001179E8" w:rsidRDefault="00000000">
      <w:pPr>
        <w:rPr>
          <w:lang w:val="pt-BR"/>
        </w:rPr>
      </w:pPr>
      <w:r w:rsidRPr="001179E8">
        <w:rPr>
          <w:lang w:val="pt-BR"/>
        </w:rPr>
        <w:t>"Um código," completou Elaine, inclinando-se para olhar mais de perto. Seu cabelo roçou levemente o braço de Luke, enviando uma estranha sensação de formigamento pela sua pele.</w:t>
      </w:r>
    </w:p>
    <w:p w14:paraId="67F2F3B4" w14:textId="77777777" w:rsidR="002355BD" w:rsidRPr="001179E8" w:rsidRDefault="00000000">
      <w:pPr>
        <w:rPr>
          <w:lang w:val="pt-BR"/>
        </w:rPr>
      </w:pPr>
      <w:r w:rsidRPr="001179E8">
        <w:rPr>
          <w:lang w:val="pt-BR"/>
        </w:rPr>
        <w:br/>
      </w:r>
    </w:p>
    <w:p w14:paraId="6E7C3B1F" w14:textId="77777777" w:rsidR="002355BD" w:rsidRPr="001179E8" w:rsidRDefault="00000000">
      <w:pPr>
        <w:rPr>
          <w:lang w:val="pt-BR"/>
        </w:rPr>
      </w:pPr>
      <w:r w:rsidRPr="001179E8">
        <w:rPr>
          <w:lang w:val="pt-BR"/>
        </w:rPr>
        <w:t>"Sim," confirmou ele, surpreso com sua percepção. "Como você sabe?"</w:t>
      </w:r>
    </w:p>
    <w:p w14:paraId="2EF50255" w14:textId="77777777" w:rsidR="002355BD" w:rsidRPr="001179E8" w:rsidRDefault="00000000">
      <w:pPr>
        <w:rPr>
          <w:lang w:val="pt-BR"/>
        </w:rPr>
      </w:pPr>
      <w:r w:rsidRPr="001179E8">
        <w:rPr>
          <w:lang w:val="pt-BR"/>
        </w:rPr>
        <w:br/>
      </w:r>
    </w:p>
    <w:p w14:paraId="08674A47" w14:textId="77777777" w:rsidR="002355BD" w:rsidRPr="001179E8" w:rsidRDefault="00000000">
      <w:pPr>
        <w:rPr>
          <w:lang w:val="pt-BR"/>
        </w:rPr>
      </w:pPr>
      <w:r w:rsidRPr="001179E8">
        <w:rPr>
          <w:lang w:val="pt-BR"/>
        </w:rPr>
        <w:t>Elaine recostou-se na cadeira, seus olhos momentaneamente distantes. "No submundo, os Lordes das Sombras se comunicavam assim. Pulsos de energia escura, cada sequência com um significado específico." Ela apontou para um padrão particular na tela. "Este aqui... no dialeto de Abyzoth, significa 'localizar' ou 'encontrar'."</w:t>
      </w:r>
    </w:p>
    <w:p w14:paraId="7D993FA2" w14:textId="77777777" w:rsidR="002355BD" w:rsidRPr="001179E8" w:rsidRDefault="00000000">
      <w:pPr>
        <w:rPr>
          <w:lang w:val="pt-BR"/>
        </w:rPr>
      </w:pPr>
      <w:r w:rsidRPr="001179E8">
        <w:rPr>
          <w:lang w:val="pt-BR"/>
        </w:rPr>
        <w:br/>
      </w:r>
    </w:p>
    <w:p w14:paraId="7B2B32BE" w14:textId="77777777" w:rsidR="002355BD" w:rsidRPr="001179E8" w:rsidRDefault="00000000">
      <w:pPr>
        <w:rPr>
          <w:lang w:val="pt-BR"/>
        </w:rPr>
      </w:pPr>
      <w:r w:rsidRPr="001179E8">
        <w:rPr>
          <w:lang w:val="pt-BR"/>
        </w:rPr>
        <w:t>Luke a encarou, reavaliando-a completamente. "Você pode ler isso?"</w:t>
      </w:r>
    </w:p>
    <w:p w14:paraId="43469DD5" w14:textId="77777777" w:rsidR="002355BD" w:rsidRPr="001179E8" w:rsidRDefault="00000000">
      <w:pPr>
        <w:rPr>
          <w:lang w:val="pt-BR"/>
        </w:rPr>
      </w:pPr>
      <w:r w:rsidRPr="001179E8">
        <w:rPr>
          <w:lang w:val="pt-BR"/>
        </w:rPr>
        <w:br/>
      </w:r>
    </w:p>
    <w:p w14:paraId="0721C322" w14:textId="77777777" w:rsidR="002355BD" w:rsidRPr="001179E8" w:rsidRDefault="00000000">
      <w:pPr>
        <w:rPr>
          <w:lang w:val="pt-BR"/>
        </w:rPr>
      </w:pPr>
      <w:r w:rsidRPr="001179E8">
        <w:rPr>
          <w:lang w:val="pt-BR"/>
        </w:rPr>
        <w:t>"Não tudo," admitiu ela. "Apenas fragmentos. Passei muito tempo observando, escutando, aprendendo a sobreviver." Seu sorriso vacilou por um momento. "Quando você é tratada como propriedade, aprende a prestar atenção nos segredos dos seus captores."</w:t>
      </w:r>
    </w:p>
    <w:p w14:paraId="35479F28" w14:textId="77777777" w:rsidR="002355BD" w:rsidRPr="001179E8" w:rsidRDefault="00000000">
      <w:pPr>
        <w:rPr>
          <w:lang w:val="pt-BR"/>
        </w:rPr>
      </w:pPr>
      <w:r w:rsidRPr="001179E8">
        <w:rPr>
          <w:lang w:val="pt-BR"/>
        </w:rPr>
        <w:br/>
      </w:r>
    </w:p>
    <w:p w14:paraId="17B19707" w14:textId="77777777" w:rsidR="002355BD" w:rsidRPr="001179E8" w:rsidRDefault="00000000">
      <w:pPr>
        <w:rPr>
          <w:lang w:val="pt-BR"/>
        </w:rPr>
      </w:pPr>
      <w:r w:rsidRPr="001179E8">
        <w:rPr>
          <w:lang w:val="pt-BR"/>
        </w:rPr>
        <w:lastRenderedPageBreak/>
        <w:t>Novamente, aquela vulnerabilidade momentânea, aquele vislumbre de algo mais profundo por trás da fachada sedutora. Luke sentiu uma pontada de compaixão, imaginando o que ela deve ter suportado no submundo.</w:t>
      </w:r>
    </w:p>
    <w:p w14:paraId="12FBA4B0" w14:textId="77777777" w:rsidR="002355BD" w:rsidRPr="001179E8" w:rsidRDefault="00000000">
      <w:pPr>
        <w:rPr>
          <w:lang w:val="pt-BR"/>
        </w:rPr>
      </w:pPr>
      <w:r w:rsidRPr="001179E8">
        <w:rPr>
          <w:lang w:val="pt-BR"/>
        </w:rPr>
        <w:br/>
      </w:r>
    </w:p>
    <w:p w14:paraId="5AE9AFCE" w14:textId="77777777" w:rsidR="002355BD" w:rsidRPr="001179E8" w:rsidRDefault="00000000">
      <w:pPr>
        <w:rPr>
          <w:lang w:val="pt-BR"/>
        </w:rPr>
      </w:pPr>
      <w:r w:rsidRPr="001179E8">
        <w:rPr>
          <w:lang w:val="pt-BR"/>
        </w:rPr>
        <w:t>"Isso pode ser extremamente valioso," disse ele, voltando sua atenção para os dados. "Se pudermos decifrar o código completo, talvez possamos enviar nossa própria mensagem. Desinformação."</w:t>
      </w:r>
    </w:p>
    <w:p w14:paraId="520A50B2" w14:textId="77777777" w:rsidR="002355BD" w:rsidRPr="001179E8" w:rsidRDefault="00000000">
      <w:pPr>
        <w:rPr>
          <w:lang w:val="pt-BR"/>
        </w:rPr>
      </w:pPr>
      <w:r w:rsidRPr="001179E8">
        <w:rPr>
          <w:lang w:val="pt-BR"/>
        </w:rPr>
        <w:br/>
      </w:r>
    </w:p>
    <w:p w14:paraId="70C694DA" w14:textId="77777777" w:rsidR="002355BD" w:rsidRPr="001179E8" w:rsidRDefault="00000000">
      <w:pPr>
        <w:rPr>
          <w:lang w:val="pt-BR"/>
        </w:rPr>
      </w:pPr>
      <w:r w:rsidRPr="001179E8">
        <w:rPr>
          <w:lang w:val="pt-BR"/>
        </w:rPr>
        <w:t>Elaine sorriu, genuinamente desta vez. "Enganar Abyzoth com seu próprio código? Ousado. Gosto disso."</w:t>
      </w:r>
    </w:p>
    <w:p w14:paraId="0D496762" w14:textId="77777777" w:rsidR="002355BD" w:rsidRPr="001179E8" w:rsidRDefault="00000000">
      <w:pPr>
        <w:rPr>
          <w:lang w:val="pt-BR"/>
        </w:rPr>
      </w:pPr>
      <w:r w:rsidRPr="001179E8">
        <w:rPr>
          <w:lang w:val="pt-BR"/>
        </w:rPr>
        <w:br/>
      </w:r>
    </w:p>
    <w:p w14:paraId="540FDB90" w14:textId="77777777" w:rsidR="002355BD" w:rsidRPr="001179E8" w:rsidRDefault="00000000">
      <w:pPr>
        <w:rPr>
          <w:lang w:val="pt-BR"/>
        </w:rPr>
      </w:pPr>
      <w:r w:rsidRPr="001179E8">
        <w:rPr>
          <w:lang w:val="pt-BR"/>
        </w:rPr>
        <w:t>Luke pegou o sanduíche e deu uma mordida, percebendo que estava realmente faminto. Enquanto mastigava, observou Elaine estudando as telas com intensidade, seus olhos azuis refletindo as luzes dos dados. Havia uma inteligência aguda ali, uma perspicácia que ia muito além da beleza física.</w:t>
      </w:r>
    </w:p>
    <w:p w14:paraId="7F670FA8" w14:textId="77777777" w:rsidR="002355BD" w:rsidRPr="001179E8" w:rsidRDefault="00000000">
      <w:pPr>
        <w:rPr>
          <w:lang w:val="pt-BR"/>
        </w:rPr>
      </w:pPr>
      <w:r w:rsidRPr="001179E8">
        <w:rPr>
          <w:lang w:val="pt-BR"/>
        </w:rPr>
        <w:br/>
      </w:r>
    </w:p>
    <w:p w14:paraId="2FD092E6" w14:textId="77777777" w:rsidR="002355BD" w:rsidRPr="001179E8" w:rsidRDefault="00000000">
      <w:pPr>
        <w:rPr>
          <w:lang w:val="pt-BR"/>
        </w:rPr>
      </w:pPr>
      <w:r w:rsidRPr="001179E8">
        <w:rPr>
          <w:lang w:val="pt-BR"/>
        </w:rPr>
        <w:t>"Por que você está me ajudando?" perguntou ele finalmente.</w:t>
      </w:r>
    </w:p>
    <w:p w14:paraId="6FA04690" w14:textId="77777777" w:rsidR="002355BD" w:rsidRPr="001179E8" w:rsidRDefault="00000000">
      <w:pPr>
        <w:rPr>
          <w:lang w:val="pt-BR"/>
        </w:rPr>
      </w:pPr>
      <w:r w:rsidRPr="001179E8">
        <w:rPr>
          <w:lang w:val="pt-BR"/>
        </w:rPr>
        <w:br/>
      </w:r>
    </w:p>
    <w:p w14:paraId="72BFE750" w14:textId="77777777" w:rsidR="002355BD" w:rsidRPr="001179E8" w:rsidRDefault="00000000">
      <w:pPr>
        <w:rPr>
          <w:lang w:val="pt-BR"/>
        </w:rPr>
      </w:pPr>
      <w:r w:rsidRPr="001179E8">
        <w:rPr>
          <w:lang w:val="pt-BR"/>
        </w:rPr>
        <w:t>Elaine virou-se para encará-lo, surpresa evidente em seu rosto. "O que quer dizer?"</w:t>
      </w:r>
    </w:p>
    <w:p w14:paraId="4719E292" w14:textId="77777777" w:rsidR="002355BD" w:rsidRPr="001179E8" w:rsidRDefault="00000000">
      <w:pPr>
        <w:rPr>
          <w:lang w:val="pt-BR"/>
        </w:rPr>
      </w:pPr>
      <w:r w:rsidRPr="001179E8">
        <w:rPr>
          <w:lang w:val="pt-BR"/>
        </w:rPr>
        <w:br/>
      </w:r>
    </w:p>
    <w:p w14:paraId="4715D447" w14:textId="77777777" w:rsidR="002355BD" w:rsidRPr="001179E8" w:rsidRDefault="00000000">
      <w:pPr>
        <w:rPr>
          <w:lang w:val="pt-BR"/>
        </w:rPr>
      </w:pPr>
      <w:r w:rsidRPr="001179E8">
        <w:rPr>
          <w:lang w:val="pt-BR"/>
        </w:rPr>
        <w:t>"Você mal me conhece," elaborou Luke. "Poderia estar descansando, explorando seu novo mundo, ou passando tempo com Nicole e Ricardo, que você já conhece. Em vez disso, está aqui, trazendo comida para um estranho e ajudando com análise de dados."</w:t>
      </w:r>
    </w:p>
    <w:p w14:paraId="2B7D8E72" w14:textId="77777777" w:rsidR="002355BD" w:rsidRPr="001179E8" w:rsidRDefault="00000000">
      <w:pPr>
        <w:rPr>
          <w:lang w:val="pt-BR"/>
        </w:rPr>
      </w:pPr>
      <w:r w:rsidRPr="001179E8">
        <w:rPr>
          <w:lang w:val="pt-BR"/>
        </w:rPr>
        <w:br/>
      </w:r>
    </w:p>
    <w:p w14:paraId="0ACE7F6A" w14:textId="77777777" w:rsidR="002355BD" w:rsidRPr="001179E8" w:rsidRDefault="00000000">
      <w:pPr>
        <w:rPr>
          <w:lang w:val="pt-BR"/>
        </w:rPr>
      </w:pPr>
      <w:r w:rsidRPr="001179E8">
        <w:rPr>
          <w:lang w:val="pt-BR"/>
        </w:rPr>
        <w:t>Por um momento, Elaine pareceu genuinamente desconcertada, como se a pergunta a tivesse pego desprevenida. Então, sua expressão mudou, voltando àquela confiança sedutora.</w:t>
      </w:r>
    </w:p>
    <w:p w14:paraId="2EFAAA60" w14:textId="77777777" w:rsidR="002355BD" w:rsidRPr="001179E8" w:rsidRDefault="00000000">
      <w:pPr>
        <w:rPr>
          <w:lang w:val="pt-BR"/>
        </w:rPr>
      </w:pPr>
      <w:r w:rsidRPr="001179E8">
        <w:rPr>
          <w:lang w:val="pt-BR"/>
        </w:rPr>
        <w:lastRenderedPageBreak/>
        <w:br/>
      </w:r>
    </w:p>
    <w:p w14:paraId="6166E66F" w14:textId="77777777" w:rsidR="002355BD" w:rsidRPr="001179E8" w:rsidRDefault="00000000">
      <w:pPr>
        <w:rPr>
          <w:lang w:val="pt-BR"/>
        </w:rPr>
      </w:pPr>
      <w:r w:rsidRPr="001179E8">
        <w:rPr>
          <w:lang w:val="pt-BR"/>
        </w:rPr>
        <w:t>"Talvez eu esteja interessada em conhecer melhor esse estranho," respondeu ela, inclinando-se ligeiramente em sua direção. "Especialmente quando ele é o único que parece me ver como mais do que apenas uma cara bonita ou uma aliada útil."</w:t>
      </w:r>
    </w:p>
    <w:p w14:paraId="43A32E0E" w14:textId="77777777" w:rsidR="002355BD" w:rsidRPr="001179E8" w:rsidRDefault="00000000">
      <w:pPr>
        <w:rPr>
          <w:lang w:val="pt-BR"/>
        </w:rPr>
      </w:pPr>
      <w:r w:rsidRPr="001179E8">
        <w:rPr>
          <w:lang w:val="pt-BR"/>
        </w:rPr>
        <w:br/>
      </w:r>
    </w:p>
    <w:p w14:paraId="662AA0FB" w14:textId="77777777" w:rsidR="002355BD" w:rsidRPr="001179E8" w:rsidRDefault="00000000">
      <w:pPr>
        <w:rPr>
          <w:lang w:val="pt-BR"/>
        </w:rPr>
      </w:pPr>
      <w:r w:rsidRPr="001179E8">
        <w:rPr>
          <w:lang w:val="pt-BR"/>
        </w:rPr>
        <w:t>Luke manteve seu olhar firme, não recuando nem avançando. "Todos aqui respeitam o que você fez por Nicole e Ricardo."</w:t>
      </w:r>
    </w:p>
    <w:p w14:paraId="0C6EAB7B" w14:textId="77777777" w:rsidR="002355BD" w:rsidRPr="001179E8" w:rsidRDefault="00000000">
      <w:pPr>
        <w:rPr>
          <w:lang w:val="pt-BR"/>
        </w:rPr>
      </w:pPr>
      <w:r w:rsidRPr="001179E8">
        <w:rPr>
          <w:lang w:val="pt-BR"/>
        </w:rPr>
        <w:br/>
      </w:r>
    </w:p>
    <w:p w14:paraId="0CB54F8D" w14:textId="77777777" w:rsidR="002355BD" w:rsidRPr="001179E8" w:rsidRDefault="00000000">
      <w:pPr>
        <w:rPr>
          <w:lang w:val="pt-BR"/>
        </w:rPr>
      </w:pPr>
      <w:r w:rsidRPr="001179E8">
        <w:rPr>
          <w:lang w:val="pt-BR"/>
        </w:rPr>
        <w:t>"Respeito não é o mesmo que ver alguém," rebateu Elaine, sua voz suavizando. "Você me olha diferente, Luke Carmody. Como um quebra-cabeça que quer resolver, não como um troféu ou uma arma."</w:t>
      </w:r>
    </w:p>
    <w:p w14:paraId="22B97ABD" w14:textId="77777777" w:rsidR="002355BD" w:rsidRPr="001179E8" w:rsidRDefault="00000000">
      <w:pPr>
        <w:rPr>
          <w:lang w:val="pt-BR"/>
        </w:rPr>
      </w:pPr>
      <w:r w:rsidRPr="001179E8">
        <w:rPr>
          <w:lang w:val="pt-BR"/>
        </w:rPr>
        <w:br/>
      </w:r>
    </w:p>
    <w:p w14:paraId="40A66613" w14:textId="77777777" w:rsidR="002355BD" w:rsidRPr="001179E8" w:rsidRDefault="00000000">
      <w:pPr>
        <w:rPr>
          <w:lang w:val="pt-BR"/>
        </w:rPr>
      </w:pPr>
      <w:r w:rsidRPr="001179E8">
        <w:rPr>
          <w:lang w:val="pt-BR"/>
        </w:rPr>
        <w:t>Havia verdade nisso, Luke tinha que admitir. Seu instinto de detetive sempre o levava a procurar além do óbvio, a questionar superfícies e buscar motivações mais profundas. E havia algo em Elaine Nocturne que o intrigava profundamente.</w:t>
      </w:r>
    </w:p>
    <w:p w14:paraId="4AA6B055" w14:textId="77777777" w:rsidR="002355BD" w:rsidRPr="001179E8" w:rsidRDefault="00000000">
      <w:pPr>
        <w:rPr>
          <w:lang w:val="pt-BR"/>
        </w:rPr>
      </w:pPr>
      <w:r w:rsidRPr="001179E8">
        <w:rPr>
          <w:lang w:val="pt-BR"/>
        </w:rPr>
        <w:br/>
      </w:r>
    </w:p>
    <w:p w14:paraId="77C78704" w14:textId="77777777" w:rsidR="002355BD" w:rsidRPr="001179E8" w:rsidRDefault="00000000">
      <w:pPr>
        <w:rPr>
          <w:lang w:val="pt-BR"/>
        </w:rPr>
      </w:pPr>
      <w:r w:rsidRPr="001179E8">
        <w:rPr>
          <w:lang w:val="pt-BR"/>
        </w:rPr>
        <w:t>Antes que pudesse responder, um alarme soou, baixo mas insistente. As luzes do laboratório piscaram, mudando para um tom vermelho de alerta.</w:t>
      </w:r>
    </w:p>
    <w:p w14:paraId="3C939200" w14:textId="77777777" w:rsidR="002355BD" w:rsidRPr="001179E8" w:rsidRDefault="00000000">
      <w:pPr>
        <w:rPr>
          <w:lang w:val="pt-BR"/>
        </w:rPr>
      </w:pPr>
      <w:r w:rsidRPr="001179E8">
        <w:rPr>
          <w:lang w:val="pt-BR"/>
        </w:rPr>
        <w:br/>
      </w:r>
    </w:p>
    <w:p w14:paraId="0454D30F" w14:textId="77777777" w:rsidR="002355BD" w:rsidRPr="001179E8" w:rsidRDefault="00000000">
      <w:pPr>
        <w:rPr>
          <w:lang w:val="pt-BR"/>
        </w:rPr>
      </w:pPr>
      <w:r w:rsidRPr="001179E8">
        <w:rPr>
          <w:lang w:val="pt-BR"/>
        </w:rPr>
        <w:t>Luke imediatamente se levantou, todos os sentidos em alerta. "O que está acontecendo?"</w:t>
      </w:r>
    </w:p>
    <w:p w14:paraId="45319DBF" w14:textId="77777777" w:rsidR="002355BD" w:rsidRPr="001179E8" w:rsidRDefault="00000000">
      <w:pPr>
        <w:rPr>
          <w:lang w:val="pt-BR"/>
        </w:rPr>
      </w:pPr>
      <w:r w:rsidRPr="001179E8">
        <w:rPr>
          <w:lang w:val="pt-BR"/>
        </w:rPr>
        <w:br/>
      </w:r>
    </w:p>
    <w:p w14:paraId="1B7D842D" w14:textId="77777777" w:rsidR="002355BD" w:rsidRPr="001179E8" w:rsidRDefault="00000000">
      <w:pPr>
        <w:rPr>
          <w:lang w:val="pt-BR"/>
        </w:rPr>
      </w:pPr>
      <w:r w:rsidRPr="001179E8">
        <w:rPr>
          <w:lang w:val="pt-BR"/>
        </w:rPr>
        <w:t>Um dos técnicos correu até um terminal próximo. "O fragmento!" gritou ele. "Está tendo algum tipo de reação!"</w:t>
      </w:r>
    </w:p>
    <w:p w14:paraId="39447961" w14:textId="77777777" w:rsidR="002355BD" w:rsidRPr="001179E8" w:rsidRDefault="00000000">
      <w:pPr>
        <w:rPr>
          <w:lang w:val="pt-BR"/>
        </w:rPr>
      </w:pPr>
      <w:r w:rsidRPr="001179E8">
        <w:rPr>
          <w:lang w:val="pt-BR"/>
        </w:rPr>
        <w:br/>
      </w:r>
    </w:p>
    <w:p w14:paraId="12F15F93" w14:textId="77777777" w:rsidR="002355BD" w:rsidRPr="001179E8" w:rsidRDefault="00000000">
      <w:pPr>
        <w:rPr>
          <w:lang w:val="pt-BR"/>
        </w:rPr>
      </w:pPr>
      <w:r w:rsidRPr="001179E8">
        <w:rPr>
          <w:lang w:val="pt-BR"/>
        </w:rPr>
        <w:lastRenderedPageBreak/>
        <w:t>Luke e Elaine se viraram para a câmara de contenção. O fragmento de Abyzoth, antes uma massa ondulante relativamente estável, agora pulsava violentamente, expandindo-se e contraindo-se como um coração monstruoso. Ondas de energia escura emanavam dele, colidindo com as paredes da câmara.</w:t>
      </w:r>
    </w:p>
    <w:p w14:paraId="50EC3C01" w14:textId="77777777" w:rsidR="002355BD" w:rsidRPr="001179E8" w:rsidRDefault="00000000">
      <w:pPr>
        <w:rPr>
          <w:lang w:val="pt-BR"/>
        </w:rPr>
      </w:pPr>
      <w:r w:rsidRPr="001179E8">
        <w:rPr>
          <w:lang w:val="pt-BR"/>
        </w:rPr>
        <w:br/>
      </w:r>
    </w:p>
    <w:p w14:paraId="11C6D5A5" w14:textId="77777777" w:rsidR="002355BD" w:rsidRPr="001179E8" w:rsidRDefault="00000000">
      <w:pPr>
        <w:rPr>
          <w:lang w:val="pt-BR"/>
        </w:rPr>
      </w:pPr>
      <w:r w:rsidRPr="001179E8">
        <w:rPr>
          <w:lang w:val="pt-BR"/>
        </w:rPr>
        <w:t>"Ele está respondendo a algo," disse Elaine, sua voz tensa. "Ou alguém está respondendo a ele."</w:t>
      </w:r>
    </w:p>
    <w:p w14:paraId="13FEE845" w14:textId="77777777" w:rsidR="002355BD" w:rsidRPr="001179E8" w:rsidRDefault="00000000">
      <w:pPr>
        <w:rPr>
          <w:lang w:val="pt-BR"/>
        </w:rPr>
      </w:pPr>
      <w:r w:rsidRPr="001179E8">
        <w:rPr>
          <w:lang w:val="pt-BR"/>
        </w:rPr>
        <w:br/>
      </w:r>
    </w:p>
    <w:p w14:paraId="352163ED" w14:textId="77777777" w:rsidR="002355BD" w:rsidRPr="001179E8" w:rsidRDefault="00000000">
      <w:pPr>
        <w:rPr>
          <w:lang w:val="pt-BR"/>
        </w:rPr>
      </w:pPr>
      <w:r w:rsidRPr="001179E8">
        <w:rPr>
          <w:lang w:val="pt-BR"/>
        </w:rPr>
        <w:t>Luke não perdeu tempo. "Evacue o laboratório!" ordenou aos técnicos. "Agora! E alguém chame o General Vance!"</w:t>
      </w:r>
    </w:p>
    <w:p w14:paraId="5D03522A" w14:textId="77777777" w:rsidR="002355BD" w:rsidRPr="001179E8" w:rsidRDefault="00000000">
      <w:pPr>
        <w:rPr>
          <w:lang w:val="pt-BR"/>
        </w:rPr>
      </w:pPr>
      <w:r w:rsidRPr="001179E8">
        <w:rPr>
          <w:lang w:val="pt-BR"/>
        </w:rPr>
        <w:br/>
      </w:r>
    </w:p>
    <w:p w14:paraId="6373F1A4" w14:textId="77777777" w:rsidR="002355BD" w:rsidRPr="001179E8" w:rsidRDefault="00000000">
      <w:pPr>
        <w:rPr>
          <w:lang w:val="pt-BR"/>
        </w:rPr>
      </w:pPr>
      <w:r w:rsidRPr="001179E8">
        <w:rPr>
          <w:lang w:val="pt-BR"/>
        </w:rPr>
        <w:t>Enquanto os técnicos corriam para a saída, Luke se aproximou cautelosamente da câmara, observando o fragmento com intensidade. "O que está acontecendo?" murmurou, mais para si mesmo do que para Elaine.</w:t>
      </w:r>
    </w:p>
    <w:p w14:paraId="720A1F5B" w14:textId="77777777" w:rsidR="002355BD" w:rsidRPr="001179E8" w:rsidRDefault="00000000">
      <w:pPr>
        <w:rPr>
          <w:lang w:val="pt-BR"/>
        </w:rPr>
      </w:pPr>
      <w:r w:rsidRPr="001179E8">
        <w:rPr>
          <w:lang w:val="pt-BR"/>
        </w:rPr>
        <w:br/>
      </w:r>
    </w:p>
    <w:p w14:paraId="0961CCCA" w14:textId="77777777" w:rsidR="002355BD" w:rsidRPr="001179E8" w:rsidRDefault="00000000">
      <w:pPr>
        <w:rPr>
          <w:lang w:val="pt-BR"/>
        </w:rPr>
      </w:pPr>
      <w:r w:rsidRPr="001179E8">
        <w:rPr>
          <w:lang w:val="pt-BR"/>
        </w:rPr>
        <w:t>"Ele está... feliz," disse Elaine, agora ao lado dele, seus olhos fixos no fragmento pulsante. "Posso sentir. É como uma celebração."</w:t>
      </w:r>
    </w:p>
    <w:p w14:paraId="07FA1610" w14:textId="77777777" w:rsidR="002355BD" w:rsidRPr="001179E8" w:rsidRDefault="00000000">
      <w:pPr>
        <w:rPr>
          <w:lang w:val="pt-BR"/>
        </w:rPr>
      </w:pPr>
      <w:r w:rsidRPr="001179E8">
        <w:rPr>
          <w:lang w:val="pt-BR"/>
        </w:rPr>
        <w:br/>
      </w:r>
    </w:p>
    <w:p w14:paraId="202D0B87" w14:textId="77777777" w:rsidR="002355BD" w:rsidRPr="001179E8" w:rsidRDefault="00000000">
      <w:pPr>
        <w:rPr>
          <w:lang w:val="pt-BR"/>
        </w:rPr>
      </w:pPr>
      <w:r w:rsidRPr="001179E8">
        <w:rPr>
          <w:lang w:val="pt-BR"/>
        </w:rPr>
        <w:t>Luke olhou para ela, surpreso. "Você pode sentir as emoções dele?"</w:t>
      </w:r>
    </w:p>
    <w:p w14:paraId="7B1FF7DB" w14:textId="77777777" w:rsidR="002355BD" w:rsidRPr="001179E8" w:rsidRDefault="00000000">
      <w:pPr>
        <w:rPr>
          <w:lang w:val="pt-BR"/>
        </w:rPr>
      </w:pPr>
      <w:r w:rsidRPr="001179E8">
        <w:rPr>
          <w:lang w:val="pt-BR"/>
        </w:rPr>
        <w:br/>
      </w:r>
    </w:p>
    <w:p w14:paraId="14748725" w14:textId="77777777" w:rsidR="002355BD" w:rsidRPr="001179E8" w:rsidRDefault="00000000">
      <w:pPr>
        <w:rPr>
          <w:lang w:val="pt-BR"/>
        </w:rPr>
      </w:pPr>
      <w:r w:rsidRPr="001179E8">
        <w:rPr>
          <w:lang w:val="pt-BR"/>
        </w:rPr>
        <w:t>Elaine assentiu lentamente. "No submundo, você aprende a sentir as mudanças de humor das sombras. É uma questão de sobrevivência." Ela estremeceu levemente. "E agora, ele está exultante. Como se tivesse recebido boas notícias."</w:t>
      </w:r>
    </w:p>
    <w:p w14:paraId="55715036" w14:textId="77777777" w:rsidR="002355BD" w:rsidRPr="001179E8" w:rsidRDefault="00000000">
      <w:pPr>
        <w:rPr>
          <w:lang w:val="pt-BR"/>
        </w:rPr>
      </w:pPr>
      <w:r w:rsidRPr="001179E8">
        <w:rPr>
          <w:lang w:val="pt-BR"/>
        </w:rPr>
        <w:br/>
      </w:r>
    </w:p>
    <w:p w14:paraId="771F032D" w14:textId="77777777" w:rsidR="002355BD" w:rsidRPr="001179E8" w:rsidRDefault="00000000">
      <w:pPr>
        <w:rPr>
          <w:lang w:val="pt-BR"/>
        </w:rPr>
      </w:pPr>
      <w:r w:rsidRPr="001179E8">
        <w:rPr>
          <w:lang w:val="pt-BR"/>
        </w:rPr>
        <w:t>Nesse momento, as portas do laboratório se abriram e o General Vance entrou correndo, seguido por Art, Linda, Nicole e Ricardo.</w:t>
      </w:r>
    </w:p>
    <w:p w14:paraId="7BC9D433" w14:textId="77777777" w:rsidR="002355BD" w:rsidRPr="001179E8" w:rsidRDefault="00000000">
      <w:pPr>
        <w:rPr>
          <w:lang w:val="pt-BR"/>
        </w:rPr>
      </w:pPr>
      <w:r w:rsidRPr="001179E8">
        <w:rPr>
          <w:lang w:val="pt-BR"/>
        </w:rPr>
        <w:lastRenderedPageBreak/>
        <w:br/>
      </w:r>
    </w:p>
    <w:p w14:paraId="08DE964D" w14:textId="77777777" w:rsidR="002355BD" w:rsidRPr="001179E8" w:rsidRDefault="00000000">
      <w:pPr>
        <w:rPr>
          <w:lang w:val="pt-BR"/>
        </w:rPr>
      </w:pPr>
      <w:r w:rsidRPr="001179E8">
        <w:rPr>
          <w:lang w:val="pt-BR"/>
        </w:rPr>
        <w:t>"Relatório!" exigiu o General.</w:t>
      </w:r>
    </w:p>
    <w:p w14:paraId="5E38BF7E" w14:textId="77777777" w:rsidR="002355BD" w:rsidRPr="001179E8" w:rsidRDefault="00000000">
      <w:pPr>
        <w:rPr>
          <w:lang w:val="pt-BR"/>
        </w:rPr>
      </w:pPr>
      <w:r w:rsidRPr="001179E8">
        <w:rPr>
          <w:lang w:val="pt-BR"/>
        </w:rPr>
        <w:br/>
      </w:r>
    </w:p>
    <w:p w14:paraId="42173577" w14:textId="77777777" w:rsidR="002355BD" w:rsidRPr="001179E8" w:rsidRDefault="00000000">
      <w:pPr>
        <w:rPr>
          <w:lang w:val="pt-BR"/>
        </w:rPr>
      </w:pPr>
      <w:r w:rsidRPr="001179E8">
        <w:rPr>
          <w:lang w:val="pt-BR"/>
        </w:rPr>
        <w:t>"O fragmento começou a pulsar há aproximadamente dois minutos," respondeu Luke rapidamente. "A energia está aumentando, mas ainda contida na câmara. Elaine diz que ele está... feliz."</w:t>
      </w:r>
    </w:p>
    <w:p w14:paraId="0F6AF744" w14:textId="77777777" w:rsidR="002355BD" w:rsidRPr="001179E8" w:rsidRDefault="00000000">
      <w:pPr>
        <w:rPr>
          <w:lang w:val="pt-BR"/>
        </w:rPr>
      </w:pPr>
      <w:r w:rsidRPr="001179E8">
        <w:rPr>
          <w:lang w:val="pt-BR"/>
        </w:rPr>
        <w:br/>
      </w:r>
    </w:p>
    <w:p w14:paraId="159CA7CC" w14:textId="77777777" w:rsidR="002355BD" w:rsidRPr="001179E8" w:rsidRDefault="00000000">
      <w:pPr>
        <w:rPr>
          <w:lang w:val="pt-BR"/>
        </w:rPr>
      </w:pPr>
      <w:r w:rsidRPr="001179E8">
        <w:rPr>
          <w:lang w:val="pt-BR"/>
        </w:rPr>
        <w:t>O General lançou um olhar questionador para Elaine, que apenas assentiu em confirmação.</w:t>
      </w:r>
    </w:p>
    <w:p w14:paraId="35DE0A83" w14:textId="77777777" w:rsidR="002355BD" w:rsidRPr="001179E8" w:rsidRDefault="00000000">
      <w:pPr>
        <w:rPr>
          <w:lang w:val="pt-BR"/>
        </w:rPr>
      </w:pPr>
      <w:r w:rsidRPr="001179E8">
        <w:rPr>
          <w:lang w:val="pt-BR"/>
        </w:rPr>
        <w:br/>
      </w:r>
    </w:p>
    <w:p w14:paraId="22460F6B" w14:textId="77777777" w:rsidR="002355BD" w:rsidRPr="001179E8" w:rsidRDefault="00000000">
      <w:pPr>
        <w:rPr>
          <w:lang w:val="pt-BR"/>
        </w:rPr>
      </w:pPr>
      <w:r w:rsidRPr="001179E8">
        <w:rPr>
          <w:lang w:val="pt-BR"/>
        </w:rPr>
        <w:t>"Temos leituras de energia similares em outros pontos da cidade," disse Art, consultando um tablet. "Pequenos picos, como ecos."</w:t>
      </w:r>
    </w:p>
    <w:p w14:paraId="74CA4ED0" w14:textId="77777777" w:rsidR="002355BD" w:rsidRPr="001179E8" w:rsidRDefault="00000000">
      <w:pPr>
        <w:rPr>
          <w:lang w:val="pt-BR"/>
        </w:rPr>
      </w:pPr>
      <w:r w:rsidRPr="001179E8">
        <w:rPr>
          <w:lang w:val="pt-BR"/>
        </w:rPr>
        <w:br/>
      </w:r>
    </w:p>
    <w:p w14:paraId="103E84B1" w14:textId="77777777" w:rsidR="002355BD" w:rsidRPr="001179E8" w:rsidRDefault="00000000">
      <w:pPr>
        <w:rPr>
          <w:lang w:val="pt-BR"/>
        </w:rPr>
      </w:pPr>
      <w:r w:rsidRPr="001179E8">
        <w:rPr>
          <w:lang w:val="pt-BR"/>
        </w:rPr>
        <w:t>"Mais fragmentos?" perguntou Linda, preocupação evidente em sua voz.</w:t>
      </w:r>
    </w:p>
    <w:p w14:paraId="497528FB" w14:textId="77777777" w:rsidR="002355BD" w:rsidRPr="001179E8" w:rsidRDefault="00000000">
      <w:pPr>
        <w:rPr>
          <w:lang w:val="pt-BR"/>
        </w:rPr>
      </w:pPr>
      <w:r w:rsidRPr="001179E8">
        <w:rPr>
          <w:lang w:val="pt-BR"/>
        </w:rPr>
        <w:br/>
      </w:r>
    </w:p>
    <w:p w14:paraId="2EB2053E" w14:textId="77777777" w:rsidR="002355BD" w:rsidRPr="001179E8" w:rsidRDefault="00000000">
      <w:pPr>
        <w:rPr>
          <w:lang w:val="pt-BR"/>
        </w:rPr>
      </w:pPr>
      <w:r w:rsidRPr="001179E8">
        <w:rPr>
          <w:lang w:val="pt-BR"/>
        </w:rPr>
        <w:t>"Ou ressonância," sugeriu Nicole. "O fragmento principal pode estar ativando traços menores que vieram conosco sem percebermos."</w:t>
      </w:r>
    </w:p>
    <w:p w14:paraId="7E7FF01D" w14:textId="77777777" w:rsidR="002355BD" w:rsidRPr="001179E8" w:rsidRDefault="00000000">
      <w:pPr>
        <w:rPr>
          <w:lang w:val="pt-BR"/>
        </w:rPr>
      </w:pPr>
      <w:r w:rsidRPr="001179E8">
        <w:rPr>
          <w:lang w:val="pt-BR"/>
        </w:rPr>
        <w:br/>
      </w:r>
    </w:p>
    <w:p w14:paraId="0D2B8B83" w14:textId="77777777" w:rsidR="002355BD" w:rsidRPr="001179E8" w:rsidRDefault="00000000">
      <w:pPr>
        <w:rPr>
          <w:lang w:val="pt-BR"/>
        </w:rPr>
      </w:pPr>
      <w:r w:rsidRPr="001179E8">
        <w:rPr>
          <w:lang w:val="pt-BR"/>
        </w:rPr>
        <w:t>Ricardo se aproximou da câmara, estudando o fragmento com os olhos semicerrados. "Parece que está... crescendo."</w:t>
      </w:r>
    </w:p>
    <w:p w14:paraId="5A93E78C" w14:textId="77777777" w:rsidR="002355BD" w:rsidRPr="001179E8" w:rsidRDefault="00000000">
      <w:pPr>
        <w:rPr>
          <w:lang w:val="pt-BR"/>
        </w:rPr>
      </w:pPr>
      <w:r w:rsidRPr="001179E8">
        <w:rPr>
          <w:lang w:val="pt-BR"/>
        </w:rPr>
        <w:br/>
      </w:r>
    </w:p>
    <w:p w14:paraId="7726C038" w14:textId="77777777" w:rsidR="002355BD" w:rsidRPr="001179E8" w:rsidRDefault="00000000">
      <w:pPr>
        <w:rPr>
          <w:lang w:val="pt-BR"/>
        </w:rPr>
      </w:pPr>
      <w:r w:rsidRPr="001179E8">
        <w:rPr>
          <w:lang w:val="pt-BR"/>
        </w:rPr>
        <w:t>Luke observou mais atentamente e percebeu que Ricardo estava certo. O fragmento parecia ligeiramente maior do que há alguns minutos.</w:t>
      </w:r>
    </w:p>
    <w:p w14:paraId="24A926CC" w14:textId="77777777" w:rsidR="002355BD" w:rsidRPr="001179E8" w:rsidRDefault="00000000">
      <w:pPr>
        <w:rPr>
          <w:lang w:val="pt-BR"/>
        </w:rPr>
      </w:pPr>
      <w:r w:rsidRPr="001179E8">
        <w:rPr>
          <w:lang w:val="pt-BR"/>
        </w:rPr>
        <w:br/>
      </w:r>
    </w:p>
    <w:p w14:paraId="08421CBB" w14:textId="77777777" w:rsidR="002355BD" w:rsidRPr="001179E8" w:rsidRDefault="00000000">
      <w:pPr>
        <w:rPr>
          <w:lang w:val="pt-BR"/>
        </w:rPr>
      </w:pPr>
      <w:r w:rsidRPr="001179E8">
        <w:rPr>
          <w:lang w:val="pt-BR"/>
        </w:rPr>
        <w:lastRenderedPageBreak/>
        <w:t>"Ele está se alimentando," disse Elaine subitamente, sua voz um sussurro horrorizado. "Da energia ao redor, das emoções, do medo."</w:t>
      </w:r>
    </w:p>
    <w:p w14:paraId="6B54E362" w14:textId="77777777" w:rsidR="002355BD" w:rsidRPr="001179E8" w:rsidRDefault="00000000">
      <w:pPr>
        <w:rPr>
          <w:lang w:val="pt-BR"/>
        </w:rPr>
      </w:pPr>
      <w:r w:rsidRPr="001179E8">
        <w:rPr>
          <w:lang w:val="pt-BR"/>
        </w:rPr>
        <w:br/>
      </w:r>
    </w:p>
    <w:p w14:paraId="32A4224F" w14:textId="77777777" w:rsidR="002355BD" w:rsidRPr="001179E8" w:rsidRDefault="00000000">
      <w:pPr>
        <w:rPr>
          <w:lang w:val="pt-BR"/>
        </w:rPr>
      </w:pPr>
      <w:r w:rsidRPr="001179E8">
        <w:rPr>
          <w:lang w:val="pt-BR"/>
        </w:rPr>
        <w:t>Como que para confirmar suas palavras, o fragmento pulsou mais violentamente, e uma pequena rachadura apareceu no vidro da câmara de contenção.</w:t>
      </w:r>
    </w:p>
    <w:p w14:paraId="5DC50657" w14:textId="77777777" w:rsidR="002355BD" w:rsidRPr="001179E8" w:rsidRDefault="00000000">
      <w:pPr>
        <w:rPr>
          <w:lang w:val="pt-BR"/>
        </w:rPr>
      </w:pPr>
      <w:r w:rsidRPr="001179E8">
        <w:rPr>
          <w:lang w:val="pt-BR"/>
        </w:rPr>
        <w:br/>
      </w:r>
    </w:p>
    <w:p w14:paraId="6A91290B" w14:textId="77777777" w:rsidR="002355BD" w:rsidRPr="001179E8" w:rsidRDefault="00000000">
      <w:pPr>
        <w:rPr>
          <w:lang w:val="pt-BR"/>
        </w:rPr>
      </w:pPr>
      <w:r w:rsidRPr="001179E8">
        <w:rPr>
          <w:lang w:val="pt-BR"/>
        </w:rPr>
        <w:t>"Reforcem a contenção!" ordenou o General. "Agora!"</w:t>
      </w:r>
    </w:p>
    <w:p w14:paraId="5DE08B59" w14:textId="77777777" w:rsidR="002355BD" w:rsidRPr="001179E8" w:rsidRDefault="00000000">
      <w:pPr>
        <w:rPr>
          <w:lang w:val="pt-BR"/>
        </w:rPr>
      </w:pPr>
      <w:r w:rsidRPr="001179E8">
        <w:rPr>
          <w:lang w:val="pt-BR"/>
        </w:rPr>
        <w:br/>
      </w:r>
    </w:p>
    <w:p w14:paraId="0A4EB4F2" w14:textId="77777777" w:rsidR="002355BD" w:rsidRPr="001179E8" w:rsidRDefault="00000000">
      <w:pPr>
        <w:rPr>
          <w:lang w:val="pt-BR"/>
        </w:rPr>
      </w:pPr>
      <w:r w:rsidRPr="001179E8">
        <w:rPr>
          <w:lang w:val="pt-BR"/>
        </w:rPr>
        <w:t>Técnicos correram para os controles, aumentando os campos de força ao redor da câmara. O fragmento pareceu resistir por um momento, pulsando ainda mais intensamente, antes de gradualmente se acalmar, voltando a um estado mais estável.</w:t>
      </w:r>
    </w:p>
    <w:p w14:paraId="088052B4" w14:textId="77777777" w:rsidR="002355BD" w:rsidRPr="001179E8" w:rsidRDefault="00000000">
      <w:pPr>
        <w:rPr>
          <w:lang w:val="pt-BR"/>
        </w:rPr>
      </w:pPr>
      <w:r w:rsidRPr="001179E8">
        <w:rPr>
          <w:lang w:val="pt-BR"/>
        </w:rPr>
        <w:br/>
      </w:r>
    </w:p>
    <w:p w14:paraId="3DF16C01" w14:textId="77777777" w:rsidR="002355BD" w:rsidRPr="001179E8" w:rsidRDefault="00000000">
      <w:pPr>
        <w:rPr>
          <w:lang w:val="pt-BR"/>
        </w:rPr>
      </w:pPr>
      <w:r w:rsidRPr="001179E8">
        <w:rPr>
          <w:lang w:val="pt-BR"/>
        </w:rPr>
        <w:t>Um silêncio tenso caiu sobre o laboratório enquanto todos observavam, esperando para ver se a crise havia passado.</w:t>
      </w:r>
    </w:p>
    <w:p w14:paraId="71C92712" w14:textId="77777777" w:rsidR="002355BD" w:rsidRPr="001179E8" w:rsidRDefault="00000000">
      <w:pPr>
        <w:rPr>
          <w:lang w:val="pt-BR"/>
        </w:rPr>
      </w:pPr>
      <w:r w:rsidRPr="001179E8">
        <w:rPr>
          <w:lang w:val="pt-BR"/>
        </w:rPr>
        <w:br/>
      </w:r>
    </w:p>
    <w:p w14:paraId="4CECCD08" w14:textId="77777777" w:rsidR="002355BD" w:rsidRPr="001179E8" w:rsidRDefault="00000000">
      <w:pPr>
        <w:rPr>
          <w:lang w:val="pt-BR"/>
        </w:rPr>
      </w:pPr>
      <w:r w:rsidRPr="001179E8">
        <w:rPr>
          <w:lang w:val="pt-BR"/>
        </w:rPr>
        <w:t>"Isso foi apenas um aviso," disse Elaine finalmente, quebrando o silêncio. "Ele está testando os limites, aprendendo."</w:t>
      </w:r>
    </w:p>
    <w:p w14:paraId="33829089" w14:textId="77777777" w:rsidR="002355BD" w:rsidRPr="001179E8" w:rsidRDefault="00000000">
      <w:pPr>
        <w:rPr>
          <w:lang w:val="pt-BR"/>
        </w:rPr>
      </w:pPr>
      <w:r w:rsidRPr="001179E8">
        <w:rPr>
          <w:lang w:val="pt-BR"/>
        </w:rPr>
        <w:br/>
      </w:r>
    </w:p>
    <w:p w14:paraId="32EFAF70" w14:textId="77777777" w:rsidR="002355BD" w:rsidRPr="001179E8" w:rsidRDefault="00000000">
      <w:pPr>
        <w:rPr>
          <w:lang w:val="pt-BR"/>
        </w:rPr>
      </w:pPr>
      <w:r w:rsidRPr="001179E8">
        <w:rPr>
          <w:lang w:val="pt-BR"/>
        </w:rPr>
        <w:t>"E se comunicando," acrescentou Luke, voltando para o terminal de dados. "Olhem isso."</w:t>
      </w:r>
    </w:p>
    <w:p w14:paraId="302A2318" w14:textId="77777777" w:rsidR="002355BD" w:rsidRPr="001179E8" w:rsidRDefault="00000000">
      <w:pPr>
        <w:rPr>
          <w:lang w:val="pt-BR"/>
        </w:rPr>
      </w:pPr>
      <w:r w:rsidRPr="001179E8">
        <w:rPr>
          <w:lang w:val="pt-BR"/>
        </w:rPr>
        <w:br/>
      </w:r>
    </w:p>
    <w:p w14:paraId="5B912D87" w14:textId="77777777" w:rsidR="002355BD" w:rsidRPr="001179E8" w:rsidRDefault="00000000">
      <w:pPr>
        <w:rPr>
          <w:lang w:val="pt-BR"/>
        </w:rPr>
      </w:pPr>
      <w:r w:rsidRPr="001179E8">
        <w:rPr>
          <w:lang w:val="pt-BR"/>
        </w:rPr>
        <w:t>Todos se reuniram ao redor da tela, onde Luke apontava para um novo padrão de pulsos que havia sido registrado durante o evento.</w:t>
      </w:r>
    </w:p>
    <w:p w14:paraId="6B8C7DC4" w14:textId="77777777" w:rsidR="002355BD" w:rsidRPr="001179E8" w:rsidRDefault="00000000">
      <w:pPr>
        <w:rPr>
          <w:lang w:val="pt-BR"/>
        </w:rPr>
      </w:pPr>
      <w:r w:rsidRPr="001179E8">
        <w:rPr>
          <w:lang w:val="pt-BR"/>
        </w:rPr>
        <w:br/>
      </w:r>
    </w:p>
    <w:p w14:paraId="07C1AD5C" w14:textId="77777777" w:rsidR="002355BD" w:rsidRPr="001179E8" w:rsidRDefault="00000000">
      <w:pPr>
        <w:rPr>
          <w:lang w:val="pt-BR"/>
        </w:rPr>
      </w:pPr>
      <w:r w:rsidRPr="001179E8">
        <w:rPr>
          <w:lang w:val="pt-BR"/>
        </w:rPr>
        <w:t>"É diferente dos anteriores," observou Nicole.</w:t>
      </w:r>
    </w:p>
    <w:p w14:paraId="2C245E4B" w14:textId="77777777" w:rsidR="002355BD" w:rsidRPr="001179E8" w:rsidRDefault="00000000">
      <w:pPr>
        <w:rPr>
          <w:lang w:val="pt-BR"/>
        </w:rPr>
      </w:pPr>
      <w:r w:rsidRPr="001179E8">
        <w:rPr>
          <w:lang w:val="pt-BR"/>
        </w:rPr>
        <w:lastRenderedPageBreak/>
        <w:br/>
      </w:r>
    </w:p>
    <w:p w14:paraId="0A421BBF" w14:textId="77777777" w:rsidR="002355BD" w:rsidRPr="001179E8" w:rsidRDefault="00000000">
      <w:pPr>
        <w:rPr>
          <w:lang w:val="pt-BR"/>
        </w:rPr>
      </w:pPr>
      <w:r w:rsidRPr="001179E8">
        <w:rPr>
          <w:lang w:val="pt-BR"/>
        </w:rPr>
        <w:t>"É uma resposta," disse Elaine, seus olhos percorrendo os dados. "Ele recebeu uma mensagem e está respondendo."</w:t>
      </w:r>
    </w:p>
    <w:p w14:paraId="252F2037" w14:textId="77777777" w:rsidR="002355BD" w:rsidRPr="001179E8" w:rsidRDefault="00000000">
      <w:pPr>
        <w:rPr>
          <w:lang w:val="pt-BR"/>
        </w:rPr>
      </w:pPr>
      <w:r w:rsidRPr="001179E8">
        <w:rPr>
          <w:lang w:val="pt-BR"/>
        </w:rPr>
        <w:br/>
      </w:r>
    </w:p>
    <w:p w14:paraId="1BF3AFCE" w14:textId="77777777" w:rsidR="002355BD" w:rsidRPr="001179E8" w:rsidRDefault="00000000">
      <w:pPr>
        <w:rPr>
          <w:lang w:val="pt-BR"/>
        </w:rPr>
      </w:pPr>
      <w:r w:rsidRPr="001179E8">
        <w:rPr>
          <w:lang w:val="pt-BR"/>
        </w:rPr>
        <w:t>"O que diz?" perguntou o General, seu rosto uma máscara de preocupação.</w:t>
      </w:r>
    </w:p>
    <w:p w14:paraId="6EAC32CC" w14:textId="77777777" w:rsidR="002355BD" w:rsidRPr="001179E8" w:rsidRDefault="00000000">
      <w:pPr>
        <w:rPr>
          <w:lang w:val="pt-BR"/>
        </w:rPr>
      </w:pPr>
      <w:r w:rsidRPr="001179E8">
        <w:rPr>
          <w:lang w:val="pt-BR"/>
        </w:rPr>
        <w:br/>
      </w:r>
    </w:p>
    <w:p w14:paraId="5F25A874" w14:textId="77777777" w:rsidR="002355BD" w:rsidRPr="001179E8" w:rsidRDefault="00000000">
      <w:pPr>
        <w:rPr>
          <w:lang w:val="pt-BR"/>
        </w:rPr>
      </w:pPr>
      <w:r w:rsidRPr="001179E8">
        <w:rPr>
          <w:lang w:val="pt-BR"/>
        </w:rPr>
        <w:t>Elaine estudou o padrão por um longo momento, sua testa franzida em concentração. "'Preparado'," traduziu ela finalmente. "'Portal... em breve'."</w:t>
      </w:r>
    </w:p>
    <w:p w14:paraId="42BC5D28" w14:textId="77777777" w:rsidR="002355BD" w:rsidRPr="001179E8" w:rsidRDefault="00000000">
      <w:pPr>
        <w:rPr>
          <w:lang w:val="pt-BR"/>
        </w:rPr>
      </w:pPr>
      <w:r w:rsidRPr="001179E8">
        <w:rPr>
          <w:lang w:val="pt-BR"/>
        </w:rPr>
        <w:br/>
      </w:r>
    </w:p>
    <w:p w14:paraId="4F4E9A67" w14:textId="77777777" w:rsidR="002355BD" w:rsidRPr="001179E8" w:rsidRDefault="00000000">
      <w:pPr>
        <w:rPr>
          <w:lang w:val="pt-BR"/>
        </w:rPr>
      </w:pPr>
      <w:r w:rsidRPr="001179E8">
        <w:rPr>
          <w:lang w:val="pt-BR"/>
        </w:rPr>
        <w:t>Um arrepio coletivo percorreu a sala.</w:t>
      </w:r>
    </w:p>
    <w:p w14:paraId="15863737" w14:textId="77777777" w:rsidR="002355BD" w:rsidRPr="001179E8" w:rsidRDefault="00000000">
      <w:pPr>
        <w:rPr>
          <w:lang w:val="pt-BR"/>
        </w:rPr>
      </w:pPr>
      <w:r w:rsidRPr="001179E8">
        <w:rPr>
          <w:lang w:val="pt-BR"/>
        </w:rPr>
        <w:br/>
      </w:r>
    </w:p>
    <w:p w14:paraId="5900EBA1" w14:textId="77777777" w:rsidR="002355BD" w:rsidRPr="001179E8" w:rsidRDefault="00000000">
      <w:pPr>
        <w:rPr>
          <w:lang w:val="pt-BR"/>
        </w:rPr>
      </w:pPr>
      <w:r w:rsidRPr="001179E8">
        <w:rPr>
          <w:lang w:val="pt-BR"/>
        </w:rPr>
        <w:t>"Eles estão planejando abrir outro portal," concluiu Art.</w:t>
      </w:r>
    </w:p>
    <w:p w14:paraId="135C779A" w14:textId="77777777" w:rsidR="002355BD" w:rsidRPr="001179E8" w:rsidRDefault="00000000">
      <w:pPr>
        <w:rPr>
          <w:lang w:val="pt-BR"/>
        </w:rPr>
      </w:pPr>
      <w:r w:rsidRPr="001179E8">
        <w:rPr>
          <w:lang w:val="pt-BR"/>
        </w:rPr>
        <w:br/>
      </w:r>
    </w:p>
    <w:p w14:paraId="5D6508F0" w14:textId="77777777" w:rsidR="002355BD" w:rsidRPr="001179E8" w:rsidRDefault="00000000">
      <w:pPr>
        <w:rPr>
          <w:lang w:val="pt-BR"/>
        </w:rPr>
      </w:pPr>
      <w:r w:rsidRPr="001179E8">
        <w:rPr>
          <w:lang w:val="pt-BR"/>
        </w:rPr>
        <w:t>"E desta vez, não será apenas um fragmento que virá através dele," acrescentou Linda.</w:t>
      </w:r>
    </w:p>
    <w:p w14:paraId="0814CFA9" w14:textId="77777777" w:rsidR="002355BD" w:rsidRPr="001179E8" w:rsidRDefault="00000000">
      <w:pPr>
        <w:rPr>
          <w:lang w:val="pt-BR"/>
        </w:rPr>
      </w:pPr>
      <w:r w:rsidRPr="001179E8">
        <w:rPr>
          <w:lang w:val="pt-BR"/>
        </w:rPr>
        <w:br/>
      </w:r>
    </w:p>
    <w:p w14:paraId="216F2C29" w14:textId="77777777" w:rsidR="002355BD" w:rsidRPr="001179E8" w:rsidRDefault="00000000">
      <w:pPr>
        <w:rPr>
          <w:lang w:val="pt-BR"/>
        </w:rPr>
      </w:pPr>
      <w:r w:rsidRPr="001179E8">
        <w:rPr>
          <w:lang w:val="pt-BR"/>
        </w:rPr>
        <w:t>O General Vance endireitou os ombros, seu rosto endurecendo com determinação. "Precisamos estar prontos. Art, Linda, quero que vocês coordenem com os cinco reinos, garantam que estejam em alerta máximo. Nicole, Ricardo, trabalhem com a equipe técnica para reforçar nossas defesas aqui."</w:t>
      </w:r>
    </w:p>
    <w:p w14:paraId="40FDE95A" w14:textId="77777777" w:rsidR="002355BD" w:rsidRPr="001179E8" w:rsidRDefault="00000000">
      <w:pPr>
        <w:rPr>
          <w:lang w:val="pt-BR"/>
        </w:rPr>
      </w:pPr>
      <w:r w:rsidRPr="001179E8">
        <w:rPr>
          <w:lang w:val="pt-BR"/>
        </w:rPr>
        <w:br/>
      </w:r>
    </w:p>
    <w:p w14:paraId="67EDEDF8" w14:textId="77777777" w:rsidR="002355BD" w:rsidRPr="001179E8" w:rsidRDefault="00000000">
      <w:pPr>
        <w:rPr>
          <w:lang w:val="pt-BR"/>
        </w:rPr>
      </w:pPr>
      <w:r w:rsidRPr="001179E8">
        <w:rPr>
          <w:lang w:val="pt-BR"/>
        </w:rPr>
        <w:t>Todos assentiram, já se movendo para cumprir suas tarefas.</w:t>
      </w:r>
    </w:p>
    <w:p w14:paraId="2DCF3FDA" w14:textId="77777777" w:rsidR="002355BD" w:rsidRPr="001179E8" w:rsidRDefault="00000000">
      <w:pPr>
        <w:rPr>
          <w:lang w:val="pt-BR"/>
        </w:rPr>
      </w:pPr>
      <w:r w:rsidRPr="001179E8">
        <w:rPr>
          <w:lang w:val="pt-BR"/>
        </w:rPr>
        <w:br/>
      </w:r>
    </w:p>
    <w:p w14:paraId="02D1523C" w14:textId="77777777" w:rsidR="002355BD" w:rsidRPr="001179E8" w:rsidRDefault="00000000">
      <w:pPr>
        <w:rPr>
          <w:lang w:val="pt-BR"/>
        </w:rPr>
      </w:pPr>
      <w:r w:rsidRPr="001179E8">
        <w:rPr>
          <w:lang w:val="pt-BR"/>
        </w:rPr>
        <w:lastRenderedPageBreak/>
        <w:t>"Luke," continuou o General, "continue analisando esses padrões. Precisamos saber quando e onde esse portal será aberto."</w:t>
      </w:r>
    </w:p>
    <w:p w14:paraId="334C7894" w14:textId="77777777" w:rsidR="002355BD" w:rsidRPr="001179E8" w:rsidRDefault="00000000">
      <w:pPr>
        <w:rPr>
          <w:lang w:val="pt-BR"/>
        </w:rPr>
      </w:pPr>
      <w:r w:rsidRPr="001179E8">
        <w:rPr>
          <w:lang w:val="pt-BR"/>
        </w:rPr>
        <w:br/>
      </w:r>
    </w:p>
    <w:p w14:paraId="17BA82C3" w14:textId="77777777" w:rsidR="002355BD" w:rsidRPr="001179E8" w:rsidRDefault="00000000">
      <w:pPr>
        <w:rPr>
          <w:lang w:val="pt-BR"/>
        </w:rPr>
      </w:pPr>
      <w:r w:rsidRPr="001179E8">
        <w:rPr>
          <w:lang w:val="pt-BR"/>
        </w:rPr>
        <w:t>"Sim, senhor," respondeu Luke.</w:t>
      </w:r>
    </w:p>
    <w:p w14:paraId="693737C6" w14:textId="77777777" w:rsidR="002355BD" w:rsidRPr="001179E8" w:rsidRDefault="00000000">
      <w:pPr>
        <w:rPr>
          <w:lang w:val="pt-BR"/>
        </w:rPr>
      </w:pPr>
      <w:r w:rsidRPr="001179E8">
        <w:rPr>
          <w:lang w:val="pt-BR"/>
        </w:rPr>
        <w:br/>
      </w:r>
    </w:p>
    <w:p w14:paraId="066384F8" w14:textId="77777777" w:rsidR="002355BD" w:rsidRPr="001179E8" w:rsidRDefault="00000000">
      <w:pPr>
        <w:rPr>
          <w:lang w:val="pt-BR"/>
        </w:rPr>
      </w:pPr>
      <w:r w:rsidRPr="001179E8">
        <w:rPr>
          <w:lang w:val="pt-BR"/>
        </w:rPr>
        <w:t>"E Elaine," o General se virou para ela, seu olhar avaliativo mas respeitoso, "sua percepção do fragmento e conhecimento do código são inestimáveis. Gostaria que trabalhasse diretamente com Luke nisto."</w:t>
      </w:r>
    </w:p>
    <w:p w14:paraId="32F0CFFF" w14:textId="77777777" w:rsidR="002355BD" w:rsidRPr="001179E8" w:rsidRDefault="00000000">
      <w:pPr>
        <w:rPr>
          <w:lang w:val="pt-BR"/>
        </w:rPr>
      </w:pPr>
      <w:r w:rsidRPr="001179E8">
        <w:rPr>
          <w:lang w:val="pt-BR"/>
        </w:rPr>
        <w:br/>
      </w:r>
    </w:p>
    <w:p w14:paraId="5B68426D" w14:textId="77777777" w:rsidR="002355BD" w:rsidRPr="001179E8" w:rsidRDefault="00000000">
      <w:pPr>
        <w:rPr>
          <w:lang w:val="pt-BR"/>
        </w:rPr>
      </w:pPr>
      <w:r w:rsidRPr="001179E8">
        <w:rPr>
          <w:lang w:val="pt-BR"/>
        </w:rPr>
        <w:t>Elaine pareceu momentaneamente surpresa pelo reconhecimento oficial, antes de assentir. "Farei o meu melhor, General."</w:t>
      </w:r>
    </w:p>
    <w:p w14:paraId="49C932CD" w14:textId="77777777" w:rsidR="002355BD" w:rsidRPr="001179E8" w:rsidRDefault="00000000">
      <w:pPr>
        <w:rPr>
          <w:lang w:val="pt-BR"/>
        </w:rPr>
      </w:pPr>
      <w:r w:rsidRPr="001179E8">
        <w:rPr>
          <w:lang w:val="pt-BR"/>
        </w:rPr>
        <w:br/>
      </w:r>
    </w:p>
    <w:p w14:paraId="46AECF32" w14:textId="77777777" w:rsidR="002355BD" w:rsidRPr="001179E8" w:rsidRDefault="00000000">
      <w:pPr>
        <w:rPr>
          <w:lang w:val="pt-BR"/>
        </w:rPr>
      </w:pPr>
      <w:r w:rsidRPr="001179E8">
        <w:rPr>
          <w:lang w:val="pt-BR"/>
        </w:rPr>
        <w:t>Enquanto todos saíam para cumprir suas tarefas, Luke e Elaine se encontraram sozinhos novamente diante do terminal de dados. O fragmento na câmara havia voltado a um estado de pulsos regulares, quase como se estivesse dormindo após seu surto de energia.</w:t>
      </w:r>
    </w:p>
    <w:p w14:paraId="3B4F7A25" w14:textId="77777777" w:rsidR="002355BD" w:rsidRPr="001179E8" w:rsidRDefault="00000000">
      <w:pPr>
        <w:rPr>
          <w:lang w:val="pt-BR"/>
        </w:rPr>
      </w:pPr>
      <w:r w:rsidRPr="001179E8">
        <w:rPr>
          <w:lang w:val="pt-BR"/>
        </w:rPr>
        <w:br/>
      </w:r>
    </w:p>
    <w:p w14:paraId="730DB421" w14:textId="77777777" w:rsidR="002355BD" w:rsidRPr="001179E8" w:rsidRDefault="00000000">
      <w:pPr>
        <w:rPr>
          <w:lang w:val="pt-BR"/>
        </w:rPr>
      </w:pPr>
      <w:r w:rsidRPr="001179E8">
        <w:rPr>
          <w:lang w:val="pt-BR"/>
        </w:rPr>
        <w:t>"Parece que seremos parceiros," disse Elaine, um pequeno sorriso brincando em seus lábios.</w:t>
      </w:r>
    </w:p>
    <w:p w14:paraId="6FC45C42" w14:textId="77777777" w:rsidR="002355BD" w:rsidRPr="001179E8" w:rsidRDefault="00000000">
      <w:pPr>
        <w:rPr>
          <w:lang w:val="pt-BR"/>
        </w:rPr>
      </w:pPr>
      <w:r w:rsidRPr="001179E8">
        <w:rPr>
          <w:lang w:val="pt-BR"/>
        </w:rPr>
        <w:br/>
      </w:r>
    </w:p>
    <w:p w14:paraId="5B143CFF" w14:textId="77777777" w:rsidR="002355BD" w:rsidRPr="001179E8" w:rsidRDefault="00000000">
      <w:pPr>
        <w:rPr>
          <w:lang w:val="pt-BR"/>
        </w:rPr>
      </w:pPr>
      <w:r w:rsidRPr="001179E8">
        <w:rPr>
          <w:lang w:val="pt-BR"/>
        </w:rPr>
        <w:t>Luke a estudou por um momento, ainda não totalmente confiante, mas reconhecendo o valor de sua experiência e percepção. "Parceiros," concordou ele finalmente, voltando sua atenção para os dados. "Vamos ao trabalho."</w:t>
      </w:r>
    </w:p>
    <w:p w14:paraId="3274E791" w14:textId="77777777" w:rsidR="002355BD" w:rsidRPr="001179E8" w:rsidRDefault="00000000">
      <w:pPr>
        <w:rPr>
          <w:lang w:val="pt-BR"/>
        </w:rPr>
      </w:pPr>
      <w:r w:rsidRPr="001179E8">
        <w:rPr>
          <w:lang w:val="pt-BR"/>
        </w:rPr>
        <w:br/>
      </w:r>
    </w:p>
    <w:p w14:paraId="49E472DA" w14:textId="77777777" w:rsidR="002355BD" w:rsidRPr="001179E8" w:rsidRDefault="00000000">
      <w:pPr>
        <w:rPr>
          <w:lang w:val="pt-BR"/>
        </w:rPr>
      </w:pPr>
      <w:r w:rsidRPr="001179E8">
        <w:rPr>
          <w:lang w:val="pt-BR"/>
        </w:rPr>
        <w:t>---</w:t>
      </w:r>
    </w:p>
    <w:p w14:paraId="5C16F27B" w14:textId="77777777" w:rsidR="002355BD" w:rsidRPr="001179E8" w:rsidRDefault="00000000">
      <w:pPr>
        <w:rPr>
          <w:lang w:val="pt-BR"/>
        </w:rPr>
      </w:pPr>
      <w:r w:rsidRPr="001179E8">
        <w:rPr>
          <w:lang w:val="pt-BR"/>
        </w:rPr>
        <w:br/>
      </w:r>
    </w:p>
    <w:p w14:paraId="776137FD" w14:textId="77777777" w:rsidR="002355BD" w:rsidRPr="001179E8" w:rsidRDefault="00000000">
      <w:pPr>
        <w:rPr>
          <w:lang w:val="pt-BR"/>
        </w:rPr>
      </w:pPr>
      <w:r w:rsidRPr="001179E8">
        <w:rPr>
          <w:lang w:val="pt-BR"/>
        </w:rPr>
        <w:lastRenderedPageBreak/>
        <w:t>Três dias se passaram em um borrão de análise de dados, alarmes ocasionais quando o fragmento se tornava mais ativo, e muito café. Luke e Elaine trabalhavam quase constantemente, parando apenas para breves períodos de descanso quando absolutamente necessário.</w:t>
      </w:r>
    </w:p>
    <w:p w14:paraId="67ADE6E9" w14:textId="77777777" w:rsidR="002355BD" w:rsidRPr="001179E8" w:rsidRDefault="00000000">
      <w:pPr>
        <w:rPr>
          <w:lang w:val="pt-BR"/>
        </w:rPr>
      </w:pPr>
      <w:r w:rsidRPr="001179E8">
        <w:rPr>
          <w:lang w:val="pt-BR"/>
        </w:rPr>
        <w:br/>
      </w:r>
    </w:p>
    <w:p w14:paraId="1580582E" w14:textId="77777777" w:rsidR="002355BD" w:rsidRPr="001179E8" w:rsidRDefault="00000000">
      <w:pPr>
        <w:rPr>
          <w:lang w:val="pt-BR"/>
        </w:rPr>
      </w:pPr>
      <w:r w:rsidRPr="001179E8">
        <w:rPr>
          <w:lang w:val="pt-BR"/>
        </w:rPr>
        <w:t>Para surpresa de Luke, Elaine provou ser uma parceira de trabalho excepcional. Sua compreensão intuitiva dos padrões de Abyzoth complementava perfeitamente sua abordagem metódica e analítica. Juntos, eles haviam conseguido decifrar grande parte do código, criando um léxico rudimentar que permitia interpretar as mensagens trocadas.</w:t>
      </w:r>
    </w:p>
    <w:p w14:paraId="77C3A6E3" w14:textId="77777777" w:rsidR="002355BD" w:rsidRPr="001179E8" w:rsidRDefault="00000000">
      <w:pPr>
        <w:rPr>
          <w:lang w:val="pt-BR"/>
        </w:rPr>
      </w:pPr>
      <w:r w:rsidRPr="001179E8">
        <w:rPr>
          <w:lang w:val="pt-BR"/>
        </w:rPr>
        <w:br/>
      </w:r>
    </w:p>
    <w:p w14:paraId="27E64BED" w14:textId="77777777" w:rsidR="002355BD" w:rsidRPr="001179E8" w:rsidRDefault="00000000">
      <w:pPr>
        <w:rPr>
          <w:lang w:val="pt-BR"/>
        </w:rPr>
      </w:pPr>
      <w:r w:rsidRPr="001179E8">
        <w:rPr>
          <w:lang w:val="pt-BR"/>
        </w:rPr>
        <w:t>E mensagens definitivamente estavam sendo trocadas. O fragmento recebia comunicações regulares do submundo – ordens, atualizações, perguntas – e respondia com informações sobre a base da G.R.A.I.A. e seus defensores.</w:t>
      </w:r>
    </w:p>
    <w:p w14:paraId="48FB8782" w14:textId="77777777" w:rsidR="002355BD" w:rsidRPr="001179E8" w:rsidRDefault="00000000">
      <w:pPr>
        <w:rPr>
          <w:lang w:val="pt-BR"/>
        </w:rPr>
      </w:pPr>
      <w:r w:rsidRPr="001179E8">
        <w:rPr>
          <w:lang w:val="pt-BR"/>
        </w:rPr>
        <w:br/>
      </w:r>
    </w:p>
    <w:p w14:paraId="748A59D8" w14:textId="77777777" w:rsidR="002355BD" w:rsidRPr="001179E8" w:rsidRDefault="00000000">
      <w:pPr>
        <w:rPr>
          <w:lang w:val="pt-BR"/>
        </w:rPr>
      </w:pPr>
      <w:r w:rsidRPr="001179E8">
        <w:rPr>
          <w:lang w:val="pt-BR"/>
        </w:rPr>
        <w:t>"Ele é um espião," havia concluído Luke no segundo dia. "Plantado deliberadamente."</w:t>
      </w:r>
    </w:p>
    <w:p w14:paraId="7AA5A894" w14:textId="77777777" w:rsidR="002355BD" w:rsidRPr="001179E8" w:rsidRDefault="00000000">
      <w:pPr>
        <w:rPr>
          <w:lang w:val="pt-BR"/>
        </w:rPr>
      </w:pPr>
      <w:r w:rsidRPr="001179E8">
        <w:rPr>
          <w:lang w:val="pt-BR"/>
        </w:rPr>
        <w:br/>
      </w:r>
    </w:p>
    <w:p w14:paraId="4041325F" w14:textId="77777777" w:rsidR="002355BD" w:rsidRPr="001179E8" w:rsidRDefault="00000000">
      <w:pPr>
        <w:rPr>
          <w:lang w:val="pt-BR"/>
        </w:rPr>
      </w:pPr>
      <w:r w:rsidRPr="001179E8">
        <w:rPr>
          <w:lang w:val="pt-BR"/>
        </w:rPr>
        <w:t>"Abyzoth sempre joga o longo jogo," concordou Elaine. "Ele permitiu que escapássemos, sabendo que traríamos um fragmento dele conosco."</w:t>
      </w:r>
    </w:p>
    <w:p w14:paraId="2036430D" w14:textId="77777777" w:rsidR="002355BD" w:rsidRPr="001179E8" w:rsidRDefault="00000000">
      <w:pPr>
        <w:rPr>
          <w:lang w:val="pt-BR"/>
        </w:rPr>
      </w:pPr>
      <w:r w:rsidRPr="001179E8">
        <w:rPr>
          <w:lang w:val="pt-BR"/>
        </w:rPr>
        <w:br/>
      </w:r>
    </w:p>
    <w:p w14:paraId="5CB709B6" w14:textId="77777777" w:rsidR="002355BD" w:rsidRPr="001179E8" w:rsidRDefault="00000000">
      <w:pPr>
        <w:rPr>
          <w:lang w:val="pt-BR"/>
        </w:rPr>
      </w:pPr>
      <w:r w:rsidRPr="001179E8">
        <w:rPr>
          <w:lang w:val="pt-BR"/>
        </w:rPr>
        <w:t>Essa revelação havia sido perturbadora, mas também útil. Uma vez que entenderam o propósito do fragmento, puderam começar a alimentá-lo com desinformação cuidadosamente elaborada.</w:t>
      </w:r>
    </w:p>
    <w:p w14:paraId="74FC6999" w14:textId="77777777" w:rsidR="002355BD" w:rsidRPr="001179E8" w:rsidRDefault="00000000">
      <w:pPr>
        <w:rPr>
          <w:lang w:val="pt-BR"/>
        </w:rPr>
      </w:pPr>
      <w:r w:rsidRPr="001179E8">
        <w:rPr>
          <w:lang w:val="pt-BR"/>
        </w:rPr>
        <w:br/>
      </w:r>
    </w:p>
    <w:p w14:paraId="126C14A9" w14:textId="77777777" w:rsidR="002355BD" w:rsidRPr="001179E8" w:rsidRDefault="00000000">
      <w:pPr>
        <w:rPr>
          <w:lang w:val="pt-BR"/>
        </w:rPr>
      </w:pPr>
      <w:r w:rsidRPr="001179E8">
        <w:rPr>
          <w:lang w:val="pt-BR"/>
        </w:rPr>
        <w:t>Agora, no final do terceiro dia, Luke esfregou os olhos cansados, recostando-se em sua cadeira. O laboratório estava silencioso, a maioria do pessoal tendo ido descansar. Apenas alguns técnicos permaneciam em estações distantes, monitorando a câmara de contenção.</w:t>
      </w:r>
    </w:p>
    <w:p w14:paraId="57615775" w14:textId="77777777" w:rsidR="002355BD" w:rsidRPr="001179E8" w:rsidRDefault="00000000">
      <w:pPr>
        <w:rPr>
          <w:lang w:val="pt-BR"/>
        </w:rPr>
      </w:pPr>
      <w:r w:rsidRPr="001179E8">
        <w:rPr>
          <w:lang w:val="pt-BR"/>
        </w:rPr>
        <w:br/>
      </w:r>
    </w:p>
    <w:p w14:paraId="4C6508F5" w14:textId="77777777" w:rsidR="002355BD" w:rsidRPr="001179E8" w:rsidRDefault="00000000">
      <w:pPr>
        <w:rPr>
          <w:lang w:val="pt-BR"/>
        </w:rPr>
      </w:pPr>
      <w:r w:rsidRPr="001179E8">
        <w:rPr>
          <w:lang w:val="pt-BR"/>
        </w:rPr>
        <w:lastRenderedPageBreak/>
        <w:t>"Você deveria dormir um pouco," disse Elaine, olhando para ele com preocupação genuína. "Não vai ajudar ninguém se desmaiar de exaustão."</w:t>
      </w:r>
    </w:p>
    <w:p w14:paraId="5B157698" w14:textId="77777777" w:rsidR="002355BD" w:rsidRPr="001179E8" w:rsidRDefault="00000000">
      <w:pPr>
        <w:rPr>
          <w:lang w:val="pt-BR"/>
        </w:rPr>
      </w:pPr>
      <w:r w:rsidRPr="001179E8">
        <w:rPr>
          <w:lang w:val="pt-BR"/>
        </w:rPr>
        <w:br/>
      </w:r>
    </w:p>
    <w:p w14:paraId="61738C05" w14:textId="77777777" w:rsidR="002355BD" w:rsidRPr="001179E8" w:rsidRDefault="00000000">
      <w:pPr>
        <w:rPr>
          <w:lang w:val="pt-BR"/>
        </w:rPr>
      </w:pPr>
      <w:r w:rsidRPr="001179E8">
        <w:rPr>
          <w:lang w:val="pt-BR"/>
        </w:rPr>
        <w:t>Luke sorriu cansado. "Olha quem fala. Você dormiu menos do que eu."</w:t>
      </w:r>
    </w:p>
    <w:p w14:paraId="28CF7DC0" w14:textId="77777777" w:rsidR="002355BD" w:rsidRPr="001179E8" w:rsidRDefault="00000000">
      <w:pPr>
        <w:rPr>
          <w:lang w:val="pt-BR"/>
        </w:rPr>
      </w:pPr>
      <w:r w:rsidRPr="001179E8">
        <w:rPr>
          <w:lang w:val="pt-BR"/>
        </w:rPr>
        <w:br/>
      </w:r>
    </w:p>
    <w:p w14:paraId="3B17F1BD" w14:textId="77777777" w:rsidR="002355BD" w:rsidRPr="001179E8" w:rsidRDefault="00000000">
      <w:pPr>
        <w:rPr>
          <w:lang w:val="pt-BR"/>
        </w:rPr>
      </w:pPr>
      <w:r w:rsidRPr="001179E8">
        <w:rPr>
          <w:lang w:val="pt-BR"/>
        </w:rPr>
        <w:t>Elaine deu de ombros, um movimento elegante mesmo em seu estado de cansaço. "Estou acostumada a longos períodos sem dormir. No submundo, dormir profundamente muitas vezes significava não acordar."</w:t>
      </w:r>
    </w:p>
    <w:p w14:paraId="20A1A1F9" w14:textId="77777777" w:rsidR="002355BD" w:rsidRPr="001179E8" w:rsidRDefault="00000000">
      <w:pPr>
        <w:rPr>
          <w:lang w:val="pt-BR"/>
        </w:rPr>
      </w:pPr>
      <w:r w:rsidRPr="001179E8">
        <w:rPr>
          <w:lang w:val="pt-BR"/>
        </w:rPr>
        <w:br/>
      </w:r>
    </w:p>
    <w:p w14:paraId="73CF9DC7" w14:textId="77777777" w:rsidR="002355BD" w:rsidRPr="001179E8" w:rsidRDefault="00000000">
      <w:pPr>
        <w:rPr>
          <w:lang w:val="pt-BR"/>
        </w:rPr>
      </w:pPr>
      <w:r w:rsidRPr="001179E8">
        <w:rPr>
          <w:lang w:val="pt-BR"/>
        </w:rPr>
        <w:t>Luke a estudou por um momento. Nos últimos três dias, entre análises de dados e crises ocasionais, eles haviam desenvolvido uma espécie de ritmo de trabalho, uma compreensão mútua que transcendia palavras. E durante esse tempo, ele havia vislumbrado mais daqueles momentos de vulnerabilidade genuína por trás de sua fachada sedutora.</w:t>
      </w:r>
    </w:p>
    <w:p w14:paraId="7EE4D0B4" w14:textId="77777777" w:rsidR="002355BD" w:rsidRPr="001179E8" w:rsidRDefault="00000000">
      <w:pPr>
        <w:rPr>
          <w:lang w:val="pt-BR"/>
        </w:rPr>
      </w:pPr>
      <w:r w:rsidRPr="001179E8">
        <w:rPr>
          <w:lang w:val="pt-BR"/>
        </w:rPr>
        <w:br/>
      </w:r>
    </w:p>
    <w:p w14:paraId="2B277B82" w14:textId="77777777" w:rsidR="002355BD" w:rsidRPr="001179E8" w:rsidRDefault="00000000">
      <w:pPr>
        <w:rPr>
          <w:lang w:val="pt-BR"/>
        </w:rPr>
      </w:pPr>
      <w:r w:rsidRPr="001179E8">
        <w:rPr>
          <w:lang w:val="pt-BR"/>
        </w:rPr>
        <w:t>"Como era?" perguntou ele finalmente. "Crescer lá."</w:t>
      </w:r>
    </w:p>
    <w:p w14:paraId="24B9F648" w14:textId="77777777" w:rsidR="002355BD" w:rsidRPr="001179E8" w:rsidRDefault="00000000">
      <w:pPr>
        <w:rPr>
          <w:lang w:val="pt-BR"/>
        </w:rPr>
      </w:pPr>
      <w:r w:rsidRPr="001179E8">
        <w:rPr>
          <w:lang w:val="pt-BR"/>
        </w:rPr>
        <w:br/>
      </w:r>
    </w:p>
    <w:p w14:paraId="0D29E9A6" w14:textId="77777777" w:rsidR="002355BD" w:rsidRPr="001179E8" w:rsidRDefault="00000000">
      <w:pPr>
        <w:rPr>
          <w:lang w:val="pt-BR"/>
        </w:rPr>
      </w:pPr>
      <w:r w:rsidRPr="001179E8">
        <w:rPr>
          <w:lang w:val="pt-BR"/>
        </w:rPr>
        <w:t>Elaine ficou quieta por tanto tempo que Luke pensou que ela não responderia. Quando finalmente falou, sua voz era suave, quase distante.</w:t>
      </w:r>
    </w:p>
    <w:p w14:paraId="1BF52F58" w14:textId="77777777" w:rsidR="002355BD" w:rsidRPr="001179E8" w:rsidRDefault="00000000">
      <w:pPr>
        <w:rPr>
          <w:lang w:val="pt-BR"/>
        </w:rPr>
      </w:pPr>
      <w:r w:rsidRPr="001179E8">
        <w:rPr>
          <w:lang w:val="pt-BR"/>
        </w:rPr>
        <w:br/>
      </w:r>
    </w:p>
    <w:p w14:paraId="2825F2A0" w14:textId="77777777" w:rsidR="002355BD" w:rsidRPr="001179E8" w:rsidRDefault="00000000">
      <w:pPr>
        <w:rPr>
          <w:lang w:val="pt-BR"/>
        </w:rPr>
      </w:pPr>
      <w:r w:rsidRPr="001179E8">
        <w:rPr>
          <w:lang w:val="pt-BR"/>
        </w:rPr>
        <w:t>"Imagine um lugar onde a escuridão tem peso," começou ela. "Onde as sombras sussurram e os pesadelos ganham forma. Onde beleza é moeda e sobrevivência significa ser desejada, mas nunca amada."</w:t>
      </w:r>
    </w:p>
    <w:p w14:paraId="52D9ABAE" w14:textId="77777777" w:rsidR="002355BD" w:rsidRPr="001179E8" w:rsidRDefault="00000000">
      <w:pPr>
        <w:rPr>
          <w:lang w:val="pt-BR"/>
        </w:rPr>
      </w:pPr>
      <w:r w:rsidRPr="001179E8">
        <w:rPr>
          <w:lang w:val="pt-BR"/>
        </w:rPr>
        <w:br/>
      </w:r>
    </w:p>
    <w:p w14:paraId="039C1DF6" w14:textId="77777777" w:rsidR="002355BD" w:rsidRPr="001179E8" w:rsidRDefault="00000000">
      <w:pPr>
        <w:rPr>
          <w:lang w:val="pt-BR"/>
        </w:rPr>
      </w:pPr>
      <w:r w:rsidRPr="001179E8">
        <w:rPr>
          <w:lang w:val="pt-BR"/>
        </w:rPr>
        <w:t>Ela olhou para suas próprias mãos, como se visse algo que Luke não podia ver. "Fui criada como uma curiosidade exótica, um brinquedo vivo para os Lordes das Sombras. Aprendi cedo que minha aparência era minha única proteção, minha única arma."</w:t>
      </w:r>
    </w:p>
    <w:p w14:paraId="1736217D" w14:textId="77777777" w:rsidR="002355BD" w:rsidRPr="001179E8" w:rsidRDefault="00000000">
      <w:pPr>
        <w:rPr>
          <w:lang w:val="pt-BR"/>
        </w:rPr>
      </w:pPr>
      <w:r w:rsidRPr="001179E8">
        <w:rPr>
          <w:lang w:val="pt-BR"/>
        </w:rPr>
        <w:lastRenderedPageBreak/>
        <w:br/>
      </w:r>
    </w:p>
    <w:p w14:paraId="12AF77F4" w14:textId="77777777" w:rsidR="002355BD" w:rsidRPr="001179E8" w:rsidRDefault="00000000">
      <w:pPr>
        <w:rPr>
          <w:lang w:val="pt-BR"/>
        </w:rPr>
      </w:pPr>
      <w:r w:rsidRPr="001179E8">
        <w:rPr>
          <w:lang w:val="pt-BR"/>
        </w:rPr>
        <w:t>Luke sentiu uma onda de compaixão, imaginando uma criança crescendo em tal ambiente. "Como você manteve sua... humanidade?"</w:t>
      </w:r>
    </w:p>
    <w:p w14:paraId="70998050" w14:textId="77777777" w:rsidR="002355BD" w:rsidRPr="001179E8" w:rsidRDefault="00000000">
      <w:pPr>
        <w:rPr>
          <w:lang w:val="pt-BR"/>
        </w:rPr>
      </w:pPr>
      <w:r w:rsidRPr="001179E8">
        <w:rPr>
          <w:lang w:val="pt-BR"/>
        </w:rPr>
        <w:br/>
      </w:r>
    </w:p>
    <w:p w14:paraId="4BDC7180" w14:textId="77777777" w:rsidR="002355BD" w:rsidRPr="001179E8" w:rsidRDefault="00000000">
      <w:pPr>
        <w:rPr>
          <w:lang w:val="pt-BR"/>
        </w:rPr>
      </w:pPr>
      <w:r w:rsidRPr="001179E8">
        <w:rPr>
          <w:lang w:val="pt-BR"/>
        </w:rPr>
        <w:t>Elaine sorriu tristemente. "Quem disse que mantive? Às vezes me pergunto se há algo genuinamente humano em mim, ou se sou apenas uma coleção de máscaras e reflexos, uma miragem sem substância real."</w:t>
      </w:r>
    </w:p>
    <w:p w14:paraId="62FB1FD4" w14:textId="77777777" w:rsidR="002355BD" w:rsidRPr="001179E8" w:rsidRDefault="00000000">
      <w:pPr>
        <w:rPr>
          <w:lang w:val="pt-BR"/>
        </w:rPr>
      </w:pPr>
      <w:r w:rsidRPr="001179E8">
        <w:rPr>
          <w:lang w:val="pt-BR"/>
        </w:rPr>
        <w:br/>
      </w:r>
    </w:p>
    <w:p w14:paraId="5700EA2C" w14:textId="77777777" w:rsidR="002355BD" w:rsidRPr="001179E8" w:rsidRDefault="00000000">
      <w:pPr>
        <w:rPr>
          <w:lang w:val="pt-BR"/>
        </w:rPr>
      </w:pPr>
      <w:r w:rsidRPr="001179E8">
        <w:rPr>
          <w:lang w:val="pt-BR"/>
        </w:rPr>
        <w:t>"Há algo real em você," disse Luke com convicção surpreendente. "Eu vejo isso."</w:t>
      </w:r>
    </w:p>
    <w:p w14:paraId="592471E0" w14:textId="77777777" w:rsidR="002355BD" w:rsidRPr="001179E8" w:rsidRDefault="00000000">
      <w:pPr>
        <w:rPr>
          <w:lang w:val="pt-BR"/>
        </w:rPr>
      </w:pPr>
      <w:r w:rsidRPr="001179E8">
        <w:rPr>
          <w:lang w:val="pt-BR"/>
        </w:rPr>
        <w:br/>
      </w:r>
    </w:p>
    <w:p w14:paraId="66317AAF" w14:textId="77777777" w:rsidR="002355BD" w:rsidRPr="001179E8" w:rsidRDefault="00000000">
      <w:pPr>
        <w:rPr>
          <w:lang w:val="pt-BR"/>
        </w:rPr>
      </w:pPr>
      <w:r w:rsidRPr="001179E8">
        <w:rPr>
          <w:lang w:val="pt-BR"/>
        </w:rPr>
        <w:t>Elaine ergueu os olhos para encontrar os dele, surpresa e algo mais vulnerável em seu olhar. "O que você vê, Luke Carmody?"</w:t>
      </w:r>
    </w:p>
    <w:p w14:paraId="133C8363" w14:textId="77777777" w:rsidR="002355BD" w:rsidRPr="001179E8" w:rsidRDefault="00000000">
      <w:pPr>
        <w:rPr>
          <w:lang w:val="pt-BR"/>
        </w:rPr>
      </w:pPr>
      <w:r w:rsidRPr="001179E8">
        <w:rPr>
          <w:lang w:val="pt-BR"/>
        </w:rPr>
        <w:br/>
      </w:r>
    </w:p>
    <w:p w14:paraId="13893174" w14:textId="77777777" w:rsidR="002355BD" w:rsidRPr="001179E8" w:rsidRDefault="00000000">
      <w:pPr>
        <w:rPr>
          <w:lang w:val="pt-BR"/>
        </w:rPr>
      </w:pPr>
      <w:r w:rsidRPr="001179E8">
        <w:rPr>
          <w:lang w:val="pt-BR"/>
        </w:rPr>
        <w:t>"Alguém que sobreviveu ao inimaginável," respondeu ele honestamente. "Alguém que poderia ter se tornado tão sombria quanto seus captores, mas escolheu ajudar Nicole e Ricardo, escolheu lutar contra Abyzoth. Essas escolhas são reais, Elaine. Elas definem quem você é mais do que qualquer máscara ou aparência."</w:t>
      </w:r>
    </w:p>
    <w:p w14:paraId="113AE35E" w14:textId="77777777" w:rsidR="002355BD" w:rsidRPr="001179E8" w:rsidRDefault="00000000">
      <w:pPr>
        <w:rPr>
          <w:lang w:val="pt-BR"/>
        </w:rPr>
      </w:pPr>
      <w:r w:rsidRPr="001179E8">
        <w:rPr>
          <w:lang w:val="pt-BR"/>
        </w:rPr>
        <w:br/>
      </w:r>
    </w:p>
    <w:p w14:paraId="1B3157C8" w14:textId="77777777" w:rsidR="002355BD" w:rsidRPr="001179E8" w:rsidRDefault="00000000">
      <w:pPr>
        <w:rPr>
          <w:lang w:val="pt-BR"/>
        </w:rPr>
      </w:pPr>
      <w:r w:rsidRPr="001179E8">
        <w:rPr>
          <w:lang w:val="pt-BR"/>
        </w:rPr>
        <w:t>Por um momento, algo profundamente genuíno brilhou nos olhos de Elaine – gratidão, talvez, ou esperança. Então, como se percebesse que havia revelado demais, ela sorriu, voltando à sua persona sedutora habitual.</w:t>
      </w:r>
    </w:p>
    <w:p w14:paraId="4F0143D6" w14:textId="77777777" w:rsidR="002355BD" w:rsidRPr="001179E8" w:rsidRDefault="00000000">
      <w:pPr>
        <w:rPr>
          <w:lang w:val="pt-BR"/>
        </w:rPr>
      </w:pPr>
      <w:r w:rsidRPr="001179E8">
        <w:rPr>
          <w:lang w:val="pt-BR"/>
        </w:rPr>
        <w:br/>
      </w:r>
    </w:p>
    <w:p w14:paraId="7E943AB6" w14:textId="77777777" w:rsidR="002355BD" w:rsidRPr="001179E8" w:rsidRDefault="00000000">
      <w:pPr>
        <w:rPr>
          <w:lang w:val="pt-BR"/>
        </w:rPr>
      </w:pPr>
      <w:r w:rsidRPr="001179E8">
        <w:rPr>
          <w:lang w:val="pt-BR"/>
        </w:rPr>
        <w:t>"Cuidado, detetive," brincou ela, inclinando-se em sua direção. "Fale assim e posso pensar que você está começando a gostar de mim."</w:t>
      </w:r>
    </w:p>
    <w:p w14:paraId="179D4D62" w14:textId="77777777" w:rsidR="002355BD" w:rsidRPr="001179E8" w:rsidRDefault="00000000">
      <w:pPr>
        <w:rPr>
          <w:lang w:val="pt-BR"/>
        </w:rPr>
      </w:pPr>
      <w:r w:rsidRPr="001179E8">
        <w:rPr>
          <w:lang w:val="pt-BR"/>
        </w:rPr>
        <w:br/>
      </w:r>
    </w:p>
    <w:p w14:paraId="08AE666C" w14:textId="77777777" w:rsidR="002355BD" w:rsidRPr="001179E8" w:rsidRDefault="00000000">
      <w:pPr>
        <w:rPr>
          <w:lang w:val="pt-BR"/>
        </w:rPr>
      </w:pPr>
      <w:r w:rsidRPr="001179E8">
        <w:rPr>
          <w:lang w:val="pt-BR"/>
        </w:rPr>
        <w:lastRenderedPageBreak/>
        <w:t>Luke não recuou, mantendo seu olhar firme. "Talvez eu esteja começando a respeitar você. Gostar vem com o tempo e confiança."</w:t>
      </w:r>
    </w:p>
    <w:p w14:paraId="259BEB18" w14:textId="77777777" w:rsidR="002355BD" w:rsidRPr="001179E8" w:rsidRDefault="00000000">
      <w:pPr>
        <w:rPr>
          <w:lang w:val="pt-BR"/>
        </w:rPr>
      </w:pPr>
      <w:r w:rsidRPr="001179E8">
        <w:rPr>
          <w:lang w:val="pt-BR"/>
        </w:rPr>
        <w:br/>
      </w:r>
    </w:p>
    <w:p w14:paraId="6996B17C" w14:textId="77777777" w:rsidR="002355BD" w:rsidRPr="001179E8" w:rsidRDefault="00000000">
      <w:pPr>
        <w:rPr>
          <w:lang w:val="pt-BR"/>
        </w:rPr>
      </w:pPr>
      <w:r w:rsidRPr="001179E8">
        <w:rPr>
          <w:lang w:val="pt-BR"/>
        </w:rPr>
        <w:t>"E confiança?" perguntou ela, seu tom ainda leve, mas com uma seriedade subjacente.</w:t>
      </w:r>
    </w:p>
    <w:p w14:paraId="5523E3F9" w14:textId="77777777" w:rsidR="002355BD" w:rsidRPr="001179E8" w:rsidRDefault="00000000">
      <w:pPr>
        <w:rPr>
          <w:lang w:val="pt-BR"/>
        </w:rPr>
      </w:pPr>
      <w:r w:rsidRPr="001179E8">
        <w:rPr>
          <w:lang w:val="pt-BR"/>
        </w:rPr>
        <w:br/>
      </w:r>
    </w:p>
    <w:p w14:paraId="5CED9FF2" w14:textId="77777777" w:rsidR="002355BD" w:rsidRPr="001179E8" w:rsidRDefault="00000000">
      <w:pPr>
        <w:rPr>
          <w:lang w:val="pt-BR"/>
        </w:rPr>
      </w:pPr>
      <w:r w:rsidRPr="001179E8">
        <w:rPr>
          <w:lang w:val="pt-BR"/>
        </w:rPr>
        <w:t>"Confiança precisa ser conquistada," respondeu ele simplesmente.</w:t>
      </w:r>
    </w:p>
    <w:p w14:paraId="231DF49C" w14:textId="77777777" w:rsidR="002355BD" w:rsidRPr="001179E8" w:rsidRDefault="00000000">
      <w:pPr>
        <w:rPr>
          <w:lang w:val="pt-BR"/>
        </w:rPr>
      </w:pPr>
      <w:r w:rsidRPr="001179E8">
        <w:rPr>
          <w:lang w:val="pt-BR"/>
        </w:rPr>
        <w:br/>
      </w:r>
    </w:p>
    <w:p w14:paraId="4F3DDB83" w14:textId="77777777" w:rsidR="002355BD" w:rsidRPr="001179E8" w:rsidRDefault="00000000">
      <w:pPr>
        <w:rPr>
          <w:lang w:val="pt-BR"/>
        </w:rPr>
      </w:pPr>
      <w:r w:rsidRPr="001179E8">
        <w:rPr>
          <w:lang w:val="pt-BR"/>
        </w:rPr>
        <w:t>Elaine assentiu lentamente, aceitando a resposta. Antes que pudesse dizer mais, a porta do laboratório se abriu e Ricardo entrou, parecendo tão cansado quanto eles.</w:t>
      </w:r>
    </w:p>
    <w:p w14:paraId="131B1E70" w14:textId="77777777" w:rsidR="002355BD" w:rsidRPr="001179E8" w:rsidRDefault="00000000">
      <w:pPr>
        <w:rPr>
          <w:lang w:val="pt-BR"/>
        </w:rPr>
      </w:pPr>
      <w:r w:rsidRPr="001179E8">
        <w:rPr>
          <w:lang w:val="pt-BR"/>
        </w:rPr>
        <w:br/>
      </w:r>
    </w:p>
    <w:p w14:paraId="126B6D1B" w14:textId="77777777" w:rsidR="002355BD" w:rsidRPr="001179E8" w:rsidRDefault="00000000">
      <w:pPr>
        <w:rPr>
          <w:lang w:val="pt-BR"/>
        </w:rPr>
      </w:pPr>
      <w:r w:rsidRPr="001179E8">
        <w:rPr>
          <w:lang w:val="pt-BR"/>
        </w:rPr>
        <w:t>"Ei, vocês dois ainda estão acordados?" perguntou ele, aproximando-se de sua mesa. "O General está convocando uma reunião de emergência. Temos novidades dos cinco reinos."</w:t>
      </w:r>
    </w:p>
    <w:p w14:paraId="3E45640C" w14:textId="77777777" w:rsidR="002355BD" w:rsidRPr="001179E8" w:rsidRDefault="00000000">
      <w:pPr>
        <w:rPr>
          <w:lang w:val="pt-BR"/>
        </w:rPr>
      </w:pPr>
      <w:r w:rsidRPr="001179E8">
        <w:rPr>
          <w:lang w:val="pt-BR"/>
        </w:rPr>
        <w:br/>
      </w:r>
    </w:p>
    <w:p w14:paraId="071C05E4" w14:textId="77777777" w:rsidR="002355BD" w:rsidRPr="001179E8" w:rsidRDefault="00000000">
      <w:pPr>
        <w:rPr>
          <w:lang w:val="pt-BR"/>
        </w:rPr>
      </w:pPr>
      <w:r w:rsidRPr="001179E8">
        <w:rPr>
          <w:lang w:val="pt-BR"/>
        </w:rPr>
        <w:t>Luke imediatamente se endireitou, toda fadiga momentaneamente esquecida. "Boas ou más?"</w:t>
      </w:r>
    </w:p>
    <w:p w14:paraId="591AB406" w14:textId="77777777" w:rsidR="002355BD" w:rsidRPr="001179E8" w:rsidRDefault="00000000">
      <w:pPr>
        <w:rPr>
          <w:lang w:val="pt-BR"/>
        </w:rPr>
      </w:pPr>
      <w:r w:rsidRPr="001179E8">
        <w:rPr>
          <w:lang w:val="pt-BR"/>
        </w:rPr>
        <w:br/>
      </w:r>
    </w:p>
    <w:p w14:paraId="70792CDC" w14:textId="77777777" w:rsidR="002355BD" w:rsidRPr="001179E8" w:rsidRDefault="00000000">
      <w:pPr>
        <w:rPr>
          <w:lang w:val="pt-BR"/>
        </w:rPr>
      </w:pPr>
      <w:r w:rsidRPr="001179E8">
        <w:rPr>
          <w:lang w:val="pt-BR"/>
        </w:rPr>
        <w:t>Ricardo fez uma careta. "Depende do seu conceito de 'bom'. Os Alados detectaram perturbações dimensionais nos céus. Parece que nossos amigos do submundo estão ficando impacientes."</w:t>
      </w:r>
    </w:p>
    <w:p w14:paraId="73BAD63A" w14:textId="77777777" w:rsidR="002355BD" w:rsidRPr="001179E8" w:rsidRDefault="00000000">
      <w:pPr>
        <w:rPr>
          <w:lang w:val="pt-BR"/>
        </w:rPr>
      </w:pPr>
      <w:r w:rsidRPr="001179E8">
        <w:rPr>
          <w:lang w:val="pt-BR"/>
        </w:rPr>
        <w:br/>
      </w:r>
    </w:p>
    <w:p w14:paraId="61B954E5" w14:textId="77777777" w:rsidR="002355BD" w:rsidRPr="001179E8" w:rsidRDefault="00000000">
      <w:pPr>
        <w:rPr>
          <w:lang w:val="pt-BR"/>
        </w:rPr>
      </w:pPr>
      <w:r w:rsidRPr="001179E8">
        <w:rPr>
          <w:lang w:val="pt-BR"/>
        </w:rPr>
        <w:t>Luke e Elaine trocaram olhares preocupados antes de se levantarem para seguir Ricardo até a sala de comando.</w:t>
      </w:r>
    </w:p>
    <w:p w14:paraId="1DFACFB4" w14:textId="77777777" w:rsidR="002355BD" w:rsidRPr="001179E8" w:rsidRDefault="00000000">
      <w:pPr>
        <w:rPr>
          <w:lang w:val="pt-BR"/>
        </w:rPr>
      </w:pPr>
      <w:r w:rsidRPr="001179E8">
        <w:rPr>
          <w:lang w:val="pt-BR"/>
        </w:rPr>
        <w:br/>
      </w:r>
    </w:p>
    <w:p w14:paraId="39FEDF31" w14:textId="77777777" w:rsidR="002355BD" w:rsidRPr="001179E8" w:rsidRDefault="00000000">
      <w:pPr>
        <w:rPr>
          <w:lang w:val="pt-BR"/>
        </w:rPr>
      </w:pPr>
      <w:r w:rsidRPr="001179E8">
        <w:rPr>
          <w:lang w:val="pt-BR"/>
        </w:rPr>
        <w:t>---</w:t>
      </w:r>
    </w:p>
    <w:p w14:paraId="01C53A7D" w14:textId="77777777" w:rsidR="002355BD" w:rsidRPr="001179E8" w:rsidRDefault="00000000">
      <w:pPr>
        <w:rPr>
          <w:lang w:val="pt-BR"/>
        </w:rPr>
      </w:pPr>
      <w:r w:rsidRPr="001179E8">
        <w:rPr>
          <w:lang w:val="pt-BR"/>
        </w:rPr>
        <w:lastRenderedPageBreak/>
        <w:br/>
      </w:r>
    </w:p>
    <w:p w14:paraId="06617F2B" w14:textId="77777777" w:rsidR="002355BD" w:rsidRPr="001179E8" w:rsidRDefault="00000000">
      <w:pPr>
        <w:rPr>
          <w:lang w:val="pt-BR"/>
        </w:rPr>
      </w:pPr>
      <w:r w:rsidRPr="001179E8">
        <w:rPr>
          <w:lang w:val="pt-BR"/>
        </w:rPr>
        <w:t>A sala de comando estava lotada quando chegaram. O General Vance estava no centro, cercado por hologramas mostrando mapas e leituras de energia. Art e Linda estavam a um lado, conversando intensamente com o que parecia ser um representante dos Alados através de uma tela. Nicole estava em outra estação, coordenando com equipes de segurança.</w:t>
      </w:r>
    </w:p>
    <w:p w14:paraId="6558391D" w14:textId="77777777" w:rsidR="002355BD" w:rsidRPr="001179E8" w:rsidRDefault="00000000">
      <w:pPr>
        <w:rPr>
          <w:lang w:val="pt-BR"/>
        </w:rPr>
      </w:pPr>
      <w:r w:rsidRPr="001179E8">
        <w:rPr>
          <w:lang w:val="pt-BR"/>
        </w:rPr>
        <w:br/>
      </w:r>
    </w:p>
    <w:p w14:paraId="0493E99E" w14:textId="77777777" w:rsidR="002355BD" w:rsidRPr="001179E8" w:rsidRDefault="00000000">
      <w:pPr>
        <w:rPr>
          <w:lang w:val="pt-BR"/>
        </w:rPr>
      </w:pPr>
      <w:r w:rsidRPr="001179E8">
        <w:rPr>
          <w:lang w:val="pt-BR"/>
        </w:rPr>
        <w:t>"Ah, vocês chegaram," disse o General quando os viu. "Precisamos de sua análise."</w:t>
      </w:r>
    </w:p>
    <w:p w14:paraId="3975FFA8" w14:textId="77777777" w:rsidR="002355BD" w:rsidRPr="001179E8" w:rsidRDefault="00000000">
      <w:pPr>
        <w:rPr>
          <w:lang w:val="pt-BR"/>
        </w:rPr>
      </w:pPr>
      <w:r w:rsidRPr="001179E8">
        <w:rPr>
          <w:lang w:val="pt-BR"/>
        </w:rPr>
        <w:br/>
      </w:r>
    </w:p>
    <w:p w14:paraId="7EDD9EC7" w14:textId="77777777" w:rsidR="002355BD" w:rsidRPr="001179E8" w:rsidRDefault="00000000">
      <w:pPr>
        <w:rPr>
          <w:lang w:val="pt-BR"/>
        </w:rPr>
      </w:pPr>
      <w:r w:rsidRPr="001179E8">
        <w:rPr>
          <w:lang w:val="pt-BR"/>
        </w:rPr>
        <w:t>Luke se aproximou dos hologramas, estudando os dados rapidamente. "São padrões similares aos que vimos do fragmento," observou ele. "Mas em escala muito maior."</w:t>
      </w:r>
    </w:p>
    <w:p w14:paraId="172134D4" w14:textId="77777777" w:rsidR="002355BD" w:rsidRPr="001179E8" w:rsidRDefault="00000000">
      <w:pPr>
        <w:rPr>
          <w:lang w:val="pt-BR"/>
        </w:rPr>
      </w:pPr>
      <w:r w:rsidRPr="001179E8">
        <w:rPr>
          <w:lang w:val="pt-BR"/>
        </w:rPr>
        <w:br/>
      </w:r>
    </w:p>
    <w:p w14:paraId="6FF4584B" w14:textId="77777777" w:rsidR="002355BD" w:rsidRPr="001179E8" w:rsidRDefault="00000000">
      <w:pPr>
        <w:rPr>
          <w:lang w:val="pt-BR"/>
        </w:rPr>
      </w:pPr>
      <w:r w:rsidRPr="001179E8">
        <w:rPr>
          <w:lang w:val="pt-BR"/>
        </w:rPr>
        <w:t>"E distribuídos em um padrão específico," acrescentou Elaine, apontando para vários pontos no mapa. "Não é aleatório."</w:t>
      </w:r>
    </w:p>
    <w:p w14:paraId="0BEC26B1" w14:textId="77777777" w:rsidR="002355BD" w:rsidRPr="001179E8" w:rsidRDefault="00000000">
      <w:pPr>
        <w:rPr>
          <w:lang w:val="pt-BR"/>
        </w:rPr>
      </w:pPr>
      <w:r w:rsidRPr="001179E8">
        <w:rPr>
          <w:lang w:val="pt-BR"/>
        </w:rPr>
        <w:br/>
      </w:r>
    </w:p>
    <w:p w14:paraId="7D950813" w14:textId="77777777" w:rsidR="002355BD" w:rsidRPr="001179E8" w:rsidRDefault="00000000">
      <w:pPr>
        <w:rPr>
          <w:lang w:val="pt-BR"/>
        </w:rPr>
      </w:pPr>
      <w:r w:rsidRPr="001179E8">
        <w:rPr>
          <w:lang w:val="pt-BR"/>
        </w:rPr>
        <w:t>"Parece quase como..." Luke traçou linhas invisíveis entre os pontos, sua mente trabalhando rapidamente. "Um círculo. Ou melhor, um pentágono."</w:t>
      </w:r>
    </w:p>
    <w:p w14:paraId="5963AE72" w14:textId="77777777" w:rsidR="002355BD" w:rsidRPr="001179E8" w:rsidRDefault="00000000">
      <w:pPr>
        <w:rPr>
          <w:lang w:val="pt-BR"/>
        </w:rPr>
      </w:pPr>
      <w:r w:rsidRPr="001179E8">
        <w:rPr>
          <w:lang w:val="pt-BR"/>
        </w:rPr>
        <w:br/>
      </w:r>
    </w:p>
    <w:p w14:paraId="60283AD5" w14:textId="77777777" w:rsidR="002355BD" w:rsidRPr="001179E8" w:rsidRDefault="00000000">
      <w:pPr>
        <w:rPr>
          <w:lang w:val="pt-BR"/>
        </w:rPr>
      </w:pPr>
      <w:r w:rsidRPr="001179E8">
        <w:rPr>
          <w:lang w:val="pt-BR"/>
        </w:rPr>
        <w:t>"Um ritual," disse Elaine, sua voz baixa e tensa. "Eles estão preparando um ritual de invocação em grande escala."</w:t>
      </w:r>
    </w:p>
    <w:p w14:paraId="0265DB0B" w14:textId="77777777" w:rsidR="002355BD" w:rsidRPr="001179E8" w:rsidRDefault="00000000">
      <w:pPr>
        <w:rPr>
          <w:lang w:val="pt-BR"/>
        </w:rPr>
      </w:pPr>
      <w:r w:rsidRPr="001179E8">
        <w:rPr>
          <w:lang w:val="pt-BR"/>
        </w:rPr>
        <w:br/>
      </w:r>
    </w:p>
    <w:p w14:paraId="1890EA6C" w14:textId="77777777" w:rsidR="002355BD" w:rsidRPr="001179E8" w:rsidRDefault="00000000">
      <w:pPr>
        <w:rPr>
          <w:lang w:val="pt-BR"/>
        </w:rPr>
      </w:pPr>
      <w:r w:rsidRPr="001179E8">
        <w:rPr>
          <w:lang w:val="pt-BR"/>
        </w:rPr>
        <w:t>O General Vance franziu a testa. "Explique."</w:t>
      </w:r>
    </w:p>
    <w:p w14:paraId="0A7DF846" w14:textId="77777777" w:rsidR="002355BD" w:rsidRPr="001179E8" w:rsidRDefault="00000000">
      <w:pPr>
        <w:rPr>
          <w:lang w:val="pt-BR"/>
        </w:rPr>
      </w:pPr>
      <w:r w:rsidRPr="001179E8">
        <w:rPr>
          <w:lang w:val="pt-BR"/>
        </w:rPr>
        <w:br/>
      </w:r>
    </w:p>
    <w:p w14:paraId="1DAA410A" w14:textId="77777777" w:rsidR="002355BD" w:rsidRPr="001179E8" w:rsidRDefault="00000000">
      <w:pPr>
        <w:rPr>
          <w:lang w:val="pt-BR"/>
        </w:rPr>
      </w:pPr>
      <w:r w:rsidRPr="001179E8">
        <w:rPr>
          <w:lang w:val="pt-BR"/>
        </w:rPr>
        <w:t>"No submundo, rituais de poder frequentemente usam geometria sagrada," explicou Elaine. "Pentágonos são particularmente poderosos para abrir portais entre dimensões."</w:t>
      </w:r>
    </w:p>
    <w:p w14:paraId="278DEB89" w14:textId="77777777" w:rsidR="002355BD" w:rsidRPr="001179E8" w:rsidRDefault="00000000">
      <w:pPr>
        <w:rPr>
          <w:lang w:val="pt-BR"/>
        </w:rPr>
      </w:pPr>
      <w:r w:rsidRPr="001179E8">
        <w:rPr>
          <w:lang w:val="pt-BR"/>
        </w:rPr>
        <w:lastRenderedPageBreak/>
        <w:br/>
      </w:r>
    </w:p>
    <w:p w14:paraId="0A91A484" w14:textId="77777777" w:rsidR="002355BD" w:rsidRPr="001179E8" w:rsidRDefault="00000000">
      <w:pPr>
        <w:rPr>
          <w:lang w:val="pt-BR"/>
        </w:rPr>
      </w:pPr>
      <w:r w:rsidRPr="001179E8">
        <w:rPr>
          <w:lang w:val="pt-BR"/>
        </w:rPr>
        <w:t>"Então eles estão criando pontos de ancoragem," concluiu Art, juntando-se à conversa. "Preparando o terreno para algo maior."</w:t>
      </w:r>
    </w:p>
    <w:p w14:paraId="106102D8" w14:textId="77777777" w:rsidR="002355BD" w:rsidRPr="001179E8" w:rsidRDefault="00000000">
      <w:pPr>
        <w:rPr>
          <w:lang w:val="pt-BR"/>
        </w:rPr>
      </w:pPr>
      <w:r w:rsidRPr="001179E8">
        <w:rPr>
          <w:lang w:val="pt-BR"/>
        </w:rPr>
        <w:br/>
      </w:r>
    </w:p>
    <w:p w14:paraId="74B6D65B" w14:textId="77777777" w:rsidR="002355BD" w:rsidRPr="001179E8" w:rsidRDefault="00000000">
      <w:pPr>
        <w:rPr>
          <w:lang w:val="pt-BR"/>
        </w:rPr>
      </w:pPr>
      <w:r w:rsidRPr="001179E8">
        <w:rPr>
          <w:lang w:val="pt-BR"/>
        </w:rPr>
        <w:t>"Quanto tempo temos?" perguntou o General.</w:t>
      </w:r>
    </w:p>
    <w:p w14:paraId="254A629D" w14:textId="77777777" w:rsidR="002355BD" w:rsidRPr="001179E8" w:rsidRDefault="00000000">
      <w:pPr>
        <w:rPr>
          <w:lang w:val="pt-BR"/>
        </w:rPr>
      </w:pPr>
      <w:r w:rsidRPr="001179E8">
        <w:rPr>
          <w:lang w:val="pt-BR"/>
        </w:rPr>
        <w:br/>
      </w:r>
    </w:p>
    <w:p w14:paraId="31B5D6C3" w14:textId="77777777" w:rsidR="002355BD" w:rsidRPr="001179E8" w:rsidRDefault="00000000">
      <w:pPr>
        <w:rPr>
          <w:lang w:val="pt-BR"/>
        </w:rPr>
      </w:pPr>
      <w:r w:rsidRPr="001179E8">
        <w:rPr>
          <w:lang w:val="pt-BR"/>
        </w:rPr>
        <w:t>Luke estudou os dados, calculando rapidamente. "Pela taxa de crescimento das perturbações... três dias, talvez quatro."</w:t>
      </w:r>
    </w:p>
    <w:p w14:paraId="27FCB362" w14:textId="77777777" w:rsidR="002355BD" w:rsidRPr="001179E8" w:rsidRDefault="00000000">
      <w:pPr>
        <w:rPr>
          <w:lang w:val="pt-BR"/>
        </w:rPr>
      </w:pPr>
      <w:r w:rsidRPr="001179E8">
        <w:rPr>
          <w:lang w:val="pt-BR"/>
        </w:rPr>
        <w:br/>
      </w:r>
    </w:p>
    <w:p w14:paraId="247A8774" w14:textId="77777777" w:rsidR="002355BD" w:rsidRPr="001179E8" w:rsidRDefault="00000000">
      <w:pPr>
        <w:rPr>
          <w:lang w:val="pt-BR"/>
        </w:rPr>
      </w:pPr>
      <w:r w:rsidRPr="001179E8">
        <w:rPr>
          <w:lang w:val="pt-BR"/>
        </w:rPr>
        <w:t>"Não é tempo suficiente para evacuar as cidades afetadas," disse Linda, preocupação evidente em sua voz.</w:t>
      </w:r>
    </w:p>
    <w:p w14:paraId="0BAB203F" w14:textId="77777777" w:rsidR="002355BD" w:rsidRPr="001179E8" w:rsidRDefault="00000000">
      <w:pPr>
        <w:rPr>
          <w:lang w:val="pt-BR"/>
        </w:rPr>
      </w:pPr>
      <w:r w:rsidRPr="001179E8">
        <w:rPr>
          <w:lang w:val="pt-BR"/>
        </w:rPr>
        <w:br/>
      </w:r>
    </w:p>
    <w:p w14:paraId="3F00BFB8" w14:textId="77777777" w:rsidR="002355BD" w:rsidRPr="001179E8" w:rsidRDefault="00000000">
      <w:pPr>
        <w:rPr>
          <w:lang w:val="pt-BR"/>
        </w:rPr>
      </w:pPr>
      <w:r w:rsidRPr="001179E8">
        <w:rPr>
          <w:lang w:val="pt-BR"/>
        </w:rPr>
        <w:t>"Então precisamos impedir que o ritual seja completado," declarou o General. "Art, Linda, quero que vocês coordenem com os cinco reinos, vejam que forças podem disponibilizar. Nicole, Ricardo, preparem os Primordiais para combate."</w:t>
      </w:r>
    </w:p>
    <w:p w14:paraId="1AC7BD7A" w14:textId="77777777" w:rsidR="002355BD" w:rsidRPr="001179E8" w:rsidRDefault="00000000">
      <w:pPr>
        <w:rPr>
          <w:lang w:val="pt-BR"/>
        </w:rPr>
      </w:pPr>
      <w:r w:rsidRPr="001179E8">
        <w:rPr>
          <w:lang w:val="pt-BR"/>
        </w:rPr>
        <w:br/>
      </w:r>
    </w:p>
    <w:p w14:paraId="7BBCBDAB" w14:textId="77777777" w:rsidR="002355BD" w:rsidRPr="001179E8" w:rsidRDefault="00000000">
      <w:pPr>
        <w:rPr>
          <w:lang w:val="pt-BR"/>
        </w:rPr>
      </w:pPr>
      <w:r w:rsidRPr="001179E8">
        <w:rPr>
          <w:lang w:val="pt-BR"/>
        </w:rPr>
        <w:t>Todos assentiram, já se movendo para cumprir suas ordens.</w:t>
      </w:r>
    </w:p>
    <w:p w14:paraId="12C54CD9" w14:textId="77777777" w:rsidR="002355BD" w:rsidRPr="001179E8" w:rsidRDefault="00000000">
      <w:pPr>
        <w:rPr>
          <w:lang w:val="pt-BR"/>
        </w:rPr>
      </w:pPr>
      <w:r w:rsidRPr="001179E8">
        <w:rPr>
          <w:lang w:val="pt-BR"/>
        </w:rPr>
        <w:br/>
      </w:r>
    </w:p>
    <w:p w14:paraId="3621E0E6" w14:textId="77777777" w:rsidR="002355BD" w:rsidRPr="001179E8" w:rsidRDefault="00000000">
      <w:pPr>
        <w:rPr>
          <w:lang w:val="pt-BR"/>
        </w:rPr>
      </w:pPr>
      <w:r w:rsidRPr="001179E8">
        <w:rPr>
          <w:lang w:val="pt-BR"/>
        </w:rPr>
        <w:t>"Luke, Elaine," continuou o General, "vocês dois compreenderam melhor o código de Abyzoth do que qualquer um. Precisamos de uma maneira de interromper o ritual, ou pelo menos atrasar o suficiente para evacuarmos os civis."</w:t>
      </w:r>
    </w:p>
    <w:p w14:paraId="4CBD96A5" w14:textId="77777777" w:rsidR="002355BD" w:rsidRPr="001179E8" w:rsidRDefault="00000000">
      <w:pPr>
        <w:rPr>
          <w:lang w:val="pt-BR"/>
        </w:rPr>
      </w:pPr>
      <w:r w:rsidRPr="001179E8">
        <w:rPr>
          <w:lang w:val="pt-BR"/>
        </w:rPr>
        <w:br/>
      </w:r>
    </w:p>
    <w:p w14:paraId="20490F89" w14:textId="77777777" w:rsidR="002355BD" w:rsidRPr="001179E8" w:rsidRDefault="00000000">
      <w:pPr>
        <w:rPr>
          <w:lang w:val="pt-BR"/>
        </w:rPr>
      </w:pPr>
      <w:r w:rsidRPr="001179E8">
        <w:rPr>
          <w:lang w:val="pt-BR"/>
        </w:rPr>
        <w:t>"Trabalharemos nisso, senhor," respondeu Luke.</w:t>
      </w:r>
    </w:p>
    <w:p w14:paraId="2DE5BB36" w14:textId="77777777" w:rsidR="002355BD" w:rsidRPr="001179E8" w:rsidRDefault="00000000">
      <w:pPr>
        <w:rPr>
          <w:lang w:val="pt-BR"/>
        </w:rPr>
      </w:pPr>
      <w:r w:rsidRPr="001179E8">
        <w:rPr>
          <w:lang w:val="pt-BR"/>
        </w:rPr>
        <w:br/>
      </w:r>
    </w:p>
    <w:p w14:paraId="614BC22F" w14:textId="77777777" w:rsidR="002355BD" w:rsidRPr="001179E8" w:rsidRDefault="00000000">
      <w:pPr>
        <w:rPr>
          <w:lang w:val="pt-BR"/>
        </w:rPr>
      </w:pPr>
      <w:r w:rsidRPr="001179E8">
        <w:rPr>
          <w:lang w:val="pt-BR"/>
        </w:rPr>
        <w:lastRenderedPageBreak/>
        <w:t>Enquanto todos se dispersavam para suas tarefas, Luke notou que Elaine havia ficado estranhamente quieta, seu olhar distante.</w:t>
      </w:r>
    </w:p>
    <w:p w14:paraId="32656E6D" w14:textId="77777777" w:rsidR="002355BD" w:rsidRPr="001179E8" w:rsidRDefault="00000000">
      <w:pPr>
        <w:rPr>
          <w:lang w:val="pt-BR"/>
        </w:rPr>
      </w:pPr>
      <w:r w:rsidRPr="001179E8">
        <w:rPr>
          <w:lang w:val="pt-BR"/>
        </w:rPr>
        <w:br/>
      </w:r>
    </w:p>
    <w:p w14:paraId="784A0DE8" w14:textId="77777777" w:rsidR="002355BD" w:rsidRPr="001179E8" w:rsidRDefault="00000000">
      <w:pPr>
        <w:rPr>
          <w:lang w:val="pt-BR"/>
        </w:rPr>
      </w:pPr>
      <w:r w:rsidRPr="001179E8">
        <w:rPr>
          <w:lang w:val="pt-BR"/>
        </w:rPr>
        <w:t>"Está tudo bem?" perguntou ele baixinho.</w:t>
      </w:r>
    </w:p>
    <w:p w14:paraId="4C0473F8" w14:textId="77777777" w:rsidR="002355BD" w:rsidRPr="001179E8" w:rsidRDefault="00000000">
      <w:pPr>
        <w:rPr>
          <w:lang w:val="pt-BR"/>
        </w:rPr>
      </w:pPr>
      <w:r w:rsidRPr="001179E8">
        <w:rPr>
          <w:lang w:val="pt-BR"/>
        </w:rPr>
        <w:br/>
      </w:r>
    </w:p>
    <w:p w14:paraId="61E1C024" w14:textId="77777777" w:rsidR="002355BD" w:rsidRPr="001179E8" w:rsidRDefault="00000000">
      <w:pPr>
        <w:rPr>
          <w:lang w:val="pt-BR"/>
        </w:rPr>
      </w:pPr>
      <w:r w:rsidRPr="001179E8">
        <w:rPr>
          <w:lang w:val="pt-BR"/>
        </w:rPr>
        <w:t>Elaine piscou, como se saindo de um transe. "Sim, apenas... pensando. Conheço esse ritual. Vi os Lordes das Sombras realizá-lo em escala menor." Ela olhou para Luke, uma determinação nova em seus olhos. "Posso ajudar a interrompê-lo, mas precisarei de acesso a certos materiais."</w:t>
      </w:r>
    </w:p>
    <w:p w14:paraId="2C95171F" w14:textId="77777777" w:rsidR="002355BD" w:rsidRPr="001179E8" w:rsidRDefault="00000000">
      <w:pPr>
        <w:rPr>
          <w:lang w:val="pt-BR"/>
        </w:rPr>
      </w:pPr>
      <w:r w:rsidRPr="001179E8">
        <w:rPr>
          <w:lang w:val="pt-BR"/>
        </w:rPr>
        <w:br/>
      </w:r>
    </w:p>
    <w:p w14:paraId="6EA4C545" w14:textId="77777777" w:rsidR="002355BD" w:rsidRPr="001179E8" w:rsidRDefault="00000000">
      <w:pPr>
        <w:rPr>
          <w:lang w:val="pt-BR"/>
        </w:rPr>
      </w:pPr>
      <w:r w:rsidRPr="001179E8">
        <w:rPr>
          <w:lang w:val="pt-BR"/>
        </w:rPr>
        <w:t>"Que tipo de materiais?"</w:t>
      </w:r>
    </w:p>
    <w:p w14:paraId="4230CD12" w14:textId="77777777" w:rsidR="002355BD" w:rsidRPr="001179E8" w:rsidRDefault="00000000">
      <w:pPr>
        <w:rPr>
          <w:lang w:val="pt-BR"/>
        </w:rPr>
      </w:pPr>
      <w:r w:rsidRPr="001179E8">
        <w:rPr>
          <w:lang w:val="pt-BR"/>
        </w:rPr>
        <w:br/>
      </w:r>
    </w:p>
    <w:p w14:paraId="6537FFAE" w14:textId="77777777" w:rsidR="002355BD" w:rsidRPr="001179E8" w:rsidRDefault="00000000">
      <w:pPr>
        <w:rPr>
          <w:lang w:val="pt-BR"/>
        </w:rPr>
      </w:pPr>
      <w:r w:rsidRPr="001179E8">
        <w:rPr>
          <w:lang w:val="pt-BR"/>
        </w:rPr>
        <w:t>"Elementos que possam contrariar a energia do submundo. Cristais específicos, metais raros, talvez algumas ervas."</w:t>
      </w:r>
    </w:p>
    <w:p w14:paraId="3058B5BD" w14:textId="77777777" w:rsidR="002355BD" w:rsidRPr="001179E8" w:rsidRDefault="00000000">
      <w:pPr>
        <w:rPr>
          <w:lang w:val="pt-BR"/>
        </w:rPr>
      </w:pPr>
      <w:r w:rsidRPr="001179E8">
        <w:rPr>
          <w:lang w:val="pt-BR"/>
        </w:rPr>
        <w:br/>
      </w:r>
    </w:p>
    <w:p w14:paraId="5640F358" w14:textId="77777777" w:rsidR="002355BD" w:rsidRPr="001179E8" w:rsidRDefault="00000000">
      <w:pPr>
        <w:rPr>
          <w:lang w:val="pt-BR"/>
        </w:rPr>
      </w:pPr>
      <w:r w:rsidRPr="001179E8">
        <w:rPr>
          <w:lang w:val="pt-BR"/>
        </w:rPr>
        <w:t>Luke assentiu. "Falarei com o General. Se isso pode nos dar uma vantagem, ele aprovará."</w:t>
      </w:r>
    </w:p>
    <w:p w14:paraId="14C44F16" w14:textId="77777777" w:rsidR="002355BD" w:rsidRPr="001179E8" w:rsidRDefault="00000000">
      <w:pPr>
        <w:rPr>
          <w:lang w:val="pt-BR"/>
        </w:rPr>
      </w:pPr>
      <w:r w:rsidRPr="001179E8">
        <w:rPr>
          <w:lang w:val="pt-BR"/>
        </w:rPr>
        <w:br/>
      </w:r>
    </w:p>
    <w:p w14:paraId="4A1AC9D8" w14:textId="77777777" w:rsidR="002355BD" w:rsidRPr="001179E8" w:rsidRDefault="00000000">
      <w:pPr>
        <w:rPr>
          <w:lang w:val="pt-BR"/>
        </w:rPr>
      </w:pPr>
      <w:r w:rsidRPr="001179E8">
        <w:rPr>
          <w:lang w:val="pt-BR"/>
        </w:rPr>
        <w:t>Elaine sorriu, um sorriso genuíno que iluminou seu rosto de uma maneira que Luke não havia visto antes. "Obrigada por confiar em mim."</w:t>
      </w:r>
    </w:p>
    <w:p w14:paraId="00BE4EEC" w14:textId="77777777" w:rsidR="002355BD" w:rsidRPr="001179E8" w:rsidRDefault="00000000">
      <w:pPr>
        <w:rPr>
          <w:lang w:val="pt-BR"/>
        </w:rPr>
      </w:pPr>
      <w:r w:rsidRPr="001179E8">
        <w:rPr>
          <w:lang w:val="pt-BR"/>
        </w:rPr>
        <w:br/>
      </w:r>
    </w:p>
    <w:p w14:paraId="1FE652FB" w14:textId="77777777" w:rsidR="002355BD" w:rsidRPr="001179E8" w:rsidRDefault="00000000">
      <w:pPr>
        <w:rPr>
          <w:lang w:val="pt-BR"/>
        </w:rPr>
      </w:pPr>
      <w:r w:rsidRPr="001179E8">
        <w:rPr>
          <w:lang w:val="pt-BR"/>
        </w:rPr>
        <w:t>"Não estou confiando ainda," corrigiu ele, mas sem hostilidade. "Estou dando uma chance. Há uma diferença."</w:t>
      </w:r>
    </w:p>
    <w:p w14:paraId="620A3735" w14:textId="77777777" w:rsidR="002355BD" w:rsidRPr="001179E8" w:rsidRDefault="00000000">
      <w:pPr>
        <w:rPr>
          <w:lang w:val="pt-BR"/>
        </w:rPr>
      </w:pPr>
      <w:r w:rsidRPr="001179E8">
        <w:rPr>
          <w:lang w:val="pt-BR"/>
        </w:rPr>
        <w:br/>
      </w:r>
    </w:p>
    <w:p w14:paraId="3CF4D14C" w14:textId="77777777" w:rsidR="002355BD" w:rsidRPr="001179E8" w:rsidRDefault="00000000">
      <w:pPr>
        <w:rPr>
          <w:lang w:val="pt-BR"/>
        </w:rPr>
      </w:pPr>
      <w:r w:rsidRPr="001179E8">
        <w:rPr>
          <w:lang w:val="pt-BR"/>
        </w:rPr>
        <w:t>"Uma chance é tudo que peço," respondeu ela suavemente.</w:t>
      </w:r>
    </w:p>
    <w:p w14:paraId="170E1519" w14:textId="77777777" w:rsidR="002355BD" w:rsidRPr="001179E8" w:rsidRDefault="00000000">
      <w:pPr>
        <w:rPr>
          <w:lang w:val="pt-BR"/>
        </w:rPr>
      </w:pPr>
      <w:r w:rsidRPr="001179E8">
        <w:rPr>
          <w:lang w:val="pt-BR"/>
        </w:rPr>
        <w:lastRenderedPageBreak/>
        <w:br/>
      </w:r>
    </w:p>
    <w:p w14:paraId="124C144F" w14:textId="77777777" w:rsidR="002355BD" w:rsidRPr="001179E8" w:rsidRDefault="00000000">
      <w:pPr>
        <w:rPr>
          <w:lang w:val="pt-BR"/>
        </w:rPr>
      </w:pPr>
      <w:r w:rsidRPr="001179E8">
        <w:rPr>
          <w:lang w:val="pt-BR"/>
        </w:rPr>
        <w:t>Enquanto saíam da sala de comando juntos, Luke não pôde deixar de notar como os outros olhavam para eles – Nicole com cautela, Ricardo com um sorriso conhecedor, Art com curiosidade. Em apenas três dias, ele e Elaine haviam se tornado uma unidade de trabalho, uma parceria que outros já começavam a reconhecer.</w:t>
      </w:r>
    </w:p>
    <w:p w14:paraId="0BB3E555" w14:textId="77777777" w:rsidR="002355BD" w:rsidRPr="001179E8" w:rsidRDefault="00000000">
      <w:pPr>
        <w:rPr>
          <w:lang w:val="pt-BR"/>
        </w:rPr>
      </w:pPr>
      <w:r w:rsidRPr="001179E8">
        <w:rPr>
          <w:lang w:val="pt-BR"/>
        </w:rPr>
        <w:br/>
      </w:r>
    </w:p>
    <w:p w14:paraId="0F719E10" w14:textId="77777777" w:rsidR="002355BD" w:rsidRPr="001179E8" w:rsidRDefault="00000000">
      <w:pPr>
        <w:rPr>
          <w:lang w:val="pt-BR"/>
        </w:rPr>
      </w:pPr>
      <w:r w:rsidRPr="001179E8">
        <w:rPr>
          <w:lang w:val="pt-BR"/>
        </w:rPr>
        <w:t>E apesar de todas as suas reservas, de todos os seus instintos de detetive gritando para manter distância emocional, Luke não podia negar que havia algo em Elaine Nocturne que o atraía – não apenas sua beleza óbvia, mas sua resiliência, sua inteligência, e aqueles raros momentos de vulnerabilidade genuína que ela permitia que ele visse.</w:t>
      </w:r>
    </w:p>
    <w:p w14:paraId="14C9776C" w14:textId="77777777" w:rsidR="002355BD" w:rsidRPr="001179E8" w:rsidRDefault="00000000">
      <w:pPr>
        <w:rPr>
          <w:lang w:val="pt-BR"/>
        </w:rPr>
      </w:pPr>
      <w:r w:rsidRPr="001179E8">
        <w:rPr>
          <w:lang w:val="pt-BR"/>
        </w:rPr>
        <w:br/>
      </w:r>
    </w:p>
    <w:p w14:paraId="0FF73923" w14:textId="77777777" w:rsidR="002355BD" w:rsidRPr="001179E8" w:rsidRDefault="00000000">
      <w:pPr>
        <w:rPr>
          <w:lang w:val="pt-BR"/>
        </w:rPr>
      </w:pPr>
      <w:r w:rsidRPr="001179E8">
        <w:rPr>
          <w:lang w:val="pt-BR"/>
        </w:rPr>
        <w:t>Mas confiança? Isso ainda estava por ser conquistado. E com uma ameaça interdimensional se aproximando rapidamente, Luke não tinha certeza se haveria tempo suficiente para isso.</w:t>
      </w:r>
    </w:p>
    <w:p w14:paraId="1A57B175" w14:textId="77777777" w:rsidR="002355BD" w:rsidRPr="001179E8" w:rsidRDefault="00000000">
      <w:pPr>
        <w:rPr>
          <w:lang w:val="pt-BR"/>
        </w:rPr>
      </w:pPr>
      <w:r w:rsidRPr="001179E8">
        <w:rPr>
          <w:lang w:val="pt-BR"/>
        </w:rPr>
        <w:br/>
      </w:r>
    </w:p>
    <w:p w14:paraId="313FA2C2" w14:textId="77777777" w:rsidR="002355BD" w:rsidRPr="001179E8" w:rsidRDefault="00000000">
      <w:pPr>
        <w:rPr>
          <w:lang w:val="pt-BR"/>
        </w:rPr>
      </w:pPr>
      <w:r w:rsidRPr="001179E8">
        <w:rPr>
          <w:lang w:val="pt-BR"/>
        </w:rPr>
        <w:t>O que ele não sabia era que o tempo – e sua percepção dele – logo se tornaria muito mais complicado do que jamais poderia imaginar.</w:t>
      </w:r>
    </w:p>
    <w:p w14:paraId="7153AA5D" w14:textId="77777777" w:rsidR="002355BD" w:rsidRPr="001179E8" w:rsidRDefault="002355BD">
      <w:pPr>
        <w:rPr>
          <w:lang w:val="pt-BR"/>
        </w:rPr>
      </w:pPr>
    </w:p>
    <w:p w14:paraId="31BBB356" w14:textId="77777777" w:rsidR="002355BD" w:rsidRPr="001179E8" w:rsidRDefault="00000000">
      <w:pPr>
        <w:rPr>
          <w:lang w:val="pt-BR"/>
        </w:rPr>
      </w:pPr>
      <w:r w:rsidRPr="001179E8">
        <w:rPr>
          <w:lang w:val="pt-BR"/>
        </w:rPr>
        <w:t>Os dias que se seguiram à primeira interação mais direta entre Luke e Elaine foram marcados por uma dinâmica peculiar. Elaine, fiel à sua natureza provocadora e ao seu objetivo recém-descoberto de "conhecer melhor" o enigmático detetive, parecia estar em toda parte onde Luke estivesse. Se ele estava na sala de treinamento, ela aparecia para "aprender" algumas técnicas de defesa, seus movimentos fluidos e graciosos muitas vezes terminando em contatos "acidentais" que faziam Luke recuar com uma carranca disfarçada. Se ele estava no refeitório, ela se sentava à sua mesa, fazendo perguntas inquisitivas sobre seu passado como detetive, seus olhos azuis brilhando com uma mistura de curiosidade genuína e flerte calculado.</w:t>
      </w:r>
    </w:p>
    <w:p w14:paraId="08DBC655" w14:textId="77777777" w:rsidR="002355BD" w:rsidRPr="001179E8" w:rsidRDefault="00000000">
      <w:pPr>
        <w:rPr>
          <w:lang w:val="pt-BR"/>
        </w:rPr>
      </w:pPr>
      <w:r w:rsidRPr="001179E8">
        <w:rPr>
          <w:lang w:val="pt-BR"/>
        </w:rPr>
        <w:br/>
      </w:r>
    </w:p>
    <w:p w14:paraId="7254676B" w14:textId="77777777" w:rsidR="002355BD" w:rsidRPr="001179E8" w:rsidRDefault="00000000">
      <w:pPr>
        <w:rPr>
          <w:lang w:val="pt-BR"/>
        </w:rPr>
      </w:pPr>
      <w:r w:rsidRPr="001179E8">
        <w:rPr>
          <w:lang w:val="pt-BR"/>
        </w:rPr>
        <w:t xml:space="preserve">Luke, por sua vez, mantinha uma fachada de estoica indiferença, respondendo às suas investidas com monossílabos ou desviava o assunto para o trabalho. No entanto, por baixo da superfície, ele estava cada vez mais intrigado – e, para sua irritação, atraído. Elaine era, sem dúvida, a mulher mais deslumbrante que ele já havia encontrado. Sua beleza era quase </w:t>
      </w:r>
      <w:r w:rsidRPr="001179E8">
        <w:rPr>
          <w:lang w:val="pt-BR"/>
        </w:rPr>
        <w:lastRenderedPageBreak/>
        <w:t>etérea, sobrenatural, e a maneira como ela se movia, como se a gravidade mal a tocasse, era hipnotizante. Mas eram os vislumbres de sua inteligência aguda, sua resiliência e a melancolia oculta em seus olhos que realmente o prendiam.</w:t>
      </w:r>
    </w:p>
    <w:p w14:paraId="2B106B15" w14:textId="77777777" w:rsidR="002355BD" w:rsidRPr="001179E8" w:rsidRDefault="00000000">
      <w:pPr>
        <w:rPr>
          <w:lang w:val="pt-BR"/>
        </w:rPr>
      </w:pPr>
      <w:r w:rsidRPr="001179E8">
        <w:rPr>
          <w:lang w:val="pt-BR"/>
        </w:rPr>
        <w:br/>
      </w:r>
    </w:p>
    <w:p w14:paraId="2FE8DE2B" w14:textId="77777777" w:rsidR="002355BD" w:rsidRPr="001179E8" w:rsidRDefault="00000000">
      <w:pPr>
        <w:rPr>
          <w:lang w:val="pt-BR"/>
        </w:rPr>
      </w:pPr>
      <w:r w:rsidRPr="001179E8">
        <w:rPr>
          <w:lang w:val="pt-BR"/>
        </w:rPr>
        <w:t>"Ela está claramente interessada em você, cara," comentou Ricardo uma tarde, enquanto ele e Luke estavam na oficina de Nitro, supostamente ajudando a calibrar novos sensores, mas na verdade apenas conversando. Art estava por perto, lixando uma peça de armadura.</w:t>
      </w:r>
    </w:p>
    <w:p w14:paraId="139FF3C9" w14:textId="77777777" w:rsidR="002355BD" w:rsidRPr="001179E8" w:rsidRDefault="00000000">
      <w:pPr>
        <w:rPr>
          <w:lang w:val="pt-BR"/>
        </w:rPr>
      </w:pPr>
      <w:r w:rsidRPr="001179E8">
        <w:rPr>
          <w:lang w:val="pt-BR"/>
        </w:rPr>
        <w:br/>
      </w:r>
    </w:p>
    <w:p w14:paraId="7A582987" w14:textId="77777777" w:rsidR="002355BD" w:rsidRPr="001179E8" w:rsidRDefault="00000000">
      <w:pPr>
        <w:rPr>
          <w:lang w:val="pt-BR"/>
        </w:rPr>
      </w:pPr>
      <w:r w:rsidRPr="001179E8">
        <w:rPr>
          <w:lang w:val="pt-BR"/>
        </w:rPr>
        <w:t>Luke suspirou, limpando graxa das mãos. "Ela está interessada em qualquer um que lhe dê atenção, Ric. É a natureza dela, pelo que entendi do submundo."</w:t>
      </w:r>
    </w:p>
    <w:p w14:paraId="233E1323" w14:textId="77777777" w:rsidR="002355BD" w:rsidRPr="001179E8" w:rsidRDefault="00000000">
      <w:pPr>
        <w:rPr>
          <w:lang w:val="pt-BR"/>
        </w:rPr>
      </w:pPr>
      <w:r w:rsidRPr="001179E8">
        <w:rPr>
          <w:lang w:val="pt-BR"/>
        </w:rPr>
        <w:br/>
      </w:r>
    </w:p>
    <w:p w14:paraId="1F70D931" w14:textId="77777777" w:rsidR="002355BD" w:rsidRPr="001179E8" w:rsidRDefault="00000000">
      <w:pPr>
        <w:rPr>
          <w:lang w:val="pt-BR"/>
        </w:rPr>
      </w:pPr>
      <w:r w:rsidRPr="001179E8">
        <w:rPr>
          <w:lang w:val="pt-BR"/>
        </w:rPr>
        <w:t>"Não sei, não," interveio Art, sem levantar os olhos de seu trabalho. "Comigo e com Ric, ela é amigável, até um pouco paqueradora, mas com você... é diferente. Mais intenso. Como se ela tivesse escolhido um alvo."</w:t>
      </w:r>
    </w:p>
    <w:p w14:paraId="4748FE79" w14:textId="77777777" w:rsidR="002355BD" w:rsidRPr="001179E8" w:rsidRDefault="00000000">
      <w:pPr>
        <w:rPr>
          <w:lang w:val="pt-BR"/>
        </w:rPr>
      </w:pPr>
      <w:r w:rsidRPr="001179E8">
        <w:rPr>
          <w:lang w:val="pt-BR"/>
        </w:rPr>
        <w:br/>
      </w:r>
    </w:p>
    <w:p w14:paraId="56574158" w14:textId="77777777" w:rsidR="002355BD" w:rsidRPr="001179E8" w:rsidRDefault="00000000">
      <w:pPr>
        <w:rPr>
          <w:lang w:val="pt-BR"/>
        </w:rPr>
      </w:pPr>
      <w:r w:rsidRPr="001179E8">
        <w:rPr>
          <w:lang w:val="pt-BR"/>
        </w:rPr>
        <w:t>"Um alvo?" Luke ergueu uma sobrancelha. "Não sou um caso para ser resolvido ou um prêmio a ser ganho."</w:t>
      </w:r>
    </w:p>
    <w:p w14:paraId="6C72C18E" w14:textId="77777777" w:rsidR="002355BD" w:rsidRPr="001179E8" w:rsidRDefault="00000000">
      <w:pPr>
        <w:rPr>
          <w:lang w:val="pt-BR"/>
        </w:rPr>
      </w:pPr>
      <w:r w:rsidRPr="001179E8">
        <w:rPr>
          <w:lang w:val="pt-BR"/>
        </w:rPr>
        <w:br/>
      </w:r>
    </w:p>
    <w:p w14:paraId="097856B5" w14:textId="77777777" w:rsidR="002355BD" w:rsidRPr="001179E8" w:rsidRDefault="00000000">
      <w:pPr>
        <w:rPr>
          <w:lang w:val="pt-BR"/>
        </w:rPr>
      </w:pPr>
      <w:r w:rsidRPr="001179E8">
        <w:rPr>
          <w:lang w:val="pt-BR"/>
        </w:rPr>
        <w:t>"Talvez ela não veja assim," disse Ricardo, dando de ombros. "Mas você não pode negar que ela é gata pra caramba. Se eu não estivesse loucamente apaixonado pela minha Chrome, eu certamente..."</w:t>
      </w:r>
    </w:p>
    <w:p w14:paraId="68A30371" w14:textId="77777777" w:rsidR="002355BD" w:rsidRPr="001179E8" w:rsidRDefault="00000000">
      <w:pPr>
        <w:rPr>
          <w:lang w:val="pt-BR"/>
        </w:rPr>
      </w:pPr>
      <w:r w:rsidRPr="001179E8">
        <w:rPr>
          <w:lang w:val="pt-BR"/>
        </w:rPr>
        <w:br/>
      </w:r>
    </w:p>
    <w:p w14:paraId="50C7EDE7" w14:textId="77777777" w:rsidR="002355BD" w:rsidRPr="001179E8" w:rsidRDefault="00000000">
      <w:pPr>
        <w:rPr>
          <w:lang w:val="pt-BR"/>
        </w:rPr>
      </w:pPr>
      <w:r w:rsidRPr="001179E8">
        <w:rPr>
          <w:lang w:val="pt-BR"/>
        </w:rPr>
        <w:t>"Não termine essa frase," advertiu Luke, mas um pequeno sorriso brincou em seus lábios. "Eu sei que ela é bonita, ok? Mas isso não é tudo. Depois de tudo que ela passou, quem ela realmente é por baixo de todas aquelas... miragens?"</w:t>
      </w:r>
    </w:p>
    <w:p w14:paraId="20FE8751" w14:textId="77777777" w:rsidR="002355BD" w:rsidRPr="001179E8" w:rsidRDefault="00000000">
      <w:pPr>
        <w:rPr>
          <w:lang w:val="pt-BR"/>
        </w:rPr>
      </w:pPr>
      <w:r w:rsidRPr="001179E8">
        <w:rPr>
          <w:lang w:val="pt-BR"/>
        </w:rPr>
        <w:br/>
      </w:r>
    </w:p>
    <w:p w14:paraId="5F9A0471" w14:textId="77777777" w:rsidR="002355BD" w:rsidRPr="001179E8" w:rsidRDefault="00000000">
      <w:pPr>
        <w:rPr>
          <w:lang w:val="pt-BR"/>
        </w:rPr>
      </w:pPr>
      <w:r w:rsidRPr="001179E8">
        <w:rPr>
          <w:lang w:val="pt-BR"/>
        </w:rPr>
        <w:lastRenderedPageBreak/>
        <w:t>Art parou de lixar e olhou para Luke com respeito. "Você quer conhecer o caráter dela. Isso é nobre, Luke."</w:t>
      </w:r>
    </w:p>
    <w:p w14:paraId="32A950F9" w14:textId="77777777" w:rsidR="002355BD" w:rsidRPr="001179E8" w:rsidRDefault="00000000">
      <w:pPr>
        <w:rPr>
          <w:lang w:val="pt-BR"/>
        </w:rPr>
      </w:pPr>
      <w:r w:rsidRPr="001179E8">
        <w:rPr>
          <w:lang w:val="pt-BR"/>
        </w:rPr>
        <w:br/>
      </w:r>
    </w:p>
    <w:p w14:paraId="249425D8" w14:textId="77777777" w:rsidR="002355BD" w:rsidRPr="001179E8" w:rsidRDefault="00000000">
      <w:pPr>
        <w:rPr>
          <w:lang w:val="pt-BR"/>
        </w:rPr>
      </w:pPr>
      <w:r w:rsidRPr="001179E8">
        <w:rPr>
          <w:lang w:val="pt-BR"/>
        </w:rPr>
        <w:t>"Não é nobreza, é... cautela," respondeu Luke. "E talvez um pouco de autopreservação. Alguém com os poderes dela, com o passado dela... pode ser perigoso se envolver sem realmente entender quem ela é."</w:t>
      </w:r>
    </w:p>
    <w:p w14:paraId="627C8A96" w14:textId="77777777" w:rsidR="002355BD" w:rsidRPr="001179E8" w:rsidRDefault="00000000">
      <w:pPr>
        <w:rPr>
          <w:lang w:val="pt-BR"/>
        </w:rPr>
      </w:pPr>
      <w:r w:rsidRPr="001179E8">
        <w:rPr>
          <w:lang w:val="pt-BR"/>
        </w:rPr>
        <w:br/>
      </w:r>
    </w:p>
    <w:p w14:paraId="5EDD8265" w14:textId="77777777" w:rsidR="002355BD" w:rsidRPr="001179E8" w:rsidRDefault="00000000">
      <w:pPr>
        <w:rPr>
          <w:lang w:val="pt-BR"/>
        </w:rPr>
      </w:pPr>
      <w:r w:rsidRPr="001179E8">
        <w:rPr>
          <w:lang w:val="pt-BR"/>
        </w:rPr>
        <w:t>"Ou você está com medo de se apaixonar por alguém que não se encaixa no seu molde de ‘normalidade’, detetive?" provocou Ricardo com um sorriso.</w:t>
      </w:r>
    </w:p>
    <w:p w14:paraId="72E037BA" w14:textId="77777777" w:rsidR="002355BD" w:rsidRPr="001179E8" w:rsidRDefault="00000000">
      <w:pPr>
        <w:rPr>
          <w:lang w:val="pt-BR"/>
        </w:rPr>
      </w:pPr>
      <w:r w:rsidRPr="001179E8">
        <w:rPr>
          <w:lang w:val="pt-BR"/>
        </w:rPr>
        <w:br/>
      </w:r>
    </w:p>
    <w:p w14:paraId="1EC6CF03" w14:textId="77777777" w:rsidR="002355BD" w:rsidRPr="001179E8" w:rsidRDefault="00000000">
      <w:pPr>
        <w:rPr>
          <w:lang w:val="pt-BR"/>
        </w:rPr>
      </w:pPr>
      <w:r w:rsidRPr="001179E8">
        <w:rPr>
          <w:lang w:val="pt-BR"/>
        </w:rPr>
        <w:t>Luke jogou um pano sujo em Ricardo, que o pegou rindo. Mas a pergunta pairou no ar, desconfortavelmente próxima da verdade.</w:t>
      </w:r>
    </w:p>
    <w:p w14:paraId="4C00640E" w14:textId="77777777" w:rsidR="002355BD" w:rsidRPr="001179E8" w:rsidRDefault="00000000">
      <w:pPr>
        <w:rPr>
          <w:lang w:val="pt-BR"/>
        </w:rPr>
      </w:pPr>
      <w:r w:rsidRPr="001179E8">
        <w:rPr>
          <w:lang w:val="pt-BR"/>
        </w:rPr>
        <w:br/>
      </w:r>
    </w:p>
    <w:p w14:paraId="460B4F3E" w14:textId="77777777" w:rsidR="002355BD" w:rsidRPr="001179E8" w:rsidRDefault="00000000">
      <w:pPr>
        <w:rPr>
          <w:lang w:val="pt-BR"/>
        </w:rPr>
      </w:pPr>
      <w:r w:rsidRPr="001179E8">
        <w:rPr>
          <w:lang w:val="pt-BR"/>
        </w:rPr>
        <w:t>Enquanto isso, Elaine, percebendo que suas táticas diretas não estavam funcionando com Luke, começou a explorar outras avenidas dentro da G.R.A.I.A. E, para sua surpresa, encontrou uma afinidade inesperada com Nicole e Linda.</w:t>
      </w:r>
    </w:p>
    <w:p w14:paraId="3AEBD56A" w14:textId="77777777" w:rsidR="002355BD" w:rsidRPr="001179E8" w:rsidRDefault="00000000">
      <w:pPr>
        <w:rPr>
          <w:lang w:val="pt-BR"/>
        </w:rPr>
      </w:pPr>
      <w:r w:rsidRPr="001179E8">
        <w:rPr>
          <w:lang w:val="pt-BR"/>
        </w:rPr>
        <w:br/>
      </w:r>
    </w:p>
    <w:p w14:paraId="04671FD3" w14:textId="77777777" w:rsidR="002355BD" w:rsidRPr="001179E8" w:rsidRDefault="00000000">
      <w:pPr>
        <w:rPr>
          <w:lang w:val="pt-BR"/>
        </w:rPr>
      </w:pPr>
      <w:r w:rsidRPr="001179E8">
        <w:rPr>
          <w:lang w:val="pt-BR"/>
        </w:rPr>
        <w:t>As três mulheres começaram a passar mais tempo juntas, inicialmente por acaso, depois por escolha. Nicole, sempre analítica e um pouco reservada, ficou intrigada com os poderes de Elaine e sua perspectiva única sobre o submundo. Linda, com sua natureza empática e curiosidade sobre os reinos místicos, sentiu uma conexão imediata com a história de sobrevivência de Elaine.</w:t>
      </w:r>
    </w:p>
    <w:p w14:paraId="033C8CBD" w14:textId="77777777" w:rsidR="002355BD" w:rsidRPr="001179E8" w:rsidRDefault="00000000">
      <w:pPr>
        <w:rPr>
          <w:lang w:val="pt-BR"/>
        </w:rPr>
      </w:pPr>
      <w:r w:rsidRPr="001179E8">
        <w:rPr>
          <w:lang w:val="pt-BR"/>
        </w:rPr>
        <w:br/>
      </w:r>
    </w:p>
    <w:p w14:paraId="44EFF325" w14:textId="77777777" w:rsidR="002355BD" w:rsidRPr="001179E8" w:rsidRDefault="00000000">
      <w:pPr>
        <w:rPr>
          <w:lang w:val="pt-BR"/>
        </w:rPr>
      </w:pPr>
      <w:r w:rsidRPr="001179E8">
        <w:rPr>
          <w:lang w:val="pt-BR"/>
        </w:rPr>
        <w:t>"É incrível como você consegue mudar sua aparência tão completamente," disse Linda uma tarde, enquanto as três estavam na sala de simulação, observando Elaine se transformar em uma réplica perfeita de Nicole, e depois de Linda, e então em uma criatura alada que nunca haviam visto antes.</w:t>
      </w:r>
    </w:p>
    <w:p w14:paraId="444FAD08" w14:textId="77777777" w:rsidR="002355BD" w:rsidRPr="001179E8" w:rsidRDefault="00000000">
      <w:pPr>
        <w:rPr>
          <w:lang w:val="pt-BR"/>
        </w:rPr>
      </w:pPr>
      <w:r w:rsidRPr="001179E8">
        <w:rPr>
          <w:lang w:val="pt-BR"/>
        </w:rPr>
        <w:br/>
      </w:r>
    </w:p>
    <w:p w14:paraId="3FADED8A" w14:textId="77777777" w:rsidR="002355BD" w:rsidRPr="001179E8" w:rsidRDefault="00000000">
      <w:pPr>
        <w:rPr>
          <w:lang w:val="pt-BR"/>
        </w:rPr>
      </w:pPr>
      <w:r w:rsidRPr="001179E8">
        <w:rPr>
          <w:lang w:val="pt-BR"/>
        </w:rPr>
        <w:lastRenderedPageBreak/>
        <w:t>"É útil para se esconder, ou para se aproximar sem ser notada," respondeu Elaine, voltando à sua forma original. "Mas às vezes... às vezes eu me pergunto quem eu realmente sou por baixo de tudo isso."</w:t>
      </w:r>
    </w:p>
    <w:p w14:paraId="0E7E949D" w14:textId="77777777" w:rsidR="002355BD" w:rsidRPr="001179E8" w:rsidRDefault="00000000">
      <w:pPr>
        <w:rPr>
          <w:lang w:val="pt-BR"/>
        </w:rPr>
      </w:pPr>
      <w:r w:rsidRPr="001179E8">
        <w:rPr>
          <w:lang w:val="pt-BR"/>
        </w:rPr>
        <w:br/>
      </w:r>
    </w:p>
    <w:p w14:paraId="2917F778" w14:textId="77777777" w:rsidR="002355BD" w:rsidRPr="001179E8" w:rsidRDefault="00000000">
      <w:pPr>
        <w:rPr>
          <w:lang w:val="pt-BR"/>
        </w:rPr>
      </w:pPr>
      <w:r w:rsidRPr="001179E8">
        <w:rPr>
          <w:lang w:val="pt-BR"/>
        </w:rPr>
        <w:t>Nicole, que estava monitorando as leituras de energia de Elaine, olhou para ela com uma nova compreensão. "Seus poderes são parte de você, Elaine. Mas não são tudo que você é."</w:t>
      </w:r>
    </w:p>
    <w:p w14:paraId="177D856C" w14:textId="77777777" w:rsidR="002355BD" w:rsidRPr="001179E8" w:rsidRDefault="00000000">
      <w:pPr>
        <w:rPr>
          <w:lang w:val="pt-BR"/>
        </w:rPr>
      </w:pPr>
      <w:r w:rsidRPr="001179E8">
        <w:rPr>
          <w:lang w:val="pt-BR"/>
        </w:rPr>
        <w:br/>
      </w:r>
    </w:p>
    <w:p w14:paraId="45743702" w14:textId="77777777" w:rsidR="002355BD" w:rsidRPr="001179E8" w:rsidRDefault="00000000">
      <w:pPr>
        <w:rPr>
          <w:lang w:val="pt-BR"/>
        </w:rPr>
      </w:pPr>
      <w:r w:rsidRPr="001179E8">
        <w:rPr>
          <w:lang w:val="pt-BR"/>
        </w:rPr>
        <w:t>"Fácil para você dizer," respondeu Elaine com um sorriso triste. "Você tem uma forma metálica, mas todos sabem quem é Nicole Vance por baixo. Eu... eu sou uma miragem. Sempre mudando, nunca realmente sólida."</w:t>
      </w:r>
    </w:p>
    <w:p w14:paraId="166F191A" w14:textId="77777777" w:rsidR="002355BD" w:rsidRPr="001179E8" w:rsidRDefault="00000000">
      <w:pPr>
        <w:rPr>
          <w:lang w:val="pt-BR"/>
        </w:rPr>
      </w:pPr>
      <w:r w:rsidRPr="001179E8">
        <w:rPr>
          <w:lang w:val="pt-BR"/>
        </w:rPr>
        <w:br/>
      </w:r>
    </w:p>
    <w:p w14:paraId="3F22B7F6" w14:textId="77777777" w:rsidR="002355BD" w:rsidRPr="001179E8" w:rsidRDefault="00000000">
      <w:pPr>
        <w:rPr>
          <w:lang w:val="pt-BR"/>
        </w:rPr>
      </w:pPr>
      <w:r w:rsidRPr="001179E8">
        <w:rPr>
          <w:lang w:val="pt-BR"/>
        </w:rPr>
        <w:t>"Isso não é verdade," interveio Linda gentilmente. "Nós vemos você, Elaine. Vemos sua força, sua inteligência. E sua coragem em nos ajudar a escapar do submundo."</w:t>
      </w:r>
    </w:p>
    <w:p w14:paraId="31F83714" w14:textId="77777777" w:rsidR="002355BD" w:rsidRPr="001179E8" w:rsidRDefault="00000000">
      <w:pPr>
        <w:rPr>
          <w:lang w:val="pt-BR"/>
        </w:rPr>
      </w:pPr>
      <w:r w:rsidRPr="001179E8">
        <w:rPr>
          <w:lang w:val="pt-BR"/>
        </w:rPr>
        <w:br/>
      </w:r>
    </w:p>
    <w:p w14:paraId="1A65C486" w14:textId="77777777" w:rsidR="002355BD" w:rsidRPr="001179E8" w:rsidRDefault="00000000">
      <w:pPr>
        <w:rPr>
          <w:lang w:val="pt-BR"/>
        </w:rPr>
      </w:pPr>
      <w:r w:rsidRPr="001179E8">
        <w:rPr>
          <w:lang w:val="pt-BR"/>
        </w:rPr>
        <w:t>Elaine pareceu genuinamente tocada pelas palavras de Linda. Um brilho suave apareceu em seus olhos, algo que não era nem sedução nem tristeza, mas talvez... esperança.</w:t>
      </w:r>
    </w:p>
    <w:p w14:paraId="4D30FC61" w14:textId="77777777" w:rsidR="002355BD" w:rsidRPr="001179E8" w:rsidRDefault="00000000">
      <w:pPr>
        <w:rPr>
          <w:lang w:val="pt-BR"/>
        </w:rPr>
      </w:pPr>
      <w:r w:rsidRPr="001179E8">
        <w:rPr>
          <w:lang w:val="pt-BR"/>
        </w:rPr>
        <w:br/>
      </w:r>
    </w:p>
    <w:p w14:paraId="6B4EFBD0" w14:textId="77777777" w:rsidR="002355BD" w:rsidRPr="001179E8" w:rsidRDefault="00000000">
      <w:pPr>
        <w:rPr>
          <w:lang w:val="pt-BR"/>
        </w:rPr>
      </w:pPr>
      <w:r w:rsidRPr="001179E8">
        <w:rPr>
          <w:lang w:val="pt-BR"/>
        </w:rPr>
        <w:t>"Vocês duas são... diferentes," disse ela finalmente. "A maioria das pessoas que conheci só se importava com o que eu podia fazer por elas, ou como eu parecia."</w:t>
      </w:r>
    </w:p>
    <w:p w14:paraId="501F4DF4" w14:textId="77777777" w:rsidR="002355BD" w:rsidRPr="001179E8" w:rsidRDefault="00000000">
      <w:pPr>
        <w:rPr>
          <w:lang w:val="pt-BR"/>
        </w:rPr>
      </w:pPr>
      <w:r w:rsidRPr="001179E8">
        <w:rPr>
          <w:lang w:val="pt-BR"/>
        </w:rPr>
        <w:br/>
      </w:r>
    </w:p>
    <w:p w14:paraId="5BFE58FD" w14:textId="77777777" w:rsidR="002355BD" w:rsidRPr="001179E8" w:rsidRDefault="00000000">
      <w:pPr>
        <w:rPr>
          <w:lang w:val="pt-BR"/>
        </w:rPr>
      </w:pPr>
      <w:r w:rsidRPr="001179E8">
        <w:rPr>
          <w:lang w:val="pt-BR"/>
        </w:rPr>
        <w:t>"Bem, nós não somos a maioria das pessoas," respondeu Nicole com um pequeno sorriso. "Somos Primordiais. E amigas, se você quiser."</w:t>
      </w:r>
    </w:p>
    <w:p w14:paraId="47A8C976" w14:textId="77777777" w:rsidR="002355BD" w:rsidRPr="001179E8" w:rsidRDefault="00000000">
      <w:pPr>
        <w:rPr>
          <w:lang w:val="pt-BR"/>
        </w:rPr>
      </w:pPr>
      <w:r w:rsidRPr="001179E8">
        <w:rPr>
          <w:lang w:val="pt-BR"/>
        </w:rPr>
        <w:br/>
      </w:r>
    </w:p>
    <w:p w14:paraId="31458EC2" w14:textId="77777777" w:rsidR="002355BD" w:rsidRPr="001179E8" w:rsidRDefault="00000000">
      <w:pPr>
        <w:rPr>
          <w:lang w:val="pt-BR"/>
        </w:rPr>
      </w:pPr>
      <w:r w:rsidRPr="001179E8">
        <w:rPr>
          <w:lang w:val="pt-BR"/>
        </w:rPr>
        <w:t>O sorriso de Elaine se alargou, tornando-se genuíno e radiante. "Eu gostaria disso. Muito."</w:t>
      </w:r>
    </w:p>
    <w:p w14:paraId="5482689D" w14:textId="77777777" w:rsidR="002355BD" w:rsidRPr="001179E8" w:rsidRDefault="00000000">
      <w:pPr>
        <w:rPr>
          <w:lang w:val="pt-BR"/>
        </w:rPr>
      </w:pPr>
      <w:r w:rsidRPr="001179E8">
        <w:rPr>
          <w:lang w:val="pt-BR"/>
        </w:rPr>
        <w:br/>
      </w:r>
    </w:p>
    <w:p w14:paraId="29F43B75" w14:textId="77777777" w:rsidR="002355BD" w:rsidRPr="001179E8" w:rsidRDefault="00000000">
      <w:pPr>
        <w:rPr>
          <w:lang w:val="pt-BR"/>
        </w:rPr>
      </w:pPr>
      <w:r w:rsidRPr="001179E8">
        <w:rPr>
          <w:lang w:val="pt-BR"/>
        </w:rPr>
        <w:lastRenderedPageBreak/>
        <w:t>A amizade entre as três floresceu rapidamente. Elaine encontrou em Nicole e Linda uma aceitação e um companheirismo que nunca havia conhecido. Elas conversavam sobre tudo – desde táticas de combate e análise de ameaças interdimensionais até coisas mais mundanas como música, comida (Elaine estava fascinada pela variedade de sabores da Terra) e, inevitavelmente, relacionamentos.</w:t>
      </w:r>
    </w:p>
    <w:p w14:paraId="1999CAFA" w14:textId="77777777" w:rsidR="002355BD" w:rsidRPr="001179E8" w:rsidRDefault="00000000">
      <w:pPr>
        <w:rPr>
          <w:lang w:val="pt-BR"/>
        </w:rPr>
      </w:pPr>
      <w:r w:rsidRPr="001179E8">
        <w:rPr>
          <w:lang w:val="pt-BR"/>
        </w:rPr>
        <w:br/>
      </w:r>
    </w:p>
    <w:p w14:paraId="3C0C99A2" w14:textId="77777777" w:rsidR="002355BD" w:rsidRPr="001179E8" w:rsidRDefault="00000000">
      <w:pPr>
        <w:rPr>
          <w:lang w:val="pt-BR"/>
        </w:rPr>
      </w:pPr>
      <w:r w:rsidRPr="001179E8">
        <w:rPr>
          <w:lang w:val="pt-BR"/>
        </w:rPr>
        <w:t>"Então," começou Linda um dia, enquanto almoçavam no refeitório, "você e o Luke..."</w:t>
      </w:r>
    </w:p>
    <w:p w14:paraId="4A6EBA43" w14:textId="77777777" w:rsidR="002355BD" w:rsidRPr="001179E8" w:rsidRDefault="00000000">
      <w:pPr>
        <w:rPr>
          <w:lang w:val="pt-BR"/>
        </w:rPr>
      </w:pPr>
      <w:r w:rsidRPr="001179E8">
        <w:rPr>
          <w:lang w:val="pt-BR"/>
        </w:rPr>
        <w:br/>
      </w:r>
    </w:p>
    <w:p w14:paraId="14EC7116" w14:textId="77777777" w:rsidR="002355BD" w:rsidRPr="001179E8" w:rsidRDefault="00000000">
      <w:pPr>
        <w:rPr>
          <w:lang w:val="pt-BR"/>
        </w:rPr>
      </w:pPr>
      <w:r w:rsidRPr="001179E8">
        <w:rPr>
          <w:lang w:val="pt-BR"/>
        </w:rPr>
        <w:t>Elaine suspirou dramaticamente, mexendo em sua salada com um garfo. "Ele é impossível. Frio como gelo. Lindo como um deus nórdico de cabelos ruivos, mas completamente imune aos meus encantos."</w:t>
      </w:r>
    </w:p>
    <w:p w14:paraId="4DBB1D2D" w14:textId="77777777" w:rsidR="002355BD" w:rsidRPr="001179E8" w:rsidRDefault="00000000">
      <w:pPr>
        <w:rPr>
          <w:lang w:val="pt-BR"/>
        </w:rPr>
      </w:pPr>
      <w:r w:rsidRPr="001179E8">
        <w:rPr>
          <w:lang w:val="pt-BR"/>
        </w:rPr>
        <w:br/>
      </w:r>
    </w:p>
    <w:p w14:paraId="1E5B2C6E" w14:textId="77777777" w:rsidR="002355BD" w:rsidRPr="001179E8" w:rsidRDefault="00000000">
      <w:pPr>
        <w:rPr>
          <w:lang w:val="pt-BR"/>
        </w:rPr>
      </w:pPr>
      <w:r w:rsidRPr="001179E8">
        <w:rPr>
          <w:lang w:val="pt-BR"/>
        </w:rPr>
        <w:t>Nicole riu. "Luke não é imune, Elaine. Ele é apenas... seletivo. E muito cauteloso. Ele passou por muita coisa, viu o pior das pessoas como detetive. Confiança não vem fácil para ele."</w:t>
      </w:r>
    </w:p>
    <w:p w14:paraId="2AC42CB6" w14:textId="77777777" w:rsidR="002355BD" w:rsidRPr="001179E8" w:rsidRDefault="00000000">
      <w:pPr>
        <w:rPr>
          <w:lang w:val="pt-BR"/>
        </w:rPr>
      </w:pPr>
      <w:r w:rsidRPr="001179E8">
        <w:rPr>
          <w:lang w:val="pt-BR"/>
        </w:rPr>
        <w:br/>
      </w:r>
    </w:p>
    <w:p w14:paraId="42F41729" w14:textId="77777777" w:rsidR="002355BD" w:rsidRPr="001179E8" w:rsidRDefault="00000000">
      <w:pPr>
        <w:rPr>
          <w:lang w:val="pt-BR"/>
        </w:rPr>
      </w:pPr>
      <w:r w:rsidRPr="001179E8">
        <w:rPr>
          <w:lang w:val="pt-BR"/>
        </w:rPr>
        <w:t>"Mas ele olha para você de um jeito diferente," observou Linda com um sorriso conhecedor. "Como se estivesse tentando decifrar um enigma muito, muito interessante."</w:t>
      </w:r>
    </w:p>
    <w:p w14:paraId="29295FF4" w14:textId="77777777" w:rsidR="002355BD" w:rsidRPr="001179E8" w:rsidRDefault="00000000">
      <w:pPr>
        <w:rPr>
          <w:lang w:val="pt-BR"/>
        </w:rPr>
      </w:pPr>
      <w:r w:rsidRPr="001179E8">
        <w:rPr>
          <w:lang w:val="pt-BR"/>
        </w:rPr>
        <w:br/>
      </w:r>
    </w:p>
    <w:p w14:paraId="3352E83C" w14:textId="77777777" w:rsidR="002355BD" w:rsidRPr="001179E8" w:rsidRDefault="00000000">
      <w:pPr>
        <w:rPr>
          <w:lang w:val="pt-BR"/>
        </w:rPr>
      </w:pPr>
      <w:r w:rsidRPr="001179E8">
        <w:rPr>
          <w:lang w:val="pt-BR"/>
        </w:rPr>
        <w:t>"Um enigma que ele se recusa a tocar," resmungou Elaine. "Eu tento conversar, tento flertar, tento até mesmo impressioná-lo com meus conhecimentos sobre códigos de Abyzoth. E o que eu recebo? Monossílabos e olhares analíticos."</w:t>
      </w:r>
    </w:p>
    <w:p w14:paraId="0EA42269" w14:textId="77777777" w:rsidR="002355BD" w:rsidRPr="001179E8" w:rsidRDefault="00000000">
      <w:pPr>
        <w:rPr>
          <w:lang w:val="pt-BR"/>
        </w:rPr>
      </w:pPr>
      <w:r w:rsidRPr="001179E8">
        <w:rPr>
          <w:lang w:val="pt-BR"/>
        </w:rPr>
        <w:br/>
      </w:r>
    </w:p>
    <w:p w14:paraId="49C8DD1A" w14:textId="77777777" w:rsidR="002355BD" w:rsidRPr="001179E8" w:rsidRDefault="00000000">
      <w:pPr>
        <w:rPr>
          <w:lang w:val="pt-BR"/>
        </w:rPr>
      </w:pPr>
      <w:r w:rsidRPr="001179E8">
        <w:rPr>
          <w:lang w:val="pt-BR"/>
        </w:rPr>
        <w:t>"Dê tempo a ele," aconselhou Nicole. "Luke valoriza autenticidade. Ele precisa ver quem você realmente é por trás da... performance."</w:t>
      </w:r>
    </w:p>
    <w:p w14:paraId="39D708CF" w14:textId="77777777" w:rsidR="002355BD" w:rsidRPr="001179E8" w:rsidRDefault="00000000">
      <w:pPr>
        <w:rPr>
          <w:lang w:val="pt-BR"/>
        </w:rPr>
      </w:pPr>
      <w:r w:rsidRPr="001179E8">
        <w:rPr>
          <w:lang w:val="pt-BR"/>
        </w:rPr>
        <w:br/>
      </w:r>
    </w:p>
    <w:p w14:paraId="0979C94A" w14:textId="77777777" w:rsidR="002355BD" w:rsidRPr="001179E8" w:rsidRDefault="00000000">
      <w:pPr>
        <w:rPr>
          <w:lang w:val="pt-BR"/>
        </w:rPr>
      </w:pPr>
      <w:r w:rsidRPr="001179E8">
        <w:rPr>
          <w:lang w:val="pt-BR"/>
        </w:rPr>
        <w:t>"Mas a performance sou eu!" exclamou Elaine, frustrada. "Ou pelo menos, uma grande parte de mim. É como sobrevivi!"</w:t>
      </w:r>
    </w:p>
    <w:p w14:paraId="202BD86D" w14:textId="77777777" w:rsidR="002355BD" w:rsidRPr="001179E8" w:rsidRDefault="00000000">
      <w:pPr>
        <w:rPr>
          <w:lang w:val="pt-BR"/>
        </w:rPr>
      </w:pPr>
      <w:r w:rsidRPr="001179E8">
        <w:rPr>
          <w:lang w:val="pt-BR"/>
        </w:rPr>
        <w:lastRenderedPageBreak/>
        <w:br/>
      </w:r>
    </w:p>
    <w:p w14:paraId="4D1A9E72" w14:textId="77777777" w:rsidR="002355BD" w:rsidRPr="001179E8" w:rsidRDefault="00000000">
      <w:pPr>
        <w:rPr>
          <w:lang w:val="pt-BR"/>
        </w:rPr>
      </w:pPr>
      <w:r w:rsidRPr="001179E8">
        <w:rPr>
          <w:lang w:val="pt-BR"/>
        </w:rPr>
        <w:t>"Talvez seja hora de mostrar a ele as outras partes também," sugeriu Linda suavemente.</w:t>
      </w:r>
    </w:p>
    <w:p w14:paraId="113D54E2" w14:textId="77777777" w:rsidR="002355BD" w:rsidRPr="001179E8" w:rsidRDefault="00000000">
      <w:pPr>
        <w:rPr>
          <w:lang w:val="pt-BR"/>
        </w:rPr>
      </w:pPr>
      <w:r w:rsidRPr="001179E8">
        <w:rPr>
          <w:lang w:val="pt-BR"/>
        </w:rPr>
        <w:br/>
      </w:r>
    </w:p>
    <w:p w14:paraId="78EE10EE" w14:textId="77777777" w:rsidR="002355BD" w:rsidRPr="001179E8" w:rsidRDefault="00000000">
      <w:pPr>
        <w:rPr>
          <w:lang w:val="pt-BR"/>
        </w:rPr>
      </w:pPr>
      <w:r w:rsidRPr="001179E8">
        <w:rPr>
          <w:lang w:val="pt-BR"/>
        </w:rPr>
        <w:t>Elaine considerou as palavras delas. Talvez tivessem razão. Talvez sua abordagem direta e sedutora, tão eficaz no submundo, não fosse a chave para o coração (ou mesmo a atenção) de Luke Carmody.</w:t>
      </w:r>
    </w:p>
    <w:p w14:paraId="600C6874" w14:textId="77777777" w:rsidR="002355BD" w:rsidRPr="001179E8" w:rsidRDefault="00000000">
      <w:pPr>
        <w:rPr>
          <w:lang w:val="pt-BR"/>
        </w:rPr>
      </w:pPr>
      <w:r w:rsidRPr="001179E8">
        <w:rPr>
          <w:lang w:val="pt-BR"/>
        </w:rPr>
        <w:br/>
      </w:r>
    </w:p>
    <w:p w14:paraId="57101CDB" w14:textId="77777777" w:rsidR="002355BD" w:rsidRPr="001179E8" w:rsidRDefault="00000000">
      <w:pPr>
        <w:rPr>
          <w:lang w:val="pt-BR"/>
        </w:rPr>
      </w:pPr>
      <w:r w:rsidRPr="001179E8">
        <w:rPr>
          <w:lang w:val="pt-BR"/>
        </w:rPr>
        <w:t>Naquela noite, Luke estava trabalhando até tarde no laboratório novamente, debruçado sobre os dados do ritual de invocação que Abyzoth estava preparando. A pressão era imensa. Eles tinham apenas alguns dias para encontrar uma maneira de interrompê-lo, ou o mundo enfrentaria uma invasão em grande escala.</w:t>
      </w:r>
    </w:p>
    <w:p w14:paraId="202FDAEC" w14:textId="77777777" w:rsidR="002355BD" w:rsidRPr="001179E8" w:rsidRDefault="00000000">
      <w:pPr>
        <w:rPr>
          <w:lang w:val="pt-BR"/>
        </w:rPr>
      </w:pPr>
      <w:r w:rsidRPr="001179E8">
        <w:rPr>
          <w:lang w:val="pt-BR"/>
        </w:rPr>
        <w:br/>
      </w:r>
    </w:p>
    <w:p w14:paraId="66EE4FA5" w14:textId="77777777" w:rsidR="002355BD" w:rsidRPr="001179E8" w:rsidRDefault="00000000">
      <w:pPr>
        <w:rPr>
          <w:lang w:val="pt-BR"/>
        </w:rPr>
      </w:pPr>
      <w:r w:rsidRPr="001179E8">
        <w:rPr>
          <w:lang w:val="pt-BR"/>
        </w:rPr>
        <w:t>Ele estava tão concentrado que não ouviu Elaine entrar até que ela colocou uma xícara de café fumegante em sua mesa.</w:t>
      </w:r>
    </w:p>
    <w:p w14:paraId="5F726AD2" w14:textId="77777777" w:rsidR="002355BD" w:rsidRPr="001179E8" w:rsidRDefault="00000000">
      <w:pPr>
        <w:rPr>
          <w:lang w:val="pt-BR"/>
        </w:rPr>
      </w:pPr>
      <w:r w:rsidRPr="001179E8">
        <w:rPr>
          <w:lang w:val="pt-BR"/>
        </w:rPr>
        <w:br/>
      </w:r>
    </w:p>
    <w:p w14:paraId="4378DA1F" w14:textId="77777777" w:rsidR="002355BD" w:rsidRPr="001179E8" w:rsidRDefault="00000000">
      <w:pPr>
        <w:rPr>
          <w:lang w:val="pt-BR"/>
        </w:rPr>
      </w:pPr>
      <w:r w:rsidRPr="001179E8">
        <w:rPr>
          <w:lang w:val="pt-BR"/>
        </w:rPr>
        <w:t>"Você vai acabar se fundindo com esse terminal se não fizer uma pausa," disse ela, sua voz mais suave do que o habitual, sem o tom de flerte usual.</w:t>
      </w:r>
    </w:p>
    <w:p w14:paraId="0E54BD51" w14:textId="77777777" w:rsidR="002355BD" w:rsidRPr="001179E8" w:rsidRDefault="00000000">
      <w:pPr>
        <w:rPr>
          <w:lang w:val="pt-BR"/>
        </w:rPr>
      </w:pPr>
      <w:r w:rsidRPr="001179E8">
        <w:rPr>
          <w:lang w:val="pt-BR"/>
        </w:rPr>
        <w:br/>
      </w:r>
    </w:p>
    <w:p w14:paraId="63EF8F09" w14:textId="77777777" w:rsidR="002355BD" w:rsidRPr="001179E8" w:rsidRDefault="00000000">
      <w:pPr>
        <w:rPr>
          <w:lang w:val="pt-BR"/>
        </w:rPr>
      </w:pPr>
      <w:r w:rsidRPr="001179E8">
        <w:rPr>
          <w:lang w:val="pt-BR"/>
        </w:rPr>
        <w:t>Luke ergueu os olhos, surpreso. Elaine estava vestida com roupas civis confortáveis – um suéter macio e jeans – e seu cabelo estava preso em um coque frouxo. Sem a maquiagem sutil que ela às vezes usava, e sem a postura calculada, ela parecia mais jovem, mais... real.</w:t>
      </w:r>
    </w:p>
    <w:p w14:paraId="784F3876" w14:textId="77777777" w:rsidR="002355BD" w:rsidRPr="001179E8" w:rsidRDefault="00000000">
      <w:pPr>
        <w:rPr>
          <w:lang w:val="pt-BR"/>
        </w:rPr>
      </w:pPr>
      <w:r w:rsidRPr="001179E8">
        <w:rPr>
          <w:lang w:val="pt-BR"/>
        </w:rPr>
        <w:br/>
      </w:r>
    </w:p>
    <w:p w14:paraId="12361229" w14:textId="77777777" w:rsidR="002355BD" w:rsidRPr="001179E8" w:rsidRDefault="00000000">
      <w:pPr>
        <w:rPr>
          <w:lang w:val="pt-BR"/>
        </w:rPr>
      </w:pPr>
      <w:r w:rsidRPr="001179E8">
        <w:rPr>
          <w:lang w:val="pt-BR"/>
        </w:rPr>
        <w:t>"Obrigado," disse ele, pegando a xícara. O café estava exatamente como ele gostava.</w:t>
      </w:r>
    </w:p>
    <w:p w14:paraId="3F637C25" w14:textId="77777777" w:rsidR="002355BD" w:rsidRPr="001179E8" w:rsidRDefault="00000000">
      <w:pPr>
        <w:rPr>
          <w:lang w:val="pt-BR"/>
        </w:rPr>
      </w:pPr>
      <w:r w:rsidRPr="001179E8">
        <w:rPr>
          <w:lang w:val="pt-BR"/>
        </w:rPr>
        <w:br/>
      </w:r>
    </w:p>
    <w:p w14:paraId="669E7BB2" w14:textId="77777777" w:rsidR="002355BD" w:rsidRPr="001179E8" w:rsidRDefault="00000000">
      <w:pPr>
        <w:rPr>
          <w:lang w:val="pt-BR"/>
        </w:rPr>
      </w:pPr>
      <w:r w:rsidRPr="001179E8">
        <w:rPr>
          <w:lang w:val="pt-BR"/>
        </w:rPr>
        <w:lastRenderedPageBreak/>
        <w:t>Elaine não se sentou desta vez, mas ficou parada ao lado da mesa, observando as telas com uma expressão séria. "Algum progresso?"</w:t>
      </w:r>
    </w:p>
    <w:p w14:paraId="68FC36DA" w14:textId="77777777" w:rsidR="002355BD" w:rsidRPr="001179E8" w:rsidRDefault="00000000">
      <w:pPr>
        <w:rPr>
          <w:lang w:val="pt-BR"/>
        </w:rPr>
      </w:pPr>
      <w:r w:rsidRPr="001179E8">
        <w:rPr>
          <w:lang w:val="pt-BR"/>
        </w:rPr>
        <w:br/>
      </w:r>
    </w:p>
    <w:p w14:paraId="2ED12535" w14:textId="77777777" w:rsidR="002355BD" w:rsidRPr="001179E8" w:rsidRDefault="00000000">
      <w:pPr>
        <w:rPr>
          <w:lang w:val="pt-BR"/>
        </w:rPr>
      </w:pPr>
      <w:r w:rsidRPr="001179E8">
        <w:rPr>
          <w:lang w:val="pt-BR"/>
        </w:rPr>
        <w:t>"Algumas teorias," respondeu Luke. "Estamos tentando encontrar uma maneira de criar uma ressonância disruptiva nos pontos de ancoragem. Mas a matemática é... complexa."</w:t>
      </w:r>
    </w:p>
    <w:p w14:paraId="288D3E31" w14:textId="77777777" w:rsidR="002355BD" w:rsidRPr="001179E8" w:rsidRDefault="00000000">
      <w:pPr>
        <w:rPr>
          <w:lang w:val="pt-BR"/>
        </w:rPr>
      </w:pPr>
      <w:r w:rsidRPr="001179E8">
        <w:rPr>
          <w:lang w:val="pt-BR"/>
        </w:rPr>
        <w:br/>
      </w:r>
    </w:p>
    <w:p w14:paraId="4D97B2C5" w14:textId="77777777" w:rsidR="002355BD" w:rsidRPr="001179E8" w:rsidRDefault="00000000">
      <w:pPr>
        <w:rPr>
          <w:lang w:val="pt-BR"/>
        </w:rPr>
      </w:pPr>
      <w:r w:rsidRPr="001179E8">
        <w:rPr>
          <w:lang w:val="pt-BR"/>
        </w:rPr>
        <w:t>"Posso ajudar?" ofereceu ela. "Eu entendo a energia do submundo. Talvez eu possa ver algo que vocês não estão vendo."</w:t>
      </w:r>
    </w:p>
    <w:p w14:paraId="4FB208A8" w14:textId="77777777" w:rsidR="002355BD" w:rsidRPr="001179E8" w:rsidRDefault="00000000">
      <w:pPr>
        <w:rPr>
          <w:lang w:val="pt-BR"/>
        </w:rPr>
      </w:pPr>
      <w:r w:rsidRPr="001179E8">
        <w:rPr>
          <w:lang w:val="pt-BR"/>
        </w:rPr>
        <w:br/>
      </w:r>
    </w:p>
    <w:p w14:paraId="7C02EDBE" w14:textId="77777777" w:rsidR="002355BD" w:rsidRPr="001179E8" w:rsidRDefault="00000000">
      <w:pPr>
        <w:rPr>
          <w:lang w:val="pt-BR"/>
        </w:rPr>
      </w:pPr>
      <w:r w:rsidRPr="001179E8">
        <w:rPr>
          <w:lang w:val="pt-BR"/>
        </w:rPr>
        <w:t>Luke hesitou. Parte dele queria dizer não, queria manter sua distância profissional. Mas outra parte – a parte que havia sido tocada por aqueles raros vislumbres de sua vulnerabilidade, a parte que reconhecia sua inteligência aguda – estava curiosa.</w:t>
      </w:r>
    </w:p>
    <w:p w14:paraId="176794A0" w14:textId="77777777" w:rsidR="002355BD" w:rsidRPr="001179E8" w:rsidRDefault="00000000">
      <w:pPr>
        <w:rPr>
          <w:lang w:val="pt-BR"/>
        </w:rPr>
      </w:pPr>
      <w:r w:rsidRPr="001179E8">
        <w:rPr>
          <w:lang w:val="pt-BR"/>
        </w:rPr>
        <w:br/>
      </w:r>
    </w:p>
    <w:p w14:paraId="7BBD88AD" w14:textId="77777777" w:rsidR="002355BD" w:rsidRPr="001179E8" w:rsidRDefault="00000000">
      <w:pPr>
        <w:rPr>
          <w:lang w:val="pt-BR"/>
        </w:rPr>
      </w:pPr>
      <w:r w:rsidRPr="001179E8">
        <w:rPr>
          <w:lang w:val="pt-BR"/>
        </w:rPr>
        <w:t>"Ok," disse ele finalmente. "Dê uma olhada nisso."</w:t>
      </w:r>
    </w:p>
    <w:p w14:paraId="31314AC9" w14:textId="77777777" w:rsidR="002355BD" w:rsidRPr="001179E8" w:rsidRDefault="00000000">
      <w:pPr>
        <w:rPr>
          <w:lang w:val="pt-BR"/>
        </w:rPr>
      </w:pPr>
      <w:r w:rsidRPr="001179E8">
        <w:rPr>
          <w:lang w:val="pt-BR"/>
        </w:rPr>
        <w:br/>
      </w:r>
    </w:p>
    <w:p w14:paraId="4B0ED743" w14:textId="77777777" w:rsidR="002355BD" w:rsidRPr="001179E8" w:rsidRDefault="00000000">
      <w:pPr>
        <w:rPr>
          <w:lang w:val="pt-BR"/>
        </w:rPr>
      </w:pPr>
      <w:r w:rsidRPr="001179E8">
        <w:rPr>
          <w:lang w:val="pt-BR"/>
        </w:rPr>
        <w:t>Ele explicou sua teoria atual, mostrando-lhe os cálculos e os diagramas. Elaine ouviu atentamente, fazendo perguntas pertinentes, seus olhos azuis focados e inteligentes. E pela primeira vez, Luke sentiu que estava conversando com Elaine Nocturne, a sobrevivente, a estrategista, e não com Mirage, a sedutora.</w:t>
      </w:r>
    </w:p>
    <w:p w14:paraId="136501CE" w14:textId="77777777" w:rsidR="002355BD" w:rsidRPr="001179E8" w:rsidRDefault="00000000">
      <w:pPr>
        <w:rPr>
          <w:lang w:val="pt-BR"/>
        </w:rPr>
      </w:pPr>
      <w:r w:rsidRPr="001179E8">
        <w:rPr>
          <w:lang w:val="pt-BR"/>
        </w:rPr>
        <w:br/>
      </w:r>
    </w:p>
    <w:p w14:paraId="2502F4DC" w14:textId="77777777" w:rsidR="002355BD" w:rsidRPr="001179E8" w:rsidRDefault="00000000">
      <w:pPr>
        <w:rPr>
          <w:lang w:val="pt-BR"/>
        </w:rPr>
      </w:pPr>
      <w:r w:rsidRPr="001179E8">
        <w:rPr>
          <w:lang w:val="pt-BR"/>
        </w:rPr>
        <w:t>E enquanto trabalhavam juntos até altas horas da madrugada, uma nova dinâmica começou a se formar entre eles – não de perseguição e rejeição, mas de respeito mútuo e colaboração. Luke ainda era cauteloso, ainda não confiava completamente. Mas pela primeira vez, ele começou a se perguntar se, talvez, apenas talvez, houvesse algo mais em Elaine Nocturne do que ele havia permitido a si mesmo ver.</w:t>
      </w:r>
    </w:p>
    <w:p w14:paraId="7D785829" w14:textId="77777777" w:rsidR="002355BD" w:rsidRPr="001179E8" w:rsidRDefault="00000000">
      <w:pPr>
        <w:rPr>
          <w:lang w:val="pt-BR"/>
        </w:rPr>
      </w:pPr>
      <w:r w:rsidRPr="001179E8">
        <w:rPr>
          <w:lang w:val="pt-BR"/>
        </w:rPr>
        <w:br/>
      </w:r>
    </w:p>
    <w:p w14:paraId="0CDB1E99" w14:textId="77777777" w:rsidR="002355BD" w:rsidRPr="001179E8" w:rsidRDefault="00000000">
      <w:pPr>
        <w:rPr>
          <w:lang w:val="pt-BR"/>
        </w:rPr>
      </w:pPr>
      <w:r w:rsidRPr="001179E8">
        <w:rPr>
          <w:lang w:val="pt-BR"/>
        </w:rPr>
        <w:lastRenderedPageBreak/>
        <w:t>E Elaine, por sua vez, sentiu uma pequena chama de esperança se acender dentro dela. Talvez, apenas talvez, este homem enigmático e reservado pudesse ser aquele que finalmente a veria – não como uma miragem, mas como a mulher real que ela ansiava ser.</w:t>
      </w:r>
    </w:p>
    <w:p w14:paraId="4D31973E" w14:textId="77777777" w:rsidR="002355BD" w:rsidRPr="001179E8" w:rsidRDefault="002355BD">
      <w:pPr>
        <w:rPr>
          <w:lang w:val="pt-BR"/>
        </w:rPr>
      </w:pPr>
    </w:p>
    <w:p w14:paraId="02840031" w14:textId="77777777" w:rsidR="002355BD" w:rsidRPr="001179E8" w:rsidRDefault="00000000">
      <w:pPr>
        <w:rPr>
          <w:lang w:val="pt-BR"/>
        </w:rPr>
      </w:pPr>
      <w:r w:rsidRPr="001179E8">
        <w:rPr>
          <w:lang w:val="pt-BR"/>
        </w:rPr>
        <w:t>O alarme soou às 3:47 da manhã, arrancando Luke de um sono raro e precioso. Ele estava de pé antes mesmo que o som estridente terminasse, anos de treinamento como detetive tendo aprimorado seus reflexos. Vestiu-se rapidamente e correu para a sala de comando, encontrando o corredor já cheio de agentes da G.R.A.I.A. em diversos estados de despertar.</w:t>
      </w:r>
    </w:p>
    <w:p w14:paraId="1D080309" w14:textId="77777777" w:rsidR="002355BD" w:rsidRPr="001179E8" w:rsidRDefault="00000000">
      <w:pPr>
        <w:rPr>
          <w:lang w:val="pt-BR"/>
        </w:rPr>
      </w:pPr>
      <w:r w:rsidRPr="001179E8">
        <w:rPr>
          <w:lang w:val="pt-BR"/>
        </w:rPr>
        <w:br/>
      </w:r>
    </w:p>
    <w:p w14:paraId="576942B1" w14:textId="77777777" w:rsidR="002355BD" w:rsidRPr="001179E8" w:rsidRDefault="00000000">
      <w:pPr>
        <w:rPr>
          <w:lang w:val="pt-BR"/>
        </w:rPr>
      </w:pPr>
      <w:r w:rsidRPr="001179E8">
        <w:rPr>
          <w:lang w:val="pt-BR"/>
        </w:rPr>
        <w:t>Quando chegou ao seu destino, a sala já estava em plena atividade. O General Vance estava no centro, cercado por hologramas pulsantes que mostravam mapas da cidade com vários pontos vermelhos brilhantes. Art e Linda estavam a um lado, conversando urgentemente com representantes dos cinco reinos através de telas flutuantes. Nicole e Ricardo estavam em outra estação, já vestidos com seus trajes de combate.</w:t>
      </w:r>
    </w:p>
    <w:p w14:paraId="7C3069A6" w14:textId="77777777" w:rsidR="002355BD" w:rsidRPr="001179E8" w:rsidRDefault="00000000">
      <w:pPr>
        <w:rPr>
          <w:lang w:val="pt-BR"/>
        </w:rPr>
      </w:pPr>
      <w:r w:rsidRPr="001179E8">
        <w:rPr>
          <w:lang w:val="pt-BR"/>
        </w:rPr>
        <w:br/>
      </w:r>
    </w:p>
    <w:p w14:paraId="6851EDFA" w14:textId="77777777" w:rsidR="002355BD" w:rsidRPr="001179E8" w:rsidRDefault="00000000">
      <w:pPr>
        <w:rPr>
          <w:lang w:val="pt-BR"/>
        </w:rPr>
      </w:pPr>
      <w:r w:rsidRPr="001179E8">
        <w:rPr>
          <w:lang w:val="pt-BR"/>
        </w:rPr>
        <w:t>"O que aconteceu?" perguntou Luke, aproximando-se de Ricardo.</w:t>
      </w:r>
    </w:p>
    <w:p w14:paraId="2A238695" w14:textId="77777777" w:rsidR="002355BD" w:rsidRPr="001179E8" w:rsidRDefault="00000000">
      <w:pPr>
        <w:rPr>
          <w:lang w:val="pt-BR"/>
        </w:rPr>
      </w:pPr>
      <w:r w:rsidRPr="001179E8">
        <w:rPr>
          <w:lang w:val="pt-BR"/>
        </w:rPr>
        <w:br/>
      </w:r>
    </w:p>
    <w:p w14:paraId="2FEED826" w14:textId="77777777" w:rsidR="002355BD" w:rsidRPr="001179E8" w:rsidRDefault="00000000">
      <w:pPr>
        <w:rPr>
          <w:lang w:val="pt-BR"/>
        </w:rPr>
      </w:pPr>
      <w:r w:rsidRPr="001179E8">
        <w:rPr>
          <w:lang w:val="pt-BR"/>
        </w:rPr>
        <w:t>"Começou," respondeu seu amigo, o rosto normalmente brincalhão agora sério e tenso. "Os pontos de ancoragem do ritual foram ativados. Estamos recebendo relatos de perturbações dimensionais em toda a cidade."</w:t>
      </w:r>
    </w:p>
    <w:p w14:paraId="78E6F15C" w14:textId="77777777" w:rsidR="002355BD" w:rsidRPr="001179E8" w:rsidRDefault="00000000">
      <w:pPr>
        <w:rPr>
          <w:lang w:val="pt-BR"/>
        </w:rPr>
      </w:pPr>
      <w:r w:rsidRPr="001179E8">
        <w:rPr>
          <w:lang w:val="pt-BR"/>
        </w:rPr>
        <w:br/>
      </w:r>
    </w:p>
    <w:p w14:paraId="4EC6422B" w14:textId="77777777" w:rsidR="002355BD" w:rsidRPr="001179E8" w:rsidRDefault="00000000">
      <w:pPr>
        <w:rPr>
          <w:lang w:val="pt-BR"/>
        </w:rPr>
      </w:pPr>
      <w:r w:rsidRPr="001179E8">
        <w:rPr>
          <w:lang w:val="pt-BR"/>
        </w:rPr>
        <w:t>Luke sentiu um aperto no peito. Eles haviam calculado que teriam pelo menos mais um dia antes que o ritual começasse. "Onde está Elaine?"</w:t>
      </w:r>
    </w:p>
    <w:p w14:paraId="26E54D41" w14:textId="77777777" w:rsidR="002355BD" w:rsidRPr="001179E8" w:rsidRDefault="00000000">
      <w:pPr>
        <w:rPr>
          <w:lang w:val="pt-BR"/>
        </w:rPr>
      </w:pPr>
      <w:r w:rsidRPr="001179E8">
        <w:rPr>
          <w:lang w:val="pt-BR"/>
        </w:rPr>
        <w:br/>
      </w:r>
    </w:p>
    <w:p w14:paraId="45D18417" w14:textId="77777777" w:rsidR="002355BD" w:rsidRPr="001179E8" w:rsidRDefault="00000000">
      <w:pPr>
        <w:rPr>
          <w:lang w:val="pt-BR"/>
        </w:rPr>
      </w:pPr>
      <w:r w:rsidRPr="001179E8">
        <w:rPr>
          <w:lang w:val="pt-BR"/>
        </w:rPr>
        <w:t>Como se convocada por seu nome, Elaine entrou na sala, seus cabelos platinados presos em uma trança apertada, vestindo um traje de combate que Nicole havia ajudado a projetar para ela – prateado com detalhes em azul, adaptado para maximizar sua mobilidade e complementar seus poderes de metamorfose e invisibilidade.</w:t>
      </w:r>
    </w:p>
    <w:p w14:paraId="11C53928" w14:textId="77777777" w:rsidR="002355BD" w:rsidRPr="001179E8" w:rsidRDefault="00000000">
      <w:pPr>
        <w:rPr>
          <w:lang w:val="pt-BR"/>
        </w:rPr>
      </w:pPr>
      <w:r w:rsidRPr="001179E8">
        <w:rPr>
          <w:lang w:val="pt-BR"/>
        </w:rPr>
        <w:br/>
      </w:r>
    </w:p>
    <w:p w14:paraId="562E5BFE" w14:textId="77777777" w:rsidR="002355BD" w:rsidRPr="001179E8" w:rsidRDefault="00000000">
      <w:pPr>
        <w:rPr>
          <w:lang w:val="pt-BR"/>
        </w:rPr>
      </w:pPr>
      <w:r w:rsidRPr="001179E8">
        <w:rPr>
          <w:lang w:val="pt-BR"/>
        </w:rPr>
        <w:lastRenderedPageBreak/>
        <w:t>Seus olhos encontraram os de Luke imediatamente, e ela se dirigiu para onde ele e Ricardo estavam.</w:t>
      </w:r>
    </w:p>
    <w:p w14:paraId="4B8BFC69" w14:textId="77777777" w:rsidR="002355BD" w:rsidRPr="001179E8" w:rsidRDefault="00000000">
      <w:pPr>
        <w:rPr>
          <w:lang w:val="pt-BR"/>
        </w:rPr>
      </w:pPr>
      <w:r w:rsidRPr="001179E8">
        <w:rPr>
          <w:lang w:val="pt-BR"/>
        </w:rPr>
        <w:br/>
      </w:r>
    </w:p>
    <w:p w14:paraId="545F1984" w14:textId="77777777" w:rsidR="002355BD" w:rsidRPr="001179E8" w:rsidRDefault="00000000">
      <w:pPr>
        <w:rPr>
          <w:lang w:val="pt-BR"/>
        </w:rPr>
      </w:pPr>
      <w:r w:rsidRPr="001179E8">
        <w:rPr>
          <w:lang w:val="pt-BR"/>
        </w:rPr>
        <w:t>"Eles aceleraram o ritual," disse ela sem preâmbulos. "Abyzoth deve ter percebido que estávamos tentando interferir."</w:t>
      </w:r>
    </w:p>
    <w:p w14:paraId="5F62C0D5" w14:textId="77777777" w:rsidR="002355BD" w:rsidRPr="001179E8" w:rsidRDefault="00000000">
      <w:pPr>
        <w:rPr>
          <w:lang w:val="pt-BR"/>
        </w:rPr>
      </w:pPr>
      <w:r w:rsidRPr="001179E8">
        <w:rPr>
          <w:lang w:val="pt-BR"/>
        </w:rPr>
        <w:br/>
      </w:r>
    </w:p>
    <w:p w14:paraId="6A8C8A16" w14:textId="77777777" w:rsidR="002355BD" w:rsidRPr="001179E8" w:rsidRDefault="00000000">
      <w:pPr>
        <w:rPr>
          <w:lang w:val="pt-BR"/>
        </w:rPr>
      </w:pPr>
      <w:r w:rsidRPr="001179E8">
        <w:rPr>
          <w:lang w:val="pt-BR"/>
        </w:rPr>
        <w:t>"Quanto tempo temos?" perguntou Luke.</w:t>
      </w:r>
    </w:p>
    <w:p w14:paraId="2C9A5E9C" w14:textId="77777777" w:rsidR="002355BD" w:rsidRPr="001179E8" w:rsidRDefault="00000000">
      <w:pPr>
        <w:rPr>
          <w:lang w:val="pt-BR"/>
        </w:rPr>
      </w:pPr>
      <w:r w:rsidRPr="001179E8">
        <w:rPr>
          <w:lang w:val="pt-BR"/>
        </w:rPr>
        <w:br/>
      </w:r>
    </w:p>
    <w:p w14:paraId="392C60BD" w14:textId="77777777" w:rsidR="002355BD" w:rsidRPr="001179E8" w:rsidRDefault="00000000">
      <w:pPr>
        <w:rPr>
          <w:lang w:val="pt-BR"/>
        </w:rPr>
      </w:pPr>
      <w:r w:rsidRPr="001179E8">
        <w:rPr>
          <w:lang w:val="pt-BR"/>
        </w:rPr>
        <w:t>"Horas, no máximo," respondeu ela, a preocupação evidente em seus olhos azuis. "E há algo mais... o fragmento na câmara de contenção está ficando mais ativo. Está crescendo."</w:t>
      </w:r>
    </w:p>
    <w:p w14:paraId="7687F2DF" w14:textId="77777777" w:rsidR="002355BD" w:rsidRPr="001179E8" w:rsidRDefault="00000000">
      <w:pPr>
        <w:rPr>
          <w:lang w:val="pt-BR"/>
        </w:rPr>
      </w:pPr>
      <w:r w:rsidRPr="001179E8">
        <w:rPr>
          <w:lang w:val="pt-BR"/>
        </w:rPr>
        <w:br/>
      </w:r>
    </w:p>
    <w:p w14:paraId="587D4866" w14:textId="77777777" w:rsidR="002355BD" w:rsidRPr="001179E8" w:rsidRDefault="00000000">
      <w:pPr>
        <w:rPr>
          <w:lang w:val="pt-BR"/>
        </w:rPr>
      </w:pPr>
      <w:r w:rsidRPr="001179E8">
        <w:rPr>
          <w:lang w:val="pt-BR"/>
        </w:rPr>
        <w:t>O General Vance chamou a atenção de todos, sua voz cortando o burburinho da sala. "Atenção! Temos confirmação de atividade dimensional em todos os cinco pontos de ancoragem. Equipes de resposta já estão a caminho, mas precisamos de uma estratégia coordenada."</w:t>
      </w:r>
    </w:p>
    <w:p w14:paraId="594F66C4" w14:textId="77777777" w:rsidR="002355BD" w:rsidRPr="001179E8" w:rsidRDefault="00000000">
      <w:pPr>
        <w:rPr>
          <w:lang w:val="pt-BR"/>
        </w:rPr>
      </w:pPr>
      <w:r w:rsidRPr="001179E8">
        <w:rPr>
          <w:lang w:val="pt-BR"/>
        </w:rPr>
        <w:br/>
      </w:r>
    </w:p>
    <w:p w14:paraId="562654C1" w14:textId="77777777" w:rsidR="002355BD" w:rsidRPr="001179E8" w:rsidRDefault="00000000">
      <w:pPr>
        <w:rPr>
          <w:lang w:val="pt-BR"/>
        </w:rPr>
      </w:pPr>
      <w:r w:rsidRPr="001179E8">
        <w:rPr>
          <w:lang w:val="pt-BR"/>
        </w:rPr>
        <w:t>Ele gesticulou para um dos hologramas, que expandiu para mostrar uma visão tridimensional da cidade com linhas de energia conectando os cinco pontos de ancoragem. "Nossos cientistas acreditam que se conseguirmos interromper o fluxo de energia em pelo menos três dos pontos, podemos desestabilizar o ritual inteiro."</w:t>
      </w:r>
    </w:p>
    <w:p w14:paraId="178E4B01" w14:textId="77777777" w:rsidR="002355BD" w:rsidRPr="001179E8" w:rsidRDefault="00000000">
      <w:pPr>
        <w:rPr>
          <w:lang w:val="pt-BR"/>
        </w:rPr>
      </w:pPr>
      <w:r w:rsidRPr="001179E8">
        <w:rPr>
          <w:lang w:val="pt-BR"/>
        </w:rPr>
        <w:br/>
      </w:r>
    </w:p>
    <w:p w14:paraId="48E02580" w14:textId="77777777" w:rsidR="002355BD" w:rsidRPr="001179E8" w:rsidRDefault="00000000">
      <w:pPr>
        <w:rPr>
          <w:lang w:val="pt-BR"/>
        </w:rPr>
      </w:pPr>
      <w:r w:rsidRPr="001179E8">
        <w:rPr>
          <w:lang w:val="pt-BR"/>
        </w:rPr>
        <w:t>"Quais são os pontos?" perguntou Art, aproximando-se do holograma.</w:t>
      </w:r>
    </w:p>
    <w:p w14:paraId="5A0B8BEC" w14:textId="77777777" w:rsidR="002355BD" w:rsidRPr="001179E8" w:rsidRDefault="00000000">
      <w:pPr>
        <w:rPr>
          <w:lang w:val="pt-BR"/>
        </w:rPr>
      </w:pPr>
      <w:r w:rsidRPr="001179E8">
        <w:rPr>
          <w:lang w:val="pt-BR"/>
        </w:rPr>
        <w:br/>
      </w:r>
    </w:p>
    <w:p w14:paraId="0803B035" w14:textId="77777777" w:rsidR="002355BD" w:rsidRPr="001179E8" w:rsidRDefault="00000000">
      <w:pPr>
        <w:rPr>
          <w:lang w:val="pt-BR"/>
        </w:rPr>
      </w:pPr>
      <w:r w:rsidRPr="001179E8">
        <w:rPr>
          <w:lang w:val="pt-BR"/>
        </w:rPr>
        <w:t>"Aqui," o General apontou para cada um deles. "O parque central, o antigo observatório, o lago artificial no distrito leste, o cemitério histórico e... a ponte principal."</w:t>
      </w:r>
    </w:p>
    <w:p w14:paraId="108BA212" w14:textId="77777777" w:rsidR="002355BD" w:rsidRPr="001179E8" w:rsidRDefault="00000000">
      <w:pPr>
        <w:rPr>
          <w:lang w:val="pt-BR"/>
        </w:rPr>
      </w:pPr>
      <w:r w:rsidRPr="001179E8">
        <w:rPr>
          <w:lang w:val="pt-BR"/>
        </w:rPr>
        <w:lastRenderedPageBreak/>
        <w:br/>
      </w:r>
    </w:p>
    <w:p w14:paraId="57D54496" w14:textId="77777777" w:rsidR="002355BD" w:rsidRPr="001179E8" w:rsidRDefault="00000000">
      <w:pPr>
        <w:rPr>
          <w:lang w:val="pt-BR"/>
        </w:rPr>
      </w:pPr>
      <w:r w:rsidRPr="001179E8">
        <w:rPr>
          <w:lang w:val="pt-BR"/>
        </w:rPr>
        <w:t>"Todos locais com significado histórico ou emocional para a cidade," observou Linda. "Não é coincidência."</w:t>
      </w:r>
    </w:p>
    <w:p w14:paraId="2BB5033D" w14:textId="77777777" w:rsidR="002355BD" w:rsidRPr="001179E8" w:rsidRDefault="00000000">
      <w:pPr>
        <w:rPr>
          <w:lang w:val="pt-BR"/>
        </w:rPr>
      </w:pPr>
      <w:r w:rsidRPr="001179E8">
        <w:rPr>
          <w:lang w:val="pt-BR"/>
        </w:rPr>
        <w:br/>
      </w:r>
    </w:p>
    <w:p w14:paraId="5A49FF58" w14:textId="77777777" w:rsidR="002355BD" w:rsidRPr="001179E8" w:rsidRDefault="00000000">
      <w:pPr>
        <w:rPr>
          <w:lang w:val="pt-BR"/>
        </w:rPr>
      </w:pPr>
      <w:r w:rsidRPr="001179E8">
        <w:rPr>
          <w:lang w:val="pt-BR"/>
        </w:rPr>
        <w:t>"Abyzoth se alimenta de emoções e memórias," confirmou Elaine. "Quanto mais carregado emocionalmente for um local, mais poder ele pode canalizar."</w:t>
      </w:r>
    </w:p>
    <w:p w14:paraId="63D5B80C" w14:textId="77777777" w:rsidR="002355BD" w:rsidRPr="001179E8" w:rsidRDefault="00000000">
      <w:pPr>
        <w:rPr>
          <w:lang w:val="pt-BR"/>
        </w:rPr>
      </w:pPr>
      <w:r w:rsidRPr="001179E8">
        <w:rPr>
          <w:lang w:val="pt-BR"/>
        </w:rPr>
        <w:br/>
      </w:r>
    </w:p>
    <w:p w14:paraId="19027F7A" w14:textId="77777777" w:rsidR="002355BD" w:rsidRPr="001179E8" w:rsidRDefault="00000000">
      <w:pPr>
        <w:rPr>
          <w:lang w:val="pt-BR"/>
        </w:rPr>
      </w:pPr>
      <w:r w:rsidRPr="001179E8">
        <w:rPr>
          <w:lang w:val="pt-BR"/>
        </w:rPr>
        <w:t>"Precisamos de cinco equipes," decidiu o General. "Uma para cada ponto de ancoragem."</w:t>
      </w:r>
    </w:p>
    <w:p w14:paraId="0FE11A01" w14:textId="77777777" w:rsidR="002355BD" w:rsidRPr="001179E8" w:rsidRDefault="00000000">
      <w:pPr>
        <w:rPr>
          <w:lang w:val="pt-BR"/>
        </w:rPr>
      </w:pPr>
      <w:r w:rsidRPr="001179E8">
        <w:rPr>
          <w:lang w:val="pt-BR"/>
        </w:rPr>
        <w:br/>
      </w:r>
    </w:p>
    <w:p w14:paraId="49AF520F" w14:textId="77777777" w:rsidR="002355BD" w:rsidRPr="001179E8" w:rsidRDefault="00000000">
      <w:pPr>
        <w:rPr>
          <w:lang w:val="pt-BR"/>
        </w:rPr>
      </w:pPr>
      <w:r w:rsidRPr="001179E8">
        <w:rPr>
          <w:lang w:val="pt-BR"/>
        </w:rPr>
        <w:t>Rapidamente, as equipes foram formadas. Art e Linda liderariam uma equipe com aliados dos cinco reinos para o parque central. Nicole e Ricardo iriam para o observatório. Outros membros dos Primordiais e agentes experientes da G.R.A.I.A. cobririam o lago e o cemitério.</w:t>
      </w:r>
    </w:p>
    <w:p w14:paraId="65EBDE0B" w14:textId="77777777" w:rsidR="002355BD" w:rsidRPr="001179E8" w:rsidRDefault="00000000">
      <w:pPr>
        <w:rPr>
          <w:lang w:val="pt-BR"/>
        </w:rPr>
      </w:pPr>
      <w:r w:rsidRPr="001179E8">
        <w:rPr>
          <w:lang w:val="pt-BR"/>
        </w:rPr>
        <w:br/>
      </w:r>
    </w:p>
    <w:p w14:paraId="24B2289C" w14:textId="77777777" w:rsidR="002355BD" w:rsidRPr="001179E8" w:rsidRDefault="00000000">
      <w:pPr>
        <w:rPr>
          <w:lang w:val="pt-BR"/>
        </w:rPr>
      </w:pPr>
      <w:r w:rsidRPr="001179E8">
        <w:rPr>
          <w:lang w:val="pt-BR"/>
        </w:rPr>
        <w:t>"Luke, Elaine," chamou o General, "vocês dois compreenderam melhor o código de Abyzoth do que qualquer um. Quero vocês na ponte. É provavelmente o ponto mais vulnerável, mas também o mais estratégico."</w:t>
      </w:r>
    </w:p>
    <w:p w14:paraId="61CCAFA1" w14:textId="77777777" w:rsidR="002355BD" w:rsidRPr="001179E8" w:rsidRDefault="00000000">
      <w:pPr>
        <w:rPr>
          <w:lang w:val="pt-BR"/>
        </w:rPr>
      </w:pPr>
      <w:r w:rsidRPr="001179E8">
        <w:rPr>
          <w:lang w:val="pt-BR"/>
        </w:rPr>
        <w:br/>
      </w:r>
    </w:p>
    <w:p w14:paraId="047A8DDB" w14:textId="77777777" w:rsidR="002355BD" w:rsidRPr="001179E8" w:rsidRDefault="00000000">
      <w:pPr>
        <w:rPr>
          <w:lang w:val="pt-BR"/>
        </w:rPr>
      </w:pPr>
      <w:r w:rsidRPr="001179E8">
        <w:rPr>
          <w:lang w:val="pt-BR"/>
        </w:rPr>
        <w:t>Luke e Elaine trocaram olhares e assentiram. Nos últimos dias, eles haviam desenvolvido uma sincronicidade de trabalho que tornava a escolha lógica.</w:t>
      </w:r>
    </w:p>
    <w:p w14:paraId="6CA0C048" w14:textId="77777777" w:rsidR="002355BD" w:rsidRPr="001179E8" w:rsidRDefault="00000000">
      <w:pPr>
        <w:rPr>
          <w:lang w:val="pt-BR"/>
        </w:rPr>
      </w:pPr>
      <w:r w:rsidRPr="001179E8">
        <w:rPr>
          <w:lang w:val="pt-BR"/>
        </w:rPr>
        <w:br/>
      </w:r>
    </w:p>
    <w:p w14:paraId="6DFD6D0F" w14:textId="77777777" w:rsidR="002355BD" w:rsidRPr="001179E8" w:rsidRDefault="00000000">
      <w:pPr>
        <w:rPr>
          <w:lang w:val="pt-BR"/>
        </w:rPr>
      </w:pPr>
      <w:r w:rsidRPr="001179E8">
        <w:rPr>
          <w:lang w:val="pt-BR"/>
        </w:rPr>
        <w:t>"Todos têm seus dispositivos de disrupção?" perguntou o General, referindo-se aos pequenos aparelhos que Luke e Elaine haviam ajudado a projetar, baseados em sua compreensão do código de Abyzoth.</w:t>
      </w:r>
    </w:p>
    <w:p w14:paraId="2E4DCFA9" w14:textId="77777777" w:rsidR="002355BD" w:rsidRPr="001179E8" w:rsidRDefault="00000000">
      <w:pPr>
        <w:rPr>
          <w:lang w:val="pt-BR"/>
        </w:rPr>
      </w:pPr>
      <w:r w:rsidRPr="001179E8">
        <w:rPr>
          <w:lang w:val="pt-BR"/>
        </w:rPr>
        <w:br/>
      </w:r>
    </w:p>
    <w:p w14:paraId="7A245FEE" w14:textId="77777777" w:rsidR="002355BD" w:rsidRPr="001179E8" w:rsidRDefault="00000000">
      <w:pPr>
        <w:rPr>
          <w:lang w:val="pt-BR"/>
        </w:rPr>
      </w:pPr>
      <w:r w:rsidRPr="001179E8">
        <w:rPr>
          <w:lang w:val="pt-BR"/>
        </w:rPr>
        <w:t>Houve um coro de confirmações.</w:t>
      </w:r>
    </w:p>
    <w:p w14:paraId="60812FFC" w14:textId="77777777" w:rsidR="002355BD" w:rsidRPr="001179E8" w:rsidRDefault="00000000">
      <w:pPr>
        <w:rPr>
          <w:lang w:val="pt-BR"/>
        </w:rPr>
      </w:pPr>
      <w:r w:rsidRPr="001179E8">
        <w:rPr>
          <w:lang w:val="pt-BR"/>
        </w:rPr>
        <w:lastRenderedPageBreak/>
        <w:br/>
      </w:r>
    </w:p>
    <w:p w14:paraId="571AC092" w14:textId="77777777" w:rsidR="002355BD" w:rsidRPr="001179E8" w:rsidRDefault="00000000">
      <w:pPr>
        <w:rPr>
          <w:lang w:val="pt-BR"/>
        </w:rPr>
      </w:pPr>
      <w:r w:rsidRPr="001179E8">
        <w:rPr>
          <w:lang w:val="pt-BR"/>
        </w:rPr>
        <w:t>"Então vamos," ordenou o General. "Mantenham comunicação constante. E lembrem-se – se não conseguirmos interromper este ritual, enfrentaremos uma invasão em escala total."</w:t>
      </w:r>
    </w:p>
    <w:p w14:paraId="385A7BB4" w14:textId="77777777" w:rsidR="002355BD" w:rsidRPr="001179E8" w:rsidRDefault="00000000">
      <w:pPr>
        <w:rPr>
          <w:lang w:val="pt-BR"/>
        </w:rPr>
      </w:pPr>
      <w:r w:rsidRPr="001179E8">
        <w:rPr>
          <w:lang w:val="pt-BR"/>
        </w:rPr>
        <w:br/>
      </w:r>
    </w:p>
    <w:p w14:paraId="024879FE" w14:textId="77777777" w:rsidR="002355BD" w:rsidRPr="001179E8" w:rsidRDefault="00000000">
      <w:pPr>
        <w:rPr>
          <w:lang w:val="pt-BR"/>
        </w:rPr>
      </w:pPr>
      <w:r w:rsidRPr="001179E8">
        <w:rPr>
          <w:lang w:val="pt-BR"/>
        </w:rPr>
        <w:t>As equipes se dispersaram rapidamente, cada uma dirigindo-se ao seu ponto designado. Luke e Elaine correram para o hangar, onde um veículo já os aguardava.</w:t>
      </w:r>
    </w:p>
    <w:p w14:paraId="317CB155" w14:textId="77777777" w:rsidR="002355BD" w:rsidRPr="001179E8" w:rsidRDefault="00000000">
      <w:pPr>
        <w:rPr>
          <w:lang w:val="pt-BR"/>
        </w:rPr>
      </w:pPr>
      <w:r w:rsidRPr="001179E8">
        <w:rPr>
          <w:lang w:val="pt-BR"/>
        </w:rPr>
        <w:br/>
      </w:r>
    </w:p>
    <w:p w14:paraId="17ABDC3B" w14:textId="77777777" w:rsidR="002355BD" w:rsidRPr="001179E8" w:rsidRDefault="00000000">
      <w:pPr>
        <w:rPr>
          <w:lang w:val="pt-BR"/>
        </w:rPr>
      </w:pPr>
      <w:r w:rsidRPr="001179E8">
        <w:rPr>
          <w:lang w:val="pt-BR"/>
        </w:rPr>
        <w:t>"Você está pronta para isso?" perguntou Luke enquanto entravam no veículo.</w:t>
      </w:r>
    </w:p>
    <w:p w14:paraId="372C7F74" w14:textId="77777777" w:rsidR="002355BD" w:rsidRPr="001179E8" w:rsidRDefault="00000000">
      <w:pPr>
        <w:rPr>
          <w:lang w:val="pt-BR"/>
        </w:rPr>
      </w:pPr>
      <w:r w:rsidRPr="001179E8">
        <w:rPr>
          <w:lang w:val="pt-BR"/>
        </w:rPr>
        <w:br/>
      </w:r>
    </w:p>
    <w:p w14:paraId="41224B93" w14:textId="77777777" w:rsidR="002355BD" w:rsidRPr="001179E8" w:rsidRDefault="00000000">
      <w:pPr>
        <w:rPr>
          <w:lang w:val="pt-BR"/>
        </w:rPr>
      </w:pPr>
      <w:r w:rsidRPr="001179E8">
        <w:rPr>
          <w:lang w:val="pt-BR"/>
        </w:rPr>
        <w:t>Elaine o olhou, um pequeno sorriso brincando em seus lábios apesar da gravidade da situação. "Nasci no submundo, Luke. Passei minha vida inteira fugindo de Abyzoth e seus servos. Estou mais do que pronta para lutar contra eles."</w:t>
      </w:r>
    </w:p>
    <w:p w14:paraId="5BBA1659" w14:textId="77777777" w:rsidR="002355BD" w:rsidRPr="001179E8" w:rsidRDefault="00000000">
      <w:pPr>
        <w:rPr>
          <w:lang w:val="pt-BR"/>
        </w:rPr>
      </w:pPr>
      <w:r w:rsidRPr="001179E8">
        <w:rPr>
          <w:lang w:val="pt-BR"/>
        </w:rPr>
        <w:br/>
      </w:r>
    </w:p>
    <w:p w14:paraId="0CF84D45" w14:textId="77777777" w:rsidR="002355BD" w:rsidRPr="001179E8" w:rsidRDefault="00000000">
      <w:pPr>
        <w:rPr>
          <w:lang w:val="pt-BR"/>
        </w:rPr>
      </w:pPr>
      <w:r w:rsidRPr="001179E8">
        <w:rPr>
          <w:lang w:val="pt-BR"/>
        </w:rPr>
        <w:t>Havia uma determinação feroz em seus olhos que Luke não havia visto antes – não a sedução calculada ou a vulnerabilidade cuidadosamente revelada, mas algo mais primordial, mais autêntico. Coragem pura.</w:t>
      </w:r>
    </w:p>
    <w:p w14:paraId="2CB909FD" w14:textId="77777777" w:rsidR="002355BD" w:rsidRPr="001179E8" w:rsidRDefault="00000000">
      <w:pPr>
        <w:rPr>
          <w:lang w:val="pt-BR"/>
        </w:rPr>
      </w:pPr>
      <w:r w:rsidRPr="001179E8">
        <w:rPr>
          <w:lang w:val="pt-BR"/>
        </w:rPr>
        <w:br/>
      </w:r>
    </w:p>
    <w:p w14:paraId="51C0F20C" w14:textId="77777777" w:rsidR="002355BD" w:rsidRPr="001179E8" w:rsidRDefault="00000000">
      <w:pPr>
        <w:rPr>
          <w:lang w:val="pt-BR"/>
        </w:rPr>
      </w:pPr>
      <w:r w:rsidRPr="001179E8">
        <w:rPr>
          <w:lang w:val="pt-BR"/>
        </w:rPr>
        <w:t>"Então vamos," disse ele, ligando o veículo.</w:t>
      </w:r>
    </w:p>
    <w:p w14:paraId="7212869B" w14:textId="77777777" w:rsidR="002355BD" w:rsidRPr="001179E8" w:rsidRDefault="00000000">
      <w:pPr>
        <w:rPr>
          <w:lang w:val="pt-BR"/>
        </w:rPr>
      </w:pPr>
      <w:r w:rsidRPr="001179E8">
        <w:rPr>
          <w:lang w:val="pt-BR"/>
        </w:rPr>
        <w:br/>
      </w:r>
    </w:p>
    <w:p w14:paraId="4BC2D6C1" w14:textId="77777777" w:rsidR="002355BD" w:rsidRPr="001179E8" w:rsidRDefault="00000000">
      <w:pPr>
        <w:rPr>
          <w:lang w:val="pt-BR"/>
        </w:rPr>
      </w:pPr>
      <w:r w:rsidRPr="001179E8">
        <w:rPr>
          <w:lang w:val="pt-BR"/>
        </w:rPr>
        <w:t>---</w:t>
      </w:r>
    </w:p>
    <w:p w14:paraId="0CB57A11" w14:textId="77777777" w:rsidR="002355BD" w:rsidRPr="001179E8" w:rsidRDefault="00000000">
      <w:pPr>
        <w:rPr>
          <w:lang w:val="pt-BR"/>
        </w:rPr>
      </w:pPr>
      <w:r w:rsidRPr="001179E8">
        <w:rPr>
          <w:lang w:val="pt-BR"/>
        </w:rPr>
        <w:br/>
      </w:r>
    </w:p>
    <w:p w14:paraId="29188A63" w14:textId="77777777" w:rsidR="002355BD" w:rsidRPr="001179E8" w:rsidRDefault="00000000">
      <w:pPr>
        <w:rPr>
          <w:lang w:val="pt-BR"/>
        </w:rPr>
      </w:pPr>
      <w:r w:rsidRPr="001179E8">
        <w:rPr>
          <w:lang w:val="pt-BR"/>
        </w:rPr>
        <w:t>A ponte principal da cidade era uma estrutura imponente que atravessava o rio largo, conectando o centro urbano aos subúrbios. Normalmente movimentada a qualquer hora do dia, agora estava estranhamente deserta, evacuada pelas autoridades assim que as perturbações dimensionais começaram.</w:t>
      </w:r>
    </w:p>
    <w:p w14:paraId="2D81B1E3" w14:textId="77777777" w:rsidR="002355BD" w:rsidRPr="001179E8" w:rsidRDefault="00000000">
      <w:pPr>
        <w:rPr>
          <w:lang w:val="pt-BR"/>
        </w:rPr>
      </w:pPr>
      <w:r w:rsidRPr="001179E8">
        <w:rPr>
          <w:lang w:val="pt-BR"/>
        </w:rPr>
        <w:lastRenderedPageBreak/>
        <w:br/>
      </w:r>
    </w:p>
    <w:p w14:paraId="63921499" w14:textId="77777777" w:rsidR="002355BD" w:rsidRPr="001179E8" w:rsidRDefault="00000000">
      <w:pPr>
        <w:rPr>
          <w:lang w:val="pt-BR"/>
        </w:rPr>
      </w:pPr>
      <w:r w:rsidRPr="001179E8">
        <w:rPr>
          <w:lang w:val="pt-BR"/>
        </w:rPr>
        <w:t>Quando Luke e Elaine chegaram, a visão que os recebeu era surreal. No centro exato da ponte, uma coluna de energia escura se erguia até o céu, pulsando com um ritmo hipnótico. Ao redor dela, o ar parecia distorcido, como se a própria realidade estivesse sendo dobrada e esticada.</w:t>
      </w:r>
    </w:p>
    <w:p w14:paraId="762D2831" w14:textId="77777777" w:rsidR="002355BD" w:rsidRPr="001179E8" w:rsidRDefault="00000000">
      <w:pPr>
        <w:rPr>
          <w:lang w:val="pt-BR"/>
        </w:rPr>
      </w:pPr>
      <w:r w:rsidRPr="001179E8">
        <w:rPr>
          <w:lang w:val="pt-BR"/>
        </w:rPr>
        <w:br/>
      </w:r>
    </w:p>
    <w:p w14:paraId="3D6BCE3F" w14:textId="77777777" w:rsidR="002355BD" w:rsidRPr="001179E8" w:rsidRDefault="00000000">
      <w:pPr>
        <w:rPr>
          <w:lang w:val="pt-BR"/>
        </w:rPr>
      </w:pPr>
      <w:r w:rsidRPr="001179E8">
        <w:rPr>
          <w:lang w:val="pt-BR"/>
        </w:rPr>
        <w:t>"É pior do que eu imaginava," murmurou Elaine, seus olhos fixos na coluna de energia. "O ritual já está bem avançado."</w:t>
      </w:r>
    </w:p>
    <w:p w14:paraId="6BD416D5" w14:textId="77777777" w:rsidR="002355BD" w:rsidRPr="001179E8" w:rsidRDefault="00000000">
      <w:pPr>
        <w:rPr>
          <w:lang w:val="pt-BR"/>
        </w:rPr>
      </w:pPr>
      <w:r w:rsidRPr="001179E8">
        <w:rPr>
          <w:lang w:val="pt-BR"/>
        </w:rPr>
        <w:br/>
      </w:r>
    </w:p>
    <w:p w14:paraId="427CE250" w14:textId="77777777" w:rsidR="002355BD" w:rsidRPr="001179E8" w:rsidRDefault="00000000">
      <w:pPr>
        <w:rPr>
          <w:lang w:val="pt-BR"/>
        </w:rPr>
      </w:pPr>
      <w:r w:rsidRPr="001179E8">
        <w:rPr>
          <w:lang w:val="pt-BR"/>
        </w:rPr>
        <w:t>Luke verificou seu comunicador. "As outras equipes estão relatando situações semelhantes. Precisamos agir rápido."</w:t>
      </w:r>
    </w:p>
    <w:p w14:paraId="4C02F77F" w14:textId="77777777" w:rsidR="002355BD" w:rsidRPr="001179E8" w:rsidRDefault="00000000">
      <w:pPr>
        <w:rPr>
          <w:lang w:val="pt-BR"/>
        </w:rPr>
      </w:pPr>
      <w:r w:rsidRPr="001179E8">
        <w:rPr>
          <w:lang w:val="pt-BR"/>
        </w:rPr>
        <w:br/>
      </w:r>
    </w:p>
    <w:p w14:paraId="28DD9436" w14:textId="77777777" w:rsidR="002355BD" w:rsidRPr="001179E8" w:rsidRDefault="00000000">
      <w:pPr>
        <w:rPr>
          <w:lang w:val="pt-BR"/>
        </w:rPr>
      </w:pPr>
      <w:r w:rsidRPr="001179E8">
        <w:rPr>
          <w:lang w:val="pt-BR"/>
        </w:rPr>
        <w:t>Eles saíram do veículo e se aproximaram cautelosamente da coluna de energia. Luke podia sentir o poder emanando dela – uma sensação opressiva, como se o ar tivesse se tornado mais denso, mais difícil de respirar.</w:t>
      </w:r>
    </w:p>
    <w:p w14:paraId="578BA39F" w14:textId="77777777" w:rsidR="002355BD" w:rsidRPr="001179E8" w:rsidRDefault="00000000">
      <w:pPr>
        <w:rPr>
          <w:lang w:val="pt-BR"/>
        </w:rPr>
      </w:pPr>
      <w:r w:rsidRPr="001179E8">
        <w:rPr>
          <w:lang w:val="pt-BR"/>
        </w:rPr>
        <w:br/>
      </w:r>
    </w:p>
    <w:p w14:paraId="2310F9F5" w14:textId="77777777" w:rsidR="002355BD" w:rsidRPr="001179E8" w:rsidRDefault="00000000">
      <w:pPr>
        <w:rPr>
          <w:lang w:val="pt-BR"/>
        </w:rPr>
      </w:pPr>
      <w:r w:rsidRPr="001179E8">
        <w:rPr>
          <w:lang w:val="pt-BR"/>
        </w:rPr>
        <w:t>"O dispositivo de disrupção precisa ser colocado na base da coluna," disse ele, retirando o pequeno aparelho de seu bolso. Era uma esfera metálica do tamanho de uma bola de tênis, coberta de símbolos gravados que Elaine havia ajudado a projetar – contra-símbolos para o código de Abyzoth.</w:t>
      </w:r>
    </w:p>
    <w:p w14:paraId="5D51F4C2" w14:textId="77777777" w:rsidR="002355BD" w:rsidRPr="001179E8" w:rsidRDefault="00000000">
      <w:pPr>
        <w:rPr>
          <w:lang w:val="pt-BR"/>
        </w:rPr>
      </w:pPr>
      <w:r w:rsidRPr="001179E8">
        <w:rPr>
          <w:lang w:val="pt-BR"/>
        </w:rPr>
        <w:br/>
      </w:r>
    </w:p>
    <w:p w14:paraId="2C279EA1" w14:textId="77777777" w:rsidR="002355BD" w:rsidRPr="001179E8" w:rsidRDefault="00000000">
      <w:pPr>
        <w:rPr>
          <w:lang w:val="pt-BR"/>
        </w:rPr>
      </w:pPr>
      <w:r w:rsidRPr="001179E8">
        <w:rPr>
          <w:lang w:val="pt-BR"/>
        </w:rPr>
        <w:t>"Não vai ser fácil chegar lá," observou Elaine, apontando para as figuras sombrias que agora podiam ver circulando a base da coluna – Caçadores das Sombras, como os que haviam enfrentado no submundo.</w:t>
      </w:r>
    </w:p>
    <w:p w14:paraId="06FD4C66" w14:textId="77777777" w:rsidR="002355BD" w:rsidRPr="001179E8" w:rsidRDefault="00000000">
      <w:pPr>
        <w:rPr>
          <w:lang w:val="pt-BR"/>
        </w:rPr>
      </w:pPr>
      <w:r w:rsidRPr="001179E8">
        <w:rPr>
          <w:lang w:val="pt-BR"/>
        </w:rPr>
        <w:br/>
      </w:r>
    </w:p>
    <w:p w14:paraId="3E68AA97" w14:textId="77777777" w:rsidR="002355BD" w:rsidRPr="001179E8" w:rsidRDefault="00000000">
      <w:pPr>
        <w:rPr>
          <w:lang w:val="pt-BR"/>
        </w:rPr>
      </w:pPr>
      <w:r w:rsidRPr="001179E8">
        <w:rPr>
          <w:lang w:val="pt-BR"/>
        </w:rPr>
        <w:t>"Quantos você consegue ver?" perguntou Luke, já calculando estratégias.</w:t>
      </w:r>
    </w:p>
    <w:p w14:paraId="50652BE9" w14:textId="77777777" w:rsidR="002355BD" w:rsidRPr="001179E8" w:rsidRDefault="00000000">
      <w:pPr>
        <w:rPr>
          <w:lang w:val="pt-BR"/>
        </w:rPr>
      </w:pPr>
      <w:r w:rsidRPr="001179E8">
        <w:rPr>
          <w:lang w:val="pt-BR"/>
        </w:rPr>
        <w:lastRenderedPageBreak/>
        <w:br/>
      </w:r>
    </w:p>
    <w:p w14:paraId="5452674E" w14:textId="77777777" w:rsidR="002355BD" w:rsidRPr="001179E8" w:rsidRDefault="00000000">
      <w:pPr>
        <w:rPr>
          <w:lang w:val="pt-BR"/>
        </w:rPr>
      </w:pPr>
      <w:r w:rsidRPr="001179E8">
        <w:rPr>
          <w:lang w:val="pt-BR"/>
        </w:rPr>
        <w:t>"Pelo menos seis," respondeu Elaine. "Mas pode haver mais escondidos nas sombras."</w:t>
      </w:r>
    </w:p>
    <w:p w14:paraId="7851F71F" w14:textId="77777777" w:rsidR="002355BD" w:rsidRPr="001179E8" w:rsidRDefault="00000000">
      <w:pPr>
        <w:rPr>
          <w:lang w:val="pt-BR"/>
        </w:rPr>
      </w:pPr>
      <w:r w:rsidRPr="001179E8">
        <w:rPr>
          <w:lang w:val="pt-BR"/>
        </w:rPr>
        <w:br/>
      </w:r>
    </w:p>
    <w:p w14:paraId="7B824DA7" w14:textId="77777777" w:rsidR="002355BD" w:rsidRPr="001179E8" w:rsidRDefault="00000000">
      <w:pPr>
        <w:rPr>
          <w:lang w:val="pt-BR"/>
        </w:rPr>
      </w:pPr>
      <w:r w:rsidRPr="001179E8">
        <w:rPr>
          <w:lang w:val="pt-BR"/>
        </w:rPr>
        <w:t>Luke assentiu, seu rosto se tornando determinado. "Vou criar uma distração com meus clones. Você usa sua invisibilidade para se aproximar e colocar o dispositivo."</w:t>
      </w:r>
    </w:p>
    <w:p w14:paraId="50EA075D" w14:textId="77777777" w:rsidR="002355BD" w:rsidRPr="001179E8" w:rsidRDefault="00000000">
      <w:pPr>
        <w:rPr>
          <w:lang w:val="pt-BR"/>
        </w:rPr>
      </w:pPr>
      <w:r w:rsidRPr="001179E8">
        <w:rPr>
          <w:lang w:val="pt-BR"/>
        </w:rPr>
        <w:br/>
      </w:r>
    </w:p>
    <w:p w14:paraId="3D2952D4" w14:textId="77777777" w:rsidR="002355BD" w:rsidRPr="001179E8" w:rsidRDefault="00000000">
      <w:pPr>
        <w:rPr>
          <w:lang w:val="pt-BR"/>
        </w:rPr>
      </w:pPr>
      <w:r w:rsidRPr="001179E8">
        <w:rPr>
          <w:lang w:val="pt-BR"/>
        </w:rPr>
        <w:t>"Não," disse Elaine, colocando uma mão em seu braço. "É muito arriscado para você enfrentar todos eles sozinho, mesmo com clones. Tenho uma ideia melhor."</w:t>
      </w:r>
    </w:p>
    <w:p w14:paraId="755B52E6" w14:textId="77777777" w:rsidR="002355BD" w:rsidRPr="001179E8" w:rsidRDefault="00000000">
      <w:pPr>
        <w:rPr>
          <w:lang w:val="pt-BR"/>
        </w:rPr>
      </w:pPr>
      <w:r w:rsidRPr="001179E8">
        <w:rPr>
          <w:lang w:val="pt-BR"/>
        </w:rPr>
        <w:br/>
      </w:r>
    </w:p>
    <w:p w14:paraId="4B88311F" w14:textId="77777777" w:rsidR="002355BD" w:rsidRPr="001179E8" w:rsidRDefault="00000000">
      <w:pPr>
        <w:rPr>
          <w:lang w:val="pt-BR"/>
        </w:rPr>
      </w:pPr>
      <w:r w:rsidRPr="001179E8">
        <w:rPr>
          <w:lang w:val="pt-BR"/>
        </w:rPr>
        <w:t>Ela explicou rapidamente seu plano. Luke ouviu atentamente, impressionado com a estratégia astuta que ela havia elaborado.</w:t>
      </w:r>
    </w:p>
    <w:p w14:paraId="42D15DEF" w14:textId="77777777" w:rsidR="002355BD" w:rsidRPr="001179E8" w:rsidRDefault="00000000">
      <w:pPr>
        <w:rPr>
          <w:lang w:val="pt-BR"/>
        </w:rPr>
      </w:pPr>
      <w:r w:rsidRPr="001179E8">
        <w:rPr>
          <w:lang w:val="pt-BR"/>
        </w:rPr>
        <w:br/>
      </w:r>
    </w:p>
    <w:p w14:paraId="750D7456" w14:textId="77777777" w:rsidR="002355BD" w:rsidRPr="001179E8" w:rsidRDefault="00000000">
      <w:pPr>
        <w:rPr>
          <w:lang w:val="pt-BR"/>
        </w:rPr>
      </w:pPr>
      <w:r w:rsidRPr="001179E8">
        <w:rPr>
          <w:lang w:val="pt-BR"/>
        </w:rPr>
        <w:t>"Pode funcionar," concordou ele. "Mas tenha cuidado."</w:t>
      </w:r>
    </w:p>
    <w:p w14:paraId="2034F145" w14:textId="77777777" w:rsidR="002355BD" w:rsidRPr="001179E8" w:rsidRDefault="00000000">
      <w:pPr>
        <w:rPr>
          <w:lang w:val="pt-BR"/>
        </w:rPr>
      </w:pPr>
      <w:r w:rsidRPr="001179E8">
        <w:rPr>
          <w:lang w:val="pt-BR"/>
        </w:rPr>
        <w:br/>
      </w:r>
    </w:p>
    <w:p w14:paraId="2A189871" w14:textId="77777777" w:rsidR="002355BD" w:rsidRPr="001179E8" w:rsidRDefault="00000000">
      <w:pPr>
        <w:rPr>
          <w:lang w:val="pt-BR"/>
        </w:rPr>
      </w:pPr>
      <w:r w:rsidRPr="001179E8">
        <w:rPr>
          <w:lang w:val="pt-BR"/>
        </w:rPr>
        <w:t>Elaine sorriu, aquele sorriso enviesado que ele havia chegado a conhecer tão bem. "Sempre tenho, detetive."</w:t>
      </w:r>
    </w:p>
    <w:p w14:paraId="0C9CFF9F" w14:textId="77777777" w:rsidR="002355BD" w:rsidRPr="001179E8" w:rsidRDefault="00000000">
      <w:pPr>
        <w:rPr>
          <w:lang w:val="pt-BR"/>
        </w:rPr>
      </w:pPr>
      <w:r w:rsidRPr="001179E8">
        <w:rPr>
          <w:lang w:val="pt-BR"/>
        </w:rPr>
        <w:br/>
      </w:r>
    </w:p>
    <w:p w14:paraId="7E071EB2" w14:textId="77777777" w:rsidR="002355BD" w:rsidRPr="001179E8" w:rsidRDefault="00000000">
      <w:pPr>
        <w:rPr>
          <w:lang w:val="pt-BR"/>
        </w:rPr>
      </w:pPr>
      <w:r w:rsidRPr="001179E8">
        <w:rPr>
          <w:lang w:val="pt-BR"/>
        </w:rPr>
        <w:t>Com um aceno final, eles se separaram para executar o plano.</w:t>
      </w:r>
    </w:p>
    <w:p w14:paraId="72318BBF" w14:textId="77777777" w:rsidR="002355BD" w:rsidRPr="001179E8" w:rsidRDefault="00000000">
      <w:pPr>
        <w:rPr>
          <w:lang w:val="pt-BR"/>
        </w:rPr>
      </w:pPr>
      <w:r w:rsidRPr="001179E8">
        <w:rPr>
          <w:lang w:val="pt-BR"/>
        </w:rPr>
        <w:br/>
      </w:r>
    </w:p>
    <w:p w14:paraId="71CB0C9B" w14:textId="77777777" w:rsidR="002355BD" w:rsidRPr="001179E8" w:rsidRDefault="00000000">
      <w:pPr>
        <w:rPr>
          <w:lang w:val="pt-BR"/>
        </w:rPr>
      </w:pPr>
      <w:r w:rsidRPr="001179E8">
        <w:rPr>
          <w:lang w:val="pt-BR"/>
        </w:rPr>
        <w:t>Luke se moveu para uma posição lateral, onde teria uma visão clara da coluna de energia e dos Caçadores. Concentrando-se intensamente, ele ativou seu poder de clonagem. Um por um, cinco duplicatas idênticas de Luke Carmody se materializaram ao seu lado, cada uma uma cópia perfeita, compartilhando sua consciência.</w:t>
      </w:r>
    </w:p>
    <w:p w14:paraId="15AF77A5" w14:textId="77777777" w:rsidR="002355BD" w:rsidRPr="001179E8" w:rsidRDefault="00000000">
      <w:pPr>
        <w:rPr>
          <w:lang w:val="pt-BR"/>
        </w:rPr>
      </w:pPr>
      <w:r w:rsidRPr="001179E8">
        <w:rPr>
          <w:lang w:val="pt-BR"/>
        </w:rPr>
        <w:br/>
      </w:r>
    </w:p>
    <w:p w14:paraId="078DA69F" w14:textId="77777777" w:rsidR="002355BD" w:rsidRPr="001179E8" w:rsidRDefault="00000000">
      <w:pPr>
        <w:rPr>
          <w:lang w:val="pt-BR"/>
        </w:rPr>
      </w:pPr>
      <w:r w:rsidRPr="001179E8">
        <w:rPr>
          <w:lang w:val="pt-BR"/>
        </w:rPr>
        <w:lastRenderedPageBreak/>
        <w:t>Enquanto isso, Elaine se posicionou do lado oposto da ponte. Fechando os olhos, ela ativou sua metamorfose, transformando-se em uma réplica perfeita de Luke. Então, com outro esforço de concentração, ela desapareceu completamente da vista, sua invisibilidade ativada.</w:t>
      </w:r>
    </w:p>
    <w:p w14:paraId="603DE5A5" w14:textId="77777777" w:rsidR="002355BD" w:rsidRPr="001179E8" w:rsidRDefault="00000000">
      <w:pPr>
        <w:rPr>
          <w:lang w:val="pt-BR"/>
        </w:rPr>
      </w:pPr>
      <w:r w:rsidRPr="001179E8">
        <w:rPr>
          <w:lang w:val="pt-BR"/>
        </w:rPr>
        <w:br/>
      </w:r>
    </w:p>
    <w:p w14:paraId="419FDA83" w14:textId="77777777" w:rsidR="002355BD" w:rsidRPr="001179E8" w:rsidRDefault="00000000">
      <w:pPr>
        <w:rPr>
          <w:lang w:val="pt-BR"/>
        </w:rPr>
      </w:pPr>
      <w:r w:rsidRPr="001179E8">
        <w:rPr>
          <w:lang w:val="pt-BR"/>
        </w:rPr>
        <w:t>Luke esperou até sentir a leve brisa que indicava que Elaine havia passado por ele, invisível, antes de dar o sinal. Seus cinco clones avançaram simultaneamente, cada um se movendo em um padrão diferente, criando a ilusão de um ataque coordenado de múltiplos ângulos.</w:t>
      </w:r>
    </w:p>
    <w:p w14:paraId="2C8E98D3" w14:textId="77777777" w:rsidR="002355BD" w:rsidRPr="001179E8" w:rsidRDefault="00000000">
      <w:pPr>
        <w:rPr>
          <w:lang w:val="pt-BR"/>
        </w:rPr>
      </w:pPr>
      <w:r w:rsidRPr="001179E8">
        <w:rPr>
          <w:lang w:val="pt-BR"/>
        </w:rPr>
        <w:br/>
      </w:r>
    </w:p>
    <w:p w14:paraId="7589AA32" w14:textId="77777777" w:rsidR="002355BD" w:rsidRPr="001179E8" w:rsidRDefault="00000000">
      <w:pPr>
        <w:rPr>
          <w:lang w:val="pt-BR"/>
        </w:rPr>
      </w:pPr>
      <w:r w:rsidRPr="001179E8">
        <w:rPr>
          <w:lang w:val="pt-BR"/>
        </w:rPr>
        <w:t>Os Caçadores das Sombras reagiram imediatamente, abandonando seus postos ao redor da coluna para enfrentar a ameaça múltipla. Luke observou com satisfação enquanto suas duplicatas executavam perfeitamente a distração, teleportando-se de um ponto a outro para confundir ainda mais os inimigos.</w:t>
      </w:r>
    </w:p>
    <w:p w14:paraId="3D532E4F" w14:textId="77777777" w:rsidR="002355BD" w:rsidRPr="001179E8" w:rsidRDefault="00000000">
      <w:pPr>
        <w:rPr>
          <w:lang w:val="pt-BR"/>
        </w:rPr>
      </w:pPr>
      <w:r w:rsidRPr="001179E8">
        <w:rPr>
          <w:lang w:val="pt-BR"/>
        </w:rPr>
        <w:br/>
      </w:r>
    </w:p>
    <w:p w14:paraId="3B246723" w14:textId="77777777" w:rsidR="002355BD" w:rsidRPr="001179E8" w:rsidRDefault="00000000">
      <w:pPr>
        <w:rPr>
          <w:lang w:val="pt-BR"/>
        </w:rPr>
      </w:pPr>
      <w:r w:rsidRPr="001179E8">
        <w:rPr>
          <w:lang w:val="pt-BR"/>
        </w:rPr>
        <w:t>Com os Caçadores distraídos, Luke sabia que Elaine estaria se aproximando da coluna, invisível e silenciosa. Ele manteve seus clones em movimento constante, absorvendo a atenção dos Caçadores.</w:t>
      </w:r>
    </w:p>
    <w:p w14:paraId="7E958CC4" w14:textId="77777777" w:rsidR="002355BD" w:rsidRPr="001179E8" w:rsidRDefault="00000000">
      <w:pPr>
        <w:rPr>
          <w:lang w:val="pt-BR"/>
        </w:rPr>
      </w:pPr>
      <w:r w:rsidRPr="001179E8">
        <w:rPr>
          <w:lang w:val="pt-BR"/>
        </w:rPr>
        <w:br/>
      </w:r>
    </w:p>
    <w:p w14:paraId="4A46405A" w14:textId="77777777" w:rsidR="002355BD" w:rsidRPr="001179E8" w:rsidRDefault="00000000">
      <w:pPr>
        <w:rPr>
          <w:lang w:val="pt-BR"/>
        </w:rPr>
      </w:pPr>
      <w:r w:rsidRPr="001179E8">
        <w:rPr>
          <w:lang w:val="pt-BR"/>
        </w:rPr>
        <w:t>Mas então, algo deu errado.</w:t>
      </w:r>
    </w:p>
    <w:p w14:paraId="041F8DFF" w14:textId="77777777" w:rsidR="002355BD" w:rsidRPr="001179E8" w:rsidRDefault="00000000">
      <w:pPr>
        <w:rPr>
          <w:lang w:val="pt-BR"/>
        </w:rPr>
      </w:pPr>
      <w:r w:rsidRPr="001179E8">
        <w:rPr>
          <w:lang w:val="pt-BR"/>
        </w:rPr>
        <w:br/>
      </w:r>
    </w:p>
    <w:p w14:paraId="4997262F" w14:textId="77777777" w:rsidR="002355BD" w:rsidRPr="001179E8" w:rsidRDefault="00000000">
      <w:pPr>
        <w:rPr>
          <w:lang w:val="pt-BR"/>
        </w:rPr>
      </w:pPr>
      <w:r w:rsidRPr="001179E8">
        <w:rPr>
          <w:lang w:val="pt-BR"/>
        </w:rPr>
        <w:t>Um dos Caçadores, maior e aparentemente mais inteligente que os outros, parou subitamente sua perseguição aos clones. Sua cabeça sem rosto virou-se lentamente na direção da coluna de energia, como se sentisse algo que os outros não podiam.</w:t>
      </w:r>
    </w:p>
    <w:p w14:paraId="46A0BBE8" w14:textId="77777777" w:rsidR="002355BD" w:rsidRPr="001179E8" w:rsidRDefault="00000000">
      <w:pPr>
        <w:rPr>
          <w:lang w:val="pt-BR"/>
        </w:rPr>
      </w:pPr>
      <w:r w:rsidRPr="001179E8">
        <w:rPr>
          <w:lang w:val="pt-BR"/>
        </w:rPr>
        <w:br/>
      </w:r>
    </w:p>
    <w:p w14:paraId="1F557D2A" w14:textId="77777777" w:rsidR="002355BD" w:rsidRPr="001179E8" w:rsidRDefault="00000000">
      <w:pPr>
        <w:rPr>
          <w:lang w:val="pt-BR"/>
        </w:rPr>
      </w:pPr>
      <w:r w:rsidRPr="001179E8">
        <w:rPr>
          <w:lang w:val="pt-BR"/>
        </w:rPr>
        <w:t>Luke percebeu o perigo imediatamente. "Elaine, cuidado!" gritou ele através de seu comunicador.</w:t>
      </w:r>
    </w:p>
    <w:p w14:paraId="2DAF6B7B" w14:textId="77777777" w:rsidR="002355BD" w:rsidRPr="001179E8" w:rsidRDefault="00000000">
      <w:pPr>
        <w:rPr>
          <w:lang w:val="pt-BR"/>
        </w:rPr>
      </w:pPr>
      <w:r w:rsidRPr="001179E8">
        <w:rPr>
          <w:lang w:val="pt-BR"/>
        </w:rPr>
        <w:br/>
      </w:r>
    </w:p>
    <w:p w14:paraId="3DBB2281" w14:textId="77777777" w:rsidR="002355BD" w:rsidRPr="001179E8" w:rsidRDefault="00000000">
      <w:pPr>
        <w:rPr>
          <w:lang w:val="pt-BR"/>
        </w:rPr>
      </w:pPr>
      <w:r w:rsidRPr="001179E8">
        <w:rPr>
          <w:lang w:val="pt-BR"/>
        </w:rPr>
        <w:lastRenderedPageBreak/>
        <w:t>O Caçador se lançou em direção à coluna, suas garras estendidas para um ponto aparentemente vazio no ar – mas Luke sabia que era exatamente onde Elaine estaria.</w:t>
      </w:r>
    </w:p>
    <w:p w14:paraId="4F277A04" w14:textId="77777777" w:rsidR="002355BD" w:rsidRPr="001179E8" w:rsidRDefault="00000000">
      <w:pPr>
        <w:rPr>
          <w:lang w:val="pt-BR"/>
        </w:rPr>
      </w:pPr>
      <w:r w:rsidRPr="001179E8">
        <w:rPr>
          <w:lang w:val="pt-BR"/>
        </w:rPr>
        <w:br/>
      </w:r>
    </w:p>
    <w:p w14:paraId="3880CC69" w14:textId="77777777" w:rsidR="002355BD" w:rsidRPr="001179E8" w:rsidRDefault="00000000">
      <w:pPr>
        <w:rPr>
          <w:lang w:val="pt-BR"/>
        </w:rPr>
      </w:pPr>
      <w:r w:rsidRPr="001179E8">
        <w:rPr>
          <w:lang w:val="pt-BR"/>
        </w:rPr>
        <w:t>Sem hesitar, Luke se teleportou para interceptar o Caçador, materializando-se diretamente em seu caminho. A criatura colidiu com ele com força brutal, lançando-o para trás. Luke sentiu o impacto reverberando por todo seu corpo, o ar sendo expulso de seus pulmões.</w:t>
      </w:r>
    </w:p>
    <w:p w14:paraId="402EB3A2" w14:textId="77777777" w:rsidR="002355BD" w:rsidRPr="001179E8" w:rsidRDefault="00000000">
      <w:pPr>
        <w:rPr>
          <w:lang w:val="pt-BR"/>
        </w:rPr>
      </w:pPr>
      <w:r w:rsidRPr="001179E8">
        <w:rPr>
          <w:lang w:val="pt-BR"/>
        </w:rPr>
        <w:br/>
      </w:r>
    </w:p>
    <w:p w14:paraId="5AAE1F5F" w14:textId="77777777" w:rsidR="002355BD" w:rsidRPr="001179E8" w:rsidRDefault="00000000">
      <w:pPr>
        <w:rPr>
          <w:lang w:val="pt-BR"/>
        </w:rPr>
      </w:pPr>
      <w:r w:rsidRPr="001179E8">
        <w:rPr>
          <w:lang w:val="pt-BR"/>
        </w:rPr>
        <w:t>Rolando para se recuperar, ele viu com horror que sua intervenção havia apenas atrasado o Caçador momentaneamente. A criatura já estava se reorientando, ainda focada no ponto onde Elaine deveria estar.</w:t>
      </w:r>
    </w:p>
    <w:p w14:paraId="64F67153" w14:textId="77777777" w:rsidR="002355BD" w:rsidRPr="001179E8" w:rsidRDefault="00000000">
      <w:pPr>
        <w:rPr>
          <w:lang w:val="pt-BR"/>
        </w:rPr>
      </w:pPr>
      <w:r w:rsidRPr="001179E8">
        <w:rPr>
          <w:lang w:val="pt-BR"/>
        </w:rPr>
        <w:br/>
      </w:r>
    </w:p>
    <w:p w14:paraId="5D6679FB" w14:textId="77777777" w:rsidR="002355BD" w:rsidRPr="001179E8" w:rsidRDefault="00000000">
      <w:pPr>
        <w:rPr>
          <w:lang w:val="pt-BR"/>
        </w:rPr>
      </w:pPr>
      <w:r w:rsidRPr="001179E8">
        <w:rPr>
          <w:lang w:val="pt-BR"/>
        </w:rPr>
        <w:t>Nesse momento, a invisibilidade de Elaine falhou – provavelmente devido ao estresse e concentração necessários para colocar o dispositivo. Ela apareceu subitamente, ajoelhada na base da coluna, suas mãos trabalhando freneticamente para posicionar o dispositivo de disrupção.</w:t>
      </w:r>
    </w:p>
    <w:p w14:paraId="3F62838D" w14:textId="77777777" w:rsidR="002355BD" w:rsidRPr="001179E8" w:rsidRDefault="00000000">
      <w:pPr>
        <w:rPr>
          <w:lang w:val="pt-BR"/>
        </w:rPr>
      </w:pPr>
      <w:r w:rsidRPr="001179E8">
        <w:rPr>
          <w:lang w:val="pt-BR"/>
        </w:rPr>
        <w:br/>
      </w:r>
    </w:p>
    <w:p w14:paraId="415D8B3E" w14:textId="77777777" w:rsidR="002355BD" w:rsidRPr="001179E8" w:rsidRDefault="00000000">
      <w:pPr>
        <w:rPr>
          <w:lang w:val="pt-BR"/>
        </w:rPr>
      </w:pPr>
      <w:r w:rsidRPr="001179E8">
        <w:rPr>
          <w:lang w:val="pt-BR"/>
        </w:rPr>
        <w:t>O Caçador rugiu triunfante e avançou.</w:t>
      </w:r>
    </w:p>
    <w:p w14:paraId="3CB3AD41" w14:textId="77777777" w:rsidR="002355BD" w:rsidRPr="001179E8" w:rsidRDefault="00000000">
      <w:pPr>
        <w:rPr>
          <w:lang w:val="pt-BR"/>
        </w:rPr>
      </w:pPr>
      <w:r w:rsidRPr="001179E8">
        <w:rPr>
          <w:lang w:val="pt-BR"/>
        </w:rPr>
        <w:br/>
      </w:r>
    </w:p>
    <w:p w14:paraId="540A6763" w14:textId="77777777" w:rsidR="002355BD" w:rsidRPr="001179E8" w:rsidRDefault="00000000">
      <w:pPr>
        <w:rPr>
          <w:lang w:val="pt-BR"/>
        </w:rPr>
      </w:pPr>
      <w:r w:rsidRPr="001179E8">
        <w:rPr>
          <w:lang w:val="pt-BR"/>
        </w:rPr>
        <w:t>Luke tentou se teleportar novamente, mas o impacto anterior havia deixado sua concentração fragmentada. Ele assistiu, impotente, enquanto o Caçador se aproximava de Elaine, suas garras prontas para o golpe fatal.</w:t>
      </w:r>
    </w:p>
    <w:p w14:paraId="2E2D1376" w14:textId="77777777" w:rsidR="002355BD" w:rsidRPr="001179E8" w:rsidRDefault="00000000">
      <w:pPr>
        <w:rPr>
          <w:lang w:val="pt-BR"/>
        </w:rPr>
      </w:pPr>
      <w:r w:rsidRPr="001179E8">
        <w:rPr>
          <w:lang w:val="pt-BR"/>
        </w:rPr>
        <w:br/>
      </w:r>
    </w:p>
    <w:p w14:paraId="12506F2F" w14:textId="77777777" w:rsidR="002355BD" w:rsidRPr="001179E8" w:rsidRDefault="00000000">
      <w:pPr>
        <w:rPr>
          <w:lang w:val="pt-BR"/>
        </w:rPr>
      </w:pPr>
      <w:r w:rsidRPr="001179E8">
        <w:rPr>
          <w:lang w:val="pt-BR"/>
        </w:rPr>
        <w:t>Então, algo extraordinário aconteceu.</w:t>
      </w:r>
    </w:p>
    <w:p w14:paraId="32C62555" w14:textId="77777777" w:rsidR="002355BD" w:rsidRPr="001179E8" w:rsidRDefault="00000000">
      <w:pPr>
        <w:rPr>
          <w:lang w:val="pt-BR"/>
        </w:rPr>
      </w:pPr>
      <w:r w:rsidRPr="001179E8">
        <w:rPr>
          <w:lang w:val="pt-BR"/>
        </w:rPr>
        <w:br/>
      </w:r>
    </w:p>
    <w:p w14:paraId="7692FDC0" w14:textId="77777777" w:rsidR="002355BD" w:rsidRPr="001179E8" w:rsidRDefault="00000000">
      <w:pPr>
        <w:rPr>
          <w:lang w:val="pt-BR"/>
        </w:rPr>
      </w:pPr>
      <w:r w:rsidRPr="001179E8">
        <w:rPr>
          <w:lang w:val="pt-BR"/>
        </w:rPr>
        <w:t xml:space="preserve">Elaine terminou de posicionar o dispositivo e se virou para enfrentar o Caçador. Em vez de tentar fugir, ela avançou em direção à criatura. Seu corpo começou a mudar, esticando-se e </w:t>
      </w:r>
      <w:r w:rsidRPr="001179E8">
        <w:rPr>
          <w:lang w:val="pt-BR"/>
        </w:rPr>
        <w:lastRenderedPageBreak/>
        <w:t>distorcendo-se de maneiras que desafiavam a compreensão humana. Seus braços se alongaram como tentáculos, envolvendo o Caçador antes que ele pudesse reagir.</w:t>
      </w:r>
    </w:p>
    <w:p w14:paraId="001DA0B8" w14:textId="77777777" w:rsidR="002355BD" w:rsidRPr="001179E8" w:rsidRDefault="00000000">
      <w:pPr>
        <w:rPr>
          <w:lang w:val="pt-BR"/>
        </w:rPr>
      </w:pPr>
      <w:r w:rsidRPr="001179E8">
        <w:rPr>
          <w:lang w:val="pt-BR"/>
        </w:rPr>
        <w:br/>
      </w:r>
    </w:p>
    <w:p w14:paraId="0BAB70F6" w14:textId="77777777" w:rsidR="002355BD" w:rsidRPr="001179E8" w:rsidRDefault="00000000">
      <w:pPr>
        <w:rPr>
          <w:lang w:val="pt-BR"/>
        </w:rPr>
      </w:pPr>
      <w:r w:rsidRPr="001179E8">
        <w:rPr>
          <w:lang w:val="pt-BR"/>
        </w:rPr>
        <w:t>"Agora, Luke!" gritou ela, sua voz tensa com o esforço de conter a criatura.</w:t>
      </w:r>
    </w:p>
    <w:p w14:paraId="4B195719" w14:textId="77777777" w:rsidR="002355BD" w:rsidRPr="001179E8" w:rsidRDefault="00000000">
      <w:pPr>
        <w:rPr>
          <w:lang w:val="pt-BR"/>
        </w:rPr>
      </w:pPr>
      <w:r w:rsidRPr="001179E8">
        <w:rPr>
          <w:lang w:val="pt-BR"/>
        </w:rPr>
        <w:br/>
      </w:r>
    </w:p>
    <w:p w14:paraId="262F381C" w14:textId="77777777" w:rsidR="002355BD" w:rsidRPr="001179E8" w:rsidRDefault="00000000">
      <w:pPr>
        <w:rPr>
          <w:lang w:val="pt-BR"/>
        </w:rPr>
      </w:pPr>
      <w:r w:rsidRPr="001179E8">
        <w:rPr>
          <w:lang w:val="pt-BR"/>
        </w:rPr>
        <w:t>Luke não perdeu tempo. Concentrando toda sua força de vontade, ele se teleportou para o dispositivo e o ativou com um toque.</w:t>
      </w:r>
    </w:p>
    <w:p w14:paraId="7C885326" w14:textId="77777777" w:rsidR="002355BD" w:rsidRPr="001179E8" w:rsidRDefault="00000000">
      <w:pPr>
        <w:rPr>
          <w:lang w:val="pt-BR"/>
        </w:rPr>
      </w:pPr>
      <w:r w:rsidRPr="001179E8">
        <w:rPr>
          <w:lang w:val="pt-BR"/>
        </w:rPr>
        <w:br/>
      </w:r>
    </w:p>
    <w:p w14:paraId="14EAD5DD" w14:textId="77777777" w:rsidR="002355BD" w:rsidRPr="001179E8" w:rsidRDefault="00000000">
      <w:pPr>
        <w:rPr>
          <w:lang w:val="pt-BR"/>
        </w:rPr>
      </w:pPr>
      <w:r w:rsidRPr="001179E8">
        <w:rPr>
          <w:lang w:val="pt-BR"/>
        </w:rPr>
        <w:t>O efeito foi instantâneo e dramático. O dispositivo emitiu um pulso de energia que colidiu com a coluna escura. A energia do ritual tremulou, como uma chama exposta a uma rajada de vento. Linhas de luz branca começaram a subir pela coluna, interrompendo o fluxo de energia escura.</w:t>
      </w:r>
    </w:p>
    <w:p w14:paraId="101B38E9" w14:textId="77777777" w:rsidR="002355BD" w:rsidRPr="001179E8" w:rsidRDefault="00000000">
      <w:pPr>
        <w:rPr>
          <w:lang w:val="pt-BR"/>
        </w:rPr>
      </w:pPr>
      <w:r w:rsidRPr="001179E8">
        <w:rPr>
          <w:lang w:val="pt-BR"/>
        </w:rPr>
        <w:br/>
      </w:r>
    </w:p>
    <w:p w14:paraId="7F62E9E7" w14:textId="77777777" w:rsidR="002355BD" w:rsidRPr="001179E8" w:rsidRDefault="00000000">
      <w:pPr>
        <w:rPr>
          <w:lang w:val="pt-BR"/>
        </w:rPr>
      </w:pPr>
      <w:r w:rsidRPr="001179E8">
        <w:rPr>
          <w:lang w:val="pt-BR"/>
        </w:rPr>
        <w:t>O Caçador nas garras de Elaine gritou – um som terrível que parecia vir de outro mundo – e começou a se dissolver, assim como os outros ao redor da ponte.</w:t>
      </w:r>
    </w:p>
    <w:p w14:paraId="10B44A04" w14:textId="77777777" w:rsidR="002355BD" w:rsidRPr="001179E8" w:rsidRDefault="00000000">
      <w:pPr>
        <w:rPr>
          <w:lang w:val="pt-BR"/>
        </w:rPr>
      </w:pPr>
      <w:r w:rsidRPr="001179E8">
        <w:rPr>
          <w:lang w:val="pt-BR"/>
        </w:rPr>
        <w:br/>
      </w:r>
    </w:p>
    <w:p w14:paraId="6F88421C" w14:textId="77777777" w:rsidR="002355BD" w:rsidRPr="001179E8" w:rsidRDefault="00000000">
      <w:pPr>
        <w:rPr>
          <w:lang w:val="pt-BR"/>
        </w:rPr>
      </w:pPr>
      <w:r w:rsidRPr="001179E8">
        <w:rPr>
          <w:lang w:val="pt-BR"/>
        </w:rPr>
        <w:t>Luke correu para Elaine, que havia voltado à sua forma normal e estava caída de joelhos, exausta pelo esforço de sua transformação extrema.</w:t>
      </w:r>
    </w:p>
    <w:p w14:paraId="595D1106" w14:textId="77777777" w:rsidR="002355BD" w:rsidRPr="001179E8" w:rsidRDefault="00000000">
      <w:pPr>
        <w:rPr>
          <w:lang w:val="pt-BR"/>
        </w:rPr>
      </w:pPr>
      <w:r w:rsidRPr="001179E8">
        <w:rPr>
          <w:lang w:val="pt-BR"/>
        </w:rPr>
        <w:br/>
      </w:r>
    </w:p>
    <w:p w14:paraId="6262FFE6" w14:textId="77777777" w:rsidR="002355BD" w:rsidRPr="001179E8" w:rsidRDefault="00000000">
      <w:pPr>
        <w:rPr>
          <w:lang w:val="pt-BR"/>
        </w:rPr>
      </w:pPr>
      <w:r w:rsidRPr="001179E8">
        <w:rPr>
          <w:lang w:val="pt-BR"/>
        </w:rPr>
        <w:t>"Você está bem?" perguntou ele, ajudando-a a se levantar.</w:t>
      </w:r>
    </w:p>
    <w:p w14:paraId="0B0009E7" w14:textId="77777777" w:rsidR="002355BD" w:rsidRPr="001179E8" w:rsidRDefault="00000000">
      <w:pPr>
        <w:rPr>
          <w:lang w:val="pt-BR"/>
        </w:rPr>
      </w:pPr>
      <w:r w:rsidRPr="001179E8">
        <w:rPr>
          <w:lang w:val="pt-BR"/>
        </w:rPr>
        <w:br/>
      </w:r>
    </w:p>
    <w:p w14:paraId="1B889340" w14:textId="77777777" w:rsidR="002355BD" w:rsidRPr="001179E8" w:rsidRDefault="00000000">
      <w:pPr>
        <w:rPr>
          <w:lang w:val="pt-BR"/>
        </w:rPr>
      </w:pPr>
      <w:r w:rsidRPr="001179E8">
        <w:rPr>
          <w:lang w:val="pt-BR"/>
        </w:rPr>
        <w:t>Ela assentiu, ofegante. "Funcionou?"</w:t>
      </w:r>
    </w:p>
    <w:p w14:paraId="6185B7CB" w14:textId="77777777" w:rsidR="002355BD" w:rsidRPr="001179E8" w:rsidRDefault="00000000">
      <w:pPr>
        <w:rPr>
          <w:lang w:val="pt-BR"/>
        </w:rPr>
      </w:pPr>
      <w:r w:rsidRPr="001179E8">
        <w:rPr>
          <w:lang w:val="pt-BR"/>
        </w:rPr>
        <w:br/>
      </w:r>
    </w:p>
    <w:p w14:paraId="61E8D3C4" w14:textId="77777777" w:rsidR="002355BD" w:rsidRPr="001179E8" w:rsidRDefault="00000000">
      <w:pPr>
        <w:rPr>
          <w:lang w:val="pt-BR"/>
        </w:rPr>
      </w:pPr>
      <w:r w:rsidRPr="001179E8">
        <w:rPr>
          <w:lang w:val="pt-BR"/>
        </w:rPr>
        <w:t>Como resposta, o comunicador de Luke apitou. Era Nicole. "Dispositivo ativado no observatório. A coluna está desestabilizando."</w:t>
      </w:r>
    </w:p>
    <w:p w14:paraId="3C10EB0F" w14:textId="77777777" w:rsidR="002355BD" w:rsidRPr="001179E8" w:rsidRDefault="00000000">
      <w:pPr>
        <w:rPr>
          <w:lang w:val="pt-BR"/>
        </w:rPr>
      </w:pPr>
      <w:r w:rsidRPr="001179E8">
        <w:rPr>
          <w:lang w:val="pt-BR"/>
        </w:rPr>
        <w:lastRenderedPageBreak/>
        <w:br/>
      </w:r>
    </w:p>
    <w:p w14:paraId="701664A8" w14:textId="77777777" w:rsidR="002355BD" w:rsidRPr="001179E8" w:rsidRDefault="00000000">
      <w:pPr>
        <w:rPr>
          <w:lang w:val="pt-BR"/>
        </w:rPr>
      </w:pPr>
      <w:r w:rsidRPr="001179E8">
        <w:rPr>
          <w:lang w:val="pt-BR"/>
        </w:rPr>
        <w:t>Seguiram-se relatos semelhantes das outras equipes. Um por um, os pontos de ancoragem estavam sendo neutralizados.</w:t>
      </w:r>
    </w:p>
    <w:p w14:paraId="26206271" w14:textId="77777777" w:rsidR="002355BD" w:rsidRPr="001179E8" w:rsidRDefault="00000000">
      <w:pPr>
        <w:rPr>
          <w:lang w:val="pt-BR"/>
        </w:rPr>
      </w:pPr>
      <w:r w:rsidRPr="001179E8">
        <w:rPr>
          <w:lang w:val="pt-BR"/>
        </w:rPr>
        <w:br/>
      </w:r>
    </w:p>
    <w:p w14:paraId="436D419F" w14:textId="77777777" w:rsidR="002355BD" w:rsidRPr="001179E8" w:rsidRDefault="00000000">
      <w:pPr>
        <w:rPr>
          <w:lang w:val="pt-BR"/>
        </w:rPr>
      </w:pPr>
      <w:r w:rsidRPr="001179E8">
        <w:rPr>
          <w:lang w:val="pt-BR"/>
        </w:rPr>
        <w:t>Luke e Elaine observaram enquanto a coluna de energia na ponte diminuía gradualmente, sua luz maligna desvanecendo até que finalmente desapareceu completamente, deixando apenas um círculo chamuscado no concreto.</w:t>
      </w:r>
    </w:p>
    <w:p w14:paraId="517B4FEB" w14:textId="77777777" w:rsidR="002355BD" w:rsidRPr="001179E8" w:rsidRDefault="00000000">
      <w:pPr>
        <w:rPr>
          <w:lang w:val="pt-BR"/>
        </w:rPr>
      </w:pPr>
      <w:r w:rsidRPr="001179E8">
        <w:rPr>
          <w:lang w:val="pt-BR"/>
        </w:rPr>
        <w:br/>
      </w:r>
    </w:p>
    <w:p w14:paraId="02B5DE70" w14:textId="77777777" w:rsidR="002355BD" w:rsidRPr="001179E8" w:rsidRDefault="00000000">
      <w:pPr>
        <w:rPr>
          <w:lang w:val="pt-BR"/>
        </w:rPr>
      </w:pPr>
      <w:r w:rsidRPr="001179E8">
        <w:rPr>
          <w:lang w:val="pt-BR"/>
        </w:rPr>
        <w:t>"Conseguimos," disse Elaine, um sorriso exausto mas genuíno iluminando seu rosto.</w:t>
      </w:r>
    </w:p>
    <w:p w14:paraId="16233007" w14:textId="77777777" w:rsidR="002355BD" w:rsidRPr="001179E8" w:rsidRDefault="00000000">
      <w:pPr>
        <w:rPr>
          <w:lang w:val="pt-BR"/>
        </w:rPr>
      </w:pPr>
      <w:r w:rsidRPr="001179E8">
        <w:rPr>
          <w:lang w:val="pt-BR"/>
        </w:rPr>
        <w:br/>
      </w:r>
    </w:p>
    <w:p w14:paraId="5EF63F01" w14:textId="77777777" w:rsidR="002355BD" w:rsidRPr="001179E8" w:rsidRDefault="00000000">
      <w:pPr>
        <w:rPr>
          <w:lang w:val="pt-BR"/>
        </w:rPr>
      </w:pPr>
      <w:r w:rsidRPr="001179E8">
        <w:rPr>
          <w:lang w:val="pt-BR"/>
        </w:rPr>
        <w:t>Luke assentiu, mas algo em sua expressão permaneceu preocupado. "Por enquanto. Mas Abyzoth não vai desistir tão facilmente."</w:t>
      </w:r>
    </w:p>
    <w:p w14:paraId="27DBFEA1" w14:textId="77777777" w:rsidR="002355BD" w:rsidRPr="001179E8" w:rsidRDefault="00000000">
      <w:pPr>
        <w:rPr>
          <w:lang w:val="pt-BR"/>
        </w:rPr>
      </w:pPr>
      <w:r w:rsidRPr="001179E8">
        <w:rPr>
          <w:lang w:val="pt-BR"/>
        </w:rPr>
        <w:br/>
      </w:r>
    </w:p>
    <w:p w14:paraId="3DC4243B" w14:textId="77777777" w:rsidR="002355BD" w:rsidRPr="001179E8" w:rsidRDefault="00000000">
      <w:pPr>
        <w:rPr>
          <w:lang w:val="pt-BR"/>
        </w:rPr>
      </w:pPr>
      <w:r w:rsidRPr="001179E8">
        <w:rPr>
          <w:lang w:val="pt-BR"/>
        </w:rPr>
        <w:t>Como que para confirmar suas palavras, o comunicador de ambos apitou simultaneamente – um alerta de emergência da base da G.R.A.I.A.</w:t>
      </w:r>
    </w:p>
    <w:p w14:paraId="28AEB8B0" w14:textId="77777777" w:rsidR="002355BD" w:rsidRPr="001179E8" w:rsidRDefault="00000000">
      <w:pPr>
        <w:rPr>
          <w:lang w:val="pt-BR"/>
        </w:rPr>
      </w:pPr>
      <w:r w:rsidRPr="001179E8">
        <w:rPr>
          <w:lang w:val="pt-BR"/>
        </w:rPr>
        <w:br/>
      </w:r>
    </w:p>
    <w:p w14:paraId="51EFF5D4" w14:textId="77777777" w:rsidR="002355BD" w:rsidRPr="001179E8" w:rsidRDefault="00000000">
      <w:pPr>
        <w:rPr>
          <w:lang w:val="pt-BR"/>
        </w:rPr>
      </w:pPr>
      <w:r w:rsidRPr="001179E8">
        <w:rPr>
          <w:lang w:val="pt-BR"/>
        </w:rPr>
        <w:t>"Todas as equipes, retornem imediatamente à base," veio a voz tensa do General Vance. "O fragmento de Abyzoth escapou da contenção. Repito, o fragmento escapou."</w:t>
      </w:r>
    </w:p>
    <w:p w14:paraId="7DB6A133" w14:textId="77777777" w:rsidR="002355BD" w:rsidRPr="001179E8" w:rsidRDefault="00000000">
      <w:pPr>
        <w:rPr>
          <w:lang w:val="pt-BR"/>
        </w:rPr>
      </w:pPr>
      <w:r w:rsidRPr="001179E8">
        <w:rPr>
          <w:lang w:val="pt-BR"/>
        </w:rPr>
        <w:br/>
      </w:r>
    </w:p>
    <w:p w14:paraId="625323E7" w14:textId="77777777" w:rsidR="002355BD" w:rsidRPr="001179E8" w:rsidRDefault="00000000">
      <w:pPr>
        <w:rPr>
          <w:lang w:val="pt-BR"/>
        </w:rPr>
      </w:pPr>
      <w:r w:rsidRPr="001179E8">
        <w:rPr>
          <w:lang w:val="pt-BR"/>
        </w:rPr>
        <w:t>Luke e Elaine trocaram olhares alarmados antes de correrem de volta para o veículo.</w:t>
      </w:r>
    </w:p>
    <w:p w14:paraId="2A9530DB" w14:textId="77777777" w:rsidR="002355BD" w:rsidRPr="001179E8" w:rsidRDefault="00000000">
      <w:pPr>
        <w:rPr>
          <w:lang w:val="pt-BR"/>
        </w:rPr>
      </w:pPr>
      <w:r w:rsidRPr="001179E8">
        <w:rPr>
          <w:lang w:val="pt-BR"/>
        </w:rPr>
        <w:br/>
      </w:r>
    </w:p>
    <w:p w14:paraId="38801687" w14:textId="77777777" w:rsidR="002355BD" w:rsidRPr="001179E8" w:rsidRDefault="00000000">
      <w:pPr>
        <w:rPr>
          <w:lang w:val="pt-BR"/>
        </w:rPr>
      </w:pPr>
      <w:r w:rsidRPr="001179E8">
        <w:rPr>
          <w:lang w:val="pt-BR"/>
        </w:rPr>
        <w:t>---</w:t>
      </w:r>
    </w:p>
    <w:p w14:paraId="24ED1222" w14:textId="77777777" w:rsidR="002355BD" w:rsidRPr="001179E8" w:rsidRDefault="00000000">
      <w:pPr>
        <w:rPr>
          <w:lang w:val="pt-BR"/>
        </w:rPr>
      </w:pPr>
      <w:r w:rsidRPr="001179E8">
        <w:rPr>
          <w:lang w:val="pt-BR"/>
        </w:rPr>
        <w:br/>
      </w:r>
    </w:p>
    <w:p w14:paraId="35DD7B11" w14:textId="77777777" w:rsidR="002355BD" w:rsidRPr="001179E8" w:rsidRDefault="00000000">
      <w:pPr>
        <w:rPr>
          <w:lang w:val="pt-BR"/>
        </w:rPr>
      </w:pPr>
      <w:r w:rsidRPr="001179E8">
        <w:rPr>
          <w:lang w:val="pt-BR"/>
        </w:rPr>
        <w:lastRenderedPageBreak/>
        <w:t>O caos que encontraram ao retornar à base da G.R.A.I.A. era indescritível. Alarmes soavam por toda parte, luzes de emergência piscavam, e agentes corriam em todas as direções, alguns ajudando colegas feridos.</w:t>
      </w:r>
    </w:p>
    <w:p w14:paraId="0CC7176A" w14:textId="77777777" w:rsidR="002355BD" w:rsidRPr="001179E8" w:rsidRDefault="00000000">
      <w:pPr>
        <w:rPr>
          <w:lang w:val="pt-BR"/>
        </w:rPr>
      </w:pPr>
      <w:r w:rsidRPr="001179E8">
        <w:rPr>
          <w:lang w:val="pt-BR"/>
        </w:rPr>
        <w:br/>
      </w:r>
    </w:p>
    <w:p w14:paraId="4CDA07FC" w14:textId="77777777" w:rsidR="002355BD" w:rsidRPr="001179E8" w:rsidRDefault="00000000">
      <w:pPr>
        <w:rPr>
          <w:lang w:val="pt-BR"/>
        </w:rPr>
      </w:pPr>
      <w:r w:rsidRPr="001179E8">
        <w:rPr>
          <w:lang w:val="pt-BR"/>
        </w:rPr>
        <w:t>O General Vance os encontrou no corredor principal, seu uniforme rasgado e manchado de fuligem. "Por aqui," disse ele sem preâmbulos, guiando-os rapidamente para a sala de comando.</w:t>
      </w:r>
    </w:p>
    <w:p w14:paraId="63713D84" w14:textId="77777777" w:rsidR="002355BD" w:rsidRPr="001179E8" w:rsidRDefault="00000000">
      <w:pPr>
        <w:rPr>
          <w:lang w:val="pt-BR"/>
        </w:rPr>
      </w:pPr>
      <w:r w:rsidRPr="001179E8">
        <w:rPr>
          <w:lang w:val="pt-BR"/>
        </w:rPr>
        <w:br/>
      </w:r>
    </w:p>
    <w:p w14:paraId="0A51CB2C" w14:textId="77777777" w:rsidR="002355BD" w:rsidRPr="001179E8" w:rsidRDefault="00000000">
      <w:pPr>
        <w:rPr>
          <w:lang w:val="pt-BR"/>
        </w:rPr>
      </w:pPr>
      <w:r w:rsidRPr="001179E8">
        <w:rPr>
          <w:lang w:val="pt-BR"/>
        </w:rPr>
        <w:t>A sala normalmente imaculada estava em ruínas. Consoles destruídos, telas quebradas, e no centro, onde antes ficava a mesa de estratégia principal, havia agora uma massa ondulante de escuridão – o fragmento de Abyzoth, agora muito maior do que antes, pulsando com energia maligna.</w:t>
      </w:r>
    </w:p>
    <w:p w14:paraId="7EEBFEC5" w14:textId="77777777" w:rsidR="002355BD" w:rsidRPr="001179E8" w:rsidRDefault="00000000">
      <w:pPr>
        <w:rPr>
          <w:lang w:val="pt-BR"/>
        </w:rPr>
      </w:pPr>
      <w:r w:rsidRPr="001179E8">
        <w:rPr>
          <w:lang w:val="pt-BR"/>
        </w:rPr>
        <w:br/>
      </w:r>
    </w:p>
    <w:p w14:paraId="3E99B6B7" w14:textId="77777777" w:rsidR="002355BD" w:rsidRPr="001179E8" w:rsidRDefault="00000000">
      <w:pPr>
        <w:rPr>
          <w:lang w:val="pt-BR"/>
        </w:rPr>
      </w:pPr>
      <w:r w:rsidRPr="001179E8">
        <w:rPr>
          <w:lang w:val="pt-BR"/>
        </w:rPr>
        <w:t>Art, Linda, Nicole e Ricardo já estavam lá, formando um perímetro ao redor do fragmento, junto com outros membros dos Primordiais e agentes da G.R.A.I.A.</w:t>
      </w:r>
    </w:p>
    <w:p w14:paraId="2A035ABB" w14:textId="77777777" w:rsidR="002355BD" w:rsidRPr="001179E8" w:rsidRDefault="00000000">
      <w:pPr>
        <w:rPr>
          <w:lang w:val="pt-BR"/>
        </w:rPr>
      </w:pPr>
      <w:r w:rsidRPr="001179E8">
        <w:rPr>
          <w:lang w:val="pt-BR"/>
        </w:rPr>
        <w:br/>
      </w:r>
    </w:p>
    <w:p w14:paraId="5DBC8003" w14:textId="77777777" w:rsidR="002355BD" w:rsidRPr="001179E8" w:rsidRDefault="00000000">
      <w:pPr>
        <w:rPr>
          <w:lang w:val="pt-BR"/>
        </w:rPr>
      </w:pPr>
      <w:r w:rsidRPr="001179E8">
        <w:rPr>
          <w:lang w:val="pt-BR"/>
        </w:rPr>
        <w:t>"O que aconteceu?" perguntou Luke, juntando-se a eles.</w:t>
      </w:r>
    </w:p>
    <w:p w14:paraId="2387E941" w14:textId="77777777" w:rsidR="002355BD" w:rsidRPr="001179E8" w:rsidRDefault="00000000">
      <w:pPr>
        <w:rPr>
          <w:lang w:val="pt-BR"/>
        </w:rPr>
      </w:pPr>
      <w:r w:rsidRPr="001179E8">
        <w:rPr>
          <w:lang w:val="pt-BR"/>
        </w:rPr>
        <w:br/>
      </w:r>
    </w:p>
    <w:p w14:paraId="300C2740" w14:textId="77777777" w:rsidR="002355BD" w:rsidRPr="001179E8" w:rsidRDefault="00000000">
      <w:pPr>
        <w:rPr>
          <w:lang w:val="pt-BR"/>
        </w:rPr>
      </w:pPr>
      <w:r w:rsidRPr="001179E8">
        <w:rPr>
          <w:lang w:val="pt-BR"/>
        </w:rPr>
        <w:t>"No momento em que desativamos o último ponto de ancoragem, o fragmento enlouqueceu," explicou Nicole, sua pele metálica brilhando sob as luzes de emergência. "Quebrou a contenção como se fosse papel."</w:t>
      </w:r>
    </w:p>
    <w:p w14:paraId="5D4A8469" w14:textId="77777777" w:rsidR="002355BD" w:rsidRPr="001179E8" w:rsidRDefault="00000000">
      <w:pPr>
        <w:rPr>
          <w:lang w:val="pt-BR"/>
        </w:rPr>
      </w:pPr>
      <w:r w:rsidRPr="001179E8">
        <w:rPr>
          <w:lang w:val="pt-BR"/>
        </w:rPr>
        <w:br/>
      </w:r>
    </w:p>
    <w:p w14:paraId="0EC698E6" w14:textId="77777777" w:rsidR="002355BD" w:rsidRPr="001179E8" w:rsidRDefault="00000000">
      <w:pPr>
        <w:rPr>
          <w:lang w:val="pt-BR"/>
        </w:rPr>
      </w:pPr>
      <w:r w:rsidRPr="001179E8">
        <w:rPr>
          <w:lang w:val="pt-BR"/>
        </w:rPr>
        <w:t>"Ele está tentando se estabilizar," acrescentou Art. "Criar seu próprio portal aqui mesmo, dentro da base."</w:t>
      </w:r>
    </w:p>
    <w:p w14:paraId="73E4607B" w14:textId="77777777" w:rsidR="002355BD" w:rsidRPr="001179E8" w:rsidRDefault="00000000">
      <w:pPr>
        <w:rPr>
          <w:lang w:val="pt-BR"/>
        </w:rPr>
      </w:pPr>
      <w:r w:rsidRPr="001179E8">
        <w:rPr>
          <w:lang w:val="pt-BR"/>
        </w:rPr>
        <w:br/>
      </w:r>
    </w:p>
    <w:p w14:paraId="1B563FFA" w14:textId="77777777" w:rsidR="002355BD" w:rsidRPr="001179E8" w:rsidRDefault="00000000">
      <w:pPr>
        <w:rPr>
          <w:lang w:val="pt-BR"/>
        </w:rPr>
      </w:pPr>
      <w:r w:rsidRPr="001179E8">
        <w:rPr>
          <w:lang w:val="pt-BR"/>
        </w:rPr>
        <w:lastRenderedPageBreak/>
        <w:t>Como para confirmar suas palavras, o fragmento pulsou violentamente, expandindo-se por um momento antes de se contrair novamente. Ondas de energia escura emanavam dele, fazendo os equipamentos eletrônicos ao redor falharem.</w:t>
      </w:r>
    </w:p>
    <w:p w14:paraId="56E125DF" w14:textId="77777777" w:rsidR="002355BD" w:rsidRPr="001179E8" w:rsidRDefault="00000000">
      <w:pPr>
        <w:rPr>
          <w:lang w:val="pt-BR"/>
        </w:rPr>
      </w:pPr>
      <w:r w:rsidRPr="001179E8">
        <w:rPr>
          <w:lang w:val="pt-BR"/>
        </w:rPr>
        <w:br/>
      </w:r>
    </w:p>
    <w:p w14:paraId="1676C3DD" w14:textId="77777777" w:rsidR="002355BD" w:rsidRPr="001179E8" w:rsidRDefault="00000000">
      <w:pPr>
        <w:rPr>
          <w:lang w:val="pt-BR"/>
        </w:rPr>
      </w:pPr>
      <w:r w:rsidRPr="001179E8">
        <w:rPr>
          <w:lang w:val="pt-BR"/>
        </w:rPr>
        <w:t>"Precisamos contê-lo novamente," disse o General Vance. "Antes que consiga abrir um portal completo."</w:t>
      </w:r>
    </w:p>
    <w:p w14:paraId="6544C5AE" w14:textId="77777777" w:rsidR="002355BD" w:rsidRPr="001179E8" w:rsidRDefault="00000000">
      <w:pPr>
        <w:rPr>
          <w:lang w:val="pt-BR"/>
        </w:rPr>
      </w:pPr>
      <w:r w:rsidRPr="001179E8">
        <w:rPr>
          <w:lang w:val="pt-BR"/>
        </w:rPr>
        <w:br/>
      </w:r>
    </w:p>
    <w:p w14:paraId="1A60A098" w14:textId="77777777" w:rsidR="002355BD" w:rsidRPr="001179E8" w:rsidRDefault="00000000">
      <w:pPr>
        <w:rPr>
          <w:lang w:val="pt-BR"/>
        </w:rPr>
      </w:pPr>
      <w:r w:rsidRPr="001179E8">
        <w:rPr>
          <w:lang w:val="pt-BR"/>
        </w:rPr>
        <w:t>"Contenção não será suficiente desta vez," disse uma voz nova, calma e ressonante.</w:t>
      </w:r>
    </w:p>
    <w:p w14:paraId="07FDAEC7" w14:textId="77777777" w:rsidR="002355BD" w:rsidRPr="001179E8" w:rsidRDefault="00000000">
      <w:pPr>
        <w:rPr>
          <w:lang w:val="pt-BR"/>
        </w:rPr>
      </w:pPr>
      <w:r w:rsidRPr="001179E8">
        <w:rPr>
          <w:lang w:val="pt-BR"/>
        </w:rPr>
        <w:br/>
      </w:r>
    </w:p>
    <w:p w14:paraId="2A26CDAE" w14:textId="77777777" w:rsidR="002355BD" w:rsidRPr="001179E8" w:rsidRDefault="00000000">
      <w:pPr>
        <w:rPr>
          <w:lang w:val="pt-BR"/>
        </w:rPr>
      </w:pPr>
      <w:r w:rsidRPr="001179E8">
        <w:rPr>
          <w:lang w:val="pt-BR"/>
        </w:rPr>
        <w:t>Todos se viraram para ver uma figura encapuzada entrando na sala – Eco, o arauto do Lorde da Ordem que havia ajudado Nicole e Ricardo no submundo.</w:t>
      </w:r>
    </w:p>
    <w:p w14:paraId="2DAD4755" w14:textId="77777777" w:rsidR="002355BD" w:rsidRPr="001179E8" w:rsidRDefault="00000000">
      <w:pPr>
        <w:rPr>
          <w:lang w:val="pt-BR"/>
        </w:rPr>
      </w:pPr>
      <w:r w:rsidRPr="001179E8">
        <w:rPr>
          <w:lang w:val="pt-BR"/>
        </w:rPr>
        <w:br/>
      </w:r>
    </w:p>
    <w:p w14:paraId="6B96476A" w14:textId="77777777" w:rsidR="002355BD" w:rsidRPr="001179E8" w:rsidRDefault="00000000">
      <w:pPr>
        <w:rPr>
          <w:lang w:val="pt-BR"/>
        </w:rPr>
      </w:pPr>
      <w:r w:rsidRPr="001179E8">
        <w:rPr>
          <w:lang w:val="pt-BR"/>
        </w:rPr>
        <w:t>"Eco," exclamou Ricardo, surpresa em sua voz. "Você voltou."</w:t>
      </w:r>
    </w:p>
    <w:p w14:paraId="7F3EAEE8" w14:textId="77777777" w:rsidR="002355BD" w:rsidRPr="001179E8" w:rsidRDefault="00000000">
      <w:pPr>
        <w:rPr>
          <w:lang w:val="pt-BR"/>
        </w:rPr>
      </w:pPr>
      <w:r w:rsidRPr="001179E8">
        <w:rPr>
          <w:lang w:val="pt-BR"/>
        </w:rPr>
        <w:br/>
      </w:r>
    </w:p>
    <w:p w14:paraId="22C8EECC" w14:textId="77777777" w:rsidR="002355BD" w:rsidRPr="001179E8" w:rsidRDefault="00000000">
      <w:pPr>
        <w:rPr>
          <w:lang w:val="pt-BR"/>
        </w:rPr>
      </w:pPr>
      <w:r w:rsidRPr="001179E8">
        <w:rPr>
          <w:lang w:val="pt-BR"/>
        </w:rPr>
        <w:t>"Nunca realmente parti," respondeu Eco enigmaticamente. "Apenas... observei, esperando o momento certo."</w:t>
      </w:r>
    </w:p>
    <w:p w14:paraId="117DCCF9" w14:textId="77777777" w:rsidR="002355BD" w:rsidRPr="001179E8" w:rsidRDefault="00000000">
      <w:pPr>
        <w:rPr>
          <w:lang w:val="pt-BR"/>
        </w:rPr>
      </w:pPr>
      <w:r w:rsidRPr="001179E8">
        <w:rPr>
          <w:lang w:val="pt-BR"/>
        </w:rPr>
        <w:br/>
      </w:r>
    </w:p>
    <w:p w14:paraId="222D1D2A" w14:textId="77777777" w:rsidR="002355BD" w:rsidRPr="001179E8" w:rsidRDefault="00000000">
      <w:pPr>
        <w:rPr>
          <w:lang w:val="pt-BR"/>
        </w:rPr>
      </w:pPr>
      <w:r w:rsidRPr="001179E8">
        <w:rPr>
          <w:lang w:val="pt-BR"/>
        </w:rPr>
        <w:t>Ele se aproximou do fragmento, sua presença parecendo acalmar momentaneamente a massa ondulante de escuridão. "Este fragmento é apenas um sintoma. A verdadeira ameaça continua sendo Abyzoth e a Dragoa Maligna, unidos em propósito no submundo."</w:t>
      </w:r>
    </w:p>
    <w:p w14:paraId="37C48A48" w14:textId="77777777" w:rsidR="002355BD" w:rsidRPr="001179E8" w:rsidRDefault="00000000">
      <w:pPr>
        <w:rPr>
          <w:lang w:val="pt-BR"/>
        </w:rPr>
      </w:pPr>
      <w:r w:rsidRPr="001179E8">
        <w:rPr>
          <w:lang w:val="pt-BR"/>
        </w:rPr>
        <w:br/>
      </w:r>
    </w:p>
    <w:p w14:paraId="09F9C493" w14:textId="77777777" w:rsidR="002355BD" w:rsidRPr="001179E8" w:rsidRDefault="00000000">
      <w:pPr>
        <w:rPr>
          <w:lang w:val="pt-BR"/>
        </w:rPr>
      </w:pPr>
      <w:r w:rsidRPr="001179E8">
        <w:rPr>
          <w:lang w:val="pt-BR"/>
        </w:rPr>
        <w:t>"Como os detemos?" perguntou Linda.</w:t>
      </w:r>
    </w:p>
    <w:p w14:paraId="4DF6FBC4" w14:textId="77777777" w:rsidR="002355BD" w:rsidRPr="001179E8" w:rsidRDefault="00000000">
      <w:pPr>
        <w:rPr>
          <w:lang w:val="pt-BR"/>
        </w:rPr>
      </w:pPr>
      <w:r w:rsidRPr="001179E8">
        <w:rPr>
          <w:lang w:val="pt-BR"/>
        </w:rPr>
        <w:br/>
      </w:r>
    </w:p>
    <w:p w14:paraId="1725692B" w14:textId="77777777" w:rsidR="002355BD" w:rsidRPr="001179E8" w:rsidRDefault="00000000">
      <w:pPr>
        <w:rPr>
          <w:lang w:val="pt-BR"/>
        </w:rPr>
      </w:pPr>
      <w:r w:rsidRPr="001179E8">
        <w:rPr>
          <w:lang w:val="pt-BR"/>
        </w:rPr>
        <w:lastRenderedPageBreak/>
        <w:t>Eco ficou em silêncio por um momento, como se escutasse algo que ninguém mais podia ouvir. Quando falou novamente, sua voz tinha uma qualidade estranha, como se viesse de muito longe.</w:t>
      </w:r>
    </w:p>
    <w:p w14:paraId="11405DBB" w14:textId="77777777" w:rsidR="002355BD" w:rsidRPr="001179E8" w:rsidRDefault="00000000">
      <w:pPr>
        <w:rPr>
          <w:lang w:val="pt-BR"/>
        </w:rPr>
      </w:pPr>
      <w:r w:rsidRPr="001179E8">
        <w:rPr>
          <w:lang w:val="pt-BR"/>
        </w:rPr>
        <w:br/>
      </w:r>
    </w:p>
    <w:p w14:paraId="6D5890DE" w14:textId="77777777" w:rsidR="002355BD" w:rsidRPr="001179E8" w:rsidRDefault="00000000">
      <w:pPr>
        <w:rPr>
          <w:lang w:val="pt-BR"/>
        </w:rPr>
      </w:pPr>
      <w:r w:rsidRPr="001179E8">
        <w:rPr>
          <w:lang w:val="pt-BR"/>
        </w:rPr>
        <w:t>"Existe uma coisa... um artefato de poder inimaginável. Criado no passado distante, ou talvez a ser forjado em um futuro ainda não escrito. Algo capaz de selar permanentemente a brecha entre os reinos, aprisionando Abyzoth e a Dragoa Maligna no submundo para sempre."</w:t>
      </w:r>
    </w:p>
    <w:p w14:paraId="79BA8EDA" w14:textId="77777777" w:rsidR="002355BD" w:rsidRPr="001179E8" w:rsidRDefault="00000000">
      <w:pPr>
        <w:rPr>
          <w:lang w:val="pt-BR"/>
        </w:rPr>
      </w:pPr>
      <w:r w:rsidRPr="001179E8">
        <w:rPr>
          <w:lang w:val="pt-BR"/>
        </w:rPr>
        <w:br/>
      </w:r>
    </w:p>
    <w:p w14:paraId="05074B4B" w14:textId="77777777" w:rsidR="002355BD" w:rsidRPr="001179E8" w:rsidRDefault="00000000">
      <w:pPr>
        <w:rPr>
          <w:lang w:val="pt-BR"/>
        </w:rPr>
      </w:pPr>
      <w:r w:rsidRPr="001179E8">
        <w:rPr>
          <w:lang w:val="pt-BR"/>
        </w:rPr>
        <w:t>"Onde está este artefato?" perguntou o General Vance, esperança surgindo em sua voz.</w:t>
      </w:r>
    </w:p>
    <w:p w14:paraId="03E026BC" w14:textId="77777777" w:rsidR="002355BD" w:rsidRPr="001179E8" w:rsidRDefault="00000000">
      <w:pPr>
        <w:rPr>
          <w:lang w:val="pt-BR"/>
        </w:rPr>
      </w:pPr>
      <w:r w:rsidRPr="001179E8">
        <w:rPr>
          <w:lang w:val="pt-BR"/>
        </w:rPr>
        <w:br/>
      </w:r>
    </w:p>
    <w:p w14:paraId="493AAD66" w14:textId="77777777" w:rsidR="002355BD" w:rsidRPr="001179E8" w:rsidRDefault="00000000">
      <w:pPr>
        <w:rPr>
          <w:lang w:val="pt-BR"/>
        </w:rPr>
      </w:pPr>
      <w:r w:rsidRPr="001179E8">
        <w:rPr>
          <w:lang w:val="pt-BR"/>
        </w:rPr>
        <w:t>"Não onde," corrigiu Eco. "Quando. Existe em um ponto do tempo que não é o presente."</w:t>
      </w:r>
    </w:p>
    <w:p w14:paraId="6B1AF73F" w14:textId="77777777" w:rsidR="002355BD" w:rsidRPr="001179E8" w:rsidRDefault="00000000">
      <w:pPr>
        <w:rPr>
          <w:lang w:val="pt-BR"/>
        </w:rPr>
      </w:pPr>
      <w:r w:rsidRPr="001179E8">
        <w:rPr>
          <w:lang w:val="pt-BR"/>
        </w:rPr>
        <w:br/>
      </w:r>
    </w:p>
    <w:p w14:paraId="048C19E3" w14:textId="77777777" w:rsidR="002355BD" w:rsidRPr="001179E8" w:rsidRDefault="00000000">
      <w:pPr>
        <w:rPr>
          <w:lang w:val="pt-BR"/>
        </w:rPr>
      </w:pPr>
      <w:r w:rsidRPr="001179E8">
        <w:rPr>
          <w:lang w:val="pt-BR"/>
        </w:rPr>
        <w:t>Um silêncio pesado caiu sobre a sala enquanto todos processavam as implicações.</w:t>
      </w:r>
    </w:p>
    <w:p w14:paraId="0DC9BF75" w14:textId="77777777" w:rsidR="002355BD" w:rsidRPr="001179E8" w:rsidRDefault="00000000">
      <w:pPr>
        <w:rPr>
          <w:lang w:val="pt-BR"/>
        </w:rPr>
      </w:pPr>
      <w:r w:rsidRPr="001179E8">
        <w:rPr>
          <w:lang w:val="pt-BR"/>
        </w:rPr>
        <w:br/>
      </w:r>
    </w:p>
    <w:p w14:paraId="0FC2A281" w14:textId="77777777" w:rsidR="002355BD" w:rsidRPr="001179E8" w:rsidRDefault="00000000">
      <w:pPr>
        <w:rPr>
          <w:lang w:val="pt-BR"/>
        </w:rPr>
      </w:pPr>
      <w:r w:rsidRPr="001179E8">
        <w:rPr>
          <w:lang w:val="pt-BR"/>
        </w:rPr>
        <w:t>"Você está falando de viagem no tempo," disse Luke finalmente, sua mente analítica já calculando possibilidades e paradoxos.</w:t>
      </w:r>
    </w:p>
    <w:p w14:paraId="38E0EEC7" w14:textId="77777777" w:rsidR="002355BD" w:rsidRPr="001179E8" w:rsidRDefault="00000000">
      <w:pPr>
        <w:rPr>
          <w:lang w:val="pt-BR"/>
        </w:rPr>
      </w:pPr>
      <w:r w:rsidRPr="001179E8">
        <w:rPr>
          <w:lang w:val="pt-BR"/>
        </w:rPr>
        <w:br/>
      </w:r>
    </w:p>
    <w:p w14:paraId="28351FD0" w14:textId="77777777" w:rsidR="002355BD" w:rsidRPr="001179E8" w:rsidRDefault="00000000">
      <w:pPr>
        <w:rPr>
          <w:lang w:val="pt-BR"/>
        </w:rPr>
      </w:pPr>
      <w:r w:rsidRPr="001179E8">
        <w:rPr>
          <w:lang w:val="pt-BR"/>
        </w:rPr>
        <w:t>Eco assentiu lentamente. "O Lorde da Ordem existe fora do fluxo linear do tempo. Ele pode ver todos os momentos simultaneamente. E ele vê este artefato – a Chave dos Reinos – como nossa única esperança."</w:t>
      </w:r>
    </w:p>
    <w:p w14:paraId="19122809" w14:textId="77777777" w:rsidR="002355BD" w:rsidRPr="001179E8" w:rsidRDefault="00000000">
      <w:pPr>
        <w:rPr>
          <w:lang w:val="pt-BR"/>
        </w:rPr>
      </w:pPr>
      <w:r w:rsidRPr="001179E8">
        <w:rPr>
          <w:lang w:val="pt-BR"/>
        </w:rPr>
        <w:br/>
      </w:r>
    </w:p>
    <w:p w14:paraId="6896A0F5" w14:textId="77777777" w:rsidR="002355BD" w:rsidRPr="001179E8" w:rsidRDefault="00000000">
      <w:pPr>
        <w:rPr>
          <w:lang w:val="pt-BR"/>
        </w:rPr>
      </w:pPr>
      <w:r w:rsidRPr="001179E8">
        <w:rPr>
          <w:lang w:val="pt-BR"/>
        </w:rPr>
        <w:t>"Como chegamos a ele?" perguntou Art.</w:t>
      </w:r>
    </w:p>
    <w:p w14:paraId="75A9BFFA" w14:textId="77777777" w:rsidR="002355BD" w:rsidRPr="001179E8" w:rsidRDefault="00000000">
      <w:pPr>
        <w:rPr>
          <w:lang w:val="pt-BR"/>
        </w:rPr>
      </w:pPr>
      <w:r w:rsidRPr="001179E8">
        <w:rPr>
          <w:lang w:val="pt-BR"/>
        </w:rPr>
        <w:br/>
      </w:r>
    </w:p>
    <w:p w14:paraId="0C36C605" w14:textId="77777777" w:rsidR="002355BD" w:rsidRPr="001179E8" w:rsidRDefault="00000000">
      <w:pPr>
        <w:rPr>
          <w:lang w:val="pt-BR"/>
        </w:rPr>
      </w:pPr>
      <w:r w:rsidRPr="001179E8">
        <w:rPr>
          <w:lang w:val="pt-BR"/>
        </w:rPr>
        <w:lastRenderedPageBreak/>
        <w:t>"Alguém precisa viajar," respondeu Eco. "Alguém com a capacidade de se mover não apenas através do espaço, mas também do tempo."</w:t>
      </w:r>
    </w:p>
    <w:p w14:paraId="2C576C62" w14:textId="77777777" w:rsidR="002355BD" w:rsidRPr="001179E8" w:rsidRDefault="00000000">
      <w:pPr>
        <w:rPr>
          <w:lang w:val="pt-BR"/>
        </w:rPr>
      </w:pPr>
      <w:r w:rsidRPr="001179E8">
        <w:rPr>
          <w:lang w:val="pt-BR"/>
        </w:rPr>
        <w:br/>
      </w:r>
    </w:p>
    <w:p w14:paraId="30E5B8C7" w14:textId="77777777" w:rsidR="002355BD" w:rsidRPr="001179E8" w:rsidRDefault="00000000">
      <w:pPr>
        <w:rPr>
          <w:lang w:val="pt-BR"/>
        </w:rPr>
      </w:pPr>
      <w:r w:rsidRPr="001179E8">
        <w:rPr>
          <w:lang w:val="pt-BR"/>
        </w:rPr>
        <w:t>Todos os olhares se voltaram para Luke.</w:t>
      </w:r>
    </w:p>
    <w:p w14:paraId="77EE8793" w14:textId="77777777" w:rsidR="002355BD" w:rsidRPr="001179E8" w:rsidRDefault="00000000">
      <w:pPr>
        <w:rPr>
          <w:lang w:val="pt-BR"/>
        </w:rPr>
      </w:pPr>
      <w:r w:rsidRPr="001179E8">
        <w:rPr>
          <w:lang w:val="pt-BR"/>
        </w:rPr>
        <w:br/>
      </w:r>
    </w:p>
    <w:p w14:paraId="14D41814" w14:textId="77777777" w:rsidR="002355BD" w:rsidRPr="001179E8" w:rsidRDefault="00000000">
      <w:pPr>
        <w:rPr>
          <w:lang w:val="pt-BR"/>
        </w:rPr>
      </w:pPr>
      <w:r w:rsidRPr="001179E8">
        <w:rPr>
          <w:lang w:val="pt-BR"/>
        </w:rPr>
        <w:t>"Meu teletransporte?" perguntou ele, surpreso. "Mas eu só posso me mover através do espaço, não do tempo."</w:t>
      </w:r>
    </w:p>
    <w:p w14:paraId="27AC6C8B" w14:textId="77777777" w:rsidR="002355BD" w:rsidRPr="001179E8" w:rsidRDefault="00000000">
      <w:pPr>
        <w:rPr>
          <w:lang w:val="pt-BR"/>
        </w:rPr>
      </w:pPr>
      <w:r w:rsidRPr="001179E8">
        <w:rPr>
          <w:lang w:val="pt-BR"/>
        </w:rPr>
        <w:br/>
      </w:r>
    </w:p>
    <w:p w14:paraId="1CCCC998" w14:textId="77777777" w:rsidR="002355BD" w:rsidRPr="001179E8" w:rsidRDefault="00000000">
      <w:pPr>
        <w:rPr>
          <w:lang w:val="pt-BR"/>
        </w:rPr>
      </w:pPr>
      <w:r w:rsidRPr="001179E8">
        <w:rPr>
          <w:lang w:val="pt-BR"/>
        </w:rPr>
        <w:t>"Seu poder tem potencial além do que você imagina," disse Eco. "Com a orientação adequada, e amplificado pela energia do Lorde da Ordem, você poderia atravessar a barreira do tempo."</w:t>
      </w:r>
    </w:p>
    <w:p w14:paraId="775E8F6D" w14:textId="77777777" w:rsidR="002355BD" w:rsidRPr="001179E8" w:rsidRDefault="00000000">
      <w:pPr>
        <w:rPr>
          <w:lang w:val="pt-BR"/>
        </w:rPr>
      </w:pPr>
      <w:r w:rsidRPr="001179E8">
        <w:rPr>
          <w:lang w:val="pt-BR"/>
        </w:rPr>
        <w:br/>
      </w:r>
    </w:p>
    <w:p w14:paraId="01B1462E" w14:textId="77777777" w:rsidR="002355BD" w:rsidRPr="001179E8" w:rsidRDefault="00000000">
      <w:pPr>
        <w:rPr>
          <w:lang w:val="pt-BR"/>
        </w:rPr>
      </w:pPr>
      <w:r w:rsidRPr="001179E8">
        <w:rPr>
          <w:lang w:val="pt-BR"/>
        </w:rPr>
        <w:t>Luke sentiu o peso da responsabilidade cair sobre seus ombros. "Para quando eu iria? Passado ou futuro?"</w:t>
      </w:r>
    </w:p>
    <w:p w14:paraId="08DE16AD" w14:textId="77777777" w:rsidR="002355BD" w:rsidRPr="001179E8" w:rsidRDefault="00000000">
      <w:pPr>
        <w:rPr>
          <w:lang w:val="pt-BR"/>
        </w:rPr>
      </w:pPr>
      <w:r w:rsidRPr="001179E8">
        <w:rPr>
          <w:lang w:val="pt-BR"/>
        </w:rPr>
        <w:br/>
      </w:r>
    </w:p>
    <w:p w14:paraId="4B1894A9" w14:textId="77777777" w:rsidR="002355BD" w:rsidRPr="001179E8" w:rsidRDefault="00000000">
      <w:pPr>
        <w:rPr>
          <w:lang w:val="pt-BR"/>
        </w:rPr>
      </w:pPr>
      <w:r w:rsidRPr="001179E8">
        <w:rPr>
          <w:lang w:val="pt-BR"/>
        </w:rPr>
        <w:t>"Isso," disse Eco, "você terá que descobrir por si mesmo. A Chave dos Reinos existe em um momento de confluência – um ponto onde passado e futuro se encontram. Sua própria jornada revelará o caminho."</w:t>
      </w:r>
    </w:p>
    <w:p w14:paraId="090BEF81" w14:textId="77777777" w:rsidR="002355BD" w:rsidRPr="001179E8" w:rsidRDefault="00000000">
      <w:pPr>
        <w:rPr>
          <w:lang w:val="pt-BR"/>
        </w:rPr>
      </w:pPr>
      <w:r w:rsidRPr="001179E8">
        <w:rPr>
          <w:lang w:val="pt-BR"/>
        </w:rPr>
        <w:br/>
      </w:r>
    </w:p>
    <w:p w14:paraId="29EFE36F" w14:textId="77777777" w:rsidR="002355BD" w:rsidRPr="001179E8" w:rsidRDefault="00000000">
      <w:pPr>
        <w:rPr>
          <w:lang w:val="pt-BR"/>
        </w:rPr>
      </w:pPr>
      <w:r w:rsidRPr="001179E8">
        <w:rPr>
          <w:lang w:val="pt-BR"/>
        </w:rPr>
        <w:t>"Parece perigoso," observou Ricardo, preocupação evidente em sua voz. "E se ele ficar preso? Ou mudar algo que não deveria ser mudado?"</w:t>
      </w:r>
    </w:p>
    <w:p w14:paraId="72F4DC4F" w14:textId="77777777" w:rsidR="002355BD" w:rsidRPr="001179E8" w:rsidRDefault="00000000">
      <w:pPr>
        <w:rPr>
          <w:lang w:val="pt-BR"/>
        </w:rPr>
      </w:pPr>
      <w:r w:rsidRPr="001179E8">
        <w:rPr>
          <w:lang w:val="pt-BR"/>
        </w:rPr>
        <w:br/>
      </w:r>
    </w:p>
    <w:p w14:paraId="36B4AB60" w14:textId="77777777" w:rsidR="002355BD" w:rsidRPr="001179E8" w:rsidRDefault="00000000">
      <w:pPr>
        <w:rPr>
          <w:lang w:val="pt-BR"/>
        </w:rPr>
      </w:pPr>
      <w:r w:rsidRPr="001179E8">
        <w:rPr>
          <w:lang w:val="pt-BR"/>
        </w:rPr>
        <w:t>"Os riscos são imensos," concordou Eco. "Mas as consequências de não agir são ainda maiores."</w:t>
      </w:r>
    </w:p>
    <w:p w14:paraId="4C1F5246" w14:textId="77777777" w:rsidR="002355BD" w:rsidRPr="001179E8" w:rsidRDefault="00000000">
      <w:pPr>
        <w:rPr>
          <w:lang w:val="pt-BR"/>
        </w:rPr>
      </w:pPr>
      <w:r w:rsidRPr="001179E8">
        <w:rPr>
          <w:lang w:val="pt-BR"/>
        </w:rPr>
        <w:br/>
      </w:r>
    </w:p>
    <w:p w14:paraId="68A41D72" w14:textId="77777777" w:rsidR="002355BD" w:rsidRPr="001179E8" w:rsidRDefault="00000000">
      <w:pPr>
        <w:rPr>
          <w:lang w:val="pt-BR"/>
        </w:rPr>
      </w:pPr>
      <w:r w:rsidRPr="001179E8">
        <w:rPr>
          <w:lang w:val="pt-BR"/>
        </w:rPr>
        <w:lastRenderedPageBreak/>
        <w:t>O fragmento de Abyzoth pulsou novamente, mais violentamente desta vez. Rachaduras começaram a aparecer no ar ao seu redor, como se a própria realidade estivesse se quebrando.</w:t>
      </w:r>
    </w:p>
    <w:p w14:paraId="7B0A8C55" w14:textId="77777777" w:rsidR="002355BD" w:rsidRPr="001179E8" w:rsidRDefault="00000000">
      <w:pPr>
        <w:rPr>
          <w:lang w:val="pt-BR"/>
        </w:rPr>
      </w:pPr>
      <w:r w:rsidRPr="001179E8">
        <w:rPr>
          <w:lang w:val="pt-BR"/>
        </w:rPr>
        <w:br/>
      </w:r>
    </w:p>
    <w:p w14:paraId="5EB684A0" w14:textId="77777777" w:rsidR="002355BD" w:rsidRPr="001179E8" w:rsidRDefault="00000000">
      <w:pPr>
        <w:rPr>
          <w:lang w:val="pt-BR"/>
        </w:rPr>
      </w:pPr>
      <w:r w:rsidRPr="001179E8">
        <w:rPr>
          <w:lang w:val="pt-BR"/>
        </w:rPr>
        <w:t>"Não temos muito tempo," alertou Nicole.</w:t>
      </w:r>
    </w:p>
    <w:p w14:paraId="1B0ACFC2" w14:textId="77777777" w:rsidR="002355BD" w:rsidRPr="001179E8" w:rsidRDefault="00000000">
      <w:pPr>
        <w:rPr>
          <w:lang w:val="pt-BR"/>
        </w:rPr>
      </w:pPr>
      <w:r w:rsidRPr="001179E8">
        <w:rPr>
          <w:lang w:val="pt-BR"/>
        </w:rPr>
        <w:br/>
      </w:r>
    </w:p>
    <w:p w14:paraId="08D112F5" w14:textId="77777777" w:rsidR="002355BD" w:rsidRPr="001179E8" w:rsidRDefault="00000000">
      <w:pPr>
        <w:rPr>
          <w:lang w:val="pt-BR"/>
        </w:rPr>
      </w:pPr>
      <w:r w:rsidRPr="001179E8">
        <w:rPr>
          <w:lang w:val="pt-BR"/>
        </w:rPr>
        <w:t>Luke olhou para cada um de seus amigos e colegas, vendo a preocupação e a esperança em seus rostos. Então, com determinação, assentiu. "Eu vou."</w:t>
      </w:r>
    </w:p>
    <w:p w14:paraId="57D0ED6F" w14:textId="77777777" w:rsidR="002355BD" w:rsidRPr="001179E8" w:rsidRDefault="00000000">
      <w:pPr>
        <w:rPr>
          <w:lang w:val="pt-BR"/>
        </w:rPr>
      </w:pPr>
      <w:r w:rsidRPr="001179E8">
        <w:rPr>
          <w:lang w:val="pt-BR"/>
        </w:rPr>
        <w:br/>
      </w:r>
    </w:p>
    <w:p w14:paraId="0531B084" w14:textId="77777777" w:rsidR="002355BD" w:rsidRPr="001179E8" w:rsidRDefault="00000000">
      <w:pPr>
        <w:rPr>
          <w:lang w:val="pt-BR"/>
        </w:rPr>
      </w:pPr>
      <w:r w:rsidRPr="001179E8">
        <w:rPr>
          <w:lang w:val="pt-BR"/>
        </w:rPr>
        <w:t>"Luke," começou Ricardo, mas Luke o interrompeu com um abraço rápido e forte.</w:t>
      </w:r>
    </w:p>
    <w:p w14:paraId="5E4D6EB9" w14:textId="77777777" w:rsidR="002355BD" w:rsidRPr="001179E8" w:rsidRDefault="00000000">
      <w:pPr>
        <w:rPr>
          <w:lang w:val="pt-BR"/>
        </w:rPr>
      </w:pPr>
      <w:r w:rsidRPr="001179E8">
        <w:rPr>
          <w:lang w:val="pt-BR"/>
        </w:rPr>
        <w:br/>
      </w:r>
    </w:p>
    <w:p w14:paraId="5B9DA6F1" w14:textId="77777777" w:rsidR="002355BD" w:rsidRPr="001179E8" w:rsidRDefault="00000000">
      <w:pPr>
        <w:rPr>
          <w:lang w:val="pt-BR"/>
        </w:rPr>
      </w:pPr>
      <w:r w:rsidRPr="001179E8">
        <w:rPr>
          <w:lang w:val="pt-BR"/>
        </w:rPr>
        <w:t>"Alguém tem que fazer isso, Ric. E aparentemente, sou o único que pode."</w:t>
      </w:r>
    </w:p>
    <w:p w14:paraId="4A1A4F6E" w14:textId="77777777" w:rsidR="002355BD" w:rsidRPr="001179E8" w:rsidRDefault="00000000">
      <w:pPr>
        <w:rPr>
          <w:lang w:val="pt-BR"/>
        </w:rPr>
      </w:pPr>
      <w:r w:rsidRPr="001179E8">
        <w:rPr>
          <w:lang w:val="pt-BR"/>
        </w:rPr>
        <w:br/>
      </w:r>
    </w:p>
    <w:p w14:paraId="6E660DAB" w14:textId="77777777" w:rsidR="002355BD" w:rsidRPr="001179E8" w:rsidRDefault="00000000">
      <w:pPr>
        <w:rPr>
          <w:lang w:val="pt-BR"/>
        </w:rPr>
      </w:pPr>
      <w:r w:rsidRPr="001179E8">
        <w:rPr>
          <w:lang w:val="pt-BR"/>
        </w:rPr>
        <w:t>"Você precisará de um ponto de ancoragem," disse Eco. "Algo para guiá-lo de volta quando sua missão estiver completa."</w:t>
      </w:r>
    </w:p>
    <w:p w14:paraId="5C2749BD" w14:textId="77777777" w:rsidR="002355BD" w:rsidRPr="001179E8" w:rsidRDefault="00000000">
      <w:pPr>
        <w:rPr>
          <w:lang w:val="pt-BR"/>
        </w:rPr>
      </w:pPr>
      <w:r w:rsidRPr="001179E8">
        <w:rPr>
          <w:lang w:val="pt-BR"/>
        </w:rPr>
        <w:br/>
      </w:r>
    </w:p>
    <w:p w14:paraId="6A44B1CC" w14:textId="77777777" w:rsidR="002355BD" w:rsidRPr="001179E8" w:rsidRDefault="00000000">
      <w:pPr>
        <w:rPr>
          <w:lang w:val="pt-BR"/>
        </w:rPr>
      </w:pPr>
      <w:r w:rsidRPr="001179E8">
        <w:rPr>
          <w:lang w:val="pt-BR"/>
        </w:rPr>
        <w:t>"Eu posso fazer isso," ofereceu Nicole, estendendo a mão. Um pequeno disco metálico se formou em sua palma, brilhando com a mesma energia que corria por suas veias. "Meu metal vem do Dragão Justo. Tem propriedades... especiais."</w:t>
      </w:r>
    </w:p>
    <w:p w14:paraId="6865CCA7" w14:textId="77777777" w:rsidR="002355BD" w:rsidRPr="001179E8" w:rsidRDefault="00000000">
      <w:pPr>
        <w:rPr>
          <w:lang w:val="pt-BR"/>
        </w:rPr>
      </w:pPr>
      <w:r w:rsidRPr="001179E8">
        <w:rPr>
          <w:lang w:val="pt-BR"/>
        </w:rPr>
        <w:br/>
      </w:r>
    </w:p>
    <w:p w14:paraId="246911F0" w14:textId="77777777" w:rsidR="002355BD" w:rsidRPr="001179E8" w:rsidRDefault="00000000">
      <w:pPr>
        <w:rPr>
          <w:lang w:val="pt-BR"/>
        </w:rPr>
      </w:pPr>
      <w:r w:rsidRPr="001179E8">
        <w:rPr>
          <w:lang w:val="pt-BR"/>
        </w:rPr>
        <w:t>Luke pegou o disco, sentindo um leve formigamento ao tocá-lo. "Obrigado."</w:t>
      </w:r>
    </w:p>
    <w:p w14:paraId="6DE1F3E9" w14:textId="77777777" w:rsidR="002355BD" w:rsidRPr="001179E8" w:rsidRDefault="00000000">
      <w:pPr>
        <w:rPr>
          <w:lang w:val="pt-BR"/>
        </w:rPr>
      </w:pPr>
      <w:r w:rsidRPr="001179E8">
        <w:rPr>
          <w:lang w:val="pt-BR"/>
        </w:rPr>
        <w:br/>
      </w:r>
    </w:p>
    <w:p w14:paraId="105715AD" w14:textId="77777777" w:rsidR="002355BD" w:rsidRPr="001179E8" w:rsidRDefault="00000000">
      <w:pPr>
        <w:rPr>
          <w:lang w:val="pt-BR"/>
        </w:rPr>
      </w:pPr>
      <w:r w:rsidRPr="001179E8">
        <w:rPr>
          <w:lang w:val="pt-BR"/>
        </w:rPr>
        <w:t>"Precisamos começar," disse Eco, movendo-se para o centro da sala, próximo ao fragmento de Abyzoth, mas mantendo uma distância segura. "A energia do fragmento, ironicamente, facilitará a abertura do portal temporal."</w:t>
      </w:r>
    </w:p>
    <w:p w14:paraId="77E75434" w14:textId="77777777" w:rsidR="002355BD" w:rsidRPr="001179E8" w:rsidRDefault="00000000">
      <w:pPr>
        <w:rPr>
          <w:lang w:val="pt-BR"/>
        </w:rPr>
      </w:pPr>
      <w:r w:rsidRPr="001179E8">
        <w:rPr>
          <w:lang w:val="pt-BR"/>
        </w:rPr>
        <w:lastRenderedPageBreak/>
        <w:br/>
      </w:r>
    </w:p>
    <w:p w14:paraId="00963E3D" w14:textId="77777777" w:rsidR="002355BD" w:rsidRPr="001179E8" w:rsidRDefault="00000000">
      <w:pPr>
        <w:rPr>
          <w:lang w:val="pt-BR"/>
        </w:rPr>
      </w:pPr>
      <w:r w:rsidRPr="001179E8">
        <w:rPr>
          <w:lang w:val="pt-BR"/>
        </w:rPr>
        <w:t>Luke se posicionou onde Eco indicou, o disco metálico de Nicole firmemente em sua mão. Seu coração batia forte, mas sua resolução era firme.</w:t>
      </w:r>
    </w:p>
    <w:p w14:paraId="1EDE5AA4" w14:textId="77777777" w:rsidR="002355BD" w:rsidRPr="001179E8" w:rsidRDefault="00000000">
      <w:pPr>
        <w:rPr>
          <w:lang w:val="pt-BR"/>
        </w:rPr>
      </w:pPr>
      <w:r w:rsidRPr="001179E8">
        <w:rPr>
          <w:lang w:val="pt-BR"/>
        </w:rPr>
        <w:br/>
      </w:r>
    </w:p>
    <w:p w14:paraId="53480D0F" w14:textId="77777777" w:rsidR="002355BD" w:rsidRPr="001179E8" w:rsidRDefault="00000000">
      <w:pPr>
        <w:rPr>
          <w:lang w:val="pt-BR"/>
        </w:rPr>
      </w:pPr>
      <w:r w:rsidRPr="001179E8">
        <w:rPr>
          <w:lang w:val="pt-BR"/>
        </w:rPr>
        <w:t>Eco começou a entoar palavras em uma língua que ninguém reconheceu – antiga e poderosa, fazendo o ar vibrar com cada sílaba. Sua forma começou a brilhar com uma luz dourada, a mesma que haviam visto brevemente no submundo quando ele revelou sua verdadeira natureza.</w:t>
      </w:r>
    </w:p>
    <w:p w14:paraId="0E29E8BC" w14:textId="77777777" w:rsidR="002355BD" w:rsidRPr="001179E8" w:rsidRDefault="00000000">
      <w:pPr>
        <w:rPr>
          <w:lang w:val="pt-BR"/>
        </w:rPr>
      </w:pPr>
      <w:r w:rsidRPr="001179E8">
        <w:rPr>
          <w:lang w:val="pt-BR"/>
        </w:rPr>
        <w:br/>
      </w:r>
    </w:p>
    <w:p w14:paraId="78D21BDB" w14:textId="77777777" w:rsidR="002355BD" w:rsidRPr="001179E8" w:rsidRDefault="00000000">
      <w:pPr>
        <w:rPr>
          <w:lang w:val="pt-BR"/>
        </w:rPr>
      </w:pPr>
      <w:r w:rsidRPr="001179E8">
        <w:rPr>
          <w:lang w:val="pt-BR"/>
        </w:rPr>
        <w:t>O fragmento de Abyzoth reagiu violentamente, pulsando e se contorcendo como se sentisse dor. As rachaduras no ar se expandiram, e através delas, Luke podia vislumbrar brevemente o submundo – um reino de sombras e pesadelos.</w:t>
      </w:r>
    </w:p>
    <w:p w14:paraId="2F839D2A" w14:textId="77777777" w:rsidR="002355BD" w:rsidRPr="001179E8" w:rsidRDefault="00000000">
      <w:pPr>
        <w:rPr>
          <w:lang w:val="pt-BR"/>
        </w:rPr>
      </w:pPr>
      <w:r w:rsidRPr="001179E8">
        <w:rPr>
          <w:lang w:val="pt-BR"/>
        </w:rPr>
        <w:br/>
      </w:r>
    </w:p>
    <w:p w14:paraId="673130CB" w14:textId="77777777" w:rsidR="002355BD" w:rsidRPr="001179E8" w:rsidRDefault="00000000">
      <w:pPr>
        <w:rPr>
          <w:lang w:val="pt-BR"/>
        </w:rPr>
      </w:pPr>
      <w:r w:rsidRPr="001179E8">
        <w:rPr>
          <w:lang w:val="pt-BR"/>
        </w:rPr>
        <w:t>"Agora," disse Eco, sua voz amplificada e ressonante. "Concentre-se, Luke Carmody. Visualize seu poder se expandindo, não apenas através do espaço, mas através do próprio tempo."</w:t>
      </w:r>
    </w:p>
    <w:p w14:paraId="6529C219" w14:textId="77777777" w:rsidR="002355BD" w:rsidRPr="001179E8" w:rsidRDefault="00000000">
      <w:pPr>
        <w:rPr>
          <w:lang w:val="pt-BR"/>
        </w:rPr>
      </w:pPr>
      <w:r w:rsidRPr="001179E8">
        <w:rPr>
          <w:lang w:val="pt-BR"/>
        </w:rPr>
        <w:br/>
      </w:r>
    </w:p>
    <w:p w14:paraId="0E081792" w14:textId="77777777" w:rsidR="002355BD" w:rsidRPr="001179E8" w:rsidRDefault="00000000">
      <w:pPr>
        <w:rPr>
          <w:lang w:val="pt-BR"/>
        </w:rPr>
      </w:pPr>
      <w:r w:rsidRPr="001179E8">
        <w:rPr>
          <w:lang w:val="pt-BR"/>
        </w:rPr>
        <w:t>Luke fechou os olhos, concentrando-se intensamente. Ele sentiu seu poder de teletransporte respondendo, mas de uma maneira diferente do habitual – mais profunda, mais fundamental, como se estivesse tocando a própria estrutura da realidade.</w:t>
      </w:r>
    </w:p>
    <w:p w14:paraId="677CF163" w14:textId="77777777" w:rsidR="002355BD" w:rsidRPr="001179E8" w:rsidRDefault="00000000">
      <w:pPr>
        <w:rPr>
          <w:lang w:val="pt-BR"/>
        </w:rPr>
      </w:pPr>
      <w:r w:rsidRPr="001179E8">
        <w:rPr>
          <w:lang w:val="pt-BR"/>
        </w:rPr>
        <w:br/>
      </w:r>
    </w:p>
    <w:p w14:paraId="3F454964" w14:textId="77777777" w:rsidR="002355BD" w:rsidRPr="001179E8" w:rsidRDefault="00000000">
      <w:pPr>
        <w:rPr>
          <w:lang w:val="pt-BR"/>
        </w:rPr>
      </w:pPr>
      <w:r w:rsidRPr="001179E8">
        <w:rPr>
          <w:lang w:val="pt-BR"/>
        </w:rPr>
        <w:t>"Espere!" Uma voz cortou o ar, interrompendo sua concentração.</w:t>
      </w:r>
    </w:p>
    <w:p w14:paraId="601D66C8" w14:textId="77777777" w:rsidR="002355BD" w:rsidRPr="001179E8" w:rsidRDefault="00000000">
      <w:pPr>
        <w:rPr>
          <w:lang w:val="pt-BR"/>
        </w:rPr>
      </w:pPr>
      <w:r w:rsidRPr="001179E8">
        <w:rPr>
          <w:lang w:val="pt-BR"/>
        </w:rPr>
        <w:br/>
      </w:r>
    </w:p>
    <w:p w14:paraId="62FCDE3F" w14:textId="77777777" w:rsidR="002355BD" w:rsidRPr="001179E8" w:rsidRDefault="00000000">
      <w:pPr>
        <w:rPr>
          <w:lang w:val="pt-BR"/>
        </w:rPr>
      </w:pPr>
      <w:r w:rsidRPr="001179E8">
        <w:rPr>
          <w:lang w:val="pt-BR"/>
        </w:rPr>
        <w:t>Luke abriu os olhos para ver Elaine correndo em sua direção, determinação em seu rosto.</w:t>
      </w:r>
    </w:p>
    <w:p w14:paraId="19E6FDB1" w14:textId="77777777" w:rsidR="002355BD" w:rsidRPr="001179E8" w:rsidRDefault="00000000">
      <w:pPr>
        <w:rPr>
          <w:lang w:val="pt-BR"/>
        </w:rPr>
      </w:pPr>
      <w:r w:rsidRPr="001179E8">
        <w:rPr>
          <w:lang w:val="pt-BR"/>
        </w:rPr>
        <w:br/>
      </w:r>
    </w:p>
    <w:p w14:paraId="4D9F2ADE" w14:textId="77777777" w:rsidR="002355BD" w:rsidRPr="001179E8" w:rsidRDefault="00000000">
      <w:pPr>
        <w:rPr>
          <w:lang w:val="pt-BR"/>
        </w:rPr>
      </w:pPr>
      <w:r w:rsidRPr="001179E8">
        <w:rPr>
          <w:lang w:val="pt-BR"/>
        </w:rPr>
        <w:lastRenderedPageBreak/>
        <w:t>"Você não pode ir sozinho," disse ela, parando diante dele. "É perigoso demais."</w:t>
      </w:r>
    </w:p>
    <w:p w14:paraId="6E3C6FFF" w14:textId="77777777" w:rsidR="002355BD" w:rsidRPr="001179E8" w:rsidRDefault="00000000">
      <w:pPr>
        <w:rPr>
          <w:lang w:val="pt-BR"/>
        </w:rPr>
      </w:pPr>
      <w:r w:rsidRPr="001179E8">
        <w:rPr>
          <w:lang w:val="pt-BR"/>
        </w:rPr>
        <w:br/>
      </w:r>
    </w:p>
    <w:p w14:paraId="1FA17250" w14:textId="77777777" w:rsidR="002355BD" w:rsidRPr="001179E8" w:rsidRDefault="00000000">
      <w:pPr>
        <w:rPr>
          <w:lang w:val="pt-BR"/>
        </w:rPr>
      </w:pPr>
      <w:r w:rsidRPr="001179E8">
        <w:rPr>
          <w:lang w:val="pt-BR"/>
        </w:rPr>
        <w:t>"Elaine," começou Luke, "eu preciso fazer isso."</w:t>
      </w:r>
    </w:p>
    <w:p w14:paraId="0FAB3777" w14:textId="77777777" w:rsidR="002355BD" w:rsidRPr="001179E8" w:rsidRDefault="00000000">
      <w:pPr>
        <w:rPr>
          <w:lang w:val="pt-BR"/>
        </w:rPr>
      </w:pPr>
      <w:r w:rsidRPr="001179E8">
        <w:rPr>
          <w:lang w:val="pt-BR"/>
        </w:rPr>
        <w:br/>
      </w:r>
    </w:p>
    <w:p w14:paraId="367B7FE3" w14:textId="77777777" w:rsidR="002355BD" w:rsidRPr="001179E8" w:rsidRDefault="00000000">
      <w:pPr>
        <w:rPr>
          <w:lang w:val="pt-BR"/>
        </w:rPr>
      </w:pPr>
      <w:r w:rsidRPr="001179E8">
        <w:rPr>
          <w:lang w:val="pt-BR"/>
        </w:rPr>
        <w:t>"Eu sei," respondeu ela. "Mas você não precisa fazer sozinho." Ela olhou para Eco. "Posso ir com ele? Meus poderes de metamorfose e invisibilidade podem ser úteis, não importa para quando ele vá."</w:t>
      </w:r>
    </w:p>
    <w:p w14:paraId="3AE5EF06" w14:textId="77777777" w:rsidR="002355BD" w:rsidRPr="001179E8" w:rsidRDefault="00000000">
      <w:pPr>
        <w:rPr>
          <w:lang w:val="pt-BR"/>
        </w:rPr>
      </w:pPr>
      <w:r w:rsidRPr="001179E8">
        <w:rPr>
          <w:lang w:val="pt-BR"/>
        </w:rPr>
        <w:br/>
      </w:r>
    </w:p>
    <w:p w14:paraId="220F7E91" w14:textId="77777777" w:rsidR="002355BD" w:rsidRPr="001179E8" w:rsidRDefault="00000000">
      <w:pPr>
        <w:rPr>
          <w:lang w:val="pt-BR"/>
        </w:rPr>
      </w:pPr>
      <w:r w:rsidRPr="001179E8">
        <w:rPr>
          <w:lang w:val="pt-BR"/>
        </w:rPr>
        <w:t>Eco considerou por um momento. "A jornada seria ainda mais perigosa para dois. A energia necessária, o risco de separação temporal..."</w:t>
      </w:r>
    </w:p>
    <w:p w14:paraId="47773BCB" w14:textId="77777777" w:rsidR="002355BD" w:rsidRPr="001179E8" w:rsidRDefault="00000000">
      <w:pPr>
        <w:rPr>
          <w:lang w:val="pt-BR"/>
        </w:rPr>
      </w:pPr>
      <w:r w:rsidRPr="001179E8">
        <w:rPr>
          <w:lang w:val="pt-BR"/>
        </w:rPr>
        <w:br/>
      </w:r>
    </w:p>
    <w:p w14:paraId="443DC0A6" w14:textId="77777777" w:rsidR="002355BD" w:rsidRPr="001179E8" w:rsidRDefault="00000000">
      <w:pPr>
        <w:rPr>
          <w:lang w:val="pt-BR"/>
        </w:rPr>
      </w:pPr>
      <w:r w:rsidRPr="001179E8">
        <w:rPr>
          <w:lang w:val="pt-BR"/>
        </w:rPr>
        <w:t>"Não me importo com os riscos," insistiu Elaine. "Passei minha vida inteira sendo usada por Abyzoth e seus servos. Se posso ajudar a detê-los permanentemente, então vale qualquer risco."</w:t>
      </w:r>
    </w:p>
    <w:p w14:paraId="10147B59" w14:textId="77777777" w:rsidR="002355BD" w:rsidRPr="001179E8" w:rsidRDefault="00000000">
      <w:pPr>
        <w:rPr>
          <w:lang w:val="pt-BR"/>
        </w:rPr>
      </w:pPr>
      <w:r w:rsidRPr="001179E8">
        <w:rPr>
          <w:lang w:val="pt-BR"/>
        </w:rPr>
        <w:br/>
      </w:r>
    </w:p>
    <w:p w14:paraId="7CCCAD0A" w14:textId="77777777" w:rsidR="002355BD" w:rsidRPr="001179E8" w:rsidRDefault="00000000">
      <w:pPr>
        <w:rPr>
          <w:lang w:val="pt-BR"/>
        </w:rPr>
      </w:pPr>
      <w:r w:rsidRPr="001179E8">
        <w:rPr>
          <w:lang w:val="pt-BR"/>
        </w:rPr>
        <w:t>Luke estudou seu rosto, vendo não a sedutora confiante ou a sobrevivente cautelosa, mas uma mulher determinada a fazer a diferença, a usar seus dons para algo maior que ela mesma.</w:t>
      </w:r>
    </w:p>
    <w:p w14:paraId="5317632D" w14:textId="77777777" w:rsidR="002355BD" w:rsidRPr="001179E8" w:rsidRDefault="00000000">
      <w:pPr>
        <w:rPr>
          <w:lang w:val="pt-BR"/>
        </w:rPr>
      </w:pPr>
      <w:r w:rsidRPr="001179E8">
        <w:rPr>
          <w:lang w:val="pt-BR"/>
        </w:rPr>
        <w:br/>
      </w:r>
    </w:p>
    <w:p w14:paraId="434489A4" w14:textId="77777777" w:rsidR="002355BD" w:rsidRPr="001179E8" w:rsidRDefault="00000000">
      <w:pPr>
        <w:rPr>
          <w:lang w:val="pt-BR"/>
        </w:rPr>
      </w:pPr>
      <w:r w:rsidRPr="001179E8">
        <w:rPr>
          <w:lang w:val="pt-BR"/>
        </w:rPr>
        <w:t>"Por que?" perguntou ele baixinho, apenas para ela ouvir. "Por que se arriscar assim?"</w:t>
      </w:r>
    </w:p>
    <w:p w14:paraId="37613FAE" w14:textId="77777777" w:rsidR="002355BD" w:rsidRPr="001179E8" w:rsidRDefault="00000000">
      <w:pPr>
        <w:rPr>
          <w:lang w:val="pt-BR"/>
        </w:rPr>
      </w:pPr>
      <w:r w:rsidRPr="001179E8">
        <w:rPr>
          <w:lang w:val="pt-BR"/>
        </w:rPr>
        <w:br/>
      </w:r>
    </w:p>
    <w:p w14:paraId="28D4CDA7" w14:textId="77777777" w:rsidR="002355BD" w:rsidRPr="001179E8" w:rsidRDefault="00000000">
      <w:pPr>
        <w:rPr>
          <w:lang w:val="pt-BR"/>
        </w:rPr>
      </w:pPr>
      <w:r w:rsidRPr="001179E8">
        <w:rPr>
          <w:lang w:val="pt-BR"/>
        </w:rPr>
        <w:t>Elaine o olhou nos olhos, toda pretensão abandonada. "Porque é a coisa certa a fazer. Porque quero ser mais do que uma miragem, Luke. Quero ser real. E porque..." ela hesitou, vulnerabilidade genuína em seus olhos, "porque não suportaria te perder agora que finalmente encontrei alguém que vale a pena conhecer de verdade."</w:t>
      </w:r>
    </w:p>
    <w:p w14:paraId="06E25889" w14:textId="77777777" w:rsidR="002355BD" w:rsidRPr="001179E8" w:rsidRDefault="00000000">
      <w:pPr>
        <w:rPr>
          <w:lang w:val="pt-BR"/>
        </w:rPr>
      </w:pPr>
      <w:r w:rsidRPr="001179E8">
        <w:rPr>
          <w:lang w:val="pt-BR"/>
        </w:rPr>
        <w:lastRenderedPageBreak/>
        <w:br/>
      </w:r>
    </w:p>
    <w:p w14:paraId="346B4395" w14:textId="77777777" w:rsidR="002355BD" w:rsidRPr="001179E8" w:rsidRDefault="00000000">
      <w:pPr>
        <w:rPr>
          <w:lang w:val="pt-BR"/>
        </w:rPr>
      </w:pPr>
      <w:r w:rsidRPr="001179E8">
        <w:rPr>
          <w:lang w:val="pt-BR"/>
        </w:rPr>
        <w:t>Naquele momento, algo mudou no olhar de Luke. Um reconhecimento, uma compreensão. Pela primeira vez, ele sorriu para ela – não um sorriso educado ou profissional, mas genuíno e caloroso.</w:t>
      </w:r>
    </w:p>
    <w:p w14:paraId="120C6D5E" w14:textId="77777777" w:rsidR="002355BD" w:rsidRPr="001179E8" w:rsidRDefault="00000000">
      <w:pPr>
        <w:rPr>
          <w:lang w:val="pt-BR"/>
        </w:rPr>
      </w:pPr>
      <w:r w:rsidRPr="001179E8">
        <w:rPr>
          <w:lang w:val="pt-BR"/>
        </w:rPr>
        <w:br/>
      </w:r>
    </w:p>
    <w:p w14:paraId="01CC7882" w14:textId="77777777" w:rsidR="002355BD" w:rsidRPr="001179E8" w:rsidRDefault="00000000">
      <w:pPr>
        <w:rPr>
          <w:lang w:val="pt-BR"/>
        </w:rPr>
      </w:pPr>
      <w:r w:rsidRPr="001179E8">
        <w:rPr>
          <w:lang w:val="pt-BR"/>
        </w:rPr>
        <w:t>"Tudo bem," disse ele, estendendo a mão para ela. "Juntos, então."</w:t>
      </w:r>
    </w:p>
    <w:p w14:paraId="1C37C009" w14:textId="77777777" w:rsidR="002355BD" w:rsidRPr="001179E8" w:rsidRDefault="00000000">
      <w:pPr>
        <w:rPr>
          <w:lang w:val="pt-BR"/>
        </w:rPr>
      </w:pPr>
      <w:r w:rsidRPr="001179E8">
        <w:rPr>
          <w:lang w:val="pt-BR"/>
        </w:rPr>
        <w:br/>
      </w:r>
    </w:p>
    <w:p w14:paraId="21CEE494" w14:textId="77777777" w:rsidR="002355BD" w:rsidRPr="001179E8" w:rsidRDefault="00000000">
      <w:pPr>
        <w:rPr>
          <w:lang w:val="pt-BR"/>
        </w:rPr>
      </w:pPr>
      <w:r w:rsidRPr="001179E8">
        <w:rPr>
          <w:lang w:val="pt-BR"/>
        </w:rPr>
        <w:t>Elaine pegou sua mão, entrelaçando seus dedos com os dele. "Juntos."</w:t>
      </w:r>
    </w:p>
    <w:p w14:paraId="1923BAF0" w14:textId="77777777" w:rsidR="002355BD" w:rsidRPr="001179E8" w:rsidRDefault="00000000">
      <w:pPr>
        <w:rPr>
          <w:lang w:val="pt-BR"/>
        </w:rPr>
      </w:pPr>
      <w:r w:rsidRPr="001179E8">
        <w:rPr>
          <w:lang w:val="pt-BR"/>
        </w:rPr>
        <w:br/>
      </w:r>
    </w:p>
    <w:p w14:paraId="0AC7535F" w14:textId="77777777" w:rsidR="002355BD" w:rsidRPr="001179E8" w:rsidRDefault="00000000">
      <w:pPr>
        <w:rPr>
          <w:lang w:val="pt-BR"/>
        </w:rPr>
      </w:pPr>
      <w:r w:rsidRPr="001179E8">
        <w:rPr>
          <w:lang w:val="pt-BR"/>
        </w:rPr>
        <w:t>Eco assentiu, aceitando a decisão. "Preparem-se, ambos. A jornada que estão prestes a empreender transcende tudo o que conhecem."</w:t>
      </w:r>
    </w:p>
    <w:p w14:paraId="1BD6103F" w14:textId="77777777" w:rsidR="002355BD" w:rsidRPr="001179E8" w:rsidRDefault="00000000">
      <w:pPr>
        <w:rPr>
          <w:lang w:val="pt-BR"/>
        </w:rPr>
      </w:pPr>
      <w:r w:rsidRPr="001179E8">
        <w:rPr>
          <w:lang w:val="pt-BR"/>
        </w:rPr>
        <w:br/>
      </w:r>
    </w:p>
    <w:p w14:paraId="7E3A0538" w14:textId="77777777" w:rsidR="002355BD" w:rsidRPr="001179E8" w:rsidRDefault="00000000">
      <w:pPr>
        <w:rPr>
          <w:lang w:val="pt-BR"/>
        </w:rPr>
      </w:pPr>
      <w:r w:rsidRPr="001179E8">
        <w:rPr>
          <w:lang w:val="pt-BR"/>
        </w:rPr>
        <w:t>Luke e Elaine se posicionaram lado a lado, mãos unidas, enquanto Eco retomava seu cântico. A luz dourada ao redor dele se intensificou, envolvendo também Luke e Elaine em seu brilho.</w:t>
      </w:r>
    </w:p>
    <w:p w14:paraId="12E7285D" w14:textId="77777777" w:rsidR="002355BD" w:rsidRPr="001179E8" w:rsidRDefault="00000000">
      <w:pPr>
        <w:rPr>
          <w:lang w:val="pt-BR"/>
        </w:rPr>
      </w:pPr>
      <w:r w:rsidRPr="001179E8">
        <w:rPr>
          <w:lang w:val="pt-BR"/>
        </w:rPr>
        <w:br/>
      </w:r>
    </w:p>
    <w:p w14:paraId="4904245E" w14:textId="77777777" w:rsidR="002355BD" w:rsidRPr="001179E8" w:rsidRDefault="00000000">
      <w:pPr>
        <w:rPr>
          <w:lang w:val="pt-BR"/>
        </w:rPr>
      </w:pPr>
      <w:r w:rsidRPr="001179E8">
        <w:rPr>
          <w:lang w:val="pt-BR"/>
        </w:rPr>
        <w:t>O fragmento de Abyzoth reagiu com fúria renovada, expandindo-se violentamente. As rachaduras no ar se alargaram, e por um momento terrível, pareceu que o portal para o submundo se abriria completamente.</w:t>
      </w:r>
    </w:p>
    <w:p w14:paraId="3EF406E9" w14:textId="77777777" w:rsidR="002355BD" w:rsidRPr="001179E8" w:rsidRDefault="00000000">
      <w:pPr>
        <w:rPr>
          <w:lang w:val="pt-BR"/>
        </w:rPr>
      </w:pPr>
      <w:r w:rsidRPr="001179E8">
        <w:rPr>
          <w:lang w:val="pt-BR"/>
        </w:rPr>
        <w:br/>
      </w:r>
    </w:p>
    <w:p w14:paraId="32B9ED8A" w14:textId="77777777" w:rsidR="002355BD" w:rsidRPr="001179E8" w:rsidRDefault="00000000">
      <w:pPr>
        <w:rPr>
          <w:lang w:val="pt-BR"/>
        </w:rPr>
      </w:pPr>
      <w:r w:rsidRPr="001179E8">
        <w:rPr>
          <w:lang w:val="pt-BR"/>
        </w:rPr>
        <w:t>Mas então, a luz dourada de Eco colidiu com a escuridão do fragmento, criando um vórtice de energia onde luz e sombra se entrelaçavam em um padrão hipnótico.</w:t>
      </w:r>
    </w:p>
    <w:p w14:paraId="21DA9942" w14:textId="77777777" w:rsidR="002355BD" w:rsidRPr="001179E8" w:rsidRDefault="00000000">
      <w:pPr>
        <w:rPr>
          <w:lang w:val="pt-BR"/>
        </w:rPr>
      </w:pPr>
      <w:r w:rsidRPr="001179E8">
        <w:rPr>
          <w:lang w:val="pt-BR"/>
        </w:rPr>
        <w:br/>
      </w:r>
    </w:p>
    <w:p w14:paraId="5A362F73" w14:textId="77777777" w:rsidR="002355BD" w:rsidRPr="001179E8" w:rsidRDefault="00000000">
      <w:pPr>
        <w:rPr>
          <w:lang w:val="pt-BR"/>
        </w:rPr>
      </w:pPr>
      <w:r w:rsidRPr="001179E8">
        <w:rPr>
          <w:lang w:val="pt-BR"/>
        </w:rPr>
        <w:t>"Agora!" gritou Eco, sua voz reverberando com poder. "Visualizem a Chave dos Reinos! Sintam sua chamada através do tempo!"</w:t>
      </w:r>
    </w:p>
    <w:p w14:paraId="6BC72AA3" w14:textId="77777777" w:rsidR="002355BD" w:rsidRPr="001179E8" w:rsidRDefault="00000000">
      <w:pPr>
        <w:rPr>
          <w:lang w:val="pt-BR"/>
        </w:rPr>
      </w:pPr>
      <w:r w:rsidRPr="001179E8">
        <w:rPr>
          <w:lang w:val="pt-BR"/>
        </w:rPr>
        <w:lastRenderedPageBreak/>
        <w:br/>
      </w:r>
    </w:p>
    <w:p w14:paraId="52BBA394" w14:textId="77777777" w:rsidR="002355BD" w:rsidRPr="001179E8" w:rsidRDefault="00000000">
      <w:pPr>
        <w:rPr>
          <w:lang w:val="pt-BR"/>
        </w:rPr>
      </w:pPr>
      <w:r w:rsidRPr="001179E8">
        <w:rPr>
          <w:lang w:val="pt-BR"/>
        </w:rPr>
        <w:t>Luke fechou os olhos novamente, concentrando-se com toda sua força. Ao seu lado, sentiu Elaine fazer o mesmo. Juntos, eles se abriram para o poder que fluía ao seu redor, deixando-o preencher e transformar seus próprios dons.</w:t>
      </w:r>
    </w:p>
    <w:p w14:paraId="037F420E" w14:textId="77777777" w:rsidR="002355BD" w:rsidRPr="001179E8" w:rsidRDefault="00000000">
      <w:pPr>
        <w:rPr>
          <w:lang w:val="pt-BR"/>
        </w:rPr>
      </w:pPr>
      <w:r w:rsidRPr="001179E8">
        <w:rPr>
          <w:lang w:val="pt-BR"/>
        </w:rPr>
        <w:br/>
      </w:r>
    </w:p>
    <w:p w14:paraId="4415CC08" w14:textId="77777777" w:rsidR="002355BD" w:rsidRPr="001179E8" w:rsidRDefault="00000000">
      <w:pPr>
        <w:rPr>
          <w:lang w:val="pt-BR"/>
        </w:rPr>
      </w:pPr>
      <w:r w:rsidRPr="001179E8">
        <w:rPr>
          <w:lang w:val="pt-BR"/>
        </w:rPr>
        <w:t>O teletransporte de Luke se expandiu além de qualquer coisa que ele já havia experimentado, não apenas movendo seu corpo através do espaço, mas arrancando-o do próprio tecido do presente. Ao seu lado, a metamorfose de Elaine respondeu, adaptando seu ser para a jornada impossível que estavam prestes a empreender.</w:t>
      </w:r>
    </w:p>
    <w:p w14:paraId="13412A8C" w14:textId="77777777" w:rsidR="002355BD" w:rsidRPr="001179E8" w:rsidRDefault="00000000">
      <w:pPr>
        <w:rPr>
          <w:lang w:val="pt-BR"/>
        </w:rPr>
      </w:pPr>
      <w:r w:rsidRPr="001179E8">
        <w:rPr>
          <w:lang w:val="pt-BR"/>
        </w:rPr>
        <w:br/>
      </w:r>
    </w:p>
    <w:p w14:paraId="4609F5F4" w14:textId="77777777" w:rsidR="002355BD" w:rsidRPr="001179E8" w:rsidRDefault="00000000">
      <w:pPr>
        <w:rPr>
          <w:lang w:val="pt-BR"/>
        </w:rPr>
      </w:pPr>
      <w:r w:rsidRPr="001179E8">
        <w:rPr>
          <w:lang w:val="pt-BR"/>
        </w:rPr>
        <w:t>A última coisa que Luke ouviu antes que o vórtice os engolisse completamente foi a voz de Ricardo: "Voltem para nós!"</w:t>
      </w:r>
    </w:p>
    <w:p w14:paraId="072D7B38" w14:textId="77777777" w:rsidR="002355BD" w:rsidRPr="001179E8" w:rsidRDefault="00000000">
      <w:pPr>
        <w:rPr>
          <w:lang w:val="pt-BR"/>
        </w:rPr>
      </w:pPr>
      <w:r w:rsidRPr="001179E8">
        <w:rPr>
          <w:lang w:val="pt-BR"/>
        </w:rPr>
        <w:br/>
      </w:r>
    </w:p>
    <w:p w14:paraId="76DCC432" w14:textId="77777777" w:rsidR="002355BD" w:rsidRPr="001179E8" w:rsidRDefault="00000000">
      <w:pPr>
        <w:rPr>
          <w:lang w:val="pt-BR"/>
        </w:rPr>
      </w:pPr>
      <w:r w:rsidRPr="001179E8">
        <w:rPr>
          <w:lang w:val="pt-BR"/>
        </w:rPr>
        <w:t>E então, eles estavam caindo – não para baixo, mas para frente, para trás, para todos os lados simultaneamente. Através do tempo, através da própria realidade.</w:t>
      </w:r>
    </w:p>
    <w:p w14:paraId="0E5F9C7E" w14:textId="77777777" w:rsidR="002355BD" w:rsidRPr="001179E8" w:rsidRDefault="00000000">
      <w:pPr>
        <w:rPr>
          <w:lang w:val="pt-BR"/>
        </w:rPr>
      </w:pPr>
      <w:r w:rsidRPr="001179E8">
        <w:rPr>
          <w:lang w:val="pt-BR"/>
        </w:rPr>
        <w:br/>
      </w:r>
    </w:p>
    <w:p w14:paraId="050337AA" w14:textId="77777777" w:rsidR="002355BD" w:rsidRPr="001179E8" w:rsidRDefault="00000000">
      <w:pPr>
        <w:rPr>
          <w:lang w:val="pt-BR"/>
        </w:rPr>
      </w:pPr>
      <w:r w:rsidRPr="001179E8">
        <w:rPr>
          <w:lang w:val="pt-BR"/>
        </w:rPr>
        <w:t>Para onde – ou quando – eles iriam parar, nem mesmo Eco poderia dizer com certeza. Mas uma coisa era certa: a jornada que Luke Carmody e Elaine Nocturne estavam começando mudaria não apenas seus destinos, mas potencialmente o destino de todos os reinos.</w:t>
      </w:r>
    </w:p>
    <w:p w14:paraId="677B1679" w14:textId="77777777" w:rsidR="002355BD" w:rsidRPr="001179E8" w:rsidRDefault="00000000">
      <w:pPr>
        <w:rPr>
          <w:lang w:val="pt-BR"/>
        </w:rPr>
      </w:pPr>
      <w:r w:rsidRPr="001179E8">
        <w:rPr>
          <w:lang w:val="pt-BR"/>
        </w:rPr>
        <w:br/>
      </w:r>
    </w:p>
    <w:p w14:paraId="781A161E" w14:textId="77777777" w:rsidR="002355BD" w:rsidRPr="001179E8" w:rsidRDefault="00000000">
      <w:pPr>
        <w:rPr>
          <w:lang w:val="pt-BR"/>
        </w:rPr>
      </w:pPr>
      <w:r w:rsidRPr="001179E8">
        <w:rPr>
          <w:lang w:val="pt-BR"/>
        </w:rPr>
        <w:t>E enquanto caíam através do vórtice temporal, suas mãos permaneceram firmemente entrelaçadas – um detetive pragmático e uma miragem sedutora, unidos por um propósito maior que suas diferenças, e por um vínculo que nenhum dos dois havia previsto, mas que ambos começavam a valorizar mais do que poderiam admitir.</w:t>
      </w:r>
    </w:p>
    <w:p w14:paraId="1BCF67E6" w14:textId="77777777" w:rsidR="002355BD" w:rsidRPr="001179E8" w:rsidRDefault="002355BD">
      <w:pPr>
        <w:rPr>
          <w:lang w:val="pt-BR"/>
        </w:rPr>
      </w:pPr>
    </w:p>
    <w:p w14:paraId="7ED1A4B6" w14:textId="77777777" w:rsidR="002355BD" w:rsidRPr="001179E8" w:rsidRDefault="00000000">
      <w:pPr>
        <w:rPr>
          <w:lang w:val="pt-BR"/>
        </w:rPr>
      </w:pPr>
      <w:r w:rsidRPr="001179E8">
        <w:rPr>
          <w:lang w:val="pt-BR"/>
        </w:rPr>
        <w:t>A sensação era indescritível. Luke sentia como se cada átomo de seu corpo estivesse sendo simultaneamente comprimido a um ponto singular e expandido até o infinito. Cores que não tinham nome no espectro humano passavam diante de seus olhos, e sons que nenhum ouvido mortal deveria captar reverberavam através de sua consciência.</w:t>
      </w:r>
    </w:p>
    <w:p w14:paraId="4BA8E93B" w14:textId="77777777" w:rsidR="002355BD" w:rsidRPr="001179E8" w:rsidRDefault="00000000">
      <w:pPr>
        <w:rPr>
          <w:lang w:val="pt-BR"/>
        </w:rPr>
      </w:pPr>
      <w:r w:rsidRPr="001179E8">
        <w:rPr>
          <w:lang w:val="pt-BR"/>
        </w:rPr>
        <w:lastRenderedPageBreak/>
        <w:br/>
      </w:r>
    </w:p>
    <w:p w14:paraId="2A0853E0" w14:textId="77777777" w:rsidR="002355BD" w:rsidRPr="001179E8" w:rsidRDefault="00000000">
      <w:pPr>
        <w:rPr>
          <w:lang w:val="pt-BR"/>
        </w:rPr>
      </w:pPr>
      <w:r w:rsidRPr="001179E8">
        <w:rPr>
          <w:lang w:val="pt-BR"/>
        </w:rPr>
        <w:t>Ao seu lado – ou talvez dentro dele, ou em toda parte ao mesmo tempo – estava Elaine, sua mão ainda firmemente entrelaçada à dele. Ele podia sentir sua presença, seu medo e sua determinação, como se fossem extensões de suas próprias emoções.</w:t>
      </w:r>
    </w:p>
    <w:p w14:paraId="1C86913E" w14:textId="77777777" w:rsidR="002355BD" w:rsidRPr="001179E8" w:rsidRDefault="00000000">
      <w:pPr>
        <w:rPr>
          <w:lang w:val="pt-BR"/>
        </w:rPr>
      </w:pPr>
      <w:r w:rsidRPr="001179E8">
        <w:rPr>
          <w:lang w:val="pt-BR"/>
        </w:rPr>
        <w:br/>
      </w:r>
    </w:p>
    <w:p w14:paraId="717EBB55" w14:textId="77777777" w:rsidR="002355BD" w:rsidRPr="001179E8" w:rsidRDefault="00000000">
      <w:pPr>
        <w:rPr>
          <w:lang w:val="pt-BR"/>
        </w:rPr>
      </w:pPr>
      <w:r w:rsidRPr="001179E8">
        <w:rPr>
          <w:lang w:val="pt-BR"/>
        </w:rPr>
        <w:t>E então, tão abruptamente quanto havia começado, terminou.</w:t>
      </w:r>
    </w:p>
    <w:p w14:paraId="25E5947B" w14:textId="77777777" w:rsidR="002355BD" w:rsidRPr="001179E8" w:rsidRDefault="00000000">
      <w:pPr>
        <w:rPr>
          <w:lang w:val="pt-BR"/>
        </w:rPr>
      </w:pPr>
      <w:r w:rsidRPr="001179E8">
        <w:rPr>
          <w:lang w:val="pt-BR"/>
        </w:rPr>
        <w:br/>
      </w:r>
    </w:p>
    <w:p w14:paraId="737DFC09" w14:textId="77777777" w:rsidR="002355BD" w:rsidRPr="001179E8" w:rsidRDefault="00000000">
      <w:pPr>
        <w:rPr>
          <w:lang w:val="pt-BR"/>
        </w:rPr>
      </w:pPr>
      <w:r w:rsidRPr="001179E8">
        <w:rPr>
          <w:lang w:val="pt-BR"/>
        </w:rPr>
        <w:t>Eles caíram, aterrissando duramente em um solo sólido. Luke ofegou, o ar sendo expulso de seus pulmões pelo impacto. Ao seu lado, Elaine gemeu suavemente.</w:t>
      </w:r>
    </w:p>
    <w:p w14:paraId="433ADECE" w14:textId="77777777" w:rsidR="002355BD" w:rsidRPr="001179E8" w:rsidRDefault="00000000">
      <w:pPr>
        <w:rPr>
          <w:lang w:val="pt-BR"/>
        </w:rPr>
      </w:pPr>
      <w:r w:rsidRPr="001179E8">
        <w:rPr>
          <w:lang w:val="pt-BR"/>
        </w:rPr>
        <w:br/>
      </w:r>
    </w:p>
    <w:p w14:paraId="4482504A" w14:textId="77777777" w:rsidR="002355BD" w:rsidRPr="001179E8" w:rsidRDefault="00000000">
      <w:pPr>
        <w:rPr>
          <w:lang w:val="pt-BR"/>
        </w:rPr>
      </w:pPr>
      <w:r w:rsidRPr="001179E8">
        <w:rPr>
          <w:lang w:val="pt-BR"/>
        </w:rPr>
        <w:t>Por um longo momento, nenhum dos dois se moveu, ambos tentando recuperar o equilíbrio e a orientação. Luke foi o primeiro a se levantar, cambaleando ligeiramente enquanto seus sentidos se reajustavam à realidade normal – ou o que quer que fosse este lugar.</w:t>
      </w:r>
    </w:p>
    <w:p w14:paraId="564EFD59" w14:textId="77777777" w:rsidR="002355BD" w:rsidRPr="001179E8" w:rsidRDefault="00000000">
      <w:pPr>
        <w:rPr>
          <w:lang w:val="pt-BR"/>
        </w:rPr>
      </w:pPr>
      <w:r w:rsidRPr="001179E8">
        <w:rPr>
          <w:lang w:val="pt-BR"/>
        </w:rPr>
        <w:br/>
      </w:r>
    </w:p>
    <w:p w14:paraId="2F5A30B3" w14:textId="77777777" w:rsidR="002355BD" w:rsidRPr="001179E8" w:rsidRDefault="00000000">
      <w:pPr>
        <w:rPr>
          <w:lang w:val="pt-BR"/>
        </w:rPr>
      </w:pPr>
      <w:r w:rsidRPr="001179E8">
        <w:rPr>
          <w:lang w:val="pt-BR"/>
        </w:rPr>
        <w:t>"Elaine," chamou ele, sua voz rouca. "Você está bem?"</w:t>
      </w:r>
    </w:p>
    <w:p w14:paraId="320B160D" w14:textId="77777777" w:rsidR="002355BD" w:rsidRPr="001179E8" w:rsidRDefault="00000000">
      <w:pPr>
        <w:rPr>
          <w:lang w:val="pt-BR"/>
        </w:rPr>
      </w:pPr>
      <w:r w:rsidRPr="001179E8">
        <w:rPr>
          <w:lang w:val="pt-BR"/>
        </w:rPr>
        <w:br/>
      </w:r>
    </w:p>
    <w:p w14:paraId="6E59AE16" w14:textId="77777777" w:rsidR="002355BD" w:rsidRPr="001179E8" w:rsidRDefault="00000000">
      <w:pPr>
        <w:rPr>
          <w:lang w:val="pt-BR"/>
        </w:rPr>
      </w:pPr>
      <w:r w:rsidRPr="001179E8">
        <w:rPr>
          <w:lang w:val="pt-BR"/>
        </w:rPr>
        <w:t>Ela assentiu, aceitando a mão que ele oferecia para ajudá-la a se levantar. "Acho que sim. Onde... quando estamos?"</w:t>
      </w:r>
    </w:p>
    <w:p w14:paraId="01787922" w14:textId="77777777" w:rsidR="002355BD" w:rsidRPr="001179E8" w:rsidRDefault="00000000">
      <w:pPr>
        <w:rPr>
          <w:lang w:val="pt-BR"/>
        </w:rPr>
      </w:pPr>
      <w:r w:rsidRPr="001179E8">
        <w:rPr>
          <w:lang w:val="pt-BR"/>
        </w:rPr>
        <w:br/>
      </w:r>
    </w:p>
    <w:p w14:paraId="05CBB9A3" w14:textId="77777777" w:rsidR="002355BD" w:rsidRPr="001179E8" w:rsidRDefault="00000000">
      <w:pPr>
        <w:rPr>
          <w:lang w:val="pt-BR"/>
        </w:rPr>
      </w:pPr>
      <w:r w:rsidRPr="001179E8">
        <w:rPr>
          <w:lang w:val="pt-BR"/>
        </w:rPr>
        <w:t>Era uma pergunta pertinente. Luke olhou ao redor, tentando obter alguma pista sobre sua localização temporal.</w:t>
      </w:r>
    </w:p>
    <w:p w14:paraId="739D631A" w14:textId="77777777" w:rsidR="002355BD" w:rsidRPr="001179E8" w:rsidRDefault="00000000">
      <w:pPr>
        <w:rPr>
          <w:lang w:val="pt-BR"/>
        </w:rPr>
      </w:pPr>
      <w:r w:rsidRPr="001179E8">
        <w:rPr>
          <w:lang w:val="pt-BR"/>
        </w:rPr>
        <w:br/>
      </w:r>
    </w:p>
    <w:p w14:paraId="77EFCD51" w14:textId="77777777" w:rsidR="002355BD" w:rsidRPr="001179E8" w:rsidRDefault="00000000">
      <w:pPr>
        <w:rPr>
          <w:lang w:val="pt-BR"/>
        </w:rPr>
      </w:pPr>
      <w:r w:rsidRPr="001179E8">
        <w:rPr>
          <w:lang w:val="pt-BR"/>
        </w:rPr>
        <w:t xml:space="preserve">Estavam em uma cidade – isso era claro. Mas não era a cidade que haviam deixado. Os edifícios ao redor eram diferentes, com uma arquitetura que parecia simultaneamente familiar e estranha. Estruturas de vidro e metal se erguiam ao céu, mas com formas </w:t>
      </w:r>
      <w:r w:rsidRPr="001179E8">
        <w:rPr>
          <w:lang w:val="pt-BR"/>
        </w:rPr>
        <w:lastRenderedPageBreak/>
        <w:t>orgânicas e fluidas que desafiavam as convenções de engenharia que Luke conhecia. Veículos silenciosos deslizavam por ruas elevadas, alguns aparentemente sem condutores. O céu acima tinha um tom ligeiramente diferente – não exatamente azul, mas com um matiz púrpura sutil.</w:t>
      </w:r>
    </w:p>
    <w:p w14:paraId="45A49A88" w14:textId="77777777" w:rsidR="002355BD" w:rsidRPr="001179E8" w:rsidRDefault="00000000">
      <w:pPr>
        <w:rPr>
          <w:lang w:val="pt-BR"/>
        </w:rPr>
      </w:pPr>
      <w:r w:rsidRPr="001179E8">
        <w:rPr>
          <w:lang w:val="pt-BR"/>
        </w:rPr>
        <w:br/>
      </w:r>
    </w:p>
    <w:p w14:paraId="56C921DB" w14:textId="77777777" w:rsidR="002355BD" w:rsidRPr="001179E8" w:rsidRDefault="00000000">
      <w:pPr>
        <w:rPr>
          <w:lang w:val="pt-BR"/>
        </w:rPr>
      </w:pPr>
      <w:r w:rsidRPr="001179E8">
        <w:rPr>
          <w:lang w:val="pt-BR"/>
        </w:rPr>
        <w:t>"Futuro," concluiu Luke, sua mente analítica rapidamente processando os detalhes. "Estamos no futuro."</w:t>
      </w:r>
    </w:p>
    <w:p w14:paraId="7D24AF36" w14:textId="77777777" w:rsidR="002355BD" w:rsidRPr="001179E8" w:rsidRDefault="00000000">
      <w:pPr>
        <w:rPr>
          <w:lang w:val="pt-BR"/>
        </w:rPr>
      </w:pPr>
      <w:r w:rsidRPr="001179E8">
        <w:rPr>
          <w:lang w:val="pt-BR"/>
        </w:rPr>
        <w:br/>
      </w:r>
    </w:p>
    <w:p w14:paraId="0362B6F6" w14:textId="77777777" w:rsidR="002355BD" w:rsidRPr="001179E8" w:rsidRDefault="00000000">
      <w:pPr>
        <w:rPr>
          <w:lang w:val="pt-BR"/>
        </w:rPr>
      </w:pPr>
      <w:r w:rsidRPr="001179E8">
        <w:rPr>
          <w:lang w:val="pt-BR"/>
        </w:rPr>
        <w:t>"Quão distante?" perguntou Elaine, seus olhos arregalados enquanto absorvia a paisagem alienígena-familiar.</w:t>
      </w:r>
    </w:p>
    <w:p w14:paraId="7D11B715" w14:textId="77777777" w:rsidR="002355BD" w:rsidRPr="001179E8" w:rsidRDefault="00000000">
      <w:pPr>
        <w:rPr>
          <w:lang w:val="pt-BR"/>
        </w:rPr>
      </w:pPr>
      <w:r w:rsidRPr="001179E8">
        <w:rPr>
          <w:lang w:val="pt-BR"/>
        </w:rPr>
        <w:br/>
      </w:r>
    </w:p>
    <w:p w14:paraId="2BA997EB" w14:textId="77777777" w:rsidR="002355BD" w:rsidRPr="001179E8" w:rsidRDefault="00000000">
      <w:pPr>
        <w:rPr>
          <w:lang w:val="pt-BR"/>
        </w:rPr>
      </w:pPr>
      <w:r w:rsidRPr="001179E8">
        <w:rPr>
          <w:lang w:val="pt-BR"/>
        </w:rPr>
        <w:t>Luke balançou a cabeça. "Impossível dizer sem mais informações. Poderia ser décadas ou séculos."</w:t>
      </w:r>
    </w:p>
    <w:p w14:paraId="2435CC71" w14:textId="77777777" w:rsidR="002355BD" w:rsidRPr="001179E8" w:rsidRDefault="00000000">
      <w:pPr>
        <w:rPr>
          <w:lang w:val="pt-BR"/>
        </w:rPr>
      </w:pPr>
      <w:r w:rsidRPr="001179E8">
        <w:rPr>
          <w:lang w:val="pt-BR"/>
        </w:rPr>
        <w:br/>
      </w:r>
    </w:p>
    <w:p w14:paraId="3EF0DC20" w14:textId="77777777" w:rsidR="002355BD" w:rsidRPr="001179E8" w:rsidRDefault="00000000">
      <w:pPr>
        <w:rPr>
          <w:lang w:val="pt-BR"/>
        </w:rPr>
      </w:pPr>
      <w:r w:rsidRPr="001179E8">
        <w:rPr>
          <w:lang w:val="pt-BR"/>
        </w:rPr>
        <w:t>Eles estavam em uma espécie de praça, cercada por aqueles edifícios estranhos e belos. Curiosamente, ninguém parecia ter notado sua chegada abrupta – os poucos transeuntes continuavam seus caminhos, aparentemente absortos em seus próprios assuntos.</w:t>
      </w:r>
    </w:p>
    <w:p w14:paraId="39397FA2" w14:textId="77777777" w:rsidR="002355BD" w:rsidRPr="001179E8" w:rsidRDefault="00000000">
      <w:pPr>
        <w:rPr>
          <w:lang w:val="pt-BR"/>
        </w:rPr>
      </w:pPr>
      <w:r w:rsidRPr="001179E8">
        <w:rPr>
          <w:lang w:val="pt-BR"/>
        </w:rPr>
        <w:br/>
      </w:r>
    </w:p>
    <w:p w14:paraId="6DE232AE" w14:textId="77777777" w:rsidR="002355BD" w:rsidRPr="001179E8" w:rsidRDefault="00000000">
      <w:pPr>
        <w:rPr>
          <w:lang w:val="pt-BR"/>
        </w:rPr>
      </w:pPr>
      <w:r w:rsidRPr="001179E8">
        <w:rPr>
          <w:lang w:val="pt-BR"/>
        </w:rPr>
        <w:t>"É estranho," comentou Elaine, notando o mesmo. "Ninguém parece surpreso por termos aparecido do nada."</w:t>
      </w:r>
    </w:p>
    <w:p w14:paraId="19BF2C55" w14:textId="77777777" w:rsidR="002355BD" w:rsidRPr="001179E8" w:rsidRDefault="00000000">
      <w:pPr>
        <w:rPr>
          <w:lang w:val="pt-BR"/>
        </w:rPr>
      </w:pPr>
      <w:r w:rsidRPr="001179E8">
        <w:rPr>
          <w:lang w:val="pt-BR"/>
        </w:rPr>
        <w:br/>
      </w:r>
    </w:p>
    <w:p w14:paraId="56147ABD" w14:textId="77777777" w:rsidR="002355BD" w:rsidRPr="001179E8" w:rsidRDefault="00000000">
      <w:pPr>
        <w:rPr>
          <w:lang w:val="pt-BR"/>
        </w:rPr>
      </w:pPr>
      <w:r w:rsidRPr="001179E8">
        <w:rPr>
          <w:lang w:val="pt-BR"/>
        </w:rPr>
        <w:t>"Talvez neste tempo, pessoas aparecendo do nada não seja tão incomum," sugeriu Luke, apenas parcialmente brincando.</w:t>
      </w:r>
    </w:p>
    <w:p w14:paraId="6AB597E6" w14:textId="77777777" w:rsidR="002355BD" w:rsidRPr="001179E8" w:rsidRDefault="00000000">
      <w:pPr>
        <w:rPr>
          <w:lang w:val="pt-BR"/>
        </w:rPr>
      </w:pPr>
      <w:r w:rsidRPr="001179E8">
        <w:rPr>
          <w:lang w:val="pt-BR"/>
        </w:rPr>
        <w:br/>
      </w:r>
    </w:p>
    <w:p w14:paraId="53913A54" w14:textId="77777777" w:rsidR="002355BD" w:rsidRPr="001179E8" w:rsidRDefault="00000000">
      <w:pPr>
        <w:rPr>
          <w:lang w:val="pt-BR"/>
        </w:rPr>
      </w:pPr>
      <w:r w:rsidRPr="001179E8">
        <w:rPr>
          <w:lang w:val="pt-BR"/>
        </w:rPr>
        <w:t>Ele verificou seus bolsos, aliviado ao encontrar o disco metálico que Nicole havia lhe dado – seu ponto de ancoragem para o retorno. Também tinha seu comunicador, embora suspeitasse que seria inútil aqui.</w:t>
      </w:r>
    </w:p>
    <w:p w14:paraId="05779850" w14:textId="77777777" w:rsidR="002355BD" w:rsidRPr="001179E8" w:rsidRDefault="00000000">
      <w:pPr>
        <w:rPr>
          <w:lang w:val="pt-BR"/>
        </w:rPr>
      </w:pPr>
      <w:r w:rsidRPr="001179E8">
        <w:rPr>
          <w:lang w:val="pt-BR"/>
        </w:rPr>
        <w:lastRenderedPageBreak/>
        <w:br/>
      </w:r>
    </w:p>
    <w:p w14:paraId="581AE8D6" w14:textId="77777777" w:rsidR="002355BD" w:rsidRPr="001179E8" w:rsidRDefault="00000000">
      <w:pPr>
        <w:rPr>
          <w:lang w:val="pt-BR"/>
        </w:rPr>
      </w:pPr>
      <w:r w:rsidRPr="001179E8">
        <w:rPr>
          <w:lang w:val="pt-BR"/>
        </w:rPr>
        <w:t>"Precisamos de informações," disse ele, voltando ao modo detetive. "Descobrir exatamente quando estamos, e começar a procurar pistas sobre a Chave dos Reinos."</w:t>
      </w:r>
    </w:p>
    <w:p w14:paraId="1B63474A" w14:textId="77777777" w:rsidR="002355BD" w:rsidRPr="001179E8" w:rsidRDefault="00000000">
      <w:pPr>
        <w:rPr>
          <w:lang w:val="pt-BR"/>
        </w:rPr>
      </w:pPr>
      <w:r w:rsidRPr="001179E8">
        <w:rPr>
          <w:lang w:val="pt-BR"/>
        </w:rPr>
        <w:br/>
      </w:r>
    </w:p>
    <w:p w14:paraId="4AB2AACA" w14:textId="77777777" w:rsidR="002355BD" w:rsidRPr="001179E8" w:rsidRDefault="00000000">
      <w:pPr>
        <w:rPr>
          <w:lang w:val="pt-BR"/>
        </w:rPr>
      </w:pPr>
      <w:r w:rsidRPr="001179E8">
        <w:rPr>
          <w:lang w:val="pt-BR"/>
        </w:rPr>
        <w:t>"E como fazemos isso sem parecer completamente loucos?" perguntou Elaine. "Não podemos simplesmente abordar alguém e perguntar 'Olá, que ano é este? E por acaso você conhece um artefato místico interdimensional?'"</w:t>
      </w:r>
    </w:p>
    <w:p w14:paraId="434ED71B" w14:textId="77777777" w:rsidR="002355BD" w:rsidRPr="001179E8" w:rsidRDefault="00000000">
      <w:pPr>
        <w:rPr>
          <w:lang w:val="pt-BR"/>
        </w:rPr>
      </w:pPr>
      <w:r w:rsidRPr="001179E8">
        <w:rPr>
          <w:lang w:val="pt-BR"/>
        </w:rPr>
        <w:br/>
      </w:r>
    </w:p>
    <w:p w14:paraId="429F0AD7" w14:textId="77777777" w:rsidR="002355BD" w:rsidRPr="001179E8" w:rsidRDefault="00000000">
      <w:pPr>
        <w:rPr>
          <w:lang w:val="pt-BR"/>
        </w:rPr>
      </w:pPr>
      <w:r w:rsidRPr="001179E8">
        <w:rPr>
          <w:lang w:val="pt-BR"/>
        </w:rPr>
        <w:t>Luke sorriu levemente. "Não, mas podemos começar observando e ouvindo. Bibliotecas, museus, centros de informação – lugares onde podemos aprender sobre este tempo sem fazer perguntas suspeitas."</w:t>
      </w:r>
    </w:p>
    <w:p w14:paraId="6A6FA063" w14:textId="77777777" w:rsidR="002355BD" w:rsidRPr="001179E8" w:rsidRDefault="00000000">
      <w:pPr>
        <w:rPr>
          <w:lang w:val="pt-BR"/>
        </w:rPr>
      </w:pPr>
      <w:r w:rsidRPr="001179E8">
        <w:rPr>
          <w:lang w:val="pt-BR"/>
        </w:rPr>
        <w:br/>
      </w:r>
    </w:p>
    <w:p w14:paraId="5768DE57" w14:textId="77777777" w:rsidR="002355BD" w:rsidRPr="001179E8" w:rsidRDefault="00000000">
      <w:pPr>
        <w:rPr>
          <w:lang w:val="pt-BR"/>
        </w:rPr>
      </w:pPr>
      <w:r w:rsidRPr="001179E8">
        <w:rPr>
          <w:lang w:val="pt-BR"/>
        </w:rPr>
        <w:t>Elaine assentiu, e então olhou para suas roupas – o traje de combate prateado e azul que Nicole havia projetado para ela. "Acho que primeiro precisamos nos misturar melhor."</w:t>
      </w:r>
    </w:p>
    <w:p w14:paraId="6D268A6B" w14:textId="77777777" w:rsidR="002355BD" w:rsidRPr="001179E8" w:rsidRDefault="00000000">
      <w:pPr>
        <w:rPr>
          <w:lang w:val="pt-BR"/>
        </w:rPr>
      </w:pPr>
      <w:r w:rsidRPr="001179E8">
        <w:rPr>
          <w:lang w:val="pt-BR"/>
        </w:rPr>
        <w:br/>
      </w:r>
    </w:p>
    <w:p w14:paraId="7A990A67" w14:textId="77777777" w:rsidR="002355BD" w:rsidRPr="001179E8" w:rsidRDefault="00000000">
      <w:pPr>
        <w:rPr>
          <w:lang w:val="pt-BR"/>
        </w:rPr>
      </w:pPr>
      <w:r w:rsidRPr="001179E8">
        <w:rPr>
          <w:lang w:val="pt-BR"/>
        </w:rPr>
        <w:t>Luke olhou para seu próprio traje – jeans, camiseta e jaqueta de couro, seu visual habitual. Comparado com as roupas dos transeuntes – tecidos fluidos em cores vibrantes, com elementos que pareciam mudar de forma e cor sutilmente – eles definitivamente se destacavam.</w:t>
      </w:r>
    </w:p>
    <w:p w14:paraId="5C310209" w14:textId="77777777" w:rsidR="002355BD" w:rsidRPr="001179E8" w:rsidRDefault="00000000">
      <w:pPr>
        <w:rPr>
          <w:lang w:val="pt-BR"/>
        </w:rPr>
      </w:pPr>
      <w:r w:rsidRPr="001179E8">
        <w:rPr>
          <w:lang w:val="pt-BR"/>
        </w:rPr>
        <w:br/>
      </w:r>
    </w:p>
    <w:p w14:paraId="5F27ED68" w14:textId="77777777" w:rsidR="002355BD" w:rsidRPr="001179E8" w:rsidRDefault="00000000">
      <w:pPr>
        <w:rPr>
          <w:lang w:val="pt-BR"/>
        </w:rPr>
      </w:pPr>
      <w:r w:rsidRPr="001179E8">
        <w:rPr>
          <w:lang w:val="pt-BR"/>
        </w:rPr>
        <w:t>"Você pode usar sua metamorfose para copiar o estilo deles?" perguntou ele.</w:t>
      </w:r>
    </w:p>
    <w:p w14:paraId="19CB9C54" w14:textId="77777777" w:rsidR="002355BD" w:rsidRPr="001179E8" w:rsidRDefault="00000000">
      <w:pPr>
        <w:rPr>
          <w:lang w:val="pt-BR"/>
        </w:rPr>
      </w:pPr>
      <w:r w:rsidRPr="001179E8">
        <w:rPr>
          <w:lang w:val="pt-BR"/>
        </w:rPr>
        <w:br/>
      </w:r>
    </w:p>
    <w:p w14:paraId="33390B6C" w14:textId="77777777" w:rsidR="002355BD" w:rsidRPr="001179E8" w:rsidRDefault="00000000">
      <w:pPr>
        <w:rPr>
          <w:lang w:val="pt-BR"/>
        </w:rPr>
      </w:pPr>
      <w:r w:rsidRPr="001179E8">
        <w:rPr>
          <w:lang w:val="pt-BR"/>
        </w:rPr>
        <w:t>Elaine estudou os transeuntes por um momento, então fechou os olhos em concentração. Seu traje de combate começou a ondular e mudar, transformando-se em uma versão convincente das roupas futuristas ao redor – um conjunto fluido em tons de azul e prata que complementava seus olhos e cabelos.</w:t>
      </w:r>
    </w:p>
    <w:p w14:paraId="2E77FDF6" w14:textId="77777777" w:rsidR="002355BD" w:rsidRPr="001179E8" w:rsidRDefault="00000000">
      <w:pPr>
        <w:rPr>
          <w:lang w:val="pt-BR"/>
        </w:rPr>
      </w:pPr>
      <w:r w:rsidRPr="001179E8">
        <w:rPr>
          <w:lang w:val="pt-BR"/>
        </w:rPr>
        <w:lastRenderedPageBreak/>
        <w:br/>
      </w:r>
    </w:p>
    <w:p w14:paraId="4C568408" w14:textId="77777777" w:rsidR="002355BD" w:rsidRPr="001179E8" w:rsidRDefault="00000000">
      <w:pPr>
        <w:rPr>
          <w:lang w:val="pt-BR"/>
        </w:rPr>
      </w:pPr>
      <w:r w:rsidRPr="001179E8">
        <w:rPr>
          <w:lang w:val="pt-BR"/>
        </w:rPr>
        <w:t>"Sua vez," disse ela, abrindo os olhos.</w:t>
      </w:r>
    </w:p>
    <w:p w14:paraId="2E14138E" w14:textId="77777777" w:rsidR="002355BD" w:rsidRPr="001179E8" w:rsidRDefault="00000000">
      <w:pPr>
        <w:rPr>
          <w:lang w:val="pt-BR"/>
        </w:rPr>
      </w:pPr>
      <w:r w:rsidRPr="001179E8">
        <w:rPr>
          <w:lang w:val="pt-BR"/>
        </w:rPr>
        <w:br/>
      </w:r>
    </w:p>
    <w:p w14:paraId="533EF099" w14:textId="77777777" w:rsidR="002355BD" w:rsidRPr="001179E8" w:rsidRDefault="00000000">
      <w:pPr>
        <w:rPr>
          <w:lang w:val="pt-BR"/>
        </w:rPr>
      </w:pPr>
      <w:r w:rsidRPr="001179E8">
        <w:rPr>
          <w:lang w:val="pt-BR"/>
        </w:rPr>
        <w:t>Luke franziu a testa. "Eu não tenho metamorfose."</w:t>
      </w:r>
    </w:p>
    <w:p w14:paraId="30A0F865" w14:textId="77777777" w:rsidR="002355BD" w:rsidRPr="001179E8" w:rsidRDefault="00000000">
      <w:pPr>
        <w:rPr>
          <w:lang w:val="pt-BR"/>
        </w:rPr>
      </w:pPr>
      <w:r w:rsidRPr="001179E8">
        <w:rPr>
          <w:lang w:val="pt-BR"/>
        </w:rPr>
        <w:br/>
      </w:r>
    </w:p>
    <w:p w14:paraId="2A661A3A" w14:textId="77777777" w:rsidR="002355BD" w:rsidRPr="001179E8" w:rsidRDefault="00000000">
      <w:pPr>
        <w:rPr>
          <w:lang w:val="pt-BR"/>
        </w:rPr>
      </w:pPr>
      <w:r w:rsidRPr="001179E8">
        <w:rPr>
          <w:lang w:val="pt-BR"/>
        </w:rPr>
        <w:t>"Não," concordou Elaine com um pequeno sorriso. "Mas eu tenho." Ela estendeu a mão, tocando levemente o braço dele. "Posso ajustar suas roupas também, se você permitir. Não é exatamente metamorfose em outra pessoa, apenas uma... modificação superficial."</w:t>
      </w:r>
    </w:p>
    <w:p w14:paraId="2A08ED40" w14:textId="77777777" w:rsidR="002355BD" w:rsidRPr="001179E8" w:rsidRDefault="00000000">
      <w:pPr>
        <w:rPr>
          <w:lang w:val="pt-BR"/>
        </w:rPr>
      </w:pPr>
      <w:r w:rsidRPr="001179E8">
        <w:rPr>
          <w:lang w:val="pt-BR"/>
        </w:rPr>
        <w:br/>
      </w:r>
    </w:p>
    <w:p w14:paraId="33828359" w14:textId="77777777" w:rsidR="002355BD" w:rsidRPr="001179E8" w:rsidRDefault="00000000">
      <w:pPr>
        <w:rPr>
          <w:lang w:val="pt-BR"/>
        </w:rPr>
      </w:pPr>
      <w:r w:rsidRPr="001179E8">
        <w:rPr>
          <w:lang w:val="pt-BR"/>
        </w:rPr>
        <w:t>Luke hesitou brevemente, então assentiu. "Vá em frente."</w:t>
      </w:r>
    </w:p>
    <w:p w14:paraId="30F5B1AB" w14:textId="77777777" w:rsidR="002355BD" w:rsidRPr="001179E8" w:rsidRDefault="00000000">
      <w:pPr>
        <w:rPr>
          <w:lang w:val="pt-BR"/>
        </w:rPr>
      </w:pPr>
      <w:r w:rsidRPr="001179E8">
        <w:rPr>
          <w:lang w:val="pt-BR"/>
        </w:rPr>
        <w:br/>
      </w:r>
    </w:p>
    <w:p w14:paraId="5CADB9C5" w14:textId="77777777" w:rsidR="002355BD" w:rsidRPr="001179E8" w:rsidRDefault="00000000">
      <w:pPr>
        <w:rPr>
          <w:lang w:val="pt-BR"/>
        </w:rPr>
      </w:pPr>
      <w:r w:rsidRPr="001179E8">
        <w:rPr>
          <w:lang w:val="pt-BR"/>
        </w:rPr>
        <w:t>O toque de Elaine se estendeu, seus dedos deslizando suavemente pelo tecido de sua jaqueta. Onde ela tocava, o material mudava, tornando-se algo semelhante ao que ela agora usava – ainda reconhecível como uma jaqueta, mas com um corte e textura que se alinhavam com a moda local.</w:t>
      </w:r>
    </w:p>
    <w:p w14:paraId="0FBCB3CE" w14:textId="77777777" w:rsidR="002355BD" w:rsidRPr="001179E8" w:rsidRDefault="00000000">
      <w:pPr>
        <w:rPr>
          <w:lang w:val="pt-BR"/>
        </w:rPr>
      </w:pPr>
      <w:r w:rsidRPr="001179E8">
        <w:rPr>
          <w:lang w:val="pt-BR"/>
        </w:rPr>
        <w:br/>
      </w:r>
    </w:p>
    <w:p w14:paraId="554A9544" w14:textId="77777777" w:rsidR="002355BD" w:rsidRPr="001179E8" w:rsidRDefault="00000000">
      <w:pPr>
        <w:rPr>
          <w:lang w:val="pt-BR"/>
        </w:rPr>
      </w:pPr>
      <w:r w:rsidRPr="001179E8">
        <w:rPr>
          <w:lang w:val="pt-BR"/>
        </w:rPr>
        <w:t>"Pronto," disse ela, recuando para admirar seu trabalho. "Agora pelo menos não parecemos turistas temporais."</w:t>
      </w:r>
    </w:p>
    <w:p w14:paraId="294D2AB8" w14:textId="77777777" w:rsidR="002355BD" w:rsidRPr="001179E8" w:rsidRDefault="00000000">
      <w:pPr>
        <w:rPr>
          <w:lang w:val="pt-BR"/>
        </w:rPr>
      </w:pPr>
      <w:r w:rsidRPr="001179E8">
        <w:rPr>
          <w:lang w:val="pt-BR"/>
        </w:rPr>
        <w:br/>
      </w:r>
    </w:p>
    <w:p w14:paraId="106CA698" w14:textId="77777777" w:rsidR="002355BD" w:rsidRPr="001179E8" w:rsidRDefault="00000000">
      <w:pPr>
        <w:rPr>
          <w:lang w:val="pt-BR"/>
        </w:rPr>
      </w:pPr>
      <w:r w:rsidRPr="001179E8">
        <w:rPr>
          <w:lang w:val="pt-BR"/>
        </w:rPr>
        <w:t>Luke examinou suas roupas transformadas, impressionado com a precisão do trabalho de Elaine. "Obrigado. Isso ajudará."</w:t>
      </w:r>
    </w:p>
    <w:p w14:paraId="333FCF37" w14:textId="77777777" w:rsidR="002355BD" w:rsidRPr="001179E8" w:rsidRDefault="00000000">
      <w:pPr>
        <w:rPr>
          <w:lang w:val="pt-BR"/>
        </w:rPr>
      </w:pPr>
      <w:r w:rsidRPr="001179E8">
        <w:rPr>
          <w:lang w:val="pt-BR"/>
        </w:rPr>
        <w:br/>
      </w:r>
    </w:p>
    <w:p w14:paraId="31FD3B16" w14:textId="77777777" w:rsidR="002355BD" w:rsidRPr="001179E8" w:rsidRDefault="00000000">
      <w:pPr>
        <w:rPr>
          <w:lang w:val="pt-BR"/>
        </w:rPr>
      </w:pPr>
      <w:r w:rsidRPr="001179E8">
        <w:rPr>
          <w:lang w:val="pt-BR"/>
        </w:rPr>
        <w:t>Eles começaram a caminhar pela praça, observando atentamente tudo ao redor. Luke notou que muitas pessoas usavam pequenos dispositivos translúcidos próximos às têmporas – algum tipo de tecnologia de comunicação ou realidade aumentada, ele supôs.</w:t>
      </w:r>
    </w:p>
    <w:p w14:paraId="5AD0871E" w14:textId="77777777" w:rsidR="002355BD" w:rsidRPr="001179E8" w:rsidRDefault="00000000">
      <w:pPr>
        <w:rPr>
          <w:lang w:val="pt-BR"/>
        </w:rPr>
      </w:pPr>
      <w:r w:rsidRPr="001179E8">
        <w:rPr>
          <w:lang w:val="pt-BR"/>
        </w:rPr>
        <w:lastRenderedPageBreak/>
        <w:br/>
      </w:r>
    </w:p>
    <w:p w14:paraId="0CDC78B9" w14:textId="77777777" w:rsidR="002355BD" w:rsidRPr="001179E8" w:rsidRDefault="00000000">
      <w:pPr>
        <w:rPr>
          <w:lang w:val="pt-BR"/>
        </w:rPr>
      </w:pPr>
      <w:r w:rsidRPr="001179E8">
        <w:rPr>
          <w:lang w:val="pt-BR"/>
        </w:rPr>
        <w:t>"Olhe," disse Elaine baixinho, apontando para o que parecia ser uma tela pública flutuando no ar no centro da praça. Exibia o que parecia ser notícias ou anúncios, com texto deslizando em um idioma que, surpreendentemente, eles conseguiam ler – ainda era português, embora com algumas palavras e construções estranhas.</w:t>
      </w:r>
    </w:p>
    <w:p w14:paraId="010FF720" w14:textId="77777777" w:rsidR="002355BD" w:rsidRPr="001179E8" w:rsidRDefault="00000000">
      <w:pPr>
        <w:rPr>
          <w:lang w:val="pt-BR"/>
        </w:rPr>
      </w:pPr>
      <w:r w:rsidRPr="001179E8">
        <w:rPr>
          <w:lang w:val="pt-BR"/>
        </w:rPr>
        <w:br/>
      </w:r>
    </w:p>
    <w:p w14:paraId="5C8836A7" w14:textId="77777777" w:rsidR="002355BD" w:rsidRPr="001179E8" w:rsidRDefault="00000000">
      <w:pPr>
        <w:rPr>
          <w:lang w:val="pt-BR"/>
        </w:rPr>
      </w:pPr>
      <w:r w:rsidRPr="001179E8">
        <w:rPr>
          <w:lang w:val="pt-BR"/>
        </w:rPr>
        <w:t>Eles se aproximaram, tentando parecer casuais enquanto observavam a tela. Entre as notícias que passavam, uma data apareceu brevemente: 15 de maio de 2157.</w:t>
      </w:r>
    </w:p>
    <w:p w14:paraId="70A58F11" w14:textId="77777777" w:rsidR="002355BD" w:rsidRPr="001179E8" w:rsidRDefault="00000000">
      <w:pPr>
        <w:rPr>
          <w:lang w:val="pt-BR"/>
        </w:rPr>
      </w:pPr>
      <w:r w:rsidRPr="001179E8">
        <w:rPr>
          <w:lang w:val="pt-BR"/>
        </w:rPr>
        <w:br/>
      </w:r>
    </w:p>
    <w:p w14:paraId="1A6E61C9" w14:textId="77777777" w:rsidR="002355BD" w:rsidRPr="001179E8" w:rsidRDefault="00000000">
      <w:pPr>
        <w:rPr>
          <w:lang w:val="pt-BR"/>
        </w:rPr>
      </w:pPr>
      <w:r w:rsidRPr="001179E8">
        <w:rPr>
          <w:lang w:val="pt-BR"/>
        </w:rPr>
        <w:t>"Cento e trinta e dois anos," murmurou Luke, fazendo o cálculo rapidamente. "Estamos cento e trinta e dois anos no futuro."</w:t>
      </w:r>
    </w:p>
    <w:p w14:paraId="17AA10FF" w14:textId="77777777" w:rsidR="002355BD" w:rsidRPr="001179E8" w:rsidRDefault="00000000">
      <w:pPr>
        <w:rPr>
          <w:lang w:val="pt-BR"/>
        </w:rPr>
      </w:pPr>
      <w:r w:rsidRPr="001179E8">
        <w:rPr>
          <w:lang w:val="pt-BR"/>
        </w:rPr>
        <w:br/>
      </w:r>
    </w:p>
    <w:p w14:paraId="725ACA38" w14:textId="77777777" w:rsidR="002355BD" w:rsidRPr="001179E8" w:rsidRDefault="00000000">
      <w:pPr>
        <w:rPr>
          <w:lang w:val="pt-BR"/>
        </w:rPr>
      </w:pPr>
      <w:r w:rsidRPr="001179E8">
        <w:rPr>
          <w:lang w:val="pt-BR"/>
        </w:rPr>
        <w:t>Elaine soltou um pequeno suspiro. "É... surreal. Todas as pessoas que conhecemos..."</w:t>
      </w:r>
    </w:p>
    <w:p w14:paraId="200CC067" w14:textId="77777777" w:rsidR="002355BD" w:rsidRPr="001179E8" w:rsidRDefault="00000000">
      <w:pPr>
        <w:rPr>
          <w:lang w:val="pt-BR"/>
        </w:rPr>
      </w:pPr>
      <w:r w:rsidRPr="001179E8">
        <w:rPr>
          <w:lang w:val="pt-BR"/>
        </w:rPr>
        <w:br/>
      </w:r>
    </w:p>
    <w:p w14:paraId="243E0536" w14:textId="77777777" w:rsidR="002355BD" w:rsidRPr="001179E8" w:rsidRDefault="00000000">
      <w:pPr>
        <w:rPr>
          <w:lang w:val="pt-BR"/>
        </w:rPr>
      </w:pPr>
      <w:r w:rsidRPr="001179E8">
        <w:rPr>
          <w:lang w:val="pt-BR"/>
        </w:rPr>
        <w:t>"Provavelmente não estão mais vivas," completou Luke sombriamente. "Exceto talvez alguns dos mais longevos, como Híbrida ou outros com fatores de cura acelerados."</w:t>
      </w:r>
    </w:p>
    <w:p w14:paraId="7A5AC1A1" w14:textId="77777777" w:rsidR="002355BD" w:rsidRPr="001179E8" w:rsidRDefault="00000000">
      <w:pPr>
        <w:rPr>
          <w:lang w:val="pt-BR"/>
        </w:rPr>
      </w:pPr>
      <w:r w:rsidRPr="001179E8">
        <w:rPr>
          <w:lang w:val="pt-BR"/>
        </w:rPr>
        <w:br/>
      </w:r>
    </w:p>
    <w:p w14:paraId="06C3359A" w14:textId="77777777" w:rsidR="002355BD" w:rsidRPr="001179E8" w:rsidRDefault="00000000">
      <w:pPr>
        <w:rPr>
          <w:lang w:val="pt-BR"/>
        </w:rPr>
      </w:pPr>
      <w:r w:rsidRPr="001179E8">
        <w:rPr>
          <w:lang w:val="pt-BR"/>
        </w:rPr>
        <w:t>A realidade de sua situação começou a pesar sobre eles. Estavam verdadeiramente sozinhos aqui, em um mundo que não era o deles, separados de tudo e todos que conheciam por mais de um século.</w:t>
      </w:r>
    </w:p>
    <w:p w14:paraId="09EC0F05" w14:textId="77777777" w:rsidR="002355BD" w:rsidRPr="001179E8" w:rsidRDefault="00000000">
      <w:pPr>
        <w:rPr>
          <w:lang w:val="pt-BR"/>
        </w:rPr>
      </w:pPr>
      <w:r w:rsidRPr="001179E8">
        <w:rPr>
          <w:lang w:val="pt-BR"/>
        </w:rPr>
        <w:br/>
      </w:r>
    </w:p>
    <w:p w14:paraId="4008DD87" w14:textId="77777777" w:rsidR="002355BD" w:rsidRPr="001179E8" w:rsidRDefault="00000000">
      <w:pPr>
        <w:rPr>
          <w:lang w:val="pt-BR"/>
        </w:rPr>
      </w:pPr>
      <w:r w:rsidRPr="001179E8">
        <w:rPr>
          <w:lang w:val="pt-BR"/>
        </w:rPr>
        <w:t>"Vamos continuar andando," sugeriu Luke, notando a melancolia nos olhos de Elaine. "Precisamos encontrar um lugar onde possamos aprender mais."</w:t>
      </w:r>
    </w:p>
    <w:p w14:paraId="2F274C0D" w14:textId="77777777" w:rsidR="002355BD" w:rsidRPr="001179E8" w:rsidRDefault="00000000">
      <w:pPr>
        <w:rPr>
          <w:lang w:val="pt-BR"/>
        </w:rPr>
      </w:pPr>
      <w:r w:rsidRPr="001179E8">
        <w:rPr>
          <w:lang w:val="pt-BR"/>
        </w:rPr>
        <w:br/>
      </w:r>
    </w:p>
    <w:p w14:paraId="119D578E" w14:textId="77777777" w:rsidR="002355BD" w:rsidRPr="001179E8" w:rsidRDefault="00000000">
      <w:pPr>
        <w:rPr>
          <w:lang w:val="pt-BR"/>
        </w:rPr>
      </w:pPr>
      <w:r w:rsidRPr="001179E8">
        <w:rPr>
          <w:lang w:val="pt-BR"/>
        </w:rPr>
        <w:lastRenderedPageBreak/>
        <w:t>Eles caminharam por cerca de vinte minutos, absorvendo a estranheza e a maravilha da cidade futurista. Edifícios que pareciam desafiar a gravidade, jardins verticais que subiam por fachadas inteiras, pessoas de todas as formas e cores – algumas claramente não totalmente humanas, com modificações genéticas ou cibernéticas evidentes.</w:t>
      </w:r>
    </w:p>
    <w:p w14:paraId="5C34AB57" w14:textId="77777777" w:rsidR="002355BD" w:rsidRPr="001179E8" w:rsidRDefault="00000000">
      <w:pPr>
        <w:rPr>
          <w:lang w:val="pt-BR"/>
        </w:rPr>
      </w:pPr>
      <w:r w:rsidRPr="001179E8">
        <w:rPr>
          <w:lang w:val="pt-BR"/>
        </w:rPr>
        <w:br/>
      </w:r>
    </w:p>
    <w:p w14:paraId="6B9E10C1" w14:textId="77777777" w:rsidR="002355BD" w:rsidRPr="001179E8" w:rsidRDefault="00000000">
      <w:pPr>
        <w:rPr>
          <w:lang w:val="pt-BR"/>
        </w:rPr>
      </w:pPr>
      <w:r w:rsidRPr="001179E8">
        <w:rPr>
          <w:lang w:val="pt-BR"/>
        </w:rPr>
        <w:t>Eventualmente, chegaram a um edifício baixo e largo, com uma arquitetura mais clássica que os ao redor – quase como se fosse uma relíquia preservada de uma era anterior. Um letreiro holográfico identificava-o como "Biblioteca e Museu Histórico Municipal".</w:t>
      </w:r>
    </w:p>
    <w:p w14:paraId="29F5A863" w14:textId="77777777" w:rsidR="002355BD" w:rsidRPr="001179E8" w:rsidRDefault="00000000">
      <w:pPr>
        <w:rPr>
          <w:lang w:val="pt-BR"/>
        </w:rPr>
      </w:pPr>
      <w:r w:rsidRPr="001179E8">
        <w:rPr>
          <w:lang w:val="pt-BR"/>
        </w:rPr>
        <w:br/>
      </w:r>
    </w:p>
    <w:p w14:paraId="5049A393" w14:textId="77777777" w:rsidR="002355BD" w:rsidRPr="001179E8" w:rsidRDefault="00000000">
      <w:pPr>
        <w:rPr>
          <w:lang w:val="pt-BR"/>
        </w:rPr>
      </w:pPr>
      <w:r w:rsidRPr="001179E8">
        <w:rPr>
          <w:lang w:val="pt-BR"/>
        </w:rPr>
        <w:t>"Perfeito," disse Luke. "Se há um lugar para aprender sobre este tempo e procurar pistas sobre a Chave dos Reinos, é aqui."</w:t>
      </w:r>
    </w:p>
    <w:p w14:paraId="34150E6D" w14:textId="77777777" w:rsidR="002355BD" w:rsidRPr="001179E8" w:rsidRDefault="00000000">
      <w:pPr>
        <w:rPr>
          <w:lang w:val="pt-BR"/>
        </w:rPr>
      </w:pPr>
      <w:r w:rsidRPr="001179E8">
        <w:rPr>
          <w:lang w:val="pt-BR"/>
        </w:rPr>
        <w:br/>
      </w:r>
    </w:p>
    <w:p w14:paraId="26D74524" w14:textId="77777777" w:rsidR="002355BD" w:rsidRPr="001179E8" w:rsidRDefault="00000000">
      <w:pPr>
        <w:rPr>
          <w:lang w:val="pt-BR"/>
        </w:rPr>
      </w:pPr>
      <w:r w:rsidRPr="001179E8">
        <w:rPr>
          <w:lang w:val="pt-BR"/>
        </w:rPr>
        <w:t>Eles entraram, aliviados ao descobrir que o acesso parecia ser livre. O interior era espaçoso e bem iluminado, com estantes físicas de livros misturadas a terminais de informação holográficos. Alguns visitantes navegavam pelas exposições ou consultavam os terminais, mas o lugar estava relativamente tranquilo.</w:t>
      </w:r>
    </w:p>
    <w:p w14:paraId="2B842BE1" w14:textId="77777777" w:rsidR="002355BD" w:rsidRPr="001179E8" w:rsidRDefault="00000000">
      <w:pPr>
        <w:rPr>
          <w:lang w:val="pt-BR"/>
        </w:rPr>
      </w:pPr>
      <w:r w:rsidRPr="001179E8">
        <w:rPr>
          <w:lang w:val="pt-BR"/>
        </w:rPr>
        <w:br/>
      </w:r>
    </w:p>
    <w:p w14:paraId="08941A41" w14:textId="77777777" w:rsidR="002355BD" w:rsidRPr="001179E8" w:rsidRDefault="00000000">
      <w:pPr>
        <w:rPr>
          <w:lang w:val="pt-BR"/>
        </w:rPr>
      </w:pPr>
      <w:r w:rsidRPr="001179E8">
        <w:rPr>
          <w:lang w:val="pt-BR"/>
        </w:rPr>
        <w:t>"Como procedemos?" perguntou Elaine, mantendo a voz baixa.</w:t>
      </w:r>
    </w:p>
    <w:p w14:paraId="34BFD5FA" w14:textId="77777777" w:rsidR="002355BD" w:rsidRPr="001179E8" w:rsidRDefault="00000000">
      <w:pPr>
        <w:rPr>
          <w:lang w:val="pt-BR"/>
        </w:rPr>
      </w:pPr>
      <w:r w:rsidRPr="001179E8">
        <w:rPr>
          <w:lang w:val="pt-BR"/>
        </w:rPr>
        <w:br/>
      </w:r>
    </w:p>
    <w:p w14:paraId="3E80B1A9" w14:textId="77777777" w:rsidR="002355BD" w:rsidRPr="001179E8" w:rsidRDefault="00000000">
      <w:pPr>
        <w:rPr>
          <w:lang w:val="pt-BR"/>
        </w:rPr>
      </w:pPr>
      <w:r w:rsidRPr="001179E8">
        <w:rPr>
          <w:lang w:val="pt-BR"/>
        </w:rPr>
        <w:t>"Vamos nos separar," sugeriu Luke. "Você procura informações gerais sobre este tempo – eventos importantes, mudanças sociais, tecnologia. Eu vou focar em mitos, lendas, artefatos – qualquer coisa que possa nos levar à Chave dos Reinos."</w:t>
      </w:r>
    </w:p>
    <w:p w14:paraId="6A2C7210" w14:textId="77777777" w:rsidR="002355BD" w:rsidRPr="001179E8" w:rsidRDefault="00000000">
      <w:pPr>
        <w:rPr>
          <w:lang w:val="pt-BR"/>
        </w:rPr>
      </w:pPr>
      <w:r w:rsidRPr="001179E8">
        <w:rPr>
          <w:lang w:val="pt-BR"/>
        </w:rPr>
        <w:br/>
      </w:r>
    </w:p>
    <w:p w14:paraId="4620CF91" w14:textId="77777777" w:rsidR="002355BD" w:rsidRPr="001179E8" w:rsidRDefault="00000000">
      <w:pPr>
        <w:rPr>
          <w:lang w:val="pt-BR"/>
        </w:rPr>
      </w:pPr>
      <w:r w:rsidRPr="001179E8">
        <w:rPr>
          <w:lang w:val="pt-BR"/>
        </w:rPr>
        <w:t>Elaine assentiu, mas antes que pudessem se separar, uma voz suave os interrompeu.</w:t>
      </w:r>
    </w:p>
    <w:p w14:paraId="73C7BBE6" w14:textId="77777777" w:rsidR="002355BD" w:rsidRPr="001179E8" w:rsidRDefault="00000000">
      <w:pPr>
        <w:rPr>
          <w:lang w:val="pt-BR"/>
        </w:rPr>
      </w:pPr>
      <w:r w:rsidRPr="001179E8">
        <w:rPr>
          <w:lang w:val="pt-BR"/>
        </w:rPr>
        <w:br/>
      </w:r>
    </w:p>
    <w:p w14:paraId="508058AB" w14:textId="77777777" w:rsidR="002355BD" w:rsidRPr="001179E8" w:rsidRDefault="00000000">
      <w:pPr>
        <w:rPr>
          <w:lang w:val="pt-BR"/>
        </w:rPr>
      </w:pPr>
      <w:r w:rsidRPr="001179E8">
        <w:rPr>
          <w:lang w:val="pt-BR"/>
        </w:rPr>
        <w:t>"Posso ajudá-los?"</w:t>
      </w:r>
    </w:p>
    <w:p w14:paraId="66D68A89" w14:textId="77777777" w:rsidR="002355BD" w:rsidRPr="001179E8" w:rsidRDefault="00000000">
      <w:pPr>
        <w:rPr>
          <w:lang w:val="pt-BR"/>
        </w:rPr>
      </w:pPr>
      <w:r w:rsidRPr="001179E8">
        <w:rPr>
          <w:lang w:val="pt-BR"/>
        </w:rPr>
        <w:lastRenderedPageBreak/>
        <w:br/>
      </w:r>
    </w:p>
    <w:p w14:paraId="4F8D919F" w14:textId="77777777" w:rsidR="002355BD" w:rsidRPr="001179E8" w:rsidRDefault="00000000">
      <w:pPr>
        <w:rPr>
          <w:lang w:val="pt-BR"/>
        </w:rPr>
      </w:pPr>
      <w:r w:rsidRPr="001179E8">
        <w:rPr>
          <w:lang w:val="pt-BR"/>
        </w:rPr>
        <w:t>Eles se viraram para encontrar uma mulher idosa sorrindo gentilmente para eles. Ela usava roupas simples mas elegantes, e seus olhos – de um verde profundo e penetrante – pareciam conter uma sabedoria que ia além de seus anos já consideráveis.</w:t>
      </w:r>
    </w:p>
    <w:p w14:paraId="0518512A" w14:textId="77777777" w:rsidR="002355BD" w:rsidRPr="001179E8" w:rsidRDefault="00000000">
      <w:pPr>
        <w:rPr>
          <w:lang w:val="pt-BR"/>
        </w:rPr>
      </w:pPr>
      <w:r w:rsidRPr="001179E8">
        <w:rPr>
          <w:lang w:val="pt-BR"/>
        </w:rPr>
        <w:br/>
      </w:r>
    </w:p>
    <w:p w14:paraId="10EE67EA" w14:textId="77777777" w:rsidR="002355BD" w:rsidRPr="001179E8" w:rsidRDefault="00000000">
      <w:pPr>
        <w:rPr>
          <w:lang w:val="pt-BR"/>
        </w:rPr>
      </w:pPr>
      <w:r w:rsidRPr="001179E8">
        <w:rPr>
          <w:lang w:val="pt-BR"/>
        </w:rPr>
        <w:t>"Ah, sim," respondeu Luke, pensando rapidamente. "Somos... pesquisadores. Interessados em artefatos históricos, especialmente aqueles com... propriedades especiais."</w:t>
      </w:r>
    </w:p>
    <w:p w14:paraId="25154391" w14:textId="77777777" w:rsidR="002355BD" w:rsidRPr="001179E8" w:rsidRDefault="00000000">
      <w:pPr>
        <w:rPr>
          <w:lang w:val="pt-BR"/>
        </w:rPr>
      </w:pPr>
      <w:r w:rsidRPr="001179E8">
        <w:rPr>
          <w:lang w:val="pt-BR"/>
        </w:rPr>
        <w:br/>
      </w:r>
    </w:p>
    <w:p w14:paraId="3BCDD70F" w14:textId="77777777" w:rsidR="002355BD" w:rsidRPr="001179E8" w:rsidRDefault="00000000">
      <w:pPr>
        <w:rPr>
          <w:lang w:val="pt-BR"/>
        </w:rPr>
      </w:pPr>
      <w:r w:rsidRPr="001179E8">
        <w:rPr>
          <w:lang w:val="pt-BR"/>
        </w:rPr>
        <w:t>A mulher inclinou levemente a cabeça, seu sorriso nunca vacilando. "Que tipo específico de artefatos os interessam?"</w:t>
      </w:r>
    </w:p>
    <w:p w14:paraId="62C03BEE" w14:textId="77777777" w:rsidR="002355BD" w:rsidRPr="001179E8" w:rsidRDefault="00000000">
      <w:pPr>
        <w:rPr>
          <w:lang w:val="pt-BR"/>
        </w:rPr>
      </w:pPr>
      <w:r w:rsidRPr="001179E8">
        <w:rPr>
          <w:lang w:val="pt-BR"/>
        </w:rPr>
        <w:br/>
      </w:r>
    </w:p>
    <w:p w14:paraId="03C7FF5E" w14:textId="77777777" w:rsidR="002355BD" w:rsidRPr="001179E8" w:rsidRDefault="00000000">
      <w:pPr>
        <w:rPr>
          <w:lang w:val="pt-BR"/>
        </w:rPr>
      </w:pPr>
      <w:r w:rsidRPr="001179E8">
        <w:rPr>
          <w:lang w:val="pt-BR"/>
        </w:rPr>
        <w:t>Luke e Elaine trocaram olhares rápidos. "Algo chamado a Chave dos Reinos," arriscou Elaine. "Já ouviu falar?"</w:t>
      </w:r>
    </w:p>
    <w:p w14:paraId="2A9C6DD3" w14:textId="77777777" w:rsidR="002355BD" w:rsidRPr="001179E8" w:rsidRDefault="00000000">
      <w:pPr>
        <w:rPr>
          <w:lang w:val="pt-BR"/>
        </w:rPr>
      </w:pPr>
      <w:r w:rsidRPr="001179E8">
        <w:rPr>
          <w:lang w:val="pt-BR"/>
        </w:rPr>
        <w:br/>
      </w:r>
    </w:p>
    <w:p w14:paraId="4E2E05BA" w14:textId="77777777" w:rsidR="002355BD" w:rsidRPr="001179E8" w:rsidRDefault="00000000">
      <w:pPr>
        <w:rPr>
          <w:lang w:val="pt-BR"/>
        </w:rPr>
      </w:pPr>
      <w:r w:rsidRPr="001179E8">
        <w:rPr>
          <w:lang w:val="pt-BR"/>
        </w:rPr>
        <w:t>Por um momento, algo passou pelo rosto da mulher – surpresa, talvez, ou reconhecimento. Mas foi tão rápido que Luke quase pensou ter imaginado.</w:t>
      </w:r>
    </w:p>
    <w:p w14:paraId="569E94C0" w14:textId="77777777" w:rsidR="002355BD" w:rsidRPr="001179E8" w:rsidRDefault="00000000">
      <w:pPr>
        <w:rPr>
          <w:lang w:val="pt-BR"/>
        </w:rPr>
      </w:pPr>
      <w:r w:rsidRPr="001179E8">
        <w:rPr>
          <w:lang w:val="pt-BR"/>
        </w:rPr>
        <w:br/>
      </w:r>
    </w:p>
    <w:p w14:paraId="1CBD5DF9" w14:textId="77777777" w:rsidR="002355BD" w:rsidRPr="001179E8" w:rsidRDefault="00000000">
      <w:pPr>
        <w:rPr>
          <w:lang w:val="pt-BR"/>
        </w:rPr>
      </w:pPr>
      <w:r w:rsidRPr="001179E8">
        <w:rPr>
          <w:lang w:val="pt-BR"/>
        </w:rPr>
        <w:t>"A Chave dos Reinos," repetiu ela pensativamente. "Um nome interessante. Por que não me acompanham até meu escritório? Talvez eu possa ajudá-los em sua... pesquisa."</w:t>
      </w:r>
    </w:p>
    <w:p w14:paraId="27CAD33B" w14:textId="77777777" w:rsidR="002355BD" w:rsidRPr="001179E8" w:rsidRDefault="00000000">
      <w:pPr>
        <w:rPr>
          <w:lang w:val="pt-BR"/>
        </w:rPr>
      </w:pPr>
      <w:r w:rsidRPr="001179E8">
        <w:rPr>
          <w:lang w:val="pt-BR"/>
        </w:rPr>
        <w:br/>
      </w:r>
    </w:p>
    <w:p w14:paraId="2B1633A2" w14:textId="77777777" w:rsidR="002355BD" w:rsidRPr="001179E8" w:rsidRDefault="00000000">
      <w:pPr>
        <w:rPr>
          <w:lang w:val="pt-BR"/>
        </w:rPr>
      </w:pPr>
      <w:r w:rsidRPr="001179E8">
        <w:rPr>
          <w:lang w:val="pt-BR"/>
        </w:rPr>
        <w:t>Ela se virou e começou a caminhar em direção ao fundo da biblioteca. Luke e Elaine hesitaram brevemente, então a seguiram, trocando olhares cautelosos.</w:t>
      </w:r>
    </w:p>
    <w:p w14:paraId="0DC7A658" w14:textId="77777777" w:rsidR="002355BD" w:rsidRPr="001179E8" w:rsidRDefault="00000000">
      <w:pPr>
        <w:rPr>
          <w:lang w:val="pt-BR"/>
        </w:rPr>
      </w:pPr>
      <w:r w:rsidRPr="001179E8">
        <w:rPr>
          <w:lang w:val="pt-BR"/>
        </w:rPr>
        <w:br/>
      </w:r>
    </w:p>
    <w:p w14:paraId="3F45454D" w14:textId="77777777" w:rsidR="002355BD" w:rsidRPr="001179E8" w:rsidRDefault="00000000">
      <w:pPr>
        <w:rPr>
          <w:lang w:val="pt-BR"/>
        </w:rPr>
      </w:pPr>
      <w:r w:rsidRPr="001179E8">
        <w:rPr>
          <w:lang w:val="pt-BR"/>
        </w:rPr>
        <w:t>"Você acha que ela sabe algo?" sussurrou Elaine.</w:t>
      </w:r>
    </w:p>
    <w:p w14:paraId="5F8071D0" w14:textId="77777777" w:rsidR="002355BD" w:rsidRPr="001179E8" w:rsidRDefault="00000000">
      <w:pPr>
        <w:rPr>
          <w:lang w:val="pt-BR"/>
        </w:rPr>
      </w:pPr>
      <w:r w:rsidRPr="001179E8">
        <w:rPr>
          <w:lang w:val="pt-BR"/>
        </w:rPr>
        <w:lastRenderedPageBreak/>
        <w:br/>
      </w:r>
    </w:p>
    <w:p w14:paraId="5D9B2668" w14:textId="77777777" w:rsidR="002355BD" w:rsidRPr="001179E8" w:rsidRDefault="00000000">
      <w:pPr>
        <w:rPr>
          <w:lang w:val="pt-BR"/>
        </w:rPr>
      </w:pPr>
      <w:r w:rsidRPr="001179E8">
        <w:rPr>
          <w:lang w:val="pt-BR"/>
        </w:rPr>
        <w:t>"Talvez," respondeu Luke igualmente baixo. "Ou talvez estejamos prestes a ser entregues à segurança por sermos obviamente deslocados no tempo."</w:t>
      </w:r>
    </w:p>
    <w:p w14:paraId="241D4890" w14:textId="77777777" w:rsidR="002355BD" w:rsidRPr="001179E8" w:rsidRDefault="00000000">
      <w:pPr>
        <w:rPr>
          <w:lang w:val="pt-BR"/>
        </w:rPr>
      </w:pPr>
      <w:r w:rsidRPr="001179E8">
        <w:rPr>
          <w:lang w:val="pt-BR"/>
        </w:rPr>
        <w:br/>
      </w:r>
    </w:p>
    <w:p w14:paraId="12757B8E" w14:textId="77777777" w:rsidR="002355BD" w:rsidRPr="001179E8" w:rsidRDefault="00000000">
      <w:pPr>
        <w:rPr>
          <w:lang w:val="pt-BR"/>
        </w:rPr>
      </w:pPr>
      <w:r w:rsidRPr="001179E8">
        <w:rPr>
          <w:lang w:val="pt-BR"/>
        </w:rPr>
        <w:t>O escritório da mulher era pequeno mas aconchegante, com estantes de livros físicos – uma raridade aparente neste futuro – e uma janela que dava para um jardim interno. Ela indicou que se sentassem em duas cadeiras confortáveis diante de sua mesa, enquanto ela própria tomava lugar do outro lado.</w:t>
      </w:r>
    </w:p>
    <w:p w14:paraId="4011B5C0" w14:textId="77777777" w:rsidR="002355BD" w:rsidRPr="001179E8" w:rsidRDefault="00000000">
      <w:pPr>
        <w:rPr>
          <w:lang w:val="pt-BR"/>
        </w:rPr>
      </w:pPr>
      <w:r w:rsidRPr="001179E8">
        <w:rPr>
          <w:lang w:val="pt-BR"/>
        </w:rPr>
        <w:br/>
      </w:r>
    </w:p>
    <w:p w14:paraId="02766550" w14:textId="77777777" w:rsidR="002355BD" w:rsidRPr="001179E8" w:rsidRDefault="00000000">
      <w:pPr>
        <w:rPr>
          <w:lang w:val="pt-BR"/>
        </w:rPr>
      </w:pPr>
      <w:r w:rsidRPr="001179E8">
        <w:rPr>
          <w:lang w:val="pt-BR"/>
        </w:rPr>
        <w:t>"Meu nome é Dra. Sophia Vance," apresentou-se ela.</w:t>
      </w:r>
    </w:p>
    <w:p w14:paraId="13196A62" w14:textId="77777777" w:rsidR="002355BD" w:rsidRPr="001179E8" w:rsidRDefault="00000000">
      <w:pPr>
        <w:rPr>
          <w:lang w:val="pt-BR"/>
        </w:rPr>
      </w:pPr>
      <w:r w:rsidRPr="001179E8">
        <w:rPr>
          <w:lang w:val="pt-BR"/>
        </w:rPr>
        <w:br/>
      </w:r>
    </w:p>
    <w:p w14:paraId="5112ED8C" w14:textId="77777777" w:rsidR="002355BD" w:rsidRPr="001179E8" w:rsidRDefault="00000000">
      <w:pPr>
        <w:rPr>
          <w:lang w:val="pt-BR"/>
        </w:rPr>
      </w:pPr>
      <w:r w:rsidRPr="001179E8">
        <w:rPr>
          <w:lang w:val="pt-BR"/>
        </w:rPr>
        <w:t>Luke quase engasgou. "Vance? Como em..."</w:t>
      </w:r>
    </w:p>
    <w:p w14:paraId="5E2FEA53" w14:textId="77777777" w:rsidR="002355BD" w:rsidRPr="001179E8" w:rsidRDefault="00000000">
      <w:pPr>
        <w:rPr>
          <w:lang w:val="pt-BR"/>
        </w:rPr>
      </w:pPr>
      <w:r w:rsidRPr="001179E8">
        <w:rPr>
          <w:lang w:val="pt-BR"/>
        </w:rPr>
        <w:br/>
      </w:r>
    </w:p>
    <w:p w14:paraId="6F3D6384" w14:textId="77777777" w:rsidR="002355BD" w:rsidRPr="001179E8" w:rsidRDefault="00000000">
      <w:pPr>
        <w:rPr>
          <w:lang w:val="pt-BR"/>
        </w:rPr>
      </w:pPr>
      <w:r w:rsidRPr="001179E8">
        <w:rPr>
          <w:lang w:val="pt-BR"/>
        </w:rPr>
        <w:t>"Sim," confirmou ela com um sorriso conhecedor. "Sou descendente da família Vance. Você parece surpreso."</w:t>
      </w:r>
    </w:p>
    <w:p w14:paraId="211FB857" w14:textId="77777777" w:rsidR="002355BD" w:rsidRPr="001179E8" w:rsidRDefault="00000000">
      <w:pPr>
        <w:rPr>
          <w:lang w:val="pt-BR"/>
        </w:rPr>
      </w:pPr>
      <w:r w:rsidRPr="001179E8">
        <w:rPr>
          <w:lang w:val="pt-BR"/>
        </w:rPr>
        <w:br/>
      </w:r>
    </w:p>
    <w:p w14:paraId="58EF9EF8" w14:textId="77777777" w:rsidR="002355BD" w:rsidRPr="001179E8" w:rsidRDefault="00000000">
      <w:pPr>
        <w:rPr>
          <w:lang w:val="pt-BR"/>
        </w:rPr>
      </w:pPr>
      <w:r w:rsidRPr="001179E8">
        <w:rPr>
          <w:lang w:val="pt-BR"/>
        </w:rPr>
        <w:t>"Apenas... coincidência interessante," respondeu Luke, tentando se recompor.</w:t>
      </w:r>
    </w:p>
    <w:p w14:paraId="7BB2873A" w14:textId="77777777" w:rsidR="002355BD" w:rsidRPr="001179E8" w:rsidRDefault="00000000">
      <w:pPr>
        <w:rPr>
          <w:lang w:val="pt-BR"/>
        </w:rPr>
      </w:pPr>
      <w:r w:rsidRPr="001179E8">
        <w:rPr>
          <w:lang w:val="pt-BR"/>
        </w:rPr>
        <w:br/>
      </w:r>
    </w:p>
    <w:p w14:paraId="0AFAB4EF" w14:textId="77777777" w:rsidR="002355BD" w:rsidRPr="001179E8" w:rsidRDefault="00000000">
      <w:pPr>
        <w:rPr>
          <w:lang w:val="pt-BR"/>
        </w:rPr>
      </w:pPr>
      <w:r w:rsidRPr="001179E8">
        <w:rPr>
          <w:lang w:val="pt-BR"/>
        </w:rPr>
        <w:t>A Dra. Vance os estudou por um longo momento, seus olhos verdes penetrantes parecendo ver através de suas fachadas. Então, para completo choque de ambos, ela disse:</w:t>
      </w:r>
    </w:p>
    <w:p w14:paraId="4EFBE7DA" w14:textId="77777777" w:rsidR="002355BD" w:rsidRPr="001179E8" w:rsidRDefault="00000000">
      <w:pPr>
        <w:rPr>
          <w:lang w:val="pt-BR"/>
        </w:rPr>
      </w:pPr>
      <w:r w:rsidRPr="001179E8">
        <w:rPr>
          <w:lang w:val="pt-BR"/>
        </w:rPr>
        <w:br/>
      </w:r>
    </w:p>
    <w:p w14:paraId="30FA646C" w14:textId="77777777" w:rsidR="002355BD" w:rsidRPr="001179E8" w:rsidRDefault="00000000">
      <w:pPr>
        <w:rPr>
          <w:lang w:val="pt-BR"/>
        </w:rPr>
      </w:pPr>
      <w:r w:rsidRPr="001179E8">
        <w:rPr>
          <w:lang w:val="pt-BR"/>
        </w:rPr>
        <w:t>"Vocês não são deste tempo, são?"</w:t>
      </w:r>
    </w:p>
    <w:p w14:paraId="10EB4EFD" w14:textId="77777777" w:rsidR="002355BD" w:rsidRPr="001179E8" w:rsidRDefault="00000000">
      <w:pPr>
        <w:rPr>
          <w:lang w:val="pt-BR"/>
        </w:rPr>
      </w:pPr>
      <w:r w:rsidRPr="001179E8">
        <w:rPr>
          <w:lang w:val="pt-BR"/>
        </w:rPr>
        <w:br/>
      </w:r>
    </w:p>
    <w:p w14:paraId="2E420BE4" w14:textId="77777777" w:rsidR="002355BD" w:rsidRPr="001179E8" w:rsidRDefault="00000000">
      <w:pPr>
        <w:rPr>
          <w:lang w:val="pt-BR"/>
        </w:rPr>
      </w:pPr>
      <w:r w:rsidRPr="001179E8">
        <w:rPr>
          <w:lang w:val="pt-BR"/>
        </w:rPr>
        <w:lastRenderedPageBreak/>
        <w:t>Luke e Elaine congelaram, pegos completamente desprevenidos.</w:t>
      </w:r>
    </w:p>
    <w:p w14:paraId="36CEE459" w14:textId="77777777" w:rsidR="002355BD" w:rsidRPr="001179E8" w:rsidRDefault="00000000">
      <w:pPr>
        <w:rPr>
          <w:lang w:val="pt-BR"/>
        </w:rPr>
      </w:pPr>
      <w:r w:rsidRPr="001179E8">
        <w:rPr>
          <w:lang w:val="pt-BR"/>
        </w:rPr>
        <w:br/>
      </w:r>
    </w:p>
    <w:p w14:paraId="3A1AFEDA" w14:textId="77777777" w:rsidR="002355BD" w:rsidRPr="001179E8" w:rsidRDefault="00000000">
      <w:pPr>
        <w:rPr>
          <w:lang w:val="pt-BR"/>
        </w:rPr>
      </w:pPr>
      <w:r w:rsidRPr="001179E8">
        <w:rPr>
          <w:lang w:val="pt-BR"/>
        </w:rPr>
        <w:t>"Como...?" começou Elaine.</w:t>
      </w:r>
    </w:p>
    <w:p w14:paraId="38AFC6D7" w14:textId="77777777" w:rsidR="002355BD" w:rsidRPr="001179E8" w:rsidRDefault="00000000">
      <w:pPr>
        <w:rPr>
          <w:lang w:val="pt-BR"/>
        </w:rPr>
      </w:pPr>
      <w:r w:rsidRPr="001179E8">
        <w:rPr>
          <w:lang w:val="pt-BR"/>
        </w:rPr>
        <w:br/>
      </w:r>
    </w:p>
    <w:p w14:paraId="4A6BF12F" w14:textId="77777777" w:rsidR="002355BD" w:rsidRPr="001179E8" w:rsidRDefault="00000000">
      <w:pPr>
        <w:rPr>
          <w:lang w:val="pt-BR"/>
        </w:rPr>
      </w:pPr>
      <w:r w:rsidRPr="001179E8">
        <w:rPr>
          <w:lang w:val="pt-BR"/>
        </w:rPr>
        <w:t>"Trabalho com história há cinquenta anos," explicou a Dra. Vance calmamente. "Especializada em eventos paranormais e metahumanos do século XXI. E embora suas roupas sejam uma imitação convincente da moda atual, seus maneirismos, sua linguagem corporal, e a maneira como observam tudo com tanto... espanto contido... são reveladores."</w:t>
      </w:r>
    </w:p>
    <w:p w14:paraId="2A107211" w14:textId="77777777" w:rsidR="002355BD" w:rsidRPr="001179E8" w:rsidRDefault="00000000">
      <w:pPr>
        <w:rPr>
          <w:lang w:val="pt-BR"/>
        </w:rPr>
      </w:pPr>
      <w:r w:rsidRPr="001179E8">
        <w:rPr>
          <w:lang w:val="pt-BR"/>
        </w:rPr>
        <w:br/>
      </w:r>
    </w:p>
    <w:p w14:paraId="53F4AF6C" w14:textId="77777777" w:rsidR="002355BD" w:rsidRPr="001179E8" w:rsidRDefault="00000000">
      <w:pPr>
        <w:rPr>
          <w:lang w:val="pt-BR"/>
        </w:rPr>
      </w:pPr>
      <w:r w:rsidRPr="001179E8">
        <w:rPr>
          <w:lang w:val="pt-BR"/>
        </w:rPr>
        <w:t>Luke decidiu arriscar. "E se fôssemos viajantes do tempo?"</w:t>
      </w:r>
    </w:p>
    <w:p w14:paraId="6CFA9361" w14:textId="77777777" w:rsidR="002355BD" w:rsidRPr="001179E8" w:rsidRDefault="00000000">
      <w:pPr>
        <w:rPr>
          <w:lang w:val="pt-BR"/>
        </w:rPr>
      </w:pPr>
      <w:r w:rsidRPr="001179E8">
        <w:rPr>
          <w:lang w:val="pt-BR"/>
        </w:rPr>
        <w:br/>
      </w:r>
    </w:p>
    <w:p w14:paraId="63F4E593" w14:textId="77777777" w:rsidR="002355BD" w:rsidRPr="001179E8" w:rsidRDefault="00000000">
      <w:pPr>
        <w:rPr>
          <w:lang w:val="pt-BR"/>
        </w:rPr>
      </w:pPr>
      <w:r w:rsidRPr="001179E8">
        <w:rPr>
          <w:lang w:val="pt-BR"/>
        </w:rPr>
        <w:t>"Então eu diria que vocês estão procurando algo muito importante para terem arriscado tal jornada," respondeu ela. Então, inclinando-se para frente, acrescentou: "A Chave dos Reinos não é um mito comum, mesmo nos círculos de estudiosos do oculto. É mencionada apenas em alguns textos muito antigos... e em alguns registros familiares privados."</w:t>
      </w:r>
    </w:p>
    <w:p w14:paraId="451823A0" w14:textId="77777777" w:rsidR="002355BD" w:rsidRPr="001179E8" w:rsidRDefault="00000000">
      <w:pPr>
        <w:rPr>
          <w:lang w:val="pt-BR"/>
        </w:rPr>
      </w:pPr>
      <w:r w:rsidRPr="001179E8">
        <w:rPr>
          <w:lang w:val="pt-BR"/>
        </w:rPr>
        <w:br/>
      </w:r>
    </w:p>
    <w:p w14:paraId="4A1B8831" w14:textId="77777777" w:rsidR="002355BD" w:rsidRPr="001179E8" w:rsidRDefault="00000000">
      <w:pPr>
        <w:rPr>
          <w:lang w:val="pt-BR"/>
        </w:rPr>
      </w:pPr>
      <w:r w:rsidRPr="001179E8">
        <w:rPr>
          <w:lang w:val="pt-BR"/>
        </w:rPr>
        <w:t>"Registros familiares?" perguntou Elaine, intrigada.</w:t>
      </w:r>
    </w:p>
    <w:p w14:paraId="1D449C31" w14:textId="77777777" w:rsidR="002355BD" w:rsidRPr="001179E8" w:rsidRDefault="00000000">
      <w:pPr>
        <w:rPr>
          <w:lang w:val="pt-BR"/>
        </w:rPr>
      </w:pPr>
      <w:r w:rsidRPr="001179E8">
        <w:rPr>
          <w:lang w:val="pt-BR"/>
        </w:rPr>
        <w:br/>
      </w:r>
    </w:p>
    <w:p w14:paraId="6C28B5DA" w14:textId="77777777" w:rsidR="002355BD" w:rsidRPr="001179E8" w:rsidRDefault="00000000">
      <w:pPr>
        <w:rPr>
          <w:lang w:val="pt-BR"/>
        </w:rPr>
      </w:pPr>
      <w:r w:rsidRPr="001179E8">
        <w:rPr>
          <w:lang w:val="pt-BR"/>
        </w:rPr>
        <w:t>A Dra. Vance assentiu lentamente. "Os registros da família Vance contêm referências a ela. Assim como os registros das famílias Carmody e Nocturne."</w:t>
      </w:r>
    </w:p>
    <w:p w14:paraId="70D552EB" w14:textId="77777777" w:rsidR="002355BD" w:rsidRPr="001179E8" w:rsidRDefault="00000000">
      <w:pPr>
        <w:rPr>
          <w:lang w:val="pt-BR"/>
        </w:rPr>
      </w:pPr>
      <w:r w:rsidRPr="001179E8">
        <w:rPr>
          <w:lang w:val="pt-BR"/>
        </w:rPr>
        <w:br/>
      </w:r>
    </w:p>
    <w:p w14:paraId="42DB02C6" w14:textId="77777777" w:rsidR="002355BD" w:rsidRPr="001179E8" w:rsidRDefault="00000000">
      <w:pPr>
        <w:rPr>
          <w:lang w:val="pt-BR"/>
        </w:rPr>
      </w:pPr>
      <w:r w:rsidRPr="001179E8">
        <w:rPr>
          <w:lang w:val="pt-BR"/>
        </w:rPr>
        <w:t>Luke e Elaine trocaram olhares alarmados.</w:t>
      </w:r>
    </w:p>
    <w:p w14:paraId="67063414" w14:textId="77777777" w:rsidR="002355BD" w:rsidRPr="001179E8" w:rsidRDefault="00000000">
      <w:pPr>
        <w:rPr>
          <w:lang w:val="pt-BR"/>
        </w:rPr>
      </w:pPr>
      <w:r w:rsidRPr="001179E8">
        <w:rPr>
          <w:lang w:val="pt-BR"/>
        </w:rPr>
        <w:br/>
      </w:r>
    </w:p>
    <w:p w14:paraId="7408CE69" w14:textId="77777777" w:rsidR="002355BD" w:rsidRPr="001179E8" w:rsidRDefault="00000000">
      <w:pPr>
        <w:rPr>
          <w:lang w:val="pt-BR"/>
        </w:rPr>
      </w:pPr>
      <w:r w:rsidRPr="001179E8">
        <w:rPr>
          <w:lang w:val="pt-BR"/>
        </w:rPr>
        <w:t>"Como você sabe nossos sobrenomes?" perguntou Luke, tenso. "Não nos apresentamos."</w:t>
      </w:r>
    </w:p>
    <w:p w14:paraId="10E3889C" w14:textId="77777777" w:rsidR="002355BD" w:rsidRPr="001179E8" w:rsidRDefault="00000000">
      <w:pPr>
        <w:rPr>
          <w:lang w:val="pt-BR"/>
        </w:rPr>
      </w:pPr>
      <w:r w:rsidRPr="001179E8">
        <w:rPr>
          <w:lang w:val="pt-BR"/>
        </w:rPr>
        <w:lastRenderedPageBreak/>
        <w:br/>
      </w:r>
    </w:p>
    <w:p w14:paraId="03FC82E5" w14:textId="77777777" w:rsidR="002355BD" w:rsidRPr="001179E8" w:rsidRDefault="00000000">
      <w:pPr>
        <w:rPr>
          <w:lang w:val="pt-BR"/>
        </w:rPr>
      </w:pPr>
      <w:r w:rsidRPr="001179E8">
        <w:rPr>
          <w:lang w:val="pt-BR"/>
        </w:rPr>
        <w:t>A Dra. Vance sorriu novamente, mas desta vez havia algo triste em seu sorriso. "Porque vocês estão nos registros históricos. Luke Carmody e Elaine Nocturne. Os viajantes do tempo que desapareceram durante a Crise de Abyzoth em 2025, nunca mais vistos... até agora."</w:t>
      </w:r>
    </w:p>
    <w:p w14:paraId="093643D7" w14:textId="77777777" w:rsidR="002355BD" w:rsidRPr="001179E8" w:rsidRDefault="00000000">
      <w:pPr>
        <w:rPr>
          <w:lang w:val="pt-BR"/>
        </w:rPr>
      </w:pPr>
      <w:r w:rsidRPr="001179E8">
        <w:rPr>
          <w:lang w:val="pt-BR"/>
        </w:rPr>
        <w:br/>
      </w:r>
    </w:p>
    <w:p w14:paraId="01D54EE0" w14:textId="77777777" w:rsidR="002355BD" w:rsidRPr="001179E8" w:rsidRDefault="00000000">
      <w:pPr>
        <w:rPr>
          <w:lang w:val="pt-BR"/>
        </w:rPr>
      </w:pPr>
      <w:r w:rsidRPr="001179E8">
        <w:rPr>
          <w:lang w:val="pt-BR"/>
        </w:rPr>
        <w:t>O silêncio que se seguiu era quase palpável. Luke sentiu um arrepio percorrer sua espinha. Eles estavam nos registros históricos como desaparecidos... o que significava que, na linha do tempo original, eles nunca haviam retornado de sua missão.</w:t>
      </w:r>
    </w:p>
    <w:p w14:paraId="6F3F8A97" w14:textId="77777777" w:rsidR="002355BD" w:rsidRPr="001179E8" w:rsidRDefault="00000000">
      <w:pPr>
        <w:rPr>
          <w:lang w:val="pt-BR"/>
        </w:rPr>
      </w:pPr>
      <w:r w:rsidRPr="001179E8">
        <w:rPr>
          <w:lang w:val="pt-BR"/>
        </w:rPr>
        <w:br/>
      </w:r>
    </w:p>
    <w:p w14:paraId="73B4AAEE" w14:textId="77777777" w:rsidR="002355BD" w:rsidRPr="001179E8" w:rsidRDefault="00000000">
      <w:pPr>
        <w:rPr>
          <w:lang w:val="pt-BR"/>
        </w:rPr>
      </w:pPr>
      <w:r w:rsidRPr="001179E8">
        <w:rPr>
          <w:lang w:val="pt-BR"/>
        </w:rPr>
        <w:t>"Isso não faz sentido," disse ele finalmente. "Se nunca voltamos, como sabem que viajamos no tempo? Como sabem nossos nomes?"</w:t>
      </w:r>
    </w:p>
    <w:p w14:paraId="750E68C4" w14:textId="77777777" w:rsidR="002355BD" w:rsidRPr="001179E8" w:rsidRDefault="00000000">
      <w:pPr>
        <w:rPr>
          <w:lang w:val="pt-BR"/>
        </w:rPr>
      </w:pPr>
      <w:r w:rsidRPr="001179E8">
        <w:rPr>
          <w:lang w:val="pt-BR"/>
        </w:rPr>
        <w:br/>
      </w:r>
    </w:p>
    <w:p w14:paraId="44D60E3B" w14:textId="77777777" w:rsidR="002355BD" w:rsidRPr="001179E8" w:rsidRDefault="00000000">
      <w:pPr>
        <w:rPr>
          <w:lang w:val="pt-BR"/>
        </w:rPr>
      </w:pPr>
      <w:r w:rsidRPr="001179E8">
        <w:rPr>
          <w:lang w:val="pt-BR"/>
        </w:rPr>
        <w:t>"Porque vocês contaram a alguém antes de partirem," respondeu a Dra. Vance simplesmente. "E essa pessoa registrou tudo."</w:t>
      </w:r>
    </w:p>
    <w:p w14:paraId="62ECBDFB" w14:textId="77777777" w:rsidR="002355BD" w:rsidRPr="001179E8" w:rsidRDefault="00000000">
      <w:pPr>
        <w:rPr>
          <w:lang w:val="pt-BR"/>
        </w:rPr>
      </w:pPr>
      <w:r w:rsidRPr="001179E8">
        <w:rPr>
          <w:lang w:val="pt-BR"/>
        </w:rPr>
        <w:br/>
      </w:r>
    </w:p>
    <w:p w14:paraId="2F412A24" w14:textId="77777777" w:rsidR="002355BD" w:rsidRPr="001179E8" w:rsidRDefault="00000000">
      <w:pPr>
        <w:rPr>
          <w:lang w:val="pt-BR"/>
        </w:rPr>
      </w:pPr>
      <w:r w:rsidRPr="001179E8">
        <w:rPr>
          <w:lang w:val="pt-BR"/>
        </w:rPr>
        <w:t>"Eco," murmurou Elaine, compreendendo. "Ele deve ter sobrevivido e contado nossa história."</w:t>
      </w:r>
    </w:p>
    <w:p w14:paraId="71FA6664" w14:textId="77777777" w:rsidR="002355BD" w:rsidRPr="001179E8" w:rsidRDefault="00000000">
      <w:pPr>
        <w:rPr>
          <w:lang w:val="pt-BR"/>
        </w:rPr>
      </w:pPr>
      <w:r w:rsidRPr="001179E8">
        <w:rPr>
          <w:lang w:val="pt-BR"/>
        </w:rPr>
        <w:br/>
      </w:r>
    </w:p>
    <w:p w14:paraId="2E36F6D3" w14:textId="77777777" w:rsidR="002355BD" w:rsidRPr="001179E8" w:rsidRDefault="00000000">
      <w:pPr>
        <w:rPr>
          <w:lang w:val="pt-BR"/>
        </w:rPr>
      </w:pPr>
      <w:r w:rsidRPr="001179E8">
        <w:rPr>
          <w:lang w:val="pt-BR"/>
        </w:rPr>
        <w:t>A Dra. Vance inclinou a cabeça em um gesto que poderia ser interpretado como confirmação. "Os detalhes exatos se perderam com o tempo, mas o essencial permaneceu. Dois heróis, enviados através do tempo para encontrar um artefato que poderia salvar todos os reinos."</w:t>
      </w:r>
    </w:p>
    <w:p w14:paraId="0DA7D718" w14:textId="77777777" w:rsidR="002355BD" w:rsidRPr="001179E8" w:rsidRDefault="00000000">
      <w:pPr>
        <w:rPr>
          <w:lang w:val="pt-BR"/>
        </w:rPr>
      </w:pPr>
      <w:r w:rsidRPr="001179E8">
        <w:rPr>
          <w:lang w:val="pt-BR"/>
        </w:rPr>
        <w:br/>
      </w:r>
    </w:p>
    <w:p w14:paraId="7AF37068" w14:textId="77777777" w:rsidR="002355BD" w:rsidRPr="001179E8" w:rsidRDefault="00000000">
      <w:pPr>
        <w:rPr>
          <w:lang w:val="pt-BR"/>
        </w:rPr>
      </w:pPr>
      <w:r w:rsidRPr="001179E8">
        <w:rPr>
          <w:lang w:val="pt-BR"/>
        </w:rPr>
        <w:t>"E a Chave?" perguntou Luke, voltando ao foco de sua missão. "Você sabe onde podemos encontrá-la?"</w:t>
      </w:r>
    </w:p>
    <w:p w14:paraId="682C4AED" w14:textId="77777777" w:rsidR="002355BD" w:rsidRPr="001179E8" w:rsidRDefault="00000000">
      <w:pPr>
        <w:rPr>
          <w:lang w:val="pt-BR"/>
        </w:rPr>
      </w:pPr>
      <w:r w:rsidRPr="001179E8">
        <w:rPr>
          <w:lang w:val="pt-BR"/>
        </w:rPr>
        <w:lastRenderedPageBreak/>
        <w:br/>
      </w:r>
    </w:p>
    <w:p w14:paraId="06435DC3" w14:textId="77777777" w:rsidR="002355BD" w:rsidRPr="001179E8" w:rsidRDefault="00000000">
      <w:pPr>
        <w:rPr>
          <w:lang w:val="pt-BR"/>
        </w:rPr>
      </w:pPr>
      <w:r w:rsidRPr="001179E8">
        <w:rPr>
          <w:lang w:val="pt-BR"/>
        </w:rPr>
        <w:t>"Não exatamente," admitiu a Dra. Vance. "Mas sei quem pode saber." Ela se levantou, movendo-se para uma das estantes. "Há uma comunidade isolada nas montanhas ao norte. Guardiões, eles se chamam. Preservam conhecimentos antigos, incluindo muitos relacionados às barreiras entre dimensões."</w:t>
      </w:r>
    </w:p>
    <w:p w14:paraId="6170B863" w14:textId="77777777" w:rsidR="002355BD" w:rsidRPr="001179E8" w:rsidRDefault="00000000">
      <w:pPr>
        <w:rPr>
          <w:lang w:val="pt-BR"/>
        </w:rPr>
      </w:pPr>
      <w:r w:rsidRPr="001179E8">
        <w:rPr>
          <w:lang w:val="pt-BR"/>
        </w:rPr>
        <w:br/>
      </w:r>
    </w:p>
    <w:p w14:paraId="3C5E90CC" w14:textId="77777777" w:rsidR="002355BD" w:rsidRPr="001179E8" w:rsidRDefault="00000000">
      <w:pPr>
        <w:rPr>
          <w:lang w:val="pt-BR"/>
        </w:rPr>
      </w:pPr>
      <w:r w:rsidRPr="001179E8">
        <w:rPr>
          <w:lang w:val="pt-BR"/>
        </w:rPr>
        <w:t>Ela retirou um livro velho da estante e o abriu, revelando um mapa detalhado. "Aqui," apontou para uma região montanhosa. "O Vale dos Ecos. É onde os Guardiões vivem. Se alguém neste tempo sabe sobre a Chave dos Reinos, são eles."</w:t>
      </w:r>
    </w:p>
    <w:p w14:paraId="12E5ABFE" w14:textId="77777777" w:rsidR="002355BD" w:rsidRPr="001179E8" w:rsidRDefault="00000000">
      <w:pPr>
        <w:rPr>
          <w:lang w:val="pt-BR"/>
        </w:rPr>
      </w:pPr>
      <w:r w:rsidRPr="001179E8">
        <w:rPr>
          <w:lang w:val="pt-BR"/>
        </w:rPr>
        <w:br/>
      </w:r>
    </w:p>
    <w:p w14:paraId="1003E680" w14:textId="77777777" w:rsidR="002355BD" w:rsidRPr="001179E8" w:rsidRDefault="00000000">
      <w:pPr>
        <w:rPr>
          <w:lang w:val="pt-BR"/>
        </w:rPr>
      </w:pPr>
      <w:r w:rsidRPr="001179E8">
        <w:rPr>
          <w:lang w:val="pt-BR"/>
        </w:rPr>
        <w:t>Luke estudou o mapa, memorizando a localização. "Como chegamos lá?"</w:t>
      </w:r>
    </w:p>
    <w:p w14:paraId="00AE6AF6" w14:textId="77777777" w:rsidR="002355BD" w:rsidRPr="001179E8" w:rsidRDefault="00000000">
      <w:pPr>
        <w:rPr>
          <w:lang w:val="pt-BR"/>
        </w:rPr>
      </w:pPr>
      <w:r w:rsidRPr="001179E8">
        <w:rPr>
          <w:lang w:val="pt-BR"/>
        </w:rPr>
        <w:br/>
      </w:r>
    </w:p>
    <w:p w14:paraId="3E4A0428" w14:textId="77777777" w:rsidR="002355BD" w:rsidRPr="001179E8" w:rsidRDefault="00000000">
      <w:pPr>
        <w:rPr>
          <w:lang w:val="pt-BR"/>
        </w:rPr>
      </w:pPr>
      <w:r w:rsidRPr="001179E8">
        <w:rPr>
          <w:lang w:val="pt-BR"/>
        </w:rPr>
        <w:t>"Posso providenciar transporte," ofereceu a Dra. Vance. "E suprimentos. É o mínimo que posso fazer, considerando... tudo."</w:t>
      </w:r>
    </w:p>
    <w:p w14:paraId="388E537E" w14:textId="77777777" w:rsidR="002355BD" w:rsidRPr="001179E8" w:rsidRDefault="00000000">
      <w:pPr>
        <w:rPr>
          <w:lang w:val="pt-BR"/>
        </w:rPr>
      </w:pPr>
      <w:r w:rsidRPr="001179E8">
        <w:rPr>
          <w:lang w:val="pt-BR"/>
        </w:rPr>
        <w:br/>
      </w:r>
    </w:p>
    <w:p w14:paraId="4725C95D" w14:textId="77777777" w:rsidR="002355BD" w:rsidRPr="001179E8" w:rsidRDefault="00000000">
      <w:pPr>
        <w:rPr>
          <w:lang w:val="pt-BR"/>
        </w:rPr>
      </w:pPr>
      <w:r w:rsidRPr="001179E8">
        <w:rPr>
          <w:lang w:val="pt-BR"/>
        </w:rPr>
        <w:t>"Por que está nos ajudando?" perguntou Elaine, ainda cautelosa. "Não tem medo de que possamos alterar a história?"</w:t>
      </w:r>
    </w:p>
    <w:p w14:paraId="0FAABE4B" w14:textId="77777777" w:rsidR="002355BD" w:rsidRPr="001179E8" w:rsidRDefault="00000000">
      <w:pPr>
        <w:rPr>
          <w:lang w:val="pt-BR"/>
        </w:rPr>
      </w:pPr>
      <w:r w:rsidRPr="001179E8">
        <w:rPr>
          <w:lang w:val="pt-BR"/>
        </w:rPr>
        <w:br/>
      </w:r>
    </w:p>
    <w:p w14:paraId="2452FDFE" w14:textId="77777777" w:rsidR="002355BD" w:rsidRPr="001179E8" w:rsidRDefault="00000000">
      <w:pPr>
        <w:rPr>
          <w:lang w:val="pt-BR"/>
        </w:rPr>
      </w:pPr>
      <w:r w:rsidRPr="001179E8">
        <w:rPr>
          <w:lang w:val="pt-BR"/>
        </w:rPr>
        <w:t>A Dra. Vance sorriu enigmaticamente. "A história já registra que vocês vieram ao futuro e depois desapareceram. O que quer que façam aqui, já é parte da história que conheço." Ela fez uma pausa, então acrescentou mais suavemente: "Além disso, os registros também falam do que aconteceu depois que vocês desapareceram. A luta contra Abyzoth e a Dragoa Maligna continuou por décadas. Muitas vidas foram perdidas. Se vocês podem mudar isso, encontrando a Chave dos Reinos no passado ou no futuro... então talvez a história precise ser alterada."</w:t>
      </w:r>
    </w:p>
    <w:p w14:paraId="1EE6BC56" w14:textId="77777777" w:rsidR="002355BD" w:rsidRPr="001179E8" w:rsidRDefault="00000000">
      <w:pPr>
        <w:rPr>
          <w:lang w:val="pt-BR"/>
        </w:rPr>
      </w:pPr>
      <w:r w:rsidRPr="001179E8">
        <w:rPr>
          <w:lang w:val="pt-BR"/>
        </w:rPr>
        <w:br/>
      </w:r>
    </w:p>
    <w:p w14:paraId="14D3F886" w14:textId="77777777" w:rsidR="002355BD" w:rsidRPr="001179E8" w:rsidRDefault="00000000">
      <w:pPr>
        <w:rPr>
          <w:lang w:val="pt-BR"/>
        </w:rPr>
      </w:pPr>
      <w:r w:rsidRPr="001179E8">
        <w:rPr>
          <w:lang w:val="pt-BR"/>
        </w:rPr>
        <w:t>Luke e Elaine absorveram suas palavras em silêncio. A responsabilidade que carregavam parecia ainda mais pesada agora.</w:t>
      </w:r>
    </w:p>
    <w:p w14:paraId="22F1F8E2" w14:textId="77777777" w:rsidR="002355BD" w:rsidRPr="001179E8" w:rsidRDefault="00000000">
      <w:pPr>
        <w:rPr>
          <w:lang w:val="pt-BR"/>
        </w:rPr>
      </w:pPr>
      <w:r w:rsidRPr="001179E8">
        <w:rPr>
          <w:lang w:val="pt-BR"/>
        </w:rPr>
        <w:lastRenderedPageBreak/>
        <w:br/>
      </w:r>
    </w:p>
    <w:p w14:paraId="37E5C587" w14:textId="77777777" w:rsidR="002355BD" w:rsidRPr="001179E8" w:rsidRDefault="00000000">
      <w:pPr>
        <w:rPr>
          <w:lang w:val="pt-BR"/>
        </w:rPr>
      </w:pPr>
      <w:r w:rsidRPr="001179E8">
        <w:rPr>
          <w:lang w:val="pt-BR"/>
        </w:rPr>
        <w:t>"Precisaremos de um lugar para descansar esta noite," disse Luke finalmente. "E tempo para planejar nossa jornada para as montanhas."</w:t>
      </w:r>
    </w:p>
    <w:p w14:paraId="04D79434" w14:textId="77777777" w:rsidR="002355BD" w:rsidRPr="001179E8" w:rsidRDefault="00000000">
      <w:pPr>
        <w:rPr>
          <w:lang w:val="pt-BR"/>
        </w:rPr>
      </w:pPr>
      <w:r w:rsidRPr="001179E8">
        <w:rPr>
          <w:lang w:val="pt-BR"/>
        </w:rPr>
        <w:br/>
      </w:r>
    </w:p>
    <w:p w14:paraId="5D5D3F4B" w14:textId="77777777" w:rsidR="002355BD" w:rsidRPr="001179E8" w:rsidRDefault="00000000">
      <w:pPr>
        <w:rPr>
          <w:lang w:val="pt-BR"/>
        </w:rPr>
      </w:pPr>
      <w:r w:rsidRPr="001179E8">
        <w:rPr>
          <w:lang w:val="pt-BR"/>
        </w:rPr>
        <w:t>"Podem ficar em minha casa," ofereceu a Dra. Vance. "É seguro, e tenho espaço de sobra. Amanhã cedo, posso ajudá-los a preparar tudo para a viagem."</w:t>
      </w:r>
    </w:p>
    <w:p w14:paraId="5D52071F" w14:textId="77777777" w:rsidR="002355BD" w:rsidRPr="001179E8" w:rsidRDefault="00000000">
      <w:pPr>
        <w:rPr>
          <w:lang w:val="pt-BR"/>
        </w:rPr>
      </w:pPr>
      <w:r w:rsidRPr="001179E8">
        <w:rPr>
          <w:lang w:val="pt-BR"/>
        </w:rPr>
        <w:br/>
      </w:r>
    </w:p>
    <w:p w14:paraId="2EE8192A" w14:textId="77777777" w:rsidR="002355BD" w:rsidRPr="001179E8" w:rsidRDefault="00000000">
      <w:pPr>
        <w:rPr>
          <w:lang w:val="pt-BR"/>
        </w:rPr>
      </w:pPr>
      <w:r w:rsidRPr="001179E8">
        <w:rPr>
          <w:lang w:val="pt-BR"/>
        </w:rPr>
        <w:t>Luke olhou para Elaine, que assentiu em concordância. "Agradecemos sua ajuda, Dra. Vance."</w:t>
      </w:r>
    </w:p>
    <w:p w14:paraId="191A1F20" w14:textId="77777777" w:rsidR="002355BD" w:rsidRPr="001179E8" w:rsidRDefault="00000000">
      <w:pPr>
        <w:rPr>
          <w:lang w:val="pt-BR"/>
        </w:rPr>
      </w:pPr>
      <w:r w:rsidRPr="001179E8">
        <w:rPr>
          <w:lang w:val="pt-BR"/>
        </w:rPr>
        <w:br/>
      </w:r>
    </w:p>
    <w:p w14:paraId="1A28D150" w14:textId="77777777" w:rsidR="002355BD" w:rsidRPr="001179E8" w:rsidRDefault="00000000">
      <w:pPr>
        <w:rPr>
          <w:lang w:val="pt-BR"/>
        </w:rPr>
      </w:pPr>
      <w:r w:rsidRPr="001179E8">
        <w:rPr>
          <w:lang w:val="pt-BR"/>
        </w:rPr>
        <w:t>"Por favor," disse ela com um sorriso gentil, "chamem-me de Sophia."</w:t>
      </w:r>
    </w:p>
    <w:p w14:paraId="2AF2B6DE" w14:textId="77777777" w:rsidR="002355BD" w:rsidRPr="001179E8" w:rsidRDefault="00000000">
      <w:pPr>
        <w:rPr>
          <w:lang w:val="pt-BR"/>
        </w:rPr>
      </w:pPr>
      <w:r w:rsidRPr="001179E8">
        <w:rPr>
          <w:lang w:val="pt-BR"/>
        </w:rPr>
        <w:br/>
      </w:r>
    </w:p>
    <w:p w14:paraId="3C5E1D18" w14:textId="77777777" w:rsidR="002355BD" w:rsidRPr="001179E8" w:rsidRDefault="00000000">
      <w:pPr>
        <w:rPr>
          <w:lang w:val="pt-BR"/>
        </w:rPr>
      </w:pPr>
      <w:r w:rsidRPr="001179E8">
        <w:rPr>
          <w:lang w:val="pt-BR"/>
        </w:rPr>
        <w:t>---</w:t>
      </w:r>
    </w:p>
    <w:p w14:paraId="018EEF46" w14:textId="77777777" w:rsidR="002355BD" w:rsidRPr="001179E8" w:rsidRDefault="00000000">
      <w:pPr>
        <w:rPr>
          <w:lang w:val="pt-BR"/>
        </w:rPr>
      </w:pPr>
      <w:r w:rsidRPr="001179E8">
        <w:rPr>
          <w:lang w:val="pt-BR"/>
        </w:rPr>
        <w:br/>
      </w:r>
    </w:p>
    <w:p w14:paraId="637E03D4" w14:textId="77777777" w:rsidR="002355BD" w:rsidRPr="001179E8" w:rsidRDefault="00000000">
      <w:pPr>
        <w:rPr>
          <w:lang w:val="pt-BR"/>
        </w:rPr>
      </w:pPr>
      <w:r w:rsidRPr="001179E8">
        <w:rPr>
          <w:lang w:val="pt-BR"/>
        </w:rPr>
        <w:t>A casa de Sophia Vance ficava nos arredores da cidade, uma estrutura elegante que combinava elementos arquitetônicos clássicos com tecnologia futurista. Tinha seu próprio jardim – um luxo aparente neste futuro – e uma vista para montanhas distantes que, Luke supôs, incluíam seu destino.</w:t>
      </w:r>
    </w:p>
    <w:p w14:paraId="7465CD15" w14:textId="77777777" w:rsidR="002355BD" w:rsidRPr="001179E8" w:rsidRDefault="00000000">
      <w:pPr>
        <w:rPr>
          <w:lang w:val="pt-BR"/>
        </w:rPr>
      </w:pPr>
      <w:r w:rsidRPr="001179E8">
        <w:rPr>
          <w:lang w:val="pt-BR"/>
        </w:rPr>
        <w:br/>
      </w:r>
    </w:p>
    <w:p w14:paraId="0079879C" w14:textId="77777777" w:rsidR="002355BD" w:rsidRPr="001179E8" w:rsidRDefault="00000000">
      <w:pPr>
        <w:rPr>
          <w:lang w:val="pt-BR"/>
        </w:rPr>
      </w:pPr>
      <w:r w:rsidRPr="001179E8">
        <w:rPr>
          <w:lang w:val="pt-BR"/>
        </w:rPr>
        <w:t>Sophia lhes mostrou quartos separados, cada um com comodidades que eram simultaneamente familiares e estranhas – camas que pareciam ajustar-se automaticamente ao corpo do ocupante, sistemas de iluminação que respondiam a gestos, e instalações sanitárias que Luke preferiu não tentar entender completamente.</w:t>
      </w:r>
    </w:p>
    <w:p w14:paraId="51540B37" w14:textId="77777777" w:rsidR="002355BD" w:rsidRPr="001179E8" w:rsidRDefault="00000000">
      <w:pPr>
        <w:rPr>
          <w:lang w:val="pt-BR"/>
        </w:rPr>
      </w:pPr>
      <w:r w:rsidRPr="001179E8">
        <w:rPr>
          <w:lang w:val="pt-BR"/>
        </w:rPr>
        <w:br/>
      </w:r>
    </w:p>
    <w:p w14:paraId="203F28E1" w14:textId="77777777" w:rsidR="002355BD" w:rsidRPr="001179E8" w:rsidRDefault="00000000">
      <w:pPr>
        <w:rPr>
          <w:lang w:val="pt-BR"/>
        </w:rPr>
      </w:pPr>
      <w:r w:rsidRPr="001179E8">
        <w:rPr>
          <w:lang w:val="pt-BR"/>
        </w:rPr>
        <w:lastRenderedPageBreak/>
        <w:t>Após um jantar surpreendentemente tradicional – Sophia explicou que preferia comida "autêntica" à nutrição sintética comum nesta era – eles se reuniram em uma sala confortável para discutir sua jornada.</w:t>
      </w:r>
    </w:p>
    <w:p w14:paraId="32101442" w14:textId="77777777" w:rsidR="002355BD" w:rsidRPr="001179E8" w:rsidRDefault="00000000">
      <w:pPr>
        <w:rPr>
          <w:lang w:val="pt-BR"/>
        </w:rPr>
      </w:pPr>
      <w:r w:rsidRPr="001179E8">
        <w:rPr>
          <w:lang w:val="pt-BR"/>
        </w:rPr>
        <w:br/>
      </w:r>
    </w:p>
    <w:p w14:paraId="2DE5FD9F" w14:textId="77777777" w:rsidR="002355BD" w:rsidRPr="001179E8" w:rsidRDefault="00000000">
      <w:pPr>
        <w:rPr>
          <w:lang w:val="pt-BR"/>
        </w:rPr>
      </w:pPr>
      <w:r w:rsidRPr="001179E8">
        <w:rPr>
          <w:lang w:val="pt-BR"/>
        </w:rPr>
        <w:t>"Os Guardiões são reservados, mas respeitosos," explicou Sophia, projetando imagens tridimensionais da região montanhosa no ar com um simples gesto. "Eles valorizam conhecimento e sabedoria acima de tudo. Se provarem ser dignos, compartilharão o que sabem."</w:t>
      </w:r>
    </w:p>
    <w:p w14:paraId="6B3F87D6" w14:textId="77777777" w:rsidR="002355BD" w:rsidRPr="001179E8" w:rsidRDefault="00000000">
      <w:pPr>
        <w:rPr>
          <w:lang w:val="pt-BR"/>
        </w:rPr>
      </w:pPr>
      <w:r w:rsidRPr="001179E8">
        <w:rPr>
          <w:lang w:val="pt-BR"/>
        </w:rPr>
        <w:br/>
      </w:r>
    </w:p>
    <w:p w14:paraId="7F4B1D17" w14:textId="77777777" w:rsidR="002355BD" w:rsidRPr="001179E8" w:rsidRDefault="00000000">
      <w:pPr>
        <w:rPr>
          <w:lang w:val="pt-BR"/>
        </w:rPr>
      </w:pPr>
      <w:r w:rsidRPr="001179E8">
        <w:rPr>
          <w:lang w:val="pt-BR"/>
        </w:rPr>
        <w:t>"E como provamos ser dignos?" perguntou Elaine.</w:t>
      </w:r>
    </w:p>
    <w:p w14:paraId="7FA80166" w14:textId="77777777" w:rsidR="002355BD" w:rsidRPr="001179E8" w:rsidRDefault="00000000">
      <w:pPr>
        <w:rPr>
          <w:lang w:val="pt-BR"/>
        </w:rPr>
      </w:pPr>
      <w:r w:rsidRPr="001179E8">
        <w:rPr>
          <w:lang w:val="pt-BR"/>
        </w:rPr>
        <w:br/>
      </w:r>
    </w:p>
    <w:p w14:paraId="6B4AA49B" w14:textId="77777777" w:rsidR="002355BD" w:rsidRPr="001179E8" w:rsidRDefault="00000000">
      <w:pPr>
        <w:rPr>
          <w:lang w:val="pt-BR"/>
        </w:rPr>
      </w:pPr>
      <w:r w:rsidRPr="001179E8">
        <w:rPr>
          <w:lang w:val="pt-BR"/>
        </w:rPr>
        <w:t>"Sendo honestos," respondeu Sophia simplesmente. "Eles têm maneiras de detectar mentiras e intenções ocultas. Contem a verdade sobre quem são e por que vieram, e eles ouvirão."</w:t>
      </w:r>
    </w:p>
    <w:p w14:paraId="2999C692" w14:textId="77777777" w:rsidR="002355BD" w:rsidRPr="001179E8" w:rsidRDefault="00000000">
      <w:pPr>
        <w:rPr>
          <w:lang w:val="pt-BR"/>
        </w:rPr>
      </w:pPr>
      <w:r w:rsidRPr="001179E8">
        <w:rPr>
          <w:lang w:val="pt-BR"/>
        </w:rPr>
        <w:br/>
      </w:r>
    </w:p>
    <w:p w14:paraId="0B63970C" w14:textId="77777777" w:rsidR="002355BD" w:rsidRPr="001179E8" w:rsidRDefault="00000000">
      <w:pPr>
        <w:rPr>
          <w:lang w:val="pt-BR"/>
        </w:rPr>
      </w:pPr>
      <w:r w:rsidRPr="001179E8">
        <w:rPr>
          <w:lang w:val="pt-BR"/>
        </w:rPr>
        <w:t>Luke assentiu, absorvendo a informação. "Quanto tempo levará para chegar até eles?"</w:t>
      </w:r>
    </w:p>
    <w:p w14:paraId="06A67032" w14:textId="77777777" w:rsidR="002355BD" w:rsidRPr="001179E8" w:rsidRDefault="00000000">
      <w:pPr>
        <w:rPr>
          <w:lang w:val="pt-BR"/>
        </w:rPr>
      </w:pPr>
      <w:r w:rsidRPr="001179E8">
        <w:rPr>
          <w:lang w:val="pt-BR"/>
        </w:rPr>
        <w:br/>
      </w:r>
    </w:p>
    <w:p w14:paraId="3A2AD08F" w14:textId="77777777" w:rsidR="002355BD" w:rsidRPr="001179E8" w:rsidRDefault="00000000">
      <w:pPr>
        <w:rPr>
          <w:lang w:val="pt-BR"/>
        </w:rPr>
      </w:pPr>
      <w:r w:rsidRPr="001179E8">
        <w:rPr>
          <w:lang w:val="pt-BR"/>
        </w:rPr>
        <w:t>"Com o transporte que providenciarei, menos de um dia," disse Sophia. "Mas o último trecho terá que ser feito a pé. Os Guardiões não permitem tecnologia avançada em seu vale."</w:t>
      </w:r>
    </w:p>
    <w:p w14:paraId="178FBFBD" w14:textId="77777777" w:rsidR="002355BD" w:rsidRPr="001179E8" w:rsidRDefault="00000000">
      <w:pPr>
        <w:rPr>
          <w:lang w:val="pt-BR"/>
        </w:rPr>
      </w:pPr>
      <w:r w:rsidRPr="001179E8">
        <w:rPr>
          <w:lang w:val="pt-BR"/>
        </w:rPr>
        <w:br/>
      </w:r>
    </w:p>
    <w:p w14:paraId="00BB7B93" w14:textId="77777777" w:rsidR="002355BD" w:rsidRPr="001179E8" w:rsidRDefault="00000000">
      <w:pPr>
        <w:rPr>
          <w:lang w:val="pt-BR"/>
        </w:rPr>
      </w:pPr>
      <w:r w:rsidRPr="001179E8">
        <w:rPr>
          <w:lang w:val="pt-BR"/>
        </w:rPr>
        <w:t>Eles discutiram detalhes práticos por mais algum tempo – rotas, suprimentos, o que esperar do clima nas montanhas. Eventualmente, Sophia se retirou para dormir, deixando Luke e Elaine sozinhos na sala.</w:t>
      </w:r>
    </w:p>
    <w:p w14:paraId="33805593" w14:textId="77777777" w:rsidR="002355BD" w:rsidRPr="001179E8" w:rsidRDefault="00000000">
      <w:pPr>
        <w:rPr>
          <w:lang w:val="pt-BR"/>
        </w:rPr>
      </w:pPr>
      <w:r w:rsidRPr="001179E8">
        <w:rPr>
          <w:lang w:val="pt-BR"/>
        </w:rPr>
        <w:br/>
      </w:r>
    </w:p>
    <w:p w14:paraId="5D5FB175" w14:textId="77777777" w:rsidR="002355BD" w:rsidRPr="001179E8" w:rsidRDefault="00000000">
      <w:pPr>
        <w:rPr>
          <w:lang w:val="pt-BR"/>
        </w:rPr>
      </w:pPr>
      <w:r w:rsidRPr="001179E8">
        <w:rPr>
          <w:lang w:val="pt-BR"/>
        </w:rPr>
        <w:t>Um silêncio confortável caiu entre eles enquanto ambos processavam tudo o que haviam aprendido e experimentado neste primeiro dia no futuro.</w:t>
      </w:r>
    </w:p>
    <w:p w14:paraId="3B27BEAB" w14:textId="77777777" w:rsidR="002355BD" w:rsidRPr="001179E8" w:rsidRDefault="00000000">
      <w:pPr>
        <w:rPr>
          <w:lang w:val="pt-BR"/>
        </w:rPr>
      </w:pPr>
      <w:r w:rsidRPr="001179E8">
        <w:rPr>
          <w:lang w:val="pt-BR"/>
        </w:rPr>
        <w:lastRenderedPageBreak/>
        <w:br/>
      </w:r>
    </w:p>
    <w:p w14:paraId="7ECA6A27" w14:textId="77777777" w:rsidR="002355BD" w:rsidRPr="001179E8" w:rsidRDefault="00000000">
      <w:pPr>
        <w:rPr>
          <w:lang w:val="pt-BR"/>
        </w:rPr>
      </w:pPr>
      <w:r w:rsidRPr="001179E8">
        <w:rPr>
          <w:lang w:val="pt-BR"/>
        </w:rPr>
        <w:t>"É estranho," disse Elaine finalmente, olhando pela janela para o céu noturno, onde constelações familiares brilhavam em padrões ligeiramente diferentes. "Saber que, nos registros históricos, nunca voltamos."</w:t>
      </w:r>
    </w:p>
    <w:p w14:paraId="365757AC" w14:textId="77777777" w:rsidR="002355BD" w:rsidRPr="001179E8" w:rsidRDefault="00000000">
      <w:pPr>
        <w:rPr>
          <w:lang w:val="pt-BR"/>
        </w:rPr>
      </w:pPr>
      <w:r w:rsidRPr="001179E8">
        <w:rPr>
          <w:lang w:val="pt-BR"/>
        </w:rPr>
        <w:br/>
      </w:r>
    </w:p>
    <w:p w14:paraId="4FCB44EA" w14:textId="77777777" w:rsidR="002355BD" w:rsidRPr="001179E8" w:rsidRDefault="00000000">
      <w:pPr>
        <w:rPr>
          <w:lang w:val="pt-BR"/>
        </w:rPr>
      </w:pPr>
      <w:r w:rsidRPr="001179E8">
        <w:rPr>
          <w:lang w:val="pt-BR"/>
        </w:rPr>
        <w:t>"Isso não significa que não voltaremos," respondeu Luke. "Talvez apenas signifique que, quando voltarmos, mantivemos um perfil baixo."</w:t>
      </w:r>
    </w:p>
    <w:p w14:paraId="441FA045" w14:textId="77777777" w:rsidR="002355BD" w:rsidRPr="001179E8" w:rsidRDefault="00000000">
      <w:pPr>
        <w:rPr>
          <w:lang w:val="pt-BR"/>
        </w:rPr>
      </w:pPr>
      <w:r w:rsidRPr="001179E8">
        <w:rPr>
          <w:lang w:val="pt-BR"/>
        </w:rPr>
        <w:br/>
      </w:r>
    </w:p>
    <w:p w14:paraId="0C545A0D" w14:textId="77777777" w:rsidR="002355BD" w:rsidRPr="001179E8" w:rsidRDefault="00000000">
      <w:pPr>
        <w:rPr>
          <w:lang w:val="pt-BR"/>
        </w:rPr>
      </w:pPr>
      <w:r w:rsidRPr="001179E8">
        <w:rPr>
          <w:lang w:val="pt-BR"/>
        </w:rPr>
        <w:t>"Ou talvez signifique que estamos destinados a falhar," disse ela suavemente.</w:t>
      </w:r>
    </w:p>
    <w:p w14:paraId="1B0F562E" w14:textId="77777777" w:rsidR="002355BD" w:rsidRPr="001179E8" w:rsidRDefault="00000000">
      <w:pPr>
        <w:rPr>
          <w:lang w:val="pt-BR"/>
        </w:rPr>
      </w:pPr>
      <w:r w:rsidRPr="001179E8">
        <w:rPr>
          <w:lang w:val="pt-BR"/>
        </w:rPr>
        <w:br/>
      </w:r>
    </w:p>
    <w:p w14:paraId="3669D1B1" w14:textId="77777777" w:rsidR="002355BD" w:rsidRPr="001179E8" w:rsidRDefault="00000000">
      <w:pPr>
        <w:rPr>
          <w:lang w:val="pt-BR"/>
        </w:rPr>
      </w:pPr>
      <w:r w:rsidRPr="001179E8">
        <w:rPr>
          <w:lang w:val="pt-BR"/>
        </w:rPr>
        <w:t>Luke se virou para encará-la. "Você acredita em destino?"</w:t>
      </w:r>
    </w:p>
    <w:p w14:paraId="149E48DF" w14:textId="77777777" w:rsidR="002355BD" w:rsidRPr="001179E8" w:rsidRDefault="00000000">
      <w:pPr>
        <w:rPr>
          <w:lang w:val="pt-BR"/>
        </w:rPr>
      </w:pPr>
      <w:r w:rsidRPr="001179E8">
        <w:rPr>
          <w:lang w:val="pt-BR"/>
        </w:rPr>
        <w:br/>
      </w:r>
    </w:p>
    <w:p w14:paraId="175E5720" w14:textId="77777777" w:rsidR="002355BD" w:rsidRPr="001179E8" w:rsidRDefault="00000000">
      <w:pPr>
        <w:rPr>
          <w:lang w:val="pt-BR"/>
        </w:rPr>
      </w:pPr>
      <w:r w:rsidRPr="001179E8">
        <w:rPr>
          <w:lang w:val="pt-BR"/>
        </w:rPr>
        <w:t>Elaine considerou a pergunta. "No submundo, destino era apenas outra palavra para armadilha. Algo que os Lordes das Sombras usavam para manter todos em seus lugares." Ela encontrou o olhar dele. "Mas desde que cheguei ao seu mundo... não sei mais. Talvez haja um propósito maior para tudo isso."</w:t>
      </w:r>
    </w:p>
    <w:p w14:paraId="19411E60" w14:textId="77777777" w:rsidR="002355BD" w:rsidRPr="001179E8" w:rsidRDefault="00000000">
      <w:pPr>
        <w:rPr>
          <w:lang w:val="pt-BR"/>
        </w:rPr>
      </w:pPr>
      <w:r w:rsidRPr="001179E8">
        <w:rPr>
          <w:lang w:val="pt-BR"/>
        </w:rPr>
        <w:br/>
      </w:r>
    </w:p>
    <w:p w14:paraId="723701BE" w14:textId="77777777" w:rsidR="002355BD" w:rsidRPr="001179E8" w:rsidRDefault="00000000">
      <w:pPr>
        <w:rPr>
          <w:lang w:val="pt-BR"/>
        </w:rPr>
      </w:pPr>
      <w:r w:rsidRPr="001179E8">
        <w:rPr>
          <w:lang w:val="pt-BR"/>
        </w:rPr>
        <w:t>"Se há," disse Luke, "então nosso propósito é encontrar essa Chave e voltar para ajudar nossos amigos. Destino ou não, é o que precisamos fazer."</w:t>
      </w:r>
    </w:p>
    <w:p w14:paraId="434AD10E" w14:textId="77777777" w:rsidR="002355BD" w:rsidRPr="001179E8" w:rsidRDefault="00000000">
      <w:pPr>
        <w:rPr>
          <w:lang w:val="pt-BR"/>
        </w:rPr>
      </w:pPr>
      <w:r w:rsidRPr="001179E8">
        <w:rPr>
          <w:lang w:val="pt-BR"/>
        </w:rPr>
        <w:br/>
      </w:r>
    </w:p>
    <w:p w14:paraId="2842E9D1" w14:textId="77777777" w:rsidR="002355BD" w:rsidRPr="001179E8" w:rsidRDefault="00000000">
      <w:pPr>
        <w:rPr>
          <w:lang w:val="pt-BR"/>
        </w:rPr>
      </w:pPr>
      <w:r w:rsidRPr="001179E8">
        <w:rPr>
          <w:lang w:val="pt-BR"/>
        </w:rPr>
        <w:t>Elaine sorriu, um sorriso genuíno que iluminou seus olhos. "Sempre tão pragmático, detetive."</w:t>
      </w:r>
    </w:p>
    <w:p w14:paraId="2A10C7B3" w14:textId="77777777" w:rsidR="002355BD" w:rsidRPr="001179E8" w:rsidRDefault="00000000">
      <w:pPr>
        <w:rPr>
          <w:lang w:val="pt-BR"/>
        </w:rPr>
      </w:pPr>
      <w:r w:rsidRPr="001179E8">
        <w:rPr>
          <w:lang w:val="pt-BR"/>
        </w:rPr>
        <w:br/>
      </w:r>
    </w:p>
    <w:p w14:paraId="60C9F086" w14:textId="77777777" w:rsidR="002355BD" w:rsidRPr="001179E8" w:rsidRDefault="00000000">
      <w:pPr>
        <w:rPr>
          <w:lang w:val="pt-BR"/>
        </w:rPr>
      </w:pPr>
      <w:r w:rsidRPr="001179E8">
        <w:rPr>
          <w:lang w:val="pt-BR"/>
        </w:rPr>
        <w:t>"Alguém precisa ser," respondeu ele com um pequeno sorriso próprio.</w:t>
      </w:r>
    </w:p>
    <w:p w14:paraId="3E1D1DFF" w14:textId="77777777" w:rsidR="002355BD" w:rsidRPr="001179E8" w:rsidRDefault="00000000">
      <w:pPr>
        <w:rPr>
          <w:lang w:val="pt-BR"/>
        </w:rPr>
      </w:pPr>
      <w:r w:rsidRPr="001179E8">
        <w:rPr>
          <w:lang w:val="pt-BR"/>
        </w:rPr>
        <w:lastRenderedPageBreak/>
        <w:br/>
      </w:r>
    </w:p>
    <w:p w14:paraId="7E1486E4" w14:textId="77777777" w:rsidR="002355BD" w:rsidRPr="001179E8" w:rsidRDefault="00000000">
      <w:pPr>
        <w:rPr>
          <w:lang w:val="pt-BR"/>
        </w:rPr>
      </w:pPr>
      <w:r w:rsidRPr="001179E8">
        <w:rPr>
          <w:lang w:val="pt-BR"/>
        </w:rPr>
        <w:t>Elaine se levantou e caminhou até a janela, observando as luzes da cidade futurista ao longe. A luz noturna suave destacava o perfil de seu rosto, a curva de seu pescoço, a cascata prateada de seu cabelo. Luke se pegou observando-a, notando não apenas sua beleza óbvia, mas a força e a resiliência que emanavam dela.</w:t>
      </w:r>
    </w:p>
    <w:p w14:paraId="7487CF10" w14:textId="77777777" w:rsidR="002355BD" w:rsidRPr="001179E8" w:rsidRDefault="00000000">
      <w:pPr>
        <w:rPr>
          <w:lang w:val="pt-BR"/>
        </w:rPr>
      </w:pPr>
      <w:r w:rsidRPr="001179E8">
        <w:rPr>
          <w:lang w:val="pt-BR"/>
        </w:rPr>
        <w:br/>
      </w:r>
    </w:p>
    <w:p w14:paraId="191F8AEE" w14:textId="77777777" w:rsidR="002355BD" w:rsidRPr="001179E8" w:rsidRDefault="00000000">
      <w:pPr>
        <w:rPr>
          <w:lang w:val="pt-BR"/>
        </w:rPr>
      </w:pPr>
      <w:r w:rsidRPr="001179E8">
        <w:rPr>
          <w:lang w:val="pt-BR"/>
        </w:rPr>
        <w:t>"No que está pensando?" perguntou ela, sentindo seu olhar.</w:t>
      </w:r>
    </w:p>
    <w:p w14:paraId="6A219883" w14:textId="77777777" w:rsidR="002355BD" w:rsidRPr="001179E8" w:rsidRDefault="00000000">
      <w:pPr>
        <w:rPr>
          <w:lang w:val="pt-BR"/>
        </w:rPr>
      </w:pPr>
      <w:r w:rsidRPr="001179E8">
        <w:rPr>
          <w:lang w:val="pt-BR"/>
        </w:rPr>
        <w:br/>
      </w:r>
    </w:p>
    <w:p w14:paraId="25E4C171" w14:textId="77777777" w:rsidR="002355BD" w:rsidRPr="001179E8" w:rsidRDefault="00000000">
      <w:pPr>
        <w:rPr>
          <w:lang w:val="pt-BR"/>
        </w:rPr>
      </w:pPr>
      <w:r w:rsidRPr="001179E8">
        <w:rPr>
          <w:lang w:val="pt-BR"/>
        </w:rPr>
        <w:t>"Em como você é diferente do que pensei inicialmente," respondeu ele honestamente.</w:t>
      </w:r>
    </w:p>
    <w:p w14:paraId="53DDDC73" w14:textId="77777777" w:rsidR="002355BD" w:rsidRPr="001179E8" w:rsidRDefault="00000000">
      <w:pPr>
        <w:rPr>
          <w:lang w:val="pt-BR"/>
        </w:rPr>
      </w:pPr>
      <w:r w:rsidRPr="001179E8">
        <w:rPr>
          <w:lang w:val="pt-BR"/>
        </w:rPr>
        <w:br/>
      </w:r>
    </w:p>
    <w:p w14:paraId="015EFDCD" w14:textId="77777777" w:rsidR="002355BD" w:rsidRPr="001179E8" w:rsidRDefault="00000000">
      <w:pPr>
        <w:rPr>
          <w:lang w:val="pt-BR"/>
        </w:rPr>
      </w:pPr>
      <w:r w:rsidRPr="001179E8">
        <w:rPr>
          <w:lang w:val="pt-BR"/>
        </w:rPr>
        <w:t>Ela se virou para encará-lo, uma sobrancelha erguida em curiosidade. "E o que você pensou inicialmente?"</w:t>
      </w:r>
    </w:p>
    <w:p w14:paraId="343B42AB" w14:textId="77777777" w:rsidR="002355BD" w:rsidRPr="001179E8" w:rsidRDefault="00000000">
      <w:pPr>
        <w:rPr>
          <w:lang w:val="pt-BR"/>
        </w:rPr>
      </w:pPr>
      <w:r w:rsidRPr="001179E8">
        <w:rPr>
          <w:lang w:val="pt-BR"/>
        </w:rPr>
        <w:br/>
      </w:r>
    </w:p>
    <w:p w14:paraId="60795F81" w14:textId="77777777" w:rsidR="002355BD" w:rsidRPr="001179E8" w:rsidRDefault="00000000">
      <w:pPr>
        <w:rPr>
          <w:lang w:val="pt-BR"/>
        </w:rPr>
      </w:pPr>
      <w:r w:rsidRPr="001179E8">
        <w:rPr>
          <w:lang w:val="pt-BR"/>
        </w:rPr>
        <w:t>Luke considerou suas palavras cuidadosamente. "Que você era apenas sua aparência e seus poderes. Uma sedutora habilidosa usando suas habilidades para manipular."</w:t>
      </w:r>
    </w:p>
    <w:p w14:paraId="2B51C4D9" w14:textId="77777777" w:rsidR="002355BD" w:rsidRPr="001179E8" w:rsidRDefault="00000000">
      <w:pPr>
        <w:rPr>
          <w:lang w:val="pt-BR"/>
        </w:rPr>
      </w:pPr>
      <w:r w:rsidRPr="001179E8">
        <w:rPr>
          <w:lang w:val="pt-BR"/>
        </w:rPr>
        <w:br/>
      </w:r>
    </w:p>
    <w:p w14:paraId="7AF9870E" w14:textId="77777777" w:rsidR="002355BD" w:rsidRPr="001179E8" w:rsidRDefault="00000000">
      <w:pPr>
        <w:rPr>
          <w:lang w:val="pt-BR"/>
        </w:rPr>
      </w:pPr>
      <w:r w:rsidRPr="001179E8">
        <w:rPr>
          <w:lang w:val="pt-BR"/>
        </w:rPr>
        <w:t>"E agora?"</w:t>
      </w:r>
    </w:p>
    <w:p w14:paraId="51BF1633" w14:textId="77777777" w:rsidR="002355BD" w:rsidRPr="001179E8" w:rsidRDefault="00000000">
      <w:pPr>
        <w:rPr>
          <w:lang w:val="pt-BR"/>
        </w:rPr>
      </w:pPr>
      <w:r w:rsidRPr="001179E8">
        <w:rPr>
          <w:lang w:val="pt-BR"/>
        </w:rPr>
        <w:br/>
      </w:r>
    </w:p>
    <w:p w14:paraId="2AC394F2" w14:textId="77777777" w:rsidR="002355BD" w:rsidRPr="001179E8" w:rsidRDefault="00000000">
      <w:pPr>
        <w:rPr>
          <w:lang w:val="pt-BR"/>
        </w:rPr>
      </w:pPr>
      <w:r w:rsidRPr="001179E8">
        <w:rPr>
          <w:lang w:val="pt-BR"/>
        </w:rPr>
        <w:t>"Agora vejo que há muito mais em você," disse ele. "Coragem, inteligência, compaixão. Você arriscou tudo para vir comigo nesta missão impossível, mesmo sabendo que poderíamos nunca voltar."</w:t>
      </w:r>
    </w:p>
    <w:p w14:paraId="2C35C967" w14:textId="77777777" w:rsidR="002355BD" w:rsidRPr="001179E8" w:rsidRDefault="00000000">
      <w:pPr>
        <w:rPr>
          <w:lang w:val="pt-BR"/>
        </w:rPr>
      </w:pPr>
      <w:r w:rsidRPr="001179E8">
        <w:rPr>
          <w:lang w:val="pt-BR"/>
        </w:rPr>
        <w:br/>
      </w:r>
    </w:p>
    <w:p w14:paraId="267C44D1" w14:textId="77777777" w:rsidR="002355BD" w:rsidRPr="001179E8" w:rsidRDefault="00000000">
      <w:pPr>
        <w:rPr>
          <w:lang w:val="pt-BR"/>
        </w:rPr>
      </w:pPr>
      <w:r w:rsidRPr="001179E8">
        <w:rPr>
          <w:lang w:val="pt-BR"/>
        </w:rPr>
        <w:t>Algo mudou no olhar de Elaine – uma vulnerabilidade, uma esperança que ela raramente permitia que outros vissem. Ela se aproximou dele lentamente, seus movimentos fluidos como sempre, mas com uma hesitação nova.</w:t>
      </w:r>
    </w:p>
    <w:p w14:paraId="0868DBF2" w14:textId="77777777" w:rsidR="002355BD" w:rsidRPr="001179E8" w:rsidRDefault="00000000">
      <w:pPr>
        <w:rPr>
          <w:lang w:val="pt-BR"/>
        </w:rPr>
      </w:pPr>
      <w:r w:rsidRPr="001179E8">
        <w:rPr>
          <w:lang w:val="pt-BR"/>
        </w:rPr>
        <w:lastRenderedPageBreak/>
        <w:br/>
      </w:r>
    </w:p>
    <w:p w14:paraId="39CA9A79" w14:textId="77777777" w:rsidR="002355BD" w:rsidRPr="001179E8" w:rsidRDefault="00000000">
      <w:pPr>
        <w:rPr>
          <w:lang w:val="pt-BR"/>
        </w:rPr>
      </w:pPr>
      <w:r w:rsidRPr="001179E8">
        <w:rPr>
          <w:lang w:val="pt-BR"/>
        </w:rPr>
        <w:t>"Luke," disse ela suavemente, "desde que te conheci, tenho tentado... chamar sua atenção. Da única maneira que sei."</w:t>
      </w:r>
    </w:p>
    <w:p w14:paraId="2C94D958" w14:textId="77777777" w:rsidR="002355BD" w:rsidRPr="001179E8" w:rsidRDefault="00000000">
      <w:pPr>
        <w:rPr>
          <w:lang w:val="pt-BR"/>
        </w:rPr>
      </w:pPr>
      <w:r w:rsidRPr="001179E8">
        <w:rPr>
          <w:lang w:val="pt-BR"/>
        </w:rPr>
        <w:br/>
      </w:r>
    </w:p>
    <w:p w14:paraId="6562C016" w14:textId="77777777" w:rsidR="002355BD" w:rsidRPr="001179E8" w:rsidRDefault="00000000">
      <w:pPr>
        <w:rPr>
          <w:lang w:val="pt-BR"/>
        </w:rPr>
      </w:pPr>
      <w:r w:rsidRPr="001179E8">
        <w:rPr>
          <w:lang w:val="pt-BR"/>
        </w:rPr>
        <w:t>"Eu notei," respondeu ele com um pequeno sorriso.</w:t>
      </w:r>
    </w:p>
    <w:p w14:paraId="186FF1E6" w14:textId="77777777" w:rsidR="002355BD" w:rsidRPr="001179E8" w:rsidRDefault="00000000">
      <w:pPr>
        <w:rPr>
          <w:lang w:val="pt-BR"/>
        </w:rPr>
      </w:pPr>
      <w:r w:rsidRPr="001179E8">
        <w:rPr>
          <w:lang w:val="pt-BR"/>
        </w:rPr>
        <w:br/>
      </w:r>
    </w:p>
    <w:p w14:paraId="199FB93B" w14:textId="77777777" w:rsidR="002355BD" w:rsidRPr="001179E8" w:rsidRDefault="00000000">
      <w:pPr>
        <w:rPr>
          <w:lang w:val="pt-BR"/>
        </w:rPr>
      </w:pPr>
      <w:r w:rsidRPr="001179E8">
        <w:rPr>
          <w:lang w:val="pt-BR"/>
        </w:rPr>
        <w:t>"Mas agora estamos aqui, sozinhos, em um tempo que não é nosso," continuou ela. "E percebo que talvez... talvez eu tenha abordado tudo errado."</w:t>
      </w:r>
    </w:p>
    <w:p w14:paraId="1F91DA83" w14:textId="77777777" w:rsidR="002355BD" w:rsidRPr="001179E8" w:rsidRDefault="00000000">
      <w:pPr>
        <w:rPr>
          <w:lang w:val="pt-BR"/>
        </w:rPr>
      </w:pPr>
      <w:r w:rsidRPr="001179E8">
        <w:rPr>
          <w:lang w:val="pt-BR"/>
        </w:rPr>
        <w:br/>
      </w:r>
    </w:p>
    <w:p w14:paraId="39789168" w14:textId="77777777" w:rsidR="002355BD" w:rsidRPr="001179E8" w:rsidRDefault="00000000">
      <w:pPr>
        <w:rPr>
          <w:lang w:val="pt-BR"/>
        </w:rPr>
      </w:pPr>
      <w:r w:rsidRPr="001179E8">
        <w:rPr>
          <w:lang w:val="pt-BR"/>
        </w:rPr>
        <w:t>Ela estava muito próxima agora, seu perfume – algo como flores noturnas e tempestade distante – envolvendo-o. Luke sentiu seu coração acelerar, uma reação que ele vinha tentando suprimir desde que a conhecera.</w:t>
      </w:r>
    </w:p>
    <w:p w14:paraId="616F1700" w14:textId="77777777" w:rsidR="002355BD" w:rsidRPr="001179E8" w:rsidRDefault="00000000">
      <w:pPr>
        <w:rPr>
          <w:lang w:val="pt-BR"/>
        </w:rPr>
      </w:pPr>
      <w:r w:rsidRPr="001179E8">
        <w:rPr>
          <w:lang w:val="pt-BR"/>
        </w:rPr>
        <w:br/>
      </w:r>
    </w:p>
    <w:p w14:paraId="7DD23B21" w14:textId="77777777" w:rsidR="002355BD" w:rsidRPr="001179E8" w:rsidRDefault="00000000">
      <w:pPr>
        <w:rPr>
          <w:lang w:val="pt-BR"/>
        </w:rPr>
      </w:pPr>
      <w:r w:rsidRPr="001179E8">
        <w:rPr>
          <w:lang w:val="pt-BR"/>
        </w:rPr>
        <w:t>"Elaine," começou ele, sua voz mais rouca do que pretendia.</w:t>
      </w:r>
    </w:p>
    <w:p w14:paraId="053362EB" w14:textId="77777777" w:rsidR="002355BD" w:rsidRPr="001179E8" w:rsidRDefault="00000000">
      <w:pPr>
        <w:rPr>
          <w:lang w:val="pt-BR"/>
        </w:rPr>
      </w:pPr>
      <w:r w:rsidRPr="001179E8">
        <w:rPr>
          <w:lang w:val="pt-BR"/>
        </w:rPr>
        <w:br/>
      </w:r>
    </w:p>
    <w:p w14:paraId="1F6683A6" w14:textId="77777777" w:rsidR="002355BD" w:rsidRPr="001179E8" w:rsidRDefault="00000000">
      <w:pPr>
        <w:rPr>
          <w:lang w:val="pt-BR"/>
        </w:rPr>
      </w:pPr>
      <w:r w:rsidRPr="001179E8">
        <w:rPr>
          <w:lang w:val="pt-BR"/>
        </w:rPr>
        <w:t>Mas antes que pudesse continuar, ela se inclinou e o beijou. Não foi um beijo calculado ou sedutor, como ele poderia ter esperado. Foi hesitante, quase tímido – o beijo de alguém que não está certa de sua recepção, mas que não pode mais conter seus sentimentos.</w:t>
      </w:r>
    </w:p>
    <w:p w14:paraId="3AD54C93" w14:textId="77777777" w:rsidR="002355BD" w:rsidRPr="001179E8" w:rsidRDefault="00000000">
      <w:pPr>
        <w:rPr>
          <w:lang w:val="pt-BR"/>
        </w:rPr>
      </w:pPr>
      <w:r w:rsidRPr="001179E8">
        <w:rPr>
          <w:lang w:val="pt-BR"/>
        </w:rPr>
        <w:br/>
      </w:r>
    </w:p>
    <w:p w14:paraId="23E77201" w14:textId="77777777" w:rsidR="002355BD" w:rsidRPr="001179E8" w:rsidRDefault="00000000">
      <w:pPr>
        <w:rPr>
          <w:lang w:val="pt-BR"/>
        </w:rPr>
      </w:pPr>
      <w:r w:rsidRPr="001179E8">
        <w:rPr>
          <w:lang w:val="pt-BR"/>
        </w:rPr>
        <w:t>Por um momento, Luke se permitiu responder, seus lábios se movendo contra os dela, suas mãos encontrando sua cintura. Havia uma doçura inesperada no beijo, uma vulnerabilidade que o tocou profundamente.</w:t>
      </w:r>
    </w:p>
    <w:p w14:paraId="010D5899" w14:textId="77777777" w:rsidR="002355BD" w:rsidRPr="001179E8" w:rsidRDefault="00000000">
      <w:pPr>
        <w:rPr>
          <w:lang w:val="pt-BR"/>
        </w:rPr>
      </w:pPr>
      <w:r w:rsidRPr="001179E8">
        <w:rPr>
          <w:lang w:val="pt-BR"/>
        </w:rPr>
        <w:br/>
      </w:r>
    </w:p>
    <w:p w14:paraId="780C9CF3" w14:textId="77777777" w:rsidR="002355BD" w:rsidRPr="001179E8" w:rsidRDefault="00000000">
      <w:pPr>
        <w:rPr>
          <w:lang w:val="pt-BR"/>
        </w:rPr>
      </w:pPr>
      <w:r w:rsidRPr="001179E8">
        <w:rPr>
          <w:lang w:val="pt-BR"/>
        </w:rPr>
        <w:t>Então, gentilmente, ele se afastou, segurando-a pelos ombros.</w:t>
      </w:r>
    </w:p>
    <w:p w14:paraId="16EE1F66" w14:textId="77777777" w:rsidR="002355BD" w:rsidRPr="001179E8" w:rsidRDefault="00000000">
      <w:pPr>
        <w:rPr>
          <w:lang w:val="pt-BR"/>
        </w:rPr>
      </w:pPr>
      <w:r w:rsidRPr="001179E8">
        <w:rPr>
          <w:lang w:val="pt-BR"/>
        </w:rPr>
        <w:lastRenderedPageBreak/>
        <w:br/>
      </w:r>
    </w:p>
    <w:p w14:paraId="48375A81" w14:textId="77777777" w:rsidR="002355BD" w:rsidRPr="001179E8" w:rsidRDefault="00000000">
      <w:pPr>
        <w:rPr>
          <w:lang w:val="pt-BR"/>
        </w:rPr>
      </w:pPr>
      <w:r w:rsidRPr="001179E8">
        <w:rPr>
          <w:lang w:val="pt-BR"/>
        </w:rPr>
        <w:t>"Elaine," disse ele, sua voz gentil mas firme. "Espere."</w:t>
      </w:r>
    </w:p>
    <w:p w14:paraId="0E97E786" w14:textId="77777777" w:rsidR="002355BD" w:rsidRPr="001179E8" w:rsidRDefault="00000000">
      <w:pPr>
        <w:rPr>
          <w:lang w:val="pt-BR"/>
        </w:rPr>
      </w:pPr>
      <w:r w:rsidRPr="001179E8">
        <w:rPr>
          <w:lang w:val="pt-BR"/>
        </w:rPr>
        <w:br/>
      </w:r>
    </w:p>
    <w:p w14:paraId="7499BF4A" w14:textId="77777777" w:rsidR="002355BD" w:rsidRPr="001179E8" w:rsidRDefault="00000000">
      <w:pPr>
        <w:rPr>
          <w:lang w:val="pt-BR"/>
        </w:rPr>
      </w:pPr>
      <w:r w:rsidRPr="001179E8">
        <w:rPr>
          <w:lang w:val="pt-BR"/>
        </w:rPr>
        <w:t>Ela recuou imediatamente, seus olhos azuis arregalados com uma mistura de emoções – desejo, confusão, e algo que parecia dolorosamente próximo à vergonha.</w:t>
      </w:r>
    </w:p>
    <w:p w14:paraId="494C8241" w14:textId="77777777" w:rsidR="002355BD" w:rsidRPr="001179E8" w:rsidRDefault="00000000">
      <w:pPr>
        <w:rPr>
          <w:lang w:val="pt-BR"/>
        </w:rPr>
      </w:pPr>
      <w:r w:rsidRPr="001179E8">
        <w:rPr>
          <w:lang w:val="pt-BR"/>
        </w:rPr>
        <w:br/>
      </w:r>
    </w:p>
    <w:p w14:paraId="172DC192" w14:textId="77777777" w:rsidR="002355BD" w:rsidRPr="001179E8" w:rsidRDefault="00000000">
      <w:pPr>
        <w:rPr>
          <w:lang w:val="pt-BR"/>
        </w:rPr>
      </w:pPr>
      <w:r w:rsidRPr="001179E8">
        <w:rPr>
          <w:lang w:val="pt-BR"/>
        </w:rPr>
        <w:t>"Eu sinto muito," disse ela rapidamente, dando mais um passo para trás. "Eu não deveria ter... foi um erro."</w:t>
      </w:r>
    </w:p>
    <w:p w14:paraId="5167BC3B" w14:textId="77777777" w:rsidR="002355BD" w:rsidRPr="001179E8" w:rsidRDefault="00000000">
      <w:pPr>
        <w:rPr>
          <w:lang w:val="pt-BR"/>
        </w:rPr>
      </w:pPr>
      <w:r w:rsidRPr="001179E8">
        <w:rPr>
          <w:lang w:val="pt-BR"/>
        </w:rPr>
        <w:br/>
      </w:r>
    </w:p>
    <w:p w14:paraId="13ACF422" w14:textId="77777777" w:rsidR="002355BD" w:rsidRPr="001179E8" w:rsidRDefault="00000000">
      <w:pPr>
        <w:rPr>
          <w:lang w:val="pt-BR"/>
        </w:rPr>
      </w:pPr>
      <w:r w:rsidRPr="001179E8">
        <w:rPr>
          <w:lang w:val="pt-BR"/>
        </w:rPr>
        <w:t>"Não," disse Luke, alcançando-a antes que pudesse se afastar mais. "Não foi um erro. Mas preciso que você entenda algo."</w:t>
      </w:r>
    </w:p>
    <w:p w14:paraId="6D1E87E0" w14:textId="77777777" w:rsidR="002355BD" w:rsidRPr="001179E8" w:rsidRDefault="00000000">
      <w:pPr>
        <w:rPr>
          <w:lang w:val="pt-BR"/>
        </w:rPr>
      </w:pPr>
      <w:r w:rsidRPr="001179E8">
        <w:rPr>
          <w:lang w:val="pt-BR"/>
        </w:rPr>
        <w:br/>
      </w:r>
    </w:p>
    <w:p w14:paraId="474FA02C" w14:textId="77777777" w:rsidR="002355BD" w:rsidRPr="001179E8" w:rsidRDefault="00000000">
      <w:pPr>
        <w:rPr>
          <w:lang w:val="pt-BR"/>
        </w:rPr>
      </w:pPr>
      <w:r w:rsidRPr="001179E8">
        <w:rPr>
          <w:lang w:val="pt-BR"/>
        </w:rPr>
        <w:t>Elaine ficou imóvel, seus olhos fixos nos dele, esperando.</w:t>
      </w:r>
    </w:p>
    <w:p w14:paraId="54C0A54E" w14:textId="77777777" w:rsidR="002355BD" w:rsidRPr="001179E8" w:rsidRDefault="00000000">
      <w:pPr>
        <w:rPr>
          <w:lang w:val="pt-BR"/>
        </w:rPr>
      </w:pPr>
      <w:r w:rsidRPr="001179E8">
        <w:rPr>
          <w:lang w:val="pt-BR"/>
        </w:rPr>
        <w:br/>
      </w:r>
    </w:p>
    <w:p w14:paraId="7D927BB2" w14:textId="77777777" w:rsidR="002355BD" w:rsidRPr="001179E8" w:rsidRDefault="00000000">
      <w:pPr>
        <w:rPr>
          <w:lang w:val="pt-BR"/>
        </w:rPr>
      </w:pPr>
      <w:r w:rsidRPr="001179E8">
        <w:rPr>
          <w:lang w:val="pt-BR"/>
        </w:rPr>
        <w:t>"Eu sei como você foi tratada no submundo," continuou ele. "Como um objeto, um troféu, algo para ser possuído e exibido. E desde que chegou ao nosso mundo, você tem usado as mesmas táticas que aprendeu lá – sedução, manipulação, jogos de poder."</w:t>
      </w:r>
    </w:p>
    <w:p w14:paraId="77A05E1C" w14:textId="77777777" w:rsidR="002355BD" w:rsidRPr="001179E8" w:rsidRDefault="00000000">
      <w:pPr>
        <w:rPr>
          <w:lang w:val="pt-BR"/>
        </w:rPr>
      </w:pPr>
      <w:r w:rsidRPr="001179E8">
        <w:rPr>
          <w:lang w:val="pt-BR"/>
        </w:rPr>
        <w:br/>
      </w:r>
    </w:p>
    <w:p w14:paraId="5E476184" w14:textId="77777777" w:rsidR="002355BD" w:rsidRPr="001179E8" w:rsidRDefault="00000000">
      <w:pPr>
        <w:rPr>
          <w:lang w:val="pt-BR"/>
        </w:rPr>
      </w:pPr>
      <w:r w:rsidRPr="001179E8">
        <w:rPr>
          <w:lang w:val="pt-BR"/>
        </w:rPr>
        <w:t>Ela desviou o olhar, mas Luke gentilmente trouxe seu rosto de volta para encará-lo.</w:t>
      </w:r>
    </w:p>
    <w:p w14:paraId="7374DCD7" w14:textId="77777777" w:rsidR="002355BD" w:rsidRPr="001179E8" w:rsidRDefault="00000000">
      <w:pPr>
        <w:rPr>
          <w:lang w:val="pt-BR"/>
        </w:rPr>
      </w:pPr>
      <w:r w:rsidRPr="001179E8">
        <w:rPr>
          <w:lang w:val="pt-BR"/>
        </w:rPr>
        <w:br/>
      </w:r>
    </w:p>
    <w:p w14:paraId="654926C7" w14:textId="77777777" w:rsidR="002355BD" w:rsidRPr="001179E8" w:rsidRDefault="00000000">
      <w:pPr>
        <w:rPr>
          <w:lang w:val="pt-BR"/>
        </w:rPr>
      </w:pPr>
      <w:r w:rsidRPr="001179E8">
        <w:rPr>
          <w:lang w:val="pt-BR"/>
        </w:rPr>
        <w:t>"Mas você é muito mais do que isso, Elaine," disse ele com intensidade. "Você é uma pessoa completa, complexa, com medos e esperanças e sonhos. Uma mulher doce, corajosa e de bom coração que merece ser vista e valorizada por tudo o que é, não apenas por sua aparência ou o que pode fazer por alguém."</w:t>
      </w:r>
    </w:p>
    <w:p w14:paraId="4261981A" w14:textId="77777777" w:rsidR="002355BD" w:rsidRPr="001179E8" w:rsidRDefault="00000000">
      <w:pPr>
        <w:rPr>
          <w:lang w:val="pt-BR"/>
        </w:rPr>
      </w:pPr>
      <w:r w:rsidRPr="001179E8">
        <w:rPr>
          <w:lang w:val="pt-BR"/>
        </w:rPr>
        <w:lastRenderedPageBreak/>
        <w:br/>
      </w:r>
    </w:p>
    <w:p w14:paraId="3515084B" w14:textId="77777777" w:rsidR="002355BD" w:rsidRPr="001179E8" w:rsidRDefault="00000000">
      <w:pPr>
        <w:rPr>
          <w:lang w:val="pt-BR"/>
        </w:rPr>
      </w:pPr>
      <w:r w:rsidRPr="001179E8">
        <w:rPr>
          <w:lang w:val="pt-BR"/>
        </w:rPr>
        <w:t>Lágrimas começaram a se formar nos olhos de Elaine, brilhando como cristais à luz suave.</w:t>
      </w:r>
    </w:p>
    <w:p w14:paraId="02EBFFD7" w14:textId="77777777" w:rsidR="002355BD" w:rsidRPr="001179E8" w:rsidRDefault="00000000">
      <w:pPr>
        <w:rPr>
          <w:lang w:val="pt-BR"/>
        </w:rPr>
      </w:pPr>
      <w:r w:rsidRPr="001179E8">
        <w:rPr>
          <w:lang w:val="pt-BR"/>
        </w:rPr>
        <w:br/>
      </w:r>
    </w:p>
    <w:p w14:paraId="32C27F5F" w14:textId="77777777" w:rsidR="002355BD" w:rsidRPr="001179E8" w:rsidRDefault="00000000">
      <w:pPr>
        <w:rPr>
          <w:lang w:val="pt-BR"/>
        </w:rPr>
      </w:pPr>
      <w:r w:rsidRPr="001179E8">
        <w:rPr>
          <w:lang w:val="pt-BR"/>
        </w:rPr>
        <w:t>"Se algo vai acontecer entre nós," continuou Luke, "não pode ser baseado nos jogos que você aprendeu a jogar para sobreviver. Tem que ser real. Tem que ser baseado em quem realmente somos, não em quem fingimos ser ou no que achamos que o outro quer."</w:t>
      </w:r>
    </w:p>
    <w:p w14:paraId="6A9D360E" w14:textId="77777777" w:rsidR="002355BD" w:rsidRPr="001179E8" w:rsidRDefault="00000000">
      <w:pPr>
        <w:rPr>
          <w:lang w:val="pt-BR"/>
        </w:rPr>
      </w:pPr>
      <w:r w:rsidRPr="001179E8">
        <w:rPr>
          <w:lang w:val="pt-BR"/>
        </w:rPr>
        <w:br/>
      </w:r>
    </w:p>
    <w:p w14:paraId="2C2FA010" w14:textId="77777777" w:rsidR="002355BD" w:rsidRPr="001179E8" w:rsidRDefault="00000000">
      <w:pPr>
        <w:rPr>
          <w:lang w:val="pt-BR"/>
        </w:rPr>
      </w:pPr>
      <w:r w:rsidRPr="001179E8">
        <w:rPr>
          <w:lang w:val="pt-BR"/>
        </w:rPr>
        <w:t>Uma única lágrima escorreu pelo rosto de Elaine. "Eu não sei como fazer isso," admitiu ela, sua voz quase um sussurro. "Não sei como ser real. Tenho sido uma miragem por tanto tempo..."</w:t>
      </w:r>
    </w:p>
    <w:p w14:paraId="3A1C4BA5" w14:textId="77777777" w:rsidR="002355BD" w:rsidRPr="001179E8" w:rsidRDefault="00000000">
      <w:pPr>
        <w:rPr>
          <w:lang w:val="pt-BR"/>
        </w:rPr>
      </w:pPr>
      <w:r w:rsidRPr="001179E8">
        <w:rPr>
          <w:lang w:val="pt-BR"/>
        </w:rPr>
        <w:br/>
      </w:r>
    </w:p>
    <w:p w14:paraId="6A8EDDDE" w14:textId="77777777" w:rsidR="002355BD" w:rsidRPr="001179E8" w:rsidRDefault="00000000">
      <w:pPr>
        <w:rPr>
          <w:lang w:val="pt-BR"/>
        </w:rPr>
      </w:pPr>
      <w:r w:rsidRPr="001179E8">
        <w:rPr>
          <w:lang w:val="pt-BR"/>
        </w:rPr>
        <w:t>Luke secou sua lágrima com o polegar, seu toque gentil. "Então vamos descobrir juntos. Sem pressa, sem pressão. Apenas duas pessoas aprendendo a se conhecer de verdade."</w:t>
      </w:r>
    </w:p>
    <w:p w14:paraId="05E28131" w14:textId="77777777" w:rsidR="002355BD" w:rsidRPr="001179E8" w:rsidRDefault="00000000">
      <w:pPr>
        <w:rPr>
          <w:lang w:val="pt-BR"/>
        </w:rPr>
      </w:pPr>
      <w:r w:rsidRPr="001179E8">
        <w:rPr>
          <w:lang w:val="pt-BR"/>
        </w:rPr>
        <w:br/>
      </w:r>
    </w:p>
    <w:p w14:paraId="5D82EBB9" w14:textId="77777777" w:rsidR="002355BD" w:rsidRPr="001179E8" w:rsidRDefault="00000000">
      <w:pPr>
        <w:rPr>
          <w:lang w:val="pt-BR"/>
        </w:rPr>
      </w:pPr>
      <w:r w:rsidRPr="001179E8">
        <w:rPr>
          <w:lang w:val="pt-BR"/>
        </w:rPr>
        <w:t>Elaine o olhou por um longo momento, então assentiu lentamente. "Eu gostaria disso," disse ela suavemente.</w:t>
      </w:r>
    </w:p>
    <w:p w14:paraId="0299F785" w14:textId="77777777" w:rsidR="002355BD" w:rsidRPr="001179E8" w:rsidRDefault="00000000">
      <w:pPr>
        <w:rPr>
          <w:lang w:val="pt-BR"/>
        </w:rPr>
      </w:pPr>
      <w:r w:rsidRPr="001179E8">
        <w:rPr>
          <w:lang w:val="pt-BR"/>
        </w:rPr>
        <w:br/>
      </w:r>
    </w:p>
    <w:p w14:paraId="67B95E97" w14:textId="77777777" w:rsidR="002355BD" w:rsidRPr="001179E8" w:rsidRDefault="00000000">
      <w:pPr>
        <w:rPr>
          <w:lang w:val="pt-BR"/>
        </w:rPr>
      </w:pPr>
      <w:r w:rsidRPr="001179E8">
        <w:rPr>
          <w:lang w:val="pt-BR"/>
        </w:rPr>
        <w:t>Luke sorriu, e desta vez foi ele quem se inclinou para frente, depositando um beijo suave em sua testa. "Eu também."</w:t>
      </w:r>
    </w:p>
    <w:p w14:paraId="4D6EA651" w14:textId="77777777" w:rsidR="002355BD" w:rsidRPr="001179E8" w:rsidRDefault="00000000">
      <w:pPr>
        <w:rPr>
          <w:lang w:val="pt-BR"/>
        </w:rPr>
      </w:pPr>
      <w:r w:rsidRPr="001179E8">
        <w:rPr>
          <w:lang w:val="pt-BR"/>
        </w:rPr>
        <w:br/>
      </w:r>
    </w:p>
    <w:p w14:paraId="28EF4BA4" w14:textId="77777777" w:rsidR="002355BD" w:rsidRPr="001179E8" w:rsidRDefault="00000000">
      <w:pPr>
        <w:rPr>
          <w:lang w:val="pt-BR"/>
        </w:rPr>
      </w:pPr>
      <w:r w:rsidRPr="001179E8">
        <w:rPr>
          <w:lang w:val="pt-BR"/>
        </w:rPr>
        <w:t>Eles permaneceram assim por um momento, em um abraço gentil que prometia possibilidades futuras. Então, por acordo mútuo silencioso, se separaram.</w:t>
      </w:r>
    </w:p>
    <w:p w14:paraId="7F35A0BA" w14:textId="77777777" w:rsidR="002355BD" w:rsidRPr="001179E8" w:rsidRDefault="00000000">
      <w:pPr>
        <w:rPr>
          <w:lang w:val="pt-BR"/>
        </w:rPr>
      </w:pPr>
      <w:r w:rsidRPr="001179E8">
        <w:rPr>
          <w:lang w:val="pt-BR"/>
        </w:rPr>
        <w:br/>
      </w:r>
    </w:p>
    <w:p w14:paraId="4763EAB8" w14:textId="77777777" w:rsidR="002355BD" w:rsidRPr="001179E8" w:rsidRDefault="00000000">
      <w:pPr>
        <w:rPr>
          <w:lang w:val="pt-BR"/>
        </w:rPr>
      </w:pPr>
      <w:r w:rsidRPr="001179E8">
        <w:rPr>
          <w:lang w:val="pt-BR"/>
        </w:rPr>
        <w:t>"Deveríamos descansar," sugeriu Luke. "Amanhã será um longo dia."</w:t>
      </w:r>
    </w:p>
    <w:p w14:paraId="5F306517" w14:textId="77777777" w:rsidR="002355BD" w:rsidRPr="001179E8" w:rsidRDefault="00000000">
      <w:pPr>
        <w:rPr>
          <w:lang w:val="pt-BR"/>
        </w:rPr>
      </w:pPr>
      <w:r w:rsidRPr="001179E8">
        <w:rPr>
          <w:lang w:val="pt-BR"/>
        </w:rPr>
        <w:lastRenderedPageBreak/>
        <w:br/>
      </w:r>
    </w:p>
    <w:p w14:paraId="5EA311CC" w14:textId="77777777" w:rsidR="002355BD" w:rsidRPr="001179E8" w:rsidRDefault="00000000">
      <w:pPr>
        <w:rPr>
          <w:lang w:val="pt-BR"/>
        </w:rPr>
      </w:pPr>
      <w:r w:rsidRPr="001179E8">
        <w:rPr>
          <w:lang w:val="pt-BR"/>
        </w:rPr>
        <w:t>Elaine assentiu, um pequeno sorriso brincando em seus lábios. "Boa noite, Luke."</w:t>
      </w:r>
    </w:p>
    <w:p w14:paraId="30EEB546" w14:textId="77777777" w:rsidR="002355BD" w:rsidRPr="001179E8" w:rsidRDefault="00000000">
      <w:pPr>
        <w:rPr>
          <w:lang w:val="pt-BR"/>
        </w:rPr>
      </w:pPr>
      <w:r w:rsidRPr="001179E8">
        <w:rPr>
          <w:lang w:val="pt-BR"/>
        </w:rPr>
        <w:br/>
      </w:r>
    </w:p>
    <w:p w14:paraId="50AD0310" w14:textId="77777777" w:rsidR="002355BD" w:rsidRPr="001179E8" w:rsidRDefault="00000000">
      <w:pPr>
        <w:rPr>
          <w:lang w:val="pt-BR"/>
        </w:rPr>
      </w:pPr>
      <w:r w:rsidRPr="001179E8">
        <w:rPr>
          <w:lang w:val="pt-BR"/>
        </w:rPr>
        <w:t>"Boa noite, Elaine."</w:t>
      </w:r>
    </w:p>
    <w:p w14:paraId="185B6557" w14:textId="77777777" w:rsidR="002355BD" w:rsidRPr="001179E8" w:rsidRDefault="00000000">
      <w:pPr>
        <w:rPr>
          <w:lang w:val="pt-BR"/>
        </w:rPr>
      </w:pPr>
      <w:r w:rsidRPr="001179E8">
        <w:rPr>
          <w:lang w:val="pt-BR"/>
        </w:rPr>
        <w:br/>
      </w:r>
    </w:p>
    <w:p w14:paraId="054B7CFF" w14:textId="77777777" w:rsidR="002355BD" w:rsidRPr="001179E8" w:rsidRDefault="00000000">
      <w:pPr>
        <w:rPr>
          <w:lang w:val="pt-BR"/>
        </w:rPr>
      </w:pPr>
      <w:r w:rsidRPr="001179E8">
        <w:rPr>
          <w:lang w:val="pt-BR"/>
        </w:rPr>
        <w:t>Enquanto se dirigiam para seus quartos separados, Luke refletiu sobre a jornada que haviam começado – não apenas a busca pela Chave dos Reinos, mas também esta exploração mais pessoal de quem eram e o que poderiam significar um para o outro.</w:t>
      </w:r>
    </w:p>
    <w:p w14:paraId="3C06F391" w14:textId="77777777" w:rsidR="002355BD" w:rsidRPr="001179E8" w:rsidRDefault="00000000">
      <w:pPr>
        <w:rPr>
          <w:lang w:val="pt-BR"/>
        </w:rPr>
      </w:pPr>
      <w:r w:rsidRPr="001179E8">
        <w:rPr>
          <w:lang w:val="pt-BR"/>
        </w:rPr>
        <w:br/>
      </w:r>
    </w:p>
    <w:p w14:paraId="71BACC9A" w14:textId="77777777" w:rsidR="002355BD" w:rsidRPr="001179E8" w:rsidRDefault="00000000">
      <w:pPr>
        <w:rPr>
          <w:lang w:val="pt-BR"/>
        </w:rPr>
      </w:pPr>
      <w:r w:rsidRPr="001179E8">
        <w:rPr>
          <w:lang w:val="pt-BR"/>
        </w:rPr>
        <w:t>E pela primeira vez desde que conhecera Elaine Nocturne, ele se permitiu considerar a possibilidade de que talvez, apenas talvez, ela pudesse ser exatamente o que ele não sabia que estava procurando.</w:t>
      </w:r>
    </w:p>
    <w:p w14:paraId="2648225D" w14:textId="77777777" w:rsidR="002355BD" w:rsidRPr="001179E8" w:rsidRDefault="002355BD">
      <w:pPr>
        <w:rPr>
          <w:lang w:val="pt-BR"/>
        </w:rPr>
      </w:pPr>
    </w:p>
    <w:p w14:paraId="385B0B59" w14:textId="77777777" w:rsidR="002355BD" w:rsidRPr="001179E8" w:rsidRDefault="00000000">
      <w:pPr>
        <w:rPr>
          <w:lang w:val="pt-BR"/>
        </w:rPr>
      </w:pPr>
      <w:r w:rsidRPr="001179E8">
        <w:rPr>
          <w:lang w:val="pt-BR"/>
        </w:rPr>
        <w:t>A manhã chegou com uma luz dourada que filtrava através das janelas inteligentes da casa de Sophia, programadas para permitir a entrada gradual do sol. Luke acordou sentindo-se estranhamente descansado, considerando as circunstâncias extraordinárias. Por um momento, ficou deitado observando o teto que mudava sutilmente de cor com a luz crescente, refletindo sobre a conversa da noite anterior com Elaine.</w:t>
      </w:r>
    </w:p>
    <w:p w14:paraId="17CF2CB4" w14:textId="77777777" w:rsidR="002355BD" w:rsidRPr="001179E8" w:rsidRDefault="00000000">
      <w:pPr>
        <w:rPr>
          <w:lang w:val="pt-BR"/>
        </w:rPr>
      </w:pPr>
      <w:r w:rsidRPr="001179E8">
        <w:rPr>
          <w:lang w:val="pt-BR"/>
        </w:rPr>
        <w:br/>
      </w:r>
    </w:p>
    <w:p w14:paraId="01F2A0EE" w14:textId="77777777" w:rsidR="002355BD" w:rsidRPr="001179E8" w:rsidRDefault="00000000">
      <w:pPr>
        <w:rPr>
          <w:lang w:val="pt-BR"/>
        </w:rPr>
      </w:pPr>
      <w:r w:rsidRPr="001179E8">
        <w:rPr>
          <w:lang w:val="pt-BR"/>
        </w:rPr>
        <w:t>Ele não planejara ser tão direto com ela, mas algo naquele momento – a vulnerabilidade em seus olhos, a hesitação em seu beijo – havia tocado algo profundo dentro dele. Por trás da fachada sedutora e confiante que ela projetava, Luke vislumbrara a verdadeira Elaine: alguém que ansiava por conexão genuína, mas que só conhecia uma maneira de buscá-la.</w:t>
      </w:r>
    </w:p>
    <w:p w14:paraId="54146C07" w14:textId="77777777" w:rsidR="002355BD" w:rsidRPr="001179E8" w:rsidRDefault="00000000">
      <w:pPr>
        <w:rPr>
          <w:lang w:val="pt-BR"/>
        </w:rPr>
      </w:pPr>
      <w:r w:rsidRPr="001179E8">
        <w:rPr>
          <w:lang w:val="pt-BR"/>
        </w:rPr>
        <w:br/>
      </w:r>
    </w:p>
    <w:p w14:paraId="2E8130C6" w14:textId="77777777" w:rsidR="002355BD" w:rsidRPr="001179E8" w:rsidRDefault="00000000">
      <w:pPr>
        <w:rPr>
          <w:lang w:val="pt-BR"/>
        </w:rPr>
      </w:pPr>
      <w:r w:rsidRPr="001179E8">
        <w:rPr>
          <w:lang w:val="pt-BR"/>
        </w:rPr>
        <w:t>Seus pensamentos foram interrompidos por uma leve batida na porta.</w:t>
      </w:r>
    </w:p>
    <w:p w14:paraId="2D38D973" w14:textId="77777777" w:rsidR="002355BD" w:rsidRPr="001179E8" w:rsidRDefault="00000000">
      <w:pPr>
        <w:rPr>
          <w:lang w:val="pt-BR"/>
        </w:rPr>
      </w:pPr>
      <w:r w:rsidRPr="001179E8">
        <w:rPr>
          <w:lang w:val="pt-BR"/>
        </w:rPr>
        <w:br/>
      </w:r>
    </w:p>
    <w:p w14:paraId="78FAC91F" w14:textId="77777777" w:rsidR="002355BD" w:rsidRPr="001179E8" w:rsidRDefault="00000000">
      <w:pPr>
        <w:rPr>
          <w:lang w:val="pt-BR"/>
        </w:rPr>
      </w:pPr>
      <w:r w:rsidRPr="001179E8">
        <w:rPr>
          <w:lang w:val="pt-BR"/>
        </w:rPr>
        <w:lastRenderedPageBreak/>
        <w:t>"Luke?" A voz de Sophia veio do outro lado. "O café da manhã está pronto quando você estiver."</w:t>
      </w:r>
    </w:p>
    <w:p w14:paraId="48029AE1" w14:textId="77777777" w:rsidR="002355BD" w:rsidRPr="001179E8" w:rsidRDefault="00000000">
      <w:pPr>
        <w:rPr>
          <w:lang w:val="pt-BR"/>
        </w:rPr>
      </w:pPr>
      <w:r w:rsidRPr="001179E8">
        <w:rPr>
          <w:lang w:val="pt-BR"/>
        </w:rPr>
        <w:br/>
      </w:r>
    </w:p>
    <w:p w14:paraId="26FC83E1" w14:textId="77777777" w:rsidR="002355BD" w:rsidRPr="001179E8" w:rsidRDefault="00000000">
      <w:pPr>
        <w:rPr>
          <w:lang w:val="pt-BR"/>
        </w:rPr>
      </w:pPr>
      <w:r w:rsidRPr="001179E8">
        <w:rPr>
          <w:lang w:val="pt-BR"/>
        </w:rPr>
        <w:t>"Obrigado," respondeu ele, levantando-se. "Estarei lá em alguns minutos."</w:t>
      </w:r>
    </w:p>
    <w:p w14:paraId="405C15EC" w14:textId="77777777" w:rsidR="002355BD" w:rsidRPr="001179E8" w:rsidRDefault="00000000">
      <w:pPr>
        <w:rPr>
          <w:lang w:val="pt-BR"/>
        </w:rPr>
      </w:pPr>
      <w:r w:rsidRPr="001179E8">
        <w:rPr>
          <w:lang w:val="pt-BR"/>
        </w:rPr>
        <w:br/>
      </w:r>
    </w:p>
    <w:p w14:paraId="27C1C7A4" w14:textId="77777777" w:rsidR="002355BD" w:rsidRPr="001179E8" w:rsidRDefault="00000000">
      <w:pPr>
        <w:rPr>
          <w:lang w:val="pt-BR"/>
        </w:rPr>
      </w:pPr>
      <w:r w:rsidRPr="001179E8">
        <w:rPr>
          <w:lang w:val="pt-BR"/>
        </w:rPr>
        <w:t>Ele se vestiu rapidamente com as roupas que Sophia havia providenciado – peças práticas e resistentes, adequadas para a jornada montanhosa que os aguardava. Eram de um material que ele não reconhecia, leve mas aparentemente durável, com propriedades térmicas que se ajustavam ao corpo.</w:t>
      </w:r>
    </w:p>
    <w:p w14:paraId="5014AE4D" w14:textId="77777777" w:rsidR="002355BD" w:rsidRPr="001179E8" w:rsidRDefault="00000000">
      <w:pPr>
        <w:rPr>
          <w:lang w:val="pt-BR"/>
        </w:rPr>
      </w:pPr>
      <w:r w:rsidRPr="001179E8">
        <w:rPr>
          <w:lang w:val="pt-BR"/>
        </w:rPr>
        <w:br/>
      </w:r>
    </w:p>
    <w:p w14:paraId="446FA401" w14:textId="77777777" w:rsidR="002355BD" w:rsidRPr="001179E8" w:rsidRDefault="00000000">
      <w:pPr>
        <w:rPr>
          <w:lang w:val="pt-BR"/>
        </w:rPr>
      </w:pPr>
      <w:r w:rsidRPr="001179E8">
        <w:rPr>
          <w:lang w:val="pt-BR"/>
        </w:rPr>
        <w:t>Quando chegou à cozinha, encontrou Sophia preparando algo que cheirava maravilhosamente bem em um aparelho que parecia uma versão futurista de um fogão. Elaine já estava sentada à mesa, vestida de forma similar a ele, seu cabelo platinado trançado em um estilo prático.</w:t>
      </w:r>
    </w:p>
    <w:p w14:paraId="09F380A6" w14:textId="77777777" w:rsidR="002355BD" w:rsidRPr="001179E8" w:rsidRDefault="00000000">
      <w:pPr>
        <w:rPr>
          <w:lang w:val="pt-BR"/>
        </w:rPr>
      </w:pPr>
      <w:r w:rsidRPr="001179E8">
        <w:rPr>
          <w:lang w:val="pt-BR"/>
        </w:rPr>
        <w:br/>
      </w:r>
    </w:p>
    <w:p w14:paraId="5D9B2251" w14:textId="77777777" w:rsidR="002355BD" w:rsidRPr="001179E8" w:rsidRDefault="00000000">
      <w:pPr>
        <w:rPr>
          <w:lang w:val="pt-BR"/>
        </w:rPr>
      </w:pPr>
      <w:r w:rsidRPr="001179E8">
        <w:rPr>
          <w:lang w:val="pt-BR"/>
        </w:rPr>
        <w:t>Seus olhares se encontraram brevemente, e Luke notou um leve rubor colorindo as bochechas dela antes que desviasse o olhar. Havia uma nova timidez em sua postura, algo que ele nunca havia visto antes.</w:t>
      </w:r>
    </w:p>
    <w:p w14:paraId="2380583E" w14:textId="77777777" w:rsidR="002355BD" w:rsidRPr="001179E8" w:rsidRDefault="00000000">
      <w:pPr>
        <w:rPr>
          <w:lang w:val="pt-BR"/>
        </w:rPr>
      </w:pPr>
      <w:r w:rsidRPr="001179E8">
        <w:rPr>
          <w:lang w:val="pt-BR"/>
        </w:rPr>
        <w:br/>
      </w:r>
    </w:p>
    <w:p w14:paraId="0DC5FBB2" w14:textId="77777777" w:rsidR="002355BD" w:rsidRPr="001179E8" w:rsidRDefault="00000000">
      <w:pPr>
        <w:rPr>
          <w:lang w:val="pt-BR"/>
        </w:rPr>
      </w:pPr>
      <w:r w:rsidRPr="001179E8">
        <w:rPr>
          <w:lang w:val="pt-BR"/>
        </w:rPr>
        <w:t>"Bom dia," disse ele, sentando-se à mesa.</w:t>
      </w:r>
    </w:p>
    <w:p w14:paraId="7F55A5D7" w14:textId="77777777" w:rsidR="002355BD" w:rsidRPr="001179E8" w:rsidRDefault="00000000">
      <w:pPr>
        <w:rPr>
          <w:lang w:val="pt-BR"/>
        </w:rPr>
      </w:pPr>
      <w:r w:rsidRPr="001179E8">
        <w:rPr>
          <w:lang w:val="pt-BR"/>
        </w:rPr>
        <w:br/>
      </w:r>
    </w:p>
    <w:p w14:paraId="13C82291" w14:textId="77777777" w:rsidR="002355BD" w:rsidRPr="001179E8" w:rsidRDefault="00000000">
      <w:pPr>
        <w:rPr>
          <w:lang w:val="pt-BR"/>
        </w:rPr>
      </w:pPr>
      <w:r w:rsidRPr="001179E8">
        <w:rPr>
          <w:lang w:val="pt-BR"/>
        </w:rPr>
        <w:t>"Bom dia," respondeu ela suavemente.</w:t>
      </w:r>
    </w:p>
    <w:p w14:paraId="7FE2D915" w14:textId="77777777" w:rsidR="002355BD" w:rsidRPr="001179E8" w:rsidRDefault="00000000">
      <w:pPr>
        <w:rPr>
          <w:lang w:val="pt-BR"/>
        </w:rPr>
      </w:pPr>
      <w:r w:rsidRPr="001179E8">
        <w:rPr>
          <w:lang w:val="pt-BR"/>
        </w:rPr>
        <w:br/>
      </w:r>
    </w:p>
    <w:p w14:paraId="3CAEF49D" w14:textId="77777777" w:rsidR="002355BD" w:rsidRPr="001179E8" w:rsidRDefault="00000000">
      <w:pPr>
        <w:rPr>
          <w:lang w:val="pt-BR"/>
        </w:rPr>
      </w:pPr>
      <w:r w:rsidRPr="001179E8">
        <w:rPr>
          <w:lang w:val="pt-BR"/>
        </w:rPr>
        <w:t>Sophia trouxe pratos de algo que parecia e cheirava como ovos e pão fresco, embora Luke suspeitasse que os ingredientes fossem bem diferentes dos que ele conhecia.</w:t>
      </w:r>
    </w:p>
    <w:p w14:paraId="1EEAF9CA" w14:textId="77777777" w:rsidR="002355BD" w:rsidRPr="001179E8" w:rsidRDefault="00000000">
      <w:pPr>
        <w:rPr>
          <w:lang w:val="pt-BR"/>
        </w:rPr>
      </w:pPr>
      <w:r w:rsidRPr="001179E8">
        <w:rPr>
          <w:lang w:val="pt-BR"/>
        </w:rPr>
        <w:lastRenderedPageBreak/>
        <w:br/>
      </w:r>
    </w:p>
    <w:p w14:paraId="377D6A30" w14:textId="77777777" w:rsidR="002355BD" w:rsidRPr="001179E8" w:rsidRDefault="00000000">
      <w:pPr>
        <w:rPr>
          <w:lang w:val="pt-BR"/>
        </w:rPr>
      </w:pPr>
      <w:r w:rsidRPr="001179E8">
        <w:rPr>
          <w:lang w:val="pt-BR"/>
        </w:rPr>
        <w:t>"Espero que tenham dormido bem," disse ela, juntando-se a eles. "Temos um longo dia pela frente."</w:t>
      </w:r>
    </w:p>
    <w:p w14:paraId="615F88EE" w14:textId="77777777" w:rsidR="002355BD" w:rsidRPr="001179E8" w:rsidRDefault="00000000">
      <w:pPr>
        <w:rPr>
          <w:lang w:val="pt-BR"/>
        </w:rPr>
      </w:pPr>
      <w:r w:rsidRPr="001179E8">
        <w:rPr>
          <w:lang w:val="pt-BR"/>
        </w:rPr>
        <w:br/>
      </w:r>
    </w:p>
    <w:p w14:paraId="2914F5F8" w14:textId="77777777" w:rsidR="002355BD" w:rsidRPr="001179E8" w:rsidRDefault="00000000">
      <w:pPr>
        <w:rPr>
          <w:lang w:val="pt-BR"/>
        </w:rPr>
      </w:pPr>
      <w:r w:rsidRPr="001179E8">
        <w:rPr>
          <w:lang w:val="pt-BR"/>
        </w:rPr>
        <w:t>"Muito bem, obrigado," respondeu Luke. "Então, qual é o plano exato para hoje?"</w:t>
      </w:r>
    </w:p>
    <w:p w14:paraId="242CE6F7" w14:textId="77777777" w:rsidR="002355BD" w:rsidRPr="001179E8" w:rsidRDefault="00000000">
      <w:pPr>
        <w:rPr>
          <w:lang w:val="pt-BR"/>
        </w:rPr>
      </w:pPr>
      <w:r w:rsidRPr="001179E8">
        <w:rPr>
          <w:lang w:val="pt-BR"/>
        </w:rPr>
        <w:br/>
      </w:r>
    </w:p>
    <w:p w14:paraId="69A54A39" w14:textId="77777777" w:rsidR="002355BD" w:rsidRPr="001179E8" w:rsidRDefault="00000000">
      <w:pPr>
        <w:rPr>
          <w:lang w:val="pt-BR"/>
        </w:rPr>
      </w:pPr>
      <w:r w:rsidRPr="001179E8">
        <w:rPr>
          <w:lang w:val="pt-BR"/>
        </w:rPr>
        <w:t>Sophia acenou com a mão, e um mapa tridimensional apareceu flutuando sobre a mesa. "Providenciei um veículo que os levará até aqui," ela apontou para um ponto nas montanhas. "É o mais próximo que a tecnologia pode chegar do Vale dos Ecos. A partir daí, vocês seguirão a pé por este caminho." Uma linha vermelha apareceu no mapa, serpenteando através de um desfiladeiro até um vale oculto.</w:t>
      </w:r>
    </w:p>
    <w:p w14:paraId="051D6B44" w14:textId="77777777" w:rsidR="002355BD" w:rsidRPr="001179E8" w:rsidRDefault="00000000">
      <w:pPr>
        <w:rPr>
          <w:lang w:val="pt-BR"/>
        </w:rPr>
      </w:pPr>
      <w:r w:rsidRPr="001179E8">
        <w:rPr>
          <w:lang w:val="pt-BR"/>
        </w:rPr>
        <w:br/>
      </w:r>
    </w:p>
    <w:p w14:paraId="54A8BB29" w14:textId="77777777" w:rsidR="002355BD" w:rsidRPr="001179E8" w:rsidRDefault="00000000">
      <w:pPr>
        <w:rPr>
          <w:lang w:val="pt-BR"/>
        </w:rPr>
      </w:pPr>
      <w:r w:rsidRPr="001179E8">
        <w:rPr>
          <w:lang w:val="pt-BR"/>
        </w:rPr>
        <w:t>"Quanto tempo de caminhada?" perguntou Elaine, estudando o mapa.</w:t>
      </w:r>
    </w:p>
    <w:p w14:paraId="6820FB38" w14:textId="77777777" w:rsidR="002355BD" w:rsidRPr="001179E8" w:rsidRDefault="00000000">
      <w:pPr>
        <w:rPr>
          <w:lang w:val="pt-BR"/>
        </w:rPr>
      </w:pPr>
      <w:r w:rsidRPr="001179E8">
        <w:rPr>
          <w:lang w:val="pt-BR"/>
        </w:rPr>
        <w:br/>
      </w:r>
    </w:p>
    <w:p w14:paraId="54527FB0" w14:textId="77777777" w:rsidR="002355BD" w:rsidRPr="001179E8" w:rsidRDefault="00000000">
      <w:pPr>
        <w:rPr>
          <w:lang w:val="pt-BR"/>
        </w:rPr>
      </w:pPr>
      <w:r w:rsidRPr="001179E8">
        <w:rPr>
          <w:lang w:val="pt-BR"/>
        </w:rPr>
        <w:t>"Cerca de três horas, em ritmo constante," respondeu Sophia. "O caminho não é tecnicamente difícil, mas é íngreme em alguns pontos. As mochilas que preparei têm tudo o que vocês precisarão – água, alimentos, equipamento básico de acampamento caso precisem passar a noite."</w:t>
      </w:r>
    </w:p>
    <w:p w14:paraId="7BF975CD" w14:textId="77777777" w:rsidR="002355BD" w:rsidRPr="001179E8" w:rsidRDefault="00000000">
      <w:pPr>
        <w:rPr>
          <w:lang w:val="pt-BR"/>
        </w:rPr>
      </w:pPr>
      <w:r w:rsidRPr="001179E8">
        <w:rPr>
          <w:lang w:val="pt-BR"/>
        </w:rPr>
        <w:br/>
      </w:r>
    </w:p>
    <w:p w14:paraId="2C2924C6" w14:textId="77777777" w:rsidR="002355BD" w:rsidRPr="001179E8" w:rsidRDefault="00000000">
      <w:pPr>
        <w:rPr>
          <w:lang w:val="pt-BR"/>
        </w:rPr>
      </w:pPr>
      <w:r w:rsidRPr="001179E8">
        <w:rPr>
          <w:lang w:val="pt-BR"/>
        </w:rPr>
        <w:t>"E quando chegarmos ao vale?" perguntou Luke. "Como encontramos os Guardiões?"</w:t>
      </w:r>
    </w:p>
    <w:p w14:paraId="4174779A" w14:textId="77777777" w:rsidR="002355BD" w:rsidRPr="001179E8" w:rsidRDefault="00000000">
      <w:pPr>
        <w:rPr>
          <w:lang w:val="pt-BR"/>
        </w:rPr>
      </w:pPr>
      <w:r w:rsidRPr="001179E8">
        <w:rPr>
          <w:lang w:val="pt-BR"/>
        </w:rPr>
        <w:br/>
      </w:r>
    </w:p>
    <w:p w14:paraId="2C1D2736" w14:textId="77777777" w:rsidR="002355BD" w:rsidRPr="001179E8" w:rsidRDefault="00000000">
      <w:pPr>
        <w:rPr>
          <w:lang w:val="pt-BR"/>
        </w:rPr>
      </w:pPr>
      <w:r w:rsidRPr="001179E8">
        <w:rPr>
          <w:lang w:val="pt-BR"/>
        </w:rPr>
        <w:t>Sophia sorriu. "Vocês não os encontrarão. Eles os encontrarão."</w:t>
      </w:r>
    </w:p>
    <w:p w14:paraId="75761B67" w14:textId="77777777" w:rsidR="002355BD" w:rsidRPr="001179E8" w:rsidRDefault="00000000">
      <w:pPr>
        <w:rPr>
          <w:lang w:val="pt-BR"/>
        </w:rPr>
      </w:pPr>
      <w:r w:rsidRPr="001179E8">
        <w:rPr>
          <w:lang w:val="pt-BR"/>
        </w:rPr>
        <w:br/>
      </w:r>
    </w:p>
    <w:p w14:paraId="4F0647FC" w14:textId="77777777" w:rsidR="002355BD" w:rsidRPr="001179E8" w:rsidRDefault="00000000">
      <w:pPr>
        <w:rPr>
          <w:lang w:val="pt-BR"/>
        </w:rPr>
      </w:pPr>
      <w:r w:rsidRPr="001179E8">
        <w:rPr>
          <w:lang w:val="pt-BR"/>
        </w:rPr>
        <w:t xml:space="preserve">O café da manhã continuou com Sophia fornecendo mais detalhes sobre a jornada e o que esperar dos Guardiões. Eram uma comunidade antiga, explicou ela, que remontava a muito </w:t>
      </w:r>
      <w:r w:rsidRPr="001179E8">
        <w:rPr>
          <w:lang w:val="pt-BR"/>
        </w:rPr>
        <w:lastRenderedPageBreak/>
        <w:t>antes da Crise de Abyzoth. Dedicavam suas vidas ao estudo e preservação do conhecimento sobre as barreiras entre dimensões e os artefatos de poder que podiam afetá-las.</w:t>
      </w:r>
    </w:p>
    <w:p w14:paraId="3F047B45" w14:textId="77777777" w:rsidR="002355BD" w:rsidRPr="001179E8" w:rsidRDefault="00000000">
      <w:pPr>
        <w:rPr>
          <w:lang w:val="pt-BR"/>
        </w:rPr>
      </w:pPr>
      <w:r w:rsidRPr="001179E8">
        <w:rPr>
          <w:lang w:val="pt-BR"/>
        </w:rPr>
        <w:br/>
      </w:r>
    </w:p>
    <w:p w14:paraId="29F9CF0C" w14:textId="77777777" w:rsidR="002355BD" w:rsidRPr="001179E8" w:rsidRDefault="00000000">
      <w:pPr>
        <w:rPr>
          <w:lang w:val="pt-BR"/>
        </w:rPr>
      </w:pPr>
      <w:r w:rsidRPr="001179E8">
        <w:rPr>
          <w:lang w:val="pt-BR"/>
        </w:rPr>
        <w:t>"Eles são seletivos sobre com quem compartilham seu conhecimento," advertiu Sophia. "Mas são justos. Se explicarem sua missão honestamente, eles ouvirão."</w:t>
      </w:r>
    </w:p>
    <w:p w14:paraId="6F88D60D" w14:textId="77777777" w:rsidR="002355BD" w:rsidRPr="001179E8" w:rsidRDefault="00000000">
      <w:pPr>
        <w:rPr>
          <w:lang w:val="pt-BR"/>
        </w:rPr>
      </w:pPr>
      <w:r w:rsidRPr="001179E8">
        <w:rPr>
          <w:lang w:val="pt-BR"/>
        </w:rPr>
        <w:br/>
      </w:r>
    </w:p>
    <w:p w14:paraId="6F8890A1" w14:textId="77777777" w:rsidR="002355BD" w:rsidRPr="001179E8" w:rsidRDefault="00000000">
      <w:pPr>
        <w:rPr>
          <w:lang w:val="pt-BR"/>
        </w:rPr>
      </w:pPr>
      <w:r w:rsidRPr="001179E8">
        <w:rPr>
          <w:lang w:val="pt-BR"/>
        </w:rPr>
        <w:t>Após o café, Sophia os levou até a garagem, onde um veículo aguardava – uma estrutura elegante e aerodinâmica que pairava a alguns centímetros do chão sem rodas visíveis.</w:t>
      </w:r>
    </w:p>
    <w:p w14:paraId="65215D82" w14:textId="77777777" w:rsidR="002355BD" w:rsidRPr="001179E8" w:rsidRDefault="00000000">
      <w:pPr>
        <w:rPr>
          <w:lang w:val="pt-BR"/>
        </w:rPr>
      </w:pPr>
      <w:r w:rsidRPr="001179E8">
        <w:rPr>
          <w:lang w:val="pt-BR"/>
        </w:rPr>
        <w:br/>
      </w:r>
    </w:p>
    <w:p w14:paraId="4C0D2928" w14:textId="77777777" w:rsidR="002355BD" w:rsidRPr="001179E8" w:rsidRDefault="00000000">
      <w:pPr>
        <w:rPr>
          <w:lang w:val="pt-BR"/>
        </w:rPr>
      </w:pPr>
      <w:r w:rsidRPr="001179E8">
        <w:rPr>
          <w:lang w:val="pt-BR"/>
        </w:rPr>
        <w:t>"É autônomo," explicou ela, abrindo as portas com um gesto. "Já está programado com o destino. Levará cerca de duas horas para chegar ao ponto de partida da trilha."</w:t>
      </w:r>
    </w:p>
    <w:p w14:paraId="2FF0B0B5" w14:textId="77777777" w:rsidR="002355BD" w:rsidRPr="001179E8" w:rsidRDefault="00000000">
      <w:pPr>
        <w:rPr>
          <w:lang w:val="pt-BR"/>
        </w:rPr>
      </w:pPr>
      <w:r w:rsidRPr="001179E8">
        <w:rPr>
          <w:lang w:val="pt-BR"/>
        </w:rPr>
        <w:br/>
      </w:r>
    </w:p>
    <w:p w14:paraId="3FB7ED0A" w14:textId="77777777" w:rsidR="002355BD" w:rsidRPr="001179E8" w:rsidRDefault="00000000">
      <w:pPr>
        <w:rPr>
          <w:lang w:val="pt-BR"/>
        </w:rPr>
      </w:pPr>
      <w:r w:rsidRPr="001179E8">
        <w:rPr>
          <w:lang w:val="pt-BR"/>
        </w:rPr>
        <w:t>Luke e Elaine colocaram as mochilas que Sophia havia preparado no veículo e se prepararam para partir.</w:t>
      </w:r>
    </w:p>
    <w:p w14:paraId="0E0D77F2" w14:textId="77777777" w:rsidR="002355BD" w:rsidRPr="001179E8" w:rsidRDefault="00000000">
      <w:pPr>
        <w:rPr>
          <w:lang w:val="pt-BR"/>
        </w:rPr>
      </w:pPr>
      <w:r w:rsidRPr="001179E8">
        <w:rPr>
          <w:lang w:val="pt-BR"/>
        </w:rPr>
        <w:br/>
      </w:r>
    </w:p>
    <w:p w14:paraId="35BF3430" w14:textId="77777777" w:rsidR="002355BD" w:rsidRPr="001179E8" w:rsidRDefault="00000000">
      <w:pPr>
        <w:rPr>
          <w:lang w:val="pt-BR"/>
        </w:rPr>
      </w:pPr>
      <w:r w:rsidRPr="001179E8">
        <w:rPr>
          <w:lang w:val="pt-BR"/>
        </w:rPr>
        <w:t>"Obrigado por tudo," disse Luke, estendendo a mão para Sophia.</w:t>
      </w:r>
    </w:p>
    <w:p w14:paraId="0341F4E6" w14:textId="77777777" w:rsidR="002355BD" w:rsidRPr="001179E8" w:rsidRDefault="00000000">
      <w:pPr>
        <w:rPr>
          <w:lang w:val="pt-BR"/>
        </w:rPr>
      </w:pPr>
      <w:r w:rsidRPr="001179E8">
        <w:rPr>
          <w:lang w:val="pt-BR"/>
        </w:rPr>
        <w:br/>
      </w:r>
    </w:p>
    <w:p w14:paraId="145CDEC5" w14:textId="77777777" w:rsidR="002355BD" w:rsidRPr="001179E8" w:rsidRDefault="00000000">
      <w:pPr>
        <w:rPr>
          <w:lang w:val="pt-BR"/>
        </w:rPr>
      </w:pPr>
      <w:r w:rsidRPr="001179E8">
        <w:rPr>
          <w:lang w:val="pt-BR"/>
        </w:rPr>
        <w:t>Ela ignorou a mão e o abraçou brevemente. "Não há necessidade de agradecimentos. O que vocês estão tentando fazer pode mudar tudo... para melhor." Ela se afastou, seus olhos verdes penetrantes estudando o rosto dele. "Sabe, você se parece muito com as imagens históricas que temos."</w:t>
      </w:r>
    </w:p>
    <w:p w14:paraId="49DADC6C" w14:textId="77777777" w:rsidR="002355BD" w:rsidRPr="001179E8" w:rsidRDefault="00000000">
      <w:pPr>
        <w:rPr>
          <w:lang w:val="pt-BR"/>
        </w:rPr>
      </w:pPr>
      <w:r w:rsidRPr="001179E8">
        <w:rPr>
          <w:lang w:val="pt-BR"/>
        </w:rPr>
        <w:br/>
      </w:r>
    </w:p>
    <w:p w14:paraId="6C46F632" w14:textId="77777777" w:rsidR="002355BD" w:rsidRPr="001179E8" w:rsidRDefault="00000000">
      <w:pPr>
        <w:rPr>
          <w:lang w:val="pt-BR"/>
        </w:rPr>
      </w:pPr>
      <w:r w:rsidRPr="001179E8">
        <w:rPr>
          <w:lang w:val="pt-BR"/>
        </w:rPr>
        <w:t>Luke sorriu levemente. "Espero que sejam imagens favoráveis."</w:t>
      </w:r>
    </w:p>
    <w:p w14:paraId="795FC9A2" w14:textId="77777777" w:rsidR="002355BD" w:rsidRPr="001179E8" w:rsidRDefault="00000000">
      <w:pPr>
        <w:rPr>
          <w:lang w:val="pt-BR"/>
        </w:rPr>
      </w:pPr>
      <w:r w:rsidRPr="001179E8">
        <w:rPr>
          <w:lang w:val="pt-BR"/>
        </w:rPr>
        <w:br/>
      </w:r>
    </w:p>
    <w:p w14:paraId="6AC73439" w14:textId="77777777" w:rsidR="002355BD" w:rsidRPr="001179E8" w:rsidRDefault="00000000">
      <w:pPr>
        <w:rPr>
          <w:lang w:val="pt-BR"/>
        </w:rPr>
      </w:pPr>
      <w:r w:rsidRPr="001179E8">
        <w:rPr>
          <w:lang w:val="pt-BR"/>
        </w:rPr>
        <w:lastRenderedPageBreak/>
        <w:t>"Oh, muito," assegurou Sophia com um sorriso enigmático. Então, voltando-se para Elaine, ela também a abraçou. "Cuide-se. E cuide dele também."</w:t>
      </w:r>
    </w:p>
    <w:p w14:paraId="772B6FF5" w14:textId="77777777" w:rsidR="002355BD" w:rsidRPr="001179E8" w:rsidRDefault="00000000">
      <w:pPr>
        <w:rPr>
          <w:lang w:val="pt-BR"/>
        </w:rPr>
      </w:pPr>
      <w:r w:rsidRPr="001179E8">
        <w:rPr>
          <w:lang w:val="pt-BR"/>
        </w:rPr>
        <w:br/>
      </w:r>
    </w:p>
    <w:p w14:paraId="5872F094" w14:textId="77777777" w:rsidR="002355BD" w:rsidRPr="001179E8" w:rsidRDefault="00000000">
      <w:pPr>
        <w:rPr>
          <w:lang w:val="pt-BR"/>
        </w:rPr>
      </w:pPr>
      <w:r w:rsidRPr="001179E8">
        <w:rPr>
          <w:lang w:val="pt-BR"/>
        </w:rPr>
        <w:t>"Farei o meu melhor," prometeu Elaine.</w:t>
      </w:r>
    </w:p>
    <w:p w14:paraId="4C84513B" w14:textId="77777777" w:rsidR="002355BD" w:rsidRPr="001179E8" w:rsidRDefault="00000000">
      <w:pPr>
        <w:rPr>
          <w:lang w:val="pt-BR"/>
        </w:rPr>
      </w:pPr>
      <w:r w:rsidRPr="001179E8">
        <w:rPr>
          <w:lang w:val="pt-BR"/>
        </w:rPr>
        <w:br/>
      </w:r>
    </w:p>
    <w:p w14:paraId="0B2D1AC1" w14:textId="77777777" w:rsidR="002355BD" w:rsidRPr="001179E8" w:rsidRDefault="00000000">
      <w:pPr>
        <w:rPr>
          <w:lang w:val="pt-BR"/>
        </w:rPr>
      </w:pPr>
      <w:r w:rsidRPr="001179E8">
        <w:rPr>
          <w:lang w:val="pt-BR"/>
        </w:rPr>
        <w:t>Com despedidas finais, eles entraram no veículo, que silenciosamente deslizou para fora da garagem e acelerou em direção às montanhas distantes.</w:t>
      </w:r>
    </w:p>
    <w:p w14:paraId="5C681B2E" w14:textId="77777777" w:rsidR="002355BD" w:rsidRPr="001179E8" w:rsidRDefault="00000000">
      <w:pPr>
        <w:rPr>
          <w:lang w:val="pt-BR"/>
        </w:rPr>
      </w:pPr>
      <w:r w:rsidRPr="001179E8">
        <w:rPr>
          <w:lang w:val="pt-BR"/>
        </w:rPr>
        <w:br/>
      </w:r>
    </w:p>
    <w:p w14:paraId="20E78EFA" w14:textId="77777777" w:rsidR="002355BD" w:rsidRPr="001179E8" w:rsidRDefault="00000000">
      <w:pPr>
        <w:rPr>
          <w:lang w:val="pt-BR"/>
        </w:rPr>
      </w:pPr>
      <w:r w:rsidRPr="001179E8">
        <w:rPr>
          <w:lang w:val="pt-BR"/>
        </w:rPr>
        <w:t>---</w:t>
      </w:r>
    </w:p>
    <w:p w14:paraId="6E64C96F" w14:textId="77777777" w:rsidR="002355BD" w:rsidRPr="001179E8" w:rsidRDefault="00000000">
      <w:pPr>
        <w:rPr>
          <w:lang w:val="pt-BR"/>
        </w:rPr>
      </w:pPr>
      <w:r w:rsidRPr="001179E8">
        <w:rPr>
          <w:lang w:val="pt-BR"/>
        </w:rPr>
        <w:br/>
      </w:r>
    </w:p>
    <w:p w14:paraId="2B90A581" w14:textId="77777777" w:rsidR="002355BD" w:rsidRPr="001179E8" w:rsidRDefault="00000000">
      <w:pPr>
        <w:rPr>
          <w:lang w:val="pt-BR"/>
        </w:rPr>
      </w:pPr>
      <w:r w:rsidRPr="001179E8">
        <w:rPr>
          <w:lang w:val="pt-BR"/>
        </w:rPr>
        <w:t>A viagem foi surpreendentemente suave, o veículo navegando pelo trânsito da cidade e depois pelas estradas rurais com eficiência silenciosa. Luke e Elaine permaneceram em silêncio por algum tempo, cada um perdido em seus próprios pensamentos enquanto observavam a paisagem passar.</w:t>
      </w:r>
    </w:p>
    <w:p w14:paraId="672A1B34" w14:textId="77777777" w:rsidR="002355BD" w:rsidRPr="001179E8" w:rsidRDefault="00000000">
      <w:pPr>
        <w:rPr>
          <w:lang w:val="pt-BR"/>
        </w:rPr>
      </w:pPr>
      <w:r w:rsidRPr="001179E8">
        <w:rPr>
          <w:lang w:val="pt-BR"/>
        </w:rPr>
        <w:br/>
      </w:r>
    </w:p>
    <w:p w14:paraId="556295D2" w14:textId="77777777" w:rsidR="002355BD" w:rsidRPr="001179E8" w:rsidRDefault="00000000">
      <w:pPr>
        <w:rPr>
          <w:lang w:val="pt-BR"/>
        </w:rPr>
      </w:pPr>
      <w:r w:rsidRPr="001179E8">
        <w:rPr>
          <w:lang w:val="pt-BR"/>
        </w:rPr>
        <w:t>O mundo de 2157 era simultaneamente familiar e estranho. As montanhas e florestas ainda existiam, mas havia mudanças sutis na vegetação, novas espécies que Luke não reconhecia. Ocasionalmente, passavam por pequenas comunidades que pareciam integradas à natureza de maneiras que seriam impossíveis em seu tempo – estruturas que cresciam com as árvores em vez de substituí-las, campos de energia quase invisíveis que pareciam conter microclimas específicos.</w:t>
      </w:r>
    </w:p>
    <w:p w14:paraId="421A83C3" w14:textId="77777777" w:rsidR="002355BD" w:rsidRPr="001179E8" w:rsidRDefault="00000000">
      <w:pPr>
        <w:rPr>
          <w:lang w:val="pt-BR"/>
        </w:rPr>
      </w:pPr>
      <w:r w:rsidRPr="001179E8">
        <w:rPr>
          <w:lang w:val="pt-BR"/>
        </w:rPr>
        <w:br/>
      </w:r>
    </w:p>
    <w:p w14:paraId="0E3DADF4" w14:textId="77777777" w:rsidR="002355BD" w:rsidRPr="001179E8" w:rsidRDefault="00000000">
      <w:pPr>
        <w:rPr>
          <w:lang w:val="pt-BR"/>
        </w:rPr>
      </w:pPr>
      <w:r w:rsidRPr="001179E8">
        <w:rPr>
          <w:lang w:val="pt-BR"/>
        </w:rPr>
        <w:t>"É bonito," comentou Elaine finalmente, quebrando o silêncio. "Diferente, mas bonito."</w:t>
      </w:r>
    </w:p>
    <w:p w14:paraId="6F472282" w14:textId="77777777" w:rsidR="002355BD" w:rsidRPr="001179E8" w:rsidRDefault="00000000">
      <w:pPr>
        <w:rPr>
          <w:lang w:val="pt-BR"/>
        </w:rPr>
      </w:pPr>
      <w:r w:rsidRPr="001179E8">
        <w:rPr>
          <w:lang w:val="pt-BR"/>
        </w:rPr>
        <w:br/>
      </w:r>
    </w:p>
    <w:p w14:paraId="1703D043" w14:textId="77777777" w:rsidR="002355BD" w:rsidRPr="001179E8" w:rsidRDefault="00000000">
      <w:pPr>
        <w:rPr>
          <w:lang w:val="pt-BR"/>
        </w:rPr>
      </w:pPr>
      <w:r w:rsidRPr="001179E8">
        <w:rPr>
          <w:lang w:val="pt-BR"/>
        </w:rPr>
        <w:t>Luke assentiu. "Parece que a humanidade finalmente aprendeu a viver em harmonia com o planeta, em vez de apenas explorá-lo."</w:t>
      </w:r>
    </w:p>
    <w:p w14:paraId="085957B6" w14:textId="77777777" w:rsidR="002355BD" w:rsidRPr="001179E8" w:rsidRDefault="00000000">
      <w:pPr>
        <w:rPr>
          <w:lang w:val="pt-BR"/>
        </w:rPr>
      </w:pPr>
      <w:r w:rsidRPr="001179E8">
        <w:rPr>
          <w:lang w:val="pt-BR"/>
        </w:rPr>
        <w:lastRenderedPageBreak/>
        <w:br/>
      </w:r>
    </w:p>
    <w:p w14:paraId="66868B86" w14:textId="77777777" w:rsidR="002355BD" w:rsidRPr="001179E8" w:rsidRDefault="00000000">
      <w:pPr>
        <w:rPr>
          <w:lang w:val="pt-BR"/>
        </w:rPr>
      </w:pPr>
      <w:r w:rsidRPr="001179E8">
        <w:rPr>
          <w:lang w:val="pt-BR"/>
        </w:rPr>
        <w:t>"Você acha que isso aconteceu naturalmente, ou foi uma lição aprendida da maneira difícil?" perguntou ela.</w:t>
      </w:r>
    </w:p>
    <w:p w14:paraId="52A38C8A" w14:textId="77777777" w:rsidR="002355BD" w:rsidRPr="001179E8" w:rsidRDefault="00000000">
      <w:pPr>
        <w:rPr>
          <w:lang w:val="pt-BR"/>
        </w:rPr>
      </w:pPr>
      <w:r w:rsidRPr="001179E8">
        <w:rPr>
          <w:lang w:val="pt-BR"/>
        </w:rPr>
        <w:br/>
      </w:r>
    </w:p>
    <w:p w14:paraId="67536372" w14:textId="77777777" w:rsidR="002355BD" w:rsidRPr="001179E8" w:rsidRDefault="00000000">
      <w:pPr>
        <w:rPr>
          <w:lang w:val="pt-BR"/>
        </w:rPr>
      </w:pPr>
      <w:r w:rsidRPr="001179E8">
        <w:rPr>
          <w:lang w:val="pt-BR"/>
        </w:rPr>
        <w:t>"Provavelmente um pouco dos dois," respondeu Luke. "A história raramente segue um caminho simples."</w:t>
      </w:r>
    </w:p>
    <w:p w14:paraId="051AFA0A" w14:textId="77777777" w:rsidR="002355BD" w:rsidRPr="001179E8" w:rsidRDefault="00000000">
      <w:pPr>
        <w:rPr>
          <w:lang w:val="pt-BR"/>
        </w:rPr>
      </w:pPr>
      <w:r w:rsidRPr="001179E8">
        <w:rPr>
          <w:lang w:val="pt-BR"/>
        </w:rPr>
        <w:br/>
      </w:r>
    </w:p>
    <w:p w14:paraId="76F6FB24" w14:textId="77777777" w:rsidR="002355BD" w:rsidRPr="001179E8" w:rsidRDefault="00000000">
      <w:pPr>
        <w:rPr>
          <w:lang w:val="pt-BR"/>
        </w:rPr>
      </w:pPr>
      <w:r w:rsidRPr="001179E8">
        <w:rPr>
          <w:lang w:val="pt-BR"/>
        </w:rPr>
        <w:t>Outro silêncio se seguiu, mas desta vez foi Elaine quem o quebrou novamente, sua voz mais hesitante.</w:t>
      </w:r>
    </w:p>
    <w:p w14:paraId="7C0D860A" w14:textId="77777777" w:rsidR="002355BD" w:rsidRPr="001179E8" w:rsidRDefault="00000000">
      <w:pPr>
        <w:rPr>
          <w:lang w:val="pt-BR"/>
        </w:rPr>
      </w:pPr>
      <w:r w:rsidRPr="001179E8">
        <w:rPr>
          <w:lang w:val="pt-BR"/>
        </w:rPr>
        <w:br/>
      </w:r>
    </w:p>
    <w:p w14:paraId="2DDC387A" w14:textId="77777777" w:rsidR="002355BD" w:rsidRPr="001179E8" w:rsidRDefault="00000000">
      <w:pPr>
        <w:rPr>
          <w:lang w:val="pt-BR"/>
        </w:rPr>
      </w:pPr>
      <w:r w:rsidRPr="001179E8">
        <w:rPr>
          <w:lang w:val="pt-BR"/>
        </w:rPr>
        <w:t>"Sobre ontem à noite..."</w:t>
      </w:r>
    </w:p>
    <w:p w14:paraId="746F6A1F" w14:textId="77777777" w:rsidR="002355BD" w:rsidRPr="001179E8" w:rsidRDefault="00000000">
      <w:pPr>
        <w:rPr>
          <w:lang w:val="pt-BR"/>
        </w:rPr>
      </w:pPr>
      <w:r w:rsidRPr="001179E8">
        <w:rPr>
          <w:lang w:val="pt-BR"/>
        </w:rPr>
        <w:br/>
      </w:r>
    </w:p>
    <w:p w14:paraId="7147243D" w14:textId="77777777" w:rsidR="002355BD" w:rsidRPr="001179E8" w:rsidRDefault="00000000">
      <w:pPr>
        <w:rPr>
          <w:lang w:val="pt-BR"/>
        </w:rPr>
      </w:pPr>
      <w:r w:rsidRPr="001179E8">
        <w:rPr>
          <w:lang w:val="pt-BR"/>
        </w:rPr>
        <w:t>Luke se virou para encará-la. "Sim?"</w:t>
      </w:r>
    </w:p>
    <w:p w14:paraId="51463776" w14:textId="77777777" w:rsidR="002355BD" w:rsidRPr="001179E8" w:rsidRDefault="00000000">
      <w:pPr>
        <w:rPr>
          <w:lang w:val="pt-BR"/>
        </w:rPr>
      </w:pPr>
      <w:r w:rsidRPr="001179E8">
        <w:rPr>
          <w:lang w:val="pt-BR"/>
        </w:rPr>
        <w:br/>
      </w:r>
    </w:p>
    <w:p w14:paraId="0DCA9B16" w14:textId="77777777" w:rsidR="002355BD" w:rsidRPr="001179E8" w:rsidRDefault="00000000">
      <w:pPr>
        <w:rPr>
          <w:lang w:val="pt-BR"/>
        </w:rPr>
      </w:pPr>
      <w:r w:rsidRPr="001179E8">
        <w:rPr>
          <w:lang w:val="pt-BR"/>
        </w:rPr>
        <w:t>Elaine parecia estar lutando para encontrar as palavras certas, seus dedos brincando nervosamente com a borda de sua jaqueta. "Eu queria agradecer. Pelo que você disse. Sobre me ver como... uma pessoa completa."</w:t>
      </w:r>
    </w:p>
    <w:p w14:paraId="30AC6014" w14:textId="77777777" w:rsidR="002355BD" w:rsidRPr="001179E8" w:rsidRDefault="00000000">
      <w:pPr>
        <w:rPr>
          <w:lang w:val="pt-BR"/>
        </w:rPr>
      </w:pPr>
      <w:r w:rsidRPr="001179E8">
        <w:rPr>
          <w:lang w:val="pt-BR"/>
        </w:rPr>
        <w:br/>
      </w:r>
    </w:p>
    <w:p w14:paraId="5FEEA4DF" w14:textId="77777777" w:rsidR="002355BD" w:rsidRPr="001179E8" w:rsidRDefault="00000000">
      <w:pPr>
        <w:rPr>
          <w:lang w:val="pt-BR"/>
        </w:rPr>
      </w:pPr>
      <w:r w:rsidRPr="001179E8">
        <w:rPr>
          <w:lang w:val="pt-BR"/>
        </w:rPr>
        <w:t>"Não precisa me agradecer por dizer a verdade," respondeu ele suavemente.</w:t>
      </w:r>
    </w:p>
    <w:p w14:paraId="6137F566" w14:textId="77777777" w:rsidR="002355BD" w:rsidRPr="001179E8" w:rsidRDefault="00000000">
      <w:pPr>
        <w:rPr>
          <w:lang w:val="pt-BR"/>
        </w:rPr>
      </w:pPr>
      <w:r w:rsidRPr="001179E8">
        <w:rPr>
          <w:lang w:val="pt-BR"/>
        </w:rPr>
        <w:br/>
      </w:r>
    </w:p>
    <w:p w14:paraId="3ACE2398" w14:textId="77777777" w:rsidR="002355BD" w:rsidRPr="001179E8" w:rsidRDefault="00000000">
      <w:pPr>
        <w:rPr>
          <w:lang w:val="pt-BR"/>
        </w:rPr>
      </w:pPr>
      <w:r w:rsidRPr="001179E8">
        <w:rPr>
          <w:lang w:val="pt-BR"/>
        </w:rPr>
        <w:t>"É que..." ela hesitou, então continuou, "ninguém nunca me viu assim antes. No submundo, eu era apenas... uma coisa bonita. Uma posse. E quando cheguei ao seu mundo, continuei agindo da única maneira que conhecia, porque era... seguro. Familiar."</w:t>
      </w:r>
    </w:p>
    <w:p w14:paraId="11385A62" w14:textId="77777777" w:rsidR="002355BD" w:rsidRPr="001179E8" w:rsidRDefault="00000000">
      <w:pPr>
        <w:rPr>
          <w:lang w:val="pt-BR"/>
        </w:rPr>
      </w:pPr>
      <w:r w:rsidRPr="001179E8">
        <w:rPr>
          <w:lang w:val="pt-BR"/>
        </w:rPr>
        <w:br/>
      </w:r>
    </w:p>
    <w:p w14:paraId="39F0251D" w14:textId="77777777" w:rsidR="002355BD" w:rsidRPr="001179E8" w:rsidRDefault="00000000">
      <w:pPr>
        <w:rPr>
          <w:lang w:val="pt-BR"/>
        </w:rPr>
      </w:pPr>
      <w:r w:rsidRPr="001179E8">
        <w:rPr>
          <w:lang w:val="pt-BR"/>
        </w:rPr>
        <w:lastRenderedPageBreak/>
        <w:t>Luke assentiu, compreendendo. "Padrões de sobrevivência são difíceis de quebrar."</w:t>
      </w:r>
    </w:p>
    <w:p w14:paraId="4CCC9643" w14:textId="77777777" w:rsidR="002355BD" w:rsidRPr="001179E8" w:rsidRDefault="00000000">
      <w:pPr>
        <w:rPr>
          <w:lang w:val="pt-BR"/>
        </w:rPr>
      </w:pPr>
      <w:r w:rsidRPr="001179E8">
        <w:rPr>
          <w:lang w:val="pt-BR"/>
        </w:rPr>
        <w:br/>
      </w:r>
    </w:p>
    <w:p w14:paraId="5FAD622D" w14:textId="77777777" w:rsidR="002355BD" w:rsidRPr="001179E8" w:rsidRDefault="00000000">
      <w:pPr>
        <w:rPr>
          <w:lang w:val="pt-BR"/>
        </w:rPr>
      </w:pPr>
      <w:r w:rsidRPr="001179E8">
        <w:rPr>
          <w:lang w:val="pt-BR"/>
        </w:rPr>
        <w:t>"Mas você está certo," continuou ela, encontrando seu olhar brevemente antes de desviar os olhos novamente. "Eu quero ser real. Quero descobrir quem sou quando não estou tentando ser o que alguém quer que eu seja."</w:t>
      </w:r>
    </w:p>
    <w:p w14:paraId="199C5063" w14:textId="77777777" w:rsidR="002355BD" w:rsidRPr="001179E8" w:rsidRDefault="00000000">
      <w:pPr>
        <w:rPr>
          <w:lang w:val="pt-BR"/>
        </w:rPr>
      </w:pPr>
      <w:r w:rsidRPr="001179E8">
        <w:rPr>
          <w:lang w:val="pt-BR"/>
        </w:rPr>
        <w:br/>
      </w:r>
    </w:p>
    <w:p w14:paraId="1CC498FE" w14:textId="77777777" w:rsidR="002355BD" w:rsidRPr="001179E8" w:rsidRDefault="00000000">
      <w:pPr>
        <w:rPr>
          <w:lang w:val="pt-BR"/>
        </w:rPr>
      </w:pPr>
      <w:r w:rsidRPr="001179E8">
        <w:rPr>
          <w:lang w:val="pt-BR"/>
        </w:rPr>
        <w:t>"E quem você acha que é?" perguntou Luke gentilmente.</w:t>
      </w:r>
    </w:p>
    <w:p w14:paraId="3D2E1680" w14:textId="77777777" w:rsidR="002355BD" w:rsidRPr="001179E8" w:rsidRDefault="00000000">
      <w:pPr>
        <w:rPr>
          <w:lang w:val="pt-BR"/>
        </w:rPr>
      </w:pPr>
      <w:r w:rsidRPr="001179E8">
        <w:rPr>
          <w:lang w:val="pt-BR"/>
        </w:rPr>
        <w:br/>
      </w:r>
    </w:p>
    <w:p w14:paraId="2C21F841" w14:textId="77777777" w:rsidR="002355BD" w:rsidRPr="001179E8" w:rsidRDefault="00000000">
      <w:pPr>
        <w:rPr>
          <w:lang w:val="pt-BR"/>
        </w:rPr>
      </w:pPr>
      <w:r w:rsidRPr="001179E8">
        <w:rPr>
          <w:lang w:val="pt-BR"/>
        </w:rPr>
        <w:t>Elaine sorriu, um sorriso pequeno e incerto. "Ainda estou descobrindo. Mas sei que gosto de aprender coisas novas. Gosto de resolver problemas. Gosto da sensação de ajudar os outros, como quando ajudamos Nicole e Ricardo a escapar do submundo." Ela fez uma pausa. "E gosto de estar com você. Quando não estou tentando te seduzir, quero dizer."</w:t>
      </w:r>
    </w:p>
    <w:p w14:paraId="2E3DA198" w14:textId="77777777" w:rsidR="002355BD" w:rsidRPr="001179E8" w:rsidRDefault="00000000">
      <w:pPr>
        <w:rPr>
          <w:lang w:val="pt-BR"/>
        </w:rPr>
      </w:pPr>
      <w:r w:rsidRPr="001179E8">
        <w:rPr>
          <w:lang w:val="pt-BR"/>
        </w:rPr>
        <w:br/>
      </w:r>
    </w:p>
    <w:p w14:paraId="0D6CFEBE" w14:textId="77777777" w:rsidR="002355BD" w:rsidRPr="001179E8" w:rsidRDefault="00000000">
      <w:pPr>
        <w:rPr>
          <w:lang w:val="pt-BR"/>
        </w:rPr>
      </w:pPr>
      <w:r w:rsidRPr="001179E8">
        <w:rPr>
          <w:lang w:val="pt-BR"/>
        </w:rPr>
        <w:t>Luke riu suavemente. "Também gosto de estar com você. Especialmente quando você está sendo você mesma."</w:t>
      </w:r>
    </w:p>
    <w:p w14:paraId="29756D2E" w14:textId="77777777" w:rsidR="002355BD" w:rsidRPr="001179E8" w:rsidRDefault="00000000">
      <w:pPr>
        <w:rPr>
          <w:lang w:val="pt-BR"/>
        </w:rPr>
      </w:pPr>
      <w:r w:rsidRPr="001179E8">
        <w:rPr>
          <w:lang w:val="pt-BR"/>
        </w:rPr>
        <w:br/>
      </w:r>
    </w:p>
    <w:p w14:paraId="18EA535B" w14:textId="77777777" w:rsidR="002355BD" w:rsidRPr="001179E8" w:rsidRDefault="00000000">
      <w:pPr>
        <w:rPr>
          <w:lang w:val="pt-BR"/>
        </w:rPr>
      </w:pPr>
      <w:r w:rsidRPr="001179E8">
        <w:rPr>
          <w:lang w:val="pt-BR"/>
        </w:rPr>
        <w:t>O olhar que compartilharam então foi diferente de qualquer um anterior – aberto, honesto, sem jogos ou agendas ocultas. Algo novo estava nascendo entre eles, algo baseado em verdade e respeito mútuo.</w:t>
      </w:r>
    </w:p>
    <w:p w14:paraId="708C9522" w14:textId="77777777" w:rsidR="002355BD" w:rsidRPr="001179E8" w:rsidRDefault="00000000">
      <w:pPr>
        <w:rPr>
          <w:lang w:val="pt-BR"/>
        </w:rPr>
      </w:pPr>
      <w:r w:rsidRPr="001179E8">
        <w:rPr>
          <w:lang w:val="pt-BR"/>
        </w:rPr>
        <w:br/>
      </w:r>
    </w:p>
    <w:p w14:paraId="5C4239B4" w14:textId="77777777" w:rsidR="002355BD" w:rsidRPr="001179E8" w:rsidRDefault="00000000">
      <w:pPr>
        <w:rPr>
          <w:lang w:val="pt-BR"/>
        </w:rPr>
      </w:pPr>
      <w:r w:rsidRPr="001179E8">
        <w:rPr>
          <w:lang w:val="pt-BR"/>
        </w:rPr>
        <w:t>O momento foi interrompido quando o veículo anunciou suavemente: "Aproximando-se do destino. Chegada em cinco minutos."</w:t>
      </w:r>
    </w:p>
    <w:p w14:paraId="73AC8E12" w14:textId="77777777" w:rsidR="002355BD" w:rsidRPr="001179E8" w:rsidRDefault="00000000">
      <w:pPr>
        <w:rPr>
          <w:lang w:val="pt-BR"/>
        </w:rPr>
      </w:pPr>
      <w:r w:rsidRPr="001179E8">
        <w:rPr>
          <w:lang w:val="pt-BR"/>
        </w:rPr>
        <w:br/>
      </w:r>
    </w:p>
    <w:p w14:paraId="3DD34705" w14:textId="77777777" w:rsidR="002355BD" w:rsidRPr="001179E8" w:rsidRDefault="00000000">
      <w:pPr>
        <w:rPr>
          <w:lang w:val="pt-BR"/>
        </w:rPr>
      </w:pPr>
      <w:r w:rsidRPr="001179E8">
        <w:rPr>
          <w:lang w:val="pt-BR"/>
        </w:rPr>
        <w:t>Eles olharam pela janela para ver que haviam chegado às montanhas. O veículo agora seguia por uma estrada estreita que serpenteava para cima, com vistas deslumbrantes do vale abaixo.</w:t>
      </w:r>
    </w:p>
    <w:p w14:paraId="6D5855AB" w14:textId="77777777" w:rsidR="002355BD" w:rsidRPr="001179E8" w:rsidRDefault="00000000">
      <w:pPr>
        <w:rPr>
          <w:lang w:val="pt-BR"/>
        </w:rPr>
      </w:pPr>
      <w:r w:rsidRPr="001179E8">
        <w:rPr>
          <w:lang w:val="pt-BR"/>
        </w:rPr>
        <w:lastRenderedPageBreak/>
        <w:br/>
      </w:r>
    </w:p>
    <w:p w14:paraId="70DB6C91" w14:textId="77777777" w:rsidR="002355BD" w:rsidRPr="001179E8" w:rsidRDefault="00000000">
      <w:pPr>
        <w:rPr>
          <w:lang w:val="pt-BR"/>
        </w:rPr>
      </w:pPr>
      <w:r w:rsidRPr="001179E8">
        <w:rPr>
          <w:lang w:val="pt-BR"/>
        </w:rPr>
        <w:t>"Hora de nos concentrarmos na missão," disse Luke, voltando ao modo profissional.</w:t>
      </w:r>
    </w:p>
    <w:p w14:paraId="2CE0E2CC" w14:textId="77777777" w:rsidR="002355BD" w:rsidRPr="001179E8" w:rsidRDefault="00000000">
      <w:pPr>
        <w:rPr>
          <w:lang w:val="pt-BR"/>
        </w:rPr>
      </w:pPr>
      <w:r w:rsidRPr="001179E8">
        <w:rPr>
          <w:lang w:val="pt-BR"/>
        </w:rPr>
        <w:br/>
      </w:r>
    </w:p>
    <w:p w14:paraId="4A698A25" w14:textId="77777777" w:rsidR="002355BD" w:rsidRPr="001179E8" w:rsidRDefault="00000000">
      <w:pPr>
        <w:rPr>
          <w:lang w:val="pt-BR"/>
        </w:rPr>
      </w:pPr>
      <w:r w:rsidRPr="001179E8">
        <w:rPr>
          <w:lang w:val="pt-BR"/>
        </w:rPr>
        <w:t>Elaine assentiu, mas o pequeno sorriso que compartilharam dizia que algo havia mudado entre eles, algo que continuaria a evoluir durante sua jornada.</w:t>
      </w:r>
    </w:p>
    <w:p w14:paraId="4DE585B5" w14:textId="77777777" w:rsidR="002355BD" w:rsidRPr="001179E8" w:rsidRDefault="00000000">
      <w:pPr>
        <w:rPr>
          <w:lang w:val="pt-BR"/>
        </w:rPr>
      </w:pPr>
      <w:r w:rsidRPr="001179E8">
        <w:rPr>
          <w:lang w:val="pt-BR"/>
        </w:rPr>
        <w:br/>
      </w:r>
    </w:p>
    <w:p w14:paraId="7947498A" w14:textId="77777777" w:rsidR="002355BD" w:rsidRPr="001179E8" w:rsidRDefault="00000000">
      <w:pPr>
        <w:rPr>
          <w:lang w:val="pt-BR"/>
        </w:rPr>
      </w:pPr>
      <w:r w:rsidRPr="001179E8">
        <w:rPr>
          <w:lang w:val="pt-BR"/>
        </w:rPr>
        <w:t>---</w:t>
      </w:r>
    </w:p>
    <w:p w14:paraId="3EDD3CB4" w14:textId="77777777" w:rsidR="002355BD" w:rsidRPr="001179E8" w:rsidRDefault="00000000">
      <w:pPr>
        <w:rPr>
          <w:lang w:val="pt-BR"/>
        </w:rPr>
      </w:pPr>
      <w:r w:rsidRPr="001179E8">
        <w:rPr>
          <w:lang w:val="pt-BR"/>
        </w:rPr>
        <w:br/>
      </w:r>
    </w:p>
    <w:p w14:paraId="486E8BC0" w14:textId="77777777" w:rsidR="002355BD" w:rsidRPr="001179E8" w:rsidRDefault="00000000">
      <w:pPr>
        <w:rPr>
          <w:lang w:val="pt-BR"/>
        </w:rPr>
      </w:pPr>
      <w:r w:rsidRPr="001179E8">
        <w:rPr>
          <w:lang w:val="pt-BR"/>
        </w:rPr>
        <w:t>O veículo os deixou em um pequeno mirante natural, um platô que oferecia uma vista panorâmica das montanhas circundantes. À sua frente, um caminho estreito descia pelo lado da montanha, eventualmente desaparecendo em um desfiladeiro distante.</w:t>
      </w:r>
    </w:p>
    <w:p w14:paraId="53F40DBB" w14:textId="77777777" w:rsidR="002355BD" w:rsidRPr="001179E8" w:rsidRDefault="00000000">
      <w:pPr>
        <w:rPr>
          <w:lang w:val="pt-BR"/>
        </w:rPr>
      </w:pPr>
      <w:r w:rsidRPr="001179E8">
        <w:rPr>
          <w:lang w:val="pt-BR"/>
        </w:rPr>
        <w:br/>
      </w:r>
    </w:p>
    <w:p w14:paraId="54BF95A0" w14:textId="77777777" w:rsidR="002355BD" w:rsidRPr="001179E8" w:rsidRDefault="00000000">
      <w:pPr>
        <w:rPr>
          <w:lang w:val="pt-BR"/>
        </w:rPr>
      </w:pPr>
      <w:r w:rsidRPr="001179E8">
        <w:rPr>
          <w:lang w:val="pt-BR"/>
        </w:rPr>
        <w:t>"Suponho que seja por ali," disse Luke, ajustando sua mochila.</w:t>
      </w:r>
    </w:p>
    <w:p w14:paraId="54DBFB08" w14:textId="77777777" w:rsidR="002355BD" w:rsidRPr="001179E8" w:rsidRDefault="00000000">
      <w:pPr>
        <w:rPr>
          <w:lang w:val="pt-BR"/>
        </w:rPr>
      </w:pPr>
      <w:r w:rsidRPr="001179E8">
        <w:rPr>
          <w:lang w:val="pt-BR"/>
        </w:rPr>
        <w:br/>
      </w:r>
    </w:p>
    <w:p w14:paraId="163A4EEE" w14:textId="77777777" w:rsidR="002355BD" w:rsidRPr="001179E8" w:rsidRDefault="00000000">
      <w:pPr>
        <w:rPr>
          <w:lang w:val="pt-BR"/>
        </w:rPr>
      </w:pPr>
      <w:r w:rsidRPr="001179E8">
        <w:rPr>
          <w:lang w:val="pt-BR"/>
        </w:rPr>
        <w:t>Elaine assentiu, olhando para o céu. "O tempo parece bom, pelo menos. Deveríamos chegar antes do anoitecer, se mantivermos um ritmo constante."</w:t>
      </w:r>
    </w:p>
    <w:p w14:paraId="55F2BEF3" w14:textId="77777777" w:rsidR="002355BD" w:rsidRPr="001179E8" w:rsidRDefault="00000000">
      <w:pPr>
        <w:rPr>
          <w:lang w:val="pt-BR"/>
        </w:rPr>
      </w:pPr>
      <w:r w:rsidRPr="001179E8">
        <w:rPr>
          <w:lang w:val="pt-BR"/>
        </w:rPr>
        <w:br/>
      </w:r>
    </w:p>
    <w:p w14:paraId="5C945CD9" w14:textId="77777777" w:rsidR="002355BD" w:rsidRPr="001179E8" w:rsidRDefault="00000000">
      <w:pPr>
        <w:rPr>
          <w:lang w:val="pt-BR"/>
        </w:rPr>
      </w:pPr>
      <w:r w:rsidRPr="001179E8">
        <w:rPr>
          <w:lang w:val="pt-BR"/>
        </w:rPr>
        <w:t>Eles começaram a descer pelo caminho, que logo se revelou mais desafiador do que parecia inicialmente. Embora bem marcado, era íngreme em muitos pontos, com seções onde tinham que usar as mãos para se equilibrar enquanto desciam por formações rochosas.</w:t>
      </w:r>
    </w:p>
    <w:p w14:paraId="42BAD23D" w14:textId="77777777" w:rsidR="002355BD" w:rsidRPr="001179E8" w:rsidRDefault="00000000">
      <w:pPr>
        <w:rPr>
          <w:lang w:val="pt-BR"/>
        </w:rPr>
      </w:pPr>
      <w:r w:rsidRPr="001179E8">
        <w:rPr>
          <w:lang w:val="pt-BR"/>
        </w:rPr>
        <w:br/>
      </w:r>
    </w:p>
    <w:p w14:paraId="14204D19" w14:textId="77777777" w:rsidR="002355BD" w:rsidRPr="001179E8" w:rsidRDefault="00000000">
      <w:pPr>
        <w:rPr>
          <w:lang w:val="pt-BR"/>
        </w:rPr>
      </w:pPr>
      <w:r w:rsidRPr="001179E8">
        <w:rPr>
          <w:lang w:val="pt-BR"/>
        </w:rPr>
        <w:t>Luke notou que Elaine se movia com uma graça natural, seus reflexos e equilíbrio claramente superiores aos de um humano comum – outro aspecto de seus poderes de metamorfose, ele supôs. Várias vezes ela estendeu a mão para ajudá-lo em trechos particularmente difíceis, seu toque firme e seguro.</w:t>
      </w:r>
    </w:p>
    <w:p w14:paraId="363A70E1" w14:textId="77777777" w:rsidR="002355BD" w:rsidRPr="001179E8" w:rsidRDefault="00000000">
      <w:pPr>
        <w:rPr>
          <w:lang w:val="pt-BR"/>
        </w:rPr>
      </w:pPr>
      <w:r w:rsidRPr="001179E8">
        <w:rPr>
          <w:lang w:val="pt-BR"/>
        </w:rPr>
        <w:lastRenderedPageBreak/>
        <w:br/>
      </w:r>
    </w:p>
    <w:p w14:paraId="7B093570" w14:textId="77777777" w:rsidR="002355BD" w:rsidRPr="001179E8" w:rsidRDefault="00000000">
      <w:pPr>
        <w:rPr>
          <w:lang w:val="pt-BR"/>
        </w:rPr>
      </w:pPr>
      <w:r w:rsidRPr="001179E8">
        <w:rPr>
          <w:lang w:val="pt-BR"/>
        </w:rPr>
        <w:t>À medida que desciam mais fundo no desfiladeiro, a vegetação mudava. Árvores antigas com troncos enormes cresciam das laterais rochosas, suas raízes expostas como veias gigantes. Musgo luminescente cobria algumas superfícies, brilhando suavemente em tons de azul e verde onde a luz do sol não alcançava.</w:t>
      </w:r>
    </w:p>
    <w:p w14:paraId="2B53F164" w14:textId="77777777" w:rsidR="002355BD" w:rsidRPr="001179E8" w:rsidRDefault="00000000">
      <w:pPr>
        <w:rPr>
          <w:lang w:val="pt-BR"/>
        </w:rPr>
      </w:pPr>
      <w:r w:rsidRPr="001179E8">
        <w:rPr>
          <w:lang w:val="pt-BR"/>
        </w:rPr>
        <w:br/>
      </w:r>
    </w:p>
    <w:p w14:paraId="4E604BCA" w14:textId="77777777" w:rsidR="002355BD" w:rsidRPr="001179E8" w:rsidRDefault="00000000">
      <w:pPr>
        <w:rPr>
          <w:lang w:val="pt-BR"/>
        </w:rPr>
      </w:pPr>
      <w:r w:rsidRPr="001179E8">
        <w:rPr>
          <w:lang w:val="pt-BR"/>
        </w:rPr>
        <w:t>"É lindo," murmurou Elaine, tocando gentilmente uma das manchas brilhantes. "Nunca vi nada assim."</w:t>
      </w:r>
    </w:p>
    <w:p w14:paraId="5F4862A4" w14:textId="77777777" w:rsidR="002355BD" w:rsidRPr="001179E8" w:rsidRDefault="00000000">
      <w:pPr>
        <w:rPr>
          <w:lang w:val="pt-BR"/>
        </w:rPr>
      </w:pPr>
      <w:r w:rsidRPr="001179E8">
        <w:rPr>
          <w:lang w:val="pt-BR"/>
        </w:rPr>
        <w:br/>
      </w:r>
    </w:p>
    <w:p w14:paraId="76FD1ABF" w14:textId="77777777" w:rsidR="002355BD" w:rsidRPr="001179E8" w:rsidRDefault="00000000">
      <w:pPr>
        <w:rPr>
          <w:lang w:val="pt-BR"/>
        </w:rPr>
      </w:pPr>
      <w:r w:rsidRPr="001179E8">
        <w:rPr>
          <w:lang w:val="pt-BR"/>
        </w:rPr>
        <w:t>"Provavelmente alguma espécie que evoluiu nos últimos cem anos," sugeriu Luke. "Ou talvez uma criação deliberada para iluminar o caminho sem tecnologia."</w:t>
      </w:r>
    </w:p>
    <w:p w14:paraId="66F8042D" w14:textId="77777777" w:rsidR="002355BD" w:rsidRPr="001179E8" w:rsidRDefault="00000000">
      <w:pPr>
        <w:rPr>
          <w:lang w:val="pt-BR"/>
        </w:rPr>
      </w:pPr>
      <w:r w:rsidRPr="001179E8">
        <w:rPr>
          <w:lang w:val="pt-BR"/>
        </w:rPr>
        <w:br/>
      </w:r>
    </w:p>
    <w:p w14:paraId="53C516AD" w14:textId="77777777" w:rsidR="002355BD" w:rsidRPr="001179E8" w:rsidRDefault="00000000">
      <w:pPr>
        <w:rPr>
          <w:lang w:val="pt-BR"/>
        </w:rPr>
      </w:pPr>
      <w:r w:rsidRPr="001179E8">
        <w:rPr>
          <w:lang w:val="pt-BR"/>
        </w:rPr>
        <w:t>Eles continuaram descendo, o desfiladeiro se estreitando até que o céu acima era apenas uma faixa azul entre paredes rochosas. O musgo luminescente se tornava mais prevalente, fornecendo uma iluminação suave e etérea.</w:t>
      </w:r>
    </w:p>
    <w:p w14:paraId="4B03CD01" w14:textId="77777777" w:rsidR="002355BD" w:rsidRPr="001179E8" w:rsidRDefault="00000000">
      <w:pPr>
        <w:rPr>
          <w:lang w:val="pt-BR"/>
        </w:rPr>
      </w:pPr>
      <w:r w:rsidRPr="001179E8">
        <w:rPr>
          <w:lang w:val="pt-BR"/>
        </w:rPr>
        <w:br/>
      </w:r>
    </w:p>
    <w:p w14:paraId="6BDC7740" w14:textId="77777777" w:rsidR="002355BD" w:rsidRPr="001179E8" w:rsidRDefault="00000000">
      <w:pPr>
        <w:rPr>
          <w:lang w:val="pt-BR"/>
        </w:rPr>
      </w:pPr>
      <w:r w:rsidRPr="001179E8">
        <w:rPr>
          <w:lang w:val="pt-BR"/>
        </w:rPr>
        <w:t>"Estamos perto," disse Luke após consultarem o mapa que Sophia havia fornecido. "O Vale dos Ecos deve estar logo depois desta passagem."</w:t>
      </w:r>
    </w:p>
    <w:p w14:paraId="03D7D4EE" w14:textId="77777777" w:rsidR="002355BD" w:rsidRPr="001179E8" w:rsidRDefault="00000000">
      <w:pPr>
        <w:rPr>
          <w:lang w:val="pt-BR"/>
        </w:rPr>
      </w:pPr>
      <w:r w:rsidRPr="001179E8">
        <w:rPr>
          <w:lang w:val="pt-BR"/>
        </w:rPr>
        <w:br/>
      </w:r>
    </w:p>
    <w:p w14:paraId="0A10598C" w14:textId="77777777" w:rsidR="002355BD" w:rsidRPr="001179E8" w:rsidRDefault="00000000">
      <w:pPr>
        <w:rPr>
          <w:lang w:val="pt-BR"/>
        </w:rPr>
      </w:pPr>
      <w:r w:rsidRPr="001179E8">
        <w:rPr>
          <w:lang w:val="pt-BR"/>
        </w:rPr>
        <w:t>A passagem em questão era particularmente estreita, mal larga o suficiente para uma pessoa passar de cada vez. Luke foi na frente, deslizando de lado através da abertura rochosa. Elaine o seguiu, sua forma mais esbelta navegando pelo espaço confinado com mais facilidade.</w:t>
      </w:r>
    </w:p>
    <w:p w14:paraId="30481458" w14:textId="77777777" w:rsidR="002355BD" w:rsidRPr="001179E8" w:rsidRDefault="00000000">
      <w:pPr>
        <w:rPr>
          <w:lang w:val="pt-BR"/>
        </w:rPr>
      </w:pPr>
      <w:r w:rsidRPr="001179E8">
        <w:rPr>
          <w:lang w:val="pt-BR"/>
        </w:rPr>
        <w:br/>
      </w:r>
    </w:p>
    <w:p w14:paraId="58414E8E" w14:textId="77777777" w:rsidR="002355BD" w:rsidRPr="001179E8" w:rsidRDefault="00000000">
      <w:pPr>
        <w:rPr>
          <w:lang w:val="pt-BR"/>
        </w:rPr>
      </w:pPr>
      <w:r w:rsidRPr="001179E8">
        <w:rPr>
          <w:lang w:val="pt-BR"/>
        </w:rPr>
        <w:t>Quando emergiram do outro lado, ambos pararam, maravilhados com a visão.</w:t>
      </w:r>
    </w:p>
    <w:p w14:paraId="5C6F8E94" w14:textId="77777777" w:rsidR="002355BD" w:rsidRPr="001179E8" w:rsidRDefault="00000000">
      <w:pPr>
        <w:rPr>
          <w:lang w:val="pt-BR"/>
        </w:rPr>
      </w:pPr>
      <w:r w:rsidRPr="001179E8">
        <w:rPr>
          <w:lang w:val="pt-BR"/>
        </w:rPr>
        <w:br/>
      </w:r>
    </w:p>
    <w:p w14:paraId="3EBD9A4F" w14:textId="77777777" w:rsidR="002355BD" w:rsidRPr="001179E8" w:rsidRDefault="00000000">
      <w:pPr>
        <w:rPr>
          <w:lang w:val="pt-BR"/>
        </w:rPr>
      </w:pPr>
      <w:r w:rsidRPr="001179E8">
        <w:rPr>
          <w:lang w:val="pt-BR"/>
        </w:rPr>
        <w:lastRenderedPageBreak/>
        <w:t>O Vale dos Ecos se estendia diante deles, um paraíso escondido entre as montanhas. Um lago cristalino ocupava o centro, suas águas de um azul profundo refletindo o céu acima. Ao redor do lago, uma floresta de árvores antigas crescia, seus troncos prateados e folhagem em tons de turquesa criando um cenário quase alienígena. Pequenas estruturas podiam ser vistas entre as árvores – não edifícios modernos, mas habitações que pareciam crescer organicamente do ambiente, como se fossem extensões naturais da floresta.</w:t>
      </w:r>
    </w:p>
    <w:p w14:paraId="0AD59AAD" w14:textId="77777777" w:rsidR="002355BD" w:rsidRPr="001179E8" w:rsidRDefault="00000000">
      <w:pPr>
        <w:rPr>
          <w:lang w:val="pt-BR"/>
        </w:rPr>
      </w:pPr>
      <w:r w:rsidRPr="001179E8">
        <w:rPr>
          <w:lang w:val="pt-BR"/>
        </w:rPr>
        <w:br/>
      </w:r>
    </w:p>
    <w:p w14:paraId="3F9B8762" w14:textId="77777777" w:rsidR="002355BD" w:rsidRPr="001179E8" w:rsidRDefault="00000000">
      <w:pPr>
        <w:rPr>
          <w:lang w:val="pt-BR"/>
        </w:rPr>
      </w:pPr>
      <w:r w:rsidRPr="001179E8">
        <w:rPr>
          <w:lang w:val="pt-BR"/>
        </w:rPr>
        <w:t>"É incrível," sussurrou Elaine, seus olhos arregalados com admiração.</w:t>
      </w:r>
    </w:p>
    <w:p w14:paraId="4CA59EB5" w14:textId="77777777" w:rsidR="002355BD" w:rsidRPr="001179E8" w:rsidRDefault="00000000">
      <w:pPr>
        <w:rPr>
          <w:lang w:val="pt-BR"/>
        </w:rPr>
      </w:pPr>
      <w:r w:rsidRPr="001179E8">
        <w:rPr>
          <w:lang w:val="pt-BR"/>
        </w:rPr>
        <w:br/>
      </w:r>
    </w:p>
    <w:p w14:paraId="08C65302" w14:textId="77777777" w:rsidR="002355BD" w:rsidRPr="001179E8" w:rsidRDefault="00000000">
      <w:pPr>
        <w:rPr>
          <w:lang w:val="pt-BR"/>
        </w:rPr>
      </w:pPr>
      <w:r w:rsidRPr="001179E8">
        <w:rPr>
          <w:lang w:val="pt-BR"/>
        </w:rPr>
        <w:t>Luke assentiu, igualmente impressionado. "Vamos. Precisamos encontrar os Guardiões."</w:t>
      </w:r>
    </w:p>
    <w:p w14:paraId="3B6B319E" w14:textId="77777777" w:rsidR="002355BD" w:rsidRPr="001179E8" w:rsidRDefault="00000000">
      <w:pPr>
        <w:rPr>
          <w:lang w:val="pt-BR"/>
        </w:rPr>
      </w:pPr>
      <w:r w:rsidRPr="001179E8">
        <w:rPr>
          <w:lang w:val="pt-BR"/>
        </w:rPr>
        <w:br/>
      </w:r>
    </w:p>
    <w:p w14:paraId="1A5B5597" w14:textId="77777777" w:rsidR="002355BD" w:rsidRPr="001179E8" w:rsidRDefault="00000000">
      <w:pPr>
        <w:rPr>
          <w:lang w:val="pt-BR"/>
        </w:rPr>
      </w:pPr>
      <w:r w:rsidRPr="001179E8">
        <w:rPr>
          <w:lang w:val="pt-BR"/>
        </w:rPr>
        <w:t>Eles começaram a descer pelo caminho que levava ao vale, mas haviam dado apenas alguns passos quando uma voz os deteve.</w:t>
      </w:r>
    </w:p>
    <w:p w14:paraId="3CEF3781" w14:textId="77777777" w:rsidR="002355BD" w:rsidRPr="001179E8" w:rsidRDefault="00000000">
      <w:pPr>
        <w:rPr>
          <w:lang w:val="pt-BR"/>
        </w:rPr>
      </w:pPr>
      <w:r w:rsidRPr="001179E8">
        <w:rPr>
          <w:lang w:val="pt-BR"/>
        </w:rPr>
        <w:br/>
      </w:r>
    </w:p>
    <w:p w14:paraId="40312BCD" w14:textId="77777777" w:rsidR="002355BD" w:rsidRPr="001179E8" w:rsidRDefault="00000000">
      <w:pPr>
        <w:rPr>
          <w:lang w:val="pt-BR"/>
        </w:rPr>
      </w:pPr>
      <w:r w:rsidRPr="001179E8">
        <w:rPr>
          <w:lang w:val="pt-BR"/>
        </w:rPr>
        <w:t>"Parem onde estão."</w:t>
      </w:r>
    </w:p>
    <w:p w14:paraId="396A2C71" w14:textId="77777777" w:rsidR="002355BD" w:rsidRPr="001179E8" w:rsidRDefault="00000000">
      <w:pPr>
        <w:rPr>
          <w:lang w:val="pt-BR"/>
        </w:rPr>
      </w:pPr>
      <w:r w:rsidRPr="001179E8">
        <w:rPr>
          <w:lang w:val="pt-BR"/>
        </w:rPr>
        <w:br/>
      </w:r>
    </w:p>
    <w:p w14:paraId="3937C424" w14:textId="77777777" w:rsidR="002355BD" w:rsidRPr="001179E8" w:rsidRDefault="00000000">
      <w:pPr>
        <w:rPr>
          <w:lang w:val="pt-BR"/>
        </w:rPr>
      </w:pPr>
      <w:r w:rsidRPr="001179E8">
        <w:rPr>
          <w:lang w:val="pt-BR"/>
        </w:rPr>
        <w:t>A voz era calma mas autoritária, e parecia vir de todos os lugares ao mesmo tempo. Luke e Elaine congelaram, olhando ao redor para localizar a fonte.</w:t>
      </w:r>
    </w:p>
    <w:p w14:paraId="2B6C71CB" w14:textId="77777777" w:rsidR="002355BD" w:rsidRPr="001179E8" w:rsidRDefault="00000000">
      <w:pPr>
        <w:rPr>
          <w:lang w:val="pt-BR"/>
        </w:rPr>
      </w:pPr>
      <w:r w:rsidRPr="001179E8">
        <w:rPr>
          <w:lang w:val="pt-BR"/>
        </w:rPr>
        <w:br/>
      </w:r>
    </w:p>
    <w:p w14:paraId="7A5654FB" w14:textId="77777777" w:rsidR="002355BD" w:rsidRPr="001179E8" w:rsidRDefault="00000000">
      <w:pPr>
        <w:rPr>
          <w:lang w:val="pt-BR"/>
        </w:rPr>
      </w:pPr>
      <w:r w:rsidRPr="001179E8">
        <w:rPr>
          <w:lang w:val="pt-BR"/>
        </w:rPr>
        <w:t>Três figuras emergiram das árvores próximas, movendo-se com uma graça silenciosa que sugeria anos de prática. Vestiam roupas simples em tons de verde e marrom, que se misturavam perfeitamente com a floresta. Seus rostos eram marcados por tatuagens sutis que pareciam mudar e fluir com a luz – símbolos antigos que Luke não reconhecia.</w:t>
      </w:r>
    </w:p>
    <w:p w14:paraId="5D071206" w14:textId="77777777" w:rsidR="002355BD" w:rsidRPr="001179E8" w:rsidRDefault="00000000">
      <w:pPr>
        <w:rPr>
          <w:lang w:val="pt-BR"/>
        </w:rPr>
      </w:pPr>
      <w:r w:rsidRPr="001179E8">
        <w:rPr>
          <w:lang w:val="pt-BR"/>
        </w:rPr>
        <w:br/>
      </w:r>
    </w:p>
    <w:p w14:paraId="734B5F4C" w14:textId="77777777" w:rsidR="002355BD" w:rsidRPr="001179E8" w:rsidRDefault="00000000">
      <w:pPr>
        <w:rPr>
          <w:lang w:val="pt-BR"/>
        </w:rPr>
      </w:pPr>
      <w:r w:rsidRPr="001179E8">
        <w:rPr>
          <w:lang w:val="pt-BR"/>
        </w:rPr>
        <w:t>O líder aparente do grupo, um homem alto com cabelos grisalhos presos em um elaborado conjunto de tranças, deu um passo à frente. Seus olhos – de um âmbar dourado incomum – estudaram Luke e Elaine com intensidade.</w:t>
      </w:r>
    </w:p>
    <w:p w14:paraId="2D93CEC3" w14:textId="77777777" w:rsidR="002355BD" w:rsidRPr="001179E8" w:rsidRDefault="00000000">
      <w:pPr>
        <w:rPr>
          <w:lang w:val="pt-BR"/>
        </w:rPr>
      </w:pPr>
      <w:r w:rsidRPr="001179E8">
        <w:rPr>
          <w:lang w:val="pt-BR"/>
        </w:rPr>
        <w:lastRenderedPageBreak/>
        <w:br/>
      </w:r>
    </w:p>
    <w:p w14:paraId="1A6FD4E7" w14:textId="77777777" w:rsidR="002355BD" w:rsidRPr="001179E8" w:rsidRDefault="00000000">
      <w:pPr>
        <w:rPr>
          <w:lang w:val="pt-BR"/>
        </w:rPr>
      </w:pPr>
      <w:r w:rsidRPr="001179E8">
        <w:rPr>
          <w:lang w:val="pt-BR"/>
        </w:rPr>
        <w:t>"Vocês estão longe de casa," disse ele, sua voz a mesma que haviam ouvido antes. "Muito, muito longe."</w:t>
      </w:r>
    </w:p>
    <w:p w14:paraId="4F474F06" w14:textId="77777777" w:rsidR="002355BD" w:rsidRPr="001179E8" w:rsidRDefault="00000000">
      <w:pPr>
        <w:rPr>
          <w:lang w:val="pt-BR"/>
        </w:rPr>
      </w:pPr>
      <w:r w:rsidRPr="001179E8">
        <w:rPr>
          <w:lang w:val="pt-BR"/>
        </w:rPr>
        <w:br/>
      </w:r>
    </w:p>
    <w:p w14:paraId="7DAF805A" w14:textId="77777777" w:rsidR="002355BD" w:rsidRPr="001179E8" w:rsidRDefault="00000000">
      <w:pPr>
        <w:rPr>
          <w:lang w:val="pt-BR"/>
        </w:rPr>
      </w:pPr>
      <w:r w:rsidRPr="001179E8">
        <w:rPr>
          <w:lang w:val="pt-BR"/>
        </w:rPr>
        <w:t>Luke e Elaine trocaram olhares rápidos. Não havia sentido em tentar esconder a verdade.</w:t>
      </w:r>
    </w:p>
    <w:p w14:paraId="50DC0178" w14:textId="77777777" w:rsidR="002355BD" w:rsidRPr="001179E8" w:rsidRDefault="00000000">
      <w:pPr>
        <w:rPr>
          <w:lang w:val="pt-BR"/>
        </w:rPr>
      </w:pPr>
      <w:r w:rsidRPr="001179E8">
        <w:rPr>
          <w:lang w:val="pt-BR"/>
        </w:rPr>
        <w:br/>
      </w:r>
    </w:p>
    <w:p w14:paraId="23312D57" w14:textId="77777777" w:rsidR="002355BD" w:rsidRPr="001179E8" w:rsidRDefault="00000000">
      <w:pPr>
        <w:rPr>
          <w:lang w:val="pt-BR"/>
        </w:rPr>
      </w:pPr>
      <w:r w:rsidRPr="001179E8">
        <w:rPr>
          <w:lang w:val="pt-BR"/>
        </w:rPr>
        <w:t>"Somos viajantes do tempo," admitiu Luke. "Viemos de 2025."</w:t>
      </w:r>
    </w:p>
    <w:p w14:paraId="30A526CB" w14:textId="77777777" w:rsidR="002355BD" w:rsidRPr="001179E8" w:rsidRDefault="00000000">
      <w:pPr>
        <w:rPr>
          <w:lang w:val="pt-BR"/>
        </w:rPr>
      </w:pPr>
      <w:r w:rsidRPr="001179E8">
        <w:rPr>
          <w:lang w:val="pt-BR"/>
        </w:rPr>
        <w:br/>
      </w:r>
    </w:p>
    <w:p w14:paraId="4ACDF876" w14:textId="77777777" w:rsidR="002355BD" w:rsidRPr="001179E8" w:rsidRDefault="00000000">
      <w:pPr>
        <w:rPr>
          <w:lang w:val="pt-BR"/>
        </w:rPr>
      </w:pPr>
      <w:r w:rsidRPr="001179E8">
        <w:rPr>
          <w:lang w:val="pt-BR"/>
        </w:rPr>
        <w:t>O homem não pareceu surpreso. "Sabemos quem são. Luke Carmody e Elaine Nocturne. Os registros falam de vocês."</w:t>
      </w:r>
    </w:p>
    <w:p w14:paraId="5AC1A1FB" w14:textId="77777777" w:rsidR="002355BD" w:rsidRPr="001179E8" w:rsidRDefault="00000000">
      <w:pPr>
        <w:rPr>
          <w:lang w:val="pt-BR"/>
        </w:rPr>
      </w:pPr>
      <w:r w:rsidRPr="001179E8">
        <w:rPr>
          <w:lang w:val="pt-BR"/>
        </w:rPr>
        <w:br/>
      </w:r>
    </w:p>
    <w:p w14:paraId="516FEF3A" w14:textId="77777777" w:rsidR="002355BD" w:rsidRPr="001179E8" w:rsidRDefault="00000000">
      <w:pPr>
        <w:rPr>
          <w:lang w:val="pt-BR"/>
        </w:rPr>
      </w:pPr>
      <w:r w:rsidRPr="001179E8">
        <w:rPr>
          <w:lang w:val="pt-BR"/>
        </w:rPr>
        <w:t>"Então sabem por que estamos aqui," disse Elaine.</w:t>
      </w:r>
    </w:p>
    <w:p w14:paraId="4E396421" w14:textId="77777777" w:rsidR="002355BD" w:rsidRPr="001179E8" w:rsidRDefault="00000000">
      <w:pPr>
        <w:rPr>
          <w:lang w:val="pt-BR"/>
        </w:rPr>
      </w:pPr>
      <w:r w:rsidRPr="001179E8">
        <w:rPr>
          <w:lang w:val="pt-BR"/>
        </w:rPr>
        <w:br/>
      </w:r>
    </w:p>
    <w:p w14:paraId="0AC31A96" w14:textId="77777777" w:rsidR="002355BD" w:rsidRPr="001179E8" w:rsidRDefault="00000000">
      <w:pPr>
        <w:rPr>
          <w:lang w:val="pt-BR"/>
        </w:rPr>
      </w:pPr>
      <w:r w:rsidRPr="001179E8">
        <w:rPr>
          <w:lang w:val="pt-BR"/>
        </w:rPr>
        <w:t>"Sabemos o que os registros dizem," respondeu o homem. "Que vocês buscam a Chave dos Reinos para deter Abyzoth e a Dragoa Maligna." Ele fez uma pausa, seus olhos dourados penetrando fundo nos deles. "Mas os registros nem sempre contam a história completa. Precisamos ouvir de vocês mesmos."</w:t>
      </w:r>
    </w:p>
    <w:p w14:paraId="79DFA2BD" w14:textId="77777777" w:rsidR="002355BD" w:rsidRPr="001179E8" w:rsidRDefault="00000000">
      <w:pPr>
        <w:rPr>
          <w:lang w:val="pt-BR"/>
        </w:rPr>
      </w:pPr>
      <w:r w:rsidRPr="001179E8">
        <w:rPr>
          <w:lang w:val="pt-BR"/>
        </w:rPr>
        <w:br/>
      </w:r>
    </w:p>
    <w:p w14:paraId="137319FC" w14:textId="77777777" w:rsidR="002355BD" w:rsidRPr="001179E8" w:rsidRDefault="00000000">
      <w:pPr>
        <w:rPr>
          <w:lang w:val="pt-BR"/>
        </w:rPr>
      </w:pPr>
      <w:r w:rsidRPr="001179E8">
        <w:rPr>
          <w:lang w:val="pt-BR"/>
        </w:rPr>
        <w:t>Luke deu um passo à frente. "Viemos em paz, em busca de conhecimento. Nosso mundo – nosso tempo – está em perigo. Abyzoth está tentando abrir um portal para invadir nossa dimensão. Fomos enviados para encontrar a Chave dos Reinos, algo que pode selar permanentemente a brecha entre os mundos."</w:t>
      </w:r>
    </w:p>
    <w:p w14:paraId="41B88C9F" w14:textId="77777777" w:rsidR="002355BD" w:rsidRPr="001179E8" w:rsidRDefault="00000000">
      <w:pPr>
        <w:rPr>
          <w:lang w:val="pt-BR"/>
        </w:rPr>
      </w:pPr>
      <w:r w:rsidRPr="001179E8">
        <w:rPr>
          <w:lang w:val="pt-BR"/>
        </w:rPr>
        <w:br/>
      </w:r>
    </w:p>
    <w:p w14:paraId="5FF792D1" w14:textId="77777777" w:rsidR="002355BD" w:rsidRPr="001179E8" w:rsidRDefault="00000000">
      <w:pPr>
        <w:rPr>
          <w:lang w:val="pt-BR"/>
        </w:rPr>
      </w:pPr>
      <w:r w:rsidRPr="001179E8">
        <w:rPr>
          <w:lang w:val="pt-BR"/>
        </w:rPr>
        <w:lastRenderedPageBreak/>
        <w:t>O homem o estudou por um longo momento, então assentiu lentamente. "Meu nome é Thorne. Sou o Guardião Principal deste vale." Ele gesticulou para seus companheiros. "Esta é Lyra e Este é Kael. Somos os Guardiões do Conhecimento."</w:t>
      </w:r>
    </w:p>
    <w:p w14:paraId="37C83AB6" w14:textId="77777777" w:rsidR="002355BD" w:rsidRPr="001179E8" w:rsidRDefault="00000000">
      <w:pPr>
        <w:rPr>
          <w:lang w:val="pt-BR"/>
        </w:rPr>
      </w:pPr>
      <w:r w:rsidRPr="001179E8">
        <w:rPr>
          <w:lang w:val="pt-BR"/>
        </w:rPr>
        <w:br/>
      </w:r>
    </w:p>
    <w:p w14:paraId="17812958" w14:textId="77777777" w:rsidR="002355BD" w:rsidRPr="001179E8" w:rsidRDefault="00000000">
      <w:pPr>
        <w:rPr>
          <w:lang w:val="pt-BR"/>
        </w:rPr>
      </w:pPr>
      <w:r w:rsidRPr="001179E8">
        <w:rPr>
          <w:lang w:val="pt-BR"/>
        </w:rPr>
        <w:t>"É uma honra conhecê-los," disse Luke, inclinando levemente a cabeça em respeito.</w:t>
      </w:r>
    </w:p>
    <w:p w14:paraId="511BC48C" w14:textId="77777777" w:rsidR="002355BD" w:rsidRPr="001179E8" w:rsidRDefault="00000000">
      <w:pPr>
        <w:rPr>
          <w:lang w:val="pt-BR"/>
        </w:rPr>
      </w:pPr>
      <w:r w:rsidRPr="001179E8">
        <w:rPr>
          <w:lang w:val="pt-BR"/>
        </w:rPr>
        <w:br/>
      </w:r>
    </w:p>
    <w:p w14:paraId="315015D0" w14:textId="77777777" w:rsidR="002355BD" w:rsidRPr="001179E8" w:rsidRDefault="00000000">
      <w:pPr>
        <w:rPr>
          <w:lang w:val="pt-BR"/>
        </w:rPr>
      </w:pPr>
      <w:r w:rsidRPr="001179E8">
        <w:rPr>
          <w:lang w:val="pt-BR"/>
        </w:rPr>
        <w:t>"Venham," disse Thorne, virando-se. "Levaremos vocês ao Conselho. Lá, contarão sua história completa, e o Conselho decidirá se o conhecimento que buscam será compartilhado."</w:t>
      </w:r>
    </w:p>
    <w:p w14:paraId="68619611" w14:textId="77777777" w:rsidR="002355BD" w:rsidRPr="001179E8" w:rsidRDefault="00000000">
      <w:pPr>
        <w:rPr>
          <w:lang w:val="pt-BR"/>
        </w:rPr>
      </w:pPr>
      <w:r w:rsidRPr="001179E8">
        <w:rPr>
          <w:lang w:val="pt-BR"/>
        </w:rPr>
        <w:br/>
      </w:r>
    </w:p>
    <w:p w14:paraId="02C6EB49" w14:textId="77777777" w:rsidR="002355BD" w:rsidRPr="001179E8" w:rsidRDefault="00000000">
      <w:pPr>
        <w:rPr>
          <w:lang w:val="pt-BR"/>
        </w:rPr>
      </w:pPr>
      <w:r w:rsidRPr="001179E8">
        <w:rPr>
          <w:lang w:val="pt-BR"/>
        </w:rPr>
        <w:t>Eles seguiram os três Guardiões pelo caminho que descia ao vale. À medida que se aproximavam das habitações, Luke e Elaine puderam ver mais pessoas – todas com as mesmas tatuagens fluidas, todas se movendo com a mesma graça silenciosa. Alguns pararam para observá-los passar, seus olhares curiosos mas não hostis.</w:t>
      </w:r>
    </w:p>
    <w:p w14:paraId="243D1295" w14:textId="77777777" w:rsidR="002355BD" w:rsidRPr="001179E8" w:rsidRDefault="00000000">
      <w:pPr>
        <w:rPr>
          <w:lang w:val="pt-BR"/>
        </w:rPr>
      </w:pPr>
      <w:r w:rsidRPr="001179E8">
        <w:rPr>
          <w:lang w:val="pt-BR"/>
        </w:rPr>
        <w:br/>
      </w:r>
    </w:p>
    <w:p w14:paraId="55FEA769" w14:textId="77777777" w:rsidR="002355BD" w:rsidRPr="001179E8" w:rsidRDefault="00000000">
      <w:pPr>
        <w:rPr>
          <w:lang w:val="pt-BR"/>
        </w:rPr>
      </w:pPr>
      <w:r w:rsidRPr="001179E8">
        <w:rPr>
          <w:lang w:val="pt-BR"/>
        </w:rPr>
        <w:t>"Há quanto tempo os Guardiões existem?" perguntou Elaine enquanto caminhavam.</w:t>
      </w:r>
    </w:p>
    <w:p w14:paraId="25694A5A" w14:textId="77777777" w:rsidR="002355BD" w:rsidRPr="001179E8" w:rsidRDefault="00000000">
      <w:pPr>
        <w:rPr>
          <w:lang w:val="pt-BR"/>
        </w:rPr>
      </w:pPr>
      <w:r w:rsidRPr="001179E8">
        <w:rPr>
          <w:lang w:val="pt-BR"/>
        </w:rPr>
        <w:br/>
      </w:r>
    </w:p>
    <w:p w14:paraId="5356250D" w14:textId="77777777" w:rsidR="002355BD" w:rsidRPr="001179E8" w:rsidRDefault="00000000">
      <w:pPr>
        <w:rPr>
          <w:lang w:val="pt-BR"/>
        </w:rPr>
      </w:pPr>
      <w:r w:rsidRPr="001179E8">
        <w:rPr>
          <w:lang w:val="pt-BR"/>
        </w:rPr>
        <w:t>"Nossa ordem foi fundada após a Grande Convergência," respondeu Lyra, uma mulher de meia-idade com feições serenas e cabelos castanhos com mechas prateadas. "Quando as barreiras entre dimensões quase colapsaram completamente."</w:t>
      </w:r>
    </w:p>
    <w:p w14:paraId="2AD85311" w14:textId="77777777" w:rsidR="002355BD" w:rsidRPr="001179E8" w:rsidRDefault="00000000">
      <w:pPr>
        <w:rPr>
          <w:lang w:val="pt-BR"/>
        </w:rPr>
      </w:pPr>
      <w:r w:rsidRPr="001179E8">
        <w:rPr>
          <w:lang w:val="pt-BR"/>
        </w:rPr>
        <w:br/>
      </w:r>
    </w:p>
    <w:p w14:paraId="47F789DE" w14:textId="77777777" w:rsidR="002355BD" w:rsidRPr="001179E8" w:rsidRDefault="00000000">
      <w:pPr>
        <w:rPr>
          <w:lang w:val="pt-BR"/>
        </w:rPr>
      </w:pPr>
      <w:r w:rsidRPr="001179E8">
        <w:rPr>
          <w:lang w:val="pt-BR"/>
        </w:rPr>
        <w:t>"A Grande Convergência?" repetiu Luke. "Isso aconteceu... depois do nosso tempo?"</w:t>
      </w:r>
    </w:p>
    <w:p w14:paraId="7E70E98E" w14:textId="77777777" w:rsidR="002355BD" w:rsidRPr="001179E8" w:rsidRDefault="00000000">
      <w:pPr>
        <w:rPr>
          <w:lang w:val="pt-BR"/>
        </w:rPr>
      </w:pPr>
      <w:r w:rsidRPr="001179E8">
        <w:rPr>
          <w:lang w:val="pt-BR"/>
        </w:rPr>
        <w:br/>
      </w:r>
    </w:p>
    <w:p w14:paraId="4CBCD99B" w14:textId="77777777" w:rsidR="002355BD" w:rsidRPr="001179E8" w:rsidRDefault="00000000">
      <w:pPr>
        <w:rPr>
          <w:lang w:val="pt-BR"/>
        </w:rPr>
      </w:pPr>
      <w:r w:rsidRPr="001179E8">
        <w:rPr>
          <w:lang w:val="pt-BR"/>
        </w:rPr>
        <w:t>"Sim," confirmou Thorne. "Aproximadamente vinte anos após o período de onde vocês vieram. Foi um evento que mudou o mundo para sempre."</w:t>
      </w:r>
    </w:p>
    <w:p w14:paraId="03F4F43E" w14:textId="77777777" w:rsidR="002355BD" w:rsidRPr="001179E8" w:rsidRDefault="00000000">
      <w:pPr>
        <w:rPr>
          <w:lang w:val="pt-BR"/>
        </w:rPr>
      </w:pPr>
      <w:r w:rsidRPr="001179E8">
        <w:rPr>
          <w:lang w:val="pt-BR"/>
        </w:rPr>
        <w:lastRenderedPageBreak/>
        <w:br/>
      </w:r>
    </w:p>
    <w:p w14:paraId="674A9556" w14:textId="77777777" w:rsidR="002355BD" w:rsidRPr="001179E8" w:rsidRDefault="00000000">
      <w:pPr>
        <w:rPr>
          <w:lang w:val="pt-BR"/>
        </w:rPr>
      </w:pPr>
      <w:r w:rsidRPr="001179E8">
        <w:rPr>
          <w:lang w:val="pt-BR"/>
        </w:rPr>
        <w:t>Luke e Elaine trocaram olhares preocupados. Isso sugeria que sua missão original – impedir Abyzoth e a Dragoa Maligna – talvez não tivesse sido bem-sucedida.</w:t>
      </w:r>
    </w:p>
    <w:p w14:paraId="334FE187" w14:textId="77777777" w:rsidR="002355BD" w:rsidRPr="001179E8" w:rsidRDefault="00000000">
      <w:pPr>
        <w:rPr>
          <w:lang w:val="pt-BR"/>
        </w:rPr>
      </w:pPr>
      <w:r w:rsidRPr="001179E8">
        <w:rPr>
          <w:lang w:val="pt-BR"/>
        </w:rPr>
        <w:br/>
      </w:r>
    </w:p>
    <w:p w14:paraId="1A8BD75B" w14:textId="77777777" w:rsidR="002355BD" w:rsidRPr="001179E8" w:rsidRDefault="00000000">
      <w:pPr>
        <w:rPr>
          <w:lang w:val="pt-BR"/>
        </w:rPr>
      </w:pPr>
      <w:r w:rsidRPr="001179E8">
        <w:rPr>
          <w:lang w:val="pt-BR"/>
        </w:rPr>
        <w:t>Eles chegaram a uma estrutura maior no centro do vale, próxima ao lago. Parecia crescer de várias árvores antigas que haviam se fundido, formando um salão natural com um teto alto de galhos entrelaçados. Luz natural filtrava através das folhas, criando padrões dançantes no chão de madeira polida.</w:t>
      </w:r>
    </w:p>
    <w:p w14:paraId="01D17356" w14:textId="77777777" w:rsidR="002355BD" w:rsidRPr="001179E8" w:rsidRDefault="00000000">
      <w:pPr>
        <w:rPr>
          <w:lang w:val="pt-BR"/>
        </w:rPr>
      </w:pPr>
      <w:r w:rsidRPr="001179E8">
        <w:rPr>
          <w:lang w:val="pt-BR"/>
        </w:rPr>
        <w:br/>
      </w:r>
    </w:p>
    <w:p w14:paraId="5B426356" w14:textId="77777777" w:rsidR="002355BD" w:rsidRPr="001179E8" w:rsidRDefault="00000000">
      <w:pPr>
        <w:rPr>
          <w:lang w:val="pt-BR"/>
        </w:rPr>
      </w:pPr>
      <w:r w:rsidRPr="001179E8">
        <w:rPr>
          <w:lang w:val="pt-BR"/>
        </w:rPr>
        <w:t>Dentro, sete pessoas os aguardavam, sentadas em um semicírculo. Todos eram mais velhos, com as mesmas tatuagens fluidas, mas cada um tinha um estilo distinto que sugeria diferentes origens e especialidades.</w:t>
      </w:r>
    </w:p>
    <w:p w14:paraId="1CE9C3D2" w14:textId="77777777" w:rsidR="002355BD" w:rsidRPr="001179E8" w:rsidRDefault="00000000">
      <w:pPr>
        <w:rPr>
          <w:lang w:val="pt-BR"/>
        </w:rPr>
      </w:pPr>
      <w:r w:rsidRPr="001179E8">
        <w:rPr>
          <w:lang w:val="pt-BR"/>
        </w:rPr>
        <w:br/>
      </w:r>
    </w:p>
    <w:p w14:paraId="4F0A1725" w14:textId="77777777" w:rsidR="002355BD" w:rsidRPr="001179E8" w:rsidRDefault="00000000">
      <w:pPr>
        <w:rPr>
          <w:lang w:val="pt-BR"/>
        </w:rPr>
      </w:pPr>
      <w:r w:rsidRPr="001179E8">
        <w:rPr>
          <w:lang w:val="pt-BR"/>
        </w:rPr>
        <w:t>"O Conselho dos Sete," apresentou Thorne, indicando que Luke e Elaine deveriam se sentar em almofadas colocadas no centro do semicírculo.</w:t>
      </w:r>
    </w:p>
    <w:p w14:paraId="5126C7B3" w14:textId="77777777" w:rsidR="002355BD" w:rsidRPr="001179E8" w:rsidRDefault="00000000">
      <w:pPr>
        <w:rPr>
          <w:lang w:val="pt-BR"/>
        </w:rPr>
      </w:pPr>
      <w:r w:rsidRPr="001179E8">
        <w:rPr>
          <w:lang w:val="pt-BR"/>
        </w:rPr>
        <w:br/>
      </w:r>
    </w:p>
    <w:p w14:paraId="57C7EF06" w14:textId="77777777" w:rsidR="002355BD" w:rsidRPr="001179E8" w:rsidRDefault="00000000">
      <w:pPr>
        <w:rPr>
          <w:lang w:val="pt-BR"/>
        </w:rPr>
      </w:pPr>
      <w:r w:rsidRPr="001179E8">
        <w:rPr>
          <w:lang w:val="pt-BR"/>
        </w:rPr>
        <w:t>Uma mulher no centro – aparentemente a mais velha, com cabelos brancos como a neve e olhos de um azul profundo e penetrante – falou primeiro.</w:t>
      </w:r>
    </w:p>
    <w:p w14:paraId="2C29A095" w14:textId="77777777" w:rsidR="002355BD" w:rsidRPr="001179E8" w:rsidRDefault="00000000">
      <w:pPr>
        <w:rPr>
          <w:lang w:val="pt-BR"/>
        </w:rPr>
      </w:pPr>
      <w:r w:rsidRPr="001179E8">
        <w:rPr>
          <w:lang w:val="pt-BR"/>
        </w:rPr>
        <w:br/>
      </w:r>
    </w:p>
    <w:p w14:paraId="54024114" w14:textId="77777777" w:rsidR="002355BD" w:rsidRPr="001179E8" w:rsidRDefault="00000000">
      <w:pPr>
        <w:rPr>
          <w:lang w:val="pt-BR"/>
        </w:rPr>
      </w:pPr>
      <w:r w:rsidRPr="001179E8">
        <w:rPr>
          <w:lang w:val="pt-BR"/>
        </w:rPr>
        <w:t>"Sou Aria, Primeira Guardiã. Bem-vindos ao Vale dos Ecos, viajantes do tempo." Sua voz era suave mas carregava uma autoridade inegável. "Estamos cientes de sua busca. Agora, gostaríamos de ouvir sua história completa – como chegaram aqui e o que exatamente esperam encontrar."</w:t>
      </w:r>
    </w:p>
    <w:p w14:paraId="75878B02" w14:textId="77777777" w:rsidR="002355BD" w:rsidRPr="001179E8" w:rsidRDefault="00000000">
      <w:pPr>
        <w:rPr>
          <w:lang w:val="pt-BR"/>
        </w:rPr>
      </w:pPr>
      <w:r w:rsidRPr="001179E8">
        <w:rPr>
          <w:lang w:val="pt-BR"/>
        </w:rPr>
        <w:br/>
      </w:r>
    </w:p>
    <w:p w14:paraId="6BECB765" w14:textId="77777777" w:rsidR="002355BD" w:rsidRPr="001179E8" w:rsidRDefault="00000000">
      <w:pPr>
        <w:rPr>
          <w:lang w:val="pt-BR"/>
        </w:rPr>
      </w:pPr>
      <w:r w:rsidRPr="001179E8">
        <w:rPr>
          <w:lang w:val="pt-BR"/>
        </w:rPr>
        <w:t>Luke olhou para Elaine, que assentiu encorajadoramente. Então, ele começou a contar tudo – a Crise de Abyzoth, o fragmento que escapou da contenção, a revelação de Eco sobre a Chave dos Reinos, e sua jornada através do tempo.</w:t>
      </w:r>
    </w:p>
    <w:p w14:paraId="73449EA4" w14:textId="77777777" w:rsidR="002355BD" w:rsidRPr="001179E8" w:rsidRDefault="00000000">
      <w:pPr>
        <w:rPr>
          <w:lang w:val="pt-BR"/>
        </w:rPr>
      </w:pPr>
      <w:r w:rsidRPr="001179E8">
        <w:rPr>
          <w:lang w:val="pt-BR"/>
        </w:rPr>
        <w:lastRenderedPageBreak/>
        <w:br/>
      </w:r>
    </w:p>
    <w:p w14:paraId="2A86EAA6" w14:textId="77777777" w:rsidR="002355BD" w:rsidRPr="001179E8" w:rsidRDefault="00000000">
      <w:pPr>
        <w:rPr>
          <w:lang w:val="pt-BR"/>
        </w:rPr>
      </w:pPr>
      <w:r w:rsidRPr="001179E8">
        <w:rPr>
          <w:lang w:val="pt-BR"/>
        </w:rPr>
        <w:t>Enquanto falava, notou que os membros do Conselho ocasionalmente trocavam olhares significativos, como se confirmassem detalhes que já conheciam. Quando terminou, um silêncio contemplativo caiu sobre o salão.</w:t>
      </w:r>
    </w:p>
    <w:p w14:paraId="14E49988" w14:textId="77777777" w:rsidR="002355BD" w:rsidRPr="001179E8" w:rsidRDefault="00000000">
      <w:pPr>
        <w:rPr>
          <w:lang w:val="pt-BR"/>
        </w:rPr>
      </w:pPr>
      <w:r w:rsidRPr="001179E8">
        <w:rPr>
          <w:lang w:val="pt-BR"/>
        </w:rPr>
        <w:br/>
      </w:r>
    </w:p>
    <w:p w14:paraId="20E2A4DD" w14:textId="77777777" w:rsidR="002355BD" w:rsidRPr="001179E8" w:rsidRDefault="00000000">
      <w:pPr>
        <w:rPr>
          <w:lang w:val="pt-BR"/>
        </w:rPr>
      </w:pPr>
      <w:r w:rsidRPr="001179E8">
        <w:rPr>
          <w:lang w:val="pt-BR"/>
        </w:rPr>
        <w:t>"Sua história corresponde aos registros históricos," disse Aria finalmente. "E sentimos a verdade em suas palavras."</w:t>
      </w:r>
    </w:p>
    <w:p w14:paraId="31DB7D70" w14:textId="77777777" w:rsidR="002355BD" w:rsidRPr="001179E8" w:rsidRDefault="00000000">
      <w:pPr>
        <w:rPr>
          <w:lang w:val="pt-BR"/>
        </w:rPr>
      </w:pPr>
      <w:r w:rsidRPr="001179E8">
        <w:rPr>
          <w:lang w:val="pt-BR"/>
        </w:rPr>
        <w:br/>
      </w:r>
    </w:p>
    <w:p w14:paraId="4C6812A5" w14:textId="77777777" w:rsidR="002355BD" w:rsidRPr="001179E8" w:rsidRDefault="00000000">
      <w:pPr>
        <w:rPr>
          <w:lang w:val="pt-BR"/>
        </w:rPr>
      </w:pPr>
      <w:r w:rsidRPr="001179E8">
        <w:rPr>
          <w:lang w:val="pt-BR"/>
        </w:rPr>
        <w:t>"Então vocês sabem sobre a Chave dos Reinos?" perguntou Elaine esperançosamente.</w:t>
      </w:r>
    </w:p>
    <w:p w14:paraId="4FA01F6E" w14:textId="77777777" w:rsidR="002355BD" w:rsidRPr="001179E8" w:rsidRDefault="00000000">
      <w:pPr>
        <w:rPr>
          <w:lang w:val="pt-BR"/>
        </w:rPr>
      </w:pPr>
      <w:r w:rsidRPr="001179E8">
        <w:rPr>
          <w:lang w:val="pt-BR"/>
        </w:rPr>
        <w:br/>
      </w:r>
    </w:p>
    <w:p w14:paraId="4CE2907C" w14:textId="77777777" w:rsidR="002355BD" w:rsidRPr="001179E8" w:rsidRDefault="00000000">
      <w:pPr>
        <w:rPr>
          <w:lang w:val="pt-BR"/>
        </w:rPr>
      </w:pPr>
      <w:r w:rsidRPr="001179E8">
        <w:rPr>
          <w:lang w:val="pt-BR"/>
        </w:rPr>
        <w:t>"Sabemos dela," confirmou Aria. "É um artefato de imenso poder, criado para manter o equilíbrio entre as dimensões."</w:t>
      </w:r>
    </w:p>
    <w:p w14:paraId="2ACDB080" w14:textId="77777777" w:rsidR="002355BD" w:rsidRPr="001179E8" w:rsidRDefault="00000000">
      <w:pPr>
        <w:rPr>
          <w:lang w:val="pt-BR"/>
        </w:rPr>
      </w:pPr>
      <w:r w:rsidRPr="001179E8">
        <w:rPr>
          <w:lang w:val="pt-BR"/>
        </w:rPr>
        <w:br/>
      </w:r>
    </w:p>
    <w:p w14:paraId="2FF8F4F8" w14:textId="77777777" w:rsidR="002355BD" w:rsidRPr="001179E8" w:rsidRDefault="00000000">
      <w:pPr>
        <w:rPr>
          <w:lang w:val="pt-BR"/>
        </w:rPr>
      </w:pPr>
      <w:r w:rsidRPr="001179E8">
        <w:rPr>
          <w:lang w:val="pt-BR"/>
        </w:rPr>
        <w:t>"Vocês a têm?" perguntou Luke diretamente.</w:t>
      </w:r>
    </w:p>
    <w:p w14:paraId="7CDA9918" w14:textId="77777777" w:rsidR="002355BD" w:rsidRPr="001179E8" w:rsidRDefault="00000000">
      <w:pPr>
        <w:rPr>
          <w:lang w:val="pt-BR"/>
        </w:rPr>
      </w:pPr>
      <w:r w:rsidRPr="001179E8">
        <w:rPr>
          <w:lang w:val="pt-BR"/>
        </w:rPr>
        <w:br/>
      </w:r>
    </w:p>
    <w:p w14:paraId="6930271A" w14:textId="77777777" w:rsidR="002355BD" w:rsidRPr="001179E8" w:rsidRDefault="00000000">
      <w:pPr>
        <w:rPr>
          <w:lang w:val="pt-BR"/>
        </w:rPr>
      </w:pPr>
      <w:r w:rsidRPr="001179E8">
        <w:rPr>
          <w:lang w:val="pt-BR"/>
        </w:rPr>
        <w:t>Os membros do Conselho trocaram olhares novamente antes que Aria respondesse.</w:t>
      </w:r>
    </w:p>
    <w:p w14:paraId="7758F42C" w14:textId="77777777" w:rsidR="002355BD" w:rsidRPr="001179E8" w:rsidRDefault="00000000">
      <w:pPr>
        <w:rPr>
          <w:lang w:val="pt-BR"/>
        </w:rPr>
      </w:pPr>
      <w:r w:rsidRPr="001179E8">
        <w:rPr>
          <w:lang w:val="pt-BR"/>
        </w:rPr>
        <w:br/>
      </w:r>
    </w:p>
    <w:p w14:paraId="2A9C331F" w14:textId="77777777" w:rsidR="002355BD" w:rsidRPr="001179E8" w:rsidRDefault="00000000">
      <w:pPr>
        <w:rPr>
          <w:lang w:val="pt-BR"/>
        </w:rPr>
      </w:pPr>
      <w:r w:rsidRPr="001179E8">
        <w:rPr>
          <w:lang w:val="pt-BR"/>
        </w:rPr>
        <w:t>"Não," disse ela. "A Chave dos Reinos não está em nossa posse. Nem neste tempo."</w:t>
      </w:r>
    </w:p>
    <w:p w14:paraId="4561FEE8" w14:textId="77777777" w:rsidR="002355BD" w:rsidRPr="001179E8" w:rsidRDefault="00000000">
      <w:pPr>
        <w:rPr>
          <w:lang w:val="pt-BR"/>
        </w:rPr>
      </w:pPr>
      <w:r w:rsidRPr="001179E8">
        <w:rPr>
          <w:lang w:val="pt-BR"/>
        </w:rPr>
        <w:br/>
      </w:r>
    </w:p>
    <w:p w14:paraId="5B7CF188" w14:textId="77777777" w:rsidR="002355BD" w:rsidRPr="001179E8" w:rsidRDefault="00000000">
      <w:pPr>
        <w:rPr>
          <w:lang w:val="pt-BR"/>
        </w:rPr>
      </w:pPr>
      <w:r w:rsidRPr="001179E8">
        <w:rPr>
          <w:lang w:val="pt-BR"/>
        </w:rPr>
        <w:t>Luke sentiu seu coração afundar. "Então viemos ao futuro por nada?"</w:t>
      </w:r>
    </w:p>
    <w:p w14:paraId="634AD3C8" w14:textId="77777777" w:rsidR="002355BD" w:rsidRPr="001179E8" w:rsidRDefault="00000000">
      <w:pPr>
        <w:rPr>
          <w:lang w:val="pt-BR"/>
        </w:rPr>
      </w:pPr>
      <w:r w:rsidRPr="001179E8">
        <w:rPr>
          <w:lang w:val="pt-BR"/>
        </w:rPr>
        <w:br/>
      </w:r>
    </w:p>
    <w:p w14:paraId="48AB96A4" w14:textId="77777777" w:rsidR="002355BD" w:rsidRPr="001179E8" w:rsidRDefault="00000000">
      <w:pPr>
        <w:rPr>
          <w:lang w:val="pt-BR"/>
        </w:rPr>
      </w:pPr>
      <w:r w:rsidRPr="001179E8">
        <w:rPr>
          <w:lang w:val="pt-BR"/>
        </w:rPr>
        <w:t>"Não por nada," corrigiu Aria. "Vieram por conhecimento. E isso, podemos oferecer."</w:t>
      </w:r>
    </w:p>
    <w:p w14:paraId="79BEFC7F" w14:textId="77777777" w:rsidR="002355BD" w:rsidRPr="001179E8" w:rsidRDefault="00000000">
      <w:pPr>
        <w:rPr>
          <w:lang w:val="pt-BR"/>
        </w:rPr>
      </w:pPr>
      <w:r w:rsidRPr="001179E8">
        <w:rPr>
          <w:lang w:val="pt-BR"/>
        </w:rPr>
        <w:lastRenderedPageBreak/>
        <w:br/>
      </w:r>
    </w:p>
    <w:p w14:paraId="2EE99C0F" w14:textId="77777777" w:rsidR="002355BD" w:rsidRPr="001179E8" w:rsidRDefault="00000000">
      <w:pPr>
        <w:rPr>
          <w:lang w:val="pt-BR"/>
        </w:rPr>
      </w:pPr>
      <w:r w:rsidRPr="001179E8">
        <w:rPr>
          <w:lang w:val="pt-BR"/>
        </w:rPr>
        <w:t>Ela fez um gesto, e um dos outros Guardiões – um homem com feições asiáticas e uma longa barba branca – se levantou e se aproximou com um objeto nas mãos. Era um livro antigo, encadernado em couro desgastado pelo tempo.</w:t>
      </w:r>
    </w:p>
    <w:p w14:paraId="5314B21B" w14:textId="77777777" w:rsidR="002355BD" w:rsidRPr="001179E8" w:rsidRDefault="00000000">
      <w:pPr>
        <w:rPr>
          <w:lang w:val="pt-BR"/>
        </w:rPr>
      </w:pPr>
      <w:r w:rsidRPr="001179E8">
        <w:rPr>
          <w:lang w:val="pt-BR"/>
        </w:rPr>
        <w:br/>
      </w:r>
    </w:p>
    <w:p w14:paraId="5C019AA9" w14:textId="77777777" w:rsidR="002355BD" w:rsidRPr="001179E8" w:rsidRDefault="00000000">
      <w:pPr>
        <w:rPr>
          <w:lang w:val="pt-BR"/>
        </w:rPr>
      </w:pPr>
      <w:r w:rsidRPr="001179E8">
        <w:rPr>
          <w:lang w:val="pt-BR"/>
        </w:rPr>
        <w:t>"Este é o Códice das Dimensões," explicou Aria enquanto o homem colocava o livro diante deles. "Contém tudo o que sabemos sobre a Chave dos Reinos – sua origem, seu propósito, e mais importante... como encontrá-la."</w:t>
      </w:r>
    </w:p>
    <w:p w14:paraId="449731F7" w14:textId="77777777" w:rsidR="002355BD" w:rsidRPr="001179E8" w:rsidRDefault="00000000">
      <w:pPr>
        <w:rPr>
          <w:lang w:val="pt-BR"/>
        </w:rPr>
      </w:pPr>
      <w:r w:rsidRPr="001179E8">
        <w:rPr>
          <w:lang w:val="pt-BR"/>
        </w:rPr>
        <w:br/>
      </w:r>
    </w:p>
    <w:p w14:paraId="7764B222" w14:textId="77777777" w:rsidR="002355BD" w:rsidRPr="001179E8" w:rsidRDefault="00000000">
      <w:pPr>
        <w:rPr>
          <w:lang w:val="pt-BR"/>
        </w:rPr>
      </w:pPr>
      <w:r w:rsidRPr="001179E8">
        <w:rPr>
          <w:lang w:val="pt-BR"/>
        </w:rPr>
        <w:t>Luke olhou para o livro com reverência, hesitante em tocá-lo.</w:t>
      </w:r>
    </w:p>
    <w:p w14:paraId="6D12C7A6" w14:textId="77777777" w:rsidR="002355BD" w:rsidRPr="001179E8" w:rsidRDefault="00000000">
      <w:pPr>
        <w:rPr>
          <w:lang w:val="pt-BR"/>
        </w:rPr>
      </w:pPr>
      <w:r w:rsidRPr="001179E8">
        <w:rPr>
          <w:lang w:val="pt-BR"/>
        </w:rPr>
        <w:br/>
      </w:r>
    </w:p>
    <w:p w14:paraId="04820A8B" w14:textId="77777777" w:rsidR="002355BD" w:rsidRPr="001179E8" w:rsidRDefault="00000000">
      <w:pPr>
        <w:rPr>
          <w:lang w:val="pt-BR"/>
        </w:rPr>
      </w:pPr>
      <w:r w:rsidRPr="001179E8">
        <w:rPr>
          <w:lang w:val="pt-BR"/>
        </w:rPr>
        <w:t>"Podem abri-lo," encorajou Aria. "Foi preservado para este momento."</w:t>
      </w:r>
    </w:p>
    <w:p w14:paraId="0BDB24E1" w14:textId="77777777" w:rsidR="002355BD" w:rsidRPr="001179E8" w:rsidRDefault="00000000">
      <w:pPr>
        <w:rPr>
          <w:lang w:val="pt-BR"/>
        </w:rPr>
      </w:pPr>
      <w:r w:rsidRPr="001179E8">
        <w:rPr>
          <w:lang w:val="pt-BR"/>
        </w:rPr>
        <w:br/>
      </w:r>
    </w:p>
    <w:p w14:paraId="71228FEC" w14:textId="77777777" w:rsidR="002355BD" w:rsidRPr="001179E8" w:rsidRDefault="00000000">
      <w:pPr>
        <w:rPr>
          <w:lang w:val="pt-BR"/>
        </w:rPr>
      </w:pPr>
      <w:r w:rsidRPr="001179E8">
        <w:rPr>
          <w:lang w:val="pt-BR"/>
        </w:rPr>
        <w:t>Com cuidado, Luke abriu o livro. As páginas eram de um material que não reconhecia – não exatamente papel, mas algo mais durável, com uma textura quase metálica. Nelas, diagramas complexos e texto em uma língua antiga cobriam cada centímetro.</w:t>
      </w:r>
    </w:p>
    <w:p w14:paraId="55F835D0" w14:textId="77777777" w:rsidR="002355BD" w:rsidRPr="001179E8" w:rsidRDefault="00000000">
      <w:pPr>
        <w:rPr>
          <w:lang w:val="pt-BR"/>
        </w:rPr>
      </w:pPr>
      <w:r w:rsidRPr="001179E8">
        <w:rPr>
          <w:lang w:val="pt-BR"/>
        </w:rPr>
        <w:br/>
      </w:r>
    </w:p>
    <w:p w14:paraId="2E3547C0" w14:textId="77777777" w:rsidR="002355BD" w:rsidRPr="001179E8" w:rsidRDefault="00000000">
      <w:pPr>
        <w:rPr>
          <w:lang w:val="pt-BR"/>
        </w:rPr>
      </w:pPr>
      <w:r w:rsidRPr="001179E8">
        <w:rPr>
          <w:lang w:val="pt-BR"/>
        </w:rPr>
        <w:t>"Não consigo ler isso," admitiu ele.</w:t>
      </w:r>
    </w:p>
    <w:p w14:paraId="4D0E6CC3" w14:textId="77777777" w:rsidR="002355BD" w:rsidRPr="001179E8" w:rsidRDefault="00000000">
      <w:pPr>
        <w:rPr>
          <w:lang w:val="pt-BR"/>
        </w:rPr>
      </w:pPr>
      <w:r w:rsidRPr="001179E8">
        <w:rPr>
          <w:lang w:val="pt-BR"/>
        </w:rPr>
        <w:br/>
      </w:r>
    </w:p>
    <w:p w14:paraId="3D6F50C7" w14:textId="77777777" w:rsidR="002355BD" w:rsidRPr="001179E8" w:rsidRDefault="00000000">
      <w:pPr>
        <w:rPr>
          <w:lang w:val="pt-BR"/>
        </w:rPr>
      </w:pPr>
      <w:r w:rsidRPr="001179E8">
        <w:rPr>
          <w:lang w:val="pt-BR"/>
        </w:rPr>
        <w:t>"É a língua dos Primordiais," explicou Aria. "Mais antiga que qualquer civilização humana. Mas não se preocupem – traduziremos o essencial para vocês."</w:t>
      </w:r>
    </w:p>
    <w:p w14:paraId="727AB742" w14:textId="77777777" w:rsidR="002355BD" w:rsidRPr="001179E8" w:rsidRDefault="00000000">
      <w:pPr>
        <w:rPr>
          <w:lang w:val="pt-BR"/>
        </w:rPr>
      </w:pPr>
      <w:r w:rsidRPr="001179E8">
        <w:rPr>
          <w:lang w:val="pt-BR"/>
        </w:rPr>
        <w:br/>
      </w:r>
    </w:p>
    <w:p w14:paraId="68D55E6D" w14:textId="77777777" w:rsidR="002355BD" w:rsidRPr="001179E8" w:rsidRDefault="00000000">
      <w:pPr>
        <w:rPr>
          <w:lang w:val="pt-BR"/>
        </w:rPr>
      </w:pPr>
      <w:r w:rsidRPr="001179E8">
        <w:rPr>
          <w:lang w:val="pt-BR"/>
        </w:rPr>
        <w:t>Ela se inclinou para frente, virando algumas páginas até chegar a uma ilustração detalhada que mostrava um objeto – uma chave elaborada com símbolos complexos gravados em sua superfície, emanando uma luz que parecia saltar da própria página.</w:t>
      </w:r>
    </w:p>
    <w:p w14:paraId="5C947AC0" w14:textId="77777777" w:rsidR="002355BD" w:rsidRPr="001179E8" w:rsidRDefault="00000000">
      <w:pPr>
        <w:rPr>
          <w:lang w:val="pt-BR"/>
        </w:rPr>
      </w:pPr>
      <w:r w:rsidRPr="001179E8">
        <w:rPr>
          <w:lang w:val="pt-BR"/>
        </w:rPr>
        <w:lastRenderedPageBreak/>
        <w:br/>
      </w:r>
    </w:p>
    <w:p w14:paraId="4735FAF4" w14:textId="77777777" w:rsidR="002355BD" w:rsidRPr="001179E8" w:rsidRDefault="00000000">
      <w:pPr>
        <w:rPr>
          <w:lang w:val="pt-BR"/>
        </w:rPr>
      </w:pPr>
      <w:r w:rsidRPr="001179E8">
        <w:rPr>
          <w:lang w:val="pt-BR"/>
        </w:rPr>
        <w:t>"A Chave dos Reinos não é apenas um objeto físico," explicou Aria. "É uma manifestação de poder primordial, forjada no momento exato da criação das dimensões. Existe simultaneamente em todos os tempos e nenhum – até que seja necessária."</w:t>
      </w:r>
    </w:p>
    <w:p w14:paraId="7CE94F5C" w14:textId="77777777" w:rsidR="002355BD" w:rsidRPr="001179E8" w:rsidRDefault="00000000">
      <w:pPr>
        <w:rPr>
          <w:lang w:val="pt-BR"/>
        </w:rPr>
      </w:pPr>
      <w:r w:rsidRPr="001179E8">
        <w:rPr>
          <w:lang w:val="pt-BR"/>
        </w:rPr>
        <w:br/>
      </w:r>
    </w:p>
    <w:p w14:paraId="1D966BC5" w14:textId="77777777" w:rsidR="002355BD" w:rsidRPr="001179E8" w:rsidRDefault="00000000">
      <w:pPr>
        <w:rPr>
          <w:lang w:val="pt-BR"/>
        </w:rPr>
      </w:pPr>
      <w:r w:rsidRPr="001179E8">
        <w:rPr>
          <w:lang w:val="pt-BR"/>
        </w:rPr>
        <w:t>"Não entendo," disse Elaine, franzindo a testa. "Se existe em todos os tempos, por que não podemos simplesmente encontrá-la no nosso?"</w:t>
      </w:r>
    </w:p>
    <w:p w14:paraId="2EB1150C" w14:textId="77777777" w:rsidR="002355BD" w:rsidRPr="001179E8" w:rsidRDefault="00000000">
      <w:pPr>
        <w:rPr>
          <w:lang w:val="pt-BR"/>
        </w:rPr>
      </w:pPr>
      <w:r w:rsidRPr="001179E8">
        <w:rPr>
          <w:lang w:val="pt-BR"/>
        </w:rPr>
        <w:br/>
      </w:r>
    </w:p>
    <w:p w14:paraId="5A8134D7" w14:textId="77777777" w:rsidR="002355BD" w:rsidRPr="001179E8" w:rsidRDefault="00000000">
      <w:pPr>
        <w:rPr>
          <w:lang w:val="pt-BR"/>
        </w:rPr>
      </w:pPr>
      <w:r w:rsidRPr="001179E8">
        <w:rPr>
          <w:lang w:val="pt-BR"/>
        </w:rPr>
        <w:t>"Porque a Chave só se manifesta fisicamente quando certas condições são atendidas," respondeu Aria. "Quando as barreiras entre dimensões estão em seu ponto mais fraco, e quando aqueles dignos de empunhá-la estão presentes."</w:t>
      </w:r>
    </w:p>
    <w:p w14:paraId="29D500E3" w14:textId="77777777" w:rsidR="002355BD" w:rsidRPr="001179E8" w:rsidRDefault="00000000">
      <w:pPr>
        <w:rPr>
          <w:lang w:val="pt-BR"/>
        </w:rPr>
      </w:pPr>
      <w:r w:rsidRPr="001179E8">
        <w:rPr>
          <w:lang w:val="pt-BR"/>
        </w:rPr>
        <w:br/>
      </w:r>
    </w:p>
    <w:p w14:paraId="6B8FC3B4" w14:textId="77777777" w:rsidR="002355BD" w:rsidRPr="001179E8" w:rsidRDefault="00000000">
      <w:pPr>
        <w:rPr>
          <w:lang w:val="pt-BR"/>
        </w:rPr>
      </w:pPr>
      <w:r w:rsidRPr="001179E8">
        <w:rPr>
          <w:lang w:val="pt-BR"/>
        </w:rPr>
        <w:t>"E essas condições," continuou Luke, começando a entender, "não existem no nosso tempo. Ou neste."</w:t>
      </w:r>
    </w:p>
    <w:p w14:paraId="0553B5EC" w14:textId="77777777" w:rsidR="002355BD" w:rsidRPr="001179E8" w:rsidRDefault="00000000">
      <w:pPr>
        <w:rPr>
          <w:lang w:val="pt-BR"/>
        </w:rPr>
      </w:pPr>
      <w:r w:rsidRPr="001179E8">
        <w:rPr>
          <w:lang w:val="pt-BR"/>
        </w:rPr>
        <w:br/>
      </w:r>
    </w:p>
    <w:p w14:paraId="7776D701" w14:textId="77777777" w:rsidR="002355BD" w:rsidRPr="001179E8" w:rsidRDefault="00000000">
      <w:pPr>
        <w:rPr>
          <w:lang w:val="pt-BR"/>
        </w:rPr>
      </w:pPr>
      <w:r w:rsidRPr="001179E8">
        <w:rPr>
          <w:lang w:val="pt-BR"/>
        </w:rPr>
        <w:t>"Precisamente," confirmou Aria. "A Chave dos Reinos se manifestará fisicamente apenas uma vez na história conhecida – durante a Convergência Original."</w:t>
      </w:r>
    </w:p>
    <w:p w14:paraId="25232B04" w14:textId="77777777" w:rsidR="002355BD" w:rsidRPr="001179E8" w:rsidRDefault="00000000">
      <w:pPr>
        <w:rPr>
          <w:lang w:val="pt-BR"/>
        </w:rPr>
      </w:pPr>
      <w:r w:rsidRPr="001179E8">
        <w:rPr>
          <w:lang w:val="pt-BR"/>
        </w:rPr>
        <w:br/>
      </w:r>
    </w:p>
    <w:p w14:paraId="5135F06D" w14:textId="77777777" w:rsidR="002355BD" w:rsidRPr="001179E8" w:rsidRDefault="00000000">
      <w:pPr>
        <w:rPr>
          <w:lang w:val="pt-BR"/>
        </w:rPr>
      </w:pPr>
      <w:r w:rsidRPr="001179E8">
        <w:rPr>
          <w:lang w:val="pt-BR"/>
        </w:rPr>
        <w:t>"A Convergência Original?" repetiu Elaine.</w:t>
      </w:r>
    </w:p>
    <w:p w14:paraId="1D555360" w14:textId="77777777" w:rsidR="002355BD" w:rsidRPr="001179E8" w:rsidRDefault="00000000">
      <w:pPr>
        <w:rPr>
          <w:lang w:val="pt-BR"/>
        </w:rPr>
      </w:pPr>
      <w:r w:rsidRPr="001179E8">
        <w:rPr>
          <w:lang w:val="pt-BR"/>
        </w:rPr>
        <w:br/>
      </w:r>
    </w:p>
    <w:p w14:paraId="6D6C522E" w14:textId="77777777" w:rsidR="002355BD" w:rsidRPr="001179E8" w:rsidRDefault="00000000">
      <w:pPr>
        <w:rPr>
          <w:lang w:val="pt-BR"/>
        </w:rPr>
      </w:pPr>
      <w:r w:rsidRPr="001179E8">
        <w:rPr>
          <w:lang w:val="pt-BR"/>
        </w:rPr>
        <w:t>"O primeiro momento em que todas as dimensões se alinharam," explicou um dos outros Guardiões, um homem com pele escura e olhos profundamente sábios. "Muito antes da humanidade, antes mesmo da Terra como vocês a conhecem."</w:t>
      </w:r>
    </w:p>
    <w:p w14:paraId="6F999369" w14:textId="77777777" w:rsidR="002355BD" w:rsidRPr="001179E8" w:rsidRDefault="00000000">
      <w:pPr>
        <w:rPr>
          <w:lang w:val="pt-BR"/>
        </w:rPr>
      </w:pPr>
      <w:r w:rsidRPr="001179E8">
        <w:rPr>
          <w:lang w:val="pt-BR"/>
        </w:rPr>
        <w:br/>
      </w:r>
    </w:p>
    <w:p w14:paraId="71B92824" w14:textId="77777777" w:rsidR="002355BD" w:rsidRPr="001179E8" w:rsidRDefault="00000000">
      <w:pPr>
        <w:rPr>
          <w:lang w:val="pt-BR"/>
        </w:rPr>
      </w:pPr>
      <w:r w:rsidRPr="001179E8">
        <w:rPr>
          <w:lang w:val="pt-BR"/>
        </w:rPr>
        <w:lastRenderedPageBreak/>
        <w:t>Luke sentiu uma onda de desespero. "Está dizendo que precisamos viajar para o início dos tempos? Isso é impossível. Nem mesmo com a ajuda de Eco poderíamos ir tão longe."</w:t>
      </w:r>
    </w:p>
    <w:p w14:paraId="6745D6CD" w14:textId="77777777" w:rsidR="002355BD" w:rsidRPr="001179E8" w:rsidRDefault="00000000">
      <w:pPr>
        <w:rPr>
          <w:lang w:val="pt-BR"/>
        </w:rPr>
      </w:pPr>
      <w:r w:rsidRPr="001179E8">
        <w:rPr>
          <w:lang w:val="pt-BR"/>
        </w:rPr>
        <w:br/>
      </w:r>
    </w:p>
    <w:p w14:paraId="7D4E5BB3" w14:textId="77777777" w:rsidR="002355BD" w:rsidRPr="001179E8" w:rsidRDefault="00000000">
      <w:pPr>
        <w:rPr>
          <w:lang w:val="pt-BR"/>
        </w:rPr>
      </w:pPr>
      <w:r w:rsidRPr="001179E8">
        <w:rPr>
          <w:lang w:val="pt-BR"/>
        </w:rPr>
        <w:t>"Não o início dos tempos," corrigiu Aria. "Mas um momento específico, quando um eco daquela Convergência Original ressoa através do tempo." Ela virou mais algumas páginas do Códice, revelando um diagrama complexo que mostrava linhas de tempo se cruzando. "Chamamos de Ponto Nexus. Um momento em que passado, presente e futuro se tocam brevemente."</w:t>
      </w:r>
    </w:p>
    <w:p w14:paraId="4220CB14" w14:textId="77777777" w:rsidR="002355BD" w:rsidRPr="001179E8" w:rsidRDefault="00000000">
      <w:pPr>
        <w:rPr>
          <w:lang w:val="pt-BR"/>
        </w:rPr>
      </w:pPr>
      <w:r w:rsidRPr="001179E8">
        <w:rPr>
          <w:lang w:val="pt-BR"/>
        </w:rPr>
        <w:br/>
      </w:r>
    </w:p>
    <w:p w14:paraId="7F1B8B37" w14:textId="77777777" w:rsidR="002355BD" w:rsidRPr="001179E8" w:rsidRDefault="00000000">
      <w:pPr>
        <w:rPr>
          <w:lang w:val="pt-BR"/>
        </w:rPr>
      </w:pPr>
      <w:r w:rsidRPr="001179E8">
        <w:rPr>
          <w:lang w:val="pt-BR"/>
        </w:rPr>
        <w:t>"E quando é esse Ponto Nexus?" perguntou Luke.</w:t>
      </w:r>
    </w:p>
    <w:p w14:paraId="5EB8ABB9" w14:textId="77777777" w:rsidR="002355BD" w:rsidRPr="001179E8" w:rsidRDefault="00000000">
      <w:pPr>
        <w:rPr>
          <w:lang w:val="pt-BR"/>
        </w:rPr>
      </w:pPr>
      <w:r w:rsidRPr="001179E8">
        <w:rPr>
          <w:lang w:val="pt-BR"/>
        </w:rPr>
        <w:br/>
      </w:r>
    </w:p>
    <w:p w14:paraId="6DA0C407" w14:textId="77777777" w:rsidR="002355BD" w:rsidRPr="001179E8" w:rsidRDefault="00000000">
      <w:pPr>
        <w:rPr>
          <w:lang w:val="pt-BR"/>
        </w:rPr>
      </w:pPr>
      <w:r w:rsidRPr="001179E8">
        <w:rPr>
          <w:lang w:val="pt-BR"/>
        </w:rPr>
        <w:t>"Não quando," respondeu Aria enigmaticamente. "Onde."</w:t>
      </w:r>
    </w:p>
    <w:p w14:paraId="4B8D28FE" w14:textId="77777777" w:rsidR="002355BD" w:rsidRPr="001179E8" w:rsidRDefault="00000000">
      <w:pPr>
        <w:rPr>
          <w:lang w:val="pt-BR"/>
        </w:rPr>
      </w:pPr>
      <w:r w:rsidRPr="001179E8">
        <w:rPr>
          <w:lang w:val="pt-BR"/>
        </w:rPr>
        <w:br/>
      </w:r>
    </w:p>
    <w:p w14:paraId="016A7A35" w14:textId="77777777" w:rsidR="002355BD" w:rsidRPr="001179E8" w:rsidRDefault="00000000">
      <w:pPr>
        <w:rPr>
          <w:lang w:val="pt-BR"/>
        </w:rPr>
      </w:pPr>
      <w:r w:rsidRPr="001179E8">
        <w:rPr>
          <w:lang w:val="pt-BR"/>
        </w:rPr>
        <w:t>Ela virou para outra página, que mostrava um mapa detalhado. Luke reconheceu imediatamente o contorno – era a região onde ficava a base da G.R.A.I.A. em seu próprio tempo. Mas o mapa mostrava algo mais – um padrão de linhas de energia que se cruzavam em um ponto específico.</w:t>
      </w:r>
    </w:p>
    <w:p w14:paraId="6CDF063D" w14:textId="77777777" w:rsidR="002355BD" w:rsidRPr="001179E8" w:rsidRDefault="00000000">
      <w:pPr>
        <w:rPr>
          <w:lang w:val="pt-BR"/>
        </w:rPr>
      </w:pPr>
      <w:r w:rsidRPr="001179E8">
        <w:rPr>
          <w:lang w:val="pt-BR"/>
        </w:rPr>
        <w:br/>
      </w:r>
    </w:p>
    <w:p w14:paraId="42FF3AD6" w14:textId="77777777" w:rsidR="002355BD" w:rsidRPr="001179E8" w:rsidRDefault="00000000">
      <w:pPr>
        <w:rPr>
          <w:lang w:val="pt-BR"/>
        </w:rPr>
      </w:pPr>
      <w:r w:rsidRPr="001179E8">
        <w:rPr>
          <w:lang w:val="pt-BR"/>
        </w:rPr>
        <w:t>"O Templo Esquecido," disse Aria, apontando para o centro do padrão. "Um lugar antigo, construído sobre o ponto exato onde o eco da Convergência Original é mais forte. É lá que a Chave dos Reinos pode ser encontrada – mas apenas no momento certo."</w:t>
      </w:r>
    </w:p>
    <w:p w14:paraId="5480FFAE" w14:textId="77777777" w:rsidR="002355BD" w:rsidRPr="001179E8" w:rsidRDefault="00000000">
      <w:pPr>
        <w:rPr>
          <w:lang w:val="pt-BR"/>
        </w:rPr>
      </w:pPr>
      <w:r w:rsidRPr="001179E8">
        <w:rPr>
          <w:lang w:val="pt-BR"/>
        </w:rPr>
        <w:br/>
      </w:r>
    </w:p>
    <w:p w14:paraId="73DD8B2D" w14:textId="77777777" w:rsidR="002355BD" w:rsidRPr="001179E8" w:rsidRDefault="00000000">
      <w:pPr>
        <w:rPr>
          <w:lang w:val="pt-BR"/>
        </w:rPr>
      </w:pPr>
      <w:r w:rsidRPr="001179E8">
        <w:rPr>
          <w:lang w:val="pt-BR"/>
        </w:rPr>
        <w:t>"E qual é o momento certo?" perguntou Elaine.</w:t>
      </w:r>
    </w:p>
    <w:p w14:paraId="15313CCE" w14:textId="77777777" w:rsidR="002355BD" w:rsidRPr="001179E8" w:rsidRDefault="00000000">
      <w:pPr>
        <w:rPr>
          <w:lang w:val="pt-BR"/>
        </w:rPr>
      </w:pPr>
      <w:r w:rsidRPr="001179E8">
        <w:rPr>
          <w:lang w:val="pt-BR"/>
        </w:rPr>
        <w:br/>
      </w:r>
    </w:p>
    <w:p w14:paraId="1CF65D44" w14:textId="77777777" w:rsidR="002355BD" w:rsidRPr="001179E8" w:rsidRDefault="00000000">
      <w:pPr>
        <w:rPr>
          <w:lang w:val="pt-BR"/>
        </w:rPr>
      </w:pPr>
      <w:r w:rsidRPr="001179E8">
        <w:rPr>
          <w:lang w:val="pt-BR"/>
        </w:rPr>
        <w:t>"O solstício," respondeu Aria. "Quando o sol e a lua ocupam posições específicas, criando um alinhamento que ecoa a Convergência Original."</w:t>
      </w:r>
    </w:p>
    <w:p w14:paraId="3264B68C" w14:textId="77777777" w:rsidR="002355BD" w:rsidRPr="001179E8" w:rsidRDefault="00000000">
      <w:pPr>
        <w:rPr>
          <w:lang w:val="pt-BR"/>
        </w:rPr>
      </w:pPr>
      <w:r w:rsidRPr="001179E8">
        <w:rPr>
          <w:lang w:val="pt-BR"/>
        </w:rPr>
        <w:lastRenderedPageBreak/>
        <w:br/>
      </w:r>
    </w:p>
    <w:p w14:paraId="5CBBDF37" w14:textId="77777777" w:rsidR="002355BD" w:rsidRPr="001179E8" w:rsidRDefault="00000000">
      <w:pPr>
        <w:rPr>
          <w:lang w:val="pt-BR"/>
        </w:rPr>
      </w:pPr>
      <w:r w:rsidRPr="001179E8">
        <w:rPr>
          <w:lang w:val="pt-BR"/>
        </w:rPr>
        <w:t>Luke calculou rapidamente. "O solstício de verão em nosso tempo seria em... cerca de duas semanas após nossa partida."</w:t>
      </w:r>
    </w:p>
    <w:p w14:paraId="2E6F3053" w14:textId="77777777" w:rsidR="002355BD" w:rsidRPr="001179E8" w:rsidRDefault="00000000">
      <w:pPr>
        <w:rPr>
          <w:lang w:val="pt-BR"/>
        </w:rPr>
      </w:pPr>
      <w:r w:rsidRPr="001179E8">
        <w:rPr>
          <w:lang w:val="pt-BR"/>
        </w:rPr>
        <w:br/>
      </w:r>
    </w:p>
    <w:p w14:paraId="7A9DB6D7" w14:textId="77777777" w:rsidR="002355BD" w:rsidRPr="001179E8" w:rsidRDefault="00000000">
      <w:pPr>
        <w:rPr>
          <w:lang w:val="pt-BR"/>
        </w:rPr>
      </w:pPr>
      <w:r w:rsidRPr="001179E8">
        <w:rPr>
          <w:lang w:val="pt-BR"/>
        </w:rPr>
        <w:t>"Então temos que voltar," concluiu Elaine. "Voltar para nosso tempo e encontrar esse Templo Esquecido antes do solstício."</w:t>
      </w:r>
    </w:p>
    <w:p w14:paraId="0F7C5C61" w14:textId="77777777" w:rsidR="002355BD" w:rsidRPr="001179E8" w:rsidRDefault="00000000">
      <w:pPr>
        <w:rPr>
          <w:lang w:val="pt-BR"/>
        </w:rPr>
      </w:pPr>
      <w:r w:rsidRPr="001179E8">
        <w:rPr>
          <w:lang w:val="pt-BR"/>
        </w:rPr>
        <w:br/>
      </w:r>
    </w:p>
    <w:p w14:paraId="30F0BBE6" w14:textId="77777777" w:rsidR="002355BD" w:rsidRPr="001179E8" w:rsidRDefault="00000000">
      <w:pPr>
        <w:rPr>
          <w:lang w:val="pt-BR"/>
        </w:rPr>
      </w:pPr>
      <w:r w:rsidRPr="001179E8">
        <w:rPr>
          <w:lang w:val="pt-BR"/>
        </w:rPr>
        <w:t>"Não será fácil," advertiu Aria. "O Templo foi escondido por boas razões. E mesmo que o encontrem, manifestar a Chave exigirá um ritual específico." Ela apontou para outra página do Códice, que mostrava uma sequência de símbolos. "Estes devem ser ativados na ordem correta, no momento exato do alinhamento."</w:t>
      </w:r>
    </w:p>
    <w:p w14:paraId="1E65250C" w14:textId="77777777" w:rsidR="002355BD" w:rsidRPr="001179E8" w:rsidRDefault="00000000">
      <w:pPr>
        <w:rPr>
          <w:lang w:val="pt-BR"/>
        </w:rPr>
      </w:pPr>
      <w:r w:rsidRPr="001179E8">
        <w:rPr>
          <w:lang w:val="pt-BR"/>
        </w:rPr>
        <w:br/>
      </w:r>
    </w:p>
    <w:p w14:paraId="294B0392" w14:textId="77777777" w:rsidR="002355BD" w:rsidRPr="001179E8" w:rsidRDefault="00000000">
      <w:pPr>
        <w:rPr>
          <w:lang w:val="pt-BR"/>
        </w:rPr>
      </w:pPr>
      <w:r w:rsidRPr="001179E8">
        <w:rPr>
          <w:lang w:val="pt-BR"/>
        </w:rPr>
        <w:t>"Podemos copiar isso?" perguntou Luke.</w:t>
      </w:r>
    </w:p>
    <w:p w14:paraId="3DD4B315" w14:textId="77777777" w:rsidR="002355BD" w:rsidRPr="001179E8" w:rsidRDefault="00000000">
      <w:pPr>
        <w:rPr>
          <w:lang w:val="pt-BR"/>
        </w:rPr>
      </w:pPr>
      <w:r w:rsidRPr="001179E8">
        <w:rPr>
          <w:lang w:val="pt-BR"/>
        </w:rPr>
        <w:br/>
      </w:r>
    </w:p>
    <w:p w14:paraId="23E70B91" w14:textId="77777777" w:rsidR="002355BD" w:rsidRPr="001179E8" w:rsidRDefault="00000000">
      <w:pPr>
        <w:rPr>
          <w:lang w:val="pt-BR"/>
        </w:rPr>
      </w:pPr>
      <w:r w:rsidRPr="001179E8">
        <w:rPr>
          <w:lang w:val="pt-BR"/>
        </w:rPr>
        <w:t>Aria sorriu. "Não será necessário. Preparamos isto para vocês." Ela fez um gesto, e Lyra se aproximou com um pequeno objeto – um cristal do tamanho de uma moeda, gravado com símbolos similares aos do livro. "Este cristal contém todo o conhecimento necessário para encontrar o Templo e realizar o ritual. Foi criado especificamente para esta ocasião."</w:t>
      </w:r>
    </w:p>
    <w:p w14:paraId="71B37278" w14:textId="77777777" w:rsidR="002355BD" w:rsidRPr="001179E8" w:rsidRDefault="00000000">
      <w:pPr>
        <w:rPr>
          <w:lang w:val="pt-BR"/>
        </w:rPr>
      </w:pPr>
      <w:r w:rsidRPr="001179E8">
        <w:rPr>
          <w:lang w:val="pt-BR"/>
        </w:rPr>
        <w:br/>
      </w:r>
    </w:p>
    <w:p w14:paraId="0C3B59A9" w14:textId="77777777" w:rsidR="002355BD" w:rsidRPr="001179E8" w:rsidRDefault="00000000">
      <w:pPr>
        <w:rPr>
          <w:lang w:val="pt-BR"/>
        </w:rPr>
      </w:pPr>
      <w:r w:rsidRPr="001179E8">
        <w:rPr>
          <w:lang w:val="pt-BR"/>
        </w:rPr>
        <w:t>Luke aceitou o cristal, sentindo um leve formigamento ao tocá-lo. "Como sabiam que viríamos?"</w:t>
      </w:r>
    </w:p>
    <w:p w14:paraId="5BEB69CE" w14:textId="77777777" w:rsidR="002355BD" w:rsidRPr="001179E8" w:rsidRDefault="00000000">
      <w:pPr>
        <w:rPr>
          <w:lang w:val="pt-BR"/>
        </w:rPr>
      </w:pPr>
      <w:r w:rsidRPr="001179E8">
        <w:rPr>
          <w:lang w:val="pt-BR"/>
        </w:rPr>
        <w:br/>
      </w:r>
    </w:p>
    <w:p w14:paraId="7146F3A0" w14:textId="77777777" w:rsidR="002355BD" w:rsidRPr="001179E8" w:rsidRDefault="00000000">
      <w:pPr>
        <w:rPr>
          <w:lang w:val="pt-BR"/>
        </w:rPr>
      </w:pPr>
      <w:r w:rsidRPr="001179E8">
        <w:rPr>
          <w:lang w:val="pt-BR"/>
        </w:rPr>
        <w:t>"Os registros históricos falam de sua visita," respondeu Aria simplesmente. "E de nossa ajuda. Estávamos destinados a este encontro."</w:t>
      </w:r>
    </w:p>
    <w:p w14:paraId="49FD41A0" w14:textId="77777777" w:rsidR="002355BD" w:rsidRPr="001179E8" w:rsidRDefault="00000000">
      <w:pPr>
        <w:rPr>
          <w:lang w:val="pt-BR"/>
        </w:rPr>
      </w:pPr>
      <w:r w:rsidRPr="001179E8">
        <w:rPr>
          <w:lang w:val="pt-BR"/>
        </w:rPr>
        <w:br/>
      </w:r>
    </w:p>
    <w:p w14:paraId="13CB84C0" w14:textId="77777777" w:rsidR="002355BD" w:rsidRPr="001179E8" w:rsidRDefault="00000000">
      <w:pPr>
        <w:rPr>
          <w:lang w:val="pt-BR"/>
        </w:rPr>
      </w:pPr>
      <w:r w:rsidRPr="001179E8">
        <w:rPr>
          <w:lang w:val="pt-BR"/>
        </w:rPr>
        <w:lastRenderedPageBreak/>
        <w:t>"Mas os registros também dizem que nunca voltamos ao nosso tempo," lembrou Elaine, preocupação em sua voz.</w:t>
      </w:r>
    </w:p>
    <w:p w14:paraId="01B06344" w14:textId="77777777" w:rsidR="002355BD" w:rsidRPr="001179E8" w:rsidRDefault="00000000">
      <w:pPr>
        <w:rPr>
          <w:lang w:val="pt-BR"/>
        </w:rPr>
      </w:pPr>
      <w:r w:rsidRPr="001179E8">
        <w:rPr>
          <w:lang w:val="pt-BR"/>
        </w:rPr>
        <w:br/>
      </w:r>
    </w:p>
    <w:p w14:paraId="66DCCCF1" w14:textId="77777777" w:rsidR="002355BD" w:rsidRPr="001179E8" w:rsidRDefault="00000000">
      <w:pPr>
        <w:rPr>
          <w:lang w:val="pt-BR"/>
        </w:rPr>
      </w:pPr>
      <w:r w:rsidRPr="001179E8">
        <w:rPr>
          <w:lang w:val="pt-BR"/>
        </w:rPr>
        <w:t>Aria a estudou por um momento antes de responder. "A história nem sempre é o que parece, Elaine Nocturne. Às vezes, o que está registrado é apenas o que precisava ser registrado para que certos eventos ocorressem."</w:t>
      </w:r>
    </w:p>
    <w:p w14:paraId="3FAF1DF5" w14:textId="77777777" w:rsidR="002355BD" w:rsidRPr="001179E8" w:rsidRDefault="00000000">
      <w:pPr>
        <w:rPr>
          <w:lang w:val="pt-BR"/>
        </w:rPr>
      </w:pPr>
      <w:r w:rsidRPr="001179E8">
        <w:rPr>
          <w:lang w:val="pt-BR"/>
        </w:rPr>
        <w:br/>
      </w:r>
    </w:p>
    <w:p w14:paraId="3C1D19C5" w14:textId="77777777" w:rsidR="002355BD" w:rsidRPr="001179E8" w:rsidRDefault="00000000">
      <w:pPr>
        <w:rPr>
          <w:lang w:val="pt-BR"/>
        </w:rPr>
      </w:pPr>
      <w:r w:rsidRPr="001179E8">
        <w:rPr>
          <w:lang w:val="pt-BR"/>
        </w:rPr>
        <w:t>Antes que pudessem questionar mais, Thorne se aproximou. "Está ficando tarde. Oferecemos nossa hospitalidade por esta noite. Amanhã, quando estiverem descansados, discutiremos como ajudá-los a retornar ao seu próprio tempo."</w:t>
      </w:r>
    </w:p>
    <w:p w14:paraId="43726545" w14:textId="77777777" w:rsidR="002355BD" w:rsidRPr="001179E8" w:rsidRDefault="00000000">
      <w:pPr>
        <w:rPr>
          <w:lang w:val="pt-BR"/>
        </w:rPr>
      </w:pPr>
      <w:r w:rsidRPr="001179E8">
        <w:rPr>
          <w:lang w:val="pt-BR"/>
        </w:rPr>
        <w:br/>
      </w:r>
    </w:p>
    <w:p w14:paraId="16A3E594" w14:textId="77777777" w:rsidR="002355BD" w:rsidRPr="001179E8" w:rsidRDefault="00000000">
      <w:pPr>
        <w:rPr>
          <w:lang w:val="pt-BR"/>
        </w:rPr>
      </w:pPr>
      <w:r w:rsidRPr="001179E8">
        <w:rPr>
          <w:lang w:val="pt-BR"/>
        </w:rPr>
        <w:t>Luke e Elaine trocaram olhares, percebendo que haviam recebido muito para processar em um dia. Aceitaram a oferta com gratidão.</w:t>
      </w:r>
    </w:p>
    <w:p w14:paraId="28AB2C9E" w14:textId="77777777" w:rsidR="002355BD" w:rsidRPr="001179E8" w:rsidRDefault="00000000">
      <w:pPr>
        <w:rPr>
          <w:lang w:val="pt-BR"/>
        </w:rPr>
      </w:pPr>
      <w:r w:rsidRPr="001179E8">
        <w:rPr>
          <w:lang w:val="pt-BR"/>
        </w:rPr>
        <w:br/>
      </w:r>
    </w:p>
    <w:p w14:paraId="49DB78AC" w14:textId="77777777" w:rsidR="002355BD" w:rsidRPr="001179E8" w:rsidRDefault="00000000">
      <w:pPr>
        <w:rPr>
          <w:lang w:val="pt-BR"/>
        </w:rPr>
      </w:pPr>
      <w:r w:rsidRPr="001179E8">
        <w:rPr>
          <w:lang w:val="pt-BR"/>
        </w:rPr>
        <w:t>---</w:t>
      </w:r>
    </w:p>
    <w:p w14:paraId="03B13F12" w14:textId="77777777" w:rsidR="002355BD" w:rsidRPr="001179E8" w:rsidRDefault="00000000">
      <w:pPr>
        <w:rPr>
          <w:lang w:val="pt-BR"/>
        </w:rPr>
      </w:pPr>
      <w:r w:rsidRPr="001179E8">
        <w:rPr>
          <w:lang w:val="pt-BR"/>
        </w:rPr>
        <w:br/>
      </w:r>
    </w:p>
    <w:p w14:paraId="41CD4E2F" w14:textId="77777777" w:rsidR="002355BD" w:rsidRPr="001179E8" w:rsidRDefault="00000000">
      <w:pPr>
        <w:rPr>
          <w:lang w:val="pt-BR"/>
        </w:rPr>
      </w:pPr>
      <w:r w:rsidRPr="001179E8">
        <w:rPr>
          <w:lang w:val="pt-BR"/>
        </w:rPr>
        <w:t>A habitação que lhes foi oferecida era pequena mas confortável, construída ao redor de uma árvore viva cujos galhos formavam parte da estrutura. Tinha dois espaços para dormir separados por uma cortina de tecido leve, uma área comum com almofadas macias para sentar, e uma pequena fonte de água cristalina que borbulhava de uma rocha natural.</w:t>
      </w:r>
    </w:p>
    <w:p w14:paraId="7C3D4733" w14:textId="77777777" w:rsidR="002355BD" w:rsidRPr="001179E8" w:rsidRDefault="00000000">
      <w:pPr>
        <w:rPr>
          <w:lang w:val="pt-BR"/>
        </w:rPr>
      </w:pPr>
      <w:r w:rsidRPr="001179E8">
        <w:rPr>
          <w:lang w:val="pt-BR"/>
        </w:rPr>
        <w:br/>
      </w:r>
    </w:p>
    <w:p w14:paraId="55E15F78" w14:textId="77777777" w:rsidR="002355BD" w:rsidRPr="001179E8" w:rsidRDefault="00000000">
      <w:pPr>
        <w:rPr>
          <w:lang w:val="pt-BR"/>
        </w:rPr>
      </w:pPr>
      <w:r w:rsidRPr="001179E8">
        <w:rPr>
          <w:lang w:val="pt-BR"/>
        </w:rPr>
        <w:t>Após uma refeição simples mas deliciosa com os Guardiões – alimentos frescos cultivados no próprio vale, preparados com ervas que Luke não reconhecia – eles se retiraram para sua habitação temporária.</w:t>
      </w:r>
    </w:p>
    <w:p w14:paraId="421866D2" w14:textId="77777777" w:rsidR="002355BD" w:rsidRPr="001179E8" w:rsidRDefault="00000000">
      <w:pPr>
        <w:rPr>
          <w:lang w:val="pt-BR"/>
        </w:rPr>
      </w:pPr>
      <w:r w:rsidRPr="001179E8">
        <w:rPr>
          <w:lang w:val="pt-BR"/>
        </w:rPr>
        <w:br/>
      </w:r>
    </w:p>
    <w:p w14:paraId="3D2D532A" w14:textId="77777777" w:rsidR="002355BD" w:rsidRPr="001179E8" w:rsidRDefault="00000000">
      <w:pPr>
        <w:rPr>
          <w:lang w:val="pt-BR"/>
        </w:rPr>
      </w:pPr>
      <w:r w:rsidRPr="001179E8">
        <w:rPr>
          <w:lang w:val="pt-BR"/>
        </w:rPr>
        <w:lastRenderedPageBreak/>
        <w:t>Luke estava sentado na área comum, examinando o cristal que Aria havia lhes dado, quando Elaine emergiu de trás da cortina, vestida com uma túnica leve que os Guardiões haviam fornecido para dormir.</w:t>
      </w:r>
    </w:p>
    <w:p w14:paraId="0EDC5A09" w14:textId="77777777" w:rsidR="002355BD" w:rsidRPr="001179E8" w:rsidRDefault="00000000">
      <w:pPr>
        <w:rPr>
          <w:lang w:val="pt-BR"/>
        </w:rPr>
      </w:pPr>
      <w:r w:rsidRPr="001179E8">
        <w:rPr>
          <w:lang w:val="pt-BR"/>
        </w:rPr>
        <w:br/>
      </w:r>
    </w:p>
    <w:p w14:paraId="3676D4B3" w14:textId="77777777" w:rsidR="002355BD" w:rsidRPr="001179E8" w:rsidRDefault="00000000">
      <w:pPr>
        <w:rPr>
          <w:lang w:val="pt-BR"/>
        </w:rPr>
      </w:pPr>
      <w:r w:rsidRPr="001179E8">
        <w:rPr>
          <w:lang w:val="pt-BR"/>
        </w:rPr>
        <w:t>"Consegue entender alguma coisa?" perguntou ela, sentando-se ao lado dele.</w:t>
      </w:r>
    </w:p>
    <w:p w14:paraId="07CAB12B" w14:textId="77777777" w:rsidR="002355BD" w:rsidRPr="001179E8" w:rsidRDefault="00000000">
      <w:pPr>
        <w:rPr>
          <w:lang w:val="pt-BR"/>
        </w:rPr>
      </w:pPr>
      <w:r w:rsidRPr="001179E8">
        <w:rPr>
          <w:lang w:val="pt-BR"/>
        </w:rPr>
        <w:br/>
      </w:r>
    </w:p>
    <w:p w14:paraId="05FB85CF" w14:textId="77777777" w:rsidR="002355BD" w:rsidRPr="001179E8" w:rsidRDefault="00000000">
      <w:pPr>
        <w:rPr>
          <w:lang w:val="pt-BR"/>
        </w:rPr>
      </w:pPr>
      <w:r w:rsidRPr="001179E8">
        <w:rPr>
          <w:lang w:val="pt-BR"/>
        </w:rPr>
        <w:t>Luke balançou a cabeça. "Os símbolos são completamente desconhecidos para mim. Espero que Aria explique como usá-lo amanhã."</w:t>
      </w:r>
    </w:p>
    <w:p w14:paraId="1D48F8BE" w14:textId="77777777" w:rsidR="002355BD" w:rsidRPr="001179E8" w:rsidRDefault="00000000">
      <w:pPr>
        <w:rPr>
          <w:lang w:val="pt-BR"/>
        </w:rPr>
      </w:pPr>
      <w:r w:rsidRPr="001179E8">
        <w:rPr>
          <w:lang w:val="pt-BR"/>
        </w:rPr>
        <w:br/>
      </w:r>
    </w:p>
    <w:p w14:paraId="137B60C0" w14:textId="77777777" w:rsidR="002355BD" w:rsidRPr="001179E8" w:rsidRDefault="00000000">
      <w:pPr>
        <w:rPr>
          <w:lang w:val="pt-BR"/>
        </w:rPr>
      </w:pPr>
      <w:r w:rsidRPr="001179E8">
        <w:rPr>
          <w:lang w:val="pt-BR"/>
        </w:rPr>
        <w:t>Elaine assentiu, então ficou em silêncio por um momento, observando a luz suave que emanava de plantas luminescentes cultivadas em pequenos nichos nas paredes.</w:t>
      </w:r>
    </w:p>
    <w:p w14:paraId="7F3B636A" w14:textId="77777777" w:rsidR="002355BD" w:rsidRPr="001179E8" w:rsidRDefault="00000000">
      <w:pPr>
        <w:rPr>
          <w:lang w:val="pt-BR"/>
        </w:rPr>
      </w:pPr>
      <w:r w:rsidRPr="001179E8">
        <w:rPr>
          <w:lang w:val="pt-BR"/>
        </w:rPr>
        <w:br/>
      </w:r>
    </w:p>
    <w:p w14:paraId="2461C628" w14:textId="77777777" w:rsidR="002355BD" w:rsidRPr="001179E8" w:rsidRDefault="00000000">
      <w:pPr>
        <w:rPr>
          <w:lang w:val="pt-BR"/>
        </w:rPr>
      </w:pPr>
      <w:r w:rsidRPr="001179E8">
        <w:rPr>
          <w:lang w:val="pt-BR"/>
        </w:rPr>
        <w:t>"É estranho," disse ela finalmente. "Estar tão longe de casa, em um tempo que não é o nosso, e ainda assim... me sinto mais em paz aqui do que já me senti em qualquer lugar."</w:t>
      </w:r>
    </w:p>
    <w:p w14:paraId="55FBAEB1" w14:textId="77777777" w:rsidR="002355BD" w:rsidRPr="001179E8" w:rsidRDefault="00000000">
      <w:pPr>
        <w:rPr>
          <w:lang w:val="pt-BR"/>
        </w:rPr>
      </w:pPr>
      <w:r w:rsidRPr="001179E8">
        <w:rPr>
          <w:lang w:val="pt-BR"/>
        </w:rPr>
        <w:br/>
      </w:r>
    </w:p>
    <w:p w14:paraId="3369A50D" w14:textId="77777777" w:rsidR="002355BD" w:rsidRPr="001179E8" w:rsidRDefault="00000000">
      <w:pPr>
        <w:rPr>
          <w:lang w:val="pt-BR"/>
        </w:rPr>
      </w:pPr>
      <w:r w:rsidRPr="001179E8">
        <w:rPr>
          <w:lang w:val="pt-BR"/>
        </w:rPr>
        <w:t>Luke a estudou, notando como a luz suave suavizava ainda mais suas feições, destacando a vulnerabilidade genuína em seus olhos. "Talvez porque aqui você não precisa fingir ser alguém que não é."</w:t>
      </w:r>
    </w:p>
    <w:p w14:paraId="76EDBB03" w14:textId="77777777" w:rsidR="002355BD" w:rsidRPr="001179E8" w:rsidRDefault="00000000">
      <w:pPr>
        <w:rPr>
          <w:lang w:val="pt-BR"/>
        </w:rPr>
      </w:pPr>
      <w:r w:rsidRPr="001179E8">
        <w:rPr>
          <w:lang w:val="pt-BR"/>
        </w:rPr>
        <w:br/>
      </w:r>
    </w:p>
    <w:p w14:paraId="192C5362" w14:textId="77777777" w:rsidR="002355BD" w:rsidRPr="001179E8" w:rsidRDefault="00000000">
      <w:pPr>
        <w:rPr>
          <w:lang w:val="pt-BR"/>
        </w:rPr>
      </w:pPr>
      <w:r w:rsidRPr="001179E8">
        <w:rPr>
          <w:lang w:val="pt-BR"/>
        </w:rPr>
        <w:t>Elaine sorriu levemente. "Talvez. Ou talvez seja a companhia."</w:t>
      </w:r>
    </w:p>
    <w:p w14:paraId="5487A2A7" w14:textId="77777777" w:rsidR="002355BD" w:rsidRPr="001179E8" w:rsidRDefault="00000000">
      <w:pPr>
        <w:rPr>
          <w:lang w:val="pt-BR"/>
        </w:rPr>
      </w:pPr>
      <w:r w:rsidRPr="001179E8">
        <w:rPr>
          <w:lang w:val="pt-BR"/>
        </w:rPr>
        <w:br/>
      </w:r>
    </w:p>
    <w:p w14:paraId="7277C884" w14:textId="77777777" w:rsidR="002355BD" w:rsidRPr="001179E8" w:rsidRDefault="00000000">
      <w:pPr>
        <w:rPr>
          <w:lang w:val="pt-BR"/>
        </w:rPr>
      </w:pPr>
      <w:r w:rsidRPr="001179E8">
        <w:rPr>
          <w:lang w:val="pt-BR"/>
        </w:rPr>
        <w:t>Seus olhares se encontraram, e Luke sentiu aquela conexão entre eles novamente – mais forte agora, mais real. Sem pensar, estendeu a mão e tocou o rosto dela suavemente.</w:t>
      </w:r>
    </w:p>
    <w:p w14:paraId="785466B6" w14:textId="77777777" w:rsidR="002355BD" w:rsidRPr="001179E8" w:rsidRDefault="00000000">
      <w:pPr>
        <w:rPr>
          <w:lang w:val="pt-BR"/>
        </w:rPr>
      </w:pPr>
      <w:r w:rsidRPr="001179E8">
        <w:rPr>
          <w:lang w:val="pt-BR"/>
        </w:rPr>
        <w:br/>
      </w:r>
    </w:p>
    <w:p w14:paraId="58F55092" w14:textId="77777777" w:rsidR="002355BD" w:rsidRPr="001179E8" w:rsidRDefault="00000000">
      <w:pPr>
        <w:rPr>
          <w:lang w:val="pt-BR"/>
        </w:rPr>
      </w:pPr>
      <w:r w:rsidRPr="001179E8">
        <w:rPr>
          <w:lang w:val="pt-BR"/>
        </w:rPr>
        <w:lastRenderedPageBreak/>
        <w:t>"Você é extraordinária, sabia?" disse ele baixinho. "Não pelos seus poderes ou sua aparência, mas por sua força. Sobreviver ao que você sobreviveu, manter sua humanidade... isso exige uma força que poucas pessoas possuem."</w:t>
      </w:r>
    </w:p>
    <w:p w14:paraId="5620E600" w14:textId="77777777" w:rsidR="002355BD" w:rsidRPr="001179E8" w:rsidRDefault="00000000">
      <w:pPr>
        <w:rPr>
          <w:lang w:val="pt-BR"/>
        </w:rPr>
      </w:pPr>
      <w:r w:rsidRPr="001179E8">
        <w:rPr>
          <w:lang w:val="pt-BR"/>
        </w:rPr>
        <w:br/>
      </w:r>
    </w:p>
    <w:p w14:paraId="47247C98" w14:textId="77777777" w:rsidR="002355BD" w:rsidRPr="001179E8" w:rsidRDefault="00000000">
      <w:pPr>
        <w:rPr>
          <w:lang w:val="pt-BR"/>
        </w:rPr>
      </w:pPr>
      <w:r w:rsidRPr="001179E8">
        <w:rPr>
          <w:lang w:val="pt-BR"/>
        </w:rPr>
        <w:t>Elaine inclinou o rosto contra sua mão, seus olhos nunca deixando os dele. "Por muito tempo, não acreditei que tinha qualquer humanidade restante. Achei que o submundo havia tirado isso de mim, transformando-me em apenas... uma miragem."</w:t>
      </w:r>
    </w:p>
    <w:p w14:paraId="5DCCB0F4" w14:textId="77777777" w:rsidR="002355BD" w:rsidRPr="001179E8" w:rsidRDefault="00000000">
      <w:pPr>
        <w:rPr>
          <w:lang w:val="pt-BR"/>
        </w:rPr>
      </w:pPr>
      <w:r w:rsidRPr="001179E8">
        <w:rPr>
          <w:lang w:val="pt-BR"/>
        </w:rPr>
        <w:br/>
      </w:r>
    </w:p>
    <w:p w14:paraId="10AD6366" w14:textId="77777777" w:rsidR="002355BD" w:rsidRPr="001179E8" w:rsidRDefault="00000000">
      <w:pPr>
        <w:rPr>
          <w:lang w:val="pt-BR"/>
        </w:rPr>
      </w:pPr>
      <w:r w:rsidRPr="001179E8">
        <w:rPr>
          <w:lang w:val="pt-BR"/>
        </w:rPr>
        <w:t>"Você é real, Elaine," disse Luke com convicção. "Mais real do que muitas pessoas que conheço que nunca enfrentaram um décimo do que você enfrentou."</w:t>
      </w:r>
    </w:p>
    <w:p w14:paraId="66CB02F7" w14:textId="77777777" w:rsidR="002355BD" w:rsidRPr="001179E8" w:rsidRDefault="00000000">
      <w:pPr>
        <w:rPr>
          <w:lang w:val="pt-BR"/>
        </w:rPr>
      </w:pPr>
      <w:r w:rsidRPr="001179E8">
        <w:rPr>
          <w:lang w:val="pt-BR"/>
        </w:rPr>
        <w:br/>
      </w:r>
    </w:p>
    <w:p w14:paraId="153D9F71" w14:textId="77777777" w:rsidR="002355BD" w:rsidRPr="001179E8" w:rsidRDefault="00000000">
      <w:pPr>
        <w:rPr>
          <w:lang w:val="pt-BR"/>
        </w:rPr>
      </w:pPr>
      <w:r w:rsidRPr="001179E8">
        <w:rPr>
          <w:lang w:val="pt-BR"/>
        </w:rPr>
        <w:t>Lentamente, hesitantemente, Elaine se inclinou para frente. Desta vez, quando seus lábios encontraram os dele, não havia cálculo ou sedução – apenas vulnerabilidade genuína e um desejo de conexão que ecoava o próprio desejo de Luke.</w:t>
      </w:r>
    </w:p>
    <w:p w14:paraId="781A6021" w14:textId="77777777" w:rsidR="002355BD" w:rsidRPr="001179E8" w:rsidRDefault="00000000">
      <w:pPr>
        <w:rPr>
          <w:lang w:val="pt-BR"/>
        </w:rPr>
      </w:pPr>
      <w:r w:rsidRPr="001179E8">
        <w:rPr>
          <w:lang w:val="pt-BR"/>
        </w:rPr>
        <w:br/>
      </w:r>
    </w:p>
    <w:p w14:paraId="26E6C707" w14:textId="77777777" w:rsidR="002355BD" w:rsidRPr="001179E8" w:rsidRDefault="00000000">
      <w:pPr>
        <w:rPr>
          <w:lang w:val="pt-BR"/>
        </w:rPr>
      </w:pPr>
      <w:r w:rsidRPr="001179E8">
        <w:rPr>
          <w:lang w:val="pt-BR"/>
        </w:rPr>
        <w:t>O beijo foi gentil, exploratório, ambos se permitindo sentir sem expectativas ou agendas ocultas. Quando se separaram, Elaine descansou sua testa contra a dele, seus olhos fechados.</w:t>
      </w:r>
    </w:p>
    <w:p w14:paraId="7E6E26E3" w14:textId="77777777" w:rsidR="002355BD" w:rsidRPr="001179E8" w:rsidRDefault="00000000">
      <w:pPr>
        <w:rPr>
          <w:lang w:val="pt-BR"/>
        </w:rPr>
      </w:pPr>
      <w:r w:rsidRPr="001179E8">
        <w:rPr>
          <w:lang w:val="pt-BR"/>
        </w:rPr>
        <w:br/>
      </w:r>
    </w:p>
    <w:p w14:paraId="62D6E061" w14:textId="77777777" w:rsidR="002355BD" w:rsidRPr="001179E8" w:rsidRDefault="00000000">
      <w:pPr>
        <w:rPr>
          <w:lang w:val="pt-BR"/>
        </w:rPr>
      </w:pPr>
      <w:r w:rsidRPr="001179E8">
        <w:rPr>
          <w:lang w:val="pt-BR"/>
        </w:rPr>
        <w:t>"Estou com medo, Luke," admitiu ela em um sussurro. "Não do que enfrentaremos quando voltarmos, mas... disso. De sentir algo real. É mais assustador do que qualquer monstro do submundo."</w:t>
      </w:r>
    </w:p>
    <w:p w14:paraId="686AC446" w14:textId="77777777" w:rsidR="002355BD" w:rsidRPr="001179E8" w:rsidRDefault="00000000">
      <w:pPr>
        <w:rPr>
          <w:lang w:val="pt-BR"/>
        </w:rPr>
      </w:pPr>
      <w:r w:rsidRPr="001179E8">
        <w:rPr>
          <w:lang w:val="pt-BR"/>
        </w:rPr>
        <w:br/>
      </w:r>
    </w:p>
    <w:p w14:paraId="62F8A5DE" w14:textId="77777777" w:rsidR="002355BD" w:rsidRPr="001179E8" w:rsidRDefault="00000000">
      <w:pPr>
        <w:rPr>
          <w:lang w:val="pt-BR"/>
        </w:rPr>
      </w:pPr>
      <w:r w:rsidRPr="001179E8">
        <w:rPr>
          <w:lang w:val="pt-BR"/>
        </w:rPr>
        <w:t>"Também estou com medo," confessou ele, segurando as mãos dela nas suas. "Passei tanto tempo analisando, observando a vida à distância... sentir algo assim é terreno desconhecido para mim também."</w:t>
      </w:r>
    </w:p>
    <w:p w14:paraId="780019D3" w14:textId="77777777" w:rsidR="002355BD" w:rsidRPr="001179E8" w:rsidRDefault="00000000">
      <w:pPr>
        <w:rPr>
          <w:lang w:val="pt-BR"/>
        </w:rPr>
      </w:pPr>
      <w:r w:rsidRPr="001179E8">
        <w:rPr>
          <w:lang w:val="pt-BR"/>
        </w:rPr>
        <w:br/>
      </w:r>
    </w:p>
    <w:p w14:paraId="36EBAE3C" w14:textId="77777777" w:rsidR="002355BD" w:rsidRPr="001179E8" w:rsidRDefault="00000000">
      <w:pPr>
        <w:rPr>
          <w:lang w:val="pt-BR"/>
        </w:rPr>
      </w:pPr>
      <w:r w:rsidRPr="001179E8">
        <w:rPr>
          <w:lang w:val="pt-BR"/>
        </w:rPr>
        <w:lastRenderedPageBreak/>
        <w:t>Elaine abriu os olhos, encontrando os dele. "Então estamos ambos perdidos juntos."</w:t>
      </w:r>
    </w:p>
    <w:p w14:paraId="0A8813EF" w14:textId="77777777" w:rsidR="002355BD" w:rsidRPr="001179E8" w:rsidRDefault="00000000">
      <w:pPr>
        <w:rPr>
          <w:lang w:val="pt-BR"/>
        </w:rPr>
      </w:pPr>
      <w:r w:rsidRPr="001179E8">
        <w:rPr>
          <w:lang w:val="pt-BR"/>
        </w:rPr>
        <w:br/>
      </w:r>
    </w:p>
    <w:p w14:paraId="21716D07" w14:textId="77777777" w:rsidR="002355BD" w:rsidRPr="001179E8" w:rsidRDefault="00000000">
      <w:pPr>
        <w:rPr>
          <w:lang w:val="pt-BR"/>
        </w:rPr>
      </w:pPr>
      <w:r w:rsidRPr="001179E8">
        <w:rPr>
          <w:lang w:val="pt-BR"/>
        </w:rPr>
        <w:t>"Não perdidos," corrigiu Luke suavemente. "Apenas explorando um novo território. Juntos."</w:t>
      </w:r>
    </w:p>
    <w:p w14:paraId="177057AC" w14:textId="77777777" w:rsidR="002355BD" w:rsidRPr="001179E8" w:rsidRDefault="00000000">
      <w:pPr>
        <w:rPr>
          <w:lang w:val="pt-BR"/>
        </w:rPr>
      </w:pPr>
      <w:r w:rsidRPr="001179E8">
        <w:rPr>
          <w:lang w:val="pt-BR"/>
        </w:rPr>
        <w:br/>
      </w:r>
    </w:p>
    <w:p w14:paraId="4BE028D1" w14:textId="77777777" w:rsidR="002355BD" w:rsidRPr="001179E8" w:rsidRDefault="00000000">
      <w:pPr>
        <w:rPr>
          <w:lang w:val="pt-BR"/>
        </w:rPr>
      </w:pPr>
      <w:r w:rsidRPr="001179E8">
        <w:rPr>
          <w:lang w:val="pt-BR"/>
        </w:rPr>
        <w:t>Eles permaneceram assim por um longo momento, mãos entrelaçadas, compartilhando o conforto da presença um do outro. Não havia necessidade de mais palavras ou ações – este momento de conexão genuína era suficiente por enquanto.</w:t>
      </w:r>
    </w:p>
    <w:p w14:paraId="718AB0C4" w14:textId="77777777" w:rsidR="002355BD" w:rsidRPr="001179E8" w:rsidRDefault="00000000">
      <w:pPr>
        <w:rPr>
          <w:lang w:val="pt-BR"/>
        </w:rPr>
      </w:pPr>
      <w:r w:rsidRPr="001179E8">
        <w:rPr>
          <w:lang w:val="pt-BR"/>
        </w:rPr>
        <w:br/>
      </w:r>
    </w:p>
    <w:p w14:paraId="70AC3D0C" w14:textId="77777777" w:rsidR="002355BD" w:rsidRPr="001179E8" w:rsidRDefault="00000000">
      <w:pPr>
        <w:rPr>
          <w:lang w:val="pt-BR"/>
        </w:rPr>
      </w:pPr>
      <w:r w:rsidRPr="001179E8">
        <w:rPr>
          <w:lang w:val="pt-BR"/>
        </w:rPr>
        <w:t>Eventualmente, separaram-se com sorrisos tímidos, cada um se retirando para seu espaço para dormir. Mas algo havia mudado entre eles – uma barreira havia caído, um novo entendimento havia nascido.</w:t>
      </w:r>
    </w:p>
    <w:p w14:paraId="1AAEDA4A" w14:textId="77777777" w:rsidR="002355BD" w:rsidRPr="001179E8" w:rsidRDefault="00000000">
      <w:pPr>
        <w:rPr>
          <w:lang w:val="pt-BR"/>
        </w:rPr>
      </w:pPr>
      <w:r w:rsidRPr="001179E8">
        <w:rPr>
          <w:lang w:val="pt-BR"/>
        </w:rPr>
        <w:br/>
      </w:r>
    </w:p>
    <w:p w14:paraId="40F91622" w14:textId="77777777" w:rsidR="002355BD" w:rsidRPr="001179E8" w:rsidRDefault="00000000">
      <w:pPr>
        <w:rPr>
          <w:lang w:val="pt-BR"/>
        </w:rPr>
      </w:pPr>
      <w:r w:rsidRPr="001179E8">
        <w:rPr>
          <w:lang w:val="pt-BR"/>
        </w:rPr>
        <w:t>E enquanto Luke deitava em sua cama improvisada, olhando para os galhos da árvore viva acima, ele refletiu sobre como às vezes é preciso viajar para o futuro para encontrar algo que estava bem na sua frente o tempo todo – a possibilidade de uma conexão verdadeira com alguém que, como ele, estava apenas começando a descobrir quem realmente era por baixo das camadas de proteção que haviam construído ao redor de seus corações.</w:t>
      </w:r>
    </w:p>
    <w:p w14:paraId="2ED2FA9B" w14:textId="77777777" w:rsidR="002355BD" w:rsidRPr="001179E8" w:rsidRDefault="002355BD">
      <w:pPr>
        <w:rPr>
          <w:lang w:val="pt-BR"/>
        </w:rPr>
      </w:pPr>
    </w:p>
    <w:p w14:paraId="6EE4E77E" w14:textId="77777777" w:rsidR="002355BD" w:rsidRPr="001179E8" w:rsidRDefault="00000000">
      <w:pPr>
        <w:rPr>
          <w:lang w:val="pt-BR"/>
        </w:rPr>
      </w:pPr>
      <w:r w:rsidRPr="001179E8">
        <w:rPr>
          <w:lang w:val="pt-BR"/>
        </w:rPr>
        <w:t>A noite no Vale dos Ecos era diferente de tudo que Luke ou Elaine já haviam experimentado. O ar era puro e fresco, carregado com o perfume sutil de plantas desconhecidas e a melodia distante de cachoeiras. O silêncio era profundo, quebrado apenas pelos sons suaves da natureza e, ocasionalmente, pelo canto baixo e ressonante dos Guardiões em alguma cerimônia noturna.</w:t>
      </w:r>
    </w:p>
    <w:p w14:paraId="5E91CF26" w14:textId="77777777" w:rsidR="002355BD" w:rsidRPr="001179E8" w:rsidRDefault="00000000">
      <w:pPr>
        <w:rPr>
          <w:lang w:val="pt-BR"/>
        </w:rPr>
      </w:pPr>
      <w:r w:rsidRPr="001179E8">
        <w:rPr>
          <w:lang w:val="pt-BR"/>
        </w:rPr>
        <w:br/>
      </w:r>
    </w:p>
    <w:p w14:paraId="1AC4C0BF" w14:textId="77777777" w:rsidR="002355BD" w:rsidRPr="001179E8" w:rsidRDefault="00000000">
      <w:pPr>
        <w:rPr>
          <w:lang w:val="pt-BR"/>
        </w:rPr>
      </w:pPr>
      <w:r w:rsidRPr="001179E8">
        <w:rPr>
          <w:lang w:val="pt-BR"/>
        </w:rPr>
        <w:t>Na pequena habitação que lhes fora designada, Luke tentava dormir, mas sua mente estava agitada. A conversa com Elaine, o beijo, a imensidão da missão que tinham pela frente – tudo se misturava em um turbilhão de pensamentos e emoções. Ele se virou na cama improvisada, tentando encontrar uma posição confortável, mas o sono o iludia.</w:t>
      </w:r>
    </w:p>
    <w:p w14:paraId="09230DFF" w14:textId="77777777" w:rsidR="002355BD" w:rsidRPr="001179E8" w:rsidRDefault="00000000">
      <w:pPr>
        <w:rPr>
          <w:lang w:val="pt-BR"/>
        </w:rPr>
      </w:pPr>
      <w:r w:rsidRPr="001179E8">
        <w:rPr>
          <w:lang w:val="pt-BR"/>
        </w:rPr>
        <w:br/>
      </w:r>
    </w:p>
    <w:p w14:paraId="20DCA25E" w14:textId="77777777" w:rsidR="002355BD" w:rsidRPr="001179E8" w:rsidRDefault="00000000">
      <w:pPr>
        <w:rPr>
          <w:lang w:val="pt-BR"/>
        </w:rPr>
      </w:pPr>
      <w:r w:rsidRPr="001179E8">
        <w:rPr>
          <w:lang w:val="pt-BR"/>
        </w:rPr>
        <w:lastRenderedPageBreak/>
        <w:t>Do outro lado da fina cortina de tecido, ouviu um movimento. Elaine.</w:t>
      </w:r>
    </w:p>
    <w:p w14:paraId="4B4DA280" w14:textId="77777777" w:rsidR="002355BD" w:rsidRPr="001179E8" w:rsidRDefault="00000000">
      <w:pPr>
        <w:rPr>
          <w:lang w:val="pt-BR"/>
        </w:rPr>
      </w:pPr>
      <w:r w:rsidRPr="001179E8">
        <w:rPr>
          <w:lang w:val="pt-BR"/>
        </w:rPr>
        <w:br/>
      </w:r>
    </w:p>
    <w:p w14:paraId="7C5FE4BC" w14:textId="77777777" w:rsidR="002355BD" w:rsidRPr="001179E8" w:rsidRDefault="00000000">
      <w:pPr>
        <w:rPr>
          <w:lang w:val="pt-BR"/>
        </w:rPr>
      </w:pPr>
      <w:r w:rsidRPr="001179E8">
        <w:rPr>
          <w:lang w:val="pt-BR"/>
        </w:rPr>
        <w:t>"Luke?" A voz dela era um sussurro na escuridão. "Você está acordado?"</w:t>
      </w:r>
    </w:p>
    <w:p w14:paraId="05D6F125" w14:textId="77777777" w:rsidR="002355BD" w:rsidRPr="001179E8" w:rsidRDefault="00000000">
      <w:pPr>
        <w:rPr>
          <w:lang w:val="pt-BR"/>
        </w:rPr>
      </w:pPr>
      <w:r w:rsidRPr="001179E8">
        <w:rPr>
          <w:lang w:val="pt-BR"/>
        </w:rPr>
        <w:br/>
      </w:r>
    </w:p>
    <w:p w14:paraId="21EDBAD6" w14:textId="77777777" w:rsidR="002355BD" w:rsidRPr="001179E8" w:rsidRDefault="00000000">
      <w:pPr>
        <w:rPr>
          <w:lang w:val="pt-BR"/>
        </w:rPr>
      </w:pPr>
      <w:r w:rsidRPr="001179E8">
        <w:rPr>
          <w:lang w:val="pt-BR"/>
        </w:rPr>
        <w:t>"Sim," respondeu ele, sua própria voz baixa. "Não consigo dormir."</w:t>
      </w:r>
    </w:p>
    <w:p w14:paraId="38256588" w14:textId="77777777" w:rsidR="002355BD" w:rsidRPr="001179E8" w:rsidRDefault="00000000">
      <w:pPr>
        <w:rPr>
          <w:lang w:val="pt-BR"/>
        </w:rPr>
      </w:pPr>
      <w:r w:rsidRPr="001179E8">
        <w:rPr>
          <w:lang w:val="pt-BR"/>
        </w:rPr>
        <w:br/>
      </w:r>
    </w:p>
    <w:p w14:paraId="0DB4D851" w14:textId="77777777" w:rsidR="002355BD" w:rsidRPr="001179E8" w:rsidRDefault="00000000">
      <w:pPr>
        <w:rPr>
          <w:lang w:val="pt-BR"/>
        </w:rPr>
      </w:pPr>
      <w:r w:rsidRPr="001179E8">
        <w:rPr>
          <w:lang w:val="pt-BR"/>
        </w:rPr>
        <w:t>Seguiu-se um momento de silêncio, e então ela perguntou, sua voz ainda mais hesitante: "Eu... eu também não. Você se importaria se... se eu fosse para aí? Só para conversar. Está muito quieto aqui sozinha."</w:t>
      </w:r>
    </w:p>
    <w:p w14:paraId="6DDB60F5" w14:textId="77777777" w:rsidR="002355BD" w:rsidRPr="001179E8" w:rsidRDefault="00000000">
      <w:pPr>
        <w:rPr>
          <w:lang w:val="pt-BR"/>
        </w:rPr>
      </w:pPr>
      <w:r w:rsidRPr="001179E8">
        <w:rPr>
          <w:lang w:val="pt-BR"/>
        </w:rPr>
        <w:br/>
      </w:r>
    </w:p>
    <w:p w14:paraId="1423866D" w14:textId="77777777" w:rsidR="002355BD" w:rsidRPr="001179E8" w:rsidRDefault="00000000">
      <w:pPr>
        <w:rPr>
          <w:lang w:val="pt-BR"/>
        </w:rPr>
      </w:pPr>
      <w:r w:rsidRPr="001179E8">
        <w:rPr>
          <w:lang w:val="pt-BR"/>
        </w:rPr>
        <w:t>Luke sentiu seu coração dar um salto. Parte dele, a parte cautelosa e analítica, gritava que era uma má ideia. Mas outra parte, a parte que havia sido tocada pela vulnerabilidade dela, pela conexão genuína que haviam compartilhado, ansiava por sua companhia.</w:t>
      </w:r>
    </w:p>
    <w:p w14:paraId="31E8BAF9" w14:textId="77777777" w:rsidR="002355BD" w:rsidRPr="001179E8" w:rsidRDefault="00000000">
      <w:pPr>
        <w:rPr>
          <w:lang w:val="pt-BR"/>
        </w:rPr>
      </w:pPr>
      <w:r w:rsidRPr="001179E8">
        <w:rPr>
          <w:lang w:val="pt-BR"/>
        </w:rPr>
        <w:br/>
      </w:r>
    </w:p>
    <w:p w14:paraId="48599ED9" w14:textId="77777777" w:rsidR="002355BD" w:rsidRPr="001179E8" w:rsidRDefault="00000000">
      <w:pPr>
        <w:rPr>
          <w:lang w:val="pt-BR"/>
        </w:rPr>
      </w:pPr>
      <w:r w:rsidRPr="001179E8">
        <w:rPr>
          <w:lang w:val="pt-BR"/>
        </w:rPr>
        <w:t>"Claro," respondeu ele, tentando manter o tom neutro. "Venha."</w:t>
      </w:r>
    </w:p>
    <w:p w14:paraId="312FD41C" w14:textId="77777777" w:rsidR="002355BD" w:rsidRPr="001179E8" w:rsidRDefault="00000000">
      <w:pPr>
        <w:rPr>
          <w:lang w:val="pt-BR"/>
        </w:rPr>
      </w:pPr>
      <w:r w:rsidRPr="001179E8">
        <w:rPr>
          <w:lang w:val="pt-BR"/>
        </w:rPr>
        <w:br/>
      </w:r>
    </w:p>
    <w:p w14:paraId="12E8F185" w14:textId="77777777" w:rsidR="002355BD" w:rsidRPr="001179E8" w:rsidRDefault="00000000">
      <w:pPr>
        <w:rPr>
          <w:lang w:val="pt-BR"/>
        </w:rPr>
      </w:pPr>
      <w:r w:rsidRPr="001179E8">
        <w:rPr>
          <w:lang w:val="pt-BR"/>
        </w:rPr>
        <w:t>Ouviu o farfalhar suave da cortina sendo afastada, e então a silhueta de Elaine apareceu na penumbra, a luz fraca das plantas luminescentes do lado de fora delineando sua forma. Ela se moveu com sua graça habitual, sentando-se na beirada da cama de Luke, deixando um espaço respeitoso entre eles.</w:t>
      </w:r>
    </w:p>
    <w:p w14:paraId="0D862967" w14:textId="77777777" w:rsidR="002355BD" w:rsidRPr="001179E8" w:rsidRDefault="00000000">
      <w:pPr>
        <w:rPr>
          <w:lang w:val="pt-BR"/>
        </w:rPr>
      </w:pPr>
      <w:r w:rsidRPr="001179E8">
        <w:rPr>
          <w:lang w:val="pt-BR"/>
        </w:rPr>
        <w:br/>
      </w:r>
    </w:p>
    <w:p w14:paraId="6EEEFCBA" w14:textId="77777777" w:rsidR="002355BD" w:rsidRPr="001179E8" w:rsidRDefault="00000000">
      <w:pPr>
        <w:rPr>
          <w:lang w:val="pt-BR"/>
        </w:rPr>
      </w:pPr>
      <w:r w:rsidRPr="001179E8">
        <w:rPr>
          <w:lang w:val="pt-BR"/>
        </w:rPr>
        <w:t>"Obrigada," disse ela suavemente. "Eu sei que é... incomum."</w:t>
      </w:r>
    </w:p>
    <w:p w14:paraId="61626122" w14:textId="77777777" w:rsidR="002355BD" w:rsidRPr="001179E8" w:rsidRDefault="00000000">
      <w:pPr>
        <w:rPr>
          <w:lang w:val="pt-BR"/>
        </w:rPr>
      </w:pPr>
      <w:r w:rsidRPr="001179E8">
        <w:rPr>
          <w:lang w:val="pt-BR"/>
        </w:rPr>
        <w:br/>
      </w:r>
    </w:p>
    <w:p w14:paraId="16352F0B" w14:textId="77777777" w:rsidR="002355BD" w:rsidRPr="001179E8" w:rsidRDefault="00000000">
      <w:pPr>
        <w:rPr>
          <w:lang w:val="pt-BR"/>
        </w:rPr>
      </w:pPr>
      <w:r w:rsidRPr="001179E8">
        <w:rPr>
          <w:lang w:val="pt-BR"/>
        </w:rPr>
        <w:t>"Está tudo bem," assegurou ele. "Também não estou conseguindo desligar a mente."</w:t>
      </w:r>
    </w:p>
    <w:p w14:paraId="115A7CBC" w14:textId="77777777" w:rsidR="002355BD" w:rsidRPr="001179E8" w:rsidRDefault="00000000">
      <w:pPr>
        <w:rPr>
          <w:lang w:val="pt-BR"/>
        </w:rPr>
      </w:pPr>
      <w:r w:rsidRPr="001179E8">
        <w:rPr>
          <w:lang w:val="pt-BR"/>
        </w:rPr>
        <w:lastRenderedPageBreak/>
        <w:br/>
      </w:r>
    </w:p>
    <w:p w14:paraId="576FF390" w14:textId="77777777" w:rsidR="002355BD" w:rsidRPr="001179E8" w:rsidRDefault="00000000">
      <w:pPr>
        <w:rPr>
          <w:lang w:val="pt-BR"/>
        </w:rPr>
      </w:pPr>
      <w:r w:rsidRPr="001179E8">
        <w:rPr>
          <w:lang w:val="pt-BR"/>
        </w:rPr>
        <w:t>Eles ficaram em silêncio por um tempo, a presença um do outro preenchendo o pequeno espaço com uma tensão sutil, mas não desconfortável. Luke podia sentir o calor irradiando dela, o leve perfume de flores noturnas que parecia sempre acompanhá-la.</w:t>
      </w:r>
    </w:p>
    <w:p w14:paraId="7CDFCF26" w14:textId="77777777" w:rsidR="002355BD" w:rsidRPr="001179E8" w:rsidRDefault="00000000">
      <w:pPr>
        <w:rPr>
          <w:lang w:val="pt-BR"/>
        </w:rPr>
      </w:pPr>
      <w:r w:rsidRPr="001179E8">
        <w:rPr>
          <w:lang w:val="pt-BR"/>
        </w:rPr>
        <w:br/>
      </w:r>
    </w:p>
    <w:p w14:paraId="311ADDF7" w14:textId="77777777" w:rsidR="002355BD" w:rsidRPr="001179E8" w:rsidRDefault="00000000">
      <w:pPr>
        <w:rPr>
          <w:lang w:val="pt-BR"/>
        </w:rPr>
      </w:pPr>
      <w:r w:rsidRPr="001179E8">
        <w:rPr>
          <w:lang w:val="pt-BR"/>
        </w:rPr>
        <w:t>"No que está pensando?" perguntou ela finalmente.</w:t>
      </w:r>
    </w:p>
    <w:p w14:paraId="6EC21BA1" w14:textId="77777777" w:rsidR="002355BD" w:rsidRPr="001179E8" w:rsidRDefault="00000000">
      <w:pPr>
        <w:rPr>
          <w:lang w:val="pt-BR"/>
        </w:rPr>
      </w:pPr>
      <w:r w:rsidRPr="001179E8">
        <w:rPr>
          <w:lang w:val="pt-BR"/>
        </w:rPr>
        <w:br/>
      </w:r>
    </w:p>
    <w:p w14:paraId="27AAD398" w14:textId="77777777" w:rsidR="002355BD" w:rsidRPr="001179E8" w:rsidRDefault="00000000">
      <w:pPr>
        <w:rPr>
          <w:lang w:val="pt-BR"/>
        </w:rPr>
      </w:pPr>
      <w:r w:rsidRPr="001179E8">
        <w:rPr>
          <w:lang w:val="pt-BR"/>
        </w:rPr>
        <w:t>Luke suspirou. "Em tudo. Na Chave dos Reinos, no Templo Esquecido, em voltar para nosso tempo... e se vamos conseguir."</w:t>
      </w:r>
    </w:p>
    <w:p w14:paraId="5F843B78" w14:textId="77777777" w:rsidR="002355BD" w:rsidRPr="001179E8" w:rsidRDefault="00000000">
      <w:pPr>
        <w:rPr>
          <w:lang w:val="pt-BR"/>
        </w:rPr>
      </w:pPr>
      <w:r w:rsidRPr="001179E8">
        <w:rPr>
          <w:lang w:val="pt-BR"/>
        </w:rPr>
        <w:br/>
      </w:r>
    </w:p>
    <w:p w14:paraId="6EEA4ED8" w14:textId="77777777" w:rsidR="002355BD" w:rsidRPr="001179E8" w:rsidRDefault="00000000">
      <w:pPr>
        <w:rPr>
          <w:lang w:val="pt-BR"/>
        </w:rPr>
      </w:pPr>
      <w:r w:rsidRPr="001179E8">
        <w:rPr>
          <w:lang w:val="pt-BR"/>
        </w:rPr>
        <w:t>"Nós vamos," disse Elaine com uma convicção surpreendente. "Juntos."</w:t>
      </w:r>
    </w:p>
    <w:p w14:paraId="2DDFB605" w14:textId="77777777" w:rsidR="002355BD" w:rsidRPr="001179E8" w:rsidRDefault="00000000">
      <w:pPr>
        <w:rPr>
          <w:lang w:val="pt-BR"/>
        </w:rPr>
      </w:pPr>
      <w:r w:rsidRPr="001179E8">
        <w:rPr>
          <w:lang w:val="pt-BR"/>
        </w:rPr>
        <w:br/>
      </w:r>
    </w:p>
    <w:p w14:paraId="7A56B9E6" w14:textId="77777777" w:rsidR="002355BD" w:rsidRPr="001179E8" w:rsidRDefault="00000000">
      <w:pPr>
        <w:rPr>
          <w:lang w:val="pt-BR"/>
        </w:rPr>
      </w:pPr>
      <w:r w:rsidRPr="001179E8">
        <w:rPr>
          <w:lang w:val="pt-BR"/>
        </w:rPr>
        <w:t>Ele olhou para ela na penumbra, vendo a sinceridade em seus olhos. "Você parece tão certa disso."</w:t>
      </w:r>
    </w:p>
    <w:p w14:paraId="6C26B5D2" w14:textId="77777777" w:rsidR="002355BD" w:rsidRPr="001179E8" w:rsidRDefault="00000000">
      <w:pPr>
        <w:rPr>
          <w:lang w:val="pt-BR"/>
        </w:rPr>
      </w:pPr>
      <w:r w:rsidRPr="001179E8">
        <w:rPr>
          <w:lang w:val="pt-BR"/>
        </w:rPr>
        <w:br/>
      </w:r>
    </w:p>
    <w:p w14:paraId="241A3081" w14:textId="77777777" w:rsidR="002355BD" w:rsidRPr="001179E8" w:rsidRDefault="00000000">
      <w:pPr>
        <w:rPr>
          <w:lang w:val="pt-BR"/>
        </w:rPr>
      </w:pPr>
      <w:r w:rsidRPr="001179E8">
        <w:rPr>
          <w:lang w:val="pt-BR"/>
        </w:rPr>
        <w:t>"Eu preciso estar," respondeu ela. "Por muito tempo, a única coisa em que acreditei foi em mim mesma, na minha capacidade de sobreviver. Mas agora... agora acredito em nós. No que podemos fazer juntos."</w:t>
      </w:r>
    </w:p>
    <w:p w14:paraId="1BC3780B" w14:textId="77777777" w:rsidR="002355BD" w:rsidRPr="001179E8" w:rsidRDefault="00000000">
      <w:pPr>
        <w:rPr>
          <w:lang w:val="pt-BR"/>
        </w:rPr>
      </w:pPr>
      <w:r w:rsidRPr="001179E8">
        <w:rPr>
          <w:lang w:val="pt-BR"/>
        </w:rPr>
        <w:br/>
      </w:r>
    </w:p>
    <w:p w14:paraId="34E0F3CC" w14:textId="77777777" w:rsidR="002355BD" w:rsidRPr="001179E8" w:rsidRDefault="00000000">
      <w:pPr>
        <w:rPr>
          <w:lang w:val="pt-BR"/>
        </w:rPr>
      </w:pPr>
      <w:r w:rsidRPr="001179E8">
        <w:rPr>
          <w:lang w:val="pt-BR"/>
        </w:rPr>
        <w:t>Suas palavras o tocaram profundamente. Sem pensar, ele estendeu a mão e pegou a dela, seus dedos se entrelaçando naturalmente. A pele dela era macia e quente contra a sua.</w:t>
      </w:r>
    </w:p>
    <w:p w14:paraId="34F59C9F" w14:textId="77777777" w:rsidR="002355BD" w:rsidRPr="001179E8" w:rsidRDefault="00000000">
      <w:pPr>
        <w:rPr>
          <w:lang w:val="pt-BR"/>
        </w:rPr>
      </w:pPr>
      <w:r w:rsidRPr="001179E8">
        <w:rPr>
          <w:lang w:val="pt-BR"/>
        </w:rPr>
        <w:br/>
      </w:r>
    </w:p>
    <w:p w14:paraId="4D864C7D" w14:textId="77777777" w:rsidR="002355BD" w:rsidRPr="001179E8" w:rsidRDefault="00000000">
      <w:pPr>
        <w:rPr>
          <w:lang w:val="pt-BR"/>
        </w:rPr>
      </w:pPr>
      <w:r w:rsidRPr="001179E8">
        <w:rPr>
          <w:lang w:val="pt-BR"/>
        </w:rPr>
        <w:t>"Eu também acredito em nós," disse ele, sua voz pouco acima de um sussurro.</w:t>
      </w:r>
    </w:p>
    <w:p w14:paraId="34313140" w14:textId="77777777" w:rsidR="002355BD" w:rsidRPr="001179E8" w:rsidRDefault="00000000">
      <w:pPr>
        <w:rPr>
          <w:lang w:val="pt-BR"/>
        </w:rPr>
      </w:pPr>
      <w:r w:rsidRPr="001179E8">
        <w:rPr>
          <w:lang w:val="pt-BR"/>
        </w:rPr>
        <w:br/>
      </w:r>
    </w:p>
    <w:p w14:paraId="5E3B35EC" w14:textId="77777777" w:rsidR="002355BD" w:rsidRPr="001179E8" w:rsidRDefault="00000000">
      <w:pPr>
        <w:rPr>
          <w:lang w:val="pt-BR"/>
        </w:rPr>
      </w:pPr>
      <w:r w:rsidRPr="001179E8">
        <w:rPr>
          <w:lang w:val="pt-BR"/>
        </w:rPr>
        <w:lastRenderedPageBreak/>
        <w:t>Elaine se aproximou um pouco mais, seus ombros agora se tocando levemente. A proximidade era eletrizante, mas também reconfortante. Luke sentiu um desejo crescente, uma necessidade de estar mais perto dela, de sentir mais dela. Mas as palavras dele da noite anterior ecoaram em sua mente – sobre construir algo real, baseado em confiança e respeito, não em impulsos momentâneos.</w:t>
      </w:r>
    </w:p>
    <w:p w14:paraId="20907820" w14:textId="77777777" w:rsidR="002355BD" w:rsidRPr="001179E8" w:rsidRDefault="00000000">
      <w:pPr>
        <w:rPr>
          <w:lang w:val="pt-BR"/>
        </w:rPr>
      </w:pPr>
      <w:r w:rsidRPr="001179E8">
        <w:rPr>
          <w:lang w:val="pt-BR"/>
        </w:rPr>
        <w:br/>
      </w:r>
    </w:p>
    <w:p w14:paraId="615D31D9" w14:textId="77777777" w:rsidR="002355BD" w:rsidRPr="001179E8" w:rsidRDefault="00000000">
      <w:pPr>
        <w:rPr>
          <w:lang w:val="pt-BR"/>
        </w:rPr>
      </w:pPr>
      <w:r w:rsidRPr="001179E8">
        <w:rPr>
          <w:lang w:val="pt-BR"/>
        </w:rPr>
        <w:t>Como se lesse seus pensamentos, Elaine inclinou a cabeça em seu ombro, um gesto de confiança e afeto que fez o coração de Luke se apertar.</w:t>
      </w:r>
    </w:p>
    <w:p w14:paraId="4F4E43F2" w14:textId="77777777" w:rsidR="002355BD" w:rsidRPr="001179E8" w:rsidRDefault="00000000">
      <w:pPr>
        <w:rPr>
          <w:lang w:val="pt-BR"/>
        </w:rPr>
      </w:pPr>
      <w:r w:rsidRPr="001179E8">
        <w:rPr>
          <w:lang w:val="pt-BR"/>
        </w:rPr>
        <w:br/>
      </w:r>
    </w:p>
    <w:p w14:paraId="08918D42" w14:textId="77777777" w:rsidR="002355BD" w:rsidRPr="001179E8" w:rsidRDefault="00000000">
      <w:pPr>
        <w:rPr>
          <w:lang w:val="pt-BR"/>
        </w:rPr>
      </w:pPr>
      <w:r w:rsidRPr="001179E8">
        <w:rPr>
          <w:lang w:val="pt-BR"/>
        </w:rPr>
        <w:t>"Podemos apenas... ficar assim por um tempo?" perguntou ela, sua voz sonolenta. "É bom não se sentir sozinha na escuridão."</w:t>
      </w:r>
    </w:p>
    <w:p w14:paraId="52E4D77F" w14:textId="77777777" w:rsidR="002355BD" w:rsidRPr="001179E8" w:rsidRDefault="00000000">
      <w:pPr>
        <w:rPr>
          <w:lang w:val="pt-BR"/>
        </w:rPr>
      </w:pPr>
      <w:r w:rsidRPr="001179E8">
        <w:rPr>
          <w:lang w:val="pt-BR"/>
        </w:rPr>
        <w:br/>
      </w:r>
    </w:p>
    <w:p w14:paraId="302BF7A8" w14:textId="77777777" w:rsidR="002355BD" w:rsidRPr="001179E8" w:rsidRDefault="00000000">
      <w:pPr>
        <w:rPr>
          <w:lang w:val="pt-BR"/>
        </w:rPr>
      </w:pPr>
      <w:r w:rsidRPr="001179E8">
        <w:rPr>
          <w:lang w:val="pt-BR"/>
        </w:rPr>
        <w:t>"Sim," respondeu ele, passando o braço ao redor dos ombros dela, puxando-a para mais perto. "Podemos."</w:t>
      </w:r>
    </w:p>
    <w:p w14:paraId="21C8BDAD" w14:textId="77777777" w:rsidR="002355BD" w:rsidRPr="001179E8" w:rsidRDefault="00000000">
      <w:pPr>
        <w:rPr>
          <w:lang w:val="pt-BR"/>
        </w:rPr>
      </w:pPr>
      <w:r w:rsidRPr="001179E8">
        <w:rPr>
          <w:lang w:val="pt-BR"/>
        </w:rPr>
        <w:br/>
      </w:r>
    </w:p>
    <w:p w14:paraId="2D2160ED" w14:textId="77777777" w:rsidR="002355BD" w:rsidRPr="001179E8" w:rsidRDefault="00000000">
      <w:pPr>
        <w:rPr>
          <w:lang w:val="pt-BR"/>
        </w:rPr>
      </w:pPr>
      <w:r w:rsidRPr="001179E8">
        <w:rPr>
          <w:lang w:val="pt-BR"/>
        </w:rPr>
        <w:t>Eles ficaram assim, abraçados na penumbra, o silêncio preenchido apenas por suas respirações suaves. Luke sentiu uma paz que não experimentava há muito tempo. Com Elaine em seus braços, o peso do mundo parecia um pouco mais leve, a missão impossível um pouco mais alcançável.</w:t>
      </w:r>
    </w:p>
    <w:p w14:paraId="74903E15" w14:textId="77777777" w:rsidR="002355BD" w:rsidRPr="001179E8" w:rsidRDefault="00000000">
      <w:pPr>
        <w:rPr>
          <w:lang w:val="pt-BR"/>
        </w:rPr>
      </w:pPr>
      <w:r w:rsidRPr="001179E8">
        <w:rPr>
          <w:lang w:val="pt-BR"/>
        </w:rPr>
        <w:br/>
      </w:r>
    </w:p>
    <w:p w14:paraId="5CAAB199" w14:textId="77777777" w:rsidR="002355BD" w:rsidRPr="001179E8" w:rsidRDefault="00000000">
      <w:pPr>
        <w:rPr>
          <w:lang w:val="pt-BR"/>
        </w:rPr>
      </w:pPr>
      <w:r w:rsidRPr="001179E8">
        <w:rPr>
          <w:lang w:val="pt-BR"/>
        </w:rPr>
        <w:t>Eventualmente, a respiração dela se tornou mais profunda, mais regular. Ela havia adormecido em seus braços. Luke sorriu para si mesmo, sentindo uma ternura protetora por esta mulher extraordinária que havia entrado em sua vida de forma tão inesperada.</w:t>
      </w:r>
    </w:p>
    <w:p w14:paraId="1B6C3218" w14:textId="77777777" w:rsidR="002355BD" w:rsidRPr="001179E8" w:rsidRDefault="00000000">
      <w:pPr>
        <w:rPr>
          <w:lang w:val="pt-BR"/>
        </w:rPr>
      </w:pPr>
      <w:r w:rsidRPr="001179E8">
        <w:rPr>
          <w:lang w:val="pt-BR"/>
        </w:rPr>
        <w:br/>
      </w:r>
    </w:p>
    <w:p w14:paraId="20CA91B2" w14:textId="77777777" w:rsidR="002355BD" w:rsidRPr="001179E8" w:rsidRDefault="00000000">
      <w:pPr>
        <w:rPr>
          <w:lang w:val="pt-BR"/>
        </w:rPr>
      </w:pPr>
      <w:r w:rsidRPr="001179E8">
        <w:rPr>
          <w:lang w:val="pt-BR"/>
        </w:rPr>
        <w:t>Cuidadosamente, para não acordá-la, ele se ajeitou, permitindo que ela descansasse mais confortavelmente contra ele. Ele também fechou os olhos, e pela primeira vez naquela noite, o sono começou a reivindicá-lo.</w:t>
      </w:r>
    </w:p>
    <w:p w14:paraId="16441E60" w14:textId="77777777" w:rsidR="002355BD" w:rsidRPr="001179E8" w:rsidRDefault="00000000">
      <w:pPr>
        <w:rPr>
          <w:lang w:val="pt-BR"/>
        </w:rPr>
      </w:pPr>
      <w:r w:rsidRPr="001179E8">
        <w:rPr>
          <w:lang w:val="pt-BR"/>
        </w:rPr>
        <w:br/>
      </w:r>
    </w:p>
    <w:p w14:paraId="4E4E1201" w14:textId="77777777" w:rsidR="002355BD" w:rsidRPr="001179E8" w:rsidRDefault="00000000">
      <w:pPr>
        <w:rPr>
          <w:lang w:val="pt-BR"/>
        </w:rPr>
      </w:pPr>
      <w:r w:rsidRPr="001179E8">
        <w:rPr>
          <w:lang w:val="pt-BR"/>
        </w:rPr>
        <w:lastRenderedPageBreak/>
        <w:t>Mas o sono de Luke não foi tranquilo. Velhos demônios, enterrados profundamente em sua psique desde seus dias como detetive, escolheram aquela noite para ressurgir.</w:t>
      </w:r>
    </w:p>
    <w:p w14:paraId="241594FE" w14:textId="77777777" w:rsidR="002355BD" w:rsidRPr="001179E8" w:rsidRDefault="00000000">
      <w:pPr>
        <w:rPr>
          <w:lang w:val="pt-BR"/>
        </w:rPr>
      </w:pPr>
      <w:r w:rsidRPr="001179E8">
        <w:rPr>
          <w:lang w:val="pt-BR"/>
        </w:rPr>
        <w:br/>
      </w:r>
    </w:p>
    <w:p w14:paraId="6B01ABF0" w14:textId="77777777" w:rsidR="002355BD" w:rsidRPr="001179E8" w:rsidRDefault="00000000">
      <w:pPr>
        <w:rPr>
          <w:lang w:val="pt-BR"/>
        </w:rPr>
      </w:pPr>
      <w:r w:rsidRPr="001179E8">
        <w:rPr>
          <w:lang w:val="pt-BR"/>
        </w:rPr>
        <w:t>Ele estava de volta àquela viela escura e chuvosa, o cheiro de lixo e desespero pairando no ar. O corpo jovem no chão, os olhos vazios encarando o céu noturno. A culpa, a raiva, a impotência que o haviam consumido por tanto tempo.</w:t>
      </w:r>
    </w:p>
    <w:p w14:paraId="3A2E03F5" w14:textId="77777777" w:rsidR="002355BD" w:rsidRPr="001179E8" w:rsidRDefault="00000000">
      <w:pPr>
        <w:rPr>
          <w:lang w:val="pt-BR"/>
        </w:rPr>
      </w:pPr>
      <w:r w:rsidRPr="001179E8">
        <w:rPr>
          <w:lang w:val="pt-BR"/>
        </w:rPr>
        <w:br/>
      </w:r>
    </w:p>
    <w:p w14:paraId="125AABE4" w14:textId="77777777" w:rsidR="002355BD" w:rsidRPr="001179E8" w:rsidRDefault="00000000">
      <w:pPr>
        <w:rPr>
          <w:lang w:val="pt-BR"/>
        </w:rPr>
      </w:pPr>
      <w:r w:rsidRPr="001179E8">
        <w:rPr>
          <w:lang w:val="pt-BR"/>
        </w:rPr>
        <w:t>Ele se debateu no sonho, um gemido baixo escapando de seus lábios. "Não... eu deveria ter..."</w:t>
      </w:r>
    </w:p>
    <w:p w14:paraId="3B811428" w14:textId="77777777" w:rsidR="002355BD" w:rsidRPr="001179E8" w:rsidRDefault="00000000">
      <w:pPr>
        <w:rPr>
          <w:lang w:val="pt-BR"/>
        </w:rPr>
      </w:pPr>
      <w:r w:rsidRPr="001179E8">
        <w:rPr>
          <w:lang w:val="pt-BR"/>
        </w:rPr>
        <w:br/>
      </w:r>
    </w:p>
    <w:p w14:paraId="61EF2390" w14:textId="77777777" w:rsidR="002355BD" w:rsidRPr="001179E8" w:rsidRDefault="00000000">
      <w:pPr>
        <w:rPr>
          <w:lang w:val="pt-BR"/>
        </w:rPr>
      </w:pPr>
      <w:r w:rsidRPr="001179E8">
        <w:rPr>
          <w:lang w:val="pt-BR"/>
        </w:rPr>
        <w:t>"Luke?" A voz de Elaine, suave e preocupada, o puxou para fora do pesadelo. Ele acordou ofegante, o coração batendo forte, suor frio cobrindo sua testa.</w:t>
      </w:r>
    </w:p>
    <w:p w14:paraId="2E342DC5" w14:textId="77777777" w:rsidR="002355BD" w:rsidRPr="001179E8" w:rsidRDefault="00000000">
      <w:pPr>
        <w:rPr>
          <w:lang w:val="pt-BR"/>
        </w:rPr>
      </w:pPr>
      <w:r w:rsidRPr="001179E8">
        <w:rPr>
          <w:lang w:val="pt-BR"/>
        </w:rPr>
        <w:br/>
      </w:r>
    </w:p>
    <w:p w14:paraId="22CCABF8" w14:textId="77777777" w:rsidR="002355BD" w:rsidRPr="001179E8" w:rsidRDefault="00000000">
      <w:pPr>
        <w:rPr>
          <w:lang w:val="pt-BR"/>
        </w:rPr>
      </w:pPr>
      <w:r w:rsidRPr="001179E8">
        <w:rPr>
          <w:lang w:val="pt-BR"/>
        </w:rPr>
        <w:t>"Você está bem?" perguntou ela, seus olhos azuis brilhando com preocupação na penumbra. Ela havia se afastado um pouco, mas sua mão ainda segurava a dele com força.</w:t>
      </w:r>
    </w:p>
    <w:p w14:paraId="20EE14EC" w14:textId="77777777" w:rsidR="002355BD" w:rsidRPr="001179E8" w:rsidRDefault="00000000">
      <w:pPr>
        <w:rPr>
          <w:lang w:val="pt-BR"/>
        </w:rPr>
      </w:pPr>
      <w:r w:rsidRPr="001179E8">
        <w:rPr>
          <w:lang w:val="pt-BR"/>
        </w:rPr>
        <w:br/>
      </w:r>
    </w:p>
    <w:p w14:paraId="68A574AE" w14:textId="77777777" w:rsidR="002355BD" w:rsidRPr="001179E8" w:rsidRDefault="00000000">
      <w:pPr>
        <w:rPr>
          <w:lang w:val="pt-BR"/>
        </w:rPr>
      </w:pPr>
      <w:r w:rsidRPr="001179E8">
        <w:rPr>
          <w:lang w:val="pt-BR"/>
        </w:rPr>
        <w:t>Luke levou alguns momentos para se orientar, para separar o pesadelo da realidade. "Sim... eu acho que sim. Apenas um... um sonho ruim."</w:t>
      </w:r>
    </w:p>
    <w:p w14:paraId="2E7A13F9" w14:textId="77777777" w:rsidR="002355BD" w:rsidRPr="001179E8" w:rsidRDefault="00000000">
      <w:pPr>
        <w:rPr>
          <w:lang w:val="pt-BR"/>
        </w:rPr>
      </w:pPr>
      <w:r w:rsidRPr="001179E8">
        <w:rPr>
          <w:lang w:val="pt-BR"/>
        </w:rPr>
        <w:br/>
      </w:r>
    </w:p>
    <w:p w14:paraId="1C5D0C5A" w14:textId="77777777" w:rsidR="002355BD" w:rsidRPr="001179E8" w:rsidRDefault="00000000">
      <w:pPr>
        <w:rPr>
          <w:lang w:val="pt-BR"/>
        </w:rPr>
      </w:pPr>
      <w:r w:rsidRPr="001179E8">
        <w:rPr>
          <w:lang w:val="pt-BR"/>
        </w:rPr>
        <w:t>"Quer falar sobre isso?" ofereceu ela gentilmente.</w:t>
      </w:r>
    </w:p>
    <w:p w14:paraId="38AFAAD1" w14:textId="77777777" w:rsidR="002355BD" w:rsidRPr="001179E8" w:rsidRDefault="00000000">
      <w:pPr>
        <w:rPr>
          <w:lang w:val="pt-BR"/>
        </w:rPr>
      </w:pPr>
      <w:r w:rsidRPr="001179E8">
        <w:rPr>
          <w:lang w:val="pt-BR"/>
        </w:rPr>
        <w:br/>
      </w:r>
    </w:p>
    <w:p w14:paraId="4638F0C3" w14:textId="77777777" w:rsidR="002355BD" w:rsidRPr="001179E8" w:rsidRDefault="00000000">
      <w:pPr>
        <w:rPr>
          <w:lang w:val="pt-BR"/>
        </w:rPr>
      </w:pPr>
      <w:r w:rsidRPr="001179E8">
        <w:rPr>
          <w:lang w:val="pt-BR"/>
        </w:rPr>
        <w:t>Ele hesitou. Nunca havia falado sobre seus pesadelos com ninguém, nem mesmo com Ricardo. Era uma parte de seu passado que ele mantinha trancada, guardada a sete chaves. Mas havia algo na maneira como Elaine o olhava – com compaixão genuína, sem julgamento – que o fez querer se abrir.</w:t>
      </w:r>
    </w:p>
    <w:p w14:paraId="117944B5" w14:textId="77777777" w:rsidR="002355BD" w:rsidRPr="001179E8" w:rsidRDefault="00000000">
      <w:pPr>
        <w:rPr>
          <w:lang w:val="pt-BR"/>
        </w:rPr>
      </w:pPr>
      <w:r w:rsidRPr="001179E8">
        <w:rPr>
          <w:lang w:val="pt-BR"/>
        </w:rPr>
        <w:br/>
      </w:r>
    </w:p>
    <w:p w14:paraId="744D7B63" w14:textId="77777777" w:rsidR="002355BD" w:rsidRPr="001179E8" w:rsidRDefault="00000000">
      <w:pPr>
        <w:rPr>
          <w:lang w:val="pt-BR"/>
        </w:rPr>
      </w:pPr>
      <w:r w:rsidRPr="001179E8">
        <w:rPr>
          <w:lang w:val="pt-BR"/>
        </w:rPr>
        <w:lastRenderedPageBreak/>
        <w:t>"Era sobre um caso antigo," começou ele, sua voz rouca. "Quando eu era detetive. Uma garota... ela foi assassinada. E eu... eu não consegui encontrar o culpado a tempo. Senti como se tivesse falhado com ela, com a família dela."</w:t>
      </w:r>
    </w:p>
    <w:p w14:paraId="5B83888A" w14:textId="77777777" w:rsidR="002355BD" w:rsidRPr="001179E8" w:rsidRDefault="00000000">
      <w:pPr>
        <w:rPr>
          <w:lang w:val="pt-BR"/>
        </w:rPr>
      </w:pPr>
      <w:r w:rsidRPr="001179E8">
        <w:rPr>
          <w:lang w:val="pt-BR"/>
        </w:rPr>
        <w:br/>
      </w:r>
    </w:p>
    <w:p w14:paraId="6019EE79" w14:textId="77777777" w:rsidR="002355BD" w:rsidRPr="001179E8" w:rsidRDefault="00000000">
      <w:pPr>
        <w:rPr>
          <w:lang w:val="pt-BR"/>
        </w:rPr>
      </w:pPr>
      <w:r w:rsidRPr="001179E8">
        <w:rPr>
          <w:lang w:val="pt-BR"/>
        </w:rPr>
        <w:t>Elaine ouviu em silêncio, sua mão apertando a dele com mais força, oferecendo conforto silencioso.</w:t>
      </w:r>
    </w:p>
    <w:p w14:paraId="5DDE77B7" w14:textId="77777777" w:rsidR="002355BD" w:rsidRPr="001179E8" w:rsidRDefault="00000000">
      <w:pPr>
        <w:rPr>
          <w:lang w:val="pt-BR"/>
        </w:rPr>
      </w:pPr>
      <w:r w:rsidRPr="001179E8">
        <w:rPr>
          <w:lang w:val="pt-BR"/>
        </w:rPr>
        <w:br/>
      </w:r>
    </w:p>
    <w:p w14:paraId="3AA38691" w14:textId="77777777" w:rsidR="002355BD" w:rsidRPr="001179E8" w:rsidRDefault="00000000">
      <w:pPr>
        <w:rPr>
          <w:lang w:val="pt-BR"/>
        </w:rPr>
      </w:pPr>
      <w:r w:rsidRPr="001179E8">
        <w:rPr>
          <w:lang w:val="pt-BR"/>
        </w:rPr>
        <w:t>"Eu sei que não foi minha culpa, não diretamente," continuou Luke, as palavras saindo em um fluxo hesitante. "Mas eu era o responsável por encontrar justiça para ela. E não consegui. Isso... isso me assombra às vezes."</w:t>
      </w:r>
    </w:p>
    <w:p w14:paraId="2E6E2F69" w14:textId="77777777" w:rsidR="002355BD" w:rsidRPr="001179E8" w:rsidRDefault="00000000">
      <w:pPr>
        <w:rPr>
          <w:lang w:val="pt-BR"/>
        </w:rPr>
      </w:pPr>
      <w:r w:rsidRPr="001179E8">
        <w:rPr>
          <w:lang w:val="pt-BR"/>
        </w:rPr>
        <w:br/>
      </w:r>
    </w:p>
    <w:p w14:paraId="541D949A" w14:textId="77777777" w:rsidR="002355BD" w:rsidRPr="001179E8" w:rsidRDefault="00000000">
      <w:pPr>
        <w:rPr>
          <w:lang w:val="pt-BR"/>
        </w:rPr>
      </w:pPr>
      <w:r w:rsidRPr="001179E8">
        <w:rPr>
          <w:lang w:val="pt-BR"/>
        </w:rPr>
        <w:t>"Não foi sua culpa, Luke," disse Elaine suavemente, mas com firmeza. "Você fez tudo que podia. Às vezes, mesmo quando fazemos nosso melhor, coisas terríveis acontecem. Não podemos carregar o peso do mundo em nossos ombros."</w:t>
      </w:r>
    </w:p>
    <w:p w14:paraId="0DDAC066" w14:textId="77777777" w:rsidR="002355BD" w:rsidRPr="001179E8" w:rsidRDefault="00000000">
      <w:pPr>
        <w:rPr>
          <w:lang w:val="pt-BR"/>
        </w:rPr>
      </w:pPr>
      <w:r w:rsidRPr="001179E8">
        <w:rPr>
          <w:lang w:val="pt-BR"/>
        </w:rPr>
        <w:br/>
      </w:r>
    </w:p>
    <w:p w14:paraId="1C13C47A" w14:textId="77777777" w:rsidR="002355BD" w:rsidRPr="001179E8" w:rsidRDefault="00000000">
      <w:pPr>
        <w:rPr>
          <w:lang w:val="pt-BR"/>
        </w:rPr>
      </w:pPr>
      <w:r w:rsidRPr="001179E8">
        <w:rPr>
          <w:lang w:val="pt-BR"/>
        </w:rPr>
        <w:t>Suas palavras eram simples, mas carregavam uma sabedoria que ia além de seus anos. Luke percebeu que ela, mais do que ninguém, entendia o fardo da culpa e da impotência.</w:t>
      </w:r>
    </w:p>
    <w:p w14:paraId="3D65315F" w14:textId="77777777" w:rsidR="002355BD" w:rsidRPr="001179E8" w:rsidRDefault="00000000">
      <w:pPr>
        <w:rPr>
          <w:lang w:val="pt-BR"/>
        </w:rPr>
      </w:pPr>
      <w:r w:rsidRPr="001179E8">
        <w:rPr>
          <w:lang w:val="pt-BR"/>
        </w:rPr>
        <w:br/>
      </w:r>
    </w:p>
    <w:p w14:paraId="6E23D410" w14:textId="77777777" w:rsidR="002355BD" w:rsidRPr="001179E8" w:rsidRDefault="00000000">
      <w:pPr>
        <w:rPr>
          <w:lang w:val="pt-BR"/>
        </w:rPr>
      </w:pPr>
      <w:r w:rsidRPr="001179E8">
        <w:rPr>
          <w:lang w:val="pt-BR"/>
        </w:rPr>
        <w:t>"Você parece falar por experiência própria," disse ele.</w:t>
      </w:r>
    </w:p>
    <w:p w14:paraId="6F8B5FBF" w14:textId="77777777" w:rsidR="002355BD" w:rsidRPr="001179E8" w:rsidRDefault="00000000">
      <w:pPr>
        <w:rPr>
          <w:lang w:val="pt-BR"/>
        </w:rPr>
      </w:pPr>
      <w:r w:rsidRPr="001179E8">
        <w:rPr>
          <w:lang w:val="pt-BR"/>
        </w:rPr>
        <w:br/>
      </w:r>
    </w:p>
    <w:p w14:paraId="50E51EFE" w14:textId="77777777" w:rsidR="002355BD" w:rsidRPr="001179E8" w:rsidRDefault="00000000">
      <w:pPr>
        <w:rPr>
          <w:lang w:val="pt-BR"/>
        </w:rPr>
      </w:pPr>
      <w:r w:rsidRPr="001179E8">
        <w:rPr>
          <w:lang w:val="pt-BR"/>
        </w:rPr>
        <w:t>Elaine assentiu, seus olhos momentaneamente distantes. "No submundo, vi coisas... fiz coisas... para sobreviver. Coisas das quais não me orgulho. Por muito tempo, deixei que a culpa me definisse. Mas então percebi que, se continuasse olhando para trás, nunca conseguiria seguir em frente."</w:t>
      </w:r>
    </w:p>
    <w:p w14:paraId="00E2D2D0" w14:textId="77777777" w:rsidR="002355BD" w:rsidRPr="001179E8" w:rsidRDefault="00000000">
      <w:pPr>
        <w:rPr>
          <w:lang w:val="pt-BR"/>
        </w:rPr>
      </w:pPr>
      <w:r w:rsidRPr="001179E8">
        <w:rPr>
          <w:lang w:val="pt-BR"/>
        </w:rPr>
        <w:br/>
      </w:r>
    </w:p>
    <w:p w14:paraId="18BE358E" w14:textId="77777777" w:rsidR="002355BD" w:rsidRPr="001179E8" w:rsidRDefault="00000000">
      <w:pPr>
        <w:rPr>
          <w:lang w:val="pt-BR"/>
        </w:rPr>
      </w:pPr>
      <w:r w:rsidRPr="001179E8">
        <w:rPr>
          <w:lang w:val="pt-BR"/>
        </w:rPr>
        <w:lastRenderedPageBreak/>
        <w:t>Ela se virou para encará-lo, seus olhos encontrando os dele na penumbra. "Você não é suas falhas, Luke. Você é suas escolhas. E você escolheu lutar pelo que é certo, mesmo quando é difícil, mesmo quando dói. Isso é o que importa."</w:t>
      </w:r>
    </w:p>
    <w:p w14:paraId="541940B5" w14:textId="77777777" w:rsidR="002355BD" w:rsidRPr="001179E8" w:rsidRDefault="00000000">
      <w:pPr>
        <w:rPr>
          <w:lang w:val="pt-BR"/>
        </w:rPr>
      </w:pPr>
      <w:r w:rsidRPr="001179E8">
        <w:rPr>
          <w:lang w:val="pt-BR"/>
        </w:rPr>
        <w:br/>
      </w:r>
    </w:p>
    <w:p w14:paraId="67D446F7" w14:textId="77777777" w:rsidR="002355BD" w:rsidRPr="001179E8" w:rsidRDefault="00000000">
      <w:pPr>
        <w:rPr>
          <w:lang w:val="pt-BR"/>
        </w:rPr>
      </w:pPr>
      <w:r w:rsidRPr="001179E8">
        <w:rPr>
          <w:lang w:val="pt-BR"/>
        </w:rPr>
        <w:t>Luke sentiu um nó se desfazer em seu peito, uma tensão que ele carregava há anos começando a diminuir. Falar sobre isso, compartilhar esse fardo com alguém que entendia... era libertador.</w:t>
      </w:r>
    </w:p>
    <w:p w14:paraId="55B366C4" w14:textId="77777777" w:rsidR="002355BD" w:rsidRPr="001179E8" w:rsidRDefault="00000000">
      <w:pPr>
        <w:rPr>
          <w:lang w:val="pt-BR"/>
        </w:rPr>
      </w:pPr>
      <w:r w:rsidRPr="001179E8">
        <w:rPr>
          <w:lang w:val="pt-BR"/>
        </w:rPr>
        <w:br/>
      </w:r>
    </w:p>
    <w:p w14:paraId="5E7A62C4" w14:textId="77777777" w:rsidR="002355BD" w:rsidRPr="001179E8" w:rsidRDefault="00000000">
      <w:pPr>
        <w:rPr>
          <w:lang w:val="pt-BR"/>
        </w:rPr>
      </w:pPr>
      <w:r w:rsidRPr="001179E8">
        <w:rPr>
          <w:lang w:val="pt-BR"/>
        </w:rPr>
        <w:t>"Obrigado," disse ele, sua voz embargada pela emoção. "Obrigado por ouvir. E por... entender."</w:t>
      </w:r>
    </w:p>
    <w:p w14:paraId="182BD2D2" w14:textId="77777777" w:rsidR="002355BD" w:rsidRPr="001179E8" w:rsidRDefault="00000000">
      <w:pPr>
        <w:rPr>
          <w:lang w:val="pt-BR"/>
        </w:rPr>
      </w:pPr>
      <w:r w:rsidRPr="001179E8">
        <w:rPr>
          <w:lang w:val="pt-BR"/>
        </w:rPr>
        <w:br/>
      </w:r>
    </w:p>
    <w:p w14:paraId="64437F0E" w14:textId="77777777" w:rsidR="002355BD" w:rsidRPr="001179E8" w:rsidRDefault="00000000">
      <w:pPr>
        <w:rPr>
          <w:lang w:val="pt-BR"/>
        </w:rPr>
      </w:pPr>
      <w:r w:rsidRPr="001179E8">
        <w:rPr>
          <w:lang w:val="pt-BR"/>
        </w:rPr>
        <w:t>Elaine sorriu, um sorriso genuíno e caloroso que iluminou seus olhos. "Sempre, Luke."</w:t>
      </w:r>
    </w:p>
    <w:p w14:paraId="0C6E21D8" w14:textId="77777777" w:rsidR="002355BD" w:rsidRPr="001179E8" w:rsidRDefault="00000000">
      <w:pPr>
        <w:rPr>
          <w:lang w:val="pt-BR"/>
        </w:rPr>
      </w:pPr>
      <w:r w:rsidRPr="001179E8">
        <w:rPr>
          <w:lang w:val="pt-BR"/>
        </w:rPr>
        <w:br/>
      </w:r>
    </w:p>
    <w:p w14:paraId="78150234" w14:textId="77777777" w:rsidR="002355BD" w:rsidRPr="001179E8" w:rsidRDefault="00000000">
      <w:pPr>
        <w:rPr>
          <w:lang w:val="pt-BR"/>
        </w:rPr>
      </w:pPr>
      <w:r w:rsidRPr="001179E8">
        <w:rPr>
          <w:lang w:val="pt-BR"/>
        </w:rPr>
        <w:t>Ela se aproximou novamente, e desta vez foi ela quem o beijou – um beijo suave, terno, cheio de compaixão e carinho. Luke respondeu com a mesma gentileza, seus lábios se movendo em uma dança lenta e reconfortante.</w:t>
      </w:r>
    </w:p>
    <w:p w14:paraId="59028192" w14:textId="77777777" w:rsidR="002355BD" w:rsidRPr="001179E8" w:rsidRDefault="00000000">
      <w:pPr>
        <w:rPr>
          <w:lang w:val="pt-BR"/>
        </w:rPr>
      </w:pPr>
      <w:r w:rsidRPr="001179E8">
        <w:rPr>
          <w:lang w:val="pt-BR"/>
        </w:rPr>
        <w:br/>
      </w:r>
    </w:p>
    <w:p w14:paraId="5031A178" w14:textId="77777777" w:rsidR="002355BD" w:rsidRPr="001179E8" w:rsidRDefault="00000000">
      <w:pPr>
        <w:rPr>
          <w:lang w:val="pt-BR"/>
        </w:rPr>
      </w:pPr>
      <w:r w:rsidRPr="001179E8">
        <w:rPr>
          <w:lang w:val="pt-BR"/>
        </w:rPr>
        <w:t>Não havia paixão ardente naquele beijo, nem desejo avassalador. Havia algo mais profundo, mais significativo – uma conexão de almas, um entendimento mútuo que transcendia palavras.</w:t>
      </w:r>
    </w:p>
    <w:p w14:paraId="1B0C53DC" w14:textId="77777777" w:rsidR="002355BD" w:rsidRPr="001179E8" w:rsidRDefault="00000000">
      <w:pPr>
        <w:rPr>
          <w:lang w:val="pt-BR"/>
        </w:rPr>
      </w:pPr>
      <w:r w:rsidRPr="001179E8">
        <w:rPr>
          <w:lang w:val="pt-BR"/>
        </w:rPr>
        <w:br/>
      </w:r>
    </w:p>
    <w:p w14:paraId="42F9DB8A" w14:textId="77777777" w:rsidR="002355BD" w:rsidRPr="001179E8" w:rsidRDefault="00000000">
      <w:pPr>
        <w:rPr>
          <w:lang w:val="pt-BR"/>
        </w:rPr>
      </w:pPr>
      <w:r w:rsidRPr="001179E8">
        <w:rPr>
          <w:lang w:val="pt-BR"/>
        </w:rPr>
        <w:t>Quando se separaram, Luke sentiu uma calma que não experimentava há muito tempo. O pesadelo havia recuado, substituído pela presença reconfortante de Elaine ao seu lado.</w:t>
      </w:r>
    </w:p>
    <w:p w14:paraId="066814F4" w14:textId="77777777" w:rsidR="002355BD" w:rsidRPr="001179E8" w:rsidRDefault="00000000">
      <w:pPr>
        <w:rPr>
          <w:lang w:val="pt-BR"/>
        </w:rPr>
      </w:pPr>
      <w:r w:rsidRPr="001179E8">
        <w:rPr>
          <w:lang w:val="pt-BR"/>
        </w:rPr>
        <w:br/>
      </w:r>
    </w:p>
    <w:p w14:paraId="61F8839E" w14:textId="77777777" w:rsidR="002355BD" w:rsidRPr="001179E8" w:rsidRDefault="00000000">
      <w:pPr>
        <w:rPr>
          <w:lang w:val="pt-BR"/>
        </w:rPr>
      </w:pPr>
      <w:r w:rsidRPr="001179E8">
        <w:rPr>
          <w:lang w:val="pt-BR"/>
        </w:rPr>
        <w:t>"Tente dormir um pouco agora," sussurrou ela, acariciando seu rosto com ternura. "Estarei aqui."</w:t>
      </w:r>
    </w:p>
    <w:p w14:paraId="15DE4055" w14:textId="77777777" w:rsidR="002355BD" w:rsidRPr="001179E8" w:rsidRDefault="00000000">
      <w:pPr>
        <w:rPr>
          <w:lang w:val="pt-BR"/>
        </w:rPr>
      </w:pPr>
      <w:r w:rsidRPr="001179E8">
        <w:rPr>
          <w:lang w:val="pt-BR"/>
        </w:rPr>
        <w:lastRenderedPageBreak/>
        <w:br/>
      </w:r>
    </w:p>
    <w:p w14:paraId="0A56C0FE" w14:textId="77777777" w:rsidR="002355BD" w:rsidRPr="001179E8" w:rsidRDefault="00000000">
      <w:pPr>
        <w:rPr>
          <w:lang w:val="pt-BR"/>
        </w:rPr>
      </w:pPr>
      <w:r w:rsidRPr="001179E8">
        <w:rPr>
          <w:lang w:val="pt-BR"/>
        </w:rPr>
        <w:t>Luke assentiu, fechando os olhos. E desta vez, com Elaine ao seu lado, ele adormeceu profundamente, seus sonhos finalmente livres dos fantasmas do passado.</w:t>
      </w:r>
    </w:p>
    <w:p w14:paraId="3D368805" w14:textId="77777777" w:rsidR="002355BD" w:rsidRPr="001179E8" w:rsidRDefault="00000000">
      <w:pPr>
        <w:rPr>
          <w:lang w:val="pt-BR"/>
        </w:rPr>
      </w:pPr>
      <w:r w:rsidRPr="001179E8">
        <w:rPr>
          <w:lang w:val="pt-BR"/>
        </w:rPr>
        <w:br/>
      </w:r>
    </w:p>
    <w:p w14:paraId="700D070C" w14:textId="77777777" w:rsidR="002355BD" w:rsidRPr="001179E8" w:rsidRDefault="00000000">
      <w:pPr>
        <w:rPr>
          <w:lang w:val="pt-BR"/>
        </w:rPr>
      </w:pPr>
      <w:r w:rsidRPr="001179E8">
        <w:rPr>
          <w:lang w:val="pt-BR"/>
        </w:rPr>
        <w:t>---</w:t>
      </w:r>
    </w:p>
    <w:p w14:paraId="3ED45264" w14:textId="77777777" w:rsidR="002355BD" w:rsidRPr="001179E8" w:rsidRDefault="00000000">
      <w:pPr>
        <w:rPr>
          <w:lang w:val="pt-BR"/>
        </w:rPr>
      </w:pPr>
      <w:r w:rsidRPr="001179E8">
        <w:rPr>
          <w:lang w:val="pt-BR"/>
        </w:rPr>
        <w:br/>
      </w:r>
    </w:p>
    <w:p w14:paraId="7269AA0E" w14:textId="77777777" w:rsidR="002355BD" w:rsidRPr="001179E8" w:rsidRDefault="00000000">
      <w:pPr>
        <w:rPr>
          <w:lang w:val="pt-BR"/>
        </w:rPr>
      </w:pPr>
      <w:r w:rsidRPr="001179E8">
        <w:rPr>
          <w:lang w:val="pt-BR"/>
        </w:rPr>
        <w:t>A manhã seguinte os encontrou descansados e renovados, apesar da noite agitada. Os Guardiões, liderados por Aria e Thorne, já os aguardavam no centro do vale, perto do lago cristalino.</w:t>
      </w:r>
    </w:p>
    <w:p w14:paraId="5AADD238" w14:textId="77777777" w:rsidR="002355BD" w:rsidRPr="001179E8" w:rsidRDefault="00000000">
      <w:pPr>
        <w:rPr>
          <w:lang w:val="pt-BR"/>
        </w:rPr>
      </w:pPr>
      <w:r w:rsidRPr="001179E8">
        <w:rPr>
          <w:lang w:val="pt-BR"/>
        </w:rPr>
        <w:br/>
      </w:r>
    </w:p>
    <w:p w14:paraId="5966A75A" w14:textId="77777777" w:rsidR="002355BD" w:rsidRPr="001179E8" w:rsidRDefault="00000000">
      <w:pPr>
        <w:rPr>
          <w:lang w:val="pt-BR"/>
        </w:rPr>
      </w:pPr>
      <w:r w:rsidRPr="001179E8">
        <w:rPr>
          <w:lang w:val="pt-BR"/>
        </w:rPr>
        <w:t>"Dormiram bem, viajantes?" perguntou Aria, seu sorriso sereno.</w:t>
      </w:r>
    </w:p>
    <w:p w14:paraId="522F0EF2" w14:textId="77777777" w:rsidR="002355BD" w:rsidRPr="001179E8" w:rsidRDefault="00000000">
      <w:pPr>
        <w:rPr>
          <w:lang w:val="pt-BR"/>
        </w:rPr>
      </w:pPr>
      <w:r w:rsidRPr="001179E8">
        <w:rPr>
          <w:lang w:val="pt-BR"/>
        </w:rPr>
        <w:br/>
      </w:r>
    </w:p>
    <w:p w14:paraId="725D3F4A" w14:textId="77777777" w:rsidR="002355BD" w:rsidRPr="001179E8" w:rsidRDefault="00000000">
      <w:pPr>
        <w:rPr>
          <w:lang w:val="pt-BR"/>
        </w:rPr>
      </w:pPr>
      <w:r w:rsidRPr="001179E8">
        <w:rPr>
          <w:lang w:val="pt-BR"/>
        </w:rPr>
        <w:t>"Sim, obrigado," respondeu Luke, trocando um olhar rápido com Elaine. Havia um novo entendimento entre eles, uma intimidade que não precisava de palavras.</w:t>
      </w:r>
    </w:p>
    <w:p w14:paraId="7E51F0DE" w14:textId="77777777" w:rsidR="002355BD" w:rsidRPr="001179E8" w:rsidRDefault="00000000">
      <w:pPr>
        <w:rPr>
          <w:lang w:val="pt-BR"/>
        </w:rPr>
      </w:pPr>
      <w:r w:rsidRPr="001179E8">
        <w:rPr>
          <w:lang w:val="pt-BR"/>
        </w:rPr>
        <w:br/>
      </w:r>
    </w:p>
    <w:p w14:paraId="28925F93" w14:textId="77777777" w:rsidR="002355BD" w:rsidRPr="001179E8" w:rsidRDefault="00000000">
      <w:pPr>
        <w:rPr>
          <w:lang w:val="pt-BR"/>
        </w:rPr>
      </w:pPr>
      <w:r w:rsidRPr="001179E8">
        <w:rPr>
          <w:lang w:val="pt-BR"/>
        </w:rPr>
        <w:t>"Estamos prontos para ajudá-los a retornar ao seu tempo," disse Thorne. "O cristal que lhes demos contém o conhecimento necessário para encontrar o Templo Esquecido e realizar o ritual da Chave dos Reinos. Mas o retorno em si exigirá um esforço considerável."</w:t>
      </w:r>
    </w:p>
    <w:p w14:paraId="126945AC" w14:textId="77777777" w:rsidR="002355BD" w:rsidRPr="001179E8" w:rsidRDefault="00000000">
      <w:pPr>
        <w:rPr>
          <w:lang w:val="pt-BR"/>
        </w:rPr>
      </w:pPr>
      <w:r w:rsidRPr="001179E8">
        <w:rPr>
          <w:lang w:val="pt-BR"/>
        </w:rPr>
        <w:br/>
      </w:r>
    </w:p>
    <w:p w14:paraId="6BA2A4F5" w14:textId="77777777" w:rsidR="002355BD" w:rsidRPr="001179E8" w:rsidRDefault="00000000">
      <w:pPr>
        <w:rPr>
          <w:lang w:val="pt-BR"/>
        </w:rPr>
      </w:pPr>
      <w:r w:rsidRPr="001179E8">
        <w:rPr>
          <w:lang w:val="pt-BR"/>
        </w:rPr>
        <w:t>"O que precisamos fazer?" perguntou Elaine.</w:t>
      </w:r>
    </w:p>
    <w:p w14:paraId="599F4429" w14:textId="77777777" w:rsidR="002355BD" w:rsidRPr="001179E8" w:rsidRDefault="00000000">
      <w:pPr>
        <w:rPr>
          <w:lang w:val="pt-BR"/>
        </w:rPr>
      </w:pPr>
      <w:r w:rsidRPr="001179E8">
        <w:rPr>
          <w:lang w:val="pt-BR"/>
        </w:rPr>
        <w:br/>
      </w:r>
    </w:p>
    <w:p w14:paraId="4E06CE28" w14:textId="77777777" w:rsidR="002355BD" w:rsidRPr="001179E8" w:rsidRDefault="00000000">
      <w:pPr>
        <w:rPr>
          <w:lang w:val="pt-BR"/>
        </w:rPr>
      </w:pPr>
      <w:r w:rsidRPr="001179E8">
        <w:rPr>
          <w:lang w:val="pt-BR"/>
        </w:rPr>
        <w:t>"Precisaremos amplificar seu poder de teletransporte, Luke," explicou Aria. "Assim como Eco fez para trazê-los aqui. Usaremos a energia natural deste vale, que é um ponto de confluência dimensional, para criar um portal estável de volta para 2025."</w:t>
      </w:r>
    </w:p>
    <w:p w14:paraId="761FB8A2" w14:textId="77777777" w:rsidR="002355BD" w:rsidRPr="001179E8" w:rsidRDefault="00000000">
      <w:pPr>
        <w:rPr>
          <w:lang w:val="pt-BR"/>
        </w:rPr>
      </w:pPr>
      <w:r w:rsidRPr="001179E8">
        <w:rPr>
          <w:lang w:val="pt-BR"/>
        </w:rPr>
        <w:lastRenderedPageBreak/>
        <w:br/>
      </w:r>
    </w:p>
    <w:p w14:paraId="39FB1277" w14:textId="77777777" w:rsidR="002355BD" w:rsidRPr="001179E8" w:rsidRDefault="00000000">
      <w:pPr>
        <w:rPr>
          <w:lang w:val="pt-BR"/>
        </w:rPr>
      </w:pPr>
      <w:r w:rsidRPr="001179E8">
        <w:rPr>
          <w:lang w:val="pt-BR"/>
        </w:rPr>
        <w:t>Eles os guiaram até uma clareira na floresta, onde um círculo de pedras antigas se erguia do chão, coberto de símbolos luminescentes. No centro do círculo, o ar parecia tremeluzir sutilmente, como se a própria realidade fosse mais fina ali.</w:t>
      </w:r>
    </w:p>
    <w:p w14:paraId="7000438F" w14:textId="77777777" w:rsidR="002355BD" w:rsidRPr="001179E8" w:rsidRDefault="00000000">
      <w:pPr>
        <w:rPr>
          <w:lang w:val="pt-BR"/>
        </w:rPr>
      </w:pPr>
      <w:r w:rsidRPr="001179E8">
        <w:rPr>
          <w:lang w:val="pt-BR"/>
        </w:rPr>
        <w:br/>
      </w:r>
    </w:p>
    <w:p w14:paraId="552CA71B" w14:textId="77777777" w:rsidR="002355BD" w:rsidRPr="001179E8" w:rsidRDefault="00000000">
      <w:pPr>
        <w:rPr>
          <w:lang w:val="pt-BR"/>
        </w:rPr>
      </w:pPr>
      <w:r w:rsidRPr="001179E8">
        <w:rPr>
          <w:lang w:val="pt-BR"/>
        </w:rPr>
        <w:t>"Este é o Coração do Vale," disse Thorne. "Um lugar de grande poder. Aqui, com a ajuda dos Guardiões, poderemos abrir o caminho de volta para vocês."</w:t>
      </w:r>
    </w:p>
    <w:p w14:paraId="2D138EDA" w14:textId="77777777" w:rsidR="002355BD" w:rsidRPr="001179E8" w:rsidRDefault="00000000">
      <w:pPr>
        <w:rPr>
          <w:lang w:val="pt-BR"/>
        </w:rPr>
      </w:pPr>
      <w:r w:rsidRPr="001179E8">
        <w:rPr>
          <w:lang w:val="pt-BR"/>
        </w:rPr>
        <w:br/>
      </w:r>
    </w:p>
    <w:p w14:paraId="625C0514" w14:textId="77777777" w:rsidR="002355BD" w:rsidRPr="001179E8" w:rsidRDefault="00000000">
      <w:pPr>
        <w:rPr>
          <w:lang w:val="pt-BR"/>
        </w:rPr>
      </w:pPr>
      <w:r w:rsidRPr="001179E8">
        <w:rPr>
          <w:lang w:val="pt-BR"/>
        </w:rPr>
        <w:t>Luke e Elaine se posicionaram no centro do círculo, de mãos dadas, assim como haviam feito quando partiram de seu próprio tempo. Os sete membros do Conselho dos Guardiões se posicionaram ao redor deles, formando um círculo externo.</w:t>
      </w:r>
    </w:p>
    <w:p w14:paraId="7F3BBFD5" w14:textId="77777777" w:rsidR="002355BD" w:rsidRPr="001179E8" w:rsidRDefault="00000000">
      <w:pPr>
        <w:rPr>
          <w:lang w:val="pt-BR"/>
        </w:rPr>
      </w:pPr>
      <w:r w:rsidRPr="001179E8">
        <w:rPr>
          <w:lang w:val="pt-BR"/>
        </w:rPr>
        <w:br/>
      </w:r>
    </w:p>
    <w:p w14:paraId="323B39FA" w14:textId="77777777" w:rsidR="002355BD" w:rsidRPr="001179E8" w:rsidRDefault="00000000">
      <w:pPr>
        <w:rPr>
          <w:lang w:val="pt-BR"/>
        </w:rPr>
      </w:pPr>
      <w:r w:rsidRPr="001179E8">
        <w:rPr>
          <w:lang w:val="pt-BR"/>
        </w:rPr>
        <w:t>"Lembrem-se do que aprenderam," disse Aria, sua voz ressoando com poder. "A Chave dos Reinos é mais do que um objeto. É um teste de caráter, de propósito. Somente aqueles com corações puros e intenções nobres podem empunhá-la sem serem consumidos por seu poder."</w:t>
      </w:r>
    </w:p>
    <w:p w14:paraId="252BFF5E" w14:textId="77777777" w:rsidR="002355BD" w:rsidRPr="001179E8" w:rsidRDefault="00000000">
      <w:pPr>
        <w:rPr>
          <w:lang w:val="pt-BR"/>
        </w:rPr>
      </w:pPr>
      <w:r w:rsidRPr="001179E8">
        <w:rPr>
          <w:lang w:val="pt-BR"/>
        </w:rPr>
        <w:br/>
      </w:r>
    </w:p>
    <w:p w14:paraId="23F080EF" w14:textId="77777777" w:rsidR="002355BD" w:rsidRPr="001179E8" w:rsidRDefault="00000000">
      <w:pPr>
        <w:rPr>
          <w:lang w:val="pt-BR"/>
        </w:rPr>
      </w:pPr>
      <w:r w:rsidRPr="001179E8">
        <w:rPr>
          <w:lang w:val="pt-BR"/>
        </w:rPr>
        <w:t>Luke e Elaine assentiram, compreendendo a gravidade de suas palavras.</w:t>
      </w:r>
    </w:p>
    <w:p w14:paraId="5C8F04C0" w14:textId="77777777" w:rsidR="002355BD" w:rsidRPr="001179E8" w:rsidRDefault="00000000">
      <w:pPr>
        <w:rPr>
          <w:lang w:val="pt-BR"/>
        </w:rPr>
      </w:pPr>
      <w:r w:rsidRPr="001179E8">
        <w:rPr>
          <w:lang w:val="pt-BR"/>
        </w:rPr>
        <w:br/>
      </w:r>
    </w:p>
    <w:p w14:paraId="75B60EDE" w14:textId="77777777" w:rsidR="002355BD" w:rsidRPr="001179E8" w:rsidRDefault="00000000">
      <w:pPr>
        <w:rPr>
          <w:lang w:val="pt-BR"/>
        </w:rPr>
      </w:pPr>
      <w:r w:rsidRPr="001179E8">
        <w:rPr>
          <w:lang w:val="pt-BR"/>
        </w:rPr>
        <w:t>"E lembrem-se," acrescentou Thorne, "a história nem sempre é o que parece. O futuro não está escrito em pedra. Suas escolhas, suas ações... elas podem mudar tudo."</w:t>
      </w:r>
    </w:p>
    <w:p w14:paraId="646541AC" w14:textId="77777777" w:rsidR="002355BD" w:rsidRPr="001179E8" w:rsidRDefault="00000000">
      <w:pPr>
        <w:rPr>
          <w:lang w:val="pt-BR"/>
        </w:rPr>
      </w:pPr>
      <w:r w:rsidRPr="001179E8">
        <w:rPr>
          <w:lang w:val="pt-BR"/>
        </w:rPr>
        <w:br/>
      </w:r>
    </w:p>
    <w:p w14:paraId="1B955A66" w14:textId="77777777" w:rsidR="002355BD" w:rsidRPr="001179E8" w:rsidRDefault="00000000">
      <w:pPr>
        <w:rPr>
          <w:lang w:val="pt-BR"/>
        </w:rPr>
      </w:pPr>
      <w:r w:rsidRPr="001179E8">
        <w:rPr>
          <w:lang w:val="pt-BR"/>
        </w:rPr>
        <w:t>Com essas palavras finais, os Guardiões começaram a entoar em sua língua antiga, suas vozes se unindo em uma harmonia poderosa que fez o ar vibrar. A luz do sol que filtrava através das árvores pareceu se intensificar, concentrando-se no círculo de pedras.</w:t>
      </w:r>
    </w:p>
    <w:p w14:paraId="4BB9B8A5" w14:textId="77777777" w:rsidR="002355BD" w:rsidRPr="001179E8" w:rsidRDefault="00000000">
      <w:pPr>
        <w:rPr>
          <w:lang w:val="pt-BR"/>
        </w:rPr>
      </w:pPr>
      <w:r w:rsidRPr="001179E8">
        <w:rPr>
          <w:lang w:val="pt-BR"/>
        </w:rPr>
        <w:br/>
      </w:r>
    </w:p>
    <w:p w14:paraId="2EED779F" w14:textId="77777777" w:rsidR="002355BD" w:rsidRPr="001179E8" w:rsidRDefault="00000000">
      <w:pPr>
        <w:rPr>
          <w:lang w:val="pt-BR"/>
        </w:rPr>
      </w:pPr>
      <w:r w:rsidRPr="001179E8">
        <w:rPr>
          <w:lang w:val="pt-BR"/>
        </w:rPr>
        <w:lastRenderedPageBreak/>
        <w:t>Luke sentiu seu poder de teletransporte respondendo, crescendo, expandindo-se sob a influência da energia do vale e do cântico dos Guardiões. Ele olhou para Elaine, vendo a mesma determinação e esperança em seus olhos.</w:t>
      </w:r>
    </w:p>
    <w:p w14:paraId="6712D4E4" w14:textId="77777777" w:rsidR="002355BD" w:rsidRPr="001179E8" w:rsidRDefault="00000000">
      <w:pPr>
        <w:rPr>
          <w:lang w:val="pt-BR"/>
        </w:rPr>
      </w:pPr>
      <w:r w:rsidRPr="001179E8">
        <w:rPr>
          <w:lang w:val="pt-BR"/>
        </w:rPr>
        <w:br/>
      </w:r>
    </w:p>
    <w:p w14:paraId="587E2FA1" w14:textId="77777777" w:rsidR="002355BD" w:rsidRPr="001179E8" w:rsidRDefault="00000000">
      <w:pPr>
        <w:rPr>
          <w:lang w:val="pt-BR"/>
        </w:rPr>
      </w:pPr>
      <w:r w:rsidRPr="001179E8">
        <w:rPr>
          <w:lang w:val="pt-BR"/>
        </w:rPr>
        <w:t>"Pronta?" perguntou ele.</w:t>
      </w:r>
    </w:p>
    <w:p w14:paraId="7BF6168A" w14:textId="77777777" w:rsidR="002355BD" w:rsidRPr="001179E8" w:rsidRDefault="00000000">
      <w:pPr>
        <w:rPr>
          <w:lang w:val="pt-BR"/>
        </w:rPr>
      </w:pPr>
      <w:r w:rsidRPr="001179E8">
        <w:rPr>
          <w:lang w:val="pt-BR"/>
        </w:rPr>
        <w:br/>
      </w:r>
    </w:p>
    <w:p w14:paraId="2ACBB148" w14:textId="77777777" w:rsidR="002355BD" w:rsidRPr="001179E8" w:rsidRDefault="00000000">
      <w:pPr>
        <w:rPr>
          <w:lang w:val="pt-BR"/>
        </w:rPr>
      </w:pPr>
      <w:r w:rsidRPr="001179E8">
        <w:rPr>
          <w:lang w:val="pt-BR"/>
        </w:rPr>
        <w:t>Ela apertou sua mão com força. "Sempre."</w:t>
      </w:r>
    </w:p>
    <w:p w14:paraId="635CE874" w14:textId="77777777" w:rsidR="002355BD" w:rsidRPr="001179E8" w:rsidRDefault="00000000">
      <w:pPr>
        <w:rPr>
          <w:lang w:val="pt-BR"/>
        </w:rPr>
      </w:pPr>
      <w:r w:rsidRPr="001179E8">
        <w:rPr>
          <w:lang w:val="pt-BR"/>
        </w:rPr>
        <w:br/>
      </w:r>
    </w:p>
    <w:p w14:paraId="7E4E870C" w14:textId="77777777" w:rsidR="002355BD" w:rsidRPr="001179E8" w:rsidRDefault="00000000">
      <w:pPr>
        <w:rPr>
          <w:lang w:val="pt-BR"/>
        </w:rPr>
      </w:pPr>
      <w:r w:rsidRPr="001179E8">
        <w:rPr>
          <w:lang w:val="pt-BR"/>
        </w:rPr>
        <w:t>O ar ao redor deles começou a se distorcer, as cores a se misturar, os sons a se fundir em um único zumbido ressonante. O portal estava se abrindo.</w:t>
      </w:r>
    </w:p>
    <w:p w14:paraId="259FE08E" w14:textId="77777777" w:rsidR="002355BD" w:rsidRPr="001179E8" w:rsidRDefault="00000000">
      <w:pPr>
        <w:rPr>
          <w:lang w:val="pt-BR"/>
        </w:rPr>
      </w:pPr>
      <w:r w:rsidRPr="001179E8">
        <w:rPr>
          <w:lang w:val="pt-BR"/>
        </w:rPr>
        <w:br/>
      </w:r>
    </w:p>
    <w:p w14:paraId="0176718B" w14:textId="77777777" w:rsidR="002355BD" w:rsidRPr="001179E8" w:rsidRDefault="00000000">
      <w:pPr>
        <w:rPr>
          <w:lang w:val="pt-BR"/>
        </w:rPr>
      </w:pPr>
      <w:r w:rsidRPr="001179E8">
        <w:rPr>
          <w:lang w:val="pt-BR"/>
        </w:rPr>
        <w:t>Com um último olhar para o Vale dos Ecos – um lugar de paz e sabedoria que ficaria para sempre gravado em suas memórias – Luke e Elaine se entregaram ao poder do portal, deixando que ele os levasse de volta para casa, para os perigos e desafios que os aguardavam em seu próprio tempo.</w:t>
      </w:r>
    </w:p>
    <w:p w14:paraId="37EE9FB0" w14:textId="77777777" w:rsidR="002355BD" w:rsidRPr="001179E8" w:rsidRDefault="00000000">
      <w:pPr>
        <w:rPr>
          <w:lang w:val="pt-BR"/>
        </w:rPr>
      </w:pPr>
      <w:r w:rsidRPr="001179E8">
        <w:rPr>
          <w:lang w:val="pt-BR"/>
        </w:rPr>
        <w:br/>
      </w:r>
    </w:p>
    <w:p w14:paraId="5870F3A3" w14:textId="77777777" w:rsidR="002355BD" w:rsidRPr="001179E8" w:rsidRDefault="00000000">
      <w:pPr>
        <w:rPr>
          <w:lang w:val="pt-BR"/>
        </w:rPr>
      </w:pPr>
      <w:r w:rsidRPr="001179E8">
        <w:rPr>
          <w:lang w:val="pt-BR"/>
        </w:rPr>
        <w:t>A jornada de volta foi tão desorientadora quanto a vinda, mas desta vez havia uma diferença. Eles não estavam sozinhos. Estavam juntos, unidos por um propósito comum e por um vínculo que havia sido forjado no fogo da adversidade e temperado pela ternura da conexão genuína.</w:t>
      </w:r>
    </w:p>
    <w:p w14:paraId="003F8B36" w14:textId="77777777" w:rsidR="002355BD" w:rsidRPr="001179E8" w:rsidRDefault="00000000">
      <w:pPr>
        <w:rPr>
          <w:lang w:val="pt-BR"/>
        </w:rPr>
      </w:pPr>
      <w:r w:rsidRPr="001179E8">
        <w:rPr>
          <w:lang w:val="pt-BR"/>
        </w:rPr>
        <w:br/>
      </w:r>
    </w:p>
    <w:p w14:paraId="20CC45AD" w14:textId="77777777" w:rsidR="002355BD" w:rsidRPr="001179E8" w:rsidRDefault="00000000">
      <w:pPr>
        <w:rPr>
          <w:lang w:val="pt-BR"/>
        </w:rPr>
      </w:pPr>
      <w:r w:rsidRPr="001179E8">
        <w:rPr>
          <w:lang w:val="pt-BR"/>
        </w:rPr>
        <w:t>E enquanto caíam através do tempo, de volta para o mundo que haviam deixado para trás, sabiam que, não importava o que o futuro reservasse, eles o enfrentariam juntos.</w:t>
      </w:r>
    </w:p>
    <w:p w14:paraId="5799B405" w14:textId="77777777" w:rsidR="002355BD" w:rsidRPr="001179E8" w:rsidRDefault="002355BD">
      <w:pPr>
        <w:rPr>
          <w:lang w:val="pt-BR"/>
        </w:rPr>
      </w:pPr>
    </w:p>
    <w:p w14:paraId="3E9C188E" w14:textId="77777777" w:rsidR="002355BD" w:rsidRPr="001179E8" w:rsidRDefault="002355BD">
      <w:pPr>
        <w:rPr>
          <w:lang w:val="pt-BR"/>
        </w:rPr>
      </w:pPr>
    </w:p>
    <w:p w14:paraId="0566D947" w14:textId="77777777" w:rsidR="002355BD" w:rsidRPr="001179E8" w:rsidRDefault="00000000">
      <w:pPr>
        <w:rPr>
          <w:lang w:val="pt-BR"/>
        </w:rPr>
      </w:pPr>
      <w:r w:rsidRPr="001179E8">
        <w:rPr>
          <w:lang w:val="pt-BR"/>
        </w:rPr>
        <w:t xml:space="preserve">A sensação de viajar através do tempo era algo que Luke e Elaine ainda não haviam se acostumado. O turbilhão de cores, sons e sensações que distorciam a própria realidade ao </w:t>
      </w:r>
      <w:r w:rsidRPr="001179E8">
        <w:rPr>
          <w:lang w:val="pt-BR"/>
        </w:rPr>
        <w:lastRenderedPageBreak/>
        <w:t>seu redor era desorientador, como se cada átomo de seus corpos estivesse sendo desmontado e remontado simultaneamente.</w:t>
      </w:r>
    </w:p>
    <w:p w14:paraId="55AA3C87" w14:textId="77777777" w:rsidR="002355BD" w:rsidRPr="001179E8" w:rsidRDefault="00000000">
      <w:pPr>
        <w:rPr>
          <w:lang w:val="pt-BR"/>
        </w:rPr>
      </w:pPr>
      <w:r w:rsidRPr="001179E8">
        <w:rPr>
          <w:lang w:val="pt-BR"/>
        </w:rPr>
        <w:br/>
      </w:r>
    </w:p>
    <w:p w14:paraId="7EE0E8AC" w14:textId="77777777" w:rsidR="002355BD" w:rsidRPr="001179E8" w:rsidRDefault="00000000">
      <w:pPr>
        <w:rPr>
          <w:lang w:val="pt-BR"/>
        </w:rPr>
      </w:pPr>
      <w:r w:rsidRPr="001179E8">
        <w:rPr>
          <w:lang w:val="pt-BR"/>
        </w:rPr>
        <w:t>Desta vez, porém, havia algo diferente. Uma turbulência, uma resistência que não haviam sentido na primeira viagem. Luke sentiu a mão de Elaine apertar a sua com mais força, e ele retribuiu o aperto, uma âncora mútua na tempestade temporal que os envolvia.</w:t>
      </w:r>
    </w:p>
    <w:p w14:paraId="154B0254" w14:textId="77777777" w:rsidR="002355BD" w:rsidRPr="001179E8" w:rsidRDefault="00000000">
      <w:pPr>
        <w:rPr>
          <w:lang w:val="pt-BR"/>
        </w:rPr>
      </w:pPr>
      <w:r w:rsidRPr="001179E8">
        <w:rPr>
          <w:lang w:val="pt-BR"/>
        </w:rPr>
        <w:br/>
      </w:r>
    </w:p>
    <w:p w14:paraId="79A4FD18" w14:textId="77777777" w:rsidR="002355BD" w:rsidRPr="001179E8" w:rsidRDefault="00000000">
      <w:pPr>
        <w:rPr>
          <w:lang w:val="pt-BR"/>
        </w:rPr>
      </w:pPr>
      <w:r w:rsidRPr="001179E8">
        <w:rPr>
          <w:lang w:val="pt-BR"/>
        </w:rPr>
        <w:t>"Algo está errado!" gritou ele, sua voz estranhamente distorcida no vórtice.</w:t>
      </w:r>
    </w:p>
    <w:p w14:paraId="498E84D8" w14:textId="77777777" w:rsidR="002355BD" w:rsidRPr="001179E8" w:rsidRDefault="00000000">
      <w:pPr>
        <w:rPr>
          <w:lang w:val="pt-BR"/>
        </w:rPr>
      </w:pPr>
      <w:r w:rsidRPr="001179E8">
        <w:rPr>
          <w:lang w:val="pt-BR"/>
        </w:rPr>
        <w:br/>
      </w:r>
    </w:p>
    <w:p w14:paraId="7B8B2782" w14:textId="77777777" w:rsidR="002355BD" w:rsidRPr="001179E8" w:rsidRDefault="00000000">
      <w:pPr>
        <w:rPr>
          <w:lang w:val="pt-BR"/>
        </w:rPr>
      </w:pPr>
      <w:r w:rsidRPr="001179E8">
        <w:rPr>
          <w:lang w:val="pt-BR"/>
        </w:rPr>
        <w:t>Elaine tentou responder, mas suas palavras foram engolidas pelo rugido do tempo. O vórtice ao redor deles pulsou, contraiu-se e então, abruptamente, os expeliu.</w:t>
      </w:r>
    </w:p>
    <w:p w14:paraId="2477ACA6" w14:textId="77777777" w:rsidR="002355BD" w:rsidRPr="001179E8" w:rsidRDefault="00000000">
      <w:pPr>
        <w:rPr>
          <w:lang w:val="pt-BR"/>
        </w:rPr>
      </w:pPr>
      <w:r w:rsidRPr="001179E8">
        <w:rPr>
          <w:lang w:val="pt-BR"/>
        </w:rPr>
        <w:br/>
      </w:r>
    </w:p>
    <w:p w14:paraId="1E27310D" w14:textId="77777777" w:rsidR="002355BD" w:rsidRPr="001179E8" w:rsidRDefault="00000000">
      <w:pPr>
        <w:rPr>
          <w:lang w:val="pt-BR"/>
        </w:rPr>
      </w:pPr>
      <w:r w:rsidRPr="001179E8">
        <w:rPr>
          <w:lang w:val="pt-BR"/>
        </w:rPr>
        <w:t>Eles caíram, aterrissando duramente em um chão de concreto. Por um momento, ambos ficaram imóveis, tentando recuperar o fôlego e a orientação. Luke foi o primeiro a se levantar, cambaleando ligeiramente enquanto seus sentidos se reajustavam.</w:t>
      </w:r>
    </w:p>
    <w:p w14:paraId="609183E8" w14:textId="77777777" w:rsidR="002355BD" w:rsidRPr="001179E8" w:rsidRDefault="00000000">
      <w:pPr>
        <w:rPr>
          <w:lang w:val="pt-BR"/>
        </w:rPr>
      </w:pPr>
      <w:r w:rsidRPr="001179E8">
        <w:rPr>
          <w:lang w:val="pt-BR"/>
        </w:rPr>
        <w:br/>
      </w:r>
    </w:p>
    <w:p w14:paraId="497E405C" w14:textId="77777777" w:rsidR="002355BD" w:rsidRPr="001179E8" w:rsidRDefault="00000000">
      <w:pPr>
        <w:rPr>
          <w:lang w:val="pt-BR"/>
        </w:rPr>
      </w:pPr>
      <w:r w:rsidRPr="001179E8">
        <w:rPr>
          <w:lang w:val="pt-BR"/>
        </w:rPr>
        <w:t>"Você está bem?" perguntou ele, estendendo a mão para ajudar Elaine a se levantar.</w:t>
      </w:r>
    </w:p>
    <w:p w14:paraId="0B77E48A" w14:textId="77777777" w:rsidR="002355BD" w:rsidRPr="001179E8" w:rsidRDefault="00000000">
      <w:pPr>
        <w:rPr>
          <w:lang w:val="pt-BR"/>
        </w:rPr>
      </w:pPr>
      <w:r w:rsidRPr="001179E8">
        <w:rPr>
          <w:lang w:val="pt-BR"/>
        </w:rPr>
        <w:br/>
      </w:r>
    </w:p>
    <w:p w14:paraId="118730D1" w14:textId="77777777" w:rsidR="002355BD" w:rsidRPr="001179E8" w:rsidRDefault="00000000">
      <w:pPr>
        <w:rPr>
          <w:lang w:val="pt-BR"/>
        </w:rPr>
      </w:pPr>
      <w:r w:rsidRPr="001179E8">
        <w:rPr>
          <w:lang w:val="pt-BR"/>
        </w:rPr>
        <w:t>Ela assentiu, aceitando sua ajuda. "Acho que sim. Onde estamos?"</w:t>
      </w:r>
    </w:p>
    <w:p w14:paraId="0A687BA0" w14:textId="77777777" w:rsidR="002355BD" w:rsidRPr="001179E8" w:rsidRDefault="00000000">
      <w:pPr>
        <w:rPr>
          <w:lang w:val="pt-BR"/>
        </w:rPr>
      </w:pPr>
      <w:r w:rsidRPr="001179E8">
        <w:rPr>
          <w:lang w:val="pt-BR"/>
        </w:rPr>
        <w:br/>
      </w:r>
    </w:p>
    <w:p w14:paraId="655B575B" w14:textId="77777777" w:rsidR="002355BD" w:rsidRPr="001179E8" w:rsidRDefault="00000000">
      <w:pPr>
        <w:rPr>
          <w:lang w:val="pt-BR"/>
        </w:rPr>
      </w:pPr>
      <w:r w:rsidRPr="001179E8">
        <w:rPr>
          <w:lang w:val="pt-BR"/>
        </w:rPr>
        <w:t>Luke olhou ao redor, tentando obter alguma pista sobre sua localização. Estavam em uma espécie de armazém abandonado, com janelas altas que deixavam entrar feixes de luz do sol, iluminando a poeira suspensa no ar. Equipamentos antigos e caixas empilhadas ocupavam o espaço, criando sombras alongadas no chão de concreto.</w:t>
      </w:r>
    </w:p>
    <w:p w14:paraId="7C331AAB" w14:textId="77777777" w:rsidR="002355BD" w:rsidRPr="001179E8" w:rsidRDefault="00000000">
      <w:pPr>
        <w:rPr>
          <w:lang w:val="pt-BR"/>
        </w:rPr>
      </w:pPr>
      <w:r w:rsidRPr="001179E8">
        <w:rPr>
          <w:lang w:val="pt-BR"/>
        </w:rPr>
        <w:br/>
      </w:r>
    </w:p>
    <w:p w14:paraId="4F92FF71" w14:textId="77777777" w:rsidR="002355BD" w:rsidRPr="001179E8" w:rsidRDefault="00000000">
      <w:pPr>
        <w:rPr>
          <w:lang w:val="pt-BR"/>
        </w:rPr>
      </w:pPr>
      <w:r w:rsidRPr="001179E8">
        <w:rPr>
          <w:lang w:val="pt-BR"/>
        </w:rPr>
        <w:lastRenderedPageBreak/>
        <w:t>"Não tenho certeza," respondeu ele, franzindo a testa. "Mas algo me parece... familiar."</w:t>
      </w:r>
    </w:p>
    <w:p w14:paraId="555E6C7D" w14:textId="77777777" w:rsidR="002355BD" w:rsidRPr="001179E8" w:rsidRDefault="00000000">
      <w:pPr>
        <w:rPr>
          <w:lang w:val="pt-BR"/>
        </w:rPr>
      </w:pPr>
      <w:r w:rsidRPr="001179E8">
        <w:rPr>
          <w:lang w:val="pt-BR"/>
        </w:rPr>
        <w:br/>
      </w:r>
    </w:p>
    <w:p w14:paraId="2274DA78" w14:textId="77777777" w:rsidR="002355BD" w:rsidRPr="001179E8" w:rsidRDefault="00000000">
      <w:pPr>
        <w:rPr>
          <w:lang w:val="pt-BR"/>
        </w:rPr>
      </w:pPr>
      <w:r w:rsidRPr="001179E8">
        <w:rPr>
          <w:lang w:val="pt-BR"/>
        </w:rPr>
        <w:t>Elaine se aproximou de uma das janelas, limpando a sujeira com a manga para olhar para fora. "Estamos em uma área industrial. Parece... espere, aquilo não é...?"</w:t>
      </w:r>
    </w:p>
    <w:p w14:paraId="77EDE603" w14:textId="77777777" w:rsidR="002355BD" w:rsidRPr="001179E8" w:rsidRDefault="00000000">
      <w:pPr>
        <w:rPr>
          <w:lang w:val="pt-BR"/>
        </w:rPr>
      </w:pPr>
      <w:r w:rsidRPr="001179E8">
        <w:rPr>
          <w:lang w:val="pt-BR"/>
        </w:rPr>
        <w:br/>
      </w:r>
    </w:p>
    <w:p w14:paraId="7C9DF8AC" w14:textId="77777777" w:rsidR="002355BD" w:rsidRPr="001179E8" w:rsidRDefault="00000000">
      <w:pPr>
        <w:rPr>
          <w:lang w:val="pt-BR"/>
        </w:rPr>
      </w:pPr>
      <w:r w:rsidRPr="001179E8">
        <w:rPr>
          <w:lang w:val="pt-BR"/>
        </w:rPr>
        <w:t>Luke se juntou a ela na janela, seguindo seu olhar. À distância, podiam ver os contornos de uma cidade que parecia estranhamente familiar, mas diferente ao mesmo tempo. E lá, no horizonte, estava uma estrutura que fez o coração de Luke saltar.</w:t>
      </w:r>
    </w:p>
    <w:p w14:paraId="5359DACA" w14:textId="77777777" w:rsidR="002355BD" w:rsidRPr="001179E8" w:rsidRDefault="00000000">
      <w:pPr>
        <w:rPr>
          <w:lang w:val="pt-BR"/>
        </w:rPr>
      </w:pPr>
      <w:r w:rsidRPr="001179E8">
        <w:rPr>
          <w:lang w:val="pt-BR"/>
        </w:rPr>
        <w:br/>
      </w:r>
    </w:p>
    <w:p w14:paraId="392B5E69" w14:textId="77777777" w:rsidR="002355BD" w:rsidRPr="001179E8" w:rsidRDefault="00000000">
      <w:pPr>
        <w:rPr>
          <w:lang w:val="pt-BR"/>
        </w:rPr>
      </w:pPr>
      <w:r w:rsidRPr="001179E8">
        <w:rPr>
          <w:lang w:val="pt-BR"/>
        </w:rPr>
        <w:t>"A Torre Norte," murmurou ele. "É a antiga Torre Norte da G.R.A.I.A."</w:t>
      </w:r>
    </w:p>
    <w:p w14:paraId="4FD1B29E" w14:textId="77777777" w:rsidR="002355BD" w:rsidRPr="001179E8" w:rsidRDefault="00000000">
      <w:pPr>
        <w:rPr>
          <w:lang w:val="pt-BR"/>
        </w:rPr>
      </w:pPr>
      <w:r w:rsidRPr="001179E8">
        <w:rPr>
          <w:lang w:val="pt-BR"/>
        </w:rPr>
        <w:br/>
      </w:r>
    </w:p>
    <w:p w14:paraId="3ABE3463" w14:textId="77777777" w:rsidR="002355BD" w:rsidRPr="001179E8" w:rsidRDefault="00000000">
      <w:pPr>
        <w:rPr>
          <w:lang w:val="pt-BR"/>
        </w:rPr>
      </w:pPr>
      <w:r w:rsidRPr="001179E8">
        <w:rPr>
          <w:lang w:val="pt-BR"/>
        </w:rPr>
        <w:t>"Antiga?" repetiu Elaine, confusa.</w:t>
      </w:r>
    </w:p>
    <w:p w14:paraId="2DEC7D67" w14:textId="77777777" w:rsidR="002355BD" w:rsidRPr="001179E8" w:rsidRDefault="00000000">
      <w:pPr>
        <w:rPr>
          <w:lang w:val="pt-BR"/>
        </w:rPr>
      </w:pPr>
      <w:r w:rsidRPr="001179E8">
        <w:rPr>
          <w:lang w:val="pt-BR"/>
        </w:rPr>
        <w:br/>
      </w:r>
    </w:p>
    <w:p w14:paraId="64939E2D" w14:textId="77777777" w:rsidR="002355BD" w:rsidRPr="001179E8" w:rsidRDefault="00000000">
      <w:pPr>
        <w:rPr>
          <w:lang w:val="pt-BR"/>
        </w:rPr>
      </w:pPr>
      <w:r w:rsidRPr="001179E8">
        <w:rPr>
          <w:lang w:val="pt-BR"/>
        </w:rPr>
        <w:t>"Foi destruída durante o Incidente Crepúsculo, cerca de vinte anos antes do nosso tempo," explicou Luke, sua mente trabalhando rapidamente. "O que significa que..."</w:t>
      </w:r>
    </w:p>
    <w:p w14:paraId="0E280250" w14:textId="77777777" w:rsidR="002355BD" w:rsidRPr="001179E8" w:rsidRDefault="00000000">
      <w:pPr>
        <w:rPr>
          <w:lang w:val="pt-BR"/>
        </w:rPr>
      </w:pPr>
      <w:r w:rsidRPr="001179E8">
        <w:rPr>
          <w:lang w:val="pt-BR"/>
        </w:rPr>
        <w:br/>
      </w:r>
    </w:p>
    <w:p w14:paraId="2FED61FF" w14:textId="77777777" w:rsidR="002355BD" w:rsidRPr="001179E8" w:rsidRDefault="00000000">
      <w:pPr>
        <w:rPr>
          <w:lang w:val="pt-BR"/>
        </w:rPr>
      </w:pPr>
      <w:r w:rsidRPr="001179E8">
        <w:rPr>
          <w:lang w:val="pt-BR"/>
        </w:rPr>
        <w:t>"Não voltamos para 2025," concluiu Elaine, a compreensão surgindo em seus olhos. "Voltamos para muito antes disso."</w:t>
      </w:r>
    </w:p>
    <w:p w14:paraId="40D5508C" w14:textId="77777777" w:rsidR="002355BD" w:rsidRPr="001179E8" w:rsidRDefault="00000000">
      <w:pPr>
        <w:rPr>
          <w:lang w:val="pt-BR"/>
        </w:rPr>
      </w:pPr>
      <w:r w:rsidRPr="001179E8">
        <w:rPr>
          <w:lang w:val="pt-BR"/>
        </w:rPr>
        <w:br/>
      </w:r>
    </w:p>
    <w:p w14:paraId="527FEDB0" w14:textId="77777777" w:rsidR="002355BD" w:rsidRPr="001179E8" w:rsidRDefault="00000000">
      <w:pPr>
        <w:rPr>
          <w:lang w:val="pt-BR"/>
        </w:rPr>
      </w:pPr>
      <w:r w:rsidRPr="001179E8">
        <w:rPr>
          <w:lang w:val="pt-BR"/>
        </w:rPr>
        <w:t>Luke assentiu, um sentimento de apreensão crescendo em seu peito. "Precisamos descobrir exatamente quando estamos."</w:t>
      </w:r>
    </w:p>
    <w:p w14:paraId="10CE692F" w14:textId="77777777" w:rsidR="002355BD" w:rsidRPr="001179E8" w:rsidRDefault="00000000">
      <w:pPr>
        <w:rPr>
          <w:lang w:val="pt-BR"/>
        </w:rPr>
      </w:pPr>
      <w:r w:rsidRPr="001179E8">
        <w:rPr>
          <w:lang w:val="pt-BR"/>
        </w:rPr>
        <w:br/>
      </w:r>
    </w:p>
    <w:p w14:paraId="59A5E74C" w14:textId="77777777" w:rsidR="002355BD" w:rsidRPr="001179E8" w:rsidRDefault="00000000">
      <w:pPr>
        <w:rPr>
          <w:lang w:val="pt-BR"/>
        </w:rPr>
      </w:pPr>
      <w:r w:rsidRPr="001179E8">
        <w:rPr>
          <w:lang w:val="pt-BR"/>
        </w:rPr>
        <w:t xml:space="preserve">Eles encontraram uma saída lateral do armazém e emergiram em uma rua estreita. O ar tinha um cheiro diferente – mais poluído, mais industrial do que estavam acostumados. Os </w:t>
      </w:r>
      <w:r w:rsidRPr="001179E8">
        <w:rPr>
          <w:lang w:val="pt-BR"/>
        </w:rPr>
        <w:lastRenderedPageBreak/>
        <w:t>poucos carros estacionados nas proximidades tinham designs que Luke reconheceu como sendo de pelo menos três décadas antes de seu próprio tempo.</w:t>
      </w:r>
    </w:p>
    <w:p w14:paraId="4CA7236E" w14:textId="77777777" w:rsidR="002355BD" w:rsidRPr="001179E8" w:rsidRDefault="00000000">
      <w:pPr>
        <w:rPr>
          <w:lang w:val="pt-BR"/>
        </w:rPr>
      </w:pPr>
      <w:r w:rsidRPr="001179E8">
        <w:rPr>
          <w:lang w:val="pt-BR"/>
        </w:rPr>
        <w:br/>
      </w:r>
    </w:p>
    <w:p w14:paraId="4306FE1D" w14:textId="77777777" w:rsidR="002355BD" w:rsidRPr="001179E8" w:rsidRDefault="00000000">
      <w:pPr>
        <w:rPr>
          <w:lang w:val="pt-BR"/>
        </w:rPr>
      </w:pPr>
      <w:r w:rsidRPr="001179E8">
        <w:rPr>
          <w:lang w:val="pt-BR"/>
        </w:rPr>
        <w:t>"Acho que sei onde estamos," disse ele, orientando-se. "Este distrito industrial fica a cerca de dois quilômetros da base principal da G.R.A.I.A. – ou pelo menos, onde ela será construída no futuro."</w:t>
      </w:r>
    </w:p>
    <w:p w14:paraId="7E4F7F7D" w14:textId="77777777" w:rsidR="002355BD" w:rsidRPr="001179E8" w:rsidRDefault="00000000">
      <w:pPr>
        <w:rPr>
          <w:lang w:val="pt-BR"/>
        </w:rPr>
      </w:pPr>
      <w:r w:rsidRPr="001179E8">
        <w:rPr>
          <w:lang w:val="pt-BR"/>
        </w:rPr>
        <w:br/>
      </w:r>
    </w:p>
    <w:p w14:paraId="4ADAE043" w14:textId="77777777" w:rsidR="002355BD" w:rsidRPr="001179E8" w:rsidRDefault="00000000">
      <w:pPr>
        <w:rPr>
          <w:lang w:val="pt-BR"/>
        </w:rPr>
      </w:pPr>
      <w:r w:rsidRPr="001179E8">
        <w:rPr>
          <w:lang w:val="pt-BR"/>
        </w:rPr>
        <w:t>"O que fazemos agora?" perguntou Elaine, mantendo-se próxima a ele enquanto caminhavam pela rua deserta.</w:t>
      </w:r>
    </w:p>
    <w:p w14:paraId="49DA3BF0" w14:textId="77777777" w:rsidR="002355BD" w:rsidRPr="001179E8" w:rsidRDefault="00000000">
      <w:pPr>
        <w:rPr>
          <w:lang w:val="pt-BR"/>
        </w:rPr>
      </w:pPr>
      <w:r w:rsidRPr="001179E8">
        <w:rPr>
          <w:lang w:val="pt-BR"/>
        </w:rPr>
        <w:br/>
      </w:r>
    </w:p>
    <w:p w14:paraId="543A389C" w14:textId="77777777" w:rsidR="002355BD" w:rsidRPr="001179E8" w:rsidRDefault="00000000">
      <w:pPr>
        <w:rPr>
          <w:lang w:val="pt-BR"/>
        </w:rPr>
      </w:pPr>
      <w:r w:rsidRPr="001179E8">
        <w:rPr>
          <w:lang w:val="pt-BR"/>
        </w:rPr>
        <w:t>"Precisamos de informações," respondeu Luke, entrando no modo detetive. "Data exata, eventos recentes, qualquer coisa que nos ajude a entender onde – quando – estamos presos."</w:t>
      </w:r>
    </w:p>
    <w:p w14:paraId="589A8B04" w14:textId="77777777" w:rsidR="002355BD" w:rsidRPr="001179E8" w:rsidRDefault="00000000">
      <w:pPr>
        <w:rPr>
          <w:lang w:val="pt-BR"/>
        </w:rPr>
      </w:pPr>
      <w:r w:rsidRPr="001179E8">
        <w:rPr>
          <w:lang w:val="pt-BR"/>
        </w:rPr>
        <w:br/>
      </w:r>
    </w:p>
    <w:p w14:paraId="3BD40A32" w14:textId="77777777" w:rsidR="002355BD" w:rsidRPr="001179E8" w:rsidRDefault="00000000">
      <w:pPr>
        <w:rPr>
          <w:lang w:val="pt-BR"/>
        </w:rPr>
      </w:pPr>
      <w:r w:rsidRPr="001179E8">
        <w:rPr>
          <w:lang w:val="pt-BR"/>
        </w:rPr>
        <w:t>Eles caminharam por algumas quadras até encontrarem uma avenida mais movimentada. Pessoas passavam apressadas, vestindo roupas que confirmavam as suspeitas de Luke sobre a época. Uma banca de jornais na esquina chamou sua atenção.</w:t>
      </w:r>
    </w:p>
    <w:p w14:paraId="5097EFAA" w14:textId="77777777" w:rsidR="002355BD" w:rsidRPr="001179E8" w:rsidRDefault="00000000">
      <w:pPr>
        <w:rPr>
          <w:lang w:val="pt-BR"/>
        </w:rPr>
      </w:pPr>
      <w:r w:rsidRPr="001179E8">
        <w:rPr>
          <w:lang w:val="pt-BR"/>
        </w:rPr>
        <w:br/>
      </w:r>
    </w:p>
    <w:p w14:paraId="6FD21BE1" w14:textId="77777777" w:rsidR="002355BD" w:rsidRPr="001179E8" w:rsidRDefault="00000000">
      <w:pPr>
        <w:rPr>
          <w:lang w:val="pt-BR"/>
        </w:rPr>
      </w:pPr>
      <w:r w:rsidRPr="001179E8">
        <w:rPr>
          <w:lang w:val="pt-BR"/>
        </w:rPr>
        <w:t>"Perfeito," murmurou ele, aproximando-se casualmente.</w:t>
      </w:r>
    </w:p>
    <w:p w14:paraId="6A847FBF" w14:textId="77777777" w:rsidR="002355BD" w:rsidRPr="001179E8" w:rsidRDefault="00000000">
      <w:pPr>
        <w:rPr>
          <w:lang w:val="pt-BR"/>
        </w:rPr>
      </w:pPr>
      <w:r w:rsidRPr="001179E8">
        <w:rPr>
          <w:lang w:val="pt-BR"/>
        </w:rPr>
        <w:br/>
      </w:r>
    </w:p>
    <w:p w14:paraId="7825A9B6" w14:textId="77777777" w:rsidR="002355BD" w:rsidRPr="001179E8" w:rsidRDefault="00000000">
      <w:pPr>
        <w:rPr>
          <w:lang w:val="pt-BR"/>
        </w:rPr>
      </w:pPr>
      <w:r w:rsidRPr="001179E8">
        <w:rPr>
          <w:lang w:val="pt-BR"/>
        </w:rPr>
        <w:t>O jornaleiro, um homem idoso com um boné gasto, mal levantou os olhos quando Luke pegou um dos jornais expostos. A manchete principal falava sobre tensões políticas internacionais, mas foi a data no topo da página que fez Luke congelar.</w:t>
      </w:r>
    </w:p>
    <w:p w14:paraId="57EC9776" w14:textId="77777777" w:rsidR="002355BD" w:rsidRPr="001179E8" w:rsidRDefault="00000000">
      <w:pPr>
        <w:rPr>
          <w:lang w:val="pt-BR"/>
        </w:rPr>
      </w:pPr>
      <w:r w:rsidRPr="001179E8">
        <w:rPr>
          <w:lang w:val="pt-BR"/>
        </w:rPr>
        <w:br/>
      </w:r>
    </w:p>
    <w:p w14:paraId="2A7B7CE2" w14:textId="77777777" w:rsidR="002355BD" w:rsidRPr="001179E8" w:rsidRDefault="00000000">
      <w:pPr>
        <w:rPr>
          <w:lang w:val="pt-BR"/>
        </w:rPr>
      </w:pPr>
      <w:r w:rsidRPr="001179E8">
        <w:rPr>
          <w:lang w:val="pt-BR"/>
        </w:rPr>
        <w:t>"15 de março de 1995," leu ele em voz baixa para Elaine. "Estamos trinta anos no passado."</w:t>
      </w:r>
    </w:p>
    <w:p w14:paraId="5E72BCF9" w14:textId="77777777" w:rsidR="002355BD" w:rsidRPr="001179E8" w:rsidRDefault="00000000">
      <w:pPr>
        <w:rPr>
          <w:lang w:val="pt-BR"/>
        </w:rPr>
      </w:pPr>
      <w:r w:rsidRPr="001179E8">
        <w:rPr>
          <w:lang w:val="pt-BR"/>
        </w:rPr>
        <w:lastRenderedPageBreak/>
        <w:br/>
      </w:r>
    </w:p>
    <w:p w14:paraId="72C8723F" w14:textId="77777777" w:rsidR="002355BD" w:rsidRPr="001179E8" w:rsidRDefault="00000000">
      <w:pPr>
        <w:rPr>
          <w:lang w:val="pt-BR"/>
        </w:rPr>
      </w:pPr>
      <w:r w:rsidRPr="001179E8">
        <w:rPr>
          <w:lang w:val="pt-BR"/>
        </w:rPr>
        <w:t>Elaine absorveu a informação, seus olhos azuis arregalados. "Trinta anos? Como isso é possível? Deveríamos ter voltado para 2025."</w:t>
      </w:r>
    </w:p>
    <w:p w14:paraId="0ED3DA45" w14:textId="77777777" w:rsidR="002355BD" w:rsidRPr="001179E8" w:rsidRDefault="00000000">
      <w:pPr>
        <w:rPr>
          <w:lang w:val="pt-BR"/>
        </w:rPr>
      </w:pPr>
      <w:r w:rsidRPr="001179E8">
        <w:rPr>
          <w:lang w:val="pt-BR"/>
        </w:rPr>
        <w:br/>
      </w:r>
    </w:p>
    <w:p w14:paraId="70693472" w14:textId="77777777" w:rsidR="002355BD" w:rsidRPr="001179E8" w:rsidRDefault="00000000">
      <w:pPr>
        <w:rPr>
          <w:lang w:val="pt-BR"/>
        </w:rPr>
      </w:pPr>
      <w:r w:rsidRPr="001179E8">
        <w:rPr>
          <w:lang w:val="pt-BR"/>
        </w:rPr>
        <w:t>"Algo deve ter interferido com o portal temporal," teorizou Luke, devolvendo o jornal ao seu lugar com um aceno de agradecimento para o jornaleiro. "Talvez a energia dos Guardiões não tenha sido suficiente, ou talvez..."</w:t>
      </w:r>
    </w:p>
    <w:p w14:paraId="0F0E0023" w14:textId="77777777" w:rsidR="002355BD" w:rsidRPr="001179E8" w:rsidRDefault="00000000">
      <w:pPr>
        <w:rPr>
          <w:lang w:val="pt-BR"/>
        </w:rPr>
      </w:pPr>
      <w:r w:rsidRPr="001179E8">
        <w:rPr>
          <w:lang w:val="pt-BR"/>
        </w:rPr>
        <w:br/>
      </w:r>
    </w:p>
    <w:p w14:paraId="272808F8" w14:textId="77777777" w:rsidR="002355BD" w:rsidRPr="001179E8" w:rsidRDefault="00000000">
      <w:pPr>
        <w:rPr>
          <w:lang w:val="pt-BR"/>
        </w:rPr>
      </w:pPr>
      <w:r w:rsidRPr="001179E8">
        <w:rPr>
          <w:lang w:val="pt-BR"/>
        </w:rPr>
        <w:t>Ele parou abruptamente, uma realização surgindo. "Ou talvez tenhamos sido trazidos aqui por um propósito."</w:t>
      </w:r>
    </w:p>
    <w:p w14:paraId="45ECEC28" w14:textId="77777777" w:rsidR="002355BD" w:rsidRPr="001179E8" w:rsidRDefault="00000000">
      <w:pPr>
        <w:rPr>
          <w:lang w:val="pt-BR"/>
        </w:rPr>
      </w:pPr>
      <w:r w:rsidRPr="001179E8">
        <w:rPr>
          <w:lang w:val="pt-BR"/>
        </w:rPr>
        <w:br/>
      </w:r>
    </w:p>
    <w:p w14:paraId="2D2CA11C" w14:textId="77777777" w:rsidR="002355BD" w:rsidRPr="001179E8" w:rsidRDefault="00000000">
      <w:pPr>
        <w:rPr>
          <w:lang w:val="pt-BR"/>
        </w:rPr>
      </w:pPr>
      <w:r w:rsidRPr="001179E8">
        <w:rPr>
          <w:lang w:val="pt-BR"/>
        </w:rPr>
        <w:t>"Que propósito?" perguntou Elaine, confusa.</w:t>
      </w:r>
    </w:p>
    <w:p w14:paraId="242D7C33" w14:textId="77777777" w:rsidR="002355BD" w:rsidRPr="001179E8" w:rsidRDefault="00000000">
      <w:pPr>
        <w:rPr>
          <w:lang w:val="pt-BR"/>
        </w:rPr>
      </w:pPr>
      <w:r w:rsidRPr="001179E8">
        <w:rPr>
          <w:lang w:val="pt-BR"/>
        </w:rPr>
        <w:br/>
      </w:r>
    </w:p>
    <w:p w14:paraId="00027FE1" w14:textId="77777777" w:rsidR="002355BD" w:rsidRPr="001179E8" w:rsidRDefault="00000000">
      <w:pPr>
        <w:rPr>
          <w:lang w:val="pt-BR"/>
        </w:rPr>
      </w:pPr>
      <w:r w:rsidRPr="001179E8">
        <w:rPr>
          <w:lang w:val="pt-BR"/>
        </w:rPr>
        <w:t>Antes que Luke pudesse responder, o som de sirenes cortou o ar. Não eram sirenes comuns de polícia ou ambulância, mas um som distinto que Luke reconheceu imediatamente – o alerta de emergência da G.R.A.I.A.</w:t>
      </w:r>
    </w:p>
    <w:p w14:paraId="7AF09BEC" w14:textId="77777777" w:rsidR="002355BD" w:rsidRPr="001179E8" w:rsidRDefault="00000000">
      <w:pPr>
        <w:rPr>
          <w:lang w:val="pt-BR"/>
        </w:rPr>
      </w:pPr>
      <w:r w:rsidRPr="001179E8">
        <w:rPr>
          <w:lang w:val="pt-BR"/>
        </w:rPr>
        <w:br/>
      </w:r>
    </w:p>
    <w:p w14:paraId="7B9AADFC" w14:textId="77777777" w:rsidR="002355BD" w:rsidRPr="001179E8" w:rsidRDefault="00000000">
      <w:pPr>
        <w:rPr>
          <w:lang w:val="pt-BR"/>
        </w:rPr>
      </w:pPr>
      <w:r w:rsidRPr="001179E8">
        <w:rPr>
          <w:lang w:val="pt-BR"/>
        </w:rPr>
        <w:t>"Isso não pode ser coincidência," disse ele, já se movendo na direção do som. "Vamos!"</w:t>
      </w:r>
    </w:p>
    <w:p w14:paraId="781190E8" w14:textId="77777777" w:rsidR="002355BD" w:rsidRPr="001179E8" w:rsidRDefault="00000000">
      <w:pPr>
        <w:rPr>
          <w:lang w:val="pt-BR"/>
        </w:rPr>
      </w:pPr>
      <w:r w:rsidRPr="001179E8">
        <w:rPr>
          <w:lang w:val="pt-BR"/>
        </w:rPr>
        <w:br/>
      </w:r>
    </w:p>
    <w:p w14:paraId="54F117EE" w14:textId="77777777" w:rsidR="002355BD" w:rsidRPr="001179E8" w:rsidRDefault="00000000">
      <w:pPr>
        <w:rPr>
          <w:lang w:val="pt-BR"/>
        </w:rPr>
      </w:pPr>
      <w:r w:rsidRPr="001179E8">
        <w:rPr>
          <w:lang w:val="pt-BR"/>
        </w:rPr>
        <w:t>Eles correram por várias quadras, seguindo o som das sirenes. À medida que se aproximavam do centro da cidade, viram pessoas correndo na direção oposta, rostos marcados pelo pânico. O céu acima começou a escurecer de forma antinatural, nuvens negras se formando em um padrão circular que não tinha nada de meteorológico.</w:t>
      </w:r>
    </w:p>
    <w:p w14:paraId="402FE4D8" w14:textId="77777777" w:rsidR="002355BD" w:rsidRPr="001179E8" w:rsidRDefault="00000000">
      <w:pPr>
        <w:rPr>
          <w:lang w:val="pt-BR"/>
        </w:rPr>
      </w:pPr>
      <w:r w:rsidRPr="001179E8">
        <w:rPr>
          <w:lang w:val="pt-BR"/>
        </w:rPr>
        <w:br/>
      </w:r>
    </w:p>
    <w:p w14:paraId="086B1514" w14:textId="77777777" w:rsidR="002355BD" w:rsidRPr="001179E8" w:rsidRDefault="00000000">
      <w:pPr>
        <w:rPr>
          <w:lang w:val="pt-BR"/>
        </w:rPr>
      </w:pPr>
      <w:r w:rsidRPr="001179E8">
        <w:rPr>
          <w:lang w:val="pt-BR"/>
        </w:rPr>
        <w:lastRenderedPageBreak/>
        <w:t>"O que está acontecendo?" perguntou Elaine, tendo que gritar para ser ouvida acima do caos crescente.</w:t>
      </w:r>
    </w:p>
    <w:p w14:paraId="0F14553E" w14:textId="77777777" w:rsidR="002355BD" w:rsidRPr="001179E8" w:rsidRDefault="00000000">
      <w:pPr>
        <w:rPr>
          <w:lang w:val="pt-BR"/>
        </w:rPr>
      </w:pPr>
      <w:r w:rsidRPr="001179E8">
        <w:rPr>
          <w:lang w:val="pt-BR"/>
        </w:rPr>
        <w:br/>
      </w:r>
    </w:p>
    <w:p w14:paraId="1A16EF1D" w14:textId="77777777" w:rsidR="002355BD" w:rsidRPr="001179E8" w:rsidRDefault="00000000">
      <w:pPr>
        <w:rPr>
          <w:lang w:val="pt-BR"/>
        </w:rPr>
      </w:pPr>
      <w:r w:rsidRPr="001179E8">
        <w:rPr>
          <w:lang w:val="pt-BR"/>
        </w:rPr>
        <w:t>A resposta veio na forma de um estrondo ensurdecedor. Um edifício a algumas quadras de distância explodiu em uma bola de fogo, fragmentos de concreto e vidro chovendo sobre a rua. E então, emergindo da fumaça e destruição, uma figura monstruosa apareceu – um ser de quase três metros de altura, com pele cinzenta como pedra e olhos que brilhavam com um fogo vermelho maligno.</w:t>
      </w:r>
    </w:p>
    <w:p w14:paraId="7CDFD8DD" w14:textId="77777777" w:rsidR="002355BD" w:rsidRPr="001179E8" w:rsidRDefault="00000000">
      <w:pPr>
        <w:rPr>
          <w:lang w:val="pt-BR"/>
        </w:rPr>
      </w:pPr>
      <w:r w:rsidRPr="001179E8">
        <w:rPr>
          <w:lang w:val="pt-BR"/>
        </w:rPr>
        <w:br/>
      </w:r>
    </w:p>
    <w:p w14:paraId="328F925E" w14:textId="77777777" w:rsidR="002355BD" w:rsidRPr="001179E8" w:rsidRDefault="00000000">
      <w:pPr>
        <w:rPr>
          <w:lang w:val="pt-BR"/>
        </w:rPr>
      </w:pPr>
      <w:r w:rsidRPr="001179E8">
        <w:rPr>
          <w:lang w:val="pt-BR"/>
        </w:rPr>
        <w:t>"Um Devastador," murmurou Luke, reconhecendo a criatura das histórias que havia ouvido. "São soldados de elite de Abyzoth, mas nunca houve registros deles atacando antes da Crise..."</w:t>
      </w:r>
    </w:p>
    <w:p w14:paraId="48EEF232" w14:textId="77777777" w:rsidR="002355BD" w:rsidRPr="001179E8" w:rsidRDefault="00000000">
      <w:pPr>
        <w:rPr>
          <w:lang w:val="pt-BR"/>
        </w:rPr>
      </w:pPr>
      <w:r w:rsidRPr="001179E8">
        <w:rPr>
          <w:lang w:val="pt-BR"/>
        </w:rPr>
        <w:br/>
      </w:r>
    </w:p>
    <w:p w14:paraId="11CE3E09" w14:textId="77777777" w:rsidR="002355BD" w:rsidRPr="001179E8" w:rsidRDefault="00000000">
      <w:pPr>
        <w:rPr>
          <w:lang w:val="pt-BR"/>
        </w:rPr>
      </w:pPr>
      <w:r w:rsidRPr="001179E8">
        <w:rPr>
          <w:lang w:val="pt-BR"/>
        </w:rPr>
        <w:t>Suas palavras foram interrompidas por outro estrondo quando um segundo edifício explodiu. Mais criaturas emergiram, algumas menores, mas igualmente letais – Caçadores das Sombras, como os que haviam enfrentado no submundo.</w:t>
      </w:r>
    </w:p>
    <w:p w14:paraId="302E98E4" w14:textId="77777777" w:rsidR="002355BD" w:rsidRPr="001179E8" w:rsidRDefault="00000000">
      <w:pPr>
        <w:rPr>
          <w:lang w:val="pt-BR"/>
        </w:rPr>
      </w:pPr>
      <w:r w:rsidRPr="001179E8">
        <w:rPr>
          <w:lang w:val="pt-BR"/>
        </w:rPr>
        <w:br/>
      </w:r>
    </w:p>
    <w:p w14:paraId="06AC3075" w14:textId="77777777" w:rsidR="002355BD" w:rsidRPr="001179E8" w:rsidRDefault="00000000">
      <w:pPr>
        <w:rPr>
          <w:lang w:val="pt-BR"/>
        </w:rPr>
      </w:pPr>
      <w:r w:rsidRPr="001179E8">
        <w:rPr>
          <w:lang w:val="pt-BR"/>
        </w:rPr>
        <w:t>"Isso não deveria estar acontecendo," disse Luke, puxando Elaine para trás de um carro abandonado enquanto as criaturas avançavam pela rua, destruindo tudo em seu caminho. "Não nesta época."</w:t>
      </w:r>
    </w:p>
    <w:p w14:paraId="16CBB2E0" w14:textId="77777777" w:rsidR="002355BD" w:rsidRPr="001179E8" w:rsidRDefault="00000000">
      <w:pPr>
        <w:rPr>
          <w:lang w:val="pt-BR"/>
        </w:rPr>
      </w:pPr>
      <w:r w:rsidRPr="001179E8">
        <w:rPr>
          <w:lang w:val="pt-BR"/>
        </w:rPr>
        <w:br/>
      </w:r>
    </w:p>
    <w:p w14:paraId="1F9A01F6" w14:textId="77777777" w:rsidR="002355BD" w:rsidRPr="001179E8" w:rsidRDefault="00000000">
      <w:pPr>
        <w:rPr>
          <w:lang w:val="pt-BR"/>
        </w:rPr>
      </w:pPr>
      <w:r w:rsidRPr="001179E8">
        <w:rPr>
          <w:lang w:val="pt-BR"/>
        </w:rPr>
        <w:t>"A linha do tempo está mudando?" perguntou Elaine, sua voz tensa.</w:t>
      </w:r>
    </w:p>
    <w:p w14:paraId="7249F1E3" w14:textId="77777777" w:rsidR="002355BD" w:rsidRPr="001179E8" w:rsidRDefault="00000000">
      <w:pPr>
        <w:rPr>
          <w:lang w:val="pt-BR"/>
        </w:rPr>
      </w:pPr>
      <w:r w:rsidRPr="001179E8">
        <w:rPr>
          <w:lang w:val="pt-BR"/>
        </w:rPr>
        <w:br/>
      </w:r>
    </w:p>
    <w:p w14:paraId="19D18229" w14:textId="77777777" w:rsidR="002355BD" w:rsidRPr="001179E8" w:rsidRDefault="00000000">
      <w:pPr>
        <w:rPr>
          <w:lang w:val="pt-BR"/>
        </w:rPr>
      </w:pPr>
      <w:r w:rsidRPr="001179E8">
        <w:rPr>
          <w:lang w:val="pt-BR"/>
        </w:rPr>
        <w:t>"Ou talvez..." Luke hesitou, uma teoria formando-se em sua mente. "Talvez isso sempre tenha acontecido, mas foi encoberto, classificado. Talvez este seja o primeiro contato documentado com forças do submundo."</w:t>
      </w:r>
    </w:p>
    <w:p w14:paraId="157B1991" w14:textId="77777777" w:rsidR="002355BD" w:rsidRPr="001179E8" w:rsidRDefault="00000000">
      <w:pPr>
        <w:rPr>
          <w:lang w:val="pt-BR"/>
        </w:rPr>
      </w:pPr>
      <w:r w:rsidRPr="001179E8">
        <w:rPr>
          <w:lang w:val="pt-BR"/>
        </w:rPr>
        <w:br/>
      </w:r>
    </w:p>
    <w:p w14:paraId="2E908BC5" w14:textId="77777777" w:rsidR="002355BD" w:rsidRPr="001179E8" w:rsidRDefault="00000000">
      <w:pPr>
        <w:rPr>
          <w:lang w:val="pt-BR"/>
        </w:rPr>
      </w:pPr>
      <w:r w:rsidRPr="001179E8">
        <w:rPr>
          <w:lang w:val="pt-BR"/>
        </w:rPr>
        <w:lastRenderedPageBreak/>
        <w:t>Um rugido ensurdecedor cortou o ar, e ambos se viraram para ver o Devastador principal erguer um carro como se não pesasse nada, preparando-se para lançá-lo contra um grupo de civis encurralados.</w:t>
      </w:r>
    </w:p>
    <w:p w14:paraId="7A4ED1F7" w14:textId="77777777" w:rsidR="002355BD" w:rsidRPr="001179E8" w:rsidRDefault="00000000">
      <w:pPr>
        <w:rPr>
          <w:lang w:val="pt-BR"/>
        </w:rPr>
      </w:pPr>
      <w:r w:rsidRPr="001179E8">
        <w:rPr>
          <w:lang w:val="pt-BR"/>
        </w:rPr>
        <w:br/>
      </w:r>
    </w:p>
    <w:p w14:paraId="3CD9E2EC" w14:textId="77777777" w:rsidR="002355BD" w:rsidRPr="001179E8" w:rsidRDefault="00000000">
      <w:pPr>
        <w:rPr>
          <w:lang w:val="pt-BR"/>
        </w:rPr>
      </w:pPr>
      <w:r w:rsidRPr="001179E8">
        <w:rPr>
          <w:lang w:val="pt-BR"/>
        </w:rPr>
        <w:t>"Temos que fazer alguma coisa," disse Elaine, seus olhos brilhando com determinação.</w:t>
      </w:r>
    </w:p>
    <w:p w14:paraId="0DE34AAF" w14:textId="77777777" w:rsidR="002355BD" w:rsidRPr="001179E8" w:rsidRDefault="00000000">
      <w:pPr>
        <w:rPr>
          <w:lang w:val="pt-BR"/>
        </w:rPr>
      </w:pPr>
      <w:r w:rsidRPr="001179E8">
        <w:rPr>
          <w:lang w:val="pt-BR"/>
        </w:rPr>
        <w:br/>
      </w:r>
    </w:p>
    <w:p w14:paraId="63B4D1F8" w14:textId="77777777" w:rsidR="002355BD" w:rsidRPr="001179E8" w:rsidRDefault="00000000">
      <w:pPr>
        <w:rPr>
          <w:lang w:val="pt-BR"/>
        </w:rPr>
      </w:pPr>
      <w:r w:rsidRPr="001179E8">
        <w:rPr>
          <w:lang w:val="pt-BR"/>
        </w:rPr>
        <w:t>Luke assentiu, embora soubesse que interferir poderia ter consequências imprevisíveis para a linha do tempo. Mas não podiam simplesmente ficar parados enquanto pessoas inocentes morriam.</w:t>
      </w:r>
    </w:p>
    <w:p w14:paraId="2AE8125A" w14:textId="77777777" w:rsidR="002355BD" w:rsidRPr="001179E8" w:rsidRDefault="00000000">
      <w:pPr>
        <w:rPr>
          <w:lang w:val="pt-BR"/>
        </w:rPr>
      </w:pPr>
      <w:r w:rsidRPr="001179E8">
        <w:rPr>
          <w:lang w:val="pt-BR"/>
        </w:rPr>
        <w:br/>
      </w:r>
    </w:p>
    <w:p w14:paraId="2414D8D2" w14:textId="77777777" w:rsidR="002355BD" w:rsidRPr="001179E8" w:rsidRDefault="00000000">
      <w:pPr>
        <w:rPr>
          <w:lang w:val="pt-BR"/>
        </w:rPr>
      </w:pPr>
      <w:r w:rsidRPr="001179E8">
        <w:rPr>
          <w:lang w:val="pt-BR"/>
        </w:rPr>
        <w:t>Antes que pudessem agir, porém, um rugido diferente ecoou pela rua – um rugido humano, amplificado a níveis impossíveis, que fez o próprio ar vibrar. O som atingiu o Devastador como uma força física, fazendo-o cambalear para trás e derrubar o carro.</w:t>
      </w:r>
    </w:p>
    <w:p w14:paraId="4ECEA6C3" w14:textId="77777777" w:rsidR="002355BD" w:rsidRPr="001179E8" w:rsidRDefault="00000000">
      <w:pPr>
        <w:rPr>
          <w:lang w:val="pt-BR"/>
        </w:rPr>
      </w:pPr>
      <w:r w:rsidRPr="001179E8">
        <w:rPr>
          <w:lang w:val="pt-BR"/>
        </w:rPr>
        <w:br/>
      </w:r>
    </w:p>
    <w:p w14:paraId="68E062B3" w14:textId="77777777" w:rsidR="002355BD" w:rsidRPr="001179E8" w:rsidRDefault="00000000">
      <w:pPr>
        <w:rPr>
          <w:lang w:val="pt-BR"/>
        </w:rPr>
      </w:pPr>
      <w:r w:rsidRPr="001179E8">
        <w:rPr>
          <w:lang w:val="pt-BR"/>
        </w:rPr>
        <w:t>"Mas o que...?" começou Elaine.</w:t>
      </w:r>
    </w:p>
    <w:p w14:paraId="03376165" w14:textId="77777777" w:rsidR="002355BD" w:rsidRPr="001179E8" w:rsidRDefault="00000000">
      <w:pPr>
        <w:rPr>
          <w:lang w:val="pt-BR"/>
        </w:rPr>
      </w:pPr>
      <w:r w:rsidRPr="001179E8">
        <w:rPr>
          <w:lang w:val="pt-BR"/>
        </w:rPr>
        <w:br/>
      </w:r>
    </w:p>
    <w:p w14:paraId="7EA01689" w14:textId="77777777" w:rsidR="002355BD" w:rsidRPr="001179E8" w:rsidRDefault="00000000">
      <w:pPr>
        <w:rPr>
          <w:lang w:val="pt-BR"/>
        </w:rPr>
      </w:pPr>
      <w:r w:rsidRPr="001179E8">
        <w:rPr>
          <w:lang w:val="pt-BR"/>
        </w:rPr>
        <w:t>E então eles viram. Seis figuras surgiram no topo de um edifício próximo, silhuetas recortadas contra o céu tempestuoso. Com movimentos sincronizados de treinamento e experiência, eles saltaram, cada um aterrissando em posições estratégicas ao redor das criaturas invasoras.</w:t>
      </w:r>
    </w:p>
    <w:p w14:paraId="5E8D8479" w14:textId="77777777" w:rsidR="002355BD" w:rsidRPr="001179E8" w:rsidRDefault="00000000">
      <w:pPr>
        <w:rPr>
          <w:lang w:val="pt-BR"/>
        </w:rPr>
      </w:pPr>
      <w:r w:rsidRPr="001179E8">
        <w:rPr>
          <w:lang w:val="pt-BR"/>
        </w:rPr>
        <w:br/>
      </w:r>
    </w:p>
    <w:p w14:paraId="76200CB7" w14:textId="77777777" w:rsidR="002355BD" w:rsidRPr="001179E8" w:rsidRDefault="00000000">
      <w:pPr>
        <w:rPr>
          <w:lang w:val="pt-BR"/>
        </w:rPr>
      </w:pPr>
      <w:r w:rsidRPr="001179E8">
        <w:rPr>
          <w:lang w:val="pt-BR"/>
        </w:rPr>
        <w:t>Luke sentiu seu coração acelerar ao reconhecê-los, mesmo à distância. "Os Primordiais," sussurrou, quase reverente. "Os originais."</w:t>
      </w:r>
    </w:p>
    <w:p w14:paraId="4694C4DD" w14:textId="77777777" w:rsidR="002355BD" w:rsidRPr="001179E8" w:rsidRDefault="00000000">
      <w:pPr>
        <w:rPr>
          <w:lang w:val="pt-BR"/>
        </w:rPr>
      </w:pPr>
      <w:r w:rsidRPr="001179E8">
        <w:rPr>
          <w:lang w:val="pt-BR"/>
        </w:rPr>
        <w:br/>
      </w:r>
    </w:p>
    <w:p w14:paraId="545119D7" w14:textId="77777777" w:rsidR="002355BD" w:rsidRPr="001179E8" w:rsidRDefault="00000000">
      <w:pPr>
        <w:rPr>
          <w:lang w:val="pt-BR"/>
        </w:rPr>
      </w:pPr>
      <w:r w:rsidRPr="001179E8">
        <w:rPr>
          <w:lang w:val="pt-BR"/>
        </w:rPr>
        <w:t xml:space="preserve">O primeiro a entrar em ação foi um homem com um traje vermelho e dourado, adornado com detalhes que lembravam uma juba. Ele se lançou contra o Devastador principal com </w:t>
      </w:r>
      <w:r w:rsidRPr="001179E8">
        <w:rPr>
          <w:lang w:val="pt-BR"/>
        </w:rPr>
        <w:lastRenderedPageBreak/>
        <w:t>uma agilidade sobrenatural, seus punhos conectando-se com a pele rochosa da criatura em uma série de golpes devastadores.</w:t>
      </w:r>
    </w:p>
    <w:p w14:paraId="465938DA" w14:textId="77777777" w:rsidR="002355BD" w:rsidRPr="001179E8" w:rsidRDefault="00000000">
      <w:pPr>
        <w:rPr>
          <w:lang w:val="pt-BR"/>
        </w:rPr>
      </w:pPr>
      <w:r w:rsidRPr="001179E8">
        <w:rPr>
          <w:lang w:val="pt-BR"/>
        </w:rPr>
        <w:br/>
      </w:r>
    </w:p>
    <w:p w14:paraId="67E6E4AD" w14:textId="77777777" w:rsidR="002355BD" w:rsidRPr="001179E8" w:rsidRDefault="00000000">
      <w:pPr>
        <w:rPr>
          <w:lang w:val="pt-BR"/>
        </w:rPr>
      </w:pPr>
      <w:r w:rsidRPr="001179E8">
        <w:rPr>
          <w:lang w:val="pt-BR"/>
        </w:rPr>
        <w:t>"Lion," identificou Luke, observando o lendário líder dos Primordiais em ação. "Dizem que sua força e agilidade rivalizavam com as de dez homens."</w:t>
      </w:r>
    </w:p>
    <w:p w14:paraId="1FDFA6C1" w14:textId="77777777" w:rsidR="002355BD" w:rsidRPr="001179E8" w:rsidRDefault="00000000">
      <w:pPr>
        <w:rPr>
          <w:lang w:val="pt-BR"/>
        </w:rPr>
      </w:pPr>
      <w:r w:rsidRPr="001179E8">
        <w:rPr>
          <w:lang w:val="pt-BR"/>
        </w:rPr>
        <w:br/>
      </w:r>
    </w:p>
    <w:p w14:paraId="620CEEC9" w14:textId="77777777" w:rsidR="002355BD" w:rsidRPr="001179E8" w:rsidRDefault="00000000">
      <w:pPr>
        <w:rPr>
          <w:lang w:val="pt-BR"/>
        </w:rPr>
      </w:pPr>
      <w:r w:rsidRPr="001179E8">
        <w:rPr>
          <w:lang w:val="pt-BR"/>
        </w:rPr>
        <w:t>Ao lado de Lion, uma figura mais contida mas igualmente letal se movia com precisão mecânica. Vestido em um traje prateado com linhas de luz azul pulsante, ele não atacava diretamente, mas parecia controlar os semáforos, hidrantes e até mesmo os sistemas elétricos ao redor, usando-os como armas contra os invasores.</w:t>
      </w:r>
    </w:p>
    <w:p w14:paraId="25318976" w14:textId="77777777" w:rsidR="002355BD" w:rsidRPr="001179E8" w:rsidRDefault="00000000">
      <w:pPr>
        <w:rPr>
          <w:lang w:val="pt-BR"/>
        </w:rPr>
      </w:pPr>
      <w:r w:rsidRPr="001179E8">
        <w:rPr>
          <w:lang w:val="pt-BR"/>
        </w:rPr>
        <w:br/>
      </w:r>
    </w:p>
    <w:p w14:paraId="787331AE" w14:textId="77777777" w:rsidR="002355BD" w:rsidRPr="001179E8" w:rsidRDefault="00000000">
      <w:pPr>
        <w:rPr>
          <w:lang w:val="pt-BR"/>
        </w:rPr>
      </w:pPr>
      <w:r w:rsidRPr="001179E8">
        <w:rPr>
          <w:lang w:val="pt-BR"/>
        </w:rPr>
        <w:t>"Android," continuou Luke. "O estrategista, o cérebro por trás de muitas das vitórias dos Primordiais."</w:t>
      </w:r>
    </w:p>
    <w:p w14:paraId="7645DACA" w14:textId="77777777" w:rsidR="002355BD" w:rsidRPr="001179E8" w:rsidRDefault="00000000">
      <w:pPr>
        <w:rPr>
          <w:lang w:val="pt-BR"/>
        </w:rPr>
      </w:pPr>
      <w:r w:rsidRPr="001179E8">
        <w:rPr>
          <w:lang w:val="pt-BR"/>
        </w:rPr>
        <w:br/>
      </w:r>
    </w:p>
    <w:p w14:paraId="70E77DE0" w14:textId="77777777" w:rsidR="002355BD" w:rsidRPr="001179E8" w:rsidRDefault="00000000">
      <w:pPr>
        <w:rPr>
          <w:lang w:val="pt-BR"/>
        </w:rPr>
      </w:pPr>
      <w:r w:rsidRPr="001179E8">
        <w:rPr>
          <w:lang w:val="pt-BR"/>
        </w:rPr>
        <w:t>Um terceiro membro do grupo – uma figura imponente em um traje roxo escuro com um capacete que ocultava completamente seu rosto – movia-se com uma velocidade impressionante, aparecendo e desaparecendo entre os inimigos como se pudesse dobrar o próprio espaço.</w:t>
      </w:r>
    </w:p>
    <w:p w14:paraId="7BD4FC5F" w14:textId="77777777" w:rsidR="002355BD" w:rsidRPr="001179E8" w:rsidRDefault="00000000">
      <w:pPr>
        <w:rPr>
          <w:lang w:val="pt-BR"/>
        </w:rPr>
      </w:pPr>
      <w:r w:rsidRPr="001179E8">
        <w:rPr>
          <w:lang w:val="pt-BR"/>
        </w:rPr>
        <w:br/>
      </w:r>
    </w:p>
    <w:p w14:paraId="34E2CE69" w14:textId="77777777" w:rsidR="002355BD" w:rsidRPr="001179E8" w:rsidRDefault="00000000">
      <w:pPr>
        <w:rPr>
          <w:lang w:val="pt-BR"/>
        </w:rPr>
      </w:pPr>
      <w:r w:rsidRPr="001179E8">
        <w:rPr>
          <w:lang w:val="pt-BR"/>
        </w:rPr>
        <w:t>"Enigma," disse Luke. "Ninguém nunca soube sua verdadeira identidade ou origem."</w:t>
      </w:r>
    </w:p>
    <w:p w14:paraId="7C155C65" w14:textId="77777777" w:rsidR="002355BD" w:rsidRPr="001179E8" w:rsidRDefault="00000000">
      <w:pPr>
        <w:rPr>
          <w:lang w:val="pt-BR"/>
        </w:rPr>
      </w:pPr>
      <w:r w:rsidRPr="001179E8">
        <w:rPr>
          <w:lang w:val="pt-BR"/>
        </w:rPr>
        <w:br/>
      </w:r>
    </w:p>
    <w:p w14:paraId="5A868F1E" w14:textId="77777777" w:rsidR="002355BD" w:rsidRPr="001179E8" w:rsidRDefault="00000000">
      <w:pPr>
        <w:rPr>
          <w:lang w:val="pt-BR"/>
        </w:rPr>
      </w:pPr>
      <w:r w:rsidRPr="001179E8">
        <w:rPr>
          <w:lang w:val="pt-BR"/>
        </w:rPr>
        <w:t>Elaine observava fascinada enquanto um quarto membro – um homem em um traje preto e cinza, armado com um arsenal impressionante – disparava com precisão mortal contra os pontos fracos das criaturas.</w:t>
      </w:r>
    </w:p>
    <w:p w14:paraId="772D589F" w14:textId="77777777" w:rsidR="002355BD" w:rsidRPr="001179E8" w:rsidRDefault="00000000">
      <w:pPr>
        <w:rPr>
          <w:lang w:val="pt-BR"/>
        </w:rPr>
      </w:pPr>
      <w:r w:rsidRPr="001179E8">
        <w:rPr>
          <w:lang w:val="pt-BR"/>
        </w:rPr>
        <w:br/>
      </w:r>
    </w:p>
    <w:p w14:paraId="21ADCD17" w14:textId="77777777" w:rsidR="002355BD" w:rsidRPr="001179E8" w:rsidRDefault="00000000">
      <w:pPr>
        <w:rPr>
          <w:lang w:val="pt-BR"/>
        </w:rPr>
      </w:pPr>
      <w:r w:rsidRPr="001179E8">
        <w:rPr>
          <w:lang w:val="pt-BR"/>
        </w:rPr>
        <w:t>"Aquele é..." começou ela.</w:t>
      </w:r>
    </w:p>
    <w:p w14:paraId="23A1B29D" w14:textId="77777777" w:rsidR="002355BD" w:rsidRPr="001179E8" w:rsidRDefault="00000000">
      <w:pPr>
        <w:rPr>
          <w:lang w:val="pt-BR"/>
        </w:rPr>
      </w:pPr>
      <w:r w:rsidRPr="001179E8">
        <w:rPr>
          <w:lang w:val="pt-BR"/>
        </w:rPr>
        <w:lastRenderedPageBreak/>
        <w:br/>
      </w:r>
    </w:p>
    <w:p w14:paraId="0D4E00EA" w14:textId="77777777" w:rsidR="002355BD" w:rsidRPr="001179E8" w:rsidRDefault="00000000">
      <w:pPr>
        <w:rPr>
          <w:lang w:val="pt-BR"/>
        </w:rPr>
      </w:pPr>
      <w:r w:rsidRPr="001179E8">
        <w:rPr>
          <w:lang w:val="pt-BR"/>
        </w:rPr>
        <w:t>"Caçador de Recompensas," confirmou Luke, um respeito reverente em sua voz. "O General Vance, quando jovem."</w:t>
      </w:r>
    </w:p>
    <w:p w14:paraId="0485B640" w14:textId="77777777" w:rsidR="002355BD" w:rsidRPr="001179E8" w:rsidRDefault="00000000">
      <w:pPr>
        <w:rPr>
          <w:lang w:val="pt-BR"/>
        </w:rPr>
      </w:pPr>
      <w:r w:rsidRPr="001179E8">
        <w:rPr>
          <w:lang w:val="pt-BR"/>
        </w:rPr>
        <w:br/>
      </w:r>
    </w:p>
    <w:p w14:paraId="18AD734B" w14:textId="77777777" w:rsidR="002355BD" w:rsidRPr="001179E8" w:rsidRDefault="00000000">
      <w:pPr>
        <w:rPr>
          <w:lang w:val="pt-BR"/>
        </w:rPr>
      </w:pPr>
      <w:r w:rsidRPr="001179E8">
        <w:rPr>
          <w:lang w:val="pt-BR"/>
        </w:rPr>
        <w:t>Os dois últimos membros da equipe trabalhavam em conjunto, criando uma sinergia devastadora. Um deles – um homem em vestes elaboradas que lembravam um mago antigo – conjurava energias místicas que prendiam e enfraqueciam os inimigos. O outro – uma figura imponente em um traje azul e branco – controlava os próprios elementos, chamando relâmpagos do céu e ventos furiosos que arremessavam os invasores contra edifícios.</w:t>
      </w:r>
    </w:p>
    <w:p w14:paraId="512CC702" w14:textId="77777777" w:rsidR="002355BD" w:rsidRPr="001179E8" w:rsidRDefault="00000000">
      <w:pPr>
        <w:rPr>
          <w:lang w:val="pt-BR"/>
        </w:rPr>
      </w:pPr>
      <w:r w:rsidRPr="001179E8">
        <w:rPr>
          <w:lang w:val="pt-BR"/>
        </w:rPr>
        <w:br/>
      </w:r>
    </w:p>
    <w:p w14:paraId="3DDB6B7F" w14:textId="77777777" w:rsidR="002355BD" w:rsidRPr="001179E8" w:rsidRDefault="00000000">
      <w:pPr>
        <w:rPr>
          <w:lang w:val="pt-BR"/>
        </w:rPr>
      </w:pPr>
      <w:r w:rsidRPr="001179E8">
        <w:rPr>
          <w:lang w:val="pt-BR"/>
        </w:rPr>
        <w:t>"Sang-Suga e Temporal," completou Luke. "Os manipuladores de magia e clima."</w:t>
      </w:r>
    </w:p>
    <w:p w14:paraId="25B7C3D3" w14:textId="77777777" w:rsidR="002355BD" w:rsidRPr="001179E8" w:rsidRDefault="00000000">
      <w:pPr>
        <w:rPr>
          <w:lang w:val="pt-BR"/>
        </w:rPr>
      </w:pPr>
      <w:r w:rsidRPr="001179E8">
        <w:rPr>
          <w:lang w:val="pt-BR"/>
        </w:rPr>
        <w:br/>
      </w:r>
    </w:p>
    <w:p w14:paraId="15E04395" w14:textId="77777777" w:rsidR="002355BD" w:rsidRPr="001179E8" w:rsidRDefault="00000000">
      <w:pPr>
        <w:rPr>
          <w:lang w:val="pt-BR"/>
        </w:rPr>
      </w:pPr>
      <w:r w:rsidRPr="001179E8">
        <w:rPr>
          <w:lang w:val="pt-BR"/>
        </w:rPr>
        <w:t>A batalha era intensa, mas os Primordiais claramente tinham a vantagem. Anos de treinamento e trabalho em equipe eram evidentes na forma como se comunicavam sem palavras, cobrindo os pontos fracos uns dos outros e maximizando suas forças combinadas.</w:t>
      </w:r>
    </w:p>
    <w:p w14:paraId="578D5B02" w14:textId="77777777" w:rsidR="002355BD" w:rsidRPr="001179E8" w:rsidRDefault="00000000">
      <w:pPr>
        <w:rPr>
          <w:lang w:val="pt-BR"/>
        </w:rPr>
      </w:pPr>
      <w:r w:rsidRPr="001179E8">
        <w:rPr>
          <w:lang w:val="pt-BR"/>
        </w:rPr>
        <w:br/>
      </w:r>
    </w:p>
    <w:p w14:paraId="64E93830" w14:textId="77777777" w:rsidR="002355BD" w:rsidRPr="001179E8" w:rsidRDefault="00000000">
      <w:pPr>
        <w:rPr>
          <w:lang w:val="pt-BR"/>
        </w:rPr>
      </w:pPr>
      <w:r w:rsidRPr="001179E8">
        <w:rPr>
          <w:lang w:val="pt-BR"/>
        </w:rPr>
        <w:t>Luke e Elaine permaneceram escondidos, observando com admiração a lenda ganhar vida diante de seus olhos. Mas então, algo inesperado aconteceu. Um dos Caçadores das Sombras, aparentemente derrotado, subitamente se ergueu e lançou uma esfera de energia negra – não em direção aos Primordiais, mas diretamente para onde Luke e Elaine estavam escondidos.</w:t>
      </w:r>
    </w:p>
    <w:p w14:paraId="621D68D2" w14:textId="77777777" w:rsidR="002355BD" w:rsidRPr="001179E8" w:rsidRDefault="00000000">
      <w:pPr>
        <w:rPr>
          <w:lang w:val="pt-BR"/>
        </w:rPr>
      </w:pPr>
      <w:r w:rsidRPr="001179E8">
        <w:rPr>
          <w:lang w:val="pt-BR"/>
        </w:rPr>
        <w:br/>
      </w:r>
    </w:p>
    <w:p w14:paraId="1D4B22E6" w14:textId="77777777" w:rsidR="002355BD" w:rsidRPr="001179E8" w:rsidRDefault="00000000">
      <w:pPr>
        <w:rPr>
          <w:lang w:val="pt-BR"/>
        </w:rPr>
      </w:pPr>
      <w:r w:rsidRPr="001179E8">
        <w:rPr>
          <w:lang w:val="pt-BR"/>
        </w:rPr>
        <w:t>"Cuidado!" gritou Luke, empurrando Elaine para o lado.</w:t>
      </w:r>
    </w:p>
    <w:p w14:paraId="66868687" w14:textId="77777777" w:rsidR="002355BD" w:rsidRPr="001179E8" w:rsidRDefault="00000000">
      <w:pPr>
        <w:rPr>
          <w:lang w:val="pt-BR"/>
        </w:rPr>
      </w:pPr>
      <w:r w:rsidRPr="001179E8">
        <w:rPr>
          <w:lang w:val="pt-BR"/>
        </w:rPr>
        <w:br/>
      </w:r>
    </w:p>
    <w:p w14:paraId="51E3D2FE" w14:textId="77777777" w:rsidR="002355BD" w:rsidRPr="001179E8" w:rsidRDefault="00000000">
      <w:pPr>
        <w:rPr>
          <w:lang w:val="pt-BR"/>
        </w:rPr>
      </w:pPr>
      <w:r w:rsidRPr="001179E8">
        <w:rPr>
          <w:lang w:val="pt-BR"/>
        </w:rPr>
        <w:t>Ele tentou se teleportar, mas seus poderes pareciam instáveis nesta época, respondendo lentamente. A esfera de energia estava quase sobre eles quando uma figura se materializou entre eles e o ataque – Enigma, movendo-se mais rápido que o olho podia acompanhar.</w:t>
      </w:r>
    </w:p>
    <w:p w14:paraId="2C222DF8" w14:textId="77777777" w:rsidR="002355BD" w:rsidRPr="001179E8" w:rsidRDefault="00000000">
      <w:pPr>
        <w:rPr>
          <w:lang w:val="pt-BR"/>
        </w:rPr>
      </w:pPr>
      <w:r w:rsidRPr="001179E8">
        <w:rPr>
          <w:lang w:val="pt-BR"/>
        </w:rPr>
        <w:lastRenderedPageBreak/>
        <w:br/>
      </w:r>
    </w:p>
    <w:p w14:paraId="364A58D0" w14:textId="77777777" w:rsidR="002355BD" w:rsidRPr="001179E8" w:rsidRDefault="00000000">
      <w:pPr>
        <w:rPr>
          <w:lang w:val="pt-BR"/>
        </w:rPr>
      </w:pPr>
      <w:r w:rsidRPr="001179E8">
        <w:rPr>
          <w:lang w:val="pt-BR"/>
        </w:rPr>
        <w:t>Com um gesto, Enigma desviou a esfera de energia, que explodiu inofensivamente no ar. Então, ele se virou para Luke e Elaine, seu rosto ainda oculto pelo capacete enigmático.</w:t>
      </w:r>
    </w:p>
    <w:p w14:paraId="5D3DF59C" w14:textId="77777777" w:rsidR="002355BD" w:rsidRPr="001179E8" w:rsidRDefault="00000000">
      <w:pPr>
        <w:rPr>
          <w:lang w:val="pt-BR"/>
        </w:rPr>
      </w:pPr>
      <w:r w:rsidRPr="001179E8">
        <w:rPr>
          <w:lang w:val="pt-BR"/>
        </w:rPr>
        <w:br/>
      </w:r>
    </w:p>
    <w:p w14:paraId="2D04378B" w14:textId="77777777" w:rsidR="002355BD" w:rsidRPr="001179E8" w:rsidRDefault="00000000">
      <w:pPr>
        <w:rPr>
          <w:lang w:val="pt-BR"/>
        </w:rPr>
      </w:pPr>
      <w:r w:rsidRPr="001179E8">
        <w:rPr>
          <w:lang w:val="pt-BR"/>
        </w:rPr>
        <w:t>"Vocês não deveriam estar aqui," disse ele, sua voz distorcida por algum tipo de modulador. "É perigoso."</w:t>
      </w:r>
    </w:p>
    <w:p w14:paraId="15D3891E" w14:textId="77777777" w:rsidR="002355BD" w:rsidRPr="001179E8" w:rsidRDefault="00000000">
      <w:pPr>
        <w:rPr>
          <w:lang w:val="pt-BR"/>
        </w:rPr>
      </w:pPr>
      <w:r w:rsidRPr="001179E8">
        <w:rPr>
          <w:lang w:val="pt-BR"/>
        </w:rPr>
        <w:br/>
      </w:r>
    </w:p>
    <w:p w14:paraId="6F401186" w14:textId="77777777" w:rsidR="002355BD" w:rsidRPr="001179E8" w:rsidRDefault="00000000">
      <w:pPr>
        <w:rPr>
          <w:lang w:val="pt-BR"/>
        </w:rPr>
      </w:pPr>
      <w:r w:rsidRPr="001179E8">
        <w:rPr>
          <w:lang w:val="pt-BR"/>
        </w:rPr>
        <w:t>Antes que pudessem responder, Caçador de Recompensas se juntou a eles, suas armas ainda fumegantes. O homem que um dia se tornaria o General Vance era mais jovem, mais impetuoso, mas Luke podia ver os traços do líder que ele se tornaria.</w:t>
      </w:r>
    </w:p>
    <w:p w14:paraId="07ED226A" w14:textId="77777777" w:rsidR="002355BD" w:rsidRPr="001179E8" w:rsidRDefault="00000000">
      <w:pPr>
        <w:rPr>
          <w:lang w:val="pt-BR"/>
        </w:rPr>
      </w:pPr>
      <w:r w:rsidRPr="001179E8">
        <w:rPr>
          <w:lang w:val="pt-BR"/>
        </w:rPr>
        <w:br/>
      </w:r>
    </w:p>
    <w:p w14:paraId="2F4E032B" w14:textId="77777777" w:rsidR="002355BD" w:rsidRPr="001179E8" w:rsidRDefault="00000000">
      <w:pPr>
        <w:rPr>
          <w:lang w:val="pt-BR"/>
        </w:rPr>
      </w:pPr>
      <w:r w:rsidRPr="001179E8">
        <w:rPr>
          <w:lang w:val="pt-BR"/>
        </w:rPr>
        <w:t>"Civis?" perguntou ele a Enigma, lançando um olhar avaliativo para Luke e Elaine. "Precisamos evacuá-los."</w:t>
      </w:r>
    </w:p>
    <w:p w14:paraId="5EDC471C" w14:textId="77777777" w:rsidR="002355BD" w:rsidRPr="001179E8" w:rsidRDefault="00000000">
      <w:pPr>
        <w:rPr>
          <w:lang w:val="pt-BR"/>
        </w:rPr>
      </w:pPr>
      <w:r w:rsidRPr="001179E8">
        <w:rPr>
          <w:lang w:val="pt-BR"/>
        </w:rPr>
        <w:br/>
      </w:r>
    </w:p>
    <w:p w14:paraId="43A0E9BE" w14:textId="77777777" w:rsidR="002355BD" w:rsidRPr="001179E8" w:rsidRDefault="00000000">
      <w:pPr>
        <w:rPr>
          <w:lang w:val="pt-BR"/>
        </w:rPr>
      </w:pPr>
      <w:r w:rsidRPr="001179E8">
        <w:rPr>
          <w:lang w:val="pt-BR"/>
        </w:rPr>
        <w:t>"Não são civis comuns," respondeu Enigma, sua cabeça inclinando-se ligeiramente enquanto estudava os dois. "Há algo... diferente neles."</w:t>
      </w:r>
    </w:p>
    <w:p w14:paraId="0F33FF6F" w14:textId="77777777" w:rsidR="002355BD" w:rsidRPr="001179E8" w:rsidRDefault="00000000">
      <w:pPr>
        <w:rPr>
          <w:lang w:val="pt-BR"/>
        </w:rPr>
      </w:pPr>
      <w:r w:rsidRPr="001179E8">
        <w:rPr>
          <w:lang w:val="pt-BR"/>
        </w:rPr>
        <w:br/>
      </w:r>
    </w:p>
    <w:p w14:paraId="58DAFDE5" w14:textId="77777777" w:rsidR="002355BD" w:rsidRPr="001179E8" w:rsidRDefault="00000000">
      <w:pPr>
        <w:rPr>
          <w:lang w:val="pt-BR"/>
        </w:rPr>
      </w:pPr>
      <w:r w:rsidRPr="001179E8">
        <w:rPr>
          <w:lang w:val="pt-BR"/>
        </w:rPr>
        <w:t>Luke e Elaine trocaram olhares nervosos. Ser descoberto como viajantes do tempo poderia ter consequências catastróficas para a linha temporal.</w:t>
      </w:r>
    </w:p>
    <w:p w14:paraId="644B1959" w14:textId="77777777" w:rsidR="002355BD" w:rsidRPr="001179E8" w:rsidRDefault="00000000">
      <w:pPr>
        <w:rPr>
          <w:lang w:val="pt-BR"/>
        </w:rPr>
      </w:pPr>
      <w:r w:rsidRPr="001179E8">
        <w:rPr>
          <w:lang w:val="pt-BR"/>
        </w:rPr>
        <w:br/>
      </w:r>
    </w:p>
    <w:p w14:paraId="30185F66" w14:textId="77777777" w:rsidR="002355BD" w:rsidRPr="001179E8" w:rsidRDefault="00000000">
      <w:pPr>
        <w:rPr>
          <w:lang w:val="pt-BR"/>
        </w:rPr>
      </w:pPr>
      <w:r w:rsidRPr="001179E8">
        <w:rPr>
          <w:lang w:val="pt-BR"/>
        </w:rPr>
        <w:t>"Estávamos apenas passando," improvisou Luke. "Nos perdemos durante a evacuação."</w:t>
      </w:r>
    </w:p>
    <w:p w14:paraId="32108D65" w14:textId="77777777" w:rsidR="002355BD" w:rsidRPr="001179E8" w:rsidRDefault="00000000">
      <w:pPr>
        <w:rPr>
          <w:lang w:val="pt-BR"/>
        </w:rPr>
      </w:pPr>
      <w:r w:rsidRPr="001179E8">
        <w:rPr>
          <w:lang w:val="pt-BR"/>
        </w:rPr>
        <w:br/>
      </w:r>
    </w:p>
    <w:p w14:paraId="400D1E27" w14:textId="77777777" w:rsidR="002355BD" w:rsidRPr="001179E8" w:rsidRDefault="00000000">
      <w:pPr>
        <w:rPr>
          <w:lang w:val="pt-BR"/>
        </w:rPr>
      </w:pPr>
      <w:r w:rsidRPr="001179E8">
        <w:rPr>
          <w:lang w:val="pt-BR"/>
        </w:rPr>
        <w:t>Caçador de Recompensas estreitou os olhos, claramente cético. "Com roupas como essas? E sem pânico nos olhos como todos os outros civis?" Ele apontou uma de suas armas para eles. "Quem são vocês realmente?"</w:t>
      </w:r>
    </w:p>
    <w:p w14:paraId="524A9C6D" w14:textId="77777777" w:rsidR="002355BD" w:rsidRPr="001179E8" w:rsidRDefault="00000000">
      <w:pPr>
        <w:rPr>
          <w:lang w:val="pt-BR"/>
        </w:rPr>
      </w:pPr>
      <w:r w:rsidRPr="001179E8">
        <w:rPr>
          <w:lang w:val="pt-BR"/>
        </w:rPr>
        <w:lastRenderedPageBreak/>
        <w:br/>
      </w:r>
    </w:p>
    <w:p w14:paraId="135FEEC5" w14:textId="77777777" w:rsidR="002355BD" w:rsidRPr="001179E8" w:rsidRDefault="00000000">
      <w:pPr>
        <w:rPr>
          <w:lang w:val="pt-BR"/>
        </w:rPr>
      </w:pPr>
      <w:r w:rsidRPr="001179E8">
        <w:rPr>
          <w:lang w:val="pt-BR"/>
        </w:rPr>
        <w:t>A situação estava se tornando tensa quando Lion se juntou a eles, seu rosto marcado por alguns cortes, mas seu sorriso carismático intacto.</w:t>
      </w:r>
    </w:p>
    <w:p w14:paraId="6257C7FE" w14:textId="77777777" w:rsidR="002355BD" w:rsidRPr="001179E8" w:rsidRDefault="00000000">
      <w:pPr>
        <w:rPr>
          <w:lang w:val="pt-BR"/>
        </w:rPr>
      </w:pPr>
      <w:r w:rsidRPr="001179E8">
        <w:rPr>
          <w:lang w:val="pt-BR"/>
        </w:rPr>
        <w:br/>
      </w:r>
    </w:p>
    <w:p w14:paraId="5CA03F9A" w14:textId="77777777" w:rsidR="002355BD" w:rsidRPr="001179E8" w:rsidRDefault="00000000">
      <w:pPr>
        <w:rPr>
          <w:lang w:val="pt-BR"/>
        </w:rPr>
      </w:pPr>
      <w:r w:rsidRPr="001179E8">
        <w:rPr>
          <w:lang w:val="pt-BR"/>
        </w:rPr>
        <w:t>"Baixe a arma, Caçador," disse ele, colocando uma mão no ombro do companheiro. "Não é hora para interrogatórios. Precisamos garantir que todos os civis estejam seguros antes que mais daquelas coisas apareçam."</w:t>
      </w:r>
    </w:p>
    <w:p w14:paraId="0AB4D91B" w14:textId="77777777" w:rsidR="002355BD" w:rsidRPr="001179E8" w:rsidRDefault="00000000">
      <w:pPr>
        <w:rPr>
          <w:lang w:val="pt-BR"/>
        </w:rPr>
      </w:pPr>
      <w:r w:rsidRPr="001179E8">
        <w:rPr>
          <w:lang w:val="pt-BR"/>
        </w:rPr>
        <w:br/>
      </w:r>
    </w:p>
    <w:p w14:paraId="56F99256" w14:textId="77777777" w:rsidR="002355BD" w:rsidRPr="001179E8" w:rsidRDefault="00000000">
      <w:pPr>
        <w:rPr>
          <w:lang w:val="pt-BR"/>
        </w:rPr>
      </w:pPr>
      <w:r w:rsidRPr="001179E8">
        <w:rPr>
          <w:lang w:val="pt-BR"/>
        </w:rPr>
        <w:t>Caçador hesitou, mas finalmente baixou a arma. "Esta área deveria estar completamente evacuada," insistiu ele. "E estes dois não parecem exatamente perdidos ou assustados."</w:t>
      </w:r>
    </w:p>
    <w:p w14:paraId="3F6FC98E" w14:textId="77777777" w:rsidR="002355BD" w:rsidRPr="001179E8" w:rsidRDefault="00000000">
      <w:pPr>
        <w:rPr>
          <w:lang w:val="pt-BR"/>
        </w:rPr>
      </w:pPr>
      <w:r w:rsidRPr="001179E8">
        <w:rPr>
          <w:lang w:val="pt-BR"/>
        </w:rPr>
        <w:br/>
      </w:r>
    </w:p>
    <w:p w14:paraId="3E941E09" w14:textId="77777777" w:rsidR="002355BD" w:rsidRPr="001179E8" w:rsidRDefault="00000000">
      <w:pPr>
        <w:rPr>
          <w:lang w:val="pt-BR"/>
        </w:rPr>
      </w:pPr>
      <w:r w:rsidRPr="001179E8">
        <w:rPr>
          <w:lang w:val="pt-BR"/>
        </w:rPr>
        <w:t>Lion estudou Luke e Elaine por um momento, seus olhos perspicazes notando detalhes que outros poderiam perder. "Vocês têm razão, ambos," disse ele finalmente. "Eles não são civis comuns. São metahumanos, posso sentir."</w:t>
      </w:r>
    </w:p>
    <w:p w14:paraId="535103C1" w14:textId="77777777" w:rsidR="002355BD" w:rsidRPr="001179E8" w:rsidRDefault="00000000">
      <w:pPr>
        <w:rPr>
          <w:lang w:val="pt-BR"/>
        </w:rPr>
      </w:pPr>
      <w:r w:rsidRPr="001179E8">
        <w:rPr>
          <w:lang w:val="pt-BR"/>
        </w:rPr>
        <w:br/>
      </w:r>
    </w:p>
    <w:p w14:paraId="6609DDB3" w14:textId="77777777" w:rsidR="002355BD" w:rsidRPr="001179E8" w:rsidRDefault="00000000">
      <w:pPr>
        <w:rPr>
          <w:lang w:val="pt-BR"/>
        </w:rPr>
      </w:pPr>
      <w:r w:rsidRPr="001179E8">
        <w:rPr>
          <w:lang w:val="pt-BR"/>
        </w:rPr>
        <w:t>Luke sentiu Elaine tensa ao seu lado. Ser identificado como metahumano nesta época poderia ser complicado – o registro e controle de indivíduos com poderes estava apenas começando, e a paranoia pública estava em alta.</w:t>
      </w:r>
    </w:p>
    <w:p w14:paraId="238B0D05" w14:textId="77777777" w:rsidR="002355BD" w:rsidRPr="001179E8" w:rsidRDefault="00000000">
      <w:pPr>
        <w:rPr>
          <w:lang w:val="pt-BR"/>
        </w:rPr>
      </w:pPr>
      <w:r w:rsidRPr="001179E8">
        <w:rPr>
          <w:lang w:val="pt-BR"/>
        </w:rPr>
        <w:br/>
      </w:r>
    </w:p>
    <w:p w14:paraId="287F4F5C" w14:textId="77777777" w:rsidR="002355BD" w:rsidRPr="001179E8" w:rsidRDefault="00000000">
      <w:pPr>
        <w:rPr>
          <w:lang w:val="pt-BR"/>
        </w:rPr>
      </w:pPr>
      <w:r w:rsidRPr="001179E8">
        <w:rPr>
          <w:lang w:val="pt-BR"/>
        </w:rPr>
        <w:t>"Não queremos problemas," disse Luke cuidadosamente. "Só estamos tentando voltar para... casa."</w:t>
      </w:r>
    </w:p>
    <w:p w14:paraId="37144E65" w14:textId="77777777" w:rsidR="002355BD" w:rsidRPr="001179E8" w:rsidRDefault="00000000">
      <w:pPr>
        <w:rPr>
          <w:lang w:val="pt-BR"/>
        </w:rPr>
      </w:pPr>
      <w:r w:rsidRPr="001179E8">
        <w:rPr>
          <w:lang w:val="pt-BR"/>
        </w:rPr>
        <w:br/>
      </w:r>
    </w:p>
    <w:p w14:paraId="21104798" w14:textId="77777777" w:rsidR="002355BD" w:rsidRPr="001179E8" w:rsidRDefault="00000000">
      <w:pPr>
        <w:rPr>
          <w:lang w:val="pt-BR"/>
        </w:rPr>
      </w:pPr>
      <w:r w:rsidRPr="001179E8">
        <w:rPr>
          <w:lang w:val="pt-BR"/>
        </w:rPr>
        <w:t>Algo no tom de sua voz pareceu ressoar com Lion, que assentiu lentamente. "E onde seria essa casa, exatamente?"</w:t>
      </w:r>
    </w:p>
    <w:p w14:paraId="08974FF7" w14:textId="77777777" w:rsidR="002355BD" w:rsidRPr="001179E8" w:rsidRDefault="00000000">
      <w:pPr>
        <w:rPr>
          <w:lang w:val="pt-BR"/>
        </w:rPr>
      </w:pPr>
      <w:r w:rsidRPr="001179E8">
        <w:rPr>
          <w:lang w:val="pt-BR"/>
        </w:rPr>
        <w:br/>
      </w:r>
    </w:p>
    <w:p w14:paraId="2FE35D9F" w14:textId="77777777" w:rsidR="002355BD" w:rsidRPr="001179E8" w:rsidRDefault="00000000">
      <w:pPr>
        <w:rPr>
          <w:lang w:val="pt-BR"/>
        </w:rPr>
      </w:pPr>
      <w:r w:rsidRPr="001179E8">
        <w:rPr>
          <w:lang w:val="pt-BR"/>
        </w:rPr>
        <w:lastRenderedPageBreak/>
        <w:t>Antes que Luke pudesse elaborar uma resposta convincente, o céu acima deles se abriu em um vórtice de energia negra. Do centro do vórtice, uma voz retumbante ecoou – antiga, maligna e terrivelmente familiar.</w:t>
      </w:r>
    </w:p>
    <w:p w14:paraId="408B5AA7" w14:textId="77777777" w:rsidR="002355BD" w:rsidRPr="001179E8" w:rsidRDefault="00000000">
      <w:pPr>
        <w:rPr>
          <w:lang w:val="pt-BR"/>
        </w:rPr>
      </w:pPr>
      <w:r w:rsidRPr="001179E8">
        <w:rPr>
          <w:lang w:val="pt-BR"/>
        </w:rPr>
        <w:br/>
      </w:r>
    </w:p>
    <w:p w14:paraId="3D2193DB" w14:textId="77777777" w:rsidR="002355BD" w:rsidRPr="001179E8" w:rsidRDefault="00000000">
      <w:pPr>
        <w:rPr>
          <w:lang w:val="pt-BR"/>
        </w:rPr>
      </w:pPr>
      <w:r w:rsidRPr="001179E8">
        <w:rPr>
          <w:lang w:val="pt-BR"/>
        </w:rPr>
        <w:t>"PRIMORDIAIS," trovejou a voz de Abyzoth. "ESTE É APENAS O COMEÇO. SEUS ESFORÇOS SÃO FÚTEIS. ESTE MUNDO CAIRÁ, COMO TODOS OS OUTROS."</w:t>
      </w:r>
    </w:p>
    <w:p w14:paraId="4C321492" w14:textId="77777777" w:rsidR="002355BD" w:rsidRPr="001179E8" w:rsidRDefault="00000000">
      <w:pPr>
        <w:rPr>
          <w:lang w:val="pt-BR"/>
        </w:rPr>
      </w:pPr>
      <w:r w:rsidRPr="001179E8">
        <w:rPr>
          <w:lang w:val="pt-BR"/>
        </w:rPr>
        <w:br/>
      </w:r>
    </w:p>
    <w:p w14:paraId="384C00FA" w14:textId="77777777" w:rsidR="002355BD" w:rsidRPr="001179E8" w:rsidRDefault="00000000">
      <w:pPr>
        <w:rPr>
          <w:lang w:val="pt-BR"/>
        </w:rPr>
      </w:pPr>
      <w:r w:rsidRPr="001179E8">
        <w:rPr>
          <w:lang w:val="pt-BR"/>
        </w:rPr>
        <w:t>O vórtice pulsou uma vez, violentamente, e então se fechou. As criaturas restantes, como se respondendo a um comando silencioso, subitamente recuaram, desaparecendo nas sombras ou em portais menores que se abriam e fechavam rapidamente.</w:t>
      </w:r>
    </w:p>
    <w:p w14:paraId="56CE4BCA" w14:textId="77777777" w:rsidR="002355BD" w:rsidRPr="001179E8" w:rsidRDefault="00000000">
      <w:pPr>
        <w:rPr>
          <w:lang w:val="pt-BR"/>
        </w:rPr>
      </w:pPr>
      <w:r w:rsidRPr="001179E8">
        <w:rPr>
          <w:lang w:val="pt-BR"/>
        </w:rPr>
        <w:br/>
      </w:r>
    </w:p>
    <w:p w14:paraId="433E5D79" w14:textId="77777777" w:rsidR="002355BD" w:rsidRPr="001179E8" w:rsidRDefault="00000000">
      <w:pPr>
        <w:rPr>
          <w:lang w:val="pt-BR"/>
        </w:rPr>
      </w:pPr>
      <w:r w:rsidRPr="001179E8">
        <w:rPr>
          <w:lang w:val="pt-BR"/>
        </w:rPr>
        <w:t>Um silêncio pesado caiu sobre a rua devastada. Os seis Primordiais se reuniram, trocando olhares significativos que falavam de uma ameaça maior do que haviam antecipado.</w:t>
      </w:r>
    </w:p>
    <w:p w14:paraId="4A94C3AC" w14:textId="77777777" w:rsidR="002355BD" w:rsidRPr="001179E8" w:rsidRDefault="00000000">
      <w:pPr>
        <w:rPr>
          <w:lang w:val="pt-BR"/>
        </w:rPr>
      </w:pPr>
      <w:r w:rsidRPr="001179E8">
        <w:rPr>
          <w:lang w:val="pt-BR"/>
        </w:rPr>
        <w:br/>
      </w:r>
    </w:p>
    <w:p w14:paraId="482379B9" w14:textId="77777777" w:rsidR="002355BD" w:rsidRPr="001179E8" w:rsidRDefault="00000000">
      <w:pPr>
        <w:rPr>
          <w:lang w:val="pt-BR"/>
        </w:rPr>
      </w:pPr>
      <w:r w:rsidRPr="001179E8">
        <w:rPr>
          <w:lang w:val="pt-BR"/>
        </w:rPr>
        <w:t>"Precisamos levá-los para a base," decidiu Lion, voltando sua atenção para Luke e Elaine. "Vocês sabem algo sobre essas criaturas, não sabem? Vi o reconhecimento em seus olhos."</w:t>
      </w:r>
    </w:p>
    <w:p w14:paraId="140178B0" w14:textId="77777777" w:rsidR="002355BD" w:rsidRPr="001179E8" w:rsidRDefault="00000000">
      <w:pPr>
        <w:rPr>
          <w:lang w:val="pt-BR"/>
        </w:rPr>
      </w:pPr>
      <w:r w:rsidRPr="001179E8">
        <w:rPr>
          <w:lang w:val="pt-BR"/>
        </w:rPr>
        <w:br/>
      </w:r>
    </w:p>
    <w:p w14:paraId="177FC08C" w14:textId="77777777" w:rsidR="002355BD" w:rsidRPr="001179E8" w:rsidRDefault="00000000">
      <w:pPr>
        <w:rPr>
          <w:lang w:val="pt-BR"/>
        </w:rPr>
      </w:pPr>
      <w:r w:rsidRPr="001179E8">
        <w:rPr>
          <w:lang w:val="pt-BR"/>
        </w:rPr>
        <w:t>Luke hesitou. Interferir no passado poderia ter consequências catastróficas, mas se Abyzoth já estava atacando nesta época, talvez a linha do tempo já estivesse comprometida. Ou talvez, como havia teorizado antes, isso sempre tivesse sido parte da história, apenas mantido em segredo.</w:t>
      </w:r>
    </w:p>
    <w:p w14:paraId="1B0A6EB6" w14:textId="77777777" w:rsidR="002355BD" w:rsidRPr="001179E8" w:rsidRDefault="00000000">
      <w:pPr>
        <w:rPr>
          <w:lang w:val="pt-BR"/>
        </w:rPr>
      </w:pPr>
      <w:r w:rsidRPr="001179E8">
        <w:rPr>
          <w:lang w:val="pt-BR"/>
        </w:rPr>
        <w:br/>
      </w:r>
    </w:p>
    <w:p w14:paraId="7A460A44" w14:textId="77777777" w:rsidR="002355BD" w:rsidRPr="001179E8" w:rsidRDefault="00000000">
      <w:pPr>
        <w:rPr>
          <w:lang w:val="pt-BR"/>
        </w:rPr>
      </w:pPr>
      <w:r w:rsidRPr="001179E8">
        <w:rPr>
          <w:lang w:val="pt-BR"/>
        </w:rPr>
        <w:t>"Sim," admitiu ele finalmente. "Sabemos algumas coisas."</w:t>
      </w:r>
    </w:p>
    <w:p w14:paraId="6C04BDD9" w14:textId="77777777" w:rsidR="002355BD" w:rsidRPr="001179E8" w:rsidRDefault="00000000">
      <w:pPr>
        <w:rPr>
          <w:lang w:val="pt-BR"/>
        </w:rPr>
      </w:pPr>
      <w:r w:rsidRPr="001179E8">
        <w:rPr>
          <w:lang w:val="pt-BR"/>
        </w:rPr>
        <w:br/>
      </w:r>
    </w:p>
    <w:p w14:paraId="0CF42472" w14:textId="77777777" w:rsidR="002355BD" w:rsidRPr="001179E8" w:rsidRDefault="00000000">
      <w:pPr>
        <w:rPr>
          <w:lang w:val="pt-BR"/>
        </w:rPr>
      </w:pPr>
      <w:r w:rsidRPr="001179E8">
        <w:rPr>
          <w:lang w:val="pt-BR"/>
        </w:rPr>
        <w:t>"Então vocês virão conosco," disse Lion, seu tom não deixando espaço para argumentos. "Android, contate a base. Diga a eles que estamos trazendo... convidados."</w:t>
      </w:r>
    </w:p>
    <w:p w14:paraId="0D26F193" w14:textId="77777777" w:rsidR="002355BD" w:rsidRPr="001179E8" w:rsidRDefault="00000000">
      <w:pPr>
        <w:rPr>
          <w:lang w:val="pt-BR"/>
        </w:rPr>
      </w:pPr>
      <w:r w:rsidRPr="001179E8">
        <w:rPr>
          <w:lang w:val="pt-BR"/>
        </w:rPr>
        <w:lastRenderedPageBreak/>
        <w:br/>
      </w:r>
    </w:p>
    <w:p w14:paraId="2A0E44CF" w14:textId="77777777" w:rsidR="002355BD" w:rsidRPr="001179E8" w:rsidRDefault="00000000">
      <w:pPr>
        <w:rPr>
          <w:lang w:val="pt-BR"/>
        </w:rPr>
      </w:pPr>
      <w:r w:rsidRPr="001179E8">
        <w:rPr>
          <w:lang w:val="pt-BR"/>
        </w:rPr>
        <w:t>---</w:t>
      </w:r>
    </w:p>
    <w:p w14:paraId="007279B7" w14:textId="77777777" w:rsidR="002355BD" w:rsidRPr="001179E8" w:rsidRDefault="00000000">
      <w:pPr>
        <w:rPr>
          <w:lang w:val="pt-BR"/>
        </w:rPr>
      </w:pPr>
      <w:r w:rsidRPr="001179E8">
        <w:rPr>
          <w:lang w:val="pt-BR"/>
        </w:rPr>
        <w:br/>
      </w:r>
    </w:p>
    <w:p w14:paraId="42B42404" w14:textId="77777777" w:rsidR="002355BD" w:rsidRPr="001179E8" w:rsidRDefault="00000000">
      <w:pPr>
        <w:rPr>
          <w:lang w:val="pt-BR"/>
        </w:rPr>
      </w:pPr>
      <w:r w:rsidRPr="001179E8">
        <w:rPr>
          <w:lang w:val="pt-BR"/>
        </w:rPr>
        <w:t>A base dos Primordiais em 1995 era muito diferente da G.R.A.I.A. que Luke e Elaine conheciam. Localizada em um bunker subterrâneo sob o que parecia ser um armazém abandonado, era mais compacta, mais militarizada, com tecnologia que parecia simultaneamente avançada para a época e primitiva pelos padrões de 2025.</w:t>
      </w:r>
    </w:p>
    <w:p w14:paraId="13D692AF" w14:textId="77777777" w:rsidR="002355BD" w:rsidRPr="001179E8" w:rsidRDefault="00000000">
      <w:pPr>
        <w:rPr>
          <w:lang w:val="pt-BR"/>
        </w:rPr>
      </w:pPr>
      <w:r w:rsidRPr="001179E8">
        <w:rPr>
          <w:lang w:val="pt-BR"/>
        </w:rPr>
        <w:br/>
      </w:r>
    </w:p>
    <w:p w14:paraId="29C611BA" w14:textId="77777777" w:rsidR="002355BD" w:rsidRPr="001179E8" w:rsidRDefault="00000000">
      <w:pPr>
        <w:rPr>
          <w:lang w:val="pt-BR"/>
        </w:rPr>
      </w:pPr>
      <w:r w:rsidRPr="001179E8">
        <w:rPr>
          <w:lang w:val="pt-BR"/>
        </w:rPr>
        <w:t>Eles foram levados para uma sala de reuniões no centro do complexo – uma câmara circular com uma mesa redonda no meio, reminiscente das lendas arturianas. Os seis Primordiais tomaram seus lugares ao redor da mesa, deixando duas cadeiras vazias para Luke e Elaine.</w:t>
      </w:r>
    </w:p>
    <w:p w14:paraId="2EA2D15B" w14:textId="77777777" w:rsidR="002355BD" w:rsidRPr="001179E8" w:rsidRDefault="00000000">
      <w:pPr>
        <w:rPr>
          <w:lang w:val="pt-BR"/>
        </w:rPr>
      </w:pPr>
      <w:r w:rsidRPr="001179E8">
        <w:rPr>
          <w:lang w:val="pt-BR"/>
        </w:rPr>
        <w:br/>
      </w:r>
    </w:p>
    <w:p w14:paraId="37466028" w14:textId="77777777" w:rsidR="002355BD" w:rsidRPr="001179E8" w:rsidRDefault="00000000">
      <w:pPr>
        <w:rPr>
          <w:lang w:val="pt-BR"/>
        </w:rPr>
      </w:pPr>
      <w:r w:rsidRPr="001179E8">
        <w:rPr>
          <w:lang w:val="pt-BR"/>
        </w:rPr>
        <w:t>"Agora," começou Lion, seu capacete removido revelando um rosto jovem e bonito com uma juba de cabelos dourados, "quem são vocês realmente, e o que sabem sobre essas criaturas?"</w:t>
      </w:r>
    </w:p>
    <w:p w14:paraId="21E3BF0B" w14:textId="77777777" w:rsidR="002355BD" w:rsidRPr="001179E8" w:rsidRDefault="00000000">
      <w:pPr>
        <w:rPr>
          <w:lang w:val="pt-BR"/>
        </w:rPr>
      </w:pPr>
      <w:r w:rsidRPr="001179E8">
        <w:rPr>
          <w:lang w:val="pt-BR"/>
        </w:rPr>
        <w:br/>
      </w:r>
    </w:p>
    <w:p w14:paraId="3924BAAD" w14:textId="77777777" w:rsidR="002355BD" w:rsidRPr="001179E8" w:rsidRDefault="00000000">
      <w:pPr>
        <w:rPr>
          <w:lang w:val="pt-BR"/>
        </w:rPr>
      </w:pPr>
      <w:r w:rsidRPr="001179E8">
        <w:rPr>
          <w:lang w:val="pt-BR"/>
        </w:rPr>
        <w:t>Luke e Elaine trocaram olhares. Sem palavras, eles chegaram a um acordo silencioso sobre quanto revelar.</w:t>
      </w:r>
    </w:p>
    <w:p w14:paraId="511A42BB" w14:textId="77777777" w:rsidR="002355BD" w:rsidRPr="001179E8" w:rsidRDefault="00000000">
      <w:pPr>
        <w:rPr>
          <w:lang w:val="pt-BR"/>
        </w:rPr>
      </w:pPr>
      <w:r w:rsidRPr="001179E8">
        <w:rPr>
          <w:lang w:val="pt-BR"/>
        </w:rPr>
        <w:br/>
      </w:r>
    </w:p>
    <w:p w14:paraId="777EEF80" w14:textId="77777777" w:rsidR="002355BD" w:rsidRPr="001179E8" w:rsidRDefault="00000000">
      <w:pPr>
        <w:rPr>
          <w:lang w:val="pt-BR"/>
        </w:rPr>
      </w:pPr>
      <w:r w:rsidRPr="001179E8">
        <w:rPr>
          <w:lang w:val="pt-BR"/>
        </w:rPr>
        <w:t>"Meu nome é Luke," disse ele, omitindo seu sobrenome. "E esta é Elaine. Somos... especialistas em fenômenos interdimensionais."</w:t>
      </w:r>
    </w:p>
    <w:p w14:paraId="5BB6ED18" w14:textId="77777777" w:rsidR="002355BD" w:rsidRPr="001179E8" w:rsidRDefault="00000000">
      <w:pPr>
        <w:rPr>
          <w:lang w:val="pt-BR"/>
        </w:rPr>
      </w:pPr>
      <w:r w:rsidRPr="001179E8">
        <w:rPr>
          <w:lang w:val="pt-BR"/>
        </w:rPr>
        <w:br/>
      </w:r>
    </w:p>
    <w:p w14:paraId="13B2ABA1" w14:textId="77777777" w:rsidR="002355BD" w:rsidRPr="001179E8" w:rsidRDefault="00000000">
      <w:pPr>
        <w:rPr>
          <w:lang w:val="pt-BR"/>
        </w:rPr>
      </w:pPr>
      <w:r w:rsidRPr="001179E8">
        <w:rPr>
          <w:lang w:val="pt-BR"/>
        </w:rPr>
        <w:t>"Especialistas?" repetiu Caçador de Recompensas, seu tom cético. Ele também havia removido seu capacete, revelando um rosto mais jovem mas inconfundivelmente familiar para Luke – o homem que um dia se tornaria o General Vance. "Nunca ouvi falar de vocês, e conheço todos os especialistas no campo."</w:t>
      </w:r>
    </w:p>
    <w:p w14:paraId="486F0745" w14:textId="77777777" w:rsidR="002355BD" w:rsidRPr="001179E8" w:rsidRDefault="00000000">
      <w:pPr>
        <w:rPr>
          <w:lang w:val="pt-BR"/>
        </w:rPr>
      </w:pPr>
      <w:r w:rsidRPr="001179E8">
        <w:rPr>
          <w:lang w:val="pt-BR"/>
        </w:rPr>
        <w:lastRenderedPageBreak/>
        <w:br/>
      </w:r>
    </w:p>
    <w:p w14:paraId="6676BC5A" w14:textId="77777777" w:rsidR="002355BD" w:rsidRPr="001179E8" w:rsidRDefault="00000000">
      <w:pPr>
        <w:rPr>
          <w:lang w:val="pt-BR"/>
        </w:rPr>
      </w:pPr>
      <w:r w:rsidRPr="001179E8">
        <w:rPr>
          <w:lang w:val="pt-BR"/>
        </w:rPr>
        <w:t>"Somos... independentes," improvisou Elaine. "Trabalhamos fora dos canais oficiais."</w:t>
      </w:r>
    </w:p>
    <w:p w14:paraId="7424C42D" w14:textId="77777777" w:rsidR="002355BD" w:rsidRPr="001179E8" w:rsidRDefault="00000000">
      <w:pPr>
        <w:rPr>
          <w:lang w:val="pt-BR"/>
        </w:rPr>
      </w:pPr>
      <w:r w:rsidRPr="001179E8">
        <w:rPr>
          <w:lang w:val="pt-BR"/>
        </w:rPr>
        <w:br/>
      </w:r>
    </w:p>
    <w:p w14:paraId="4186D960" w14:textId="77777777" w:rsidR="002355BD" w:rsidRPr="001179E8" w:rsidRDefault="00000000">
      <w:pPr>
        <w:rPr>
          <w:lang w:val="pt-BR"/>
        </w:rPr>
      </w:pPr>
      <w:r w:rsidRPr="001179E8">
        <w:rPr>
          <w:lang w:val="pt-BR"/>
        </w:rPr>
        <w:t>Android, que havia permanecido silencioso até então, inclinou a cabeça ligeiramente. "Seus trajes são de um design que não reconheço. A composição molecular e o padrão de tecelagem não correspondem a nenhum tecido em meu banco de dados."</w:t>
      </w:r>
    </w:p>
    <w:p w14:paraId="6D4E086C" w14:textId="77777777" w:rsidR="002355BD" w:rsidRPr="001179E8" w:rsidRDefault="00000000">
      <w:pPr>
        <w:rPr>
          <w:lang w:val="pt-BR"/>
        </w:rPr>
      </w:pPr>
      <w:r w:rsidRPr="001179E8">
        <w:rPr>
          <w:lang w:val="pt-BR"/>
        </w:rPr>
        <w:br/>
      </w:r>
    </w:p>
    <w:p w14:paraId="65A5FB30" w14:textId="77777777" w:rsidR="002355BD" w:rsidRPr="001179E8" w:rsidRDefault="00000000">
      <w:pPr>
        <w:rPr>
          <w:lang w:val="pt-BR"/>
        </w:rPr>
      </w:pPr>
      <w:r w:rsidRPr="001179E8">
        <w:rPr>
          <w:lang w:val="pt-BR"/>
        </w:rPr>
        <w:t>Luke sentiu um arrepio percorrer sua espinha. Android era conhecido por sua inteligência artificial avançada e capacidade de análise – é claro que ele notaria anomalias em suas roupas.</w:t>
      </w:r>
    </w:p>
    <w:p w14:paraId="2BA24644" w14:textId="77777777" w:rsidR="002355BD" w:rsidRPr="001179E8" w:rsidRDefault="00000000">
      <w:pPr>
        <w:rPr>
          <w:lang w:val="pt-BR"/>
        </w:rPr>
      </w:pPr>
      <w:r w:rsidRPr="001179E8">
        <w:rPr>
          <w:lang w:val="pt-BR"/>
        </w:rPr>
        <w:br/>
      </w:r>
    </w:p>
    <w:p w14:paraId="0B6E72C7" w14:textId="77777777" w:rsidR="002355BD" w:rsidRPr="001179E8" w:rsidRDefault="00000000">
      <w:pPr>
        <w:rPr>
          <w:lang w:val="pt-BR"/>
        </w:rPr>
      </w:pPr>
      <w:r w:rsidRPr="001179E8">
        <w:rPr>
          <w:lang w:val="pt-BR"/>
        </w:rPr>
        <w:t>"O que importa não é quem eles são, mas o que sabem," interveio Sang-Suga, sua voz melodiosa carregando um sotaque que Luke não conseguia identificar. Nesta época, como mencionado nos registros, Sang-Suga ainda se apresentava como homem, embora houvesse uma qualidade andrógina em suas feições que sugeria a transformação que viria décadas depois. "Aquelas criaturas... nunca vi nada parecido antes."</w:t>
      </w:r>
    </w:p>
    <w:p w14:paraId="2735E821" w14:textId="77777777" w:rsidR="002355BD" w:rsidRPr="001179E8" w:rsidRDefault="00000000">
      <w:pPr>
        <w:rPr>
          <w:lang w:val="pt-BR"/>
        </w:rPr>
      </w:pPr>
      <w:r w:rsidRPr="001179E8">
        <w:rPr>
          <w:lang w:val="pt-BR"/>
        </w:rPr>
        <w:br/>
      </w:r>
    </w:p>
    <w:p w14:paraId="5A16F76E" w14:textId="77777777" w:rsidR="002355BD" w:rsidRPr="001179E8" w:rsidRDefault="00000000">
      <w:pPr>
        <w:rPr>
          <w:lang w:val="pt-BR"/>
        </w:rPr>
      </w:pPr>
      <w:r w:rsidRPr="001179E8">
        <w:rPr>
          <w:lang w:val="pt-BR"/>
        </w:rPr>
        <w:t>"Eu vi," disse Enigma, que havia mantido seu capacete, sua voz ainda distorcida pelo modulador. "Em meus sonhos. Criaturas das sombras, servindo a um mestre antigo e terrível."</w:t>
      </w:r>
    </w:p>
    <w:p w14:paraId="3E1F0EB4" w14:textId="77777777" w:rsidR="002355BD" w:rsidRPr="001179E8" w:rsidRDefault="00000000">
      <w:pPr>
        <w:rPr>
          <w:lang w:val="pt-BR"/>
        </w:rPr>
      </w:pPr>
      <w:r w:rsidRPr="001179E8">
        <w:rPr>
          <w:lang w:val="pt-BR"/>
        </w:rPr>
        <w:br/>
      </w:r>
    </w:p>
    <w:p w14:paraId="4883DDC4" w14:textId="77777777" w:rsidR="002355BD" w:rsidRPr="001179E8" w:rsidRDefault="00000000">
      <w:pPr>
        <w:rPr>
          <w:lang w:val="pt-BR"/>
        </w:rPr>
      </w:pPr>
      <w:r w:rsidRPr="001179E8">
        <w:rPr>
          <w:lang w:val="pt-BR"/>
        </w:rPr>
        <w:t>Luke sentiu Elaine tensa ao seu lado. Os registros históricos mencionavam que Enigma tinha algum tipo de conexão psíquica com outras dimensões, mas ouvir isso diretamente era perturbador.</w:t>
      </w:r>
    </w:p>
    <w:p w14:paraId="05DF81E5" w14:textId="77777777" w:rsidR="002355BD" w:rsidRPr="001179E8" w:rsidRDefault="00000000">
      <w:pPr>
        <w:rPr>
          <w:lang w:val="pt-BR"/>
        </w:rPr>
      </w:pPr>
      <w:r w:rsidRPr="001179E8">
        <w:rPr>
          <w:lang w:val="pt-BR"/>
        </w:rPr>
        <w:br/>
      </w:r>
    </w:p>
    <w:p w14:paraId="6A86F1ED" w14:textId="77777777" w:rsidR="002355BD" w:rsidRPr="001179E8" w:rsidRDefault="00000000">
      <w:pPr>
        <w:rPr>
          <w:lang w:val="pt-BR"/>
        </w:rPr>
      </w:pPr>
      <w:r w:rsidRPr="001179E8">
        <w:rPr>
          <w:lang w:val="pt-BR"/>
        </w:rPr>
        <w:t>"Elas são chamadas de Caçadores das Sombras e Devastadores," disse Luke cuidadosamente. "São servos de uma entidade conhecida como Abyzoth, um ser primordial do submundo – uma dimensão paralela à nossa."</w:t>
      </w:r>
    </w:p>
    <w:p w14:paraId="55FBF2BA" w14:textId="77777777" w:rsidR="002355BD" w:rsidRPr="001179E8" w:rsidRDefault="00000000">
      <w:pPr>
        <w:rPr>
          <w:lang w:val="pt-BR"/>
        </w:rPr>
      </w:pPr>
      <w:r w:rsidRPr="001179E8">
        <w:rPr>
          <w:lang w:val="pt-BR"/>
        </w:rPr>
        <w:lastRenderedPageBreak/>
        <w:br/>
      </w:r>
    </w:p>
    <w:p w14:paraId="3D9BBD69" w14:textId="77777777" w:rsidR="002355BD" w:rsidRPr="001179E8" w:rsidRDefault="00000000">
      <w:pPr>
        <w:rPr>
          <w:lang w:val="pt-BR"/>
        </w:rPr>
      </w:pPr>
      <w:r w:rsidRPr="001179E8">
        <w:rPr>
          <w:lang w:val="pt-BR"/>
        </w:rPr>
        <w:t>"E como você sabe disso?" perguntou Temporal, seus olhos azuis elétricos fixos em Luke com intensidade inquietante.</w:t>
      </w:r>
    </w:p>
    <w:p w14:paraId="1ABE37F1" w14:textId="77777777" w:rsidR="002355BD" w:rsidRPr="001179E8" w:rsidRDefault="00000000">
      <w:pPr>
        <w:rPr>
          <w:lang w:val="pt-BR"/>
        </w:rPr>
      </w:pPr>
      <w:r w:rsidRPr="001179E8">
        <w:rPr>
          <w:lang w:val="pt-BR"/>
        </w:rPr>
        <w:br/>
      </w:r>
    </w:p>
    <w:p w14:paraId="0E74E761" w14:textId="77777777" w:rsidR="002355BD" w:rsidRPr="001179E8" w:rsidRDefault="00000000">
      <w:pPr>
        <w:rPr>
          <w:lang w:val="pt-BR"/>
        </w:rPr>
      </w:pPr>
      <w:r w:rsidRPr="001179E8">
        <w:rPr>
          <w:lang w:val="pt-BR"/>
        </w:rPr>
        <w:t>"Pesquisa," respondeu Luke vagamente. "Anos de estudo."</w:t>
      </w:r>
    </w:p>
    <w:p w14:paraId="35DD2B03" w14:textId="77777777" w:rsidR="002355BD" w:rsidRPr="001179E8" w:rsidRDefault="00000000">
      <w:pPr>
        <w:rPr>
          <w:lang w:val="pt-BR"/>
        </w:rPr>
      </w:pPr>
      <w:r w:rsidRPr="001179E8">
        <w:rPr>
          <w:lang w:val="pt-BR"/>
        </w:rPr>
        <w:br/>
      </w:r>
    </w:p>
    <w:p w14:paraId="00C7E377" w14:textId="77777777" w:rsidR="002355BD" w:rsidRPr="001179E8" w:rsidRDefault="00000000">
      <w:pPr>
        <w:rPr>
          <w:lang w:val="pt-BR"/>
        </w:rPr>
      </w:pPr>
      <w:r w:rsidRPr="001179E8">
        <w:rPr>
          <w:lang w:val="pt-BR"/>
        </w:rPr>
        <w:t>"Mentira," disse Enigma subitamente, sua cabeça virando-se para encarar Luke. "Você conhece essas criaturas por experiência direta. Ambos conhecem." Ele se virou para Elaine. "Especialmente você. Você carrega o cheiro do submundo em sua aura."</w:t>
      </w:r>
    </w:p>
    <w:p w14:paraId="0F6E09C0" w14:textId="77777777" w:rsidR="002355BD" w:rsidRPr="001179E8" w:rsidRDefault="00000000">
      <w:pPr>
        <w:rPr>
          <w:lang w:val="pt-BR"/>
        </w:rPr>
      </w:pPr>
      <w:r w:rsidRPr="001179E8">
        <w:rPr>
          <w:lang w:val="pt-BR"/>
        </w:rPr>
        <w:br/>
      </w:r>
    </w:p>
    <w:p w14:paraId="0B78C31A" w14:textId="77777777" w:rsidR="002355BD" w:rsidRPr="001179E8" w:rsidRDefault="00000000">
      <w:pPr>
        <w:rPr>
          <w:lang w:val="pt-BR"/>
        </w:rPr>
      </w:pPr>
      <w:r w:rsidRPr="001179E8">
        <w:rPr>
          <w:lang w:val="pt-BR"/>
        </w:rPr>
        <w:t>Elaine empalideceu ligeiramente, mas manteve a compostura. "Tive... encontros com essas entidades antes, sim."</w:t>
      </w:r>
    </w:p>
    <w:p w14:paraId="32E16BD7" w14:textId="77777777" w:rsidR="002355BD" w:rsidRPr="001179E8" w:rsidRDefault="00000000">
      <w:pPr>
        <w:rPr>
          <w:lang w:val="pt-BR"/>
        </w:rPr>
      </w:pPr>
      <w:r w:rsidRPr="001179E8">
        <w:rPr>
          <w:lang w:val="pt-BR"/>
        </w:rPr>
        <w:br/>
      </w:r>
    </w:p>
    <w:p w14:paraId="0CF2D975" w14:textId="77777777" w:rsidR="002355BD" w:rsidRPr="001179E8" w:rsidRDefault="00000000">
      <w:pPr>
        <w:rPr>
          <w:lang w:val="pt-BR"/>
        </w:rPr>
      </w:pPr>
      <w:r w:rsidRPr="001179E8">
        <w:rPr>
          <w:lang w:val="pt-BR"/>
        </w:rPr>
        <w:t>Um silêncio tenso caiu sobre a sala enquanto os Primordiais absorviam essa informação. Foi Lion quem finalmente quebrou o silêncio.</w:t>
      </w:r>
    </w:p>
    <w:p w14:paraId="5B8D1E21" w14:textId="77777777" w:rsidR="002355BD" w:rsidRPr="001179E8" w:rsidRDefault="00000000">
      <w:pPr>
        <w:rPr>
          <w:lang w:val="pt-BR"/>
        </w:rPr>
      </w:pPr>
      <w:r w:rsidRPr="001179E8">
        <w:rPr>
          <w:lang w:val="pt-BR"/>
        </w:rPr>
        <w:br/>
      </w:r>
    </w:p>
    <w:p w14:paraId="4FC9B828" w14:textId="77777777" w:rsidR="002355BD" w:rsidRPr="001179E8" w:rsidRDefault="00000000">
      <w:pPr>
        <w:rPr>
          <w:lang w:val="pt-BR"/>
        </w:rPr>
      </w:pPr>
      <w:r w:rsidRPr="001179E8">
        <w:rPr>
          <w:lang w:val="pt-BR"/>
        </w:rPr>
        <w:t>"Não importa como vocês sabem," disse ele pragmaticamente. "O que importa é que precisamos de toda a informação possível para combater essa ameaça. Se Abyzoth é tão perigoso quanto parece, não podemos nos dar ao luxo de ignorar qualquer recurso disponível."</w:t>
      </w:r>
    </w:p>
    <w:p w14:paraId="08AAC8BA" w14:textId="77777777" w:rsidR="002355BD" w:rsidRPr="001179E8" w:rsidRDefault="00000000">
      <w:pPr>
        <w:rPr>
          <w:lang w:val="pt-BR"/>
        </w:rPr>
      </w:pPr>
      <w:r w:rsidRPr="001179E8">
        <w:rPr>
          <w:lang w:val="pt-BR"/>
        </w:rPr>
        <w:br/>
      </w:r>
    </w:p>
    <w:p w14:paraId="1AE33428" w14:textId="77777777" w:rsidR="002355BD" w:rsidRPr="001179E8" w:rsidRDefault="00000000">
      <w:pPr>
        <w:rPr>
          <w:lang w:val="pt-BR"/>
        </w:rPr>
      </w:pPr>
      <w:r w:rsidRPr="001179E8">
        <w:rPr>
          <w:lang w:val="pt-BR"/>
        </w:rPr>
        <w:t>"Concordo," disse Android. "A análise preliminar dos dados coletados durante o ataque sugere que essas criaturas são apenas a vanguarda. Há sinais de atividade dimensional crescente em vários pontos da cidade."</w:t>
      </w:r>
    </w:p>
    <w:p w14:paraId="195498EF" w14:textId="77777777" w:rsidR="002355BD" w:rsidRPr="001179E8" w:rsidRDefault="00000000">
      <w:pPr>
        <w:rPr>
          <w:lang w:val="pt-BR"/>
        </w:rPr>
      </w:pPr>
      <w:r w:rsidRPr="001179E8">
        <w:rPr>
          <w:lang w:val="pt-BR"/>
        </w:rPr>
        <w:br/>
      </w:r>
    </w:p>
    <w:p w14:paraId="5D7BB75A" w14:textId="77777777" w:rsidR="002355BD" w:rsidRPr="001179E8" w:rsidRDefault="00000000">
      <w:pPr>
        <w:rPr>
          <w:lang w:val="pt-BR"/>
        </w:rPr>
      </w:pPr>
      <w:r w:rsidRPr="001179E8">
        <w:rPr>
          <w:lang w:val="pt-BR"/>
        </w:rPr>
        <w:lastRenderedPageBreak/>
        <w:t>"Um ataque em grande escala está sendo preparado," concluiu Caçador, seu rosto endurecendo. "Precisamos estar prontos."</w:t>
      </w:r>
    </w:p>
    <w:p w14:paraId="6E35F02D" w14:textId="77777777" w:rsidR="002355BD" w:rsidRPr="001179E8" w:rsidRDefault="00000000">
      <w:pPr>
        <w:rPr>
          <w:lang w:val="pt-BR"/>
        </w:rPr>
      </w:pPr>
      <w:r w:rsidRPr="001179E8">
        <w:rPr>
          <w:lang w:val="pt-BR"/>
        </w:rPr>
        <w:br/>
      </w:r>
    </w:p>
    <w:p w14:paraId="264BF18D" w14:textId="77777777" w:rsidR="002355BD" w:rsidRPr="001179E8" w:rsidRDefault="00000000">
      <w:pPr>
        <w:rPr>
          <w:lang w:val="pt-BR"/>
        </w:rPr>
      </w:pPr>
      <w:r w:rsidRPr="001179E8">
        <w:rPr>
          <w:lang w:val="pt-BR"/>
        </w:rPr>
        <w:t>"E precisamos de vocês dois," disse Lion, voltando-se para Luke e Elaine. "Seu conhecimento pode ser a diferença entre vitória e derrota."</w:t>
      </w:r>
    </w:p>
    <w:p w14:paraId="4A7E63CC" w14:textId="77777777" w:rsidR="002355BD" w:rsidRPr="001179E8" w:rsidRDefault="00000000">
      <w:pPr>
        <w:rPr>
          <w:lang w:val="pt-BR"/>
        </w:rPr>
      </w:pPr>
      <w:r w:rsidRPr="001179E8">
        <w:rPr>
          <w:lang w:val="pt-BR"/>
        </w:rPr>
        <w:br/>
      </w:r>
    </w:p>
    <w:p w14:paraId="6DC75E13" w14:textId="77777777" w:rsidR="002355BD" w:rsidRPr="001179E8" w:rsidRDefault="00000000">
      <w:pPr>
        <w:rPr>
          <w:lang w:val="pt-BR"/>
        </w:rPr>
      </w:pPr>
      <w:r w:rsidRPr="001179E8">
        <w:rPr>
          <w:lang w:val="pt-BR"/>
        </w:rPr>
        <w:t>Luke sentiu o peso da responsabilidade cair sobre seus ombros. Ajudar os Primordiais poderia alterar a linha do tempo, mas recusar poderia resultar em mortes que poderiam ser evitadas. E se este ataque de Abyzoth sempre tivesse sido parte da história, apenas mantido em segredo dos registros públicos, então talvez sua presença aqui não fosse acidental.</w:t>
      </w:r>
    </w:p>
    <w:p w14:paraId="1470FE5C" w14:textId="77777777" w:rsidR="002355BD" w:rsidRPr="001179E8" w:rsidRDefault="00000000">
      <w:pPr>
        <w:rPr>
          <w:lang w:val="pt-BR"/>
        </w:rPr>
      </w:pPr>
      <w:r w:rsidRPr="001179E8">
        <w:rPr>
          <w:lang w:val="pt-BR"/>
        </w:rPr>
        <w:br/>
      </w:r>
    </w:p>
    <w:p w14:paraId="4DDAC1D9" w14:textId="77777777" w:rsidR="002355BD" w:rsidRPr="001179E8" w:rsidRDefault="00000000">
      <w:pPr>
        <w:rPr>
          <w:lang w:val="pt-BR"/>
        </w:rPr>
      </w:pPr>
      <w:r w:rsidRPr="001179E8">
        <w:rPr>
          <w:lang w:val="pt-BR"/>
        </w:rPr>
        <w:t>"Ajudaremos no que pudermos," disse ele finalmente. "Mas precisamos ser cautelosos sobre quanto revelamos."</w:t>
      </w:r>
    </w:p>
    <w:p w14:paraId="5C4B8509" w14:textId="77777777" w:rsidR="002355BD" w:rsidRPr="001179E8" w:rsidRDefault="00000000">
      <w:pPr>
        <w:rPr>
          <w:lang w:val="pt-BR"/>
        </w:rPr>
      </w:pPr>
      <w:r w:rsidRPr="001179E8">
        <w:rPr>
          <w:lang w:val="pt-BR"/>
        </w:rPr>
        <w:br/>
      </w:r>
    </w:p>
    <w:p w14:paraId="583B96FD" w14:textId="77777777" w:rsidR="002355BD" w:rsidRPr="001179E8" w:rsidRDefault="00000000">
      <w:pPr>
        <w:rPr>
          <w:lang w:val="pt-BR"/>
        </w:rPr>
      </w:pPr>
      <w:r w:rsidRPr="001179E8">
        <w:rPr>
          <w:lang w:val="pt-BR"/>
        </w:rPr>
        <w:t>Lion assentiu, aceitando a condição sem questionar. "Entendido. Por enquanto, precisamos de informações táticas – pontos fracos dessas criaturas, padrões de ataque, qualquer coisa que possa nos dar uma vantagem."</w:t>
      </w:r>
    </w:p>
    <w:p w14:paraId="011C5742" w14:textId="77777777" w:rsidR="002355BD" w:rsidRPr="001179E8" w:rsidRDefault="00000000">
      <w:pPr>
        <w:rPr>
          <w:lang w:val="pt-BR"/>
        </w:rPr>
      </w:pPr>
      <w:r w:rsidRPr="001179E8">
        <w:rPr>
          <w:lang w:val="pt-BR"/>
        </w:rPr>
        <w:br/>
      </w:r>
    </w:p>
    <w:p w14:paraId="374C2F4E" w14:textId="77777777" w:rsidR="002355BD" w:rsidRPr="001179E8" w:rsidRDefault="00000000">
      <w:pPr>
        <w:rPr>
          <w:lang w:val="pt-BR"/>
        </w:rPr>
      </w:pPr>
      <w:r w:rsidRPr="001179E8">
        <w:rPr>
          <w:lang w:val="pt-BR"/>
        </w:rPr>
        <w:t>Durante a hora seguinte, Luke e Elaine compartilharam informações cuidadosamente selecionadas sobre os Caçadores das Sombras e Devastadores – suas vulnerabilidades a certos tipos de energia, suas táticas de combate, como identificar e neutralizar seus portais. Eles evitaram mencionar qualquer coisa específica sobre o futuro ou sobre como haviam realmente adquirido esse conhecimento.</w:t>
      </w:r>
    </w:p>
    <w:p w14:paraId="00BFA340" w14:textId="77777777" w:rsidR="002355BD" w:rsidRPr="001179E8" w:rsidRDefault="00000000">
      <w:pPr>
        <w:rPr>
          <w:lang w:val="pt-BR"/>
        </w:rPr>
      </w:pPr>
      <w:r w:rsidRPr="001179E8">
        <w:rPr>
          <w:lang w:val="pt-BR"/>
        </w:rPr>
        <w:br/>
      </w:r>
    </w:p>
    <w:p w14:paraId="52E67A02" w14:textId="77777777" w:rsidR="002355BD" w:rsidRPr="001179E8" w:rsidRDefault="00000000">
      <w:pPr>
        <w:rPr>
          <w:lang w:val="pt-BR"/>
        </w:rPr>
      </w:pPr>
      <w:r w:rsidRPr="001179E8">
        <w:rPr>
          <w:lang w:val="pt-BR"/>
        </w:rPr>
        <w:t>Os Primordiais absorveram tudo com atenção profissional, fazendo perguntas perspicazes que revelavam por que eles haviam se tornado lendas. A inteligência estratégica de Android, a intuição de Lion, o pragmatismo brutal de Caçador, o conhecimento místico de Sang-Suga, a compreensão meteorológica de Temporal, e as percepções dimensionais de Enigma – juntos, formavam uma equipe formidável.</w:t>
      </w:r>
    </w:p>
    <w:p w14:paraId="6EE37B90" w14:textId="77777777" w:rsidR="002355BD" w:rsidRPr="001179E8" w:rsidRDefault="00000000">
      <w:pPr>
        <w:rPr>
          <w:lang w:val="pt-BR"/>
        </w:rPr>
      </w:pPr>
      <w:r w:rsidRPr="001179E8">
        <w:rPr>
          <w:lang w:val="pt-BR"/>
        </w:rPr>
        <w:lastRenderedPageBreak/>
        <w:br/>
      </w:r>
    </w:p>
    <w:p w14:paraId="28082AA4" w14:textId="77777777" w:rsidR="002355BD" w:rsidRPr="001179E8" w:rsidRDefault="00000000">
      <w:pPr>
        <w:rPr>
          <w:lang w:val="pt-BR"/>
        </w:rPr>
      </w:pPr>
      <w:r w:rsidRPr="001179E8">
        <w:rPr>
          <w:lang w:val="pt-BR"/>
        </w:rPr>
        <w:t>Quando a reunião finalmente terminou, Lion se levantou. "Vocês ficarão aqui esta noite," anunciou ele. "É o lugar mais seguro da cidade, e precisaremos de vocês amanhã quando formularmos nosso plano de contra-ataque."</w:t>
      </w:r>
    </w:p>
    <w:p w14:paraId="5C589BA2" w14:textId="77777777" w:rsidR="002355BD" w:rsidRPr="001179E8" w:rsidRDefault="00000000">
      <w:pPr>
        <w:rPr>
          <w:lang w:val="pt-BR"/>
        </w:rPr>
      </w:pPr>
      <w:r w:rsidRPr="001179E8">
        <w:rPr>
          <w:lang w:val="pt-BR"/>
        </w:rPr>
        <w:br/>
      </w:r>
    </w:p>
    <w:p w14:paraId="4E578FAF" w14:textId="77777777" w:rsidR="002355BD" w:rsidRPr="001179E8" w:rsidRDefault="00000000">
      <w:pPr>
        <w:rPr>
          <w:lang w:val="pt-BR"/>
        </w:rPr>
      </w:pPr>
      <w:r w:rsidRPr="001179E8">
        <w:rPr>
          <w:lang w:val="pt-BR"/>
        </w:rPr>
        <w:t>"Caçador, mostre a eles os quartos de hóspedes," instruiu ele. "Android, continue monitorando a atividade dimensional. Enigma, veja se consegue sonhar com mais informações sobre Abyzoth. Sang-Suga, prepare as defesas místicas. Temporal, precisamos de um sistema de alerta precoce – algo que detecte distúrbios atmosféricos associados a portais se abrindo."</w:t>
      </w:r>
    </w:p>
    <w:p w14:paraId="103013C1" w14:textId="77777777" w:rsidR="002355BD" w:rsidRPr="001179E8" w:rsidRDefault="00000000">
      <w:pPr>
        <w:rPr>
          <w:lang w:val="pt-BR"/>
        </w:rPr>
      </w:pPr>
      <w:r w:rsidRPr="001179E8">
        <w:rPr>
          <w:lang w:val="pt-BR"/>
        </w:rPr>
        <w:br/>
      </w:r>
    </w:p>
    <w:p w14:paraId="1F728B29" w14:textId="77777777" w:rsidR="002355BD" w:rsidRPr="001179E8" w:rsidRDefault="00000000">
      <w:pPr>
        <w:rPr>
          <w:lang w:val="pt-BR"/>
        </w:rPr>
      </w:pPr>
      <w:r w:rsidRPr="001179E8">
        <w:rPr>
          <w:lang w:val="pt-BR"/>
        </w:rPr>
        <w:t>Todos assentiram, aceitando suas tarefas sem questionar. A eficiência e o respeito pela liderança de Lion eram palpáveis.</w:t>
      </w:r>
    </w:p>
    <w:p w14:paraId="085178A4" w14:textId="77777777" w:rsidR="002355BD" w:rsidRPr="001179E8" w:rsidRDefault="00000000">
      <w:pPr>
        <w:rPr>
          <w:lang w:val="pt-BR"/>
        </w:rPr>
      </w:pPr>
      <w:r w:rsidRPr="001179E8">
        <w:rPr>
          <w:lang w:val="pt-BR"/>
        </w:rPr>
        <w:br/>
      </w:r>
    </w:p>
    <w:p w14:paraId="388DEFC3" w14:textId="77777777" w:rsidR="002355BD" w:rsidRPr="001179E8" w:rsidRDefault="00000000">
      <w:pPr>
        <w:rPr>
          <w:lang w:val="pt-BR"/>
        </w:rPr>
      </w:pPr>
      <w:r w:rsidRPr="001179E8">
        <w:rPr>
          <w:lang w:val="pt-BR"/>
        </w:rPr>
        <w:t>Caçador de Recompensas – o futuro General Vance – gesticulou para Luke e Elaine o seguirem. "Por aqui," disse ele, seu tom ainda desconfiado mas profissional.</w:t>
      </w:r>
    </w:p>
    <w:p w14:paraId="3833F0EB" w14:textId="77777777" w:rsidR="002355BD" w:rsidRPr="001179E8" w:rsidRDefault="00000000">
      <w:pPr>
        <w:rPr>
          <w:lang w:val="pt-BR"/>
        </w:rPr>
      </w:pPr>
      <w:r w:rsidRPr="001179E8">
        <w:rPr>
          <w:lang w:val="pt-BR"/>
        </w:rPr>
        <w:br/>
      </w:r>
    </w:p>
    <w:p w14:paraId="3BAE427C" w14:textId="77777777" w:rsidR="002355BD" w:rsidRPr="001179E8" w:rsidRDefault="00000000">
      <w:pPr>
        <w:rPr>
          <w:lang w:val="pt-BR"/>
        </w:rPr>
      </w:pPr>
      <w:r w:rsidRPr="001179E8">
        <w:rPr>
          <w:lang w:val="pt-BR"/>
        </w:rPr>
        <w:t>Ele os guiou por corredores metálicos até uma seção mais residencial da base. "Estes são nossos quartos de hóspedes," explicou, abrindo uma porta que revelava um quarto simples mas confortável com duas camas separadas. "Banheiro ali, roupas limpas nos armários. Tentem não vagar pela base sem escolta."</w:t>
      </w:r>
    </w:p>
    <w:p w14:paraId="27396418" w14:textId="77777777" w:rsidR="002355BD" w:rsidRPr="001179E8" w:rsidRDefault="00000000">
      <w:pPr>
        <w:rPr>
          <w:lang w:val="pt-BR"/>
        </w:rPr>
      </w:pPr>
      <w:r w:rsidRPr="001179E8">
        <w:rPr>
          <w:lang w:val="pt-BR"/>
        </w:rPr>
        <w:br/>
      </w:r>
    </w:p>
    <w:p w14:paraId="5FC1A669" w14:textId="77777777" w:rsidR="002355BD" w:rsidRPr="001179E8" w:rsidRDefault="00000000">
      <w:pPr>
        <w:rPr>
          <w:lang w:val="pt-BR"/>
        </w:rPr>
      </w:pPr>
      <w:r w:rsidRPr="001179E8">
        <w:rPr>
          <w:lang w:val="pt-BR"/>
        </w:rPr>
        <w:t>Quando ele se virou para sair, Luke não conseguiu resistir. "Caçador," chamou ele. "Obrigado."</w:t>
      </w:r>
    </w:p>
    <w:p w14:paraId="231A051B" w14:textId="77777777" w:rsidR="002355BD" w:rsidRPr="001179E8" w:rsidRDefault="00000000">
      <w:pPr>
        <w:rPr>
          <w:lang w:val="pt-BR"/>
        </w:rPr>
      </w:pPr>
      <w:r w:rsidRPr="001179E8">
        <w:rPr>
          <w:lang w:val="pt-BR"/>
        </w:rPr>
        <w:br/>
      </w:r>
    </w:p>
    <w:p w14:paraId="3842930F" w14:textId="77777777" w:rsidR="002355BD" w:rsidRPr="001179E8" w:rsidRDefault="00000000">
      <w:pPr>
        <w:rPr>
          <w:lang w:val="pt-BR"/>
        </w:rPr>
      </w:pPr>
      <w:r w:rsidRPr="001179E8">
        <w:rPr>
          <w:lang w:val="pt-BR"/>
        </w:rPr>
        <w:t>O homem parou, olhando por cima do ombro. "Pelo quê?"</w:t>
      </w:r>
    </w:p>
    <w:p w14:paraId="6D106D67" w14:textId="77777777" w:rsidR="002355BD" w:rsidRPr="001179E8" w:rsidRDefault="00000000">
      <w:pPr>
        <w:rPr>
          <w:lang w:val="pt-BR"/>
        </w:rPr>
      </w:pPr>
      <w:r w:rsidRPr="001179E8">
        <w:rPr>
          <w:lang w:val="pt-BR"/>
        </w:rPr>
        <w:lastRenderedPageBreak/>
        <w:br/>
      </w:r>
    </w:p>
    <w:p w14:paraId="2A420925" w14:textId="77777777" w:rsidR="002355BD" w:rsidRPr="001179E8" w:rsidRDefault="00000000">
      <w:pPr>
        <w:rPr>
          <w:lang w:val="pt-BR"/>
        </w:rPr>
      </w:pPr>
      <w:r w:rsidRPr="001179E8">
        <w:rPr>
          <w:lang w:val="pt-BR"/>
        </w:rPr>
        <w:t>"Por confiar em nós," respondeu Luke. "Sei que não é fácil para você."</w:t>
      </w:r>
    </w:p>
    <w:p w14:paraId="4265ACAE" w14:textId="77777777" w:rsidR="002355BD" w:rsidRPr="001179E8" w:rsidRDefault="00000000">
      <w:pPr>
        <w:rPr>
          <w:lang w:val="pt-BR"/>
        </w:rPr>
      </w:pPr>
      <w:r w:rsidRPr="001179E8">
        <w:rPr>
          <w:lang w:val="pt-BR"/>
        </w:rPr>
        <w:br/>
      </w:r>
    </w:p>
    <w:p w14:paraId="519E59B0" w14:textId="77777777" w:rsidR="002355BD" w:rsidRPr="001179E8" w:rsidRDefault="00000000">
      <w:pPr>
        <w:rPr>
          <w:lang w:val="pt-BR"/>
        </w:rPr>
      </w:pPr>
      <w:r w:rsidRPr="001179E8">
        <w:rPr>
          <w:lang w:val="pt-BR"/>
        </w:rPr>
        <w:t>Caçador estudou Luke por um longo momento, seus olhos penetrantes como se tentassem enxergar através dele. "Não confio em vocês," disse ele finalmente. "Mas confio no julgamento de Lion. E se ele diz que precisamos de vocês, então precisamos."</w:t>
      </w:r>
    </w:p>
    <w:p w14:paraId="42E3A3E8" w14:textId="77777777" w:rsidR="002355BD" w:rsidRPr="001179E8" w:rsidRDefault="00000000">
      <w:pPr>
        <w:rPr>
          <w:lang w:val="pt-BR"/>
        </w:rPr>
      </w:pPr>
      <w:r w:rsidRPr="001179E8">
        <w:rPr>
          <w:lang w:val="pt-BR"/>
        </w:rPr>
        <w:br/>
      </w:r>
    </w:p>
    <w:p w14:paraId="3213D57F" w14:textId="77777777" w:rsidR="002355BD" w:rsidRPr="001179E8" w:rsidRDefault="00000000">
      <w:pPr>
        <w:rPr>
          <w:lang w:val="pt-BR"/>
        </w:rPr>
      </w:pPr>
      <w:r w:rsidRPr="001179E8">
        <w:rPr>
          <w:lang w:val="pt-BR"/>
        </w:rPr>
        <w:t>Com isso, ele saiu, fechando a porta atrás de si.</w:t>
      </w:r>
    </w:p>
    <w:p w14:paraId="3DF2374A" w14:textId="77777777" w:rsidR="002355BD" w:rsidRPr="001179E8" w:rsidRDefault="00000000">
      <w:pPr>
        <w:rPr>
          <w:lang w:val="pt-BR"/>
        </w:rPr>
      </w:pPr>
      <w:r w:rsidRPr="001179E8">
        <w:rPr>
          <w:lang w:val="pt-BR"/>
        </w:rPr>
        <w:br/>
      </w:r>
    </w:p>
    <w:p w14:paraId="103FD6AC" w14:textId="77777777" w:rsidR="002355BD" w:rsidRPr="001179E8" w:rsidRDefault="00000000">
      <w:pPr>
        <w:rPr>
          <w:lang w:val="pt-BR"/>
        </w:rPr>
      </w:pPr>
      <w:r w:rsidRPr="001179E8">
        <w:rPr>
          <w:lang w:val="pt-BR"/>
        </w:rPr>
        <w:t>Luke e Elaine finalmente ficaram sozinhos pela primeira vez desde que haviam chegado a 1995. Ambos desabaram nas camas, exaustos física e emocionalmente.</w:t>
      </w:r>
    </w:p>
    <w:p w14:paraId="7C1B2E37" w14:textId="77777777" w:rsidR="002355BD" w:rsidRPr="001179E8" w:rsidRDefault="00000000">
      <w:pPr>
        <w:rPr>
          <w:lang w:val="pt-BR"/>
        </w:rPr>
      </w:pPr>
      <w:r w:rsidRPr="001179E8">
        <w:rPr>
          <w:lang w:val="pt-BR"/>
        </w:rPr>
        <w:br/>
      </w:r>
    </w:p>
    <w:p w14:paraId="39C8FADA" w14:textId="77777777" w:rsidR="002355BD" w:rsidRPr="001179E8" w:rsidRDefault="00000000">
      <w:pPr>
        <w:rPr>
          <w:lang w:val="pt-BR"/>
        </w:rPr>
      </w:pPr>
      <w:r w:rsidRPr="001179E8">
        <w:rPr>
          <w:lang w:val="pt-BR"/>
        </w:rPr>
        <w:t>"Isso é loucura," murmurou Elaine, passando as mãos pelo cabelo. "Estamos realmente aqui, com os Primordiais originais."</w:t>
      </w:r>
    </w:p>
    <w:p w14:paraId="6E4C553C" w14:textId="77777777" w:rsidR="002355BD" w:rsidRPr="001179E8" w:rsidRDefault="00000000">
      <w:pPr>
        <w:rPr>
          <w:lang w:val="pt-BR"/>
        </w:rPr>
      </w:pPr>
      <w:r w:rsidRPr="001179E8">
        <w:rPr>
          <w:lang w:val="pt-BR"/>
        </w:rPr>
        <w:br/>
      </w:r>
    </w:p>
    <w:p w14:paraId="016EC90D" w14:textId="77777777" w:rsidR="002355BD" w:rsidRPr="001179E8" w:rsidRDefault="00000000">
      <w:pPr>
        <w:rPr>
          <w:lang w:val="pt-BR"/>
        </w:rPr>
      </w:pPr>
      <w:r w:rsidRPr="001179E8">
        <w:rPr>
          <w:lang w:val="pt-BR"/>
        </w:rPr>
        <w:t>"Parece que sim," respondeu Luke, ainda tentando processar tudo. "A questão é: por quê? Por que o portal nos trouxe para este momento específico?"</w:t>
      </w:r>
    </w:p>
    <w:p w14:paraId="12239AB8" w14:textId="77777777" w:rsidR="002355BD" w:rsidRPr="001179E8" w:rsidRDefault="00000000">
      <w:pPr>
        <w:rPr>
          <w:lang w:val="pt-BR"/>
        </w:rPr>
      </w:pPr>
      <w:r w:rsidRPr="001179E8">
        <w:rPr>
          <w:lang w:val="pt-BR"/>
        </w:rPr>
        <w:br/>
      </w:r>
    </w:p>
    <w:p w14:paraId="7AF331A6" w14:textId="77777777" w:rsidR="002355BD" w:rsidRPr="001179E8" w:rsidRDefault="00000000">
      <w:pPr>
        <w:rPr>
          <w:lang w:val="pt-BR"/>
        </w:rPr>
      </w:pPr>
      <w:r w:rsidRPr="001179E8">
        <w:rPr>
          <w:lang w:val="pt-BR"/>
        </w:rPr>
        <w:t>"Talvez seja uma coincidência," sugeriu Elaine, mas seu tom indicava que ela mesma não acreditava nisso.</w:t>
      </w:r>
    </w:p>
    <w:p w14:paraId="5EC4AA79" w14:textId="77777777" w:rsidR="002355BD" w:rsidRPr="001179E8" w:rsidRDefault="00000000">
      <w:pPr>
        <w:rPr>
          <w:lang w:val="pt-BR"/>
        </w:rPr>
      </w:pPr>
      <w:r w:rsidRPr="001179E8">
        <w:rPr>
          <w:lang w:val="pt-BR"/>
        </w:rPr>
        <w:br/>
      </w:r>
    </w:p>
    <w:p w14:paraId="39CCBB40" w14:textId="77777777" w:rsidR="002355BD" w:rsidRPr="001179E8" w:rsidRDefault="00000000">
      <w:pPr>
        <w:rPr>
          <w:lang w:val="pt-BR"/>
        </w:rPr>
      </w:pPr>
      <w:r w:rsidRPr="001179E8">
        <w:rPr>
          <w:lang w:val="pt-BR"/>
        </w:rPr>
        <w:t>"Não acredito em coincidências," disse Luke, sentando-se na beirada da cama. "Especialmente quando se trata de viagem no tempo. Tem que haver uma razão."</w:t>
      </w:r>
    </w:p>
    <w:p w14:paraId="7E38512D" w14:textId="77777777" w:rsidR="002355BD" w:rsidRPr="001179E8" w:rsidRDefault="00000000">
      <w:pPr>
        <w:rPr>
          <w:lang w:val="pt-BR"/>
        </w:rPr>
      </w:pPr>
      <w:r w:rsidRPr="001179E8">
        <w:rPr>
          <w:lang w:val="pt-BR"/>
        </w:rPr>
        <w:br/>
      </w:r>
    </w:p>
    <w:p w14:paraId="518F1DC3" w14:textId="77777777" w:rsidR="002355BD" w:rsidRPr="001179E8" w:rsidRDefault="00000000">
      <w:pPr>
        <w:rPr>
          <w:lang w:val="pt-BR"/>
        </w:rPr>
      </w:pPr>
      <w:r w:rsidRPr="001179E8">
        <w:rPr>
          <w:lang w:val="pt-BR"/>
        </w:rPr>
        <w:lastRenderedPageBreak/>
        <w:t>"O cristal," lembrou Elaine subitamente, sentando-se também. "O cristal que os Guardiões nos deram. Talvez contenha alguma pista."</w:t>
      </w:r>
    </w:p>
    <w:p w14:paraId="7A75A9C3" w14:textId="77777777" w:rsidR="002355BD" w:rsidRPr="001179E8" w:rsidRDefault="00000000">
      <w:pPr>
        <w:rPr>
          <w:lang w:val="pt-BR"/>
        </w:rPr>
      </w:pPr>
      <w:r w:rsidRPr="001179E8">
        <w:rPr>
          <w:lang w:val="pt-BR"/>
        </w:rPr>
        <w:br/>
      </w:r>
    </w:p>
    <w:p w14:paraId="0EFE9B93" w14:textId="77777777" w:rsidR="002355BD" w:rsidRPr="001179E8" w:rsidRDefault="00000000">
      <w:pPr>
        <w:rPr>
          <w:lang w:val="pt-BR"/>
        </w:rPr>
      </w:pPr>
      <w:r w:rsidRPr="001179E8">
        <w:rPr>
          <w:lang w:val="pt-BR"/>
        </w:rPr>
        <w:t>Luke pegou o pequeno cristal do bolso, examinando-o à luz. Os símbolos gravados em sua superfície pareciam mudar e fluir, como se estivessem vivos.</w:t>
      </w:r>
    </w:p>
    <w:p w14:paraId="58A30216" w14:textId="77777777" w:rsidR="002355BD" w:rsidRPr="001179E8" w:rsidRDefault="00000000">
      <w:pPr>
        <w:rPr>
          <w:lang w:val="pt-BR"/>
        </w:rPr>
      </w:pPr>
      <w:r w:rsidRPr="001179E8">
        <w:rPr>
          <w:lang w:val="pt-BR"/>
        </w:rPr>
        <w:br/>
      </w:r>
    </w:p>
    <w:p w14:paraId="0093DBDD" w14:textId="77777777" w:rsidR="002355BD" w:rsidRPr="001179E8" w:rsidRDefault="00000000">
      <w:pPr>
        <w:rPr>
          <w:lang w:val="pt-BR"/>
        </w:rPr>
      </w:pPr>
      <w:r w:rsidRPr="001179E8">
        <w:rPr>
          <w:lang w:val="pt-BR"/>
        </w:rPr>
        <w:t>"Não consigo decifrar isso," admitiu ele frustrado. "Precisaríamos de alguém com conhecimento de símbolos antigos, alguém versado em magia e dimensões alternativas..."</w:t>
      </w:r>
    </w:p>
    <w:p w14:paraId="436666E8" w14:textId="77777777" w:rsidR="002355BD" w:rsidRPr="001179E8" w:rsidRDefault="00000000">
      <w:pPr>
        <w:rPr>
          <w:lang w:val="pt-BR"/>
        </w:rPr>
      </w:pPr>
      <w:r w:rsidRPr="001179E8">
        <w:rPr>
          <w:lang w:val="pt-BR"/>
        </w:rPr>
        <w:br/>
      </w:r>
    </w:p>
    <w:p w14:paraId="4A869FE8" w14:textId="77777777" w:rsidR="002355BD" w:rsidRPr="001179E8" w:rsidRDefault="00000000">
      <w:pPr>
        <w:rPr>
          <w:lang w:val="pt-BR"/>
        </w:rPr>
      </w:pPr>
      <w:r w:rsidRPr="001179E8">
        <w:rPr>
          <w:lang w:val="pt-BR"/>
        </w:rPr>
        <w:t>Eles se entreolharam, a mesma ideia ocorrendo a ambos simultaneamente.</w:t>
      </w:r>
    </w:p>
    <w:p w14:paraId="29B1737B" w14:textId="77777777" w:rsidR="002355BD" w:rsidRPr="001179E8" w:rsidRDefault="00000000">
      <w:pPr>
        <w:rPr>
          <w:lang w:val="pt-BR"/>
        </w:rPr>
      </w:pPr>
      <w:r w:rsidRPr="001179E8">
        <w:rPr>
          <w:lang w:val="pt-BR"/>
        </w:rPr>
        <w:br/>
      </w:r>
    </w:p>
    <w:p w14:paraId="17A7F440" w14:textId="77777777" w:rsidR="002355BD" w:rsidRPr="001179E8" w:rsidRDefault="00000000">
      <w:pPr>
        <w:rPr>
          <w:lang w:val="pt-BR"/>
        </w:rPr>
      </w:pPr>
      <w:r w:rsidRPr="001179E8">
        <w:rPr>
          <w:lang w:val="pt-BR"/>
        </w:rPr>
        <w:t>"Sang-Suga," disseram em uníssono.</w:t>
      </w:r>
    </w:p>
    <w:p w14:paraId="2152086E" w14:textId="77777777" w:rsidR="002355BD" w:rsidRPr="001179E8" w:rsidRDefault="00000000">
      <w:pPr>
        <w:rPr>
          <w:lang w:val="pt-BR"/>
        </w:rPr>
      </w:pPr>
      <w:r w:rsidRPr="001179E8">
        <w:rPr>
          <w:lang w:val="pt-BR"/>
        </w:rPr>
        <w:br/>
      </w:r>
    </w:p>
    <w:p w14:paraId="631A1AE2" w14:textId="77777777" w:rsidR="002355BD" w:rsidRPr="001179E8" w:rsidRDefault="00000000">
      <w:pPr>
        <w:rPr>
          <w:lang w:val="pt-BR"/>
        </w:rPr>
      </w:pPr>
      <w:r w:rsidRPr="001179E8">
        <w:rPr>
          <w:lang w:val="pt-BR"/>
        </w:rPr>
        <w:t>"Ele – ou ela, no nosso tempo – é conhecido por seu conhecimento de magia antiga," disse Luke. "Se alguém pode decifrar este cristal, é Sang-Suga."</w:t>
      </w:r>
    </w:p>
    <w:p w14:paraId="7B862F68" w14:textId="77777777" w:rsidR="002355BD" w:rsidRPr="001179E8" w:rsidRDefault="00000000">
      <w:pPr>
        <w:rPr>
          <w:lang w:val="pt-BR"/>
        </w:rPr>
      </w:pPr>
      <w:r w:rsidRPr="001179E8">
        <w:rPr>
          <w:lang w:val="pt-BR"/>
        </w:rPr>
        <w:br/>
      </w:r>
    </w:p>
    <w:p w14:paraId="65D5AAC8" w14:textId="77777777" w:rsidR="002355BD" w:rsidRPr="001179E8" w:rsidRDefault="00000000">
      <w:pPr>
        <w:rPr>
          <w:lang w:val="pt-BR"/>
        </w:rPr>
      </w:pPr>
      <w:r w:rsidRPr="001179E8">
        <w:rPr>
          <w:lang w:val="pt-BR"/>
        </w:rPr>
        <w:t>"Mas isso significaria revelar mais sobre nós," apontou Elaine. "Sobre nossa verdadeira origem."</w:t>
      </w:r>
    </w:p>
    <w:p w14:paraId="51059A30" w14:textId="77777777" w:rsidR="002355BD" w:rsidRPr="001179E8" w:rsidRDefault="00000000">
      <w:pPr>
        <w:rPr>
          <w:lang w:val="pt-BR"/>
        </w:rPr>
      </w:pPr>
      <w:r w:rsidRPr="001179E8">
        <w:rPr>
          <w:lang w:val="pt-BR"/>
        </w:rPr>
        <w:br/>
      </w:r>
    </w:p>
    <w:p w14:paraId="5EF913FA" w14:textId="77777777" w:rsidR="002355BD" w:rsidRPr="001179E8" w:rsidRDefault="00000000">
      <w:pPr>
        <w:rPr>
          <w:lang w:val="pt-BR"/>
        </w:rPr>
      </w:pPr>
      <w:r w:rsidRPr="001179E8">
        <w:rPr>
          <w:lang w:val="pt-BR"/>
        </w:rPr>
        <w:t>Luke ponderou por um momento. "Talvez não precisemos revelar tudo. Apenas o suficiente para obter ajuda."</w:t>
      </w:r>
    </w:p>
    <w:p w14:paraId="14805748" w14:textId="77777777" w:rsidR="002355BD" w:rsidRPr="001179E8" w:rsidRDefault="00000000">
      <w:pPr>
        <w:rPr>
          <w:lang w:val="pt-BR"/>
        </w:rPr>
      </w:pPr>
      <w:r w:rsidRPr="001179E8">
        <w:rPr>
          <w:lang w:val="pt-BR"/>
        </w:rPr>
        <w:br/>
      </w:r>
    </w:p>
    <w:p w14:paraId="1AA1297E" w14:textId="77777777" w:rsidR="002355BD" w:rsidRPr="001179E8" w:rsidRDefault="00000000">
      <w:pPr>
        <w:rPr>
          <w:lang w:val="pt-BR"/>
        </w:rPr>
      </w:pPr>
      <w:r w:rsidRPr="001179E8">
        <w:rPr>
          <w:lang w:val="pt-BR"/>
        </w:rPr>
        <w:t>Elaine assentiu lentamente, então se levantou e se sentou ao lado de Luke na cama dele, seus ombros se tocando. "Este dia foi... surreal," disse ela suavemente.</w:t>
      </w:r>
    </w:p>
    <w:p w14:paraId="33C1936D" w14:textId="77777777" w:rsidR="002355BD" w:rsidRPr="001179E8" w:rsidRDefault="00000000">
      <w:pPr>
        <w:rPr>
          <w:lang w:val="pt-BR"/>
        </w:rPr>
      </w:pPr>
      <w:r w:rsidRPr="001179E8">
        <w:rPr>
          <w:lang w:val="pt-BR"/>
        </w:rPr>
        <w:lastRenderedPageBreak/>
        <w:br/>
      </w:r>
    </w:p>
    <w:p w14:paraId="24418F78" w14:textId="77777777" w:rsidR="002355BD" w:rsidRPr="001179E8" w:rsidRDefault="00000000">
      <w:pPr>
        <w:rPr>
          <w:lang w:val="pt-BR"/>
        </w:rPr>
      </w:pPr>
      <w:r w:rsidRPr="001179E8">
        <w:rPr>
          <w:lang w:val="pt-BR"/>
        </w:rPr>
        <w:t>"Sim," concordou Luke, sentindo o calor reconfortante dela ao seu lado. "Ver o General Vance jovem assim, conhecer Lion, que é praticamente uma lenda..."</w:t>
      </w:r>
    </w:p>
    <w:p w14:paraId="0229C464" w14:textId="77777777" w:rsidR="002355BD" w:rsidRPr="001179E8" w:rsidRDefault="00000000">
      <w:pPr>
        <w:rPr>
          <w:lang w:val="pt-BR"/>
        </w:rPr>
      </w:pPr>
      <w:r w:rsidRPr="001179E8">
        <w:rPr>
          <w:lang w:val="pt-BR"/>
        </w:rPr>
        <w:br/>
      </w:r>
    </w:p>
    <w:p w14:paraId="175FE2FC" w14:textId="77777777" w:rsidR="002355BD" w:rsidRPr="001179E8" w:rsidRDefault="00000000">
      <w:pPr>
        <w:rPr>
          <w:lang w:val="pt-BR"/>
        </w:rPr>
      </w:pPr>
      <w:r w:rsidRPr="001179E8">
        <w:rPr>
          <w:lang w:val="pt-BR"/>
        </w:rPr>
        <w:t>"Você está bem?" perguntou Elaine, notando a tensão em sua voz.</w:t>
      </w:r>
    </w:p>
    <w:p w14:paraId="549388EF" w14:textId="77777777" w:rsidR="002355BD" w:rsidRPr="001179E8" w:rsidRDefault="00000000">
      <w:pPr>
        <w:rPr>
          <w:lang w:val="pt-BR"/>
        </w:rPr>
      </w:pPr>
      <w:r w:rsidRPr="001179E8">
        <w:rPr>
          <w:lang w:val="pt-BR"/>
        </w:rPr>
        <w:br/>
      </w:r>
    </w:p>
    <w:p w14:paraId="3AF909D3" w14:textId="77777777" w:rsidR="002355BD" w:rsidRPr="001179E8" w:rsidRDefault="00000000">
      <w:pPr>
        <w:rPr>
          <w:lang w:val="pt-BR"/>
        </w:rPr>
      </w:pPr>
      <w:r w:rsidRPr="001179E8">
        <w:rPr>
          <w:lang w:val="pt-BR"/>
        </w:rPr>
        <w:t>Luke hesitou, então admitiu: "É estranho. Lion morrerá em uma missão secreta daqui a alguns anos. Enigma desaparecerá misteriosamente. Sang-Suga mudará completamente. E nós sabemos tudo isso, mas não podemos fazer nada a respeito."</w:t>
      </w:r>
    </w:p>
    <w:p w14:paraId="7EFAA4B0" w14:textId="77777777" w:rsidR="002355BD" w:rsidRPr="001179E8" w:rsidRDefault="00000000">
      <w:pPr>
        <w:rPr>
          <w:lang w:val="pt-BR"/>
        </w:rPr>
      </w:pPr>
      <w:r w:rsidRPr="001179E8">
        <w:rPr>
          <w:lang w:val="pt-BR"/>
        </w:rPr>
        <w:br/>
      </w:r>
    </w:p>
    <w:p w14:paraId="708CE740" w14:textId="77777777" w:rsidR="002355BD" w:rsidRPr="001179E8" w:rsidRDefault="00000000">
      <w:pPr>
        <w:rPr>
          <w:lang w:val="pt-BR"/>
        </w:rPr>
      </w:pPr>
      <w:r w:rsidRPr="001179E8">
        <w:rPr>
          <w:lang w:val="pt-BR"/>
        </w:rPr>
        <w:t>"O peso do conhecimento do futuro," murmurou Elaine, compreendendo. Ela pegou a mão dele, entrelaçando seus dedos. "É uma responsabilidade terrível."</w:t>
      </w:r>
    </w:p>
    <w:p w14:paraId="68907111" w14:textId="77777777" w:rsidR="002355BD" w:rsidRPr="001179E8" w:rsidRDefault="00000000">
      <w:pPr>
        <w:rPr>
          <w:lang w:val="pt-BR"/>
        </w:rPr>
      </w:pPr>
      <w:r w:rsidRPr="001179E8">
        <w:rPr>
          <w:lang w:val="pt-BR"/>
        </w:rPr>
        <w:br/>
      </w:r>
    </w:p>
    <w:p w14:paraId="084E8BE5" w14:textId="77777777" w:rsidR="002355BD" w:rsidRPr="001179E8" w:rsidRDefault="00000000">
      <w:pPr>
        <w:rPr>
          <w:lang w:val="pt-BR"/>
        </w:rPr>
      </w:pPr>
      <w:r w:rsidRPr="001179E8">
        <w:rPr>
          <w:lang w:val="pt-BR"/>
        </w:rPr>
        <w:t>Luke apertou sua mão, grato pelo conforto. "E se nossa presença aqui mudar algo? E se, ao ajudá-los contra Abyzoth agora, alterarmos a linha do tempo de maneiras que não podemos prever?"</w:t>
      </w:r>
    </w:p>
    <w:p w14:paraId="48598730" w14:textId="77777777" w:rsidR="002355BD" w:rsidRPr="001179E8" w:rsidRDefault="00000000">
      <w:pPr>
        <w:rPr>
          <w:lang w:val="pt-BR"/>
        </w:rPr>
      </w:pPr>
      <w:r w:rsidRPr="001179E8">
        <w:rPr>
          <w:lang w:val="pt-BR"/>
        </w:rPr>
        <w:br/>
      </w:r>
    </w:p>
    <w:p w14:paraId="2DA422B7" w14:textId="77777777" w:rsidR="002355BD" w:rsidRPr="001179E8" w:rsidRDefault="00000000">
      <w:pPr>
        <w:rPr>
          <w:lang w:val="pt-BR"/>
        </w:rPr>
      </w:pPr>
      <w:r w:rsidRPr="001179E8">
        <w:rPr>
          <w:lang w:val="pt-BR"/>
        </w:rPr>
        <w:t>"Ou talvez," sugeriu Elaine, "estejamos destinados a estar aqui. Talvez nossa presença sempre tenha sido parte da história, apenas não documentada."</w:t>
      </w:r>
    </w:p>
    <w:p w14:paraId="0CD49E00" w14:textId="77777777" w:rsidR="002355BD" w:rsidRPr="001179E8" w:rsidRDefault="00000000">
      <w:pPr>
        <w:rPr>
          <w:lang w:val="pt-BR"/>
        </w:rPr>
      </w:pPr>
      <w:r w:rsidRPr="001179E8">
        <w:rPr>
          <w:lang w:val="pt-BR"/>
        </w:rPr>
        <w:br/>
      </w:r>
    </w:p>
    <w:p w14:paraId="53BE1F78" w14:textId="77777777" w:rsidR="002355BD" w:rsidRPr="001179E8" w:rsidRDefault="00000000">
      <w:pPr>
        <w:rPr>
          <w:lang w:val="pt-BR"/>
        </w:rPr>
      </w:pPr>
      <w:r w:rsidRPr="001179E8">
        <w:rPr>
          <w:lang w:val="pt-BR"/>
        </w:rPr>
        <w:t>Luke considerou essa possibilidade. Era uma ideia reconfortante – que eles não estavam alterando o passado, mas cumprindo seu papel nele.</w:t>
      </w:r>
    </w:p>
    <w:p w14:paraId="3FCA24A5" w14:textId="77777777" w:rsidR="002355BD" w:rsidRPr="001179E8" w:rsidRDefault="00000000">
      <w:pPr>
        <w:rPr>
          <w:lang w:val="pt-BR"/>
        </w:rPr>
      </w:pPr>
      <w:r w:rsidRPr="001179E8">
        <w:rPr>
          <w:lang w:val="pt-BR"/>
        </w:rPr>
        <w:br/>
      </w:r>
    </w:p>
    <w:p w14:paraId="48ECB6EA" w14:textId="77777777" w:rsidR="002355BD" w:rsidRPr="001179E8" w:rsidRDefault="00000000">
      <w:pPr>
        <w:rPr>
          <w:lang w:val="pt-BR"/>
        </w:rPr>
      </w:pPr>
      <w:r w:rsidRPr="001179E8">
        <w:rPr>
          <w:lang w:val="pt-BR"/>
        </w:rPr>
        <w:t>"De qualquer forma," continuou Elaine, "estamos aqui agora. Juntos. E faremos o melhor que pudermos com a situação em que nos encontramos."</w:t>
      </w:r>
    </w:p>
    <w:p w14:paraId="3C321B34" w14:textId="77777777" w:rsidR="002355BD" w:rsidRPr="001179E8" w:rsidRDefault="00000000">
      <w:pPr>
        <w:rPr>
          <w:lang w:val="pt-BR"/>
        </w:rPr>
      </w:pPr>
      <w:r w:rsidRPr="001179E8">
        <w:rPr>
          <w:lang w:val="pt-BR"/>
        </w:rPr>
        <w:lastRenderedPageBreak/>
        <w:br/>
      </w:r>
    </w:p>
    <w:p w14:paraId="694A7ED1" w14:textId="77777777" w:rsidR="002355BD" w:rsidRPr="001179E8" w:rsidRDefault="00000000">
      <w:pPr>
        <w:rPr>
          <w:lang w:val="pt-BR"/>
        </w:rPr>
      </w:pPr>
      <w:r w:rsidRPr="001179E8">
        <w:rPr>
          <w:lang w:val="pt-BR"/>
        </w:rPr>
        <w:t>Ela se inclinou e beijou sua bochecha suavemente, um gesto de conforto e afeto que fez o coração de Luke se aquecer. Ele virou o rosto para encontrar seus lábios com os dele, um beijo gentil que rapidamente se aprofundou, carregado com a emoção e adrenalina do dia.</w:t>
      </w:r>
    </w:p>
    <w:p w14:paraId="69F00B77" w14:textId="77777777" w:rsidR="002355BD" w:rsidRPr="001179E8" w:rsidRDefault="00000000">
      <w:pPr>
        <w:rPr>
          <w:lang w:val="pt-BR"/>
        </w:rPr>
      </w:pPr>
      <w:r w:rsidRPr="001179E8">
        <w:rPr>
          <w:lang w:val="pt-BR"/>
        </w:rPr>
        <w:br/>
      </w:r>
    </w:p>
    <w:p w14:paraId="38F4B184" w14:textId="77777777" w:rsidR="002355BD" w:rsidRPr="001179E8" w:rsidRDefault="00000000">
      <w:pPr>
        <w:rPr>
          <w:lang w:val="pt-BR"/>
        </w:rPr>
      </w:pPr>
      <w:r w:rsidRPr="001179E8">
        <w:rPr>
          <w:lang w:val="pt-BR"/>
        </w:rPr>
        <w:t>Quando se separaram, Luke pressionou sua testa contra a dela. "Estou feliz que você esteja aqui comigo," sussurrou ele. "Não consigo imaginar passar por isso sozinho."</w:t>
      </w:r>
    </w:p>
    <w:p w14:paraId="1E4AF444" w14:textId="77777777" w:rsidR="002355BD" w:rsidRPr="001179E8" w:rsidRDefault="00000000">
      <w:pPr>
        <w:rPr>
          <w:lang w:val="pt-BR"/>
        </w:rPr>
      </w:pPr>
      <w:r w:rsidRPr="001179E8">
        <w:rPr>
          <w:lang w:val="pt-BR"/>
        </w:rPr>
        <w:br/>
      </w:r>
    </w:p>
    <w:p w14:paraId="3C8989FA" w14:textId="77777777" w:rsidR="002355BD" w:rsidRPr="001179E8" w:rsidRDefault="00000000">
      <w:pPr>
        <w:rPr>
          <w:lang w:val="pt-BR"/>
        </w:rPr>
      </w:pPr>
      <w:r w:rsidRPr="001179E8">
        <w:rPr>
          <w:lang w:val="pt-BR"/>
        </w:rPr>
        <w:t>"Nem eu," respondeu ela, sua voz igualmente baixa. "Quem diria que eu, uma criatura do submundo, acabaria viajando no tempo para lutar contra Abyzoth ao lado dos lendários Primordiais?"</w:t>
      </w:r>
    </w:p>
    <w:p w14:paraId="037F1B48" w14:textId="77777777" w:rsidR="002355BD" w:rsidRPr="001179E8" w:rsidRDefault="00000000">
      <w:pPr>
        <w:rPr>
          <w:lang w:val="pt-BR"/>
        </w:rPr>
      </w:pPr>
      <w:r w:rsidRPr="001179E8">
        <w:rPr>
          <w:lang w:val="pt-BR"/>
        </w:rPr>
        <w:br/>
      </w:r>
    </w:p>
    <w:p w14:paraId="3E465C5E" w14:textId="77777777" w:rsidR="002355BD" w:rsidRPr="001179E8" w:rsidRDefault="00000000">
      <w:pPr>
        <w:rPr>
          <w:lang w:val="pt-BR"/>
        </w:rPr>
      </w:pPr>
      <w:r w:rsidRPr="001179E8">
        <w:rPr>
          <w:lang w:val="pt-BR"/>
        </w:rPr>
        <w:t>Luke sorriu. "A vida tem um senso de humor estranho."</w:t>
      </w:r>
    </w:p>
    <w:p w14:paraId="2C52595E" w14:textId="77777777" w:rsidR="002355BD" w:rsidRPr="001179E8" w:rsidRDefault="00000000">
      <w:pPr>
        <w:rPr>
          <w:lang w:val="pt-BR"/>
        </w:rPr>
      </w:pPr>
      <w:r w:rsidRPr="001179E8">
        <w:rPr>
          <w:lang w:val="pt-BR"/>
        </w:rPr>
        <w:br/>
      </w:r>
    </w:p>
    <w:p w14:paraId="6E3B2F1B" w14:textId="77777777" w:rsidR="002355BD" w:rsidRPr="001179E8" w:rsidRDefault="00000000">
      <w:pPr>
        <w:rPr>
          <w:lang w:val="pt-BR"/>
        </w:rPr>
      </w:pPr>
      <w:r w:rsidRPr="001179E8">
        <w:rPr>
          <w:lang w:val="pt-BR"/>
        </w:rPr>
        <w:t>Eles permaneceram assim por um momento, encontrando conforto na presença um do outro em meio ao caos e incerteza. Então, relutantemente, se separaram.</w:t>
      </w:r>
    </w:p>
    <w:p w14:paraId="6F8B1558" w14:textId="77777777" w:rsidR="002355BD" w:rsidRPr="001179E8" w:rsidRDefault="00000000">
      <w:pPr>
        <w:rPr>
          <w:lang w:val="pt-BR"/>
        </w:rPr>
      </w:pPr>
      <w:r w:rsidRPr="001179E8">
        <w:rPr>
          <w:lang w:val="pt-BR"/>
        </w:rPr>
        <w:br/>
      </w:r>
    </w:p>
    <w:p w14:paraId="45BEB898" w14:textId="77777777" w:rsidR="002355BD" w:rsidRPr="001179E8" w:rsidRDefault="00000000">
      <w:pPr>
        <w:rPr>
          <w:lang w:val="pt-BR"/>
        </w:rPr>
      </w:pPr>
      <w:r w:rsidRPr="001179E8">
        <w:rPr>
          <w:lang w:val="pt-BR"/>
        </w:rPr>
        <w:t>"Deveríamos descansar," sugeriu Luke. "Amanhã será um longo dia."</w:t>
      </w:r>
    </w:p>
    <w:p w14:paraId="40BC8126" w14:textId="77777777" w:rsidR="002355BD" w:rsidRPr="001179E8" w:rsidRDefault="00000000">
      <w:pPr>
        <w:rPr>
          <w:lang w:val="pt-BR"/>
        </w:rPr>
      </w:pPr>
      <w:r w:rsidRPr="001179E8">
        <w:rPr>
          <w:lang w:val="pt-BR"/>
        </w:rPr>
        <w:br/>
      </w:r>
    </w:p>
    <w:p w14:paraId="1AB37828" w14:textId="77777777" w:rsidR="002355BD" w:rsidRPr="001179E8" w:rsidRDefault="00000000">
      <w:pPr>
        <w:rPr>
          <w:lang w:val="pt-BR"/>
        </w:rPr>
      </w:pPr>
      <w:r w:rsidRPr="001179E8">
        <w:rPr>
          <w:lang w:val="pt-BR"/>
        </w:rPr>
        <w:t>Elaine assentiu, mas não se moveu para sua própria cama. Em vez disso, ela olhou para Luke com uma pergunta silenciosa em seus olhos.</w:t>
      </w:r>
    </w:p>
    <w:p w14:paraId="721558D7" w14:textId="77777777" w:rsidR="002355BD" w:rsidRPr="001179E8" w:rsidRDefault="00000000">
      <w:pPr>
        <w:rPr>
          <w:lang w:val="pt-BR"/>
        </w:rPr>
      </w:pPr>
      <w:r w:rsidRPr="001179E8">
        <w:rPr>
          <w:lang w:val="pt-BR"/>
        </w:rPr>
        <w:br/>
      </w:r>
    </w:p>
    <w:p w14:paraId="37FE26CB" w14:textId="77777777" w:rsidR="002355BD" w:rsidRPr="001179E8" w:rsidRDefault="00000000">
      <w:pPr>
        <w:rPr>
          <w:lang w:val="pt-BR"/>
        </w:rPr>
      </w:pPr>
      <w:r w:rsidRPr="001179E8">
        <w:rPr>
          <w:lang w:val="pt-BR"/>
        </w:rPr>
        <w:t>"Posso ficar aqui com você?" perguntou ela suavemente. "Apenas para dormir. Não quero ficar sozinha esta noite."</w:t>
      </w:r>
    </w:p>
    <w:p w14:paraId="2C2308CC" w14:textId="77777777" w:rsidR="002355BD" w:rsidRPr="001179E8" w:rsidRDefault="00000000">
      <w:pPr>
        <w:rPr>
          <w:lang w:val="pt-BR"/>
        </w:rPr>
      </w:pPr>
      <w:r w:rsidRPr="001179E8">
        <w:rPr>
          <w:lang w:val="pt-BR"/>
        </w:rPr>
        <w:lastRenderedPageBreak/>
        <w:br/>
      </w:r>
    </w:p>
    <w:p w14:paraId="571545C9" w14:textId="77777777" w:rsidR="002355BD" w:rsidRPr="001179E8" w:rsidRDefault="00000000">
      <w:pPr>
        <w:rPr>
          <w:lang w:val="pt-BR"/>
        </w:rPr>
      </w:pPr>
      <w:r w:rsidRPr="001179E8">
        <w:rPr>
          <w:lang w:val="pt-BR"/>
        </w:rPr>
        <w:t>Luke sentiu seu coração acelerar, mas assentiu. "Claro."</w:t>
      </w:r>
    </w:p>
    <w:p w14:paraId="66231B64" w14:textId="77777777" w:rsidR="002355BD" w:rsidRPr="001179E8" w:rsidRDefault="00000000">
      <w:pPr>
        <w:rPr>
          <w:lang w:val="pt-BR"/>
        </w:rPr>
      </w:pPr>
      <w:r w:rsidRPr="001179E8">
        <w:rPr>
          <w:lang w:val="pt-BR"/>
        </w:rPr>
        <w:br/>
      </w:r>
    </w:p>
    <w:p w14:paraId="6BDEB054" w14:textId="77777777" w:rsidR="002355BD" w:rsidRPr="001179E8" w:rsidRDefault="00000000">
      <w:pPr>
        <w:rPr>
          <w:lang w:val="pt-BR"/>
        </w:rPr>
      </w:pPr>
      <w:r w:rsidRPr="001179E8">
        <w:rPr>
          <w:lang w:val="pt-BR"/>
        </w:rPr>
        <w:t>Eles se acomodaram na cama estreita, Elaine aninhando-se contra o peito de Luke, sua cabeça sob seu queixo. Era apertado, mas reconfortante – um porto seguro em um mar de incertezas.</w:t>
      </w:r>
    </w:p>
    <w:p w14:paraId="591F8106" w14:textId="77777777" w:rsidR="002355BD" w:rsidRPr="001179E8" w:rsidRDefault="00000000">
      <w:pPr>
        <w:rPr>
          <w:lang w:val="pt-BR"/>
        </w:rPr>
      </w:pPr>
      <w:r w:rsidRPr="001179E8">
        <w:rPr>
          <w:lang w:val="pt-BR"/>
        </w:rPr>
        <w:br/>
      </w:r>
    </w:p>
    <w:p w14:paraId="28A59C6C" w14:textId="77777777" w:rsidR="002355BD" w:rsidRPr="001179E8" w:rsidRDefault="00000000">
      <w:pPr>
        <w:rPr>
          <w:lang w:val="pt-BR"/>
        </w:rPr>
      </w:pPr>
      <w:r w:rsidRPr="001179E8">
        <w:rPr>
          <w:lang w:val="pt-BR"/>
        </w:rPr>
        <w:t>"Luke?" murmurou Elaine, já meio adormecida.</w:t>
      </w:r>
    </w:p>
    <w:p w14:paraId="746E9B85" w14:textId="77777777" w:rsidR="002355BD" w:rsidRPr="001179E8" w:rsidRDefault="00000000">
      <w:pPr>
        <w:rPr>
          <w:lang w:val="pt-BR"/>
        </w:rPr>
      </w:pPr>
      <w:r w:rsidRPr="001179E8">
        <w:rPr>
          <w:lang w:val="pt-BR"/>
        </w:rPr>
        <w:br/>
      </w:r>
    </w:p>
    <w:p w14:paraId="525137AC" w14:textId="77777777" w:rsidR="002355BD" w:rsidRPr="001179E8" w:rsidRDefault="00000000">
      <w:pPr>
        <w:rPr>
          <w:lang w:val="pt-BR"/>
        </w:rPr>
      </w:pPr>
      <w:r w:rsidRPr="001179E8">
        <w:rPr>
          <w:lang w:val="pt-BR"/>
        </w:rPr>
        <w:t>"Sim?"</w:t>
      </w:r>
    </w:p>
    <w:p w14:paraId="10D1B327" w14:textId="77777777" w:rsidR="002355BD" w:rsidRPr="001179E8" w:rsidRDefault="00000000">
      <w:pPr>
        <w:rPr>
          <w:lang w:val="pt-BR"/>
        </w:rPr>
      </w:pPr>
      <w:r w:rsidRPr="001179E8">
        <w:rPr>
          <w:lang w:val="pt-BR"/>
        </w:rPr>
        <w:br/>
      </w:r>
    </w:p>
    <w:p w14:paraId="57D2A7B3" w14:textId="77777777" w:rsidR="002355BD" w:rsidRPr="001179E8" w:rsidRDefault="00000000">
      <w:pPr>
        <w:rPr>
          <w:lang w:val="pt-BR"/>
        </w:rPr>
      </w:pPr>
      <w:r w:rsidRPr="001179E8">
        <w:rPr>
          <w:lang w:val="pt-BR"/>
        </w:rPr>
        <w:t>"Acha que vamos conseguir voltar para casa?"</w:t>
      </w:r>
    </w:p>
    <w:p w14:paraId="47785146" w14:textId="77777777" w:rsidR="002355BD" w:rsidRPr="001179E8" w:rsidRDefault="00000000">
      <w:pPr>
        <w:rPr>
          <w:lang w:val="pt-BR"/>
        </w:rPr>
      </w:pPr>
      <w:r w:rsidRPr="001179E8">
        <w:rPr>
          <w:lang w:val="pt-BR"/>
        </w:rPr>
        <w:br/>
      </w:r>
    </w:p>
    <w:p w14:paraId="6DD2BCB3" w14:textId="77777777" w:rsidR="002355BD" w:rsidRPr="001179E8" w:rsidRDefault="00000000">
      <w:pPr>
        <w:rPr>
          <w:lang w:val="pt-BR"/>
        </w:rPr>
      </w:pPr>
      <w:r w:rsidRPr="001179E8">
        <w:rPr>
          <w:lang w:val="pt-BR"/>
        </w:rPr>
        <w:t>Luke acariciou seu cabelo suavemente. "Vamos encontrar um caminho," prometeu ele. "Juntos."</w:t>
      </w:r>
    </w:p>
    <w:p w14:paraId="489E09CD" w14:textId="77777777" w:rsidR="002355BD" w:rsidRPr="001179E8" w:rsidRDefault="00000000">
      <w:pPr>
        <w:rPr>
          <w:lang w:val="pt-BR"/>
        </w:rPr>
      </w:pPr>
      <w:r w:rsidRPr="001179E8">
        <w:rPr>
          <w:lang w:val="pt-BR"/>
        </w:rPr>
        <w:br/>
      </w:r>
    </w:p>
    <w:p w14:paraId="71EAD12A" w14:textId="77777777" w:rsidR="002355BD" w:rsidRPr="001179E8" w:rsidRDefault="00000000">
      <w:pPr>
        <w:rPr>
          <w:lang w:val="pt-BR"/>
        </w:rPr>
      </w:pPr>
      <w:r w:rsidRPr="001179E8">
        <w:rPr>
          <w:lang w:val="pt-BR"/>
        </w:rPr>
        <w:t>Enquanto Elaine adormecia em seus braços, Luke permaneceu acordado por algum tempo, sua mente repleta de perguntas sem resposta. Por que estavam ali? Qual era o propósito maior por trás de sua viagem acidental ao passado? E como sua presença afetaria a linha do tempo?</w:t>
      </w:r>
    </w:p>
    <w:p w14:paraId="58673457" w14:textId="77777777" w:rsidR="002355BD" w:rsidRPr="001179E8" w:rsidRDefault="00000000">
      <w:pPr>
        <w:rPr>
          <w:lang w:val="pt-BR"/>
        </w:rPr>
      </w:pPr>
      <w:r w:rsidRPr="001179E8">
        <w:rPr>
          <w:lang w:val="pt-BR"/>
        </w:rPr>
        <w:br/>
      </w:r>
    </w:p>
    <w:p w14:paraId="0A4FBFA8" w14:textId="77777777" w:rsidR="002355BD" w:rsidRPr="001179E8" w:rsidRDefault="00000000">
      <w:pPr>
        <w:rPr>
          <w:lang w:val="pt-BR"/>
        </w:rPr>
      </w:pPr>
      <w:r w:rsidRPr="001179E8">
        <w:rPr>
          <w:lang w:val="pt-BR"/>
        </w:rPr>
        <w:t>Mas enquanto o calor e a respiração suave de Elaine o embalavam para o sono, Luke percebeu que, apesar de todas as incertezas, havia uma coisa da qual ele estava absolutamente certo: seus sentimentos por ela eram reais e cresciam a cada momento que passavam juntos.</w:t>
      </w:r>
    </w:p>
    <w:p w14:paraId="30783F89" w14:textId="77777777" w:rsidR="002355BD" w:rsidRPr="001179E8" w:rsidRDefault="00000000">
      <w:pPr>
        <w:rPr>
          <w:lang w:val="pt-BR"/>
        </w:rPr>
      </w:pPr>
      <w:r w:rsidRPr="001179E8">
        <w:rPr>
          <w:lang w:val="pt-BR"/>
        </w:rPr>
        <w:lastRenderedPageBreak/>
        <w:br/>
      </w:r>
    </w:p>
    <w:p w14:paraId="102A4AC2" w14:textId="77777777" w:rsidR="002355BD" w:rsidRPr="001179E8" w:rsidRDefault="00000000">
      <w:pPr>
        <w:rPr>
          <w:lang w:val="pt-BR"/>
        </w:rPr>
      </w:pPr>
      <w:r w:rsidRPr="001179E8">
        <w:rPr>
          <w:lang w:val="pt-BR"/>
        </w:rPr>
        <w:t>E talvez, pensou ele enquanto o sono finalmente o reivindicava, talvez esse fosse o verdadeiro propósito de toda essa jornada – não apenas salvar o mundo, mas encontrar algo que valesse a pena salvar.</w:t>
      </w:r>
    </w:p>
    <w:p w14:paraId="41829BBD" w14:textId="77777777" w:rsidR="002355BD" w:rsidRPr="001179E8" w:rsidRDefault="002355BD">
      <w:pPr>
        <w:rPr>
          <w:lang w:val="pt-BR"/>
        </w:rPr>
      </w:pPr>
    </w:p>
    <w:p w14:paraId="4A9D8264" w14:textId="77777777" w:rsidR="002355BD" w:rsidRPr="001179E8" w:rsidRDefault="00000000">
      <w:pPr>
        <w:rPr>
          <w:lang w:val="pt-BR"/>
        </w:rPr>
      </w:pPr>
      <w:r w:rsidRPr="001179E8">
        <w:rPr>
          <w:lang w:val="pt-BR"/>
        </w:rPr>
        <w:t>A manhã chegou à base dos Primordiais com o som de alarmes. Luke e Elaine acordaram sobressaltados, ainda entrelaçados na cama estreita, momentaneamente confusos sobre onde estavam. A realidade rapidamente se estabeleceu – 1995, trinta anos no passado, em meio a uma crise dimensional que não deveria estar acontecendo.</w:t>
      </w:r>
    </w:p>
    <w:p w14:paraId="17A02347" w14:textId="77777777" w:rsidR="002355BD" w:rsidRPr="001179E8" w:rsidRDefault="00000000">
      <w:pPr>
        <w:rPr>
          <w:lang w:val="pt-BR"/>
        </w:rPr>
      </w:pPr>
      <w:r w:rsidRPr="001179E8">
        <w:rPr>
          <w:lang w:val="pt-BR"/>
        </w:rPr>
        <w:br/>
      </w:r>
    </w:p>
    <w:p w14:paraId="75761250" w14:textId="77777777" w:rsidR="002355BD" w:rsidRPr="001179E8" w:rsidRDefault="00000000">
      <w:pPr>
        <w:rPr>
          <w:lang w:val="pt-BR"/>
        </w:rPr>
      </w:pPr>
      <w:r w:rsidRPr="001179E8">
        <w:rPr>
          <w:lang w:val="pt-BR"/>
        </w:rPr>
        <w:t>"Emergência! Todos os agentes para a sala de comando!" A voz de Android ecoou pelos alto-falantes, clínica e precisa mesmo em meio à crise.</w:t>
      </w:r>
    </w:p>
    <w:p w14:paraId="4DA977C1" w14:textId="77777777" w:rsidR="002355BD" w:rsidRPr="001179E8" w:rsidRDefault="00000000">
      <w:pPr>
        <w:rPr>
          <w:lang w:val="pt-BR"/>
        </w:rPr>
      </w:pPr>
      <w:r w:rsidRPr="001179E8">
        <w:rPr>
          <w:lang w:val="pt-BR"/>
        </w:rPr>
        <w:br/>
      </w:r>
    </w:p>
    <w:p w14:paraId="79640824" w14:textId="77777777" w:rsidR="002355BD" w:rsidRPr="001179E8" w:rsidRDefault="00000000">
      <w:pPr>
        <w:rPr>
          <w:lang w:val="pt-BR"/>
        </w:rPr>
      </w:pPr>
      <w:r w:rsidRPr="001179E8">
        <w:rPr>
          <w:lang w:val="pt-BR"/>
        </w:rPr>
        <w:t>Luke e Elaine se levantaram rapidamente, ajeitando suas roupas amassadas o melhor que podiam. Não havia tempo para mais nada – o tom dos alarmes deixava claro que a situação era grave.</w:t>
      </w:r>
    </w:p>
    <w:p w14:paraId="0D9955E7" w14:textId="77777777" w:rsidR="002355BD" w:rsidRPr="001179E8" w:rsidRDefault="00000000">
      <w:pPr>
        <w:rPr>
          <w:lang w:val="pt-BR"/>
        </w:rPr>
      </w:pPr>
      <w:r w:rsidRPr="001179E8">
        <w:rPr>
          <w:lang w:val="pt-BR"/>
        </w:rPr>
        <w:br/>
      </w:r>
    </w:p>
    <w:p w14:paraId="4E81261B" w14:textId="77777777" w:rsidR="002355BD" w:rsidRPr="001179E8" w:rsidRDefault="00000000">
      <w:pPr>
        <w:rPr>
          <w:lang w:val="pt-BR"/>
        </w:rPr>
      </w:pPr>
      <w:r w:rsidRPr="001179E8">
        <w:rPr>
          <w:lang w:val="pt-BR"/>
        </w:rPr>
        <w:t>Eles correram pelos corredores, seguindo o fluxo de pessoal de apoio que se dirigia para o centro da base. A sala de comando era um espaço circular dominado por uma mesa holográfica central – tecnologia impressionantemente avançada para 1995, mas ainda assim primitiva pelos padrões de 2025.</w:t>
      </w:r>
    </w:p>
    <w:p w14:paraId="4B9FB393" w14:textId="77777777" w:rsidR="002355BD" w:rsidRPr="001179E8" w:rsidRDefault="00000000">
      <w:pPr>
        <w:rPr>
          <w:lang w:val="pt-BR"/>
        </w:rPr>
      </w:pPr>
      <w:r w:rsidRPr="001179E8">
        <w:rPr>
          <w:lang w:val="pt-BR"/>
        </w:rPr>
        <w:br/>
      </w:r>
    </w:p>
    <w:p w14:paraId="48B8D91B" w14:textId="77777777" w:rsidR="002355BD" w:rsidRPr="001179E8" w:rsidRDefault="00000000">
      <w:pPr>
        <w:rPr>
          <w:lang w:val="pt-BR"/>
        </w:rPr>
      </w:pPr>
      <w:r w:rsidRPr="001179E8">
        <w:rPr>
          <w:lang w:val="pt-BR"/>
        </w:rPr>
        <w:t>Os seis Primordiais já estavam reunidos ao redor da mesa, estudando um mapa tridimensional da cidade que mostrava múltiplos pontos pulsantes em vermelho.</w:t>
      </w:r>
    </w:p>
    <w:p w14:paraId="766DBE51" w14:textId="77777777" w:rsidR="002355BD" w:rsidRPr="001179E8" w:rsidRDefault="00000000">
      <w:pPr>
        <w:rPr>
          <w:lang w:val="pt-BR"/>
        </w:rPr>
      </w:pPr>
      <w:r w:rsidRPr="001179E8">
        <w:rPr>
          <w:lang w:val="pt-BR"/>
        </w:rPr>
        <w:br/>
      </w:r>
    </w:p>
    <w:p w14:paraId="6B2B1DA3" w14:textId="77777777" w:rsidR="002355BD" w:rsidRPr="001179E8" w:rsidRDefault="00000000">
      <w:pPr>
        <w:rPr>
          <w:lang w:val="pt-BR"/>
        </w:rPr>
      </w:pPr>
      <w:r w:rsidRPr="001179E8">
        <w:rPr>
          <w:lang w:val="pt-BR"/>
        </w:rPr>
        <w:t>"Portais," explicou Android quando notou a chegada de Luke e Elaine. "Dezenas deles, abrindo-se simultaneamente por toda a cidade."</w:t>
      </w:r>
    </w:p>
    <w:p w14:paraId="701CEBED" w14:textId="77777777" w:rsidR="002355BD" w:rsidRPr="001179E8" w:rsidRDefault="00000000">
      <w:pPr>
        <w:rPr>
          <w:lang w:val="pt-BR"/>
        </w:rPr>
      </w:pPr>
      <w:r w:rsidRPr="001179E8">
        <w:rPr>
          <w:lang w:val="pt-BR"/>
        </w:rPr>
        <w:lastRenderedPageBreak/>
        <w:br/>
      </w:r>
    </w:p>
    <w:p w14:paraId="2093CABA" w14:textId="77777777" w:rsidR="002355BD" w:rsidRPr="001179E8" w:rsidRDefault="00000000">
      <w:pPr>
        <w:rPr>
          <w:lang w:val="pt-BR"/>
        </w:rPr>
      </w:pPr>
      <w:r w:rsidRPr="001179E8">
        <w:rPr>
          <w:lang w:val="pt-BR"/>
        </w:rPr>
        <w:t>"É um ataque coordenado," disse Caçador de Recompensas, seu rosto tenso. "Maior do que qualquer coisa que já enfrentamos."</w:t>
      </w:r>
    </w:p>
    <w:p w14:paraId="60D4FD23" w14:textId="77777777" w:rsidR="002355BD" w:rsidRPr="001179E8" w:rsidRDefault="00000000">
      <w:pPr>
        <w:rPr>
          <w:lang w:val="pt-BR"/>
        </w:rPr>
      </w:pPr>
      <w:r w:rsidRPr="001179E8">
        <w:rPr>
          <w:lang w:val="pt-BR"/>
        </w:rPr>
        <w:br/>
      </w:r>
    </w:p>
    <w:p w14:paraId="66001110" w14:textId="77777777" w:rsidR="002355BD" w:rsidRPr="001179E8" w:rsidRDefault="00000000">
      <w:pPr>
        <w:rPr>
          <w:lang w:val="pt-BR"/>
        </w:rPr>
      </w:pPr>
      <w:r w:rsidRPr="001179E8">
        <w:rPr>
          <w:lang w:val="pt-BR"/>
        </w:rPr>
        <w:t>Lion, assumindo naturalmente a posição de liderança, apontou para os maiores pontos vermelhos no mapa. "Temos três focos principais – centro da cidade, distrito industrial e parque central. Cada um parece estar gerando um tipo diferente de criatura."</w:t>
      </w:r>
    </w:p>
    <w:p w14:paraId="2B9B7B7D" w14:textId="77777777" w:rsidR="002355BD" w:rsidRPr="001179E8" w:rsidRDefault="00000000">
      <w:pPr>
        <w:rPr>
          <w:lang w:val="pt-BR"/>
        </w:rPr>
      </w:pPr>
      <w:r w:rsidRPr="001179E8">
        <w:rPr>
          <w:lang w:val="pt-BR"/>
        </w:rPr>
        <w:br/>
      </w:r>
    </w:p>
    <w:p w14:paraId="06DD3ABD" w14:textId="77777777" w:rsidR="002355BD" w:rsidRPr="001179E8" w:rsidRDefault="00000000">
      <w:pPr>
        <w:rPr>
          <w:lang w:val="pt-BR"/>
        </w:rPr>
      </w:pPr>
      <w:r w:rsidRPr="001179E8">
        <w:rPr>
          <w:lang w:val="pt-BR"/>
        </w:rPr>
        <w:t>"Precisamos nos dividir," concluiu Temporal, seus olhos já começando a brilhar com energia elétrica. "Cobrir mais terreno."</w:t>
      </w:r>
    </w:p>
    <w:p w14:paraId="70230D58" w14:textId="77777777" w:rsidR="002355BD" w:rsidRPr="001179E8" w:rsidRDefault="00000000">
      <w:pPr>
        <w:rPr>
          <w:lang w:val="pt-BR"/>
        </w:rPr>
      </w:pPr>
      <w:r w:rsidRPr="001179E8">
        <w:rPr>
          <w:lang w:val="pt-BR"/>
        </w:rPr>
        <w:br/>
      </w:r>
    </w:p>
    <w:p w14:paraId="0BC3DB03" w14:textId="77777777" w:rsidR="002355BD" w:rsidRPr="001179E8" w:rsidRDefault="00000000">
      <w:pPr>
        <w:rPr>
          <w:lang w:val="pt-BR"/>
        </w:rPr>
      </w:pPr>
      <w:r w:rsidRPr="001179E8">
        <w:rPr>
          <w:lang w:val="pt-BR"/>
        </w:rPr>
        <w:t>"Exatamente," concordou Lion. "Temporal e Sang-Suga, vocês pegam o parque central. Android e Enigma, distrito industrial. Caçador e eu cuidaremos do centro da cidade." Ele se virou para Luke e Elaine. "Vocês dois vêm conosco. Precisaremos de sua expertise sobre essas criaturas."</w:t>
      </w:r>
    </w:p>
    <w:p w14:paraId="73B5C73F" w14:textId="77777777" w:rsidR="002355BD" w:rsidRPr="001179E8" w:rsidRDefault="00000000">
      <w:pPr>
        <w:rPr>
          <w:lang w:val="pt-BR"/>
        </w:rPr>
      </w:pPr>
      <w:r w:rsidRPr="001179E8">
        <w:rPr>
          <w:lang w:val="pt-BR"/>
        </w:rPr>
        <w:br/>
      </w:r>
    </w:p>
    <w:p w14:paraId="1FA9AED4" w14:textId="77777777" w:rsidR="002355BD" w:rsidRPr="001179E8" w:rsidRDefault="00000000">
      <w:pPr>
        <w:rPr>
          <w:lang w:val="pt-BR"/>
        </w:rPr>
      </w:pPr>
      <w:r w:rsidRPr="001179E8">
        <w:rPr>
          <w:lang w:val="pt-BR"/>
        </w:rPr>
        <w:t>Luke hesitou. "Não somos combatentes treinados como vocês."</w:t>
      </w:r>
    </w:p>
    <w:p w14:paraId="4BA4C711" w14:textId="77777777" w:rsidR="002355BD" w:rsidRPr="001179E8" w:rsidRDefault="00000000">
      <w:pPr>
        <w:rPr>
          <w:lang w:val="pt-BR"/>
        </w:rPr>
      </w:pPr>
      <w:r w:rsidRPr="001179E8">
        <w:rPr>
          <w:lang w:val="pt-BR"/>
        </w:rPr>
        <w:br/>
      </w:r>
    </w:p>
    <w:p w14:paraId="0B75BF08" w14:textId="77777777" w:rsidR="002355BD" w:rsidRPr="001179E8" w:rsidRDefault="00000000">
      <w:pPr>
        <w:rPr>
          <w:lang w:val="pt-BR"/>
        </w:rPr>
      </w:pPr>
      <w:r w:rsidRPr="001179E8">
        <w:rPr>
          <w:lang w:val="pt-BR"/>
        </w:rPr>
        <w:t>"Mas têm poderes," apontou Enigma, sua voz distorcida pelo modulador. "Senti isso desde o início. E conhecimento que pode salvar vidas."</w:t>
      </w:r>
    </w:p>
    <w:p w14:paraId="3F2E3FF1" w14:textId="77777777" w:rsidR="002355BD" w:rsidRPr="001179E8" w:rsidRDefault="00000000">
      <w:pPr>
        <w:rPr>
          <w:lang w:val="pt-BR"/>
        </w:rPr>
      </w:pPr>
      <w:r w:rsidRPr="001179E8">
        <w:rPr>
          <w:lang w:val="pt-BR"/>
        </w:rPr>
        <w:br/>
      </w:r>
    </w:p>
    <w:p w14:paraId="6C57D691" w14:textId="77777777" w:rsidR="002355BD" w:rsidRPr="001179E8" w:rsidRDefault="00000000">
      <w:pPr>
        <w:rPr>
          <w:lang w:val="pt-BR"/>
        </w:rPr>
      </w:pPr>
      <w:r w:rsidRPr="001179E8">
        <w:rPr>
          <w:lang w:val="pt-BR"/>
        </w:rPr>
        <w:t>Luke e Elaine trocaram olhares. Não havia como recusar – pessoas inocentes estavam em perigo, e eles tinham tanto habilidades quanto conhecimento que poderiam ajudar.</w:t>
      </w:r>
    </w:p>
    <w:p w14:paraId="00CF669A" w14:textId="77777777" w:rsidR="002355BD" w:rsidRPr="001179E8" w:rsidRDefault="00000000">
      <w:pPr>
        <w:rPr>
          <w:lang w:val="pt-BR"/>
        </w:rPr>
      </w:pPr>
      <w:r w:rsidRPr="001179E8">
        <w:rPr>
          <w:lang w:val="pt-BR"/>
        </w:rPr>
        <w:br/>
      </w:r>
    </w:p>
    <w:p w14:paraId="2F9FC10B" w14:textId="77777777" w:rsidR="002355BD" w:rsidRPr="001179E8" w:rsidRDefault="00000000">
      <w:pPr>
        <w:rPr>
          <w:lang w:val="pt-BR"/>
        </w:rPr>
      </w:pPr>
      <w:r w:rsidRPr="001179E8">
        <w:rPr>
          <w:lang w:val="pt-BR"/>
        </w:rPr>
        <w:t>"Estamos dentro," disse Elaine, sua determinação evidente.</w:t>
      </w:r>
    </w:p>
    <w:p w14:paraId="1EBD8516" w14:textId="77777777" w:rsidR="002355BD" w:rsidRPr="001179E8" w:rsidRDefault="00000000">
      <w:pPr>
        <w:rPr>
          <w:lang w:val="pt-BR"/>
        </w:rPr>
      </w:pPr>
      <w:r w:rsidRPr="001179E8">
        <w:rPr>
          <w:lang w:val="pt-BR"/>
        </w:rPr>
        <w:lastRenderedPageBreak/>
        <w:br/>
      </w:r>
    </w:p>
    <w:p w14:paraId="67A763E9" w14:textId="77777777" w:rsidR="002355BD" w:rsidRPr="001179E8" w:rsidRDefault="00000000">
      <w:pPr>
        <w:rPr>
          <w:lang w:val="pt-BR"/>
        </w:rPr>
      </w:pPr>
      <w:r w:rsidRPr="001179E8">
        <w:rPr>
          <w:lang w:val="pt-BR"/>
        </w:rPr>
        <w:t>Lion assentiu, satisfeito. "Equipem-se. Partimos em cinco minutos."</w:t>
      </w:r>
    </w:p>
    <w:p w14:paraId="1BB0CBB5" w14:textId="77777777" w:rsidR="002355BD" w:rsidRPr="001179E8" w:rsidRDefault="00000000">
      <w:pPr>
        <w:rPr>
          <w:lang w:val="pt-BR"/>
        </w:rPr>
      </w:pPr>
      <w:r w:rsidRPr="001179E8">
        <w:rPr>
          <w:lang w:val="pt-BR"/>
        </w:rPr>
        <w:br/>
      </w:r>
    </w:p>
    <w:p w14:paraId="6883A9AE" w14:textId="77777777" w:rsidR="002355BD" w:rsidRPr="001179E8" w:rsidRDefault="00000000">
      <w:pPr>
        <w:rPr>
          <w:lang w:val="pt-BR"/>
        </w:rPr>
      </w:pPr>
      <w:r w:rsidRPr="001179E8">
        <w:rPr>
          <w:lang w:val="pt-BR"/>
        </w:rPr>
        <w:t>---</w:t>
      </w:r>
    </w:p>
    <w:p w14:paraId="1E116AA1" w14:textId="77777777" w:rsidR="002355BD" w:rsidRPr="001179E8" w:rsidRDefault="00000000">
      <w:pPr>
        <w:rPr>
          <w:lang w:val="pt-BR"/>
        </w:rPr>
      </w:pPr>
      <w:r w:rsidRPr="001179E8">
        <w:rPr>
          <w:lang w:val="pt-BR"/>
        </w:rPr>
        <w:br/>
      </w:r>
    </w:p>
    <w:p w14:paraId="1D3463FA" w14:textId="77777777" w:rsidR="002355BD" w:rsidRPr="001179E8" w:rsidRDefault="00000000">
      <w:pPr>
        <w:rPr>
          <w:lang w:val="pt-BR"/>
        </w:rPr>
      </w:pPr>
      <w:r w:rsidRPr="001179E8">
        <w:rPr>
          <w:lang w:val="pt-BR"/>
        </w:rPr>
        <w:t>O centro da cidade era um caos. Pessoas corriam em pânico enquanto Caçadores das Sombras perseguiam civis pelas ruas e Devastadores demoliam edifícios com golpes poderosos. O céu acima havia se tornado um redemoinho de nuvens negras, com relâmpagos roxos cortando o ar.</w:t>
      </w:r>
    </w:p>
    <w:p w14:paraId="7DEC3E37" w14:textId="77777777" w:rsidR="002355BD" w:rsidRPr="001179E8" w:rsidRDefault="00000000">
      <w:pPr>
        <w:rPr>
          <w:lang w:val="pt-BR"/>
        </w:rPr>
      </w:pPr>
      <w:r w:rsidRPr="001179E8">
        <w:rPr>
          <w:lang w:val="pt-BR"/>
        </w:rPr>
        <w:br/>
      </w:r>
    </w:p>
    <w:p w14:paraId="6B1BC05C" w14:textId="77777777" w:rsidR="002355BD" w:rsidRPr="001179E8" w:rsidRDefault="00000000">
      <w:pPr>
        <w:rPr>
          <w:lang w:val="pt-BR"/>
        </w:rPr>
      </w:pPr>
      <w:r w:rsidRPr="001179E8">
        <w:rPr>
          <w:lang w:val="pt-BR"/>
        </w:rPr>
        <w:t>O veículo dos Primordiais – um transporte blindado que parecia saído de um filme futurista – parou nos limites da zona de conflito. Lion, Caçador, Luke e Elaine desceram, imediatamente avaliando a situação.</w:t>
      </w:r>
    </w:p>
    <w:p w14:paraId="22AF7758" w14:textId="77777777" w:rsidR="002355BD" w:rsidRPr="001179E8" w:rsidRDefault="00000000">
      <w:pPr>
        <w:rPr>
          <w:lang w:val="pt-BR"/>
        </w:rPr>
      </w:pPr>
      <w:r w:rsidRPr="001179E8">
        <w:rPr>
          <w:lang w:val="pt-BR"/>
        </w:rPr>
        <w:br/>
      </w:r>
    </w:p>
    <w:p w14:paraId="4082306D" w14:textId="77777777" w:rsidR="002355BD" w:rsidRPr="001179E8" w:rsidRDefault="00000000">
      <w:pPr>
        <w:rPr>
          <w:lang w:val="pt-BR"/>
        </w:rPr>
      </w:pPr>
      <w:r w:rsidRPr="001179E8">
        <w:rPr>
          <w:lang w:val="pt-BR"/>
        </w:rPr>
        <w:t>"Prioridade é evacuação de civis," ordenou Lion. "Depois contenção, depois eliminação."</w:t>
      </w:r>
    </w:p>
    <w:p w14:paraId="5D88AE0C" w14:textId="77777777" w:rsidR="002355BD" w:rsidRPr="001179E8" w:rsidRDefault="00000000">
      <w:pPr>
        <w:rPr>
          <w:lang w:val="pt-BR"/>
        </w:rPr>
      </w:pPr>
      <w:r w:rsidRPr="001179E8">
        <w:rPr>
          <w:lang w:val="pt-BR"/>
        </w:rPr>
        <w:br/>
      </w:r>
    </w:p>
    <w:p w14:paraId="5F89E424" w14:textId="77777777" w:rsidR="002355BD" w:rsidRPr="001179E8" w:rsidRDefault="00000000">
      <w:pPr>
        <w:rPr>
          <w:lang w:val="pt-BR"/>
        </w:rPr>
      </w:pPr>
      <w:r w:rsidRPr="001179E8">
        <w:rPr>
          <w:lang w:val="pt-BR"/>
        </w:rPr>
        <w:t>"Entendido," respondeu Caçador, verificando suas armas. Ele lançou um olhar para Luke e Elaine. "Fiquem próximos. Não tentem ser heróis."</w:t>
      </w:r>
    </w:p>
    <w:p w14:paraId="4802147E" w14:textId="77777777" w:rsidR="002355BD" w:rsidRPr="001179E8" w:rsidRDefault="00000000">
      <w:pPr>
        <w:rPr>
          <w:lang w:val="pt-BR"/>
        </w:rPr>
      </w:pPr>
      <w:r w:rsidRPr="001179E8">
        <w:rPr>
          <w:lang w:val="pt-BR"/>
        </w:rPr>
        <w:br/>
      </w:r>
    </w:p>
    <w:p w14:paraId="12D8F055" w14:textId="77777777" w:rsidR="002355BD" w:rsidRPr="001179E8" w:rsidRDefault="00000000">
      <w:pPr>
        <w:rPr>
          <w:lang w:val="pt-BR"/>
        </w:rPr>
      </w:pPr>
      <w:r w:rsidRPr="001179E8">
        <w:rPr>
          <w:lang w:val="pt-BR"/>
        </w:rPr>
        <w:t>Luke assentiu, embora já estivesse planejando como usar seus poderes de teletransporte para ajudar na evacuação. Ao seu lado, Elaine se concentrou, sua pele adquirindo uma qualidade translúcida que indicava que ela estava pronta para usar suas habilidades de metamorfose.</w:t>
      </w:r>
    </w:p>
    <w:p w14:paraId="27889617" w14:textId="77777777" w:rsidR="002355BD" w:rsidRPr="001179E8" w:rsidRDefault="00000000">
      <w:pPr>
        <w:rPr>
          <w:lang w:val="pt-BR"/>
        </w:rPr>
      </w:pPr>
      <w:r w:rsidRPr="001179E8">
        <w:rPr>
          <w:lang w:val="pt-BR"/>
        </w:rPr>
        <w:br/>
      </w:r>
    </w:p>
    <w:p w14:paraId="3DF2C673" w14:textId="77777777" w:rsidR="002355BD" w:rsidRPr="001179E8" w:rsidRDefault="00000000">
      <w:pPr>
        <w:rPr>
          <w:lang w:val="pt-BR"/>
        </w:rPr>
      </w:pPr>
      <w:r w:rsidRPr="001179E8">
        <w:rPr>
          <w:lang w:val="pt-BR"/>
        </w:rPr>
        <w:lastRenderedPageBreak/>
        <w:t>Eles avançaram em formação, com Lion na frente, sua presença imponente e rugido sônico abrindo caminho através das criaturas menores. Caçador cobria os flancos com precisão letal, cada tiro encontrando um ponto fraco nas criaturas do submundo.</w:t>
      </w:r>
    </w:p>
    <w:p w14:paraId="25B3F84E" w14:textId="77777777" w:rsidR="002355BD" w:rsidRPr="001179E8" w:rsidRDefault="00000000">
      <w:pPr>
        <w:rPr>
          <w:lang w:val="pt-BR"/>
        </w:rPr>
      </w:pPr>
      <w:r w:rsidRPr="001179E8">
        <w:rPr>
          <w:lang w:val="pt-BR"/>
        </w:rPr>
        <w:br/>
      </w:r>
    </w:p>
    <w:p w14:paraId="0449899A" w14:textId="77777777" w:rsidR="002355BD" w:rsidRPr="001179E8" w:rsidRDefault="00000000">
      <w:pPr>
        <w:rPr>
          <w:lang w:val="pt-BR"/>
        </w:rPr>
      </w:pPr>
      <w:r w:rsidRPr="001179E8">
        <w:rPr>
          <w:lang w:val="pt-BR"/>
        </w:rPr>
        <w:t>Luke descobriu que seus poderes de teletransporte eram incrivelmente úteis para a evacuação – ele podia se materializar ao lado de civis encurralados e transportá-los para zonas seguras em segundos. Elaine, por sua vez, usava sua capacidade de metamorfose para se infiltrar em áreas bloqueadas, transformando-se em sombra ou névoa para passar por barreiras e localizar sobreviventes.</w:t>
      </w:r>
    </w:p>
    <w:p w14:paraId="14309471" w14:textId="77777777" w:rsidR="002355BD" w:rsidRPr="001179E8" w:rsidRDefault="00000000">
      <w:pPr>
        <w:rPr>
          <w:lang w:val="pt-BR"/>
        </w:rPr>
      </w:pPr>
      <w:r w:rsidRPr="001179E8">
        <w:rPr>
          <w:lang w:val="pt-BR"/>
        </w:rPr>
        <w:br/>
      </w:r>
    </w:p>
    <w:p w14:paraId="26BB6F12" w14:textId="77777777" w:rsidR="002355BD" w:rsidRPr="001179E8" w:rsidRDefault="00000000">
      <w:pPr>
        <w:rPr>
          <w:lang w:val="pt-BR"/>
        </w:rPr>
      </w:pPr>
      <w:r w:rsidRPr="001179E8">
        <w:rPr>
          <w:lang w:val="pt-BR"/>
        </w:rPr>
        <w:t>Trabalhando em conjunto, eles conseguiram evacuar um quarteirão inteiro em tempo recorde. Mas a situação estava piorando – mais portais se abriam a cada minuto, trazendo reforços do submundo.</w:t>
      </w:r>
    </w:p>
    <w:p w14:paraId="7FA0CBF8" w14:textId="77777777" w:rsidR="002355BD" w:rsidRPr="001179E8" w:rsidRDefault="00000000">
      <w:pPr>
        <w:rPr>
          <w:lang w:val="pt-BR"/>
        </w:rPr>
      </w:pPr>
      <w:r w:rsidRPr="001179E8">
        <w:rPr>
          <w:lang w:val="pt-BR"/>
        </w:rPr>
        <w:br/>
      </w:r>
    </w:p>
    <w:p w14:paraId="56BDDF68" w14:textId="77777777" w:rsidR="002355BD" w:rsidRPr="001179E8" w:rsidRDefault="00000000">
      <w:pPr>
        <w:rPr>
          <w:lang w:val="pt-BR"/>
        </w:rPr>
      </w:pPr>
      <w:r w:rsidRPr="001179E8">
        <w:rPr>
          <w:lang w:val="pt-BR"/>
        </w:rPr>
        <w:t>"Precisamos encontrar a fonte," disse Luke, materializando-se ao lado de Lion após transportar uma família para segurança. "Estes portais estão sendo gerados a partir de um ponto central."</w:t>
      </w:r>
    </w:p>
    <w:p w14:paraId="4D306B6D" w14:textId="77777777" w:rsidR="002355BD" w:rsidRPr="001179E8" w:rsidRDefault="00000000">
      <w:pPr>
        <w:rPr>
          <w:lang w:val="pt-BR"/>
        </w:rPr>
      </w:pPr>
      <w:r w:rsidRPr="001179E8">
        <w:rPr>
          <w:lang w:val="pt-BR"/>
        </w:rPr>
        <w:br/>
      </w:r>
    </w:p>
    <w:p w14:paraId="55961BD9" w14:textId="77777777" w:rsidR="002355BD" w:rsidRPr="001179E8" w:rsidRDefault="00000000">
      <w:pPr>
        <w:rPr>
          <w:lang w:val="pt-BR"/>
        </w:rPr>
      </w:pPr>
      <w:r w:rsidRPr="001179E8">
        <w:rPr>
          <w:lang w:val="pt-BR"/>
        </w:rPr>
        <w:t>Lion assentiu, compreendendo imediatamente. "Onde?"</w:t>
      </w:r>
    </w:p>
    <w:p w14:paraId="7AB73935" w14:textId="77777777" w:rsidR="002355BD" w:rsidRPr="001179E8" w:rsidRDefault="00000000">
      <w:pPr>
        <w:rPr>
          <w:lang w:val="pt-BR"/>
        </w:rPr>
      </w:pPr>
      <w:r w:rsidRPr="001179E8">
        <w:rPr>
          <w:lang w:val="pt-BR"/>
        </w:rPr>
        <w:br/>
      </w:r>
    </w:p>
    <w:p w14:paraId="621A9D3D" w14:textId="77777777" w:rsidR="002355BD" w:rsidRPr="001179E8" w:rsidRDefault="00000000">
      <w:pPr>
        <w:rPr>
          <w:lang w:val="pt-BR"/>
        </w:rPr>
      </w:pPr>
      <w:r w:rsidRPr="001179E8">
        <w:rPr>
          <w:lang w:val="pt-BR"/>
        </w:rPr>
        <w:t>Luke fechou os olhos, tentando sentir os padrões de energia dimensional. Era uma habilidade que havia desenvolvido ao longo dos anos, refinada durante seu treinamento com a G.R.A.I.A. "Por ali," disse ele finalmente, apontando para um edifício alto no centro da praça principal. "No topo daquele arranha-céu."</w:t>
      </w:r>
    </w:p>
    <w:p w14:paraId="320F1816" w14:textId="77777777" w:rsidR="002355BD" w:rsidRPr="001179E8" w:rsidRDefault="00000000">
      <w:pPr>
        <w:rPr>
          <w:lang w:val="pt-BR"/>
        </w:rPr>
      </w:pPr>
      <w:r w:rsidRPr="001179E8">
        <w:rPr>
          <w:lang w:val="pt-BR"/>
        </w:rPr>
        <w:br/>
      </w:r>
    </w:p>
    <w:p w14:paraId="081BBF30" w14:textId="77777777" w:rsidR="002355BD" w:rsidRPr="001179E8" w:rsidRDefault="00000000">
      <w:pPr>
        <w:rPr>
          <w:lang w:val="pt-BR"/>
        </w:rPr>
      </w:pPr>
      <w:r w:rsidRPr="001179E8">
        <w:rPr>
          <w:lang w:val="pt-BR"/>
        </w:rPr>
        <w:t>"O Edifício Meridian," identificou Caçador, juntando-se a eles com Elaine. "Sede da Corporação Nexus."</w:t>
      </w:r>
    </w:p>
    <w:p w14:paraId="2B825AF2" w14:textId="77777777" w:rsidR="002355BD" w:rsidRPr="001179E8" w:rsidRDefault="00000000">
      <w:pPr>
        <w:rPr>
          <w:lang w:val="pt-BR"/>
        </w:rPr>
      </w:pPr>
      <w:r w:rsidRPr="001179E8">
        <w:rPr>
          <w:lang w:val="pt-BR"/>
        </w:rPr>
        <w:br/>
      </w:r>
    </w:p>
    <w:p w14:paraId="42E7CCD5" w14:textId="77777777" w:rsidR="002355BD" w:rsidRPr="001179E8" w:rsidRDefault="00000000">
      <w:pPr>
        <w:rPr>
          <w:lang w:val="pt-BR"/>
        </w:rPr>
      </w:pPr>
      <w:r w:rsidRPr="001179E8">
        <w:rPr>
          <w:lang w:val="pt-BR"/>
        </w:rPr>
        <w:lastRenderedPageBreak/>
        <w:t>"Nexus?" repetiu Elaine, trocando um olhar significativo com Luke. Na linha do tempo deles, a Corporação Nexus seria exposta décadas depois como uma fachada para operações relacionadas ao submundo.</w:t>
      </w:r>
    </w:p>
    <w:p w14:paraId="51A9D5D4" w14:textId="77777777" w:rsidR="002355BD" w:rsidRPr="001179E8" w:rsidRDefault="00000000">
      <w:pPr>
        <w:rPr>
          <w:lang w:val="pt-BR"/>
        </w:rPr>
      </w:pPr>
      <w:r w:rsidRPr="001179E8">
        <w:rPr>
          <w:lang w:val="pt-BR"/>
        </w:rPr>
        <w:br/>
      </w:r>
    </w:p>
    <w:p w14:paraId="7B7D06AB" w14:textId="77777777" w:rsidR="002355BD" w:rsidRPr="001179E8" w:rsidRDefault="00000000">
      <w:pPr>
        <w:rPr>
          <w:lang w:val="pt-BR"/>
        </w:rPr>
      </w:pPr>
      <w:r w:rsidRPr="001179E8">
        <w:rPr>
          <w:lang w:val="pt-BR"/>
        </w:rPr>
        <w:t>"Vamos," decidiu Lion. "Caçador, contate as outras equipes. Diga-lhes para manterem a contenção enquanto investigamos a fonte."</w:t>
      </w:r>
    </w:p>
    <w:p w14:paraId="0675DA77" w14:textId="77777777" w:rsidR="002355BD" w:rsidRPr="001179E8" w:rsidRDefault="00000000">
      <w:pPr>
        <w:rPr>
          <w:lang w:val="pt-BR"/>
        </w:rPr>
      </w:pPr>
      <w:r w:rsidRPr="001179E8">
        <w:rPr>
          <w:lang w:val="pt-BR"/>
        </w:rPr>
        <w:br/>
      </w:r>
    </w:p>
    <w:p w14:paraId="724AC2F2" w14:textId="77777777" w:rsidR="002355BD" w:rsidRPr="001179E8" w:rsidRDefault="00000000">
      <w:pPr>
        <w:rPr>
          <w:lang w:val="pt-BR"/>
        </w:rPr>
      </w:pPr>
      <w:r w:rsidRPr="001179E8">
        <w:rPr>
          <w:lang w:val="pt-BR"/>
        </w:rPr>
        <w:t>Eles se dirigiram ao edifício, enfrentando ondas de criaturas que pareciam especialmente determinadas a impedi-los de chegar lá. A luta era intensa, com Lion usando sua força sobre-humana e rugido sônico para abrir caminho, enquanto Caçador proporcionava cobertura com precisão mortal.</w:t>
      </w:r>
    </w:p>
    <w:p w14:paraId="3925B533" w14:textId="77777777" w:rsidR="002355BD" w:rsidRPr="001179E8" w:rsidRDefault="00000000">
      <w:pPr>
        <w:rPr>
          <w:lang w:val="pt-BR"/>
        </w:rPr>
      </w:pPr>
      <w:r w:rsidRPr="001179E8">
        <w:rPr>
          <w:lang w:val="pt-BR"/>
        </w:rPr>
        <w:br/>
      </w:r>
    </w:p>
    <w:p w14:paraId="76A545F5" w14:textId="77777777" w:rsidR="002355BD" w:rsidRPr="001179E8" w:rsidRDefault="00000000">
      <w:pPr>
        <w:rPr>
          <w:lang w:val="pt-BR"/>
        </w:rPr>
      </w:pPr>
      <w:r w:rsidRPr="001179E8">
        <w:rPr>
          <w:lang w:val="pt-BR"/>
        </w:rPr>
        <w:t>Luke e Elaine se provaram valiosos aliados. Luke usava seu teletransporte não apenas para evasão, mas também ofensivamente – aparecendo atrás de inimigos para ataques surpresa ou transportando Caçadores das Sombras para posições vulneráveis. Elaine, por sua vez, demonstrava uma versatilidade impressionante com sua metamorfose, alternando entre formas sólidas para combate físico e estados gasosos para evitar ataques.</w:t>
      </w:r>
    </w:p>
    <w:p w14:paraId="3D79BF71" w14:textId="77777777" w:rsidR="002355BD" w:rsidRPr="001179E8" w:rsidRDefault="00000000">
      <w:pPr>
        <w:rPr>
          <w:lang w:val="pt-BR"/>
        </w:rPr>
      </w:pPr>
      <w:r w:rsidRPr="001179E8">
        <w:rPr>
          <w:lang w:val="pt-BR"/>
        </w:rPr>
        <w:br/>
      </w:r>
    </w:p>
    <w:p w14:paraId="02B21A36" w14:textId="77777777" w:rsidR="002355BD" w:rsidRPr="001179E8" w:rsidRDefault="00000000">
      <w:pPr>
        <w:rPr>
          <w:lang w:val="pt-BR"/>
        </w:rPr>
      </w:pPr>
      <w:r w:rsidRPr="001179E8">
        <w:rPr>
          <w:lang w:val="pt-BR"/>
        </w:rPr>
        <w:t>Quando finalmente chegaram ao saguão do Edifício Meridian, encontraram-no estranhamente vazio – nenhum segurança, nenhum funcionário, apenas um silêncio inquietante que contrastava com o caos lá fora.</w:t>
      </w:r>
    </w:p>
    <w:p w14:paraId="05A43A06" w14:textId="77777777" w:rsidR="002355BD" w:rsidRPr="001179E8" w:rsidRDefault="00000000">
      <w:pPr>
        <w:rPr>
          <w:lang w:val="pt-BR"/>
        </w:rPr>
      </w:pPr>
      <w:r w:rsidRPr="001179E8">
        <w:rPr>
          <w:lang w:val="pt-BR"/>
        </w:rPr>
        <w:br/>
      </w:r>
    </w:p>
    <w:p w14:paraId="0852B8B3" w14:textId="77777777" w:rsidR="002355BD" w:rsidRPr="001179E8" w:rsidRDefault="00000000">
      <w:pPr>
        <w:rPr>
          <w:lang w:val="pt-BR"/>
        </w:rPr>
      </w:pPr>
      <w:r w:rsidRPr="001179E8">
        <w:rPr>
          <w:lang w:val="pt-BR"/>
        </w:rPr>
        <w:t>"Armadilha?" sugeriu Caçador, armas em punho.</w:t>
      </w:r>
    </w:p>
    <w:p w14:paraId="68845E31" w14:textId="77777777" w:rsidR="002355BD" w:rsidRPr="001179E8" w:rsidRDefault="00000000">
      <w:pPr>
        <w:rPr>
          <w:lang w:val="pt-BR"/>
        </w:rPr>
      </w:pPr>
      <w:r w:rsidRPr="001179E8">
        <w:rPr>
          <w:lang w:val="pt-BR"/>
        </w:rPr>
        <w:br/>
      </w:r>
    </w:p>
    <w:p w14:paraId="391E7112" w14:textId="77777777" w:rsidR="002355BD" w:rsidRPr="001179E8" w:rsidRDefault="00000000">
      <w:pPr>
        <w:rPr>
          <w:lang w:val="pt-BR"/>
        </w:rPr>
      </w:pPr>
      <w:r w:rsidRPr="001179E8">
        <w:rPr>
          <w:lang w:val="pt-BR"/>
        </w:rPr>
        <w:t>"Provavelmente," concordou Lion. "Mas não temos escolha. Elevadores ou escadas?"</w:t>
      </w:r>
    </w:p>
    <w:p w14:paraId="5FE4885E" w14:textId="77777777" w:rsidR="002355BD" w:rsidRPr="001179E8" w:rsidRDefault="00000000">
      <w:pPr>
        <w:rPr>
          <w:lang w:val="pt-BR"/>
        </w:rPr>
      </w:pPr>
      <w:r w:rsidRPr="001179E8">
        <w:rPr>
          <w:lang w:val="pt-BR"/>
        </w:rPr>
        <w:br/>
      </w:r>
    </w:p>
    <w:p w14:paraId="5D506D44" w14:textId="77777777" w:rsidR="002355BD" w:rsidRPr="001179E8" w:rsidRDefault="00000000">
      <w:pPr>
        <w:rPr>
          <w:lang w:val="pt-BR"/>
        </w:rPr>
      </w:pPr>
      <w:r w:rsidRPr="001179E8">
        <w:rPr>
          <w:lang w:val="pt-BR"/>
        </w:rPr>
        <w:t>"Elevadores seriam uma ratoeira," disse Luke. "Escadas nos dariam mais opções táticas."</w:t>
      </w:r>
    </w:p>
    <w:p w14:paraId="717CB1DA" w14:textId="77777777" w:rsidR="002355BD" w:rsidRPr="001179E8" w:rsidRDefault="00000000">
      <w:pPr>
        <w:rPr>
          <w:lang w:val="pt-BR"/>
        </w:rPr>
      </w:pPr>
      <w:r w:rsidRPr="001179E8">
        <w:rPr>
          <w:lang w:val="pt-BR"/>
        </w:rPr>
        <w:lastRenderedPageBreak/>
        <w:br/>
      </w:r>
    </w:p>
    <w:p w14:paraId="57BFE477" w14:textId="77777777" w:rsidR="002355BD" w:rsidRPr="001179E8" w:rsidRDefault="00000000">
      <w:pPr>
        <w:rPr>
          <w:lang w:val="pt-BR"/>
        </w:rPr>
      </w:pPr>
      <w:r w:rsidRPr="001179E8">
        <w:rPr>
          <w:lang w:val="pt-BR"/>
        </w:rPr>
        <w:t>"Escadas, então," decidiu Lion. "Mantenham-se alertas."</w:t>
      </w:r>
    </w:p>
    <w:p w14:paraId="77AC9533" w14:textId="77777777" w:rsidR="002355BD" w:rsidRPr="001179E8" w:rsidRDefault="00000000">
      <w:pPr>
        <w:rPr>
          <w:lang w:val="pt-BR"/>
        </w:rPr>
      </w:pPr>
      <w:r w:rsidRPr="001179E8">
        <w:rPr>
          <w:lang w:val="pt-BR"/>
        </w:rPr>
        <w:br/>
      </w:r>
    </w:p>
    <w:p w14:paraId="32E4BBEA" w14:textId="77777777" w:rsidR="002355BD" w:rsidRPr="001179E8" w:rsidRDefault="00000000">
      <w:pPr>
        <w:rPr>
          <w:lang w:val="pt-BR"/>
        </w:rPr>
      </w:pPr>
      <w:r w:rsidRPr="001179E8">
        <w:rPr>
          <w:lang w:val="pt-BR"/>
        </w:rPr>
        <w:t>Eles começaram a subir, com Caçador na frente, seguido por Elaine, Luke e Lion cobrindo a retaguarda. Os primeiros andares estavam vazios, aumentando a sensação de que estavam sendo atraídos para algo.</w:t>
      </w:r>
    </w:p>
    <w:p w14:paraId="0C09D98D" w14:textId="77777777" w:rsidR="002355BD" w:rsidRPr="001179E8" w:rsidRDefault="00000000">
      <w:pPr>
        <w:rPr>
          <w:lang w:val="pt-BR"/>
        </w:rPr>
      </w:pPr>
      <w:r w:rsidRPr="001179E8">
        <w:rPr>
          <w:lang w:val="pt-BR"/>
        </w:rPr>
        <w:br/>
      </w:r>
    </w:p>
    <w:p w14:paraId="70EBAC05" w14:textId="77777777" w:rsidR="002355BD" w:rsidRPr="001179E8" w:rsidRDefault="00000000">
      <w:pPr>
        <w:rPr>
          <w:lang w:val="pt-BR"/>
        </w:rPr>
      </w:pPr>
      <w:r w:rsidRPr="001179E8">
        <w:rPr>
          <w:lang w:val="pt-BR"/>
        </w:rPr>
        <w:t>No vigésimo andar, encontraram a primeira resistência – um grupo de humanos com olhos completamente negros, movendo-se com uma sincronia antinatural.</w:t>
      </w:r>
    </w:p>
    <w:p w14:paraId="1C3325B1" w14:textId="77777777" w:rsidR="002355BD" w:rsidRPr="001179E8" w:rsidRDefault="00000000">
      <w:pPr>
        <w:rPr>
          <w:lang w:val="pt-BR"/>
        </w:rPr>
      </w:pPr>
      <w:r w:rsidRPr="001179E8">
        <w:rPr>
          <w:lang w:val="pt-BR"/>
        </w:rPr>
        <w:br/>
      </w:r>
    </w:p>
    <w:p w14:paraId="7139C419" w14:textId="77777777" w:rsidR="002355BD" w:rsidRPr="001179E8" w:rsidRDefault="00000000">
      <w:pPr>
        <w:rPr>
          <w:lang w:val="pt-BR"/>
        </w:rPr>
      </w:pPr>
      <w:r w:rsidRPr="001179E8">
        <w:rPr>
          <w:lang w:val="pt-BR"/>
        </w:rPr>
        <w:t>"Possuídos," identificou Elaine imediatamente. "Hospedeiros humanos para entidades menores do submundo."</w:t>
      </w:r>
    </w:p>
    <w:p w14:paraId="5024FA41" w14:textId="77777777" w:rsidR="002355BD" w:rsidRPr="001179E8" w:rsidRDefault="00000000">
      <w:pPr>
        <w:rPr>
          <w:lang w:val="pt-BR"/>
        </w:rPr>
      </w:pPr>
      <w:r w:rsidRPr="001179E8">
        <w:rPr>
          <w:lang w:val="pt-BR"/>
        </w:rPr>
        <w:br/>
      </w:r>
    </w:p>
    <w:p w14:paraId="35A15D2A" w14:textId="77777777" w:rsidR="002355BD" w:rsidRPr="001179E8" w:rsidRDefault="00000000">
      <w:pPr>
        <w:rPr>
          <w:lang w:val="pt-BR"/>
        </w:rPr>
      </w:pPr>
      <w:r w:rsidRPr="001179E8">
        <w:rPr>
          <w:lang w:val="pt-BR"/>
        </w:rPr>
        <w:t>"Podemos salvá-los?" perguntou Lion, hesitando em atacar civis.</w:t>
      </w:r>
    </w:p>
    <w:p w14:paraId="0A7FEE07" w14:textId="77777777" w:rsidR="002355BD" w:rsidRPr="001179E8" w:rsidRDefault="00000000">
      <w:pPr>
        <w:rPr>
          <w:lang w:val="pt-BR"/>
        </w:rPr>
      </w:pPr>
      <w:r w:rsidRPr="001179E8">
        <w:rPr>
          <w:lang w:val="pt-BR"/>
        </w:rPr>
        <w:br/>
      </w:r>
    </w:p>
    <w:p w14:paraId="68DB26E2" w14:textId="77777777" w:rsidR="002355BD" w:rsidRPr="001179E8" w:rsidRDefault="00000000">
      <w:pPr>
        <w:rPr>
          <w:lang w:val="pt-BR"/>
        </w:rPr>
      </w:pPr>
      <w:r w:rsidRPr="001179E8">
        <w:rPr>
          <w:lang w:val="pt-BR"/>
        </w:rPr>
        <w:t>"Sim," respondeu Elaine. "Nocauteá-los deve forçar a entidade a sair. Mas cuidado – quando saírem, as entidades tentarão possuir um de nós."</w:t>
      </w:r>
    </w:p>
    <w:p w14:paraId="3A6F899D" w14:textId="77777777" w:rsidR="002355BD" w:rsidRPr="001179E8" w:rsidRDefault="00000000">
      <w:pPr>
        <w:rPr>
          <w:lang w:val="pt-BR"/>
        </w:rPr>
      </w:pPr>
      <w:r w:rsidRPr="001179E8">
        <w:rPr>
          <w:lang w:val="pt-BR"/>
        </w:rPr>
        <w:br/>
      </w:r>
    </w:p>
    <w:p w14:paraId="63FF19E2" w14:textId="77777777" w:rsidR="002355BD" w:rsidRPr="001179E8" w:rsidRDefault="00000000">
      <w:pPr>
        <w:rPr>
          <w:lang w:val="pt-BR"/>
        </w:rPr>
      </w:pPr>
      <w:r w:rsidRPr="001179E8">
        <w:rPr>
          <w:lang w:val="pt-BR"/>
        </w:rPr>
        <w:t>A luta que se seguiu foi complicada pela necessidade de conter sem matar. Lion ajustou sua força para golpes incapacitantes, enquanto Caçador trocou suas armas letais por dardos tranquilizantes. Luke usou seu teletransporte para aparecer atrás dos possuídos e aplicar golpes precisos em pontos de pressão, enquanto Elaine se transformava em uma forma nebulosa que confundia e distraía os inimigos.</w:t>
      </w:r>
    </w:p>
    <w:p w14:paraId="4C90E8BD" w14:textId="77777777" w:rsidR="002355BD" w:rsidRPr="001179E8" w:rsidRDefault="00000000">
      <w:pPr>
        <w:rPr>
          <w:lang w:val="pt-BR"/>
        </w:rPr>
      </w:pPr>
      <w:r w:rsidRPr="001179E8">
        <w:rPr>
          <w:lang w:val="pt-BR"/>
        </w:rPr>
        <w:br/>
      </w:r>
    </w:p>
    <w:p w14:paraId="6E3D7B3D" w14:textId="77777777" w:rsidR="002355BD" w:rsidRPr="001179E8" w:rsidRDefault="00000000">
      <w:pPr>
        <w:rPr>
          <w:lang w:val="pt-BR"/>
        </w:rPr>
      </w:pPr>
      <w:r w:rsidRPr="001179E8">
        <w:rPr>
          <w:lang w:val="pt-BR"/>
        </w:rPr>
        <w:lastRenderedPageBreak/>
        <w:t>Quando o último possuído caiu inconsciente, pequenas sombras começaram a se desprender dos corpos, entidades amorfas que imediatamente tentaram atacar o grupo.</w:t>
      </w:r>
    </w:p>
    <w:p w14:paraId="47ADD888" w14:textId="77777777" w:rsidR="002355BD" w:rsidRPr="001179E8" w:rsidRDefault="00000000">
      <w:pPr>
        <w:rPr>
          <w:lang w:val="pt-BR"/>
        </w:rPr>
      </w:pPr>
      <w:r w:rsidRPr="001179E8">
        <w:rPr>
          <w:lang w:val="pt-BR"/>
        </w:rPr>
        <w:br/>
      </w:r>
    </w:p>
    <w:p w14:paraId="7358BF88" w14:textId="77777777" w:rsidR="002355BD" w:rsidRPr="001179E8" w:rsidRDefault="00000000">
      <w:pPr>
        <w:rPr>
          <w:lang w:val="pt-BR"/>
        </w:rPr>
      </w:pPr>
      <w:r w:rsidRPr="001179E8">
        <w:rPr>
          <w:lang w:val="pt-BR"/>
        </w:rPr>
        <w:t>"Cuidado!" gritou Elaine, assumindo uma forma sólida e criando uma barreira com seus braços transformados em escudos metálicos.</w:t>
      </w:r>
    </w:p>
    <w:p w14:paraId="2EB8B45A" w14:textId="77777777" w:rsidR="002355BD" w:rsidRPr="001179E8" w:rsidRDefault="00000000">
      <w:pPr>
        <w:rPr>
          <w:lang w:val="pt-BR"/>
        </w:rPr>
      </w:pPr>
      <w:r w:rsidRPr="001179E8">
        <w:rPr>
          <w:lang w:val="pt-BR"/>
        </w:rPr>
        <w:br/>
      </w:r>
    </w:p>
    <w:p w14:paraId="7EEBA28E" w14:textId="77777777" w:rsidR="002355BD" w:rsidRPr="001179E8" w:rsidRDefault="00000000">
      <w:pPr>
        <w:rPr>
          <w:lang w:val="pt-BR"/>
        </w:rPr>
      </w:pPr>
      <w:r w:rsidRPr="001179E8">
        <w:rPr>
          <w:lang w:val="pt-BR"/>
        </w:rPr>
        <w:t>Lion rugiu, o som sônico desestabilizando as entidades por tempo suficiente para que Caçador ativasse um dispositivo em seu cinto – uma pequena esfera que emitiu um pulso de luz branca, vaporizando as sombras instantaneamente.</w:t>
      </w:r>
    </w:p>
    <w:p w14:paraId="30C814D4" w14:textId="77777777" w:rsidR="002355BD" w:rsidRPr="001179E8" w:rsidRDefault="00000000">
      <w:pPr>
        <w:rPr>
          <w:lang w:val="pt-BR"/>
        </w:rPr>
      </w:pPr>
      <w:r w:rsidRPr="001179E8">
        <w:rPr>
          <w:lang w:val="pt-BR"/>
        </w:rPr>
        <w:br/>
      </w:r>
    </w:p>
    <w:p w14:paraId="06D3CA95" w14:textId="77777777" w:rsidR="002355BD" w:rsidRPr="001179E8" w:rsidRDefault="00000000">
      <w:pPr>
        <w:rPr>
          <w:lang w:val="pt-BR"/>
        </w:rPr>
      </w:pPr>
      <w:r w:rsidRPr="001179E8">
        <w:rPr>
          <w:lang w:val="pt-BR"/>
        </w:rPr>
        <w:t>"Tecnologia de contenção dimensional," explicou ele ao notar o olhar surpreso de Luke. "Protótipo. Só temos mais dois."</w:t>
      </w:r>
    </w:p>
    <w:p w14:paraId="060F6723" w14:textId="77777777" w:rsidR="002355BD" w:rsidRPr="001179E8" w:rsidRDefault="00000000">
      <w:pPr>
        <w:rPr>
          <w:lang w:val="pt-BR"/>
        </w:rPr>
      </w:pPr>
      <w:r w:rsidRPr="001179E8">
        <w:rPr>
          <w:lang w:val="pt-BR"/>
        </w:rPr>
        <w:br/>
      </w:r>
    </w:p>
    <w:p w14:paraId="17F45540" w14:textId="77777777" w:rsidR="002355BD" w:rsidRPr="001179E8" w:rsidRDefault="00000000">
      <w:pPr>
        <w:rPr>
          <w:lang w:val="pt-BR"/>
        </w:rPr>
      </w:pPr>
      <w:r w:rsidRPr="001179E8">
        <w:rPr>
          <w:lang w:val="pt-BR"/>
        </w:rPr>
        <w:t>Eles continuaram subindo, enfrentando resistência cada vez mais forte a cada andar. No quadragésimo andar, encontraram algo inesperado – uma porta selada com símbolos antigos que brilhavam com energia roxa.</w:t>
      </w:r>
    </w:p>
    <w:p w14:paraId="1377402F" w14:textId="77777777" w:rsidR="002355BD" w:rsidRPr="001179E8" w:rsidRDefault="00000000">
      <w:pPr>
        <w:rPr>
          <w:lang w:val="pt-BR"/>
        </w:rPr>
      </w:pPr>
      <w:r w:rsidRPr="001179E8">
        <w:rPr>
          <w:lang w:val="pt-BR"/>
        </w:rPr>
        <w:br/>
      </w:r>
    </w:p>
    <w:p w14:paraId="60E60CEF" w14:textId="77777777" w:rsidR="002355BD" w:rsidRPr="001179E8" w:rsidRDefault="00000000">
      <w:pPr>
        <w:rPr>
          <w:lang w:val="pt-BR"/>
        </w:rPr>
      </w:pPr>
      <w:r w:rsidRPr="001179E8">
        <w:rPr>
          <w:lang w:val="pt-BR"/>
        </w:rPr>
        <w:t>"Isso não é tecnologia da Corporação Nexus," observou Lion. "São runas do submundo."</w:t>
      </w:r>
    </w:p>
    <w:p w14:paraId="748B2010" w14:textId="77777777" w:rsidR="002355BD" w:rsidRPr="001179E8" w:rsidRDefault="00000000">
      <w:pPr>
        <w:rPr>
          <w:lang w:val="pt-BR"/>
        </w:rPr>
      </w:pPr>
      <w:r w:rsidRPr="001179E8">
        <w:rPr>
          <w:lang w:val="pt-BR"/>
        </w:rPr>
        <w:br/>
      </w:r>
    </w:p>
    <w:p w14:paraId="1859ED97" w14:textId="77777777" w:rsidR="002355BD" w:rsidRPr="001179E8" w:rsidRDefault="00000000">
      <w:pPr>
        <w:rPr>
          <w:lang w:val="pt-BR"/>
        </w:rPr>
      </w:pPr>
      <w:r w:rsidRPr="001179E8">
        <w:rPr>
          <w:lang w:val="pt-BR"/>
        </w:rPr>
        <w:t>Elaine se aproximou, estudando os símbolos. "Posso reconhecer alguns deles. São selos de proteção, muito antigos."</w:t>
      </w:r>
    </w:p>
    <w:p w14:paraId="4CFC835C" w14:textId="77777777" w:rsidR="002355BD" w:rsidRPr="001179E8" w:rsidRDefault="00000000">
      <w:pPr>
        <w:rPr>
          <w:lang w:val="pt-BR"/>
        </w:rPr>
      </w:pPr>
      <w:r w:rsidRPr="001179E8">
        <w:rPr>
          <w:lang w:val="pt-BR"/>
        </w:rPr>
        <w:br/>
      </w:r>
    </w:p>
    <w:p w14:paraId="0E484188" w14:textId="77777777" w:rsidR="002355BD" w:rsidRPr="001179E8" w:rsidRDefault="00000000">
      <w:pPr>
        <w:rPr>
          <w:lang w:val="pt-BR"/>
        </w:rPr>
      </w:pPr>
      <w:r w:rsidRPr="001179E8">
        <w:rPr>
          <w:lang w:val="pt-BR"/>
        </w:rPr>
        <w:t>"Pode abri-los?" perguntou Caçador, impaciente.</w:t>
      </w:r>
    </w:p>
    <w:p w14:paraId="0506C179" w14:textId="77777777" w:rsidR="002355BD" w:rsidRPr="001179E8" w:rsidRDefault="00000000">
      <w:pPr>
        <w:rPr>
          <w:lang w:val="pt-BR"/>
        </w:rPr>
      </w:pPr>
      <w:r w:rsidRPr="001179E8">
        <w:rPr>
          <w:lang w:val="pt-BR"/>
        </w:rPr>
        <w:br/>
      </w:r>
    </w:p>
    <w:p w14:paraId="6F38E1DF" w14:textId="77777777" w:rsidR="002355BD" w:rsidRPr="001179E8" w:rsidRDefault="00000000">
      <w:pPr>
        <w:rPr>
          <w:lang w:val="pt-BR"/>
        </w:rPr>
      </w:pPr>
      <w:r w:rsidRPr="001179E8">
        <w:rPr>
          <w:lang w:val="pt-BR"/>
        </w:rPr>
        <w:lastRenderedPageBreak/>
        <w:t>Elaine hesitou. "Posso tentar, mas... há algo estranho aqui. Estes selos não estão mantendo algo do lado de fora. Estão mantendo algo do lado de dentro."</w:t>
      </w:r>
    </w:p>
    <w:p w14:paraId="743E1A93" w14:textId="77777777" w:rsidR="002355BD" w:rsidRPr="001179E8" w:rsidRDefault="00000000">
      <w:pPr>
        <w:rPr>
          <w:lang w:val="pt-BR"/>
        </w:rPr>
      </w:pPr>
      <w:r w:rsidRPr="001179E8">
        <w:rPr>
          <w:lang w:val="pt-BR"/>
        </w:rPr>
        <w:br/>
      </w:r>
    </w:p>
    <w:p w14:paraId="0D8E6F45" w14:textId="77777777" w:rsidR="002355BD" w:rsidRPr="001179E8" w:rsidRDefault="00000000">
      <w:pPr>
        <w:rPr>
          <w:lang w:val="pt-BR"/>
        </w:rPr>
      </w:pPr>
      <w:r w:rsidRPr="001179E8">
        <w:rPr>
          <w:lang w:val="pt-BR"/>
        </w:rPr>
        <w:t>Luke se juntou a ela, examinando as runas. "Ela está certa. Isto não é uma barreira defensiva. É uma prisão."</w:t>
      </w:r>
    </w:p>
    <w:p w14:paraId="2C4F52E7" w14:textId="77777777" w:rsidR="002355BD" w:rsidRPr="001179E8" w:rsidRDefault="00000000">
      <w:pPr>
        <w:rPr>
          <w:lang w:val="pt-BR"/>
        </w:rPr>
      </w:pPr>
      <w:r w:rsidRPr="001179E8">
        <w:rPr>
          <w:lang w:val="pt-BR"/>
        </w:rPr>
        <w:br/>
      </w:r>
    </w:p>
    <w:p w14:paraId="7A2C4187" w14:textId="77777777" w:rsidR="002355BD" w:rsidRPr="001179E8" w:rsidRDefault="00000000">
      <w:pPr>
        <w:rPr>
          <w:lang w:val="pt-BR"/>
        </w:rPr>
      </w:pPr>
      <w:r w:rsidRPr="001179E8">
        <w:rPr>
          <w:lang w:val="pt-BR"/>
        </w:rPr>
        <w:t>Lion e Caçador trocaram olhares preocupados. "O que exatamente a Corporação Nexus estava mantendo preso aqui?" perguntou Lion.</w:t>
      </w:r>
    </w:p>
    <w:p w14:paraId="0EDAE18A" w14:textId="77777777" w:rsidR="002355BD" w:rsidRPr="001179E8" w:rsidRDefault="00000000">
      <w:pPr>
        <w:rPr>
          <w:lang w:val="pt-BR"/>
        </w:rPr>
      </w:pPr>
      <w:r w:rsidRPr="001179E8">
        <w:rPr>
          <w:lang w:val="pt-BR"/>
        </w:rPr>
        <w:br/>
      </w:r>
    </w:p>
    <w:p w14:paraId="7E0B2A98" w14:textId="77777777" w:rsidR="002355BD" w:rsidRPr="001179E8" w:rsidRDefault="00000000">
      <w:pPr>
        <w:rPr>
          <w:lang w:val="pt-BR"/>
        </w:rPr>
      </w:pPr>
      <w:r w:rsidRPr="001179E8">
        <w:rPr>
          <w:lang w:val="pt-BR"/>
        </w:rPr>
        <w:t>"Só há uma maneira de descobrir," disse Caçador, preparando suas armas. "Abram."</w:t>
      </w:r>
    </w:p>
    <w:p w14:paraId="0D6E03A8" w14:textId="77777777" w:rsidR="002355BD" w:rsidRPr="001179E8" w:rsidRDefault="00000000">
      <w:pPr>
        <w:rPr>
          <w:lang w:val="pt-BR"/>
        </w:rPr>
      </w:pPr>
      <w:r w:rsidRPr="001179E8">
        <w:rPr>
          <w:lang w:val="pt-BR"/>
        </w:rPr>
        <w:br/>
      </w:r>
    </w:p>
    <w:p w14:paraId="508EF003" w14:textId="77777777" w:rsidR="002355BD" w:rsidRPr="001179E8" w:rsidRDefault="00000000">
      <w:pPr>
        <w:rPr>
          <w:lang w:val="pt-BR"/>
        </w:rPr>
      </w:pPr>
      <w:r w:rsidRPr="001179E8">
        <w:rPr>
          <w:lang w:val="pt-BR"/>
        </w:rPr>
        <w:t>Elaine respirou fundo, então colocou as mãos sobre os símbolos principais, recitando palavras em uma língua antiga que havia aprendido durante seus anos no submundo. Os símbolos pulsaram, brilharam intensamente e então se apagaram, a porta se abrindo com um sibilo.</w:t>
      </w:r>
    </w:p>
    <w:p w14:paraId="169A94D5" w14:textId="77777777" w:rsidR="002355BD" w:rsidRPr="001179E8" w:rsidRDefault="00000000">
      <w:pPr>
        <w:rPr>
          <w:lang w:val="pt-BR"/>
        </w:rPr>
      </w:pPr>
      <w:r w:rsidRPr="001179E8">
        <w:rPr>
          <w:lang w:val="pt-BR"/>
        </w:rPr>
        <w:br/>
      </w:r>
    </w:p>
    <w:p w14:paraId="434C7EE1" w14:textId="77777777" w:rsidR="002355BD" w:rsidRPr="001179E8" w:rsidRDefault="00000000">
      <w:pPr>
        <w:rPr>
          <w:lang w:val="pt-BR"/>
        </w:rPr>
      </w:pPr>
      <w:r w:rsidRPr="001179E8">
        <w:rPr>
          <w:lang w:val="pt-BR"/>
        </w:rPr>
        <w:t>O que encontraram do outro lado não era um escritório corporativo, mas uma câmara circular com paredes cobertas de mais símbolos arcanos. No centro, flutuando a um metro do chão, estava um pedestal de obsidiana sobre o qual repousavam dois objetos brilhantes.</w:t>
      </w:r>
    </w:p>
    <w:p w14:paraId="68AC4CDC" w14:textId="77777777" w:rsidR="002355BD" w:rsidRPr="001179E8" w:rsidRDefault="00000000">
      <w:pPr>
        <w:rPr>
          <w:lang w:val="pt-BR"/>
        </w:rPr>
      </w:pPr>
      <w:r w:rsidRPr="001179E8">
        <w:rPr>
          <w:lang w:val="pt-BR"/>
        </w:rPr>
        <w:br/>
      </w:r>
    </w:p>
    <w:p w14:paraId="350D8CEF" w14:textId="77777777" w:rsidR="002355BD" w:rsidRPr="001179E8" w:rsidRDefault="00000000">
      <w:pPr>
        <w:rPr>
          <w:lang w:val="pt-BR"/>
        </w:rPr>
      </w:pPr>
      <w:r w:rsidRPr="001179E8">
        <w:rPr>
          <w:lang w:val="pt-BR"/>
        </w:rPr>
        <w:t>"São... anéis?" perguntou Caçador, aproximando-se cautelosamente.</w:t>
      </w:r>
    </w:p>
    <w:p w14:paraId="63E46DB6" w14:textId="77777777" w:rsidR="002355BD" w:rsidRPr="001179E8" w:rsidRDefault="00000000">
      <w:pPr>
        <w:rPr>
          <w:lang w:val="pt-BR"/>
        </w:rPr>
      </w:pPr>
      <w:r w:rsidRPr="001179E8">
        <w:rPr>
          <w:lang w:val="pt-BR"/>
        </w:rPr>
        <w:br/>
      </w:r>
    </w:p>
    <w:p w14:paraId="4D51C47F" w14:textId="77777777" w:rsidR="002355BD" w:rsidRPr="001179E8" w:rsidRDefault="00000000">
      <w:pPr>
        <w:rPr>
          <w:lang w:val="pt-BR"/>
        </w:rPr>
      </w:pPr>
      <w:r w:rsidRPr="001179E8">
        <w:rPr>
          <w:lang w:val="pt-BR"/>
        </w:rPr>
        <w:t>"Alianças," corrigiu Luke, sentindo uma estranha atração pelos objetos. "Duas alianças idênticas."</w:t>
      </w:r>
    </w:p>
    <w:p w14:paraId="54EC0CC2" w14:textId="77777777" w:rsidR="002355BD" w:rsidRPr="001179E8" w:rsidRDefault="00000000">
      <w:pPr>
        <w:rPr>
          <w:lang w:val="pt-BR"/>
        </w:rPr>
      </w:pPr>
      <w:r w:rsidRPr="001179E8">
        <w:rPr>
          <w:lang w:val="pt-BR"/>
        </w:rPr>
        <w:br/>
      </w:r>
    </w:p>
    <w:p w14:paraId="7EB25965" w14:textId="77777777" w:rsidR="002355BD" w:rsidRPr="001179E8" w:rsidRDefault="00000000">
      <w:pPr>
        <w:rPr>
          <w:lang w:val="pt-BR"/>
        </w:rPr>
      </w:pPr>
      <w:r w:rsidRPr="001179E8">
        <w:rPr>
          <w:lang w:val="pt-BR"/>
        </w:rPr>
        <w:lastRenderedPageBreak/>
        <w:t>As alianças eram de um metal prateado que parecia mudar de tom dependendo da luz, com inscrições delicadas que fluíam ao redor de toda a superfície. Elas emitiam um brilho suave, quase hipnótico.</w:t>
      </w:r>
    </w:p>
    <w:p w14:paraId="1B1C7F9D" w14:textId="77777777" w:rsidR="002355BD" w:rsidRPr="001179E8" w:rsidRDefault="00000000">
      <w:pPr>
        <w:rPr>
          <w:lang w:val="pt-BR"/>
        </w:rPr>
      </w:pPr>
      <w:r w:rsidRPr="001179E8">
        <w:rPr>
          <w:lang w:val="pt-BR"/>
        </w:rPr>
        <w:br/>
      </w:r>
    </w:p>
    <w:p w14:paraId="2F5870B2" w14:textId="77777777" w:rsidR="002355BD" w:rsidRPr="001179E8" w:rsidRDefault="00000000">
      <w:pPr>
        <w:rPr>
          <w:lang w:val="pt-BR"/>
        </w:rPr>
      </w:pPr>
      <w:r w:rsidRPr="001179E8">
        <w:rPr>
          <w:lang w:val="pt-BR"/>
        </w:rPr>
        <w:t>"Não toquem nelas," advertiu Lion. "Podem ser perigosas."</w:t>
      </w:r>
    </w:p>
    <w:p w14:paraId="6EE81B27" w14:textId="77777777" w:rsidR="002355BD" w:rsidRPr="001179E8" w:rsidRDefault="00000000">
      <w:pPr>
        <w:rPr>
          <w:lang w:val="pt-BR"/>
        </w:rPr>
      </w:pPr>
      <w:r w:rsidRPr="001179E8">
        <w:rPr>
          <w:lang w:val="pt-BR"/>
        </w:rPr>
        <w:br/>
      </w:r>
    </w:p>
    <w:p w14:paraId="596693BD" w14:textId="77777777" w:rsidR="002355BD" w:rsidRPr="001179E8" w:rsidRDefault="00000000">
      <w:pPr>
        <w:rPr>
          <w:lang w:val="pt-BR"/>
        </w:rPr>
      </w:pPr>
      <w:r w:rsidRPr="001179E8">
        <w:rPr>
          <w:lang w:val="pt-BR"/>
        </w:rPr>
        <w:t>Mas mesmo enquanto falava, um tremor sacudiu o edifício. Do lado de fora, ouviram o rugido de algo muito maior do que os Devastadores que haviam enfrentado até então.</w:t>
      </w:r>
    </w:p>
    <w:p w14:paraId="4F3E9B24" w14:textId="77777777" w:rsidR="002355BD" w:rsidRPr="001179E8" w:rsidRDefault="00000000">
      <w:pPr>
        <w:rPr>
          <w:lang w:val="pt-BR"/>
        </w:rPr>
      </w:pPr>
      <w:r w:rsidRPr="001179E8">
        <w:rPr>
          <w:lang w:val="pt-BR"/>
        </w:rPr>
        <w:br/>
      </w:r>
    </w:p>
    <w:p w14:paraId="2FD299FB" w14:textId="77777777" w:rsidR="002355BD" w:rsidRPr="001179E8" w:rsidRDefault="00000000">
      <w:pPr>
        <w:rPr>
          <w:lang w:val="pt-BR"/>
        </w:rPr>
      </w:pPr>
      <w:r w:rsidRPr="001179E8">
        <w:rPr>
          <w:lang w:val="pt-BR"/>
        </w:rPr>
        <w:t>Caçador correu para a janela. "Meu Deus," murmurou ele. "É um Colosso."</w:t>
      </w:r>
    </w:p>
    <w:p w14:paraId="3D6A0D39" w14:textId="77777777" w:rsidR="002355BD" w:rsidRPr="001179E8" w:rsidRDefault="00000000">
      <w:pPr>
        <w:rPr>
          <w:lang w:val="pt-BR"/>
        </w:rPr>
      </w:pPr>
      <w:r w:rsidRPr="001179E8">
        <w:rPr>
          <w:lang w:val="pt-BR"/>
        </w:rPr>
        <w:br/>
      </w:r>
    </w:p>
    <w:p w14:paraId="288A11C9" w14:textId="77777777" w:rsidR="002355BD" w:rsidRPr="001179E8" w:rsidRDefault="00000000">
      <w:pPr>
        <w:rPr>
          <w:lang w:val="pt-BR"/>
        </w:rPr>
      </w:pPr>
      <w:r w:rsidRPr="001179E8">
        <w:rPr>
          <w:lang w:val="pt-BR"/>
        </w:rPr>
        <w:t>Luke e Elaine se juntaram a ele na janela, e o que viram fez seus corações gelarem. Emergindo de um portal massivo no meio da praça estava uma criatura de proporções impossíveis – um humanoide de pelo menos trinta metros de altura, com pele rochosa coberta de lava e olhos que eram poços de escuridão absoluta.</w:t>
      </w:r>
    </w:p>
    <w:p w14:paraId="53D909D6" w14:textId="77777777" w:rsidR="002355BD" w:rsidRPr="001179E8" w:rsidRDefault="00000000">
      <w:pPr>
        <w:rPr>
          <w:lang w:val="pt-BR"/>
        </w:rPr>
      </w:pPr>
      <w:r w:rsidRPr="001179E8">
        <w:rPr>
          <w:lang w:val="pt-BR"/>
        </w:rPr>
        <w:br/>
      </w:r>
    </w:p>
    <w:p w14:paraId="485B2AF6" w14:textId="77777777" w:rsidR="002355BD" w:rsidRPr="001179E8" w:rsidRDefault="00000000">
      <w:pPr>
        <w:rPr>
          <w:lang w:val="pt-BR"/>
        </w:rPr>
      </w:pPr>
      <w:r w:rsidRPr="001179E8">
        <w:rPr>
          <w:lang w:val="pt-BR"/>
        </w:rPr>
        <w:t>"Um Colosso do Submundo," sussurrou Elaine, horrorizada. "Nunca vi um pessoalmente, apenas ouvi histórias. Eles são... imparáveis."</w:t>
      </w:r>
    </w:p>
    <w:p w14:paraId="6C8BFF7F" w14:textId="77777777" w:rsidR="002355BD" w:rsidRPr="001179E8" w:rsidRDefault="00000000">
      <w:pPr>
        <w:rPr>
          <w:lang w:val="pt-BR"/>
        </w:rPr>
      </w:pPr>
      <w:r w:rsidRPr="001179E8">
        <w:rPr>
          <w:lang w:val="pt-BR"/>
        </w:rPr>
        <w:br/>
      </w:r>
    </w:p>
    <w:p w14:paraId="51D5AD10" w14:textId="77777777" w:rsidR="002355BD" w:rsidRPr="001179E8" w:rsidRDefault="00000000">
      <w:pPr>
        <w:rPr>
          <w:lang w:val="pt-BR"/>
        </w:rPr>
      </w:pPr>
      <w:r w:rsidRPr="001179E8">
        <w:rPr>
          <w:lang w:val="pt-BR"/>
        </w:rPr>
        <w:t>"Nada é imparável," disse Lion firmemente, embora seu rosto mostrasse preocupação. Ele ativou seu comunicador. "Temporal, Sang-Suga, Android, Enigma – precisamos de todos vocês no centro da cidade agora. Temos um Colosso."</w:t>
      </w:r>
    </w:p>
    <w:p w14:paraId="0D5D1775" w14:textId="77777777" w:rsidR="002355BD" w:rsidRPr="001179E8" w:rsidRDefault="00000000">
      <w:pPr>
        <w:rPr>
          <w:lang w:val="pt-BR"/>
        </w:rPr>
      </w:pPr>
      <w:r w:rsidRPr="001179E8">
        <w:rPr>
          <w:lang w:val="pt-BR"/>
        </w:rPr>
        <w:br/>
      </w:r>
    </w:p>
    <w:p w14:paraId="47599269" w14:textId="77777777" w:rsidR="002355BD" w:rsidRPr="001179E8" w:rsidRDefault="00000000">
      <w:pPr>
        <w:rPr>
          <w:lang w:val="pt-BR"/>
        </w:rPr>
      </w:pPr>
      <w:r w:rsidRPr="001179E8">
        <w:rPr>
          <w:lang w:val="pt-BR"/>
        </w:rPr>
        <w:t>As respostas vieram entrecortadas por estática, mas a mensagem era clara – as outras equipes também estavam enfrentando ameaças maiores. Não viriam ajuda tão cedo.</w:t>
      </w:r>
    </w:p>
    <w:p w14:paraId="525294BE" w14:textId="77777777" w:rsidR="002355BD" w:rsidRPr="001179E8" w:rsidRDefault="00000000">
      <w:pPr>
        <w:rPr>
          <w:lang w:val="pt-BR"/>
        </w:rPr>
      </w:pPr>
      <w:r w:rsidRPr="001179E8">
        <w:rPr>
          <w:lang w:val="pt-BR"/>
        </w:rPr>
        <w:lastRenderedPageBreak/>
        <w:br/>
      </w:r>
    </w:p>
    <w:p w14:paraId="45212B9E" w14:textId="77777777" w:rsidR="002355BD" w:rsidRPr="001179E8" w:rsidRDefault="00000000">
      <w:pPr>
        <w:rPr>
          <w:lang w:val="pt-BR"/>
        </w:rPr>
      </w:pPr>
      <w:r w:rsidRPr="001179E8">
        <w:rPr>
          <w:lang w:val="pt-BR"/>
        </w:rPr>
        <w:t>"Estamos por nossa conta," concluiu Caçador, recarregando suas armas com munição especial.</w:t>
      </w:r>
    </w:p>
    <w:p w14:paraId="24932A23" w14:textId="77777777" w:rsidR="002355BD" w:rsidRPr="001179E8" w:rsidRDefault="00000000">
      <w:pPr>
        <w:rPr>
          <w:lang w:val="pt-BR"/>
        </w:rPr>
      </w:pPr>
      <w:r w:rsidRPr="001179E8">
        <w:rPr>
          <w:lang w:val="pt-BR"/>
        </w:rPr>
        <w:br/>
      </w:r>
    </w:p>
    <w:p w14:paraId="3CC43D1C" w14:textId="77777777" w:rsidR="002355BD" w:rsidRPr="001179E8" w:rsidRDefault="00000000">
      <w:pPr>
        <w:rPr>
          <w:lang w:val="pt-BR"/>
        </w:rPr>
      </w:pPr>
      <w:r w:rsidRPr="001179E8">
        <w:rPr>
          <w:lang w:val="pt-BR"/>
        </w:rPr>
        <w:t>Luke olhou novamente para as alianças no pedestal. Havia algo nelas, uma energia que parecia chamá-lo. E pela expressão no rosto de Elaine, ela sentia o mesmo.</w:t>
      </w:r>
    </w:p>
    <w:p w14:paraId="4F691E15" w14:textId="77777777" w:rsidR="002355BD" w:rsidRPr="001179E8" w:rsidRDefault="00000000">
      <w:pPr>
        <w:rPr>
          <w:lang w:val="pt-BR"/>
        </w:rPr>
      </w:pPr>
      <w:r w:rsidRPr="001179E8">
        <w:rPr>
          <w:lang w:val="pt-BR"/>
        </w:rPr>
        <w:br/>
      </w:r>
    </w:p>
    <w:p w14:paraId="0EB3ED57" w14:textId="77777777" w:rsidR="002355BD" w:rsidRPr="001179E8" w:rsidRDefault="00000000">
      <w:pPr>
        <w:rPr>
          <w:lang w:val="pt-BR"/>
        </w:rPr>
      </w:pPr>
      <w:r w:rsidRPr="001179E8">
        <w:rPr>
          <w:lang w:val="pt-BR"/>
        </w:rPr>
        <w:t>"Essas alianças," disse ele lentamente. "Elas não são a fonte dos portais. São outra coisa."</w:t>
      </w:r>
    </w:p>
    <w:p w14:paraId="27A4D0B0" w14:textId="77777777" w:rsidR="002355BD" w:rsidRPr="001179E8" w:rsidRDefault="00000000">
      <w:pPr>
        <w:rPr>
          <w:lang w:val="pt-BR"/>
        </w:rPr>
      </w:pPr>
      <w:r w:rsidRPr="001179E8">
        <w:rPr>
          <w:lang w:val="pt-BR"/>
        </w:rPr>
        <w:br/>
      </w:r>
    </w:p>
    <w:p w14:paraId="78E6BE9C" w14:textId="77777777" w:rsidR="002355BD" w:rsidRPr="001179E8" w:rsidRDefault="00000000">
      <w:pPr>
        <w:rPr>
          <w:lang w:val="pt-BR"/>
        </w:rPr>
      </w:pPr>
      <w:r w:rsidRPr="001179E8">
        <w:rPr>
          <w:lang w:val="pt-BR"/>
        </w:rPr>
        <w:t>"Como sabe?" perguntou Lion.</w:t>
      </w:r>
    </w:p>
    <w:p w14:paraId="472B5C3C" w14:textId="77777777" w:rsidR="002355BD" w:rsidRPr="001179E8" w:rsidRDefault="00000000">
      <w:pPr>
        <w:rPr>
          <w:lang w:val="pt-BR"/>
        </w:rPr>
      </w:pPr>
      <w:r w:rsidRPr="001179E8">
        <w:rPr>
          <w:lang w:val="pt-BR"/>
        </w:rPr>
        <w:br/>
      </w:r>
    </w:p>
    <w:p w14:paraId="657E437C" w14:textId="77777777" w:rsidR="002355BD" w:rsidRPr="001179E8" w:rsidRDefault="00000000">
      <w:pPr>
        <w:rPr>
          <w:lang w:val="pt-BR"/>
        </w:rPr>
      </w:pPr>
      <w:r w:rsidRPr="001179E8">
        <w:rPr>
          <w:lang w:val="pt-BR"/>
        </w:rPr>
        <w:t>"Posso sentir," respondeu Luke. "Elas não têm a mesma energia dos portais. É algo... diferente. Mais antigo. Mais puro."</w:t>
      </w:r>
    </w:p>
    <w:p w14:paraId="37EFD625" w14:textId="77777777" w:rsidR="002355BD" w:rsidRPr="001179E8" w:rsidRDefault="00000000">
      <w:pPr>
        <w:rPr>
          <w:lang w:val="pt-BR"/>
        </w:rPr>
      </w:pPr>
      <w:r w:rsidRPr="001179E8">
        <w:rPr>
          <w:lang w:val="pt-BR"/>
        </w:rPr>
        <w:br/>
      </w:r>
    </w:p>
    <w:p w14:paraId="06F72B14" w14:textId="77777777" w:rsidR="002355BD" w:rsidRPr="001179E8" w:rsidRDefault="00000000">
      <w:pPr>
        <w:rPr>
          <w:lang w:val="pt-BR"/>
        </w:rPr>
      </w:pPr>
      <w:r w:rsidRPr="001179E8">
        <w:rPr>
          <w:lang w:val="pt-BR"/>
        </w:rPr>
        <w:t>Outro tremor sacudiu o edifício, mais forte desta vez. Pedaços do teto começaram a cair.</w:t>
      </w:r>
    </w:p>
    <w:p w14:paraId="533C4561" w14:textId="77777777" w:rsidR="002355BD" w:rsidRPr="001179E8" w:rsidRDefault="00000000">
      <w:pPr>
        <w:rPr>
          <w:lang w:val="pt-BR"/>
        </w:rPr>
      </w:pPr>
      <w:r w:rsidRPr="001179E8">
        <w:rPr>
          <w:lang w:val="pt-BR"/>
        </w:rPr>
        <w:br/>
      </w:r>
    </w:p>
    <w:p w14:paraId="4A3E6D09" w14:textId="77777777" w:rsidR="002355BD" w:rsidRPr="001179E8" w:rsidRDefault="00000000">
      <w:pPr>
        <w:rPr>
          <w:lang w:val="pt-BR"/>
        </w:rPr>
      </w:pPr>
      <w:r w:rsidRPr="001179E8">
        <w:rPr>
          <w:lang w:val="pt-BR"/>
        </w:rPr>
        <w:t>"Seja o que for, não temos tempo para descobrir agora," disse Caçador. "Precisamos enfrentar aquele Colosso antes que destrua a cidade inteira."</w:t>
      </w:r>
    </w:p>
    <w:p w14:paraId="57E9C118" w14:textId="77777777" w:rsidR="002355BD" w:rsidRPr="001179E8" w:rsidRDefault="00000000">
      <w:pPr>
        <w:rPr>
          <w:lang w:val="pt-BR"/>
        </w:rPr>
      </w:pPr>
      <w:r w:rsidRPr="001179E8">
        <w:rPr>
          <w:lang w:val="pt-BR"/>
        </w:rPr>
        <w:br/>
      </w:r>
    </w:p>
    <w:p w14:paraId="3DA192DB" w14:textId="77777777" w:rsidR="002355BD" w:rsidRPr="001179E8" w:rsidRDefault="00000000">
      <w:pPr>
        <w:rPr>
          <w:lang w:val="pt-BR"/>
        </w:rPr>
      </w:pPr>
      <w:r w:rsidRPr="001179E8">
        <w:rPr>
          <w:lang w:val="pt-BR"/>
        </w:rPr>
        <w:t>"Espere," disse Elaine subitamente. Ela se aproximou do pedestal, seus olhos fixos nas alianças. "Há inscrições aqui... posso lê-las parcialmente."</w:t>
      </w:r>
    </w:p>
    <w:p w14:paraId="7A8BACED" w14:textId="77777777" w:rsidR="002355BD" w:rsidRPr="001179E8" w:rsidRDefault="00000000">
      <w:pPr>
        <w:rPr>
          <w:lang w:val="pt-BR"/>
        </w:rPr>
      </w:pPr>
      <w:r w:rsidRPr="001179E8">
        <w:rPr>
          <w:lang w:val="pt-BR"/>
        </w:rPr>
        <w:br/>
      </w:r>
    </w:p>
    <w:p w14:paraId="5B760A57" w14:textId="77777777" w:rsidR="002355BD" w:rsidRPr="001179E8" w:rsidRDefault="00000000">
      <w:pPr>
        <w:rPr>
          <w:lang w:val="pt-BR"/>
        </w:rPr>
      </w:pPr>
      <w:r w:rsidRPr="001179E8">
        <w:rPr>
          <w:lang w:val="pt-BR"/>
        </w:rPr>
        <w:t>"O que dizem?" perguntou Lion, dividido entre curiosidade e urgência.</w:t>
      </w:r>
    </w:p>
    <w:p w14:paraId="5A778A63" w14:textId="77777777" w:rsidR="002355BD" w:rsidRPr="001179E8" w:rsidRDefault="00000000">
      <w:pPr>
        <w:rPr>
          <w:lang w:val="pt-BR"/>
        </w:rPr>
      </w:pPr>
      <w:r w:rsidRPr="001179E8">
        <w:rPr>
          <w:lang w:val="pt-BR"/>
        </w:rPr>
        <w:lastRenderedPageBreak/>
        <w:br/>
      </w:r>
    </w:p>
    <w:p w14:paraId="3704EF8D" w14:textId="77777777" w:rsidR="002355BD" w:rsidRPr="001179E8" w:rsidRDefault="00000000">
      <w:pPr>
        <w:rPr>
          <w:lang w:val="pt-BR"/>
        </w:rPr>
      </w:pPr>
      <w:r w:rsidRPr="001179E8">
        <w:rPr>
          <w:lang w:val="pt-BR"/>
        </w:rPr>
        <w:t>"'Para aqueles unidos por laços mais fortes que o tempo,'" traduziu ela, "'oferecemos o dom da união perfeita. Duas mentes, dois corações, um poder.'"</w:t>
      </w:r>
    </w:p>
    <w:p w14:paraId="5366CA2A" w14:textId="77777777" w:rsidR="002355BD" w:rsidRPr="001179E8" w:rsidRDefault="00000000">
      <w:pPr>
        <w:rPr>
          <w:lang w:val="pt-BR"/>
        </w:rPr>
      </w:pPr>
      <w:r w:rsidRPr="001179E8">
        <w:rPr>
          <w:lang w:val="pt-BR"/>
        </w:rPr>
        <w:br/>
      </w:r>
    </w:p>
    <w:p w14:paraId="29669436" w14:textId="77777777" w:rsidR="002355BD" w:rsidRPr="001179E8" w:rsidRDefault="00000000">
      <w:pPr>
        <w:rPr>
          <w:lang w:val="pt-BR"/>
        </w:rPr>
      </w:pPr>
      <w:r w:rsidRPr="001179E8">
        <w:rPr>
          <w:lang w:val="pt-BR"/>
        </w:rPr>
        <w:t>Luke se juntou a ela, sentindo a energia das alianças intensificar-se com sua proximidade. "É algum tipo de artefato de amplificação," teorizou ele. "Projetado para portadores com... uma conexão especial."</w:t>
      </w:r>
    </w:p>
    <w:p w14:paraId="5F50A51F" w14:textId="77777777" w:rsidR="002355BD" w:rsidRPr="001179E8" w:rsidRDefault="00000000">
      <w:pPr>
        <w:rPr>
          <w:lang w:val="pt-BR"/>
        </w:rPr>
      </w:pPr>
      <w:r w:rsidRPr="001179E8">
        <w:rPr>
          <w:lang w:val="pt-BR"/>
        </w:rPr>
        <w:br/>
      </w:r>
    </w:p>
    <w:p w14:paraId="33DB775F" w14:textId="77777777" w:rsidR="002355BD" w:rsidRPr="001179E8" w:rsidRDefault="00000000">
      <w:pPr>
        <w:rPr>
          <w:lang w:val="pt-BR"/>
        </w:rPr>
      </w:pPr>
      <w:r w:rsidRPr="001179E8">
        <w:rPr>
          <w:lang w:val="pt-BR"/>
        </w:rPr>
        <w:t>Seus olhares se encontraram, uma compreensão silenciosa passando entre eles. Em apenas alguns dias, haviam desenvolvido um vínculo que transcendia o tempo e o espaço – um vínculo baseado em confiança, respeito e algo mais profundo que ainda estavam descobrindo.</w:t>
      </w:r>
    </w:p>
    <w:p w14:paraId="057F3A94" w14:textId="77777777" w:rsidR="002355BD" w:rsidRPr="001179E8" w:rsidRDefault="00000000">
      <w:pPr>
        <w:rPr>
          <w:lang w:val="pt-BR"/>
        </w:rPr>
      </w:pPr>
      <w:r w:rsidRPr="001179E8">
        <w:rPr>
          <w:lang w:val="pt-BR"/>
        </w:rPr>
        <w:br/>
      </w:r>
    </w:p>
    <w:p w14:paraId="7CF6E2AE" w14:textId="77777777" w:rsidR="002355BD" w:rsidRPr="001179E8" w:rsidRDefault="00000000">
      <w:pPr>
        <w:rPr>
          <w:lang w:val="pt-BR"/>
        </w:rPr>
      </w:pPr>
      <w:r w:rsidRPr="001179E8">
        <w:rPr>
          <w:lang w:val="pt-BR"/>
        </w:rPr>
        <w:t>"Podemos usá-las contra o Colosso," sugeriu Elaine.</w:t>
      </w:r>
    </w:p>
    <w:p w14:paraId="26631FC7" w14:textId="77777777" w:rsidR="002355BD" w:rsidRPr="001179E8" w:rsidRDefault="00000000">
      <w:pPr>
        <w:rPr>
          <w:lang w:val="pt-BR"/>
        </w:rPr>
      </w:pPr>
      <w:r w:rsidRPr="001179E8">
        <w:rPr>
          <w:lang w:val="pt-BR"/>
        </w:rPr>
        <w:br/>
      </w:r>
    </w:p>
    <w:p w14:paraId="43C6E4CB" w14:textId="77777777" w:rsidR="002355BD" w:rsidRPr="001179E8" w:rsidRDefault="00000000">
      <w:pPr>
        <w:rPr>
          <w:lang w:val="pt-BR"/>
        </w:rPr>
      </w:pPr>
      <w:r w:rsidRPr="001179E8">
        <w:rPr>
          <w:lang w:val="pt-BR"/>
        </w:rPr>
        <w:t>"É muito arriscado," protestou Lion. "Artefatos desconhecidos raramente vêm sem um preço."</w:t>
      </w:r>
    </w:p>
    <w:p w14:paraId="40440EDF" w14:textId="77777777" w:rsidR="002355BD" w:rsidRPr="001179E8" w:rsidRDefault="00000000">
      <w:pPr>
        <w:rPr>
          <w:lang w:val="pt-BR"/>
        </w:rPr>
      </w:pPr>
      <w:r w:rsidRPr="001179E8">
        <w:rPr>
          <w:lang w:val="pt-BR"/>
        </w:rPr>
        <w:br/>
      </w:r>
    </w:p>
    <w:p w14:paraId="0DFB53A9" w14:textId="77777777" w:rsidR="002355BD" w:rsidRPr="001179E8" w:rsidRDefault="00000000">
      <w:pPr>
        <w:rPr>
          <w:lang w:val="pt-BR"/>
        </w:rPr>
      </w:pPr>
      <w:r w:rsidRPr="001179E8">
        <w:rPr>
          <w:lang w:val="pt-BR"/>
        </w:rPr>
        <w:t>Outro tremor, ainda mais violento. Desta vez, uma parte significativa do teto desabou, quase esmagando Caçador, que se jogou para o lado no último segundo.</w:t>
      </w:r>
    </w:p>
    <w:p w14:paraId="7DC53B47" w14:textId="77777777" w:rsidR="002355BD" w:rsidRPr="001179E8" w:rsidRDefault="00000000">
      <w:pPr>
        <w:rPr>
          <w:lang w:val="pt-BR"/>
        </w:rPr>
      </w:pPr>
      <w:r w:rsidRPr="001179E8">
        <w:rPr>
          <w:lang w:val="pt-BR"/>
        </w:rPr>
        <w:br/>
      </w:r>
    </w:p>
    <w:p w14:paraId="12801E8A" w14:textId="77777777" w:rsidR="002355BD" w:rsidRPr="001179E8" w:rsidRDefault="00000000">
      <w:pPr>
        <w:rPr>
          <w:lang w:val="pt-BR"/>
        </w:rPr>
      </w:pPr>
      <w:r w:rsidRPr="001179E8">
        <w:rPr>
          <w:lang w:val="pt-BR"/>
        </w:rPr>
        <w:t>"Não temos escolha," disse Luke. "Aquela coisa vai destruir a cidade inteira se não a detivermos."</w:t>
      </w:r>
    </w:p>
    <w:p w14:paraId="58203E77" w14:textId="77777777" w:rsidR="002355BD" w:rsidRPr="001179E8" w:rsidRDefault="00000000">
      <w:pPr>
        <w:rPr>
          <w:lang w:val="pt-BR"/>
        </w:rPr>
      </w:pPr>
      <w:r w:rsidRPr="001179E8">
        <w:rPr>
          <w:lang w:val="pt-BR"/>
        </w:rPr>
        <w:br/>
      </w:r>
    </w:p>
    <w:p w14:paraId="68094D1F" w14:textId="77777777" w:rsidR="002355BD" w:rsidRPr="001179E8" w:rsidRDefault="00000000">
      <w:pPr>
        <w:rPr>
          <w:lang w:val="pt-BR"/>
        </w:rPr>
      </w:pPr>
      <w:r w:rsidRPr="001179E8">
        <w:rPr>
          <w:lang w:val="pt-BR"/>
        </w:rPr>
        <w:lastRenderedPageBreak/>
        <w:t>Lion hesitou, então assentiu relutantemente. "Façam o que precisam fazer. Caçador e eu tentaremos ganhar tempo."</w:t>
      </w:r>
    </w:p>
    <w:p w14:paraId="47E07BB2" w14:textId="77777777" w:rsidR="002355BD" w:rsidRPr="001179E8" w:rsidRDefault="00000000">
      <w:pPr>
        <w:rPr>
          <w:lang w:val="pt-BR"/>
        </w:rPr>
      </w:pPr>
      <w:r w:rsidRPr="001179E8">
        <w:rPr>
          <w:lang w:val="pt-BR"/>
        </w:rPr>
        <w:br/>
      </w:r>
    </w:p>
    <w:p w14:paraId="09F648EA" w14:textId="77777777" w:rsidR="002355BD" w:rsidRPr="001179E8" w:rsidRDefault="00000000">
      <w:pPr>
        <w:rPr>
          <w:lang w:val="pt-BR"/>
        </w:rPr>
      </w:pPr>
      <w:r w:rsidRPr="001179E8">
        <w:rPr>
          <w:lang w:val="pt-BR"/>
        </w:rPr>
        <w:t>Com isso, Lion e Caçador correram para fora da câmara, dirigindo-se para o telhado de onde poderiam coordenar um ataque ao Colosso.</w:t>
      </w:r>
    </w:p>
    <w:p w14:paraId="4857E60A" w14:textId="77777777" w:rsidR="002355BD" w:rsidRPr="001179E8" w:rsidRDefault="00000000">
      <w:pPr>
        <w:rPr>
          <w:lang w:val="pt-BR"/>
        </w:rPr>
      </w:pPr>
      <w:r w:rsidRPr="001179E8">
        <w:rPr>
          <w:lang w:val="pt-BR"/>
        </w:rPr>
        <w:br/>
      </w:r>
    </w:p>
    <w:p w14:paraId="6F20EDD7" w14:textId="77777777" w:rsidR="002355BD" w:rsidRPr="001179E8" w:rsidRDefault="00000000">
      <w:pPr>
        <w:rPr>
          <w:lang w:val="pt-BR"/>
        </w:rPr>
      </w:pPr>
      <w:r w:rsidRPr="001179E8">
        <w:rPr>
          <w:lang w:val="pt-BR"/>
        </w:rPr>
        <w:t>Luke e Elaine ficaram sozinhos com as alianças brilhantes. Eles se aproximaram do pedestal, sentindo a energia dos artefatos intensificar-se ainda mais.</w:t>
      </w:r>
    </w:p>
    <w:p w14:paraId="5D5133A2" w14:textId="77777777" w:rsidR="002355BD" w:rsidRPr="001179E8" w:rsidRDefault="00000000">
      <w:pPr>
        <w:rPr>
          <w:lang w:val="pt-BR"/>
        </w:rPr>
      </w:pPr>
      <w:r w:rsidRPr="001179E8">
        <w:rPr>
          <w:lang w:val="pt-BR"/>
        </w:rPr>
        <w:br/>
      </w:r>
    </w:p>
    <w:p w14:paraId="0F36C8AA" w14:textId="77777777" w:rsidR="002355BD" w:rsidRPr="001179E8" w:rsidRDefault="00000000">
      <w:pPr>
        <w:rPr>
          <w:lang w:val="pt-BR"/>
        </w:rPr>
      </w:pPr>
      <w:r w:rsidRPr="001179E8">
        <w:rPr>
          <w:lang w:val="pt-BR"/>
        </w:rPr>
        <w:t>"Tem certeza disso?" perguntou Luke, olhando nos olhos de Elaine. "Não sabemos exatamente o que essas alianças farão."</w:t>
      </w:r>
    </w:p>
    <w:p w14:paraId="43BCCA12" w14:textId="77777777" w:rsidR="002355BD" w:rsidRPr="001179E8" w:rsidRDefault="00000000">
      <w:pPr>
        <w:rPr>
          <w:lang w:val="pt-BR"/>
        </w:rPr>
      </w:pPr>
      <w:r w:rsidRPr="001179E8">
        <w:rPr>
          <w:lang w:val="pt-BR"/>
        </w:rPr>
        <w:br/>
      </w:r>
    </w:p>
    <w:p w14:paraId="3CA0E3BD" w14:textId="77777777" w:rsidR="002355BD" w:rsidRPr="001179E8" w:rsidRDefault="00000000">
      <w:pPr>
        <w:rPr>
          <w:lang w:val="pt-BR"/>
        </w:rPr>
      </w:pPr>
      <w:r w:rsidRPr="001179E8">
        <w:rPr>
          <w:lang w:val="pt-BR"/>
        </w:rPr>
        <w:t>"Tenho certeza de uma coisa," respondeu ela, segurando as mãos dele. "Confio em você, Luke. Completamente. E se essas alianças exigem um vínculo genuíno para funcionar, então... acho que temos isso."</w:t>
      </w:r>
    </w:p>
    <w:p w14:paraId="034DA347" w14:textId="77777777" w:rsidR="002355BD" w:rsidRPr="001179E8" w:rsidRDefault="00000000">
      <w:pPr>
        <w:rPr>
          <w:lang w:val="pt-BR"/>
        </w:rPr>
      </w:pPr>
      <w:r w:rsidRPr="001179E8">
        <w:rPr>
          <w:lang w:val="pt-BR"/>
        </w:rPr>
        <w:br/>
      </w:r>
    </w:p>
    <w:p w14:paraId="547D978F" w14:textId="77777777" w:rsidR="002355BD" w:rsidRPr="001179E8" w:rsidRDefault="00000000">
      <w:pPr>
        <w:rPr>
          <w:lang w:val="pt-BR"/>
        </w:rPr>
      </w:pPr>
      <w:r w:rsidRPr="001179E8">
        <w:rPr>
          <w:lang w:val="pt-BR"/>
        </w:rPr>
        <w:t>Luke sentiu seu coração acelerar. Não era apenas a adrenalina da situação – era a realização de quanto Elaine havia se tornado importante para ele em tão pouco tempo. Como se tivessem se conhecido em outra vida, em outro tempo.</w:t>
      </w:r>
    </w:p>
    <w:p w14:paraId="712C2EB4" w14:textId="77777777" w:rsidR="002355BD" w:rsidRPr="001179E8" w:rsidRDefault="00000000">
      <w:pPr>
        <w:rPr>
          <w:lang w:val="pt-BR"/>
        </w:rPr>
      </w:pPr>
      <w:r w:rsidRPr="001179E8">
        <w:rPr>
          <w:lang w:val="pt-BR"/>
        </w:rPr>
        <w:br/>
      </w:r>
    </w:p>
    <w:p w14:paraId="4708937F" w14:textId="77777777" w:rsidR="002355BD" w:rsidRPr="001179E8" w:rsidRDefault="00000000">
      <w:pPr>
        <w:rPr>
          <w:lang w:val="pt-BR"/>
        </w:rPr>
      </w:pPr>
      <w:r w:rsidRPr="001179E8">
        <w:rPr>
          <w:lang w:val="pt-BR"/>
        </w:rPr>
        <w:t>"Eu também confio em você," disse ele suavemente. "Mais do que já confiei em alguém."</w:t>
      </w:r>
    </w:p>
    <w:p w14:paraId="2F0F3C64" w14:textId="77777777" w:rsidR="002355BD" w:rsidRPr="001179E8" w:rsidRDefault="00000000">
      <w:pPr>
        <w:rPr>
          <w:lang w:val="pt-BR"/>
        </w:rPr>
      </w:pPr>
      <w:r w:rsidRPr="001179E8">
        <w:rPr>
          <w:lang w:val="pt-BR"/>
        </w:rPr>
        <w:br/>
      </w:r>
    </w:p>
    <w:p w14:paraId="768C8637" w14:textId="77777777" w:rsidR="002355BD" w:rsidRPr="001179E8" w:rsidRDefault="00000000">
      <w:pPr>
        <w:rPr>
          <w:lang w:val="pt-BR"/>
        </w:rPr>
      </w:pPr>
      <w:r w:rsidRPr="001179E8">
        <w:rPr>
          <w:lang w:val="pt-BR"/>
        </w:rPr>
        <w:t>Com um último olhar de confirmação mútua, eles estenderam as mãos simultaneamente, cada um pegando uma das alianças. O metal era surpreendentemente quente ao toque, quase vivo.</w:t>
      </w:r>
    </w:p>
    <w:p w14:paraId="0805ED89" w14:textId="77777777" w:rsidR="002355BD" w:rsidRPr="001179E8" w:rsidRDefault="00000000">
      <w:pPr>
        <w:rPr>
          <w:lang w:val="pt-BR"/>
        </w:rPr>
      </w:pPr>
      <w:r w:rsidRPr="001179E8">
        <w:rPr>
          <w:lang w:val="pt-BR"/>
        </w:rPr>
        <w:lastRenderedPageBreak/>
        <w:br/>
      </w:r>
    </w:p>
    <w:p w14:paraId="6676567E" w14:textId="77777777" w:rsidR="002355BD" w:rsidRPr="001179E8" w:rsidRDefault="00000000">
      <w:pPr>
        <w:rPr>
          <w:lang w:val="pt-BR"/>
        </w:rPr>
      </w:pPr>
      <w:r w:rsidRPr="001179E8">
        <w:rPr>
          <w:lang w:val="pt-BR"/>
        </w:rPr>
        <w:t>"Juntos?" perguntou Elaine.</w:t>
      </w:r>
    </w:p>
    <w:p w14:paraId="64E102AD" w14:textId="77777777" w:rsidR="002355BD" w:rsidRPr="001179E8" w:rsidRDefault="00000000">
      <w:pPr>
        <w:rPr>
          <w:lang w:val="pt-BR"/>
        </w:rPr>
      </w:pPr>
      <w:r w:rsidRPr="001179E8">
        <w:rPr>
          <w:lang w:val="pt-BR"/>
        </w:rPr>
        <w:br/>
      </w:r>
    </w:p>
    <w:p w14:paraId="27309E0F" w14:textId="77777777" w:rsidR="002355BD" w:rsidRPr="001179E8" w:rsidRDefault="00000000">
      <w:pPr>
        <w:rPr>
          <w:lang w:val="pt-BR"/>
        </w:rPr>
      </w:pPr>
      <w:r w:rsidRPr="001179E8">
        <w:rPr>
          <w:lang w:val="pt-BR"/>
        </w:rPr>
        <w:t>"Juntos," confirmou Luke.</w:t>
      </w:r>
    </w:p>
    <w:p w14:paraId="0F2C7EEB" w14:textId="77777777" w:rsidR="002355BD" w:rsidRPr="001179E8" w:rsidRDefault="00000000">
      <w:pPr>
        <w:rPr>
          <w:lang w:val="pt-BR"/>
        </w:rPr>
      </w:pPr>
      <w:r w:rsidRPr="001179E8">
        <w:rPr>
          <w:lang w:val="pt-BR"/>
        </w:rPr>
        <w:br/>
      </w:r>
    </w:p>
    <w:p w14:paraId="390DAC34" w14:textId="77777777" w:rsidR="002355BD" w:rsidRPr="001179E8" w:rsidRDefault="00000000">
      <w:pPr>
        <w:rPr>
          <w:lang w:val="pt-BR"/>
        </w:rPr>
      </w:pPr>
      <w:r w:rsidRPr="001179E8">
        <w:rPr>
          <w:lang w:val="pt-BR"/>
        </w:rPr>
        <w:t>Eles colocaram as alianças nos dedos anelares de suas mãos direitas ao mesmo tempo. Por um momento, nada aconteceu. Então, o metal começou a brilhar intensamente, ajustando-se perfeitamente aos seus dedos como se tivesse sido forjado especificamente para eles.</w:t>
      </w:r>
    </w:p>
    <w:p w14:paraId="5C940E85" w14:textId="77777777" w:rsidR="002355BD" w:rsidRPr="001179E8" w:rsidRDefault="00000000">
      <w:pPr>
        <w:rPr>
          <w:lang w:val="pt-BR"/>
        </w:rPr>
      </w:pPr>
      <w:r w:rsidRPr="001179E8">
        <w:rPr>
          <w:lang w:val="pt-BR"/>
        </w:rPr>
        <w:br/>
      </w:r>
    </w:p>
    <w:p w14:paraId="36FDF708" w14:textId="77777777" w:rsidR="002355BD" w:rsidRPr="001179E8" w:rsidRDefault="00000000">
      <w:pPr>
        <w:rPr>
          <w:lang w:val="pt-BR"/>
        </w:rPr>
      </w:pPr>
      <w:r w:rsidRPr="001179E8">
        <w:rPr>
          <w:lang w:val="pt-BR"/>
        </w:rPr>
        <w:t>Uma onda de energia percorreu seus corpos, conectando-os de uma forma que transcendia o físico. De repente, Luke podia sentir a presença de Elaine em sua mente – não invasiva, mas reconfortante, como se uma parte dela agora residisse dentro dele.</w:t>
      </w:r>
    </w:p>
    <w:p w14:paraId="47FACB44" w14:textId="77777777" w:rsidR="002355BD" w:rsidRPr="001179E8" w:rsidRDefault="00000000">
      <w:pPr>
        <w:rPr>
          <w:lang w:val="pt-BR"/>
        </w:rPr>
      </w:pPr>
      <w:r w:rsidRPr="001179E8">
        <w:rPr>
          <w:lang w:val="pt-BR"/>
        </w:rPr>
        <w:br/>
      </w:r>
    </w:p>
    <w:p w14:paraId="7B54D5FA" w14:textId="77777777" w:rsidR="002355BD" w:rsidRPr="001179E8" w:rsidRDefault="00000000">
      <w:pPr>
        <w:rPr>
          <w:lang w:val="pt-BR"/>
        </w:rPr>
      </w:pPr>
      <w:r w:rsidRPr="001179E8">
        <w:rPr>
          <w:i/>
          <w:lang w:val="pt-BR"/>
        </w:rPr>
        <w:t>Luke?</w:t>
      </w:r>
      <w:r w:rsidRPr="001179E8">
        <w:rPr>
          <w:lang w:val="pt-BR"/>
        </w:rPr>
        <w:t xml:space="preserve"> A voz dela ecoou em sua mente, clara como cristal.</w:t>
      </w:r>
    </w:p>
    <w:p w14:paraId="00A1D5B4" w14:textId="77777777" w:rsidR="002355BD" w:rsidRPr="001179E8" w:rsidRDefault="00000000">
      <w:pPr>
        <w:rPr>
          <w:lang w:val="pt-BR"/>
        </w:rPr>
      </w:pPr>
      <w:r w:rsidRPr="001179E8">
        <w:rPr>
          <w:lang w:val="pt-BR"/>
        </w:rPr>
        <w:br/>
      </w:r>
    </w:p>
    <w:p w14:paraId="5B9013DC" w14:textId="77777777" w:rsidR="002355BD" w:rsidRPr="001179E8" w:rsidRDefault="00000000">
      <w:pPr>
        <w:rPr>
          <w:lang w:val="pt-BR"/>
        </w:rPr>
      </w:pPr>
      <w:r w:rsidRPr="001179E8">
        <w:rPr>
          <w:i/>
          <w:lang w:val="pt-BR"/>
        </w:rPr>
        <w:t>Elaine?</w:t>
      </w:r>
      <w:r w:rsidRPr="001179E8">
        <w:rPr>
          <w:lang w:val="pt-BR"/>
        </w:rPr>
        <w:t xml:space="preserve"> respondeu ele, maravilhado. </w:t>
      </w:r>
      <w:r w:rsidRPr="001179E8">
        <w:rPr>
          <w:i/>
          <w:lang w:val="pt-BR"/>
        </w:rPr>
        <w:t>Posso ouvir seus pensamentos.</w:t>
      </w:r>
    </w:p>
    <w:p w14:paraId="4156C4FA" w14:textId="77777777" w:rsidR="002355BD" w:rsidRPr="001179E8" w:rsidRDefault="00000000">
      <w:pPr>
        <w:rPr>
          <w:lang w:val="pt-BR"/>
        </w:rPr>
      </w:pPr>
      <w:r w:rsidRPr="001179E8">
        <w:rPr>
          <w:lang w:val="pt-BR"/>
        </w:rPr>
        <w:br/>
      </w:r>
    </w:p>
    <w:p w14:paraId="38CF78E5" w14:textId="77777777" w:rsidR="002355BD" w:rsidRPr="001179E8" w:rsidRDefault="00000000">
      <w:pPr>
        <w:rPr>
          <w:lang w:val="pt-BR"/>
        </w:rPr>
      </w:pPr>
      <w:r w:rsidRPr="001179E8">
        <w:rPr>
          <w:i/>
          <w:lang w:val="pt-BR"/>
        </w:rPr>
        <w:t>E eu os seus. É... incrível.</w:t>
      </w:r>
    </w:p>
    <w:p w14:paraId="0A5DCD60" w14:textId="77777777" w:rsidR="002355BD" w:rsidRPr="001179E8" w:rsidRDefault="00000000">
      <w:pPr>
        <w:rPr>
          <w:lang w:val="pt-BR"/>
        </w:rPr>
      </w:pPr>
      <w:r w:rsidRPr="001179E8">
        <w:rPr>
          <w:lang w:val="pt-BR"/>
        </w:rPr>
        <w:br/>
      </w:r>
    </w:p>
    <w:p w14:paraId="4B9C89BB" w14:textId="77777777" w:rsidR="002355BD" w:rsidRPr="001179E8" w:rsidRDefault="00000000">
      <w:pPr>
        <w:rPr>
          <w:lang w:val="pt-BR"/>
        </w:rPr>
      </w:pPr>
      <w:r w:rsidRPr="001179E8">
        <w:rPr>
          <w:lang w:val="pt-BR"/>
        </w:rPr>
        <w:t>Mas a conexão mental era apenas o começo. Luke sentiu seus poderes de teletransporte expandirem-se exponencialmente, sua percepção espacial tornando-se tão aguçada que podia sentir cada molécula do ar ao seu redor. Ao mesmo tempo, através do vínculo, podia sentir as habilidades de metamorfose de Elaine se intensificarem, seu controle sobre sua forma tornando-se absoluto.</w:t>
      </w:r>
    </w:p>
    <w:p w14:paraId="4F5CAB11" w14:textId="77777777" w:rsidR="002355BD" w:rsidRPr="001179E8" w:rsidRDefault="00000000">
      <w:pPr>
        <w:rPr>
          <w:lang w:val="pt-BR"/>
        </w:rPr>
      </w:pPr>
      <w:r w:rsidRPr="001179E8">
        <w:rPr>
          <w:lang w:val="pt-BR"/>
        </w:rPr>
        <w:lastRenderedPageBreak/>
        <w:br/>
      </w:r>
    </w:p>
    <w:p w14:paraId="311B86BD" w14:textId="77777777" w:rsidR="002355BD" w:rsidRPr="001179E8" w:rsidRDefault="00000000">
      <w:pPr>
        <w:rPr>
          <w:lang w:val="pt-BR"/>
        </w:rPr>
      </w:pPr>
      <w:r w:rsidRPr="001179E8">
        <w:rPr>
          <w:i/>
          <w:lang w:val="pt-BR"/>
        </w:rPr>
        <w:t>Sinto-me... diferente,</w:t>
      </w:r>
      <w:r w:rsidRPr="001179E8">
        <w:rPr>
          <w:lang w:val="pt-BR"/>
        </w:rPr>
        <w:t xml:space="preserve"> pensou Elaine para ele. </w:t>
      </w:r>
      <w:r w:rsidRPr="001179E8">
        <w:rPr>
          <w:i/>
          <w:lang w:val="pt-BR"/>
        </w:rPr>
        <w:t>Mais forte. Mais conectada a tudo.</w:t>
      </w:r>
    </w:p>
    <w:p w14:paraId="080CD927" w14:textId="77777777" w:rsidR="002355BD" w:rsidRPr="001179E8" w:rsidRDefault="00000000">
      <w:pPr>
        <w:rPr>
          <w:lang w:val="pt-BR"/>
        </w:rPr>
      </w:pPr>
      <w:r w:rsidRPr="001179E8">
        <w:rPr>
          <w:lang w:val="pt-BR"/>
        </w:rPr>
        <w:br/>
      </w:r>
    </w:p>
    <w:p w14:paraId="6FF3747F" w14:textId="77777777" w:rsidR="002355BD" w:rsidRPr="001179E8" w:rsidRDefault="00000000">
      <w:pPr>
        <w:rPr>
          <w:lang w:val="pt-BR"/>
        </w:rPr>
      </w:pPr>
      <w:r w:rsidRPr="001179E8">
        <w:rPr>
          <w:i/>
          <w:lang w:val="pt-BR"/>
        </w:rPr>
        <w:t>Eu também,</w:t>
      </w:r>
      <w:r w:rsidRPr="001179E8">
        <w:rPr>
          <w:lang w:val="pt-BR"/>
        </w:rPr>
        <w:t xml:space="preserve"> respondeu Luke. </w:t>
      </w:r>
      <w:r w:rsidRPr="001179E8">
        <w:rPr>
          <w:i/>
          <w:lang w:val="pt-BR"/>
        </w:rPr>
        <w:t>É como se as alianças estivessem amplificando nossos poderes naturais e... combinando-os de alguma forma.</w:t>
      </w:r>
    </w:p>
    <w:p w14:paraId="69C92957" w14:textId="77777777" w:rsidR="002355BD" w:rsidRPr="001179E8" w:rsidRDefault="00000000">
      <w:pPr>
        <w:rPr>
          <w:lang w:val="pt-BR"/>
        </w:rPr>
      </w:pPr>
      <w:r w:rsidRPr="001179E8">
        <w:rPr>
          <w:lang w:val="pt-BR"/>
        </w:rPr>
        <w:br/>
      </w:r>
    </w:p>
    <w:p w14:paraId="6543DC86" w14:textId="77777777" w:rsidR="002355BD" w:rsidRPr="001179E8" w:rsidRDefault="00000000">
      <w:pPr>
        <w:rPr>
          <w:lang w:val="pt-BR"/>
        </w:rPr>
      </w:pPr>
      <w:r w:rsidRPr="001179E8">
        <w:rPr>
          <w:lang w:val="pt-BR"/>
        </w:rPr>
        <w:t>Outro tremor sacudiu o edifício, lembrando-os da ameaça iminente. Através das janelas, podiam ver o Colosso avançando pela cidade, cada passo destruindo quarteirões inteiros.</w:t>
      </w:r>
    </w:p>
    <w:p w14:paraId="776FEC6C" w14:textId="77777777" w:rsidR="002355BD" w:rsidRPr="001179E8" w:rsidRDefault="00000000">
      <w:pPr>
        <w:rPr>
          <w:lang w:val="pt-BR"/>
        </w:rPr>
      </w:pPr>
      <w:r w:rsidRPr="001179E8">
        <w:rPr>
          <w:lang w:val="pt-BR"/>
        </w:rPr>
        <w:br/>
      </w:r>
    </w:p>
    <w:p w14:paraId="1BCDF315" w14:textId="77777777" w:rsidR="002355BD" w:rsidRPr="001179E8" w:rsidRDefault="00000000">
      <w:pPr>
        <w:rPr>
          <w:lang w:val="pt-BR"/>
        </w:rPr>
      </w:pPr>
      <w:r w:rsidRPr="001179E8">
        <w:rPr>
          <w:i/>
          <w:lang w:val="pt-BR"/>
        </w:rPr>
        <w:t>Vamos,</w:t>
      </w:r>
      <w:r w:rsidRPr="001179E8">
        <w:rPr>
          <w:lang w:val="pt-BR"/>
        </w:rPr>
        <w:t xml:space="preserve"> pensou Luke, estendendo a mão para Elaine. </w:t>
      </w:r>
      <w:r w:rsidRPr="001179E8">
        <w:rPr>
          <w:i/>
          <w:lang w:val="pt-BR"/>
        </w:rPr>
        <w:t>Temos um mundo para salvar.</w:t>
      </w:r>
    </w:p>
    <w:p w14:paraId="46F32C3E" w14:textId="77777777" w:rsidR="002355BD" w:rsidRPr="001179E8" w:rsidRDefault="00000000">
      <w:pPr>
        <w:rPr>
          <w:lang w:val="pt-BR"/>
        </w:rPr>
      </w:pPr>
      <w:r w:rsidRPr="001179E8">
        <w:rPr>
          <w:lang w:val="pt-BR"/>
        </w:rPr>
        <w:br/>
      </w:r>
    </w:p>
    <w:p w14:paraId="79F52887" w14:textId="77777777" w:rsidR="002355BD" w:rsidRPr="001179E8" w:rsidRDefault="00000000">
      <w:pPr>
        <w:rPr>
          <w:lang w:val="pt-BR"/>
        </w:rPr>
      </w:pPr>
      <w:r w:rsidRPr="001179E8">
        <w:rPr>
          <w:lang w:val="pt-BR"/>
        </w:rPr>
        <w:t xml:space="preserve">Ela pegou sua mão, seus dedos entrelaçando-se naturalmente, as alianças brilhando em contato uma com a outra. </w:t>
      </w:r>
      <w:r w:rsidRPr="001179E8">
        <w:rPr>
          <w:i/>
          <w:lang w:val="pt-BR"/>
        </w:rPr>
        <w:t>Juntos.</w:t>
      </w:r>
    </w:p>
    <w:p w14:paraId="4D20B35C" w14:textId="77777777" w:rsidR="002355BD" w:rsidRPr="001179E8" w:rsidRDefault="00000000">
      <w:pPr>
        <w:rPr>
          <w:lang w:val="pt-BR"/>
        </w:rPr>
      </w:pPr>
      <w:r w:rsidRPr="001179E8">
        <w:rPr>
          <w:lang w:val="pt-BR"/>
        </w:rPr>
        <w:br/>
      </w:r>
    </w:p>
    <w:p w14:paraId="7A8DB50C" w14:textId="77777777" w:rsidR="002355BD" w:rsidRPr="001179E8" w:rsidRDefault="00000000">
      <w:pPr>
        <w:rPr>
          <w:lang w:val="pt-BR"/>
        </w:rPr>
      </w:pPr>
      <w:r w:rsidRPr="001179E8">
        <w:rPr>
          <w:lang w:val="pt-BR"/>
        </w:rPr>
        <w:t>Com um pensamento compartilhado, Luke os teletransportou para o telhado, onde Lion e Caçador estavam avaliando a situação. Os dois Primordiais se viraram, surpresos não apenas com sua aparição súbita, mas com a aura de poder que agora emanava do casal.</w:t>
      </w:r>
    </w:p>
    <w:p w14:paraId="29678B64" w14:textId="77777777" w:rsidR="002355BD" w:rsidRPr="001179E8" w:rsidRDefault="00000000">
      <w:pPr>
        <w:rPr>
          <w:lang w:val="pt-BR"/>
        </w:rPr>
      </w:pPr>
      <w:r w:rsidRPr="001179E8">
        <w:rPr>
          <w:lang w:val="pt-BR"/>
        </w:rPr>
        <w:br/>
      </w:r>
    </w:p>
    <w:p w14:paraId="045B42E3" w14:textId="77777777" w:rsidR="002355BD" w:rsidRPr="001179E8" w:rsidRDefault="00000000">
      <w:pPr>
        <w:rPr>
          <w:lang w:val="pt-BR"/>
        </w:rPr>
      </w:pPr>
      <w:r w:rsidRPr="001179E8">
        <w:rPr>
          <w:lang w:val="pt-BR"/>
        </w:rPr>
        <w:t>"O que aconteceu com vocês?" perguntou Lion, notando o brilho sobrenatural em seus olhos e as alianças idênticas em suas mãos.</w:t>
      </w:r>
    </w:p>
    <w:p w14:paraId="3C21C3D9" w14:textId="77777777" w:rsidR="002355BD" w:rsidRPr="001179E8" w:rsidRDefault="00000000">
      <w:pPr>
        <w:rPr>
          <w:lang w:val="pt-BR"/>
        </w:rPr>
      </w:pPr>
      <w:r w:rsidRPr="001179E8">
        <w:rPr>
          <w:lang w:val="pt-BR"/>
        </w:rPr>
        <w:br/>
      </w:r>
    </w:p>
    <w:p w14:paraId="76633D50" w14:textId="77777777" w:rsidR="002355BD" w:rsidRPr="001179E8" w:rsidRDefault="00000000">
      <w:pPr>
        <w:rPr>
          <w:lang w:val="pt-BR"/>
        </w:rPr>
      </w:pPr>
      <w:r w:rsidRPr="001179E8">
        <w:rPr>
          <w:lang w:val="pt-BR"/>
        </w:rPr>
        <w:t>"Ganhamos uma vantagem," respondeu Luke, sua voz carregando uma nova confiança. "As alianças nos conectaram. Amplificaram nossos poderes."</w:t>
      </w:r>
    </w:p>
    <w:p w14:paraId="58340BF7" w14:textId="77777777" w:rsidR="002355BD" w:rsidRPr="001179E8" w:rsidRDefault="00000000">
      <w:pPr>
        <w:rPr>
          <w:lang w:val="pt-BR"/>
        </w:rPr>
      </w:pPr>
      <w:r w:rsidRPr="001179E8">
        <w:rPr>
          <w:lang w:val="pt-BR"/>
        </w:rPr>
        <w:br/>
      </w:r>
    </w:p>
    <w:p w14:paraId="5FBBDDC4" w14:textId="77777777" w:rsidR="002355BD" w:rsidRPr="001179E8" w:rsidRDefault="00000000">
      <w:pPr>
        <w:rPr>
          <w:lang w:val="pt-BR"/>
        </w:rPr>
      </w:pPr>
      <w:r w:rsidRPr="001179E8">
        <w:rPr>
          <w:lang w:val="pt-BR"/>
        </w:rPr>
        <w:lastRenderedPageBreak/>
        <w:t>"E nos deram uma chance contra aquela coisa," completou Elaine, apontando para o Colosso que agora estava a apenas alguns quarteirões de distância.</w:t>
      </w:r>
    </w:p>
    <w:p w14:paraId="45379CA4" w14:textId="77777777" w:rsidR="002355BD" w:rsidRPr="001179E8" w:rsidRDefault="00000000">
      <w:pPr>
        <w:rPr>
          <w:lang w:val="pt-BR"/>
        </w:rPr>
      </w:pPr>
      <w:r w:rsidRPr="001179E8">
        <w:rPr>
          <w:lang w:val="pt-BR"/>
        </w:rPr>
        <w:br/>
      </w:r>
    </w:p>
    <w:p w14:paraId="018123C3" w14:textId="77777777" w:rsidR="002355BD" w:rsidRPr="001179E8" w:rsidRDefault="00000000">
      <w:pPr>
        <w:rPr>
          <w:lang w:val="pt-BR"/>
        </w:rPr>
      </w:pPr>
      <w:r w:rsidRPr="001179E8">
        <w:rPr>
          <w:lang w:val="pt-BR"/>
        </w:rPr>
        <w:t>Caçador parecia cético, mas Lion – sempre o líder intuitivo – reconheceu a mudança neles imediatamente. "Qual é o plano?"</w:t>
      </w:r>
    </w:p>
    <w:p w14:paraId="52459DB2" w14:textId="77777777" w:rsidR="002355BD" w:rsidRPr="001179E8" w:rsidRDefault="00000000">
      <w:pPr>
        <w:rPr>
          <w:lang w:val="pt-BR"/>
        </w:rPr>
      </w:pPr>
      <w:r w:rsidRPr="001179E8">
        <w:rPr>
          <w:lang w:val="pt-BR"/>
        </w:rPr>
        <w:br/>
      </w:r>
    </w:p>
    <w:p w14:paraId="53BF95CC" w14:textId="77777777" w:rsidR="002355BD" w:rsidRPr="001179E8" w:rsidRDefault="00000000">
      <w:pPr>
        <w:rPr>
          <w:lang w:val="pt-BR"/>
        </w:rPr>
      </w:pPr>
      <w:r w:rsidRPr="001179E8">
        <w:rPr>
          <w:lang w:val="pt-BR"/>
        </w:rPr>
        <w:t>Luke e Elaine se entreolharam, comunicando-se silenciosamente através de seu novo vínculo. "Precisamos chegar perto o suficiente para atacar seu núcleo," explicou Luke. "Cada Colosso tem um núcleo de energia dimensional que o mantém estável neste plano."</w:t>
      </w:r>
    </w:p>
    <w:p w14:paraId="77E29A22" w14:textId="77777777" w:rsidR="002355BD" w:rsidRPr="001179E8" w:rsidRDefault="00000000">
      <w:pPr>
        <w:rPr>
          <w:lang w:val="pt-BR"/>
        </w:rPr>
      </w:pPr>
      <w:r w:rsidRPr="001179E8">
        <w:rPr>
          <w:lang w:val="pt-BR"/>
        </w:rPr>
        <w:br/>
      </w:r>
    </w:p>
    <w:p w14:paraId="4B400130" w14:textId="77777777" w:rsidR="002355BD" w:rsidRPr="001179E8" w:rsidRDefault="00000000">
      <w:pPr>
        <w:rPr>
          <w:lang w:val="pt-BR"/>
        </w:rPr>
      </w:pPr>
      <w:r w:rsidRPr="001179E8">
        <w:rPr>
          <w:lang w:val="pt-BR"/>
        </w:rPr>
        <w:t>"Como sabem disso?" perguntou Caçador, desconfiado.</w:t>
      </w:r>
    </w:p>
    <w:p w14:paraId="717A6B92" w14:textId="77777777" w:rsidR="002355BD" w:rsidRPr="001179E8" w:rsidRDefault="00000000">
      <w:pPr>
        <w:rPr>
          <w:lang w:val="pt-BR"/>
        </w:rPr>
      </w:pPr>
      <w:r w:rsidRPr="001179E8">
        <w:rPr>
          <w:lang w:val="pt-BR"/>
        </w:rPr>
        <w:br/>
      </w:r>
    </w:p>
    <w:p w14:paraId="007DB7C7" w14:textId="77777777" w:rsidR="002355BD" w:rsidRPr="001179E8" w:rsidRDefault="00000000">
      <w:pPr>
        <w:rPr>
          <w:lang w:val="pt-BR"/>
        </w:rPr>
      </w:pPr>
      <w:r w:rsidRPr="001179E8">
        <w:rPr>
          <w:lang w:val="pt-BR"/>
        </w:rPr>
        <w:t>"Longa história," respondeu Elaine. "Mas confiem em nós – se destruirmos o núcleo, o Colosso será puxado de volta para o submundo."</w:t>
      </w:r>
    </w:p>
    <w:p w14:paraId="72000AF5" w14:textId="77777777" w:rsidR="002355BD" w:rsidRPr="001179E8" w:rsidRDefault="00000000">
      <w:pPr>
        <w:rPr>
          <w:lang w:val="pt-BR"/>
        </w:rPr>
      </w:pPr>
      <w:r w:rsidRPr="001179E8">
        <w:rPr>
          <w:lang w:val="pt-BR"/>
        </w:rPr>
        <w:br/>
      </w:r>
    </w:p>
    <w:p w14:paraId="06B145A8" w14:textId="77777777" w:rsidR="002355BD" w:rsidRPr="001179E8" w:rsidRDefault="00000000">
      <w:pPr>
        <w:rPr>
          <w:lang w:val="pt-BR"/>
        </w:rPr>
      </w:pPr>
      <w:r w:rsidRPr="001179E8">
        <w:rPr>
          <w:lang w:val="pt-BR"/>
        </w:rPr>
        <w:t>Lion assentiu. "O que precisam que façamos?"</w:t>
      </w:r>
    </w:p>
    <w:p w14:paraId="59C9E538" w14:textId="77777777" w:rsidR="002355BD" w:rsidRPr="001179E8" w:rsidRDefault="00000000">
      <w:pPr>
        <w:rPr>
          <w:lang w:val="pt-BR"/>
        </w:rPr>
      </w:pPr>
      <w:r w:rsidRPr="001179E8">
        <w:rPr>
          <w:lang w:val="pt-BR"/>
        </w:rPr>
        <w:br/>
      </w:r>
    </w:p>
    <w:p w14:paraId="316B6F1C" w14:textId="77777777" w:rsidR="002355BD" w:rsidRPr="001179E8" w:rsidRDefault="00000000">
      <w:pPr>
        <w:rPr>
          <w:lang w:val="pt-BR"/>
        </w:rPr>
      </w:pPr>
      <w:r w:rsidRPr="001179E8">
        <w:rPr>
          <w:lang w:val="pt-BR"/>
        </w:rPr>
        <w:t>"Distração," disse Luke. "Mantenham-no ocupado enquanto nos aproximamos."</w:t>
      </w:r>
    </w:p>
    <w:p w14:paraId="01924FE1" w14:textId="77777777" w:rsidR="002355BD" w:rsidRPr="001179E8" w:rsidRDefault="00000000">
      <w:pPr>
        <w:rPr>
          <w:lang w:val="pt-BR"/>
        </w:rPr>
      </w:pPr>
      <w:r w:rsidRPr="001179E8">
        <w:rPr>
          <w:lang w:val="pt-BR"/>
        </w:rPr>
        <w:br/>
      </w:r>
    </w:p>
    <w:p w14:paraId="650F21E2" w14:textId="77777777" w:rsidR="002355BD" w:rsidRPr="001179E8" w:rsidRDefault="00000000">
      <w:pPr>
        <w:rPr>
          <w:lang w:val="pt-BR"/>
        </w:rPr>
      </w:pPr>
      <w:r w:rsidRPr="001179E8">
        <w:rPr>
          <w:lang w:val="pt-BR"/>
        </w:rPr>
        <w:t>"Isso podemos fazer," garantiu Lion com um sorriso feroz. Ele se virou para Caçador. "Como nos velhos tempos?"</w:t>
      </w:r>
    </w:p>
    <w:p w14:paraId="1093CF52" w14:textId="77777777" w:rsidR="002355BD" w:rsidRPr="001179E8" w:rsidRDefault="00000000">
      <w:pPr>
        <w:rPr>
          <w:lang w:val="pt-BR"/>
        </w:rPr>
      </w:pPr>
      <w:r w:rsidRPr="001179E8">
        <w:rPr>
          <w:lang w:val="pt-BR"/>
        </w:rPr>
        <w:br/>
      </w:r>
    </w:p>
    <w:p w14:paraId="1185312B" w14:textId="77777777" w:rsidR="002355BD" w:rsidRPr="001179E8" w:rsidRDefault="00000000">
      <w:pPr>
        <w:rPr>
          <w:lang w:val="pt-BR"/>
        </w:rPr>
      </w:pPr>
      <w:r w:rsidRPr="001179E8">
        <w:rPr>
          <w:lang w:val="pt-BR"/>
        </w:rPr>
        <w:t>Caçador verificou suas armas, um raro sorriso aparecendo em seu rosto normalmente sério. "Como nos velhos tempos."</w:t>
      </w:r>
    </w:p>
    <w:p w14:paraId="3DBBF0D3" w14:textId="77777777" w:rsidR="002355BD" w:rsidRPr="001179E8" w:rsidRDefault="00000000">
      <w:pPr>
        <w:rPr>
          <w:lang w:val="pt-BR"/>
        </w:rPr>
      </w:pPr>
      <w:r w:rsidRPr="001179E8">
        <w:rPr>
          <w:lang w:val="pt-BR"/>
        </w:rPr>
        <w:lastRenderedPageBreak/>
        <w:br/>
      </w:r>
    </w:p>
    <w:p w14:paraId="6E129CF3" w14:textId="77777777" w:rsidR="002355BD" w:rsidRPr="001179E8" w:rsidRDefault="00000000">
      <w:pPr>
        <w:rPr>
          <w:lang w:val="pt-BR"/>
        </w:rPr>
      </w:pPr>
      <w:r w:rsidRPr="001179E8">
        <w:rPr>
          <w:lang w:val="pt-BR"/>
        </w:rPr>
        <w:t>Com um rugido que fez o próprio ar vibrar, Lion saltou do telhado, sua agilidade felina permitindo-lhe pular de edifício em edifício em direção ao Colosso. Caçador o seguiu, usando um gancho especial para se balançar entre os prédios.</w:t>
      </w:r>
    </w:p>
    <w:p w14:paraId="5B1C0F5C" w14:textId="77777777" w:rsidR="002355BD" w:rsidRPr="001179E8" w:rsidRDefault="00000000">
      <w:pPr>
        <w:rPr>
          <w:lang w:val="pt-BR"/>
        </w:rPr>
      </w:pPr>
      <w:r w:rsidRPr="001179E8">
        <w:rPr>
          <w:lang w:val="pt-BR"/>
        </w:rPr>
        <w:br/>
      </w:r>
    </w:p>
    <w:p w14:paraId="5E862AA4" w14:textId="77777777" w:rsidR="002355BD" w:rsidRPr="001179E8" w:rsidRDefault="00000000">
      <w:pPr>
        <w:rPr>
          <w:lang w:val="pt-BR"/>
        </w:rPr>
      </w:pPr>
      <w:r w:rsidRPr="001179E8">
        <w:rPr>
          <w:i/>
          <w:lang w:val="pt-BR"/>
        </w:rPr>
        <w:t>Prontos?</w:t>
      </w:r>
      <w:r w:rsidRPr="001179E8">
        <w:rPr>
          <w:lang w:val="pt-BR"/>
        </w:rPr>
        <w:t xml:space="preserve"> perguntou Luke mentalmente.</w:t>
      </w:r>
    </w:p>
    <w:p w14:paraId="5C1EB6D5" w14:textId="77777777" w:rsidR="002355BD" w:rsidRPr="001179E8" w:rsidRDefault="00000000">
      <w:pPr>
        <w:rPr>
          <w:lang w:val="pt-BR"/>
        </w:rPr>
      </w:pPr>
      <w:r w:rsidRPr="001179E8">
        <w:rPr>
          <w:lang w:val="pt-BR"/>
        </w:rPr>
        <w:br/>
      </w:r>
    </w:p>
    <w:p w14:paraId="215900BE" w14:textId="77777777" w:rsidR="002355BD" w:rsidRPr="001179E8" w:rsidRDefault="00000000">
      <w:pPr>
        <w:rPr>
          <w:lang w:val="pt-BR"/>
        </w:rPr>
      </w:pPr>
      <w:r w:rsidRPr="001179E8">
        <w:rPr>
          <w:i/>
          <w:lang w:val="pt-BR"/>
        </w:rPr>
        <w:t>Sempre,</w:t>
      </w:r>
      <w:r w:rsidRPr="001179E8">
        <w:rPr>
          <w:lang w:val="pt-BR"/>
        </w:rPr>
        <w:t xml:space="preserve"> respondeu Elaine, apertando sua mão.</w:t>
      </w:r>
    </w:p>
    <w:p w14:paraId="6E7E3A0F" w14:textId="77777777" w:rsidR="002355BD" w:rsidRPr="001179E8" w:rsidRDefault="00000000">
      <w:pPr>
        <w:rPr>
          <w:lang w:val="pt-BR"/>
        </w:rPr>
      </w:pPr>
      <w:r w:rsidRPr="001179E8">
        <w:rPr>
          <w:lang w:val="pt-BR"/>
        </w:rPr>
        <w:br/>
      </w:r>
    </w:p>
    <w:p w14:paraId="7B8644C3" w14:textId="77777777" w:rsidR="002355BD" w:rsidRPr="001179E8" w:rsidRDefault="00000000">
      <w:pPr>
        <w:rPr>
          <w:lang w:val="pt-BR"/>
        </w:rPr>
      </w:pPr>
      <w:r w:rsidRPr="001179E8">
        <w:rPr>
          <w:lang w:val="pt-BR"/>
        </w:rPr>
        <w:t>Com um pensamento compartilhado, Luke os teletransportou diretamente para o campo de batalha. Mas este não era um teletransporte normal – com seus poderes amplificados pelas alianças, ele podia agora criar múltiplos saltos em sequência, aparecendo e desaparecendo tão rapidamente que pareciam estar em vários lugares ao mesmo tempo.</w:t>
      </w:r>
    </w:p>
    <w:p w14:paraId="6908DBA8" w14:textId="77777777" w:rsidR="002355BD" w:rsidRPr="001179E8" w:rsidRDefault="00000000">
      <w:pPr>
        <w:rPr>
          <w:lang w:val="pt-BR"/>
        </w:rPr>
      </w:pPr>
      <w:r w:rsidRPr="001179E8">
        <w:rPr>
          <w:lang w:val="pt-BR"/>
        </w:rPr>
        <w:br/>
      </w:r>
    </w:p>
    <w:p w14:paraId="13DFAEC0" w14:textId="77777777" w:rsidR="002355BD" w:rsidRPr="001179E8" w:rsidRDefault="00000000">
      <w:pPr>
        <w:rPr>
          <w:lang w:val="pt-BR"/>
        </w:rPr>
      </w:pPr>
      <w:r w:rsidRPr="001179E8">
        <w:rPr>
          <w:lang w:val="pt-BR"/>
        </w:rPr>
        <w:t>Enquanto isso, Lion e Caçador executavam sua distração com perfeição sincronizada. Lion saltava pelo corpo do Colosso, seus golpes poderosos e rugidos sônicos irritando a criatura como picadas de inseto, enquanto Caçador disparava projéteis especiais que explodiam em pontos estratégicos, mantendo a atenção do monstro dividida.</w:t>
      </w:r>
    </w:p>
    <w:p w14:paraId="073FB2C0" w14:textId="77777777" w:rsidR="002355BD" w:rsidRPr="001179E8" w:rsidRDefault="00000000">
      <w:pPr>
        <w:rPr>
          <w:lang w:val="pt-BR"/>
        </w:rPr>
      </w:pPr>
      <w:r w:rsidRPr="001179E8">
        <w:rPr>
          <w:lang w:val="pt-BR"/>
        </w:rPr>
        <w:br/>
      </w:r>
    </w:p>
    <w:p w14:paraId="31B92FAA" w14:textId="77777777" w:rsidR="002355BD" w:rsidRPr="001179E8" w:rsidRDefault="00000000">
      <w:pPr>
        <w:rPr>
          <w:lang w:val="pt-BR"/>
        </w:rPr>
      </w:pPr>
      <w:r w:rsidRPr="001179E8">
        <w:rPr>
          <w:lang w:val="pt-BR"/>
        </w:rPr>
        <w:t>Luke e Elaine usaram essa distração para se aproximarem do peito do Colosso, onde, segundo o conhecimento de Elaine sobre criaturas do submundo, o núcleo estaria localizado.</w:t>
      </w:r>
    </w:p>
    <w:p w14:paraId="28666447" w14:textId="77777777" w:rsidR="002355BD" w:rsidRPr="001179E8" w:rsidRDefault="00000000">
      <w:pPr>
        <w:rPr>
          <w:lang w:val="pt-BR"/>
        </w:rPr>
      </w:pPr>
      <w:r w:rsidRPr="001179E8">
        <w:rPr>
          <w:lang w:val="pt-BR"/>
        </w:rPr>
        <w:br/>
      </w:r>
    </w:p>
    <w:p w14:paraId="7B21B142" w14:textId="77777777" w:rsidR="002355BD" w:rsidRPr="001179E8" w:rsidRDefault="00000000">
      <w:pPr>
        <w:rPr>
          <w:lang w:val="pt-BR"/>
        </w:rPr>
      </w:pPr>
      <w:r w:rsidRPr="001179E8">
        <w:rPr>
          <w:i/>
          <w:lang w:val="pt-BR"/>
        </w:rPr>
        <w:t>Ali,</w:t>
      </w:r>
      <w:r w:rsidRPr="001179E8">
        <w:rPr>
          <w:lang w:val="pt-BR"/>
        </w:rPr>
        <w:t xml:space="preserve"> apontou ela mentalmente, indicando um ponto onde a pele rochosa pulsava com energia roxa. </w:t>
      </w:r>
      <w:r w:rsidRPr="001179E8">
        <w:rPr>
          <w:i/>
          <w:lang w:val="pt-BR"/>
        </w:rPr>
        <w:t>Aquela é a câmara do núcleo.</w:t>
      </w:r>
    </w:p>
    <w:p w14:paraId="569A3D64" w14:textId="77777777" w:rsidR="002355BD" w:rsidRPr="001179E8" w:rsidRDefault="00000000">
      <w:pPr>
        <w:rPr>
          <w:lang w:val="pt-BR"/>
        </w:rPr>
      </w:pPr>
      <w:r w:rsidRPr="001179E8">
        <w:rPr>
          <w:lang w:val="pt-BR"/>
        </w:rPr>
        <w:br/>
      </w:r>
    </w:p>
    <w:p w14:paraId="76320E73" w14:textId="77777777" w:rsidR="002355BD" w:rsidRPr="001179E8" w:rsidRDefault="00000000">
      <w:pPr>
        <w:rPr>
          <w:lang w:val="pt-BR"/>
        </w:rPr>
      </w:pPr>
      <w:r w:rsidRPr="001179E8">
        <w:rPr>
          <w:i/>
          <w:lang w:val="pt-BR"/>
        </w:rPr>
        <w:lastRenderedPageBreak/>
        <w:t>Como entramos?</w:t>
      </w:r>
      <w:r w:rsidRPr="001179E8">
        <w:rPr>
          <w:lang w:val="pt-BR"/>
        </w:rPr>
        <w:t xml:space="preserve"> perguntou Luke.</w:t>
      </w:r>
    </w:p>
    <w:p w14:paraId="79614BE8" w14:textId="77777777" w:rsidR="002355BD" w:rsidRPr="001179E8" w:rsidRDefault="00000000">
      <w:pPr>
        <w:rPr>
          <w:lang w:val="pt-BR"/>
        </w:rPr>
      </w:pPr>
      <w:r w:rsidRPr="001179E8">
        <w:rPr>
          <w:lang w:val="pt-BR"/>
        </w:rPr>
        <w:br/>
      </w:r>
    </w:p>
    <w:p w14:paraId="24AA067C" w14:textId="77777777" w:rsidR="002355BD" w:rsidRPr="001179E8" w:rsidRDefault="00000000">
      <w:pPr>
        <w:rPr>
          <w:lang w:val="pt-BR"/>
        </w:rPr>
      </w:pPr>
      <w:r w:rsidRPr="001179E8">
        <w:rPr>
          <w:i/>
          <w:lang w:val="pt-BR"/>
        </w:rPr>
        <w:t>Juntos,</w:t>
      </w:r>
      <w:r w:rsidRPr="001179E8">
        <w:rPr>
          <w:lang w:val="pt-BR"/>
        </w:rPr>
        <w:t xml:space="preserve"> respondeu ela simplesmente.</w:t>
      </w:r>
    </w:p>
    <w:p w14:paraId="29C7789F" w14:textId="77777777" w:rsidR="002355BD" w:rsidRPr="001179E8" w:rsidRDefault="00000000">
      <w:pPr>
        <w:rPr>
          <w:lang w:val="pt-BR"/>
        </w:rPr>
      </w:pPr>
      <w:r w:rsidRPr="001179E8">
        <w:rPr>
          <w:lang w:val="pt-BR"/>
        </w:rPr>
        <w:br/>
      </w:r>
    </w:p>
    <w:p w14:paraId="646B40BA" w14:textId="77777777" w:rsidR="002355BD" w:rsidRPr="001179E8" w:rsidRDefault="00000000">
      <w:pPr>
        <w:rPr>
          <w:lang w:val="pt-BR"/>
        </w:rPr>
      </w:pPr>
      <w:r w:rsidRPr="001179E8">
        <w:rPr>
          <w:lang w:val="pt-BR"/>
        </w:rPr>
        <w:t>Através do vínculo das alianças, eles combinaram seus poderes de uma forma que nunca teriam imaginado possível. Elaine transformou seu corpo em uma forma etérea que podia passar através de matéria sólida, enquanto Luke usou seu teletransporte amplificado para "carregar" essa forma através da pele rochosa do Colosso, diretamente para seu interior.</w:t>
      </w:r>
    </w:p>
    <w:p w14:paraId="019F1F07" w14:textId="77777777" w:rsidR="002355BD" w:rsidRPr="001179E8" w:rsidRDefault="00000000">
      <w:pPr>
        <w:rPr>
          <w:lang w:val="pt-BR"/>
        </w:rPr>
      </w:pPr>
      <w:r w:rsidRPr="001179E8">
        <w:rPr>
          <w:lang w:val="pt-BR"/>
        </w:rPr>
        <w:br/>
      </w:r>
    </w:p>
    <w:p w14:paraId="507601E5" w14:textId="77777777" w:rsidR="002355BD" w:rsidRPr="001179E8" w:rsidRDefault="00000000">
      <w:pPr>
        <w:rPr>
          <w:lang w:val="pt-BR"/>
        </w:rPr>
      </w:pPr>
      <w:r w:rsidRPr="001179E8">
        <w:rPr>
          <w:lang w:val="pt-BR"/>
        </w:rPr>
        <w:t>Dentro da criatura, encontraram um ambiente alienígena – cavernas de carne e rocha fundidas, rios de lava pulsante, e no centro, uma câmara onde flutuava uma esfera de energia negra do tamanho de um carro.</w:t>
      </w:r>
    </w:p>
    <w:p w14:paraId="5A338A6E" w14:textId="77777777" w:rsidR="002355BD" w:rsidRPr="001179E8" w:rsidRDefault="00000000">
      <w:pPr>
        <w:rPr>
          <w:lang w:val="pt-BR"/>
        </w:rPr>
      </w:pPr>
      <w:r w:rsidRPr="001179E8">
        <w:rPr>
          <w:lang w:val="pt-BR"/>
        </w:rPr>
        <w:br/>
      </w:r>
    </w:p>
    <w:p w14:paraId="065273E8" w14:textId="77777777" w:rsidR="002355BD" w:rsidRPr="001179E8" w:rsidRDefault="00000000">
      <w:pPr>
        <w:rPr>
          <w:lang w:val="pt-BR"/>
        </w:rPr>
      </w:pPr>
      <w:r w:rsidRPr="001179E8">
        <w:rPr>
          <w:i/>
          <w:lang w:val="pt-BR"/>
        </w:rPr>
        <w:t>O núcleo,</w:t>
      </w:r>
      <w:r w:rsidRPr="001179E8">
        <w:rPr>
          <w:lang w:val="pt-BR"/>
        </w:rPr>
        <w:t xml:space="preserve"> identificou Elaine. </w:t>
      </w:r>
      <w:r w:rsidRPr="001179E8">
        <w:rPr>
          <w:i/>
          <w:lang w:val="pt-BR"/>
        </w:rPr>
        <w:t>Precisamos destruí-lo.</w:t>
      </w:r>
    </w:p>
    <w:p w14:paraId="24354BDF" w14:textId="77777777" w:rsidR="002355BD" w:rsidRPr="001179E8" w:rsidRDefault="00000000">
      <w:pPr>
        <w:rPr>
          <w:lang w:val="pt-BR"/>
        </w:rPr>
      </w:pPr>
      <w:r w:rsidRPr="001179E8">
        <w:rPr>
          <w:lang w:val="pt-BR"/>
        </w:rPr>
        <w:br/>
      </w:r>
    </w:p>
    <w:p w14:paraId="2BAC7385" w14:textId="77777777" w:rsidR="002355BD" w:rsidRPr="001179E8" w:rsidRDefault="00000000">
      <w:pPr>
        <w:rPr>
          <w:lang w:val="pt-BR"/>
        </w:rPr>
      </w:pPr>
      <w:r w:rsidRPr="001179E8">
        <w:rPr>
          <w:i/>
          <w:lang w:val="pt-BR"/>
        </w:rPr>
        <w:t>Como?</w:t>
      </w:r>
      <w:r w:rsidRPr="001179E8">
        <w:rPr>
          <w:lang w:val="pt-BR"/>
        </w:rPr>
        <w:t xml:space="preserve"> perguntou Luke. </w:t>
      </w:r>
      <w:r w:rsidRPr="001179E8">
        <w:rPr>
          <w:i/>
          <w:lang w:val="pt-BR"/>
        </w:rPr>
        <w:t>Parece... impenetrável.</w:t>
      </w:r>
    </w:p>
    <w:p w14:paraId="11D87010" w14:textId="77777777" w:rsidR="002355BD" w:rsidRPr="001179E8" w:rsidRDefault="00000000">
      <w:pPr>
        <w:rPr>
          <w:lang w:val="pt-BR"/>
        </w:rPr>
      </w:pPr>
      <w:r w:rsidRPr="001179E8">
        <w:rPr>
          <w:lang w:val="pt-BR"/>
        </w:rPr>
        <w:br/>
      </w:r>
    </w:p>
    <w:p w14:paraId="374FD8E0" w14:textId="77777777" w:rsidR="002355BD" w:rsidRPr="001179E8" w:rsidRDefault="00000000">
      <w:pPr>
        <w:rPr>
          <w:lang w:val="pt-BR"/>
        </w:rPr>
      </w:pPr>
      <w:r w:rsidRPr="001179E8">
        <w:rPr>
          <w:lang w:val="pt-BR"/>
        </w:rPr>
        <w:t xml:space="preserve">Elaine estudou o núcleo por um momento, então teve uma ideia. </w:t>
      </w:r>
      <w:r w:rsidRPr="001179E8">
        <w:rPr>
          <w:i/>
          <w:lang w:val="pt-BR"/>
        </w:rPr>
        <w:t>Nossas alianças. A energia delas parece oposta à do núcleo. Talvez...</w:t>
      </w:r>
    </w:p>
    <w:p w14:paraId="0D3FD2A9" w14:textId="77777777" w:rsidR="002355BD" w:rsidRPr="001179E8" w:rsidRDefault="00000000">
      <w:pPr>
        <w:rPr>
          <w:lang w:val="pt-BR"/>
        </w:rPr>
      </w:pPr>
      <w:r w:rsidRPr="001179E8">
        <w:rPr>
          <w:lang w:val="pt-BR"/>
        </w:rPr>
        <w:br/>
      </w:r>
    </w:p>
    <w:p w14:paraId="6481433B" w14:textId="77777777" w:rsidR="002355BD" w:rsidRPr="001179E8" w:rsidRDefault="00000000">
      <w:pPr>
        <w:rPr>
          <w:lang w:val="pt-BR"/>
        </w:rPr>
      </w:pPr>
      <w:r w:rsidRPr="001179E8">
        <w:rPr>
          <w:i/>
          <w:lang w:val="pt-BR"/>
        </w:rPr>
        <w:t>Entendi,</w:t>
      </w:r>
      <w:r w:rsidRPr="001179E8">
        <w:rPr>
          <w:lang w:val="pt-BR"/>
        </w:rPr>
        <w:t xml:space="preserve"> completou Luke, captando seu pensamento. </w:t>
      </w:r>
      <w:r w:rsidRPr="001179E8">
        <w:rPr>
          <w:i/>
          <w:lang w:val="pt-BR"/>
        </w:rPr>
        <w:t>Vamos canalizar a energia das alianças diretamente para o núcleo.</w:t>
      </w:r>
    </w:p>
    <w:p w14:paraId="4DFD2438" w14:textId="77777777" w:rsidR="002355BD" w:rsidRPr="001179E8" w:rsidRDefault="00000000">
      <w:pPr>
        <w:rPr>
          <w:lang w:val="pt-BR"/>
        </w:rPr>
      </w:pPr>
      <w:r w:rsidRPr="001179E8">
        <w:rPr>
          <w:lang w:val="pt-BR"/>
        </w:rPr>
        <w:br/>
      </w:r>
    </w:p>
    <w:p w14:paraId="036366DE" w14:textId="77777777" w:rsidR="002355BD" w:rsidRPr="001179E8" w:rsidRDefault="00000000">
      <w:pPr>
        <w:rPr>
          <w:lang w:val="pt-BR"/>
        </w:rPr>
      </w:pPr>
      <w:r w:rsidRPr="001179E8">
        <w:rPr>
          <w:lang w:val="pt-BR"/>
        </w:rPr>
        <w:lastRenderedPageBreak/>
        <w:t>Eles se posicionaram em lados opostos do núcleo, mãos estendidas com as alianças apontadas para a esfera de energia negra. Através de seu vínculo mental, sincronizaram suas ações perfeitamente.</w:t>
      </w:r>
    </w:p>
    <w:p w14:paraId="176E030E" w14:textId="77777777" w:rsidR="002355BD" w:rsidRPr="001179E8" w:rsidRDefault="00000000">
      <w:pPr>
        <w:rPr>
          <w:lang w:val="pt-BR"/>
        </w:rPr>
      </w:pPr>
      <w:r w:rsidRPr="001179E8">
        <w:rPr>
          <w:lang w:val="pt-BR"/>
        </w:rPr>
        <w:br/>
      </w:r>
    </w:p>
    <w:p w14:paraId="7277F099" w14:textId="77777777" w:rsidR="002355BD" w:rsidRPr="001179E8" w:rsidRDefault="00000000">
      <w:pPr>
        <w:rPr>
          <w:lang w:val="pt-BR"/>
        </w:rPr>
      </w:pPr>
      <w:r w:rsidRPr="001179E8">
        <w:rPr>
          <w:i/>
          <w:lang w:val="pt-BR"/>
        </w:rPr>
        <w:t>No três,</w:t>
      </w:r>
      <w:r w:rsidRPr="001179E8">
        <w:rPr>
          <w:lang w:val="pt-BR"/>
        </w:rPr>
        <w:t xml:space="preserve"> pensou Luke. </w:t>
      </w:r>
      <w:r w:rsidRPr="001179E8">
        <w:rPr>
          <w:i/>
          <w:lang w:val="pt-BR"/>
        </w:rPr>
        <w:t>Um... dois... três!</w:t>
      </w:r>
    </w:p>
    <w:p w14:paraId="7E56067A" w14:textId="77777777" w:rsidR="002355BD" w:rsidRPr="001179E8" w:rsidRDefault="00000000">
      <w:pPr>
        <w:rPr>
          <w:lang w:val="pt-BR"/>
        </w:rPr>
      </w:pPr>
      <w:r w:rsidRPr="001179E8">
        <w:rPr>
          <w:lang w:val="pt-BR"/>
        </w:rPr>
        <w:br/>
      </w:r>
    </w:p>
    <w:p w14:paraId="454381E9" w14:textId="77777777" w:rsidR="002355BD" w:rsidRPr="001179E8" w:rsidRDefault="00000000">
      <w:pPr>
        <w:rPr>
          <w:lang w:val="pt-BR"/>
        </w:rPr>
      </w:pPr>
      <w:r w:rsidRPr="001179E8">
        <w:rPr>
          <w:lang w:val="pt-BR"/>
        </w:rPr>
        <w:t>Raios de luz prateada jorraram das alianças, atingindo o núcleo simultaneamente. A energia negra reagiu violentamente, pulsando e se contorcendo como se estivesse em agonia. O Colosso inteiro tremeu, um rugido ensurdecedor ecoando tanto por dentro quanto por fora.</w:t>
      </w:r>
    </w:p>
    <w:p w14:paraId="49DBB0C5" w14:textId="77777777" w:rsidR="002355BD" w:rsidRPr="001179E8" w:rsidRDefault="00000000">
      <w:pPr>
        <w:rPr>
          <w:lang w:val="pt-BR"/>
        </w:rPr>
      </w:pPr>
      <w:r w:rsidRPr="001179E8">
        <w:rPr>
          <w:lang w:val="pt-BR"/>
        </w:rPr>
        <w:br/>
      </w:r>
    </w:p>
    <w:p w14:paraId="0C194957" w14:textId="77777777" w:rsidR="002355BD" w:rsidRPr="001179E8" w:rsidRDefault="00000000">
      <w:pPr>
        <w:rPr>
          <w:lang w:val="pt-BR"/>
        </w:rPr>
      </w:pPr>
      <w:r w:rsidRPr="001179E8">
        <w:rPr>
          <w:i/>
          <w:lang w:val="pt-BR"/>
        </w:rPr>
        <w:t>Está funcionando!</w:t>
      </w:r>
      <w:r w:rsidRPr="001179E8">
        <w:rPr>
          <w:lang w:val="pt-BR"/>
        </w:rPr>
        <w:t xml:space="preserve"> exclamou Elaine mentalmente. </w:t>
      </w:r>
      <w:r w:rsidRPr="001179E8">
        <w:rPr>
          <w:i/>
          <w:lang w:val="pt-BR"/>
        </w:rPr>
        <w:t>Continue!</w:t>
      </w:r>
    </w:p>
    <w:p w14:paraId="411F44EE" w14:textId="77777777" w:rsidR="002355BD" w:rsidRPr="001179E8" w:rsidRDefault="00000000">
      <w:pPr>
        <w:rPr>
          <w:lang w:val="pt-BR"/>
        </w:rPr>
      </w:pPr>
      <w:r w:rsidRPr="001179E8">
        <w:rPr>
          <w:lang w:val="pt-BR"/>
        </w:rPr>
        <w:br/>
      </w:r>
    </w:p>
    <w:p w14:paraId="67A42C62" w14:textId="77777777" w:rsidR="002355BD" w:rsidRPr="001179E8" w:rsidRDefault="00000000">
      <w:pPr>
        <w:rPr>
          <w:lang w:val="pt-BR"/>
        </w:rPr>
      </w:pPr>
      <w:r w:rsidRPr="001179E8">
        <w:rPr>
          <w:lang w:val="pt-BR"/>
        </w:rPr>
        <w:t>Eles intensificaram o fluxo de energia, suas mentes unidas em concentração absoluta. O núcleo começou a rachar, fissuras de luz prateada espalhando-se por sua superfície negra.</w:t>
      </w:r>
    </w:p>
    <w:p w14:paraId="2047A836" w14:textId="77777777" w:rsidR="002355BD" w:rsidRPr="001179E8" w:rsidRDefault="00000000">
      <w:pPr>
        <w:rPr>
          <w:lang w:val="pt-BR"/>
        </w:rPr>
      </w:pPr>
      <w:r w:rsidRPr="001179E8">
        <w:rPr>
          <w:lang w:val="pt-BR"/>
        </w:rPr>
        <w:br/>
      </w:r>
    </w:p>
    <w:p w14:paraId="780CD5B6" w14:textId="77777777" w:rsidR="002355BD" w:rsidRPr="001179E8" w:rsidRDefault="00000000">
      <w:pPr>
        <w:rPr>
          <w:lang w:val="pt-BR"/>
        </w:rPr>
      </w:pPr>
      <w:r w:rsidRPr="001179E8">
        <w:rPr>
          <w:lang w:val="pt-BR"/>
        </w:rPr>
        <w:t>De repente, o núcleo explodiu em uma implosão de energia, sugando tudo ao seu redor para um vórtice dimensional. Luke e Elaine foram arremessados para trás pela força, mas conseguiram se agarrar um ao outro no último segundo.</w:t>
      </w:r>
    </w:p>
    <w:p w14:paraId="1F6FACDE" w14:textId="77777777" w:rsidR="002355BD" w:rsidRPr="001179E8" w:rsidRDefault="00000000">
      <w:pPr>
        <w:rPr>
          <w:lang w:val="pt-BR"/>
        </w:rPr>
      </w:pPr>
      <w:r w:rsidRPr="001179E8">
        <w:rPr>
          <w:lang w:val="pt-BR"/>
        </w:rPr>
        <w:br/>
      </w:r>
    </w:p>
    <w:p w14:paraId="1A477CF8" w14:textId="77777777" w:rsidR="002355BD" w:rsidRPr="001179E8" w:rsidRDefault="00000000">
      <w:pPr>
        <w:rPr>
          <w:lang w:val="pt-BR"/>
        </w:rPr>
      </w:pPr>
      <w:r w:rsidRPr="001179E8">
        <w:rPr>
          <w:i/>
          <w:lang w:val="pt-BR"/>
        </w:rPr>
        <w:t>Teletransporte!</w:t>
      </w:r>
      <w:r w:rsidRPr="001179E8">
        <w:rPr>
          <w:lang w:val="pt-BR"/>
        </w:rPr>
        <w:t xml:space="preserve"> gritou Elaine mentalmente. </w:t>
      </w:r>
      <w:r w:rsidRPr="001179E8">
        <w:rPr>
          <w:i/>
          <w:lang w:val="pt-BR"/>
        </w:rPr>
        <w:t>Agora!</w:t>
      </w:r>
    </w:p>
    <w:p w14:paraId="4391F209" w14:textId="77777777" w:rsidR="002355BD" w:rsidRPr="001179E8" w:rsidRDefault="00000000">
      <w:pPr>
        <w:rPr>
          <w:lang w:val="pt-BR"/>
        </w:rPr>
      </w:pPr>
      <w:r w:rsidRPr="001179E8">
        <w:rPr>
          <w:lang w:val="pt-BR"/>
        </w:rPr>
        <w:br/>
      </w:r>
    </w:p>
    <w:p w14:paraId="50FF2919" w14:textId="77777777" w:rsidR="002355BD" w:rsidRPr="001179E8" w:rsidRDefault="00000000">
      <w:pPr>
        <w:rPr>
          <w:lang w:val="pt-BR"/>
        </w:rPr>
      </w:pPr>
      <w:r w:rsidRPr="001179E8">
        <w:rPr>
          <w:lang w:val="pt-BR"/>
        </w:rPr>
        <w:t>Com um esforço final, Luke os teletransportou para fora do Colosso, materializando-os no ar a vários metros de altura. Eles caíram, mas Elaine rapidamente transformou seus braços em asas membranosas, permitindo-lhes planar até o chão em segurança.</w:t>
      </w:r>
    </w:p>
    <w:p w14:paraId="67D87826" w14:textId="77777777" w:rsidR="002355BD" w:rsidRPr="001179E8" w:rsidRDefault="00000000">
      <w:pPr>
        <w:rPr>
          <w:lang w:val="pt-BR"/>
        </w:rPr>
      </w:pPr>
      <w:r w:rsidRPr="001179E8">
        <w:rPr>
          <w:lang w:val="pt-BR"/>
        </w:rPr>
        <w:br/>
      </w:r>
    </w:p>
    <w:p w14:paraId="7686425C" w14:textId="77777777" w:rsidR="002355BD" w:rsidRPr="001179E8" w:rsidRDefault="00000000">
      <w:pPr>
        <w:rPr>
          <w:lang w:val="pt-BR"/>
        </w:rPr>
      </w:pPr>
      <w:r w:rsidRPr="001179E8">
        <w:rPr>
          <w:lang w:val="pt-BR"/>
        </w:rPr>
        <w:lastRenderedPageBreak/>
        <w:t>Do lado de fora, o espetáculo era impressionante. O Colosso congelou em meio a um passo, seu corpo inteiro começando a rachar com a mesma luz prateada que havia destruído seu núcleo. Então, com um rugido final de derrota, a criatura implodiu, sendo sugada para um portal dimensional que se fechou logo em seguida com um estrondo ensurdecedor.</w:t>
      </w:r>
    </w:p>
    <w:p w14:paraId="17ACCD98" w14:textId="77777777" w:rsidR="002355BD" w:rsidRPr="001179E8" w:rsidRDefault="00000000">
      <w:pPr>
        <w:rPr>
          <w:lang w:val="pt-BR"/>
        </w:rPr>
      </w:pPr>
      <w:r w:rsidRPr="001179E8">
        <w:rPr>
          <w:lang w:val="pt-BR"/>
        </w:rPr>
        <w:br/>
      </w:r>
    </w:p>
    <w:p w14:paraId="5B57F198" w14:textId="77777777" w:rsidR="002355BD" w:rsidRPr="001179E8" w:rsidRDefault="00000000">
      <w:pPr>
        <w:rPr>
          <w:lang w:val="pt-BR"/>
        </w:rPr>
      </w:pPr>
      <w:r w:rsidRPr="001179E8">
        <w:rPr>
          <w:lang w:val="pt-BR"/>
        </w:rPr>
        <w:t>Um silêncio surreal caiu sobre a cidade devastada. Aos poucos, Lion e Caçador se aproximaram de onde Luke e Elaine haviam pousado, seus rostos mostrando uma mistura de admiração e cautela.</w:t>
      </w:r>
    </w:p>
    <w:p w14:paraId="57DC48F5" w14:textId="77777777" w:rsidR="002355BD" w:rsidRPr="001179E8" w:rsidRDefault="00000000">
      <w:pPr>
        <w:rPr>
          <w:lang w:val="pt-BR"/>
        </w:rPr>
      </w:pPr>
      <w:r w:rsidRPr="001179E8">
        <w:rPr>
          <w:lang w:val="pt-BR"/>
        </w:rPr>
        <w:br/>
      </w:r>
    </w:p>
    <w:p w14:paraId="38E7B8B2" w14:textId="77777777" w:rsidR="002355BD" w:rsidRPr="001179E8" w:rsidRDefault="00000000">
      <w:pPr>
        <w:rPr>
          <w:lang w:val="pt-BR"/>
        </w:rPr>
      </w:pPr>
      <w:r w:rsidRPr="001179E8">
        <w:rPr>
          <w:lang w:val="pt-BR"/>
        </w:rPr>
        <w:t>"Vocês... conseguiram," disse Lion, sua voz rouca de tanto rugir. "Como?"</w:t>
      </w:r>
    </w:p>
    <w:p w14:paraId="2CA54867" w14:textId="77777777" w:rsidR="002355BD" w:rsidRPr="001179E8" w:rsidRDefault="00000000">
      <w:pPr>
        <w:rPr>
          <w:lang w:val="pt-BR"/>
        </w:rPr>
      </w:pPr>
      <w:r w:rsidRPr="001179E8">
        <w:rPr>
          <w:lang w:val="pt-BR"/>
        </w:rPr>
        <w:br/>
      </w:r>
    </w:p>
    <w:p w14:paraId="5BD752AF" w14:textId="77777777" w:rsidR="002355BD" w:rsidRPr="001179E8" w:rsidRDefault="00000000">
      <w:pPr>
        <w:rPr>
          <w:lang w:val="pt-BR"/>
        </w:rPr>
      </w:pPr>
      <w:r w:rsidRPr="001179E8">
        <w:rPr>
          <w:lang w:val="pt-BR"/>
        </w:rPr>
        <w:t>Luke e Elaine se entreolharam, ainda conectados pelo vínculo das alianças. "Trabalho em equipe," respondeu Luke simplesmente.</w:t>
      </w:r>
    </w:p>
    <w:p w14:paraId="6E8BF769" w14:textId="77777777" w:rsidR="002355BD" w:rsidRPr="001179E8" w:rsidRDefault="00000000">
      <w:pPr>
        <w:rPr>
          <w:lang w:val="pt-BR"/>
        </w:rPr>
      </w:pPr>
      <w:r w:rsidRPr="001179E8">
        <w:rPr>
          <w:lang w:val="pt-BR"/>
        </w:rPr>
        <w:br/>
      </w:r>
    </w:p>
    <w:p w14:paraId="0A9F704F" w14:textId="77777777" w:rsidR="002355BD" w:rsidRPr="001179E8" w:rsidRDefault="00000000">
      <w:pPr>
        <w:rPr>
          <w:lang w:val="pt-BR"/>
        </w:rPr>
      </w:pPr>
      <w:r w:rsidRPr="001179E8">
        <w:rPr>
          <w:lang w:val="pt-BR"/>
        </w:rPr>
        <w:t>Caçador estudou as alianças em seus dedos, que ainda brilhavam suavemente. "Esses artefatos... são poderosos demais para ficarem soltos por aí."</w:t>
      </w:r>
    </w:p>
    <w:p w14:paraId="21A42F3D" w14:textId="77777777" w:rsidR="002355BD" w:rsidRPr="001179E8" w:rsidRDefault="00000000">
      <w:pPr>
        <w:rPr>
          <w:lang w:val="pt-BR"/>
        </w:rPr>
      </w:pPr>
      <w:r w:rsidRPr="001179E8">
        <w:rPr>
          <w:lang w:val="pt-BR"/>
        </w:rPr>
        <w:br/>
      </w:r>
    </w:p>
    <w:p w14:paraId="32B4F4E7" w14:textId="77777777" w:rsidR="002355BD" w:rsidRPr="001179E8" w:rsidRDefault="00000000">
      <w:pPr>
        <w:rPr>
          <w:lang w:val="pt-BR"/>
        </w:rPr>
      </w:pPr>
      <w:r w:rsidRPr="001179E8">
        <w:rPr>
          <w:lang w:val="pt-BR"/>
        </w:rPr>
        <w:t>"Eles escolheram seus portadores," disse uma nova voz. Todos se viraram para ver Sang-Suga se aproximando, suas vestes esvoaçando dramaticamente apesar da ausência de vento. "Posso sentir a magia antiga neles. São as Alianças Gêmeas da lenda."</w:t>
      </w:r>
    </w:p>
    <w:p w14:paraId="63240F2B" w14:textId="77777777" w:rsidR="002355BD" w:rsidRPr="001179E8" w:rsidRDefault="00000000">
      <w:pPr>
        <w:rPr>
          <w:lang w:val="pt-BR"/>
        </w:rPr>
      </w:pPr>
      <w:r w:rsidRPr="001179E8">
        <w:rPr>
          <w:lang w:val="pt-BR"/>
        </w:rPr>
        <w:br/>
      </w:r>
    </w:p>
    <w:p w14:paraId="7966C8DF" w14:textId="77777777" w:rsidR="002355BD" w:rsidRPr="001179E8" w:rsidRDefault="00000000">
      <w:pPr>
        <w:rPr>
          <w:lang w:val="pt-BR"/>
        </w:rPr>
      </w:pPr>
      <w:r w:rsidRPr="001179E8">
        <w:rPr>
          <w:lang w:val="pt-BR"/>
        </w:rPr>
        <w:t>"Você conhece esses artefatos?" perguntou Lion, surpreso.</w:t>
      </w:r>
    </w:p>
    <w:p w14:paraId="7735148F" w14:textId="77777777" w:rsidR="002355BD" w:rsidRPr="001179E8" w:rsidRDefault="00000000">
      <w:pPr>
        <w:rPr>
          <w:lang w:val="pt-BR"/>
        </w:rPr>
      </w:pPr>
      <w:r w:rsidRPr="001179E8">
        <w:rPr>
          <w:lang w:val="pt-BR"/>
        </w:rPr>
        <w:br/>
      </w:r>
    </w:p>
    <w:p w14:paraId="4A62B466" w14:textId="77777777" w:rsidR="002355BD" w:rsidRPr="001179E8" w:rsidRDefault="00000000">
      <w:pPr>
        <w:rPr>
          <w:lang w:val="pt-BR"/>
        </w:rPr>
      </w:pPr>
      <w:r w:rsidRPr="001179E8">
        <w:rPr>
          <w:lang w:val="pt-BR"/>
        </w:rPr>
        <w:t>Sang-Suga assentiu, seus olhos fixos nas alianças. "São mencionados em textos antigos. Forjadas pelos Primordiais – não nós, mas os seres que existiam antes do tempo. Dizem que só podem ser usadas por aqueles com um vínculo genuíno, e que amplificam não apenas os poderes, mas a conexão entre os portadores."</w:t>
      </w:r>
    </w:p>
    <w:p w14:paraId="47AF9009" w14:textId="77777777" w:rsidR="002355BD" w:rsidRPr="001179E8" w:rsidRDefault="00000000">
      <w:pPr>
        <w:rPr>
          <w:lang w:val="pt-BR"/>
        </w:rPr>
      </w:pPr>
      <w:r w:rsidRPr="001179E8">
        <w:rPr>
          <w:lang w:val="pt-BR"/>
        </w:rPr>
        <w:lastRenderedPageBreak/>
        <w:br/>
      </w:r>
    </w:p>
    <w:p w14:paraId="35358116" w14:textId="77777777" w:rsidR="002355BD" w:rsidRPr="001179E8" w:rsidRDefault="00000000">
      <w:pPr>
        <w:rPr>
          <w:lang w:val="pt-BR"/>
        </w:rPr>
      </w:pPr>
      <w:r w:rsidRPr="001179E8">
        <w:rPr>
          <w:lang w:val="pt-BR"/>
        </w:rPr>
        <w:t>Luke e Elaine trocaram olhares novamente, agora entendendo melhor o que havia acontecido com eles. As alianças não haviam criado sua conexão – haviam apenas amplificado algo que já existia.</w:t>
      </w:r>
    </w:p>
    <w:p w14:paraId="60A5FE55" w14:textId="77777777" w:rsidR="002355BD" w:rsidRPr="001179E8" w:rsidRDefault="00000000">
      <w:pPr>
        <w:rPr>
          <w:lang w:val="pt-BR"/>
        </w:rPr>
      </w:pPr>
      <w:r w:rsidRPr="001179E8">
        <w:rPr>
          <w:lang w:val="pt-BR"/>
        </w:rPr>
        <w:br/>
      </w:r>
    </w:p>
    <w:p w14:paraId="5B1AFECF" w14:textId="77777777" w:rsidR="002355BD" w:rsidRPr="001179E8" w:rsidRDefault="00000000">
      <w:pPr>
        <w:rPr>
          <w:lang w:val="pt-BR"/>
        </w:rPr>
      </w:pPr>
      <w:r w:rsidRPr="001179E8">
        <w:rPr>
          <w:lang w:val="pt-BR"/>
        </w:rPr>
        <w:t>"E quanto aos outros portais?" perguntou Luke, lembrando-se da ameaça maior.</w:t>
      </w:r>
    </w:p>
    <w:p w14:paraId="35AE35AC" w14:textId="77777777" w:rsidR="002355BD" w:rsidRPr="001179E8" w:rsidRDefault="00000000">
      <w:pPr>
        <w:rPr>
          <w:lang w:val="pt-BR"/>
        </w:rPr>
      </w:pPr>
      <w:r w:rsidRPr="001179E8">
        <w:rPr>
          <w:lang w:val="pt-BR"/>
        </w:rPr>
        <w:br/>
      </w:r>
    </w:p>
    <w:p w14:paraId="774DE597" w14:textId="77777777" w:rsidR="002355BD" w:rsidRPr="001179E8" w:rsidRDefault="00000000">
      <w:pPr>
        <w:rPr>
          <w:lang w:val="pt-BR"/>
        </w:rPr>
      </w:pPr>
      <w:r w:rsidRPr="001179E8">
        <w:rPr>
          <w:lang w:val="pt-BR"/>
        </w:rPr>
        <w:t>"Estão se fechando," respondeu Android, juntando-se ao grupo com Enigma e Temporal. "Quando o Colosso foi destruído, a energia que sustentava os portais menores se dissipou."</w:t>
      </w:r>
    </w:p>
    <w:p w14:paraId="026DD775" w14:textId="77777777" w:rsidR="002355BD" w:rsidRPr="001179E8" w:rsidRDefault="00000000">
      <w:pPr>
        <w:rPr>
          <w:lang w:val="pt-BR"/>
        </w:rPr>
      </w:pPr>
      <w:r w:rsidRPr="001179E8">
        <w:rPr>
          <w:lang w:val="pt-BR"/>
        </w:rPr>
        <w:br/>
      </w:r>
    </w:p>
    <w:p w14:paraId="4AEF51E2" w14:textId="77777777" w:rsidR="002355BD" w:rsidRPr="001179E8" w:rsidRDefault="00000000">
      <w:pPr>
        <w:rPr>
          <w:lang w:val="pt-BR"/>
        </w:rPr>
      </w:pPr>
      <w:r w:rsidRPr="001179E8">
        <w:rPr>
          <w:lang w:val="pt-BR"/>
        </w:rPr>
        <w:t>"Então... vencemos?" perguntou Elaine, quase não acreditando.</w:t>
      </w:r>
    </w:p>
    <w:p w14:paraId="5A2535A7" w14:textId="77777777" w:rsidR="002355BD" w:rsidRPr="001179E8" w:rsidRDefault="00000000">
      <w:pPr>
        <w:rPr>
          <w:lang w:val="pt-BR"/>
        </w:rPr>
      </w:pPr>
      <w:r w:rsidRPr="001179E8">
        <w:rPr>
          <w:lang w:val="pt-BR"/>
        </w:rPr>
        <w:br/>
      </w:r>
    </w:p>
    <w:p w14:paraId="60881D62" w14:textId="77777777" w:rsidR="002355BD" w:rsidRPr="001179E8" w:rsidRDefault="00000000">
      <w:pPr>
        <w:rPr>
          <w:lang w:val="pt-BR"/>
        </w:rPr>
      </w:pPr>
      <w:r w:rsidRPr="001179E8">
        <w:rPr>
          <w:lang w:val="pt-BR"/>
        </w:rPr>
        <w:t>"Por enquanto," disse Enigma, sua voz distorcida soando estranhamente profética. "Mas Abyzoth não desistirá tão facilmente. Isso foi apenas um teste, um reconhecimento de nossas defesas."</w:t>
      </w:r>
    </w:p>
    <w:p w14:paraId="60DC3102" w14:textId="77777777" w:rsidR="002355BD" w:rsidRPr="001179E8" w:rsidRDefault="00000000">
      <w:pPr>
        <w:rPr>
          <w:lang w:val="pt-BR"/>
        </w:rPr>
      </w:pPr>
      <w:r w:rsidRPr="001179E8">
        <w:rPr>
          <w:lang w:val="pt-BR"/>
        </w:rPr>
        <w:br/>
      </w:r>
    </w:p>
    <w:p w14:paraId="7A5115F4" w14:textId="77777777" w:rsidR="002355BD" w:rsidRPr="001179E8" w:rsidRDefault="00000000">
      <w:pPr>
        <w:rPr>
          <w:lang w:val="pt-BR"/>
        </w:rPr>
      </w:pPr>
      <w:r w:rsidRPr="001179E8">
        <w:rPr>
          <w:lang w:val="pt-BR"/>
        </w:rPr>
        <w:t>Luke sabia que Enigma estava certo. Na linha do tempo original, Abyzoth continuaria sendo uma ameaça por décadas, culminando na Crise que ele e Elaine haviam deixado para trás em 2025.</w:t>
      </w:r>
    </w:p>
    <w:p w14:paraId="13C437FD" w14:textId="77777777" w:rsidR="002355BD" w:rsidRPr="001179E8" w:rsidRDefault="00000000">
      <w:pPr>
        <w:rPr>
          <w:lang w:val="pt-BR"/>
        </w:rPr>
      </w:pPr>
      <w:r w:rsidRPr="001179E8">
        <w:rPr>
          <w:lang w:val="pt-BR"/>
        </w:rPr>
        <w:br/>
      </w:r>
    </w:p>
    <w:p w14:paraId="69A4B29C" w14:textId="77777777" w:rsidR="002355BD" w:rsidRPr="001179E8" w:rsidRDefault="00000000">
      <w:pPr>
        <w:rPr>
          <w:lang w:val="pt-BR"/>
        </w:rPr>
      </w:pPr>
      <w:r w:rsidRPr="001179E8">
        <w:rPr>
          <w:lang w:val="pt-BR"/>
        </w:rPr>
        <w:t>"O que fazemos agora?" perguntou Caçador, olhando ao redor para a destruição que os cercava.</w:t>
      </w:r>
    </w:p>
    <w:p w14:paraId="6E64F25F" w14:textId="77777777" w:rsidR="002355BD" w:rsidRPr="001179E8" w:rsidRDefault="00000000">
      <w:pPr>
        <w:rPr>
          <w:lang w:val="pt-BR"/>
        </w:rPr>
      </w:pPr>
      <w:r w:rsidRPr="001179E8">
        <w:rPr>
          <w:lang w:val="pt-BR"/>
        </w:rPr>
        <w:br/>
      </w:r>
    </w:p>
    <w:p w14:paraId="31B30F56" w14:textId="77777777" w:rsidR="002355BD" w:rsidRPr="001179E8" w:rsidRDefault="00000000">
      <w:pPr>
        <w:rPr>
          <w:lang w:val="pt-BR"/>
        </w:rPr>
      </w:pPr>
      <w:r w:rsidRPr="001179E8">
        <w:rPr>
          <w:lang w:val="pt-BR"/>
        </w:rPr>
        <w:lastRenderedPageBreak/>
        <w:t>"Reconstruímos," respondeu Lion firmemente. "Ajudamos os feridos. E nos preparamos para o próximo ataque." Ele se virou para Luke e Elaine. "E precisamos descobrir mais sobre vocês dois e essas alianças."</w:t>
      </w:r>
    </w:p>
    <w:p w14:paraId="3D603494" w14:textId="77777777" w:rsidR="002355BD" w:rsidRPr="001179E8" w:rsidRDefault="00000000">
      <w:pPr>
        <w:rPr>
          <w:lang w:val="pt-BR"/>
        </w:rPr>
      </w:pPr>
      <w:r w:rsidRPr="001179E8">
        <w:rPr>
          <w:lang w:val="pt-BR"/>
        </w:rPr>
        <w:br/>
      </w:r>
    </w:p>
    <w:p w14:paraId="2ECDDF8B" w14:textId="77777777" w:rsidR="002355BD" w:rsidRPr="001179E8" w:rsidRDefault="00000000">
      <w:pPr>
        <w:rPr>
          <w:lang w:val="pt-BR"/>
        </w:rPr>
      </w:pPr>
      <w:r w:rsidRPr="001179E8">
        <w:rPr>
          <w:lang w:val="pt-BR"/>
        </w:rPr>
        <w:t>Luke e Elaine se entreolharam, comunicando-se silenciosamente através de seu vínculo. Eles sabiam que precisavam ser cuidadosos sobre quanto revelar, mas também reconheciam que os Primordiais mereciam algumas respostas depois do que haviam acabado de enfrentar juntos.</w:t>
      </w:r>
    </w:p>
    <w:p w14:paraId="2B059FCE" w14:textId="77777777" w:rsidR="002355BD" w:rsidRPr="001179E8" w:rsidRDefault="00000000">
      <w:pPr>
        <w:rPr>
          <w:lang w:val="pt-BR"/>
        </w:rPr>
      </w:pPr>
      <w:r w:rsidRPr="001179E8">
        <w:rPr>
          <w:lang w:val="pt-BR"/>
        </w:rPr>
        <w:br/>
      </w:r>
    </w:p>
    <w:p w14:paraId="11D0602E" w14:textId="77777777" w:rsidR="002355BD" w:rsidRPr="001179E8" w:rsidRDefault="00000000">
      <w:pPr>
        <w:rPr>
          <w:lang w:val="pt-BR"/>
        </w:rPr>
      </w:pPr>
      <w:r w:rsidRPr="001179E8">
        <w:rPr>
          <w:i/>
          <w:lang w:val="pt-BR"/>
        </w:rPr>
        <w:t>O que dizemos a eles?</w:t>
      </w:r>
      <w:r w:rsidRPr="001179E8">
        <w:rPr>
          <w:lang w:val="pt-BR"/>
        </w:rPr>
        <w:t xml:space="preserve"> perguntou Elaine mentalmente.</w:t>
      </w:r>
    </w:p>
    <w:p w14:paraId="02067CFC" w14:textId="77777777" w:rsidR="002355BD" w:rsidRPr="001179E8" w:rsidRDefault="00000000">
      <w:pPr>
        <w:rPr>
          <w:lang w:val="pt-BR"/>
        </w:rPr>
      </w:pPr>
      <w:r w:rsidRPr="001179E8">
        <w:rPr>
          <w:lang w:val="pt-BR"/>
        </w:rPr>
        <w:br/>
      </w:r>
    </w:p>
    <w:p w14:paraId="4DF592D5" w14:textId="77777777" w:rsidR="002355BD" w:rsidRPr="001179E8" w:rsidRDefault="00000000">
      <w:pPr>
        <w:rPr>
          <w:lang w:val="pt-BR"/>
        </w:rPr>
      </w:pPr>
      <w:r w:rsidRPr="001179E8">
        <w:rPr>
          <w:i/>
          <w:lang w:val="pt-BR"/>
        </w:rPr>
        <w:t>A verdade,</w:t>
      </w:r>
      <w:r w:rsidRPr="001179E8">
        <w:rPr>
          <w:lang w:val="pt-BR"/>
        </w:rPr>
        <w:t xml:space="preserve"> respondeu Luke. </w:t>
      </w:r>
      <w:r w:rsidRPr="001179E8">
        <w:rPr>
          <w:i/>
          <w:lang w:val="pt-BR"/>
        </w:rPr>
        <w:t>Ou pelo menos, parte dela. Talvez seja por isso que fomos trazidos aqui – para ajudar os Primordiais originais a entender a ameaça que enfrentam.</w:t>
      </w:r>
    </w:p>
    <w:p w14:paraId="610ED390" w14:textId="77777777" w:rsidR="002355BD" w:rsidRPr="001179E8" w:rsidRDefault="00000000">
      <w:pPr>
        <w:rPr>
          <w:lang w:val="pt-BR"/>
        </w:rPr>
      </w:pPr>
      <w:r w:rsidRPr="001179E8">
        <w:rPr>
          <w:lang w:val="pt-BR"/>
        </w:rPr>
        <w:br/>
      </w:r>
    </w:p>
    <w:p w14:paraId="10D73885" w14:textId="77777777" w:rsidR="002355BD" w:rsidRPr="001179E8" w:rsidRDefault="00000000">
      <w:pPr>
        <w:rPr>
          <w:lang w:val="pt-BR"/>
        </w:rPr>
      </w:pPr>
      <w:r w:rsidRPr="001179E8">
        <w:rPr>
          <w:i/>
          <w:lang w:val="pt-BR"/>
        </w:rPr>
        <w:t>E quanto à linha do tempo?</w:t>
      </w:r>
    </w:p>
    <w:p w14:paraId="2BA00DCD" w14:textId="77777777" w:rsidR="002355BD" w:rsidRPr="001179E8" w:rsidRDefault="00000000">
      <w:pPr>
        <w:rPr>
          <w:lang w:val="pt-BR"/>
        </w:rPr>
      </w:pPr>
      <w:r w:rsidRPr="001179E8">
        <w:rPr>
          <w:lang w:val="pt-BR"/>
        </w:rPr>
        <w:br/>
      </w:r>
    </w:p>
    <w:p w14:paraId="363E2FE4" w14:textId="77777777" w:rsidR="002355BD" w:rsidRPr="001179E8" w:rsidRDefault="00000000">
      <w:pPr>
        <w:rPr>
          <w:lang w:val="pt-BR"/>
        </w:rPr>
      </w:pPr>
      <w:r w:rsidRPr="001179E8">
        <w:rPr>
          <w:i/>
          <w:lang w:val="pt-BR"/>
        </w:rPr>
        <w:t>Talvez isso sempre tenha sido parte da história. Talvez nossa presença aqui seja um loop temporal que sempre existiu.</w:t>
      </w:r>
    </w:p>
    <w:p w14:paraId="0ABFFD12" w14:textId="77777777" w:rsidR="002355BD" w:rsidRPr="001179E8" w:rsidRDefault="00000000">
      <w:pPr>
        <w:rPr>
          <w:lang w:val="pt-BR"/>
        </w:rPr>
      </w:pPr>
      <w:r w:rsidRPr="001179E8">
        <w:rPr>
          <w:lang w:val="pt-BR"/>
        </w:rPr>
        <w:br/>
      </w:r>
    </w:p>
    <w:p w14:paraId="025C5AB5" w14:textId="77777777" w:rsidR="002355BD" w:rsidRPr="001179E8" w:rsidRDefault="00000000">
      <w:pPr>
        <w:rPr>
          <w:lang w:val="pt-BR"/>
        </w:rPr>
      </w:pPr>
      <w:r w:rsidRPr="001179E8">
        <w:rPr>
          <w:lang w:val="pt-BR"/>
        </w:rPr>
        <w:t>Elaine assentiu imperceptivelmente, concordando com sua lógica. Juntos, eles se viraram para encarar os Primordiais.</w:t>
      </w:r>
    </w:p>
    <w:p w14:paraId="2C1089F4" w14:textId="77777777" w:rsidR="002355BD" w:rsidRPr="001179E8" w:rsidRDefault="00000000">
      <w:pPr>
        <w:rPr>
          <w:lang w:val="pt-BR"/>
        </w:rPr>
      </w:pPr>
      <w:r w:rsidRPr="001179E8">
        <w:rPr>
          <w:lang w:val="pt-BR"/>
        </w:rPr>
        <w:br/>
      </w:r>
    </w:p>
    <w:p w14:paraId="118911F7" w14:textId="77777777" w:rsidR="002355BD" w:rsidRPr="001179E8" w:rsidRDefault="00000000">
      <w:pPr>
        <w:rPr>
          <w:lang w:val="pt-BR"/>
        </w:rPr>
      </w:pPr>
      <w:r w:rsidRPr="001179E8">
        <w:rPr>
          <w:lang w:val="pt-BR"/>
        </w:rPr>
        <w:t>"Temos muito a conversar," disse Luke. "E uma história para contar que pode ser difícil de acreditar."</w:t>
      </w:r>
    </w:p>
    <w:p w14:paraId="5282DD50" w14:textId="77777777" w:rsidR="002355BD" w:rsidRPr="001179E8" w:rsidRDefault="00000000">
      <w:pPr>
        <w:rPr>
          <w:lang w:val="pt-BR"/>
        </w:rPr>
      </w:pPr>
      <w:r w:rsidRPr="001179E8">
        <w:rPr>
          <w:lang w:val="pt-BR"/>
        </w:rPr>
        <w:br/>
      </w:r>
    </w:p>
    <w:p w14:paraId="017122D4" w14:textId="77777777" w:rsidR="002355BD" w:rsidRPr="001179E8" w:rsidRDefault="00000000">
      <w:pPr>
        <w:rPr>
          <w:lang w:val="pt-BR"/>
        </w:rPr>
      </w:pPr>
      <w:r w:rsidRPr="001179E8">
        <w:rPr>
          <w:lang w:val="pt-BR"/>
        </w:rPr>
        <w:lastRenderedPageBreak/>
        <w:t>Lion sorriu, seu carisma natural brilhando mesmo através da exaustão da batalha. "Depois do que acabamos de ver, acho que estamos abertos a acreditar em quase qualquer coisa."</w:t>
      </w:r>
    </w:p>
    <w:p w14:paraId="6C51CD8B" w14:textId="77777777" w:rsidR="002355BD" w:rsidRPr="001179E8" w:rsidRDefault="00000000">
      <w:pPr>
        <w:rPr>
          <w:lang w:val="pt-BR"/>
        </w:rPr>
      </w:pPr>
      <w:r w:rsidRPr="001179E8">
        <w:rPr>
          <w:lang w:val="pt-BR"/>
        </w:rPr>
        <w:br/>
      </w:r>
    </w:p>
    <w:p w14:paraId="194745FC" w14:textId="77777777" w:rsidR="002355BD" w:rsidRPr="001179E8" w:rsidRDefault="00000000">
      <w:pPr>
        <w:rPr>
          <w:lang w:val="pt-BR"/>
        </w:rPr>
      </w:pPr>
      <w:r w:rsidRPr="001179E8">
        <w:rPr>
          <w:lang w:val="pt-BR"/>
        </w:rPr>
        <w:t>Enquanto o grupo começava a caminhar de volta para a base, Luke e Elaine permaneceram de mãos dadas, as alianças em seus dedos brilhando suavemente. Através de seu vínculo mental, compartilhavam não apenas pensamentos, mas emoções – alívio pela vitória, preocupação com as consequências de suas ações no passado, e algo mais profundo e mais pessoal que crescia entre eles a cada momento.</w:t>
      </w:r>
    </w:p>
    <w:p w14:paraId="5E54968F" w14:textId="77777777" w:rsidR="002355BD" w:rsidRPr="001179E8" w:rsidRDefault="00000000">
      <w:pPr>
        <w:rPr>
          <w:lang w:val="pt-BR"/>
        </w:rPr>
      </w:pPr>
      <w:r w:rsidRPr="001179E8">
        <w:rPr>
          <w:lang w:val="pt-BR"/>
        </w:rPr>
        <w:br/>
      </w:r>
    </w:p>
    <w:p w14:paraId="6E20C6C3" w14:textId="77777777" w:rsidR="002355BD" w:rsidRPr="001179E8" w:rsidRDefault="00000000">
      <w:pPr>
        <w:rPr>
          <w:lang w:val="pt-BR"/>
        </w:rPr>
      </w:pPr>
      <w:r w:rsidRPr="001179E8">
        <w:rPr>
          <w:i/>
          <w:lang w:val="pt-BR"/>
        </w:rPr>
        <w:t>Luke?</w:t>
      </w:r>
      <w:r w:rsidRPr="001179E8">
        <w:rPr>
          <w:lang w:val="pt-BR"/>
        </w:rPr>
        <w:t xml:space="preserve"> chamou Elaine mentalmente.</w:t>
      </w:r>
    </w:p>
    <w:p w14:paraId="7A76065F" w14:textId="77777777" w:rsidR="002355BD" w:rsidRPr="001179E8" w:rsidRDefault="00000000">
      <w:pPr>
        <w:rPr>
          <w:lang w:val="pt-BR"/>
        </w:rPr>
      </w:pPr>
      <w:r w:rsidRPr="001179E8">
        <w:rPr>
          <w:lang w:val="pt-BR"/>
        </w:rPr>
        <w:br/>
      </w:r>
    </w:p>
    <w:p w14:paraId="1CDF5B22" w14:textId="77777777" w:rsidR="002355BD" w:rsidRPr="001179E8" w:rsidRDefault="00000000">
      <w:pPr>
        <w:rPr>
          <w:lang w:val="pt-BR"/>
        </w:rPr>
      </w:pPr>
      <w:r w:rsidRPr="001179E8">
        <w:rPr>
          <w:i/>
          <w:lang w:val="pt-BR"/>
        </w:rPr>
        <w:t>Sim?</w:t>
      </w:r>
    </w:p>
    <w:p w14:paraId="3FB7DB21" w14:textId="77777777" w:rsidR="002355BD" w:rsidRPr="001179E8" w:rsidRDefault="00000000">
      <w:pPr>
        <w:rPr>
          <w:lang w:val="pt-BR"/>
        </w:rPr>
      </w:pPr>
      <w:r w:rsidRPr="001179E8">
        <w:rPr>
          <w:lang w:val="pt-BR"/>
        </w:rPr>
        <w:br/>
      </w:r>
    </w:p>
    <w:p w14:paraId="0B5E482C" w14:textId="77777777" w:rsidR="002355BD" w:rsidRPr="001179E8" w:rsidRDefault="00000000">
      <w:pPr>
        <w:rPr>
          <w:lang w:val="pt-BR"/>
        </w:rPr>
      </w:pPr>
      <w:r w:rsidRPr="001179E8">
        <w:rPr>
          <w:i/>
          <w:lang w:val="pt-BR"/>
        </w:rPr>
        <w:t>Não me arrependo de nada. De ter vindo para o passado, de ter encontrado as alianças... de estar com você.</w:t>
      </w:r>
    </w:p>
    <w:p w14:paraId="3B0388E4" w14:textId="77777777" w:rsidR="002355BD" w:rsidRPr="001179E8" w:rsidRDefault="00000000">
      <w:pPr>
        <w:rPr>
          <w:lang w:val="pt-BR"/>
        </w:rPr>
      </w:pPr>
      <w:r w:rsidRPr="001179E8">
        <w:rPr>
          <w:lang w:val="pt-BR"/>
        </w:rPr>
        <w:br/>
      </w:r>
    </w:p>
    <w:p w14:paraId="11A7628E" w14:textId="77777777" w:rsidR="002355BD" w:rsidRPr="001179E8" w:rsidRDefault="00000000">
      <w:pPr>
        <w:rPr>
          <w:lang w:val="pt-BR"/>
        </w:rPr>
      </w:pPr>
      <w:r w:rsidRPr="001179E8">
        <w:rPr>
          <w:lang w:val="pt-BR"/>
        </w:rPr>
        <w:t xml:space="preserve">Luke apertou sua mão gentilmente, um calor se espalhando em seu peito que nada tinha a ver com a adrenalina da batalha. </w:t>
      </w:r>
      <w:r w:rsidRPr="001179E8">
        <w:rPr>
          <w:i/>
          <w:lang w:val="pt-BR"/>
        </w:rPr>
        <w:t>Eu também não. Seja qual for o motivo pelo qual fomos trazidos aqui, estou grato por estarmos juntos.</w:t>
      </w:r>
    </w:p>
    <w:p w14:paraId="5D7C9F40" w14:textId="77777777" w:rsidR="002355BD" w:rsidRPr="001179E8" w:rsidRDefault="00000000">
      <w:pPr>
        <w:rPr>
          <w:lang w:val="pt-BR"/>
        </w:rPr>
      </w:pPr>
      <w:r w:rsidRPr="001179E8">
        <w:rPr>
          <w:lang w:val="pt-BR"/>
        </w:rPr>
        <w:br/>
      </w:r>
    </w:p>
    <w:p w14:paraId="10F646E6" w14:textId="77777777" w:rsidR="002355BD" w:rsidRPr="001179E8" w:rsidRDefault="00000000">
      <w:pPr>
        <w:rPr>
          <w:lang w:val="pt-BR"/>
        </w:rPr>
      </w:pPr>
      <w:r w:rsidRPr="001179E8">
        <w:rPr>
          <w:lang w:val="pt-BR"/>
        </w:rPr>
        <w:t>E enquanto caminhavam entre os escombros de uma batalha que a história nunca registraria completamente, ambos sentiram que, apesar dos perigos e incertezas que ainda enfrentariam, haviam encontrado algo precioso – um vínculo que transcendia o tempo e o espaço, fortalecido por alianças que eram tanto físicas quanto metafóricas.</w:t>
      </w:r>
    </w:p>
    <w:p w14:paraId="530AA791" w14:textId="77777777" w:rsidR="002355BD" w:rsidRPr="001179E8" w:rsidRDefault="00000000">
      <w:pPr>
        <w:rPr>
          <w:lang w:val="pt-BR"/>
        </w:rPr>
      </w:pPr>
      <w:r w:rsidRPr="001179E8">
        <w:rPr>
          <w:lang w:val="pt-BR"/>
        </w:rPr>
        <w:br/>
      </w:r>
    </w:p>
    <w:p w14:paraId="5ACB407D" w14:textId="77777777" w:rsidR="002355BD" w:rsidRPr="001179E8" w:rsidRDefault="00000000">
      <w:pPr>
        <w:rPr>
          <w:lang w:val="pt-BR"/>
        </w:rPr>
      </w:pPr>
      <w:r w:rsidRPr="001179E8">
        <w:rPr>
          <w:lang w:val="pt-BR"/>
        </w:rPr>
        <w:t xml:space="preserve">A missão para encontrar a Chave dos Reinos e selar Abyzoth permanecia, mas agora tinham uma nova arma em seu arsenal – não apenas o poder das Alianças Gêmeas, mas a força de </w:t>
      </w:r>
      <w:r w:rsidRPr="001179E8">
        <w:rPr>
          <w:lang w:val="pt-BR"/>
        </w:rPr>
        <w:lastRenderedPageBreak/>
        <w:t>uma conexão que crescia mais profunda a cada momento compartilhado.A manhã chegou à base dos Primordiais com o som de alarmes. Luke e Elaine acordaram sobressaltados, ainda entrelaçados na cama estreita, momentaneamente confusos sobre onde estavam. A realidade rapidamente se estabeleceu – 1995, trinta anos no passado, em meio a uma crise dimensional que não deveria estar acontecendo.</w:t>
      </w:r>
    </w:p>
    <w:p w14:paraId="4275DAF2" w14:textId="77777777" w:rsidR="002355BD" w:rsidRPr="001179E8" w:rsidRDefault="00000000">
      <w:pPr>
        <w:rPr>
          <w:lang w:val="pt-BR"/>
        </w:rPr>
      </w:pPr>
      <w:r w:rsidRPr="001179E8">
        <w:rPr>
          <w:lang w:val="pt-BR"/>
        </w:rPr>
        <w:br/>
      </w:r>
    </w:p>
    <w:p w14:paraId="3E5D4018" w14:textId="77777777" w:rsidR="002355BD" w:rsidRPr="001179E8" w:rsidRDefault="00000000">
      <w:pPr>
        <w:rPr>
          <w:lang w:val="pt-BR"/>
        </w:rPr>
      </w:pPr>
      <w:r w:rsidRPr="001179E8">
        <w:rPr>
          <w:lang w:val="pt-BR"/>
        </w:rPr>
        <w:t>"Emergência! Todos os agentes para a sala de comando!" A voz de Android ecoou pelos alto-falantes, clínica e precisa mesmo em meio à crise.</w:t>
      </w:r>
    </w:p>
    <w:p w14:paraId="1A70ABD1" w14:textId="77777777" w:rsidR="002355BD" w:rsidRPr="001179E8" w:rsidRDefault="00000000">
      <w:pPr>
        <w:rPr>
          <w:lang w:val="pt-BR"/>
        </w:rPr>
      </w:pPr>
      <w:r w:rsidRPr="001179E8">
        <w:rPr>
          <w:lang w:val="pt-BR"/>
        </w:rPr>
        <w:br/>
      </w:r>
    </w:p>
    <w:p w14:paraId="6F7C3542" w14:textId="77777777" w:rsidR="002355BD" w:rsidRPr="001179E8" w:rsidRDefault="00000000">
      <w:pPr>
        <w:rPr>
          <w:lang w:val="pt-BR"/>
        </w:rPr>
      </w:pPr>
      <w:r w:rsidRPr="001179E8">
        <w:rPr>
          <w:lang w:val="pt-BR"/>
        </w:rPr>
        <w:t>Luke e Elaine se levantaram rapidamente, ajeitando suas roupas amassadas o melhor que podiam. Não havia tempo para mais nada – o tom dos alarmes deixava claro que a situação era grave.</w:t>
      </w:r>
    </w:p>
    <w:p w14:paraId="0B1417FF" w14:textId="77777777" w:rsidR="002355BD" w:rsidRPr="001179E8" w:rsidRDefault="00000000">
      <w:pPr>
        <w:rPr>
          <w:lang w:val="pt-BR"/>
        </w:rPr>
      </w:pPr>
      <w:r w:rsidRPr="001179E8">
        <w:rPr>
          <w:lang w:val="pt-BR"/>
        </w:rPr>
        <w:br/>
      </w:r>
    </w:p>
    <w:p w14:paraId="1CE93E39" w14:textId="77777777" w:rsidR="002355BD" w:rsidRPr="001179E8" w:rsidRDefault="00000000">
      <w:pPr>
        <w:rPr>
          <w:lang w:val="pt-BR"/>
        </w:rPr>
      </w:pPr>
      <w:r w:rsidRPr="001179E8">
        <w:rPr>
          <w:lang w:val="pt-BR"/>
        </w:rPr>
        <w:t>Eles correram pelos corredores, seguindo o fluxo de pessoal de apoio que se dirigia para o centro da base. A sala de comando era um espaço circular dominado por uma mesa holográfica central – tecnologia impressionantemente avançada para 1995, mas ainda assim primitiva pelos padrões de 2025.</w:t>
      </w:r>
    </w:p>
    <w:p w14:paraId="3B04C71B" w14:textId="77777777" w:rsidR="002355BD" w:rsidRPr="001179E8" w:rsidRDefault="00000000">
      <w:pPr>
        <w:rPr>
          <w:lang w:val="pt-BR"/>
        </w:rPr>
      </w:pPr>
      <w:r w:rsidRPr="001179E8">
        <w:rPr>
          <w:lang w:val="pt-BR"/>
        </w:rPr>
        <w:br/>
      </w:r>
    </w:p>
    <w:p w14:paraId="41572BB4" w14:textId="77777777" w:rsidR="002355BD" w:rsidRPr="001179E8" w:rsidRDefault="00000000">
      <w:pPr>
        <w:rPr>
          <w:lang w:val="pt-BR"/>
        </w:rPr>
      </w:pPr>
      <w:r w:rsidRPr="001179E8">
        <w:rPr>
          <w:lang w:val="pt-BR"/>
        </w:rPr>
        <w:t>Os seis Primordiais já estavam reunidos ao redor da mesa, estudando um mapa tridimensional da cidade que mostrava múltiplos pontos pulsantes em vermelho.</w:t>
      </w:r>
    </w:p>
    <w:p w14:paraId="48346A83" w14:textId="77777777" w:rsidR="002355BD" w:rsidRPr="001179E8" w:rsidRDefault="00000000">
      <w:pPr>
        <w:rPr>
          <w:lang w:val="pt-BR"/>
        </w:rPr>
      </w:pPr>
      <w:r w:rsidRPr="001179E8">
        <w:rPr>
          <w:lang w:val="pt-BR"/>
        </w:rPr>
        <w:br/>
      </w:r>
    </w:p>
    <w:p w14:paraId="1DE7006E" w14:textId="77777777" w:rsidR="002355BD" w:rsidRPr="001179E8" w:rsidRDefault="00000000">
      <w:pPr>
        <w:rPr>
          <w:lang w:val="pt-BR"/>
        </w:rPr>
      </w:pPr>
      <w:r w:rsidRPr="001179E8">
        <w:rPr>
          <w:lang w:val="pt-BR"/>
        </w:rPr>
        <w:t>"Portais," explicou Android quando notou a chegada de Luke e Elaine. "Dezenas deles, abrindo-se simultaneamente por toda a cidade."</w:t>
      </w:r>
    </w:p>
    <w:p w14:paraId="42083176" w14:textId="77777777" w:rsidR="002355BD" w:rsidRPr="001179E8" w:rsidRDefault="00000000">
      <w:pPr>
        <w:rPr>
          <w:lang w:val="pt-BR"/>
        </w:rPr>
      </w:pPr>
      <w:r w:rsidRPr="001179E8">
        <w:rPr>
          <w:lang w:val="pt-BR"/>
        </w:rPr>
        <w:br/>
      </w:r>
    </w:p>
    <w:p w14:paraId="4F5E49DE" w14:textId="77777777" w:rsidR="002355BD" w:rsidRPr="001179E8" w:rsidRDefault="00000000">
      <w:pPr>
        <w:rPr>
          <w:lang w:val="pt-BR"/>
        </w:rPr>
      </w:pPr>
      <w:r w:rsidRPr="001179E8">
        <w:rPr>
          <w:lang w:val="pt-BR"/>
        </w:rPr>
        <w:t>"É um ataque coordenado," disse Caçador de Recompensas, seu rosto tenso. "Maior do que qualquer coisa que já enfrentamos."</w:t>
      </w:r>
    </w:p>
    <w:p w14:paraId="6F44A6DB" w14:textId="77777777" w:rsidR="002355BD" w:rsidRPr="001179E8" w:rsidRDefault="00000000">
      <w:pPr>
        <w:rPr>
          <w:lang w:val="pt-BR"/>
        </w:rPr>
      </w:pPr>
      <w:r w:rsidRPr="001179E8">
        <w:rPr>
          <w:lang w:val="pt-BR"/>
        </w:rPr>
        <w:br/>
      </w:r>
    </w:p>
    <w:p w14:paraId="37C21E43" w14:textId="77777777" w:rsidR="002355BD" w:rsidRPr="001179E8" w:rsidRDefault="00000000">
      <w:pPr>
        <w:rPr>
          <w:lang w:val="pt-BR"/>
        </w:rPr>
      </w:pPr>
      <w:r w:rsidRPr="001179E8">
        <w:rPr>
          <w:lang w:val="pt-BR"/>
        </w:rPr>
        <w:lastRenderedPageBreak/>
        <w:t>Lion, assumindo naturalmente a posição de liderança, apontou para os maiores pontos vermelhos no mapa. "Temos três focos principais – centro da cidade, distrito industrial e parque central. Cada um parece estar gerando um tipo diferente de criatura."</w:t>
      </w:r>
    </w:p>
    <w:p w14:paraId="2D0FD02D" w14:textId="77777777" w:rsidR="002355BD" w:rsidRPr="001179E8" w:rsidRDefault="00000000">
      <w:pPr>
        <w:rPr>
          <w:lang w:val="pt-BR"/>
        </w:rPr>
      </w:pPr>
      <w:r w:rsidRPr="001179E8">
        <w:rPr>
          <w:lang w:val="pt-BR"/>
        </w:rPr>
        <w:br/>
      </w:r>
    </w:p>
    <w:p w14:paraId="52B20E09" w14:textId="77777777" w:rsidR="002355BD" w:rsidRPr="001179E8" w:rsidRDefault="00000000">
      <w:pPr>
        <w:rPr>
          <w:lang w:val="pt-BR"/>
        </w:rPr>
      </w:pPr>
      <w:r w:rsidRPr="001179E8">
        <w:rPr>
          <w:lang w:val="pt-BR"/>
        </w:rPr>
        <w:t>"Precisamos nos dividir," concluiu Temporal, seus olhos já começando a brilhar com energia elétrica. "Cobrir mais terreno."</w:t>
      </w:r>
    </w:p>
    <w:p w14:paraId="13D1583F" w14:textId="77777777" w:rsidR="002355BD" w:rsidRPr="001179E8" w:rsidRDefault="00000000">
      <w:pPr>
        <w:rPr>
          <w:lang w:val="pt-BR"/>
        </w:rPr>
      </w:pPr>
      <w:r w:rsidRPr="001179E8">
        <w:rPr>
          <w:lang w:val="pt-BR"/>
        </w:rPr>
        <w:br/>
      </w:r>
    </w:p>
    <w:p w14:paraId="61332EB8" w14:textId="77777777" w:rsidR="002355BD" w:rsidRPr="001179E8" w:rsidRDefault="00000000">
      <w:pPr>
        <w:rPr>
          <w:lang w:val="pt-BR"/>
        </w:rPr>
      </w:pPr>
      <w:r w:rsidRPr="001179E8">
        <w:rPr>
          <w:lang w:val="pt-BR"/>
        </w:rPr>
        <w:t>"Exatamente," concordou Lion. "Temporal e Sang-Suga, vocês pegam o parque central. Android e Enigma, distrito industrial. Caçador e eu cuidaremos do centro da cidade." Ele se virou para Luke e Elaine. "Vocês dois vêm conosco. Precisaremos de sua expertise sobre essas criaturas."</w:t>
      </w:r>
    </w:p>
    <w:p w14:paraId="03942DC7" w14:textId="77777777" w:rsidR="002355BD" w:rsidRPr="001179E8" w:rsidRDefault="00000000">
      <w:pPr>
        <w:rPr>
          <w:lang w:val="pt-BR"/>
        </w:rPr>
      </w:pPr>
      <w:r w:rsidRPr="001179E8">
        <w:rPr>
          <w:lang w:val="pt-BR"/>
        </w:rPr>
        <w:br/>
      </w:r>
    </w:p>
    <w:p w14:paraId="66ACD21B" w14:textId="77777777" w:rsidR="002355BD" w:rsidRPr="001179E8" w:rsidRDefault="00000000">
      <w:pPr>
        <w:rPr>
          <w:lang w:val="pt-BR"/>
        </w:rPr>
      </w:pPr>
      <w:r w:rsidRPr="001179E8">
        <w:rPr>
          <w:lang w:val="pt-BR"/>
        </w:rPr>
        <w:t>Luke hesitou. "Não somos combatentes treinados como vocês."</w:t>
      </w:r>
    </w:p>
    <w:p w14:paraId="0F053319" w14:textId="77777777" w:rsidR="002355BD" w:rsidRPr="001179E8" w:rsidRDefault="00000000">
      <w:pPr>
        <w:rPr>
          <w:lang w:val="pt-BR"/>
        </w:rPr>
      </w:pPr>
      <w:r w:rsidRPr="001179E8">
        <w:rPr>
          <w:lang w:val="pt-BR"/>
        </w:rPr>
        <w:br/>
      </w:r>
    </w:p>
    <w:p w14:paraId="5585FF07" w14:textId="77777777" w:rsidR="002355BD" w:rsidRPr="001179E8" w:rsidRDefault="00000000">
      <w:pPr>
        <w:rPr>
          <w:lang w:val="pt-BR"/>
        </w:rPr>
      </w:pPr>
      <w:r w:rsidRPr="001179E8">
        <w:rPr>
          <w:lang w:val="pt-BR"/>
        </w:rPr>
        <w:t>"Mas têm poderes," apontou Enigma, sua voz distorcida pelo modulador. "Senti isso desde o início. E conhecimento que pode salvar vidas."</w:t>
      </w:r>
    </w:p>
    <w:p w14:paraId="10958B2F" w14:textId="77777777" w:rsidR="002355BD" w:rsidRPr="001179E8" w:rsidRDefault="00000000">
      <w:pPr>
        <w:rPr>
          <w:lang w:val="pt-BR"/>
        </w:rPr>
      </w:pPr>
      <w:r w:rsidRPr="001179E8">
        <w:rPr>
          <w:lang w:val="pt-BR"/>
        </w:rPr>
        <w:br/>
      </w:r>
    </w:p>
    <w:p w14:paraId="5409432B" w14:textId="77777777" w:rsidR="002355BD" w:rsidRPr="001179E8" w:rsidRDefault="00000000">
      <w:pPr>
        <w:rPr>
          <w:lang w:val="pt-BR"/>
        </w:rPr>
      </w:pPr>
      <w:r w:rsidRPr="001179E8">
        <w:rPr>
          <w:lang w:val="pt-BR"/>
        </w:rPr>
        <w:t>Luke e Elaine trocaram olhares. Não havia como recusar – pessoas inocentes estavam em perigo, e eles tinham tanto habilidades quanto conhecimento que poderiam ajudar.</w:t>
      </w:r>
    </w:p>
    <w:p w14:paraId="0262B233" w14:textId="77777777" w:rsidR="002355BD" w:rsidRPr="001179E8" w:rsidRDefault="00000000">
      <w:pPr>
        <w:rPr>
          <w:lang w:val="pt-BR"/>
        </w:rPr>
      </w:pPr>
      <w:r w:rsidRPr="001179E8">
        <w:rPr>
          <w:lang w:val="pt-BR"/>
        </w:rPr>
        <w:br/>
      </w:r>
    </w:p>
    <w:p w14:paraId="1F5AFF62" w14:textId="77777777" w:rsidR="002355BD" w:rsidRPr="001179E8" w:rsidRDefault="00000000">
      <w:pPr>
        <w:rPr>
          <w:lang w:val="pt-BR"/>
        </w:rPr>
      </w:pPr>
      <w:r w:rsidRPr="001179E8">
        <w:rPr>
          <w:lang w:val="pt-BR"/>
        </w:rPr>
        <w:t>"Estamos dentro," disse Elaine, sua determinação evidente.</w:t>
      </w:r>
    </w:p>
    <w:p w14:paraId="01041691" w14:textId="77777777" w:rsidR="002355BD" w:rsidRPr="001179E8" w:rsidRDefault="00000000">
      <w:pPr>
        <w:rPr>
          <w:lang w:val="pt-BR"/>
        </w:rPr>
      </w:pPr>
      <w:r w:rsidRPr="001179E8">
        <w:rPr>
          <w:lang w:val="pt-BR"/>
        </w:rPr>
        <w:br/>
      </w:r>
    </w:p>
    <w:p w14:paraId="14E2797E" w14:textId="77777777" w:rsidR="002355BD" w:rsidRPr="001179E8" w:rsidRDefault="00000000">
      <w:pPr>
        <w:rPr>
          <w:lang w:val="pt-BR"/>
        </w:rPr>
      </w:pPr>
      <w:r w:rsidRPr="001179E8">
        <w:rPr>
          <w:lang w:val="pt-BR"/>
        </w:rPr>
        <w:t>Lion assentiu, satisfeito. "Equipem-se. Partimos em cinco minutos."</w:t>
      </w:r>
    </w:p>
    <w:p w14:paraId="4F5B8ED2" w14:textId="77777777" w:rsidR="002355BD" w:rsidRPr="001179E8" w:rsidRDefault="00000000">
      <w:pPr>
        <w:rPr>
          <w:lang w:val="pt-BR"/>
        </w:rPr>
      </w:pPr>
      <w:r w:rsidRPr="001179E8">
        <w:rPr>
          <w:lang w:val="pt-BR"/>
        </w:rPr>
        <w:br/>
      </w:r>
    </w:p>
    <w:p w14:paraId="0682EE8A" w14:textId="77777777" w:rsidR="002355BD" w:rsidRPr="001179E8" w:rsidRDefault="00000000">
      <w:pPr>
        <w:rPr>
          <w:lang w:val="pt-BR"/>
        </w:rPr>
      </w:pPr>
      <w:r w:rsidRPr="001179E8">
        <w:rPr>
          <w:lang w:val="pt-BR"/>
        </w:rPr>
        <w:t>---</w:t>
      </w:r>
    </w:p>
    <w:p w14:paraId="6805D0A3" w14:textId="77777777" w:rsidR="002355BD" w:rsidRPr="001179E8" w:rsidRDefault="00000000">
      <w:pPr>
        <w:rPr>
          <w:lang w:val="pt-BR"/>
        </w:rPr>
      </w:pPr>
      <w:r w:rsidRPr="001179E8">
        <w:rPr>
          <w:lang w:val="pt-BR"/>
        </w:rPr>
        <w:lastRenderedPageBreak/>
        <w:br/>
      </w:r>
    </w:p>
    <w:p w14:paraId="4221F95F" w14:textId="77777777" w:rsidR="002355BD" w:rsidRPr="001179E8" w:rsidRDefault="00000000">
      <w:pPr>
        <w:rPr>
          <w:lang w:val="pt-BR"/>
        </w:rPr>
      </w:pPr>
      <w:r w:rsidRPr="001179E8">
        <w:rPr>
          <w:lang w:val="pt-BR"/>
        </w:rPr>
        <w:t>O centro da cidade era um caos. Pessoas corriam em pânico enquanto Caçadores das Sombras perseguiam civis pelas ruas e Devastadores demoliam edifícios com golpes poderosos. O céu acima havia se tornado um redemoinho de nuvens negras, com relâmpagos roxos cortando o ar.</w:t>
      </w:r>
    </w:p>
    <w:p w14:paraId="2C688A87" w14:textId="77777777" w:rsidR="002355BD" w:rsidRPr="001179E8" w:rsidRDefault="00000000">
      <w:pPr>
        <w:rPr>
          <w:lang w:val="pt-BR"/>
        </w:rPr>
      </w:pPr>
      <w:r w:rsidRPr="001179E8">
        <w:rPr>
          <w:lang w:val="pt-BR"/>
        </w:rPr>
        <w:br/>
      </w:r>
    </w:p>
    <w:p w14:paraId="41972ECA" w14:textId="77777777" w:rsidR="002355BD" w:rsidRPr="001179E8" w:rsidRDefault="00000000">
      <w:pPr>
        <w:rPr>
          <w:lang w:val="pt-BR"/>
        </w:rPr>
      </w:pPr>
      <w:r w:rsidRPr="001179E8">
        <w:rPr>
          <w:lang w:val="pt-BR"/>
        </w:rPr>
        <w:t>O veículo dos Primordiais – um transporte blindado que parecia saído de um filme futurista – parou nos limites da zona de conflito. Lion, Caçador, Luke e Elaine desceram, imediatamente avaliando a situação.</w:t>
      </w:r>
    </w:p>
    <w:p w14:paraId="5FEADBBD" w14:textId="77777777" w:rsidR="002355BD" w:rsidRPr="001179E8" w:rsidRDefault="00000000">
      <w:pPr>
        <w:rPr>
          <w:lang w:val="pt-BR"/>
        </w:rPr>
      </w:pPr>
      <w:r w:rsidRPr="001179E8">
        <w:rPr>
          <w:lang w:val="pt-BR"/>
        </w:rPr>
        <w:br/>
      </w:r>
    </w:p>
    <w:p w14:paraId="4FFCD220" w14:textId="77777777" w:rsidR="002355BD" w:rsidRPr="001179E8" w:rsidRDefault="00000000">
      <w:pPr>
        <w:rPr>
          <w:lang w:val="pt-BR"/>
        </w:rPr>
      </w:pPr>
      <w:r w:rsidRPr="001179E8">
        <w:rPr>
          <w:lang w:val="pt-BR"/>
        </w:rPr>
        <w:t>"Prioridade é evacuação de civis," ordenou Lion. "Depois contenção, depois eliminação."</w:t>
      </w:r>
    </w:p>
    <w:p w14:paraId="3116081E" w14:textId="77777777" w:rsidR="002355BD" w:rsidRPr="001179E8" w:rsidRDefault="00000000">
      <w:pPr>
        <w:rPr>
          <w:lang w:val="pt-BR"/>
        </w:rPr>
      </w:pPr>
      <w:r w:rsidRPr="001179E8">
        <w:rPr>
          <w:lang w:val="pt-BR"/>
        </w:rPr>
        <w:br/>
      </w:r>
    </w:p>
    <w:p w14:paraId="35422F5B" w14:textId="77777777" w:rsidR="002355BD" w:rsidRPr="001179E8" w:rsidRDefault="00000000">
      <w:pPr>
        <w:rPr>
          <w:lang w:val="pt-BR"/>
        </w:rPr>
      </w:pPr>
      <w:r w:rsidRPr="001179E8">
        <w:rPr>
          <w:lang w:val="pt-BR"/>
        </w:rPr>
        <w:t>"Entendido," respondeu Caçador, verificando suas armas. Ele lançou um olhar para Luke e Elaine. "Fiquem próximos. Não tentem ser heróis."</w:t>
      </w:r>
    </w:p>
    <w:p w14:paraId="471F8256" w14:textId="77777777" w:rsidR="002355BD" w:rsidRPr="001179E8" w:rsidRDefault="00000000">
      <w:pPr>
        <w:rPr>
          <w:lang w:val="pt-BR"/>
        </w:rPr>
      </w:pPr>
      <w:r w:rsidRPr="001179E8">
        <w:rPr>
          <w:lang w:val="pt-BR"/>
        </w:rPr>
        <w:br/>
      </w:r>
    </w:p>
    <w:p w14:paraId="1ED7F3A3" w14:textId="77777777" w:rsidR="002355BD" w:rsidRPr="001179E8" w:rsidRDefault="00000000">
      <w:pPr>
        <w:rPr>
          <w:lang w:val="pt-BR"/>
        </w:rPr>
      </w:pPr>
      <w:r w:rsidRPr="001179E8">
        <w:rPr>
          <w:lang w:val="pt-BR"/>
        </w:rPr>
        <w:t>Luke assentiu, embora já estivesse planejando como usar seus poderes de teletransporte para ajudar na evacuação. Ao seu lado, Elaine se concentrou, sua pele adquirindo uma qualidade translúcida que indicava que ela estava pronta para usar suas habilidades de metamorfose.</w:t>
      </w:r>
    </w:p>
    <w:p w14:paraId="5DAA7840" w14:textId="77777777" w:rsidR="002355BD" w:rsidRPr="001179E8" w:rsidRDefault="00000000">
      <w:pPr>
        <w:rPr>
          <w:lang w:val="pt-BR"/>
        </w:rPr>
      </w:pPr>
      <w:r w:rsidRPr="001179E8">
        <w:rPr>
          <w:lang w:val="pt-BR"/>
        </w:rPr>
        <w:br/>
      </w:r>
    </w:p>
    <w:p w14:paraId="6FD40664" w14:textId="77777777" w:rsidR="002355BD" w:rsidRPr="001179E8" w:rsidRDefault="00000000">
      <w:pPr>
        <w:rPr>
          <w:lang w:val="pt-BR"/>
        </w:rPr>
      </w:pPr>
      <w:r w:rsidRPr="001179E8">
        <w:rPr>
          <w:lang w:val="pt-BR"/>
        </w:rPr>
        <w:t>Eles avançaram em formação, com Lion na frente, sua presença imponente e rugido sônico abrindo caminho através das criaturas menores. Caçador cobria os flancos com precisão letal, cada tiro encontrando um ponto fraco nas criaturas do submundo.</w:t>
      </w:r>
    </w:p>
    <w:p w14:paraId="34060DAF" w14:textId="77777777" w:rsidR="002355BD" w:rsidRPr="001179E8" w:rsidRDefault="00000000">
      <w:pPr>
        <w:rPr>
          <w:lang w:val="pt-BR"/>
        </w:rPr>
      </w:pPr>
      <w:r w:rsidRPr="001179E8">
        <w:rPr>
          <w:lang w:val="pt-BR"/>
        </w:rPr>
        <w:br/>
      </w:r>
    </w:p>
    <w:p w14:paraId="6747C704" w14:textId="77777777" w:rsidR="002355BD" w:rsidRPr="001179E8" w:rsidRDefault="00000000">
      <w:pPr>
        <w:rPr>
          <w:lang w:val="pt-BR"/>
        </w:rPr>
      </w:pPr>
      <w:r w:rsidRPr="001179E8">
        <w:rPr>
          <w:lang w:val="pt-BR"/>
        </w:rPr>
        <w:t xml:space="preserve">Luke descobriu que seus poderes de teletransporte eram incrivelmente úteis para a evacuação – ele podia se materializar ao lado de civis encurralados e transportá-los para zonas seguras em segundos. Elaine, por sua vez, usava sua capacidade de metamorfose para </w:t>
      </w:r>
      <w:r w:rsidRPr="001179E8">
        <w:rPr>
          <w:lang w:val="pt-BR"/>
        </w:rPr>
        <w:lastRenderedPageBreak/>
        <w:t>se infiltrar em áreas bloqueadas, transformando-se em sombra ou névoa para passar por barreiras e localizar sobreviventes.</w:t>
      </w:r>
    </w:p>
    <w:p w14:paraId="47AAD97E" w14:textId="77777777" w:rsidR="002355BD" w:rsidRPr="001179E8" w:rsidRDefault="00000000">
      <w:pPr>
        <w:rPr>
          <w:lang w:val="pt-BR"/>
        </w:rPr>
      </w:pPr>
      <w:r w:rsidRPr="001179E8">
        <w:rPr>
          <w:lang w:val="pt-BR"/>
        </w:rPr>
        <w:br/>
      </w:r>
    </w:p>
    <w:p w14:paraId="006685FA" w14:textId="77777777" w:rsidR="002355BD" w:rsidRPr="001179E8" w:rsidRDefault="00000000">
      <w:pPr>
        <w:rPr>
          <w:lang w:val="pt-BR"/>
        </w:rPr>
      </w:pPr>
      <w:r w:rsidRPr="001179E8">
        <w:rPr>
          <w:lang w:val="pt-BR"/>
        </w:rPr>
        <w:t>Trabalhando em conjunto, eles conseguiram evacuar um quarteirão inteiro em tempo recorde. Mas a situação estava piorando – mais portais se abriam a cada minuto, trazendo reforços do submundo.</w:t>
      </w:r>
    </w:p>
    <w:p w14:paraId="782E7B11" w14:textId="77777777" w:rsidR="002355BD" w:rsidRPr="001179E8" w:rsidRDefault="00000000">
      <w:pPr>
        <w:rPr>
          <w:lang w:val="pt-BR"/>
        </w:rPr>
      </w:pPr>
      <w:r w:rsidRPr="001179E8">
        <w:rPr>
          <w:lang w:val="pt-BR"/>
        </w:rPr>
        <w:br/>
      </w:r>
    </w:p>
    <w:p w14:paraId="2A3444AC" w14:textId="77777777" w:rsidR="002355BD" w:rsidRPr="001179E8" w:rsidRDefault="00000000">
      <w:pPr>
        <w:rPr>
          <w:lang w:val="pt-BR"/>
        </w:rPr>
      </w:pPr>
      <w:r w:rsidRPr="001179E8">
        <w:rPr>
          <w:lang w:val="pt-BR"/>
        </w:rPr>
        <w:t>"Precisamos encontrar a fonte," disse Luke, materializando-se ao lado de Lion após transportar uma família para segurança. "Estes portais estão sendo gerados a partir de um ponto central."</w:t>
      </w:r>
    </w:p>
    <w:p w14:paraId="323B4856" w14:textId="77777777" w:rsidR="002355BD" w:rsidRPr="001179E8" w:rsidRDefault="00000000">
      <w:pPr>
        <w:rPr>
          <w:lang w:val="pt-BR"/>
        </w:rPr>
      </w:pPr>
      <w:r w:rsidRPr="001179E8">
        <w:rPr>
          <w:lang w:val="pt-BR"/>
        </w:rPr>
        <w:br/>
      </w:r>
    </w:p>
    <w:p w14:paraId="2752DA85" w14:textId="77777777" w:rsidR="002355BD" w:rsidRPr="001179E8" w:rsidRDefault="00000000">
      <w:pPr>
        <w:rPr>
          <w:lang w:val="pt-BR"/>
        </w:rPr>
      </w:pPr>
      <w:r w:rsidRPr="001179E8">
        <w:rPr>
          <w:lang w:val="pt-BR"/>
        </w:rPr>
        <w:t>Lion assentiu, compreendendo imediatamente. "Onde?"</w:t>
      </w:r>
    </w:p>
    <w:p w14:paraId="3095DA89" w14:textId="77777777" w:rsidR="002355BD" w:rsidRPr="001179E8" w:rsidRDefault="00000000">
      <w:pPr>
        <w:rPr>
          <w:lang w:val="pt-BR"/>
        </w:rPr>
      </w:pPr>
      <w:r w:rsidRPr="001179E8">
        <w:rPr>
          <w:lang w:val="pt-BR"/>
        </w:rPr>
        <w:br/>
      </w:r>
    </w:p>
    <w:p w14:paraId="7FED98C6" w14:textId="77777777" w:rsidR="002355BD" w:rsidRPr="001179E8" w:rsidRDefault="00000000">
      <w:pPr>
        <w:rPr>
          <w:lang w:val="pt-BR"/>
        </w:rPr>
      </w:pPr>
      <w:r w:rsidRPr="001179E8">
        <w:rPr>
          <w:lang w:val="pt-BR"/>
        </w:rPr>
        <w:t>Luke fechou os olhos, tentando sentir os padrões de energia dimensional. Era uma habilidade que havia desenvolvido ao longo dos anos, refinada durante seu treinamento com a G.R.A.I.A. "Por ali," disse ele finalmente, apontando para um edifício alto no centro da praça principal. "No topo daquele arranha-céu."</w:t>
      </w:r>
    </w:p>
    <w:p w14:paraId="590AF06B" w14:textId="77777777" w:rsidR="002355BD" w:rsidRPr="001179E8" w:rsidRDefault="00000000">
      <w:pPr>
        <w:rPr>
          <w:lang w:val="pt-BR"/>
        </w:rPr>
      </w:pPr>
      <w:r w:rsidRPr="001179E8">
        <w:rPr>
          <w:lang w:val="pt-BR"/>
        </w:rPr>
        <w:br/>
      </w:r>
    </w:p>
    <w:p w14:paraId="13B628E4" w14:textId="77777777" w:rsidR="002355BD" w:rsidRPr="001179E8" w:rsidRDefault="00000000">
      <w:pPr>
        <w:rPr>
          <w:lang w:val="pt-BR"/>
        </w:rPr>
      </w:pPr>
      <w:r w:rsidRPr="001179E8">
        <w:rPr>
          <w:lang w:val="pt-BR"/>
        </w:rPr>
        <w:t>"O Edifício Meridian," identificou Caçador, juntando-se a eles com Elaine. "Sede da Corporação Nexus."</w:t>
      </w:r>
    </w:p>
    <w:p w14:paraId="4E4B7B82" w14:textId="77777777" w:rsidR="002355BD" w:rsidRPr="001179E8" w:rsidRDefault="00000000">
      <w:pPr>
        <w:rPr>
          <w:lang w:val="pt-BR"/>
        </w:rPr>
      </w:pPr>
      <w:r w:rsidRPr="001179E8">
        <w:rPr>
          <w:lang w:val="pt-BR"/>
        </w:rPr>
        <w:br/>
      </w:r>
    </w:p>
    <w:p w14:paraId="40CE0B69" w14:textId="77777777" w:rsidR="002355BD" w:rsidRPr="001179E8" w:rsidRDefault="00000000">
      <w:pPr>
        <w:rPr>
          <w:lang w:val="pt-BR"/>
        </w:rPr>
      </w:pPr>
      <w:r w:rsidRPr="001179E8">
        <w:rPr>
          <w:lang w:val="pt-BR"/>
        </w:rPr>
        <w:t>"Nexus?" repetiu Elaine, trocando um olhar significativo com Luke. Na linha do tempo deles, a Corporação Nexus seria exposta décadas depois como uma fachada para operações relacionadas ao submundo.</w:t>
      </w:r>
    </w:p>
    <w:p w14:paraId="3B98852D" w14:textId="77777777" w:rsidR="002355BD" w:rsidRPr="001179E8" w:rsidRDefault="00000000">
      <w:pPr>
        <w:rPr>
          <w:lang w:val="pt-BR"/>
        </w:rPr>
      </w:pPr>
      <w:r w:rsidRPr="001179E8">
        <w:rPr>
          <w:lang w:val="pt-BR"/>
        </w:rPr>
        <w:br/>
      </w:r>
    </w:p>
    <w:p w14:paraId="6539D481" w14:textId="77777777" w:rsidR="002355BD" w:rsidRPr="001179E8" w:rsidRDefault="00000000">
      <w:pPr>
        <w:rPr>
          <w:lang w:val="pt-BR"/>
        </w:rPr>
      </w:pPr>
      <w:r w:rsidRPr="001179E8">
        <w:rPr>
          <w:lang w:val="pt-BR"/>
        </w:rPr>
        <w:t>"Vamos," decidiu Lion. "Caçador, contate as outras equipes. Diga-lhes para manterem a contenção enquanto investigamos a fonte."</w:t>
      </w:r>
    </w:p>
    <w:p w14:paraId="769A4BCD" w14:textId="77777777" w:rsidR="002355BD" w:rsidRPr="001179E8" w:rsidRDefault="00000000">
      <w:pPr>
        <w:rPr>
          <w:lang w:val="pt-BR"/>
        </w:rPr>
      </w:pPr>
      <w:r w:rsidRPr="001179E8">
        <w:rPr>
          <w:lang w:val="pt-BR"/>
        </w:rPr>
        <w:lastRenderedPageBreak/>
        <w:br/>
      </w:r>
    </w:p>
    <w:p w14:paraId="185AE9BE" w14:textId="77777777" w:rsidR="002355BD" w:rsidRPr="001179E8" w:rsidRDefault="00000000">
      <w:pPr>
        <w:rPr>
          <w:lang w:val="pt-BR"/>
        </w:rPr>
      </w:pPr>
      <w:r w:rsidRPr="001179E8">
        <w:rPr>
          <w:lang w:val="pt-BR"/>
        </w:rPr>
        <w:t>Eles se dirigiram ao edifício, enfrentando ondas de criaturas que pareciam especialmente determinadas a impedi-los de chegar lá. A luta era intensa, com Lion usando sua força sobre-humana e rugido sônico para abrir caminho, enquanto Caçador proporcionava cobertura com precisão mortal.</w:t>
      </w:r>
    </w:p>
    <w:p w14:paraId="72C5D1A5" w14:textId="77777777" w:rsidR="002355BD" w:rsidRPr="001179E8" w:rsidRDefault="00000000">
      <w:pPr>
        <w:rPr>
          <w:lang w:val="pt-BR"/>
        </w:rPr>
      </w:pPr>
      <w:r w:rsidRPr="001179E8">
        <w:rPr>
          <w:lang w:val="pt-BR"/>
        </w:rPr>
        <w:br/>
      </w:r>
    </w:p>
    <w:p w14:paraId="2A08ACEA" w14:textId="77777777" w:rsidR="002355BD" w:rsidRPr="001179E8" w:rsidRDefault="00000000">
      <w:pPr>
        <w:rPr>
          <w:lang w:val="pt-BR"/>
        </w:rPr>
      </w:pPr>
      <w:r w:rsidRPr="001179E8">
        <w:rPr>
          <w:lang w:val="pt-BR"/>
        </w:rPr>
        <w:t>Luke e Elaine se provaram valiosos aliados. Luke usava seu teletransporte não apenas para evasão, mas também ofensivamente – aparecendo atrás de inimigos para ataques surpresa ou transportando Caçadores das Sombras para posições vulneráveis. Elaine, por sua vez, demonstrava uma versatilidade impressionante com sua metamorfose, alternando entre formas sólidas para combate físico e estados gasosos para evitar ataques.</w:t>
      </w:r>
    </w:p>
    <w:p w14:paraId="29DE5E28" w14:textId="77777777" w:rsidR="002355BD" w:rsidRPr="001179E8" w:rsidRDefault="00000000">
      <w:pPr>
        <w:rPr>
          <w:lang w:val="pt-BR"/>
        </w:rPr>
      </w:pPr>
      <w:r w:rsidRPr="001179E8">
        <w:rPr>
          <w:lang w:val="pt-BR"/>
        </w:rPr>
        <w:br/>
      </w:r>
    </w:p>
    <w:p w14:paraId="52CEF381" w14:textId="77777777" w:rsidR="002355BD" w:rsidRPr="001179E8" w:rsidRDefault="00000000">
      <w:pPr>
        <w:rPr>
          <w:lang w:val="pt-BR"/>
        </w:rPr>
      </w:pPr>
      <w:r w:rsidRPr="001179E8">
        <w:rPr>
          <w:lang w:val="pt-BR"/>
        </w:rPr>
        <w:t>Quando finalmente chegaram ao saguão do Edifício Meridian, encontraram-no estranhamente vazio – nenhum segurança, nenhum funcionário, apenas um silêncio inquietante que contrastava com o caos lá fora.</w:t>
      </w:r>
    </w:p>
    <w:p w14:paraId="686086EF" w14:textId="77777777" w:rsidR="002355BD" w:rsidRPr="001179E8" w:rsidRDefault="00000000">
      <w:pPr>
        <w:rPr>
          <w:lang w:val="pt-BR"/>
        </w:rPr>
      </w:pPr>
      <w:r w:rsidRPr="001179E8">
        <w:rPr>
          <w:lang w:val="pt-BR"/>
        </w:rPr>
        <w:br/>
      </w:r>
    </w:p>
    <w:p w14:paraId="5A256E51" w14:textId="77777777" w:rsidR="002355BD" w:rsidRPr="001179E8" w:rsidRDefault="00000000">
      <w:pPr>
        <w:rPr>
          <w:lang w:val="pt-BR"/>
        </w:rPr>
      </w:pPr>
      <w:r w:rsidRPr="001179E8">
        <w:rPr>
          <w:lang w:val="pt-BR"/>
        </w:rPr>
        <w:t>"Armadilha?" sugeriu Caçador, armas em punho.</w:t>
      </w:r>
    </w:p>
    <w:p w14:paraId="6905FE0D" w14:textId="77777777" w:rsidR="002355BD" w:rsidRPr="001179E8" w:rsidRDefault="00000000">
      <w:pPr>
        <w:rPr>
          <w:lang w:val="pt-BR"/>
        </w:rPr>
      </w:pPr>
      <w:r w:rsidRPr="001179E8">
        <w:rPr>
          <w:lang w:val="pt-BR"/>
        </w:rPr>
        <w:br/>
      </w:r>
    </w:p>
    <w:p w14:paraId="25F036C1" w14:textId="77777777" w:rsidR="002355BD" w:rsidRPr="001179E8" w:rsidRDefault="00000000">
      <w:pPr>
        <w:rPr>
          <w:lang w:val="pt-BR"/>
        </w:rPr>
      </w:pPr>
      <w:r w:rsidRPr="001179E8">
        <w:rPr>
          <w:lang w:val="pt-BR"/>
        </w:rPr>
        <w:t>"Provavelmente," concordou Lion. "Mas não temos escolha. Elevadores ou escadas?"</w:t>
      </w:r>
    </w:p>
    <w:p w14:paraId="0B715186" w14:textId="77777777" w:rsidR="002355BD" w:rsidRPr="001179E8" w:rsidRDefault="00000000">
      <w:pPr>
        <w:rPr>
          <w:lang w:val="pt-BR"/>
        </w:rPr>
      </w:pPr>
      <w:r w:rsidRPr="001179E8">
        <w:rPr>
          <w:lang w:val="pt-BR"/>
        </w:rPr>
        <w:br/>
      </w:r>
    </w:p>
    <w:p w14:paraId="15513921" w14:textId="77777777" w:rsidR="002355BD" w:rsidRDefault="00000000">
      <w:r w:rsidRPr="001179E8">
        <w:rPr>
          <w:lang w:val="pt-BR"/>
        </w:rPr>
        <w:t xml:space="preserve">"Elevadores seriam uma ratoeira," disse Luke. </w:t>
      </w:r>
      <w:r>
        <w:t>"Escadas nos dariam mais opções táticas."</w:t>
      </w:r>
    </w:p>
    <w:p w14:paraId="68096A59" w14:textId="77777777" w:rsidR="002355BD" w:rsidRDefault="00000000">
      <w:r>
        <w:br/>
      </w:r>
    </w:p>
    <w:p w14:paraId="4C41BD7C" w14:textId="77777777" w:rsidR="002355BD" w:rsidRDefault="00000000">
      <w:r>
        <w:t>"Escadas, então," decidiu Lion. "Mantenham-se alertas."</w:t>
      </w:r>
    </w:p>
    <w:p w14:paraId="110F2022" w14:textId="77777777" w:rsidR="002355BD" w:rsidRDefault="00000000">
      <w:r>
        <w:br/>
      </w:r>
    </w:p>
    <w:p w14:paraId="0C5062EA" w14:textId="77777777" w:rsidR="002355BD" w:rsidRDefault="00000000">
      <w:r>
        <w:lastRenderedPageBreak/>
        <w:t>Eles começaram a subir, com Caçador na frente, seguido por Elaine, Luke e Lion cobrindo a retaguarda. Os primeiros andares estavam vazios, aumentando a sensação de que estavam sendo atraídos para algo.</w:t>
      </w:r>
    </w:p>
    <w:p w14:paraId="02EF6515" w14:textId="77777777" w:rsidR="002355BD" w:rsidRDefault="00000000">
      <w:r>
        <w:br/>
      </w:r>
    </w:p>
    <w:p w14:paraId="35058157" w14:textId="77777777" w:rsidR="002355BD" w:rsidRDefault="00000000">
      <w:r>
        <w:t>No vigésimo andar, encontraram a primeira resistência – um grupo de humanos com olhos completamente negros, movendo-se com uma sincronia antinatural.</w:t>
      </w:r>
    </w:p>
    <w:p w14:paraId="2F3FAE9E" w14:textId="77777777" w:rsidR="002355BD" w:rsidRDefault="00000000">
      <w:r>
        <w:br/>
      </w:r>
    </w:p>
    <w:p w14:paraId="391A9CDF" w14:textId="77777777" w:rsidR="002355BD" w:rsidRDefault="00000000">
      <w:r>
        <w:t>"Possuídos," identificou Elaine imediatamente. "Hospedeiros humanos para entidades menores do submundo."</w:t>
      </w:r>
    </w:p>
    <w:p w14:paraId="4D00D6B3" w14:textId="77777777" w:rsidR="002355BD" w:rsidRDefault="00000000">
      <w:r>
        <w:br/>
      </w:r>
    </w:p>
    <w:p w14:paraId="34397A01" w14:textId="77777777" w:rsidR="002355BD" w:rsidRDefault="00000000">
      <w:r>
        <w:t>"Podemos salvá-los?" perguntou Lion, hesitando em atacar civis.</w:t>
      </w:r>
    </w:p>
    <w:p w14:paraId="1C0A3E33" w14:textId="77777777" w:rsidR="002355BD" w:rsidRDefault="00000000">
      <w:r>
        <w:br/>
      </w:r>
    </w:p>
    <w:p w14:paraId="5000E918" w14:textId="77777777" w:rsidR="002355BD" w:rsidRDefault="00000000">
      <w:r>
        <w:t>"Sim," respondeu Elaine. "Nocauteá-los deve forçar a entidade a sair. Mas cuidado – quando saírem, as entidades tentarão possuir um de nós."</w:t>
      </w:r>
    </w:p>
    <w:p w14:paraId="4DFB0AE5" w14:textId="77777777" w:rsidR="002355BD" w:rsidRDefault="00000000">
      <w:r>
        <w:br/>
      </w:r>
    </w:p>
    <w:p w14:paraId="32DDD07A" w14:textId="77777777" w:rsidR="002355BD" w:rsidRDefault="00000000">
      <w:r>
        <w:t>A luta que se seguiu foi complicada pela necessidade de conter sem matar. Lion ajustou sua força para golpes incapacitantes, enquanto Caçador trocou suas armas letais por dardos tranquilizantes. Luke usou seu teletransporte para aparecer atrás dos possuídos e aplicar golpes precisos em pontos de pressão, enquanto Elaine se transformava em uma forma nebulosa que confundia e distraía os inimigos.</w:t>
      </w:r>
    </w:p>
    <w:p w14:paraId="0293B7A2" w14:textId="77777777" w:rsidR="002355BD" w:rsidRDefault="00000000">
      <w:r>
        <w:br/>
      </w:r>
    </w:p>
    <w:p w14:paraId="77F8771F" w14:textId="77777777" w:rsidR="002355BD" w:rsidRDefault="00000000">
      <w:r>
        <w:t>Quando o último possuído caiu inconsciente, pequenas sombras começaram a se desprender dos corpos, entidades amorfas que imediatamente tentaram atacar o grupo.</w:t>
      </w:r>
    </w:p>
    <w:p w14:paraId="11FEE617" w14:textId="77777777" w:rsidR="002355BD" w:rsidRDefault="00000000">
      <w:r>
        <w:br/>
      </w:r>
    </w:p>
    <w:p w14:paraId="7ACDB447" w14:textId="77777777" w:rsidR="002355BD" w:rsidRDefault="00000000">
      <w:r>
        <w:t>"Cuidado!" gritou Elaine, assumindo uma forma sólida e criando uma barreira com seus braços transformados em escudos metálicos.</w:t>
      </w:r>
    </w:p>
    <w:p w14:paraId="408A0346" w14:textId="77777777" w:rsidR="002355BD" w:rsidRDefault="00000000">
      <w:r>
        <w:lastRenderedPageBreak/>
        <w:br/>
      </w:r>
    </w:p>
    <w:p w14:paraId="09AC7B76" w14:textId="77777777" w:rsidR="002355BD" w:rsidRDefault="00000000">
      <w:r>
        <w:t>Lion rugiu, o som sônico desestabilizando as entidades por tempo suficiente para que Caçador ativasse um dispositivo em seu cinto – uma pequena esfera que emitiu um pulso de luz branca, vaporizando as sombras instantaneamente.</w:t>
      </w:r>
    </w:p>
    <w:p w14:paraId="390907FA" w14:textId="77777777" w:rsidR="002355BD" w:rsidRDefault="00000000">
      <w:r>
        <w:br/>
      </w:r>
    </w:p>
    <w:p w14:paraId="2A83DECF" w14:textId="77777777" w:rsidR="002355BD" w:rsidRDefault="00000000">
      <w:r>
        <w:t>"Tecnologia de contenção dimensional," explicou ele ao notar o olhar surpreso de Luke. "Protótipo. Só temos mais dois."</w:t>
      </w:r>
    </w:p>
    <w:p w14:paraId="20076EA3" w14:textId="77777777" w:rsidR="002355BD" w:rsidRDefault="00000000">
      <w:r>
        <w:br/>
      </w:r>
    </w:p>
    <w:p w14:paraId="582C28F9" w14:textId="77777777" w:rsidR="002355BD" w:rsidRDefault="00000000">
      <w:r>
        <w:t>Eles continuaram subindo, enfrentando resistência cada vez mais forte a cada andar. No quadragésimo andar, encontraram algo inesperado – uma porta selada com símbolos antigos que brilhavam com energia roxa.</w:t>
      </w:r>
    </w:p>
    <w:p w14:paraId="312CB66B" w14:textId="77777777" w:rsidR="002355BD" w:rsidRDefault="00000000">
      <w:r>
        <w:br/>
      </w:r>
    </w:p>
    <w:p w14:paraId="1B5EF82C" w14:textId="77777777" w:rsidR="002355BD" w:rsidRDefault="00000000">
      <w:r>
        <w:t>"Isso não é tecnologia da Corporação Nexus," observou Lion. "São runas do submundo."</w:t>
      </w:r>
    </w:p>
    <w:p w14:paraId="25636689" w14:textId="77777777" w:rsidR="002355BD" w:rsidRDefault="00000000">
      <w:r>
        <w:br/>
      </w:r>
    </w:p>
    <w:p w14:paraId="7161523C" w14:textId="77777777" w:rsidR="002355BD" w:rsidRDefault="00000000">
      <w:r>
        <w:t>Elaine se aproximou, estudando os símbolos. "Posso reconhecer alguns deles. São selos de proteção, muito antigos."</w:t>
      </w:r>
    </w:p>
    <w:p w14:paraId="3D9CB80A" w14:textId="77777777" w:rsidR="002355BD" w:rsidRDefault="00000000">
      <w:r>
        <w:br/>
      </w:r>
    </w:p>
    <w:p w14:paraId="404D355E" w14:textId="77777777" w:rsidR="002355BD" w:rsidRDefault="00000000">
      <w:r>
        <w:t>"Pode abri-los?" perguntou Caçador, impaciente.</w:t>
      </w:r>
    </w:p>
    <w:p w14:paraId="6D0539E7" w14:textId="77777777" w:rsidR="002355BD" w:rsidRDefault="00000000">
      <w:r>
        <w:br/>
      </w:r>
    </w:p>
    <w:p w14:paraId="7C8B3C30" w14:textId="77777777" w:rsidR="002355BD" w:rsidRDefault="00000000">
      <w:r>
        <w:t>Elaine hesitou. "Posso tentar, mas... há algo estranho aqui. Estes selos não estão mantendo algo do lado de fora. Estão mantendo algo do lado de dentro."</w:t>
      </w:r>
    </w:p>
    <w:p w14:paraId="04910596" w14:textId="77777777" w:rsidR="002355BD" w:rsidRDefault="00000000">
      <w:r>
        <w:br/>
      </w:r>
    </w:p>
    <w:p w14:paraId="4A90009E" w14:textId="77777777" w:rsidR="002355BD" w:rsidRDefault="00000000">
      <w:r>
        <w:t>Luke se juntou a ela, examinando as runas. "Ela está certa. Isto não é uma barreira defensiva. É uma prisão."</w:t>
      </w:r>
    </w:p>
    <w:p w14:paraId="11747EEC" w14:textId="77777777" w:rsidR="002355BD" w:rsidRDefault="00000000">
      <w:r>
        <w:lastRenderedPageBreak/>
        <w:br/>
      </w:r>
    </w:p>
    <w:p w14:paraId="3D35EF30" w14:textId="77777777" w:rsidR="002355BD" w:rsidRDefault="00000000">
      <w:r>
        <w:t>Lion e Caçador trocaram olhares preocupados. "O que exatamente a Corporação Nexus estava mantendo preso aqui?" perguntou Lion.</w:t>
      </w:r>
    </w:p>
    <w:p w14:paraId="5925DAE7" w14:textId="77777777" w:rsidR="002355BD" w:rsidRDefault="00000000">
      <w:r>
        <w:br/>
      </w:r>
    </w:p>
    <w:p w14:paraId="1C4BC149" w14:textId="77777777" w:rsidR="002355BD" w:rsidRDefault="00000000">
      <w:r>
        <w:t>"Só há uma maneira de descobrir," disse Caçador, preparando suas armas. "Abram."</w:t>
      </w:r>
    </w:p>
    <w:p w14:paraId="2142E08B" w14:textId="77777777" w:rsidR="002355BD" w:rsidRDefault="00000000">
      <w:r>
        <w:br/>
      </w:r>
    </w:p>
    <w:p w14:paraId="1DACF1DD" w14:textId="77777777" w:rsidR="002355BD" w:rsidRDefault="00000000">
      <w:r>
        <w:t>Elaine respirou fundo, então colocou as mãos sobre os símbolos principais, recitando palavras em uma língua antiga que havia aprendido durante seus anos no submundo. Os símbolos pulsaram, brilharam intensamente e então se apagaram, a porta se abrindo com um sibilo.</w:t>
      </w:r>
    </w:p>
    <w:p w14:paraId="0EC77C10" w14:textId="77777777" w:rsidR="002355BD" w:rsidRDefault="00000000">
      <w:r>
        <w:br/>
      </w:r>
    </w:p>
    <w:p w14:paraId="15EF1DF3" w14:textId="77777777" w:rsidR="002355BD" w:rsidRDefault="00000000">
      <w:r>
        <w:t>O que encontraram do outro lado não era um escritório corporativo, mas uma câmara circular com paredes cobertas de mais símbolos arcanos. No centro, flutuando a um metro do chão, estava um pedestal de obsidiana sobre o qual repousavam dois objetos brilhantes.</w:t>
      </w:r>
    </w:p>
    <w:p w14:paraId="115CA63B" w14:textId="77777777" w:rsidR="002355BD" w:rsidRDefault="00000000">
      <w:r>
        <w:br/>
      </w:r>
    </w:p>
    <w:p w14:paraId="2A61ECB1" w14:textId="77777777" w:rsidR="002355BD" w:rsidRDefault="00000000">
      <w:r>
        <w:t>"São... anéis?" perguntou Caçador, aproximando-se cautelosamente.</w:t>
      </w:r>
    </w:p>
    <w:p w14:paraId="09C2122E" w14:textId="77777777" w:rsidR="002355BD" w:rsidRDefault="00000000">
      <w:r>
        <w:br/>
      </w:r>
    </w:p>
    <w:p w14:paraId="754013F3" w14:textId="77777777" w:rsidR="002355BD" w:rsidRDefault="00000000">
      <w:r>
        <w:t>"Alianças," corrigiu Luke, sentindo uma estranha atração pelos objetos. "Duas alianças idênticas."</w:t>
      </w:r>
    </w:p>
    <w:p w14:paraId="364A35AF" w14:textId="77777777" w:rsidR="002355BD" w:rsidRDefault="00000000">
      <w:r>
        <w:br/>
      </w:r>
    </w:p>
    <w:p w14:paraId="57FA3D56" w14:textId="77777777" w:rsidR="002355BD" w:rsidRDefault="00000000">
      <w:r>
        <w:t>As alianças eram de um metal prateado que parecia mudar de tom dependendo da luz, com inscrições delicadas que fluíam ao redor de toda a superfície. Elas emitiam um brilho suave, quase hipnótico.</w:t>
      </w:r>
    </w:p>
    <w:p w14:paraId="360FE003" w14:textId="77777777" w:rsidR="002355BD" w:rsidRDefault="00000000">
      <w:r>
        <w:br/>
      </w:r>
    </w:p>
    <w:p w14:paraId="1A11AFC7" w14:textId="77777777" w:rsidR="002355BD" w:rsidRDefault="00000000">
      <w:r>
        <w:t>"Não toquem nelas," advertiu Lion. "Podem ser perigosas."</w:t>
      </w:r>
    </w:p>
    <w:p w14:paraId="33913338" w14:textId="77777777" w:rsidR="002355BD" w:rsidRDefault="00000000">
      <w:r>
        <w:lastRenderedPageBreak/>
        <w:br/>
      </w:r>
    </w:p>
    <w:p w14:paraId="6466C196" w14:textId="77777777" w:rsidR="002355BD" w:rsidRDefault="00000000">
      <w:r>
        <w:t>Mas mesmo enquanto falava, um tremor sacudiu o edifício. Do lado de fora, ouviram o rugido de algo muito maior do que os Devastadores que haviam enfrentado até então.</w:t>
      </w:r>
    </w:p>
    <w:p w14:paraId="551D73F4" w14:textId="77777777" w:rsidR="002355BD" w:rsidRDefault="00000000">
      <w:r>
        <w:br/>
      </w:r>
    </w:p>
    <w:p w14:paraId="65F63706" w14:textId="77777777" w:rsidR="002355BD" w:rsidRDefault="00000000">
      <w:r>
        <w:t>Caçador correu para a janela. "Meu Deus," murmurou ele. "É um Colosso."</w:t>
      </w:r>
    </w:p>
    <w:p w14:paraId="31A9C3C9" w14:textId="77777777" w:rsidR="002355BD" w:rsidRDefault="00000000">
      <w:r>
        <w:br/>
      </w:r>
    </w:p>
    <w:p w14:paraId="58C8D15B" w14:textId="77777777" w:rsidR="002355BD" w:rsidRDefault="00000000">
      <w:r>
        <w:t>Luke e Elaine se juntaram a ele na janela, e o que viram fez seus corações gelarem. Emergindo de um portal massivo no meio da praça estava uma criatura de proporções impossíveis – um humanoide de pelo menos trinta metros de altura, com pele rochosa coberta de lava e olhos que eram poços de escuridão absoluta.</w:t>
      </w:r>
    </w:p>
    <w:p w14:paraId="2B147A02" w14:textId="77777777" w:rsidR="002355BD" w:rsidRDefault="00000000">
      <w:r>
        <w:br/>
      </w:r>
    </w:p>
    <w:p w14:paraId="4B99726C" w14:textId="77777777" w:rsidR="002355BD" w:rsidRDefault="00000000">
      <w:r>
        <w:t>"Um Colosso do Submundo," sussurrou Elaine, horrorizada. "Nunca vi um pessoalmente, apenas ouvi histórias. Eles são... imparáveis."</w:t>
      </w:r>
    </w:p>
    <w:p w14:paraId="58C76EF3" w14:textId="77777777" w:rsidR="002355BD" w:rsidRDefault="00000000">
      <w:r>
        <w:br/>
      </w:r>
    </w:p>
    <w:p w14:paraId="75F858AF" w14:textId="77777777" w:rsidR="002355BD" w:rsidRDefault="00000000">
      <w:r>
        <w:t>"Nada é imparável," disse Lion firmemente, embora seu rosto mostrasse preocupação. Ele ativou seu comunicador. "Temporal, Sang-Suga, Android, Enigma – precisamos de todos vocês no centro da cidade agora. Temos um Colosso."</w:t>
      </w:r>
    </w:p>
    <w:p w14:paraId="536F2DCE" w14:textId="77777777" w:rsidR="002355BD" w:rsidRDefault="00000000">
      <w:r>
        <w:br/>
      </w:r>
    </w:p>
    <w:p w14:paraId="6B3D17F7" w14:textId="77777777" w:rsidR="002355BD" w:rsidRDefault="00000000">
      <w:r>
        <w:t>As respostas vieram entrecortadas por estática, mas a mensagem era clara – as outras equipes também estavam enfrentando ameaças maiores. Não viriam ajuda tão cedo.</w:t>
      </w:r>
    </w:p>
    <w:p w14:paraId="21CD60A9" w14:textId="77777777" w:rsidR="002355BD" w:rsidRDefault="00000000">
      <w:r>
        <w:br/>
      </w:r>
    </w:p>
    <w:p w14:paraId="5F01E5AB" w14:textId="77777777" w:rsidR="002355BD" w:rsidRDefault="00000000">
      <w:r>
        <w:t>"Estamos por nossa conta," concluiu Caçador, recarregando suas armas com munição especial.</w:t>
      </w:r>
    </w:p>
    <w:p w14:paraId="66D4CCC0" w14:textId="77777777" w:rsidR="002355BD" w:rsidRDefault="00000000">
      <w:r>
        <w:br/>
      </w:r>
    </w:p>
    <w:p w14:paraId="0CBFD6B7" w14:textId="77777777" w:rsidR="002355BD" w:rsidRDefault="00000000">
      <w:r>
        <w:lastRenderedPageBreak/>
        <w:t>Luke olhou novamente para as alianças no pedestal. Havia algo nelas, uma energia que parecia chamá-lo. E pela expressão no rosto de Elaine, ela sentia o mesmo.</w:t>
      </w:r>
    </w:p>
    <w:p w14:paraId="369CF2B6" w14:textId="77777777" w:rsidR="002355BD" w:rsidRDefault="00000000">
      <w:r>
        <w:br/>
      </w:r>
    </w:p>
    <w:p w14:paraId="3E180DDA" w14:textId="77777777" w:rsidR="002355BD" w:rsidRDefault="00000000">
      <w:r>
        <w:t>"Essas alianças," disse ele lentamente. "Elas não são a fonte dos portais. São outra coisa."</w:t>
      </w:r>
    </w:p>
    <w:p w14:paraId="3BD846F4" w14:textId="77777777" w:rsidR="002355BD" w:rsidRDefault="00000000">
      <w:r>
        <w:br/>
      </w:r>
    </w:p>
    <w:p w14:paraId="7326C18C" w14:textId="77777777" w:rsidR="002355BD" w:rsidRDefault="00000000">
      <w:r>
        <w:t>"Como sabe?" perguntou Lion.</w:t>
      </w:r>
    </w:p>
    <w:p w14:paraId="30DC1FEE" w14:textId="77777777" w:rsidR="002355BD" w:rsidRDefault="00000000">
      <w:r>
        <w:br/>
      </w:r>
    </w:p>
    <w:p w14:paraId="07C1C1E9" w14:textId="77777777" w:rsidR="002355BD" w:rsidRDefault="00000000">
      <w:r>
        <w:t>"Posso sentir," respondeu Luke. "Elas não têm a mesma energia dos portais. É algo... diferente. Mais antigo. Mais puro."</w:t>
      </w:r>
    </w:p>
    <w:p w14:paraId="2F38AFF5" w14:textId="77777777" w:rsidR="002355BD" w:rsidRDefault="00000000">
      <w:r>
        <w:br/>
      </w:r>
    </w:p>
    <w:p w14:paraId="2CC31934" w14:textId="77777777" w:rsidR="002355BD" w:rsidRDefault="00000000">
      <w:r>
        <w:t>Outro tremor sacudiu o edifício, mais forte desta vez. Pedaços do teto começaram a cair.</w:t>
      </w:r>
    </w:p>
    <w:p w14:paraId="53AAB981" w14:textId="77777777" w:rsidR="002355BD" w:rsidRDefault="00000000">
      <w:r>
        <w:br/>
      </w:r>
    </w:p>
    <w:p w14:paraId="579B6CFE" w14:textId="77777777" w:rsidR="002355BD" w:rsidRDefault="00000000">
      <w:r>
        <w:t>"Seja o que for, não temos tempo para descobrir agora," disse Caçador. "Precisamos enfrentar aquele Colosso antes que destrua a cidade inteira."</w:t>
      </w:r>
    </w:p>
    <w:p w14:paraId="00B13208" w14:textId="77777777" w:rsidR="002355BD" w:rsidRDefault="00000000">
      <w:r>
        <w:br/>
      </w:r>
    </w:p>
    <w:p w14:paraId="28D903A5" w14:textId="77777777" w:rsidR="002355BD" w:rsidRDefault="00000000">
      <w:r>
        <w:t>"Espere," disse Elaine subitamente. Ela se aproximou do pedestal, seus olhos fixos nas alianças. "Há inscrições aqui... posso lê-las parcialmente."</w:t>
      </w:r>
    </w:p>
    <w:p w14:paraId="286DA743" w14:textId="77777777" w:rsidR="002355BD" w:rsidRDefault="00000000">
      <w:r>
        <w:br/>
      </w:r>
    </w:p>
    <w:p w14:paraId="11B67DE9" w14:textId="77777777" w:rsidR="002355BD" w:rsidRDefault="00000000">
      <w:r>
        <w:t>"O que dizem?" perguntou Lion, dividido entre curiosidade e urgência.</w:t>
      </w:r>
    </w:p>
    <w:p w14:paraId="21091732" w14:textId="77777777" w:rsidR="002355BD" w:rsidRDefault="00000000">
      <w:r>
        <w:br/>
      </w:r>
    </w:p>
    <w:p w14:paraId="74CB9631" w14:textId="77777777" w:rsidR="002355BD" w:rsidRDefault="00000000">
      <w:r>
        <w:t>"'Para aqueles unidos por laços mais fortes que o tempo,'" traduziu ela, "'oferecemos o dom da união perfeita. Duas mentes, dois corações, um poder.'"</w:t>
      </w:r>
    </w:p>
    <w:p w14:paraId="414DC0C3" w14:textId="77777777" w:rsidR="002355BD" w:rsidRDefault="00000000">
      <w:r>
        <w:br/>
      </w:r>
    </w:p>
    <w:p w14:paraId="5EE8CABC" w14:textId="77777777" w:rsidR="002355BD" w:rsidRDefault="00000000">
      <w:r>
        <w:lastRenderedPageBreak/>
        <w:t>Luke se juntou a ela, sentindo a energia das alianças intensificar-se com sua proximidade. "É algum tipo de artefato de amplificação," teorizou ele. "Projetado para portadores com... uma conexão especial."</w:t>
      </w:r>
    </w:p>
    <w:p w14:paraId="23B67C98" w14:textId="77777777" w:rsidR="002355BD" w:rsidRDefault="00000000">
      <w:r>
        <w:br/>
      </w:r>
    </w:p>
    <w:p w14:paraId="2AD69515" w14:textId="77777777" w:rsidR="002355BD" w:rsidRDefault="00000000">
      <w:r>
        <w:t>Seus olhares se encontraram, uma compreensão silenciosa passando entre eles. Em apenas alguns dias, haviam desenvolvido um vínculo que transcendia o tempo e o espaço – um vínculo baseado em confiança, respeito e algo mais profundo que ainda estavam descobrindo.</w:t>
      </w:r>
    </w:p>
    <w:p w14:paraId="05221382" w14:textId="77777777" w:rsidR="002355BD" w:rsidRDefault="00000000">
      <w:r>
        <w:br/>
      </w:r>
    </w:p>
    <w:p w14:paraId="075323A5" w14:textId="77777777" w:rsidR="002355BD" w:rsidRDefault="00000000">
      <w:r>
        <w:t>"Podemos usá-las contra o Colosso," sugeriu Elaine.</w:t>
      </w:r>
    </w:p>
    <w:p w14:paraId="1B8B1403" w14:textId="77777777" w:rsidR="002355BD" w:rsidRDefault="00000000">
      <w:r>
        <w:br/>
      </w:r>
    </w:p>
    <w:p w14:paraId="418B6ADE" w14:textId="77777777" w:rsidR="002355BD" w:rsidRDefault="00000000">
      <w:r>
        <w:t>"É muito arriscado," protestou Lion. "Artefatos desconhecidos raramente vêm sem um preço."</w:t>
      </w:r>
    </w:p>
    <w:p w14:paraId="1C8F8DD5" w14:textId="77777777" w:rsidR="002355BD" w:rsidRDefault="00000000">
      <w:r>
        <w:br/>
      </w:r>
    </w:p>
    <w:p w14:paraId="4A40ED49" w14:textId="77777777" w:rsidR="002355BD" w:rsidRDefault="00000000">
      <w:r>
        <w:t>Outro tremor, ainda mais violento. Desta vez, uma parte significativa do teto desabou, quase esmagando Caçador, que se jogou para o lado no último segundo.</w:t>
      </w:r>
    </w:p>
    <w:p w14:paraId="37DBD93E" w14:textId="77777777" w:rsidR="002355BD" w:rsidRDefault="00000000">
      <w:r>
        <w:br/>
      </w:r>
    </w:p>
    <w:p w14:paraId="082A038E" w14:textId="77777777" w:rsidR="002355BD" w:rsidRDefault="00000000">
      <w:r>
        <w:t>"Não temos escolha," disse Luke. "Aquela coisa vai destruir a cidade inteira se não a detivermos."</w:t>
      </w:r>
    </w:p>
    <w:p w14:paraId="4ED724DE" w14:textId="77777777" w:rsidR="002355BD" w:rsidRDefault="00000000">
      <w:r>
        <w:br/>
      </w:r>
    </w:p>
    <w:p w14:paraId="2EAE4106" w14:textId="77777777" w:rsidR="002355BD" w:rsidRDefault="00000000">
      <w:r>
        <w:t>Lion hesitou, então assentiu relutantemente. "Façam o que precisam fazer. Caçador e eu tentaremos ganhar tempo."</w:t>
      </w:r>
    </w:p>
    <w:p w14:paraId="6E015DFE" w14:textId="77777777" w:rsidR="002355BD" w:rsidRDefault="00000000">
      <w:r>
        <w:br/>
      </w:r>
    </w:p>
    <w:p w14:paraId="457FB8CF" w14:textId="77777777" w:rsidR="002355BD" w:rsidRDefault="00000000">
      <w:r>
        <w:t>Com isso, Lion e Caçador correram para fora da câmara, dirigindo-se para o telhado de onde poderiam coordenar um ataque ao Colosso.</w:t>
      </w:r>
    </w:p>
    <w:p w14:paraId="4FE1A774" w14:textId="77777777" w:rsidR="002355BD" w:rsidRDefault="00000000">
      <w:r>
        <w:lastRenderedPageBreak/>
        <w:br/>
      </w:r>
    </w:p>
    <w:p w14:paraId="1EE1E735" w14:textId="77777777" w:rsidR="002355BD" w:rsidRDefault="00000000">
      <w:r>
        <w:t>Luke e Elaine ficaram sozinhos com as alianças brilhantes. Eles se aproximaram do pedestal, sentindo a energia dos artefatos intensificar-se ainda mais.</w:t>
      </w:r>
    </w:p>
    <w:p w14:paraId="5B6F9C77" w14:textId="77777777" w:rsidR="002355BD" w:rsidRDefault="00000000">
      <w:r>
        <w:br/>
      </w:r>
    </w:p>
    <w:p w14:paraId="63D2749E" w14:textId="77777777" w:rsidR="002355BD" w:rsidRDefault="00000000">
      <w:r>
        <w:t>"Tem certeza disso?" perguntou Luke, olhando nos olhos de Elaine. "Não sabemos exatamente o que essas alianças farão."</w:t>
      </w:r>
    </w:p>
    <w:p w14:paraId="1BD0C71D" w14:textId="77777777" w:rsidR="002355BD" w:rsidRDefault="00000000">
      <w:r>
        <w:br/>
      </w:r>
    </w:p>
    <w:p w14:paraId="337364B9" w14:textId="77777777" w:rsidR="002355BD" w:rsidRDefault="00000000">
      <w:r>
        <w:t>"Tenho certeza de uma coisa," respondeu ela, segurando as mãos dele. "Confio em você, Luke. Completamente. E se essas alianças exigem um vínculo genuíno para funcionar, então... acho que temos isso."</w:t>
      </w:r>
    </w:p>
    <w:p w14:paraId="6CEBE818" w14:textId="77777777" w:rsidR="002355BD" w:rsidRDefault="00000000">
      <w:r>
        <w:br/>
      </w:r>
    </w:p>
    <w:p w14:paraId="3133C739" w14:textId="77777777" w:rsidR="002355BD" w:rsidRDefault="00000000">
      <w:r>
        <w:t>Luke sentiu seu coração acelerar. Não era apenas a adrenalina da situação – era a realização de quanto Elaine havia se tornado importante para ele em tão pouco tempo. Como se tivessem se conhecido em outra vida, em outro tempo.</w:t>
      </w:r>
    </w:p>
    <w:p w14:paraId="2A6E9BC4" w14:textId="77777777" w:rsidR="002355BD" w:rsidRDefault="00000000">
      <w:r>
        <w:br/>
      </w:r>
    </w:p>
    <w:p w14:paraId="705A81AC" w14:textId="77777777" w:rsidR="002355BD" w:rsidRDefault="00000000">
      <w:r>
        <w:t>"Eu também confio em você," disse ele suavemente. "Mais do que já confiei em alguém."</w:t>
      </w:r>
    </w:p>
    <w:p w14:paraId="5B2D8AA9" w14:textId="77777777" w:rsidR="002355BD" w:rsidRDefault="00000000">
      <w:r>
        <w:br/>
      </w:r>
    </w:p>
    <w:p w14:paraId="7D2D53E0" w14:textId="77777777" w:rsidR="002355BD" w:rsidRDefault="00000000">
      <w:r>
        <w:t>Com um último olhar de confirmação mútua, eles estenderam as mãos simultaneamente, cada um pegando uma das alianças. O metal era surpreendentemente quente ao toque, quase vivo.</w:t>
      </w:r>
    </w:p>
    <w:p w14:paraId="4EF7BA73" w14:textId="77777777" w:rsidR="002355BD" w:rsidRDefault="00000000">
      <w:r>
        <w:br/>
      </w:r>
    </w:p>
    <w:p w14:paraId="10B8B435" w14:textId="77777777" w:rsidR="002355BD" w:rsidRDefault="00000000">
      <w:r>
        <w:t>"Juntos?" perguntou Elaine.</w:t>
      </w:r>
    </w:p>
    <w:p w14:paraId="18E61459" w14:textId="77777777" w:rsidR="002355BD" w:rsidRDefault="00000000">
      <w:r>
        <w:br/>
      </w:r>
    </w:p>
    <w:p w14:paraId="4DA74B8F" w14:textId="77777777" w:rsidR="002355BD" w:rsidRDefault="00000000">
      <w:r>
        <w:t>"Juntos," confirmou Luke.</w:t>
      </w:r>
    </w:p>
    <w:p w14:paraId="260A93C1" w14:textId="77777777" w:rsidR="002355BD" w:rsidRDefault="00000000">
      <w:r>
        <w:lastRenderedPageBreak/>
        <w:br/>
      </w:r>
    </w:p>
    <w:p w14:paraId="7ED30EAE" w14:textId="77777777" w:rsidR="002355BD" w:rsidRDefault="00000000">
      <w:r>
        <w:t>Eles colocaram as alianças nos dedos anelares de suas mãos direitas ao mesmo tempo. Por um momento, nada aconteceu. Então, o metal começou a brilhar intensamente, ajustando-se perfeitamente aos seus dedos como se tivesse sido forjado especificamente para eles.</w:t>
      </w:r>
    </w:p>
    <w:p w14:paraId="01E71290" w14:textId="77777777" w:rsidR="002355BD" w:rsidRDefault="00000000">
      <w:r>
        <w:br/>
      </w:r>
    </w:p>
    <w:p w14:paraId="18BFE0C7" w14:textId="77777777" w:rsidR="002355BD" w:rsidRDefault="00000000">
      <w:r>
        <w:t>Uma onda de energia percorreu seus corpos, conectando-os de uma forma que transcendia o físico. De repente, Luke podia sentir a presença de Elaine em sua mente – não invasiva, mas reconfortante, como se uma parte dela agora residisse dentro dele.</w:t>
      </w:r>
    </w:p>
    <w:p w14:paraId="141EEA32" w14:textId="77777777" w:rsidR="002355BD" w:rsidRDefault="00000000">
      <w:r>
        <w:br/>
      </w:r>
    </w:p>
    <w:p w14:paraId="010B379D" w14:textId="77777777" w:rsidR="002355BD" w:rsidRDefault="00000000">
      <w:r>
        <w:rPr>
          <w:i/>
        </w:rPr>
        <w:t>*Luke?*</w:t>
      </w:r>
      <w:r>
        <w:t xml:space="preserve"> A voz dela ecoou em sua mente, clara como cristal.</w:t>
      </w:r>
    </w:p>
    <w:p w14:paraId="26614566" w14:textId="77777777" w:rsidR="002355BD" w:rsidRDefault="00000000">
      <w:r>
        <w:br/>
      </w:r>
    </w:p>
    <w:p w14:paraId="7CB018D8" w14:textId="77777777" w:rsidR="002355BD" w:rsidRDefault="00000000">
      <w:r>
        <w:rPr>
          <w:i/>
        </w:rPr>
        <w:t>*Elaine?*</w:t>
      </w:r>
      <w:r>
        <w:t xml:space="preserve"> respondeu ele, maravilhado. </w:t>
      </w:r>
      <w:r>
        <w:rPr>
          <w:i/>
        </w:rPr>
        <w:t>*Posso ouvir seus pensamentos.*</w:t>
      </w:r>
    </w:p>
    <w:p w14:paraId="0AB6040E" w14:textId="77777777" w:rsidR="002355BD" w:rsidRDefault="00000000">
      <w:r>
        <w:br/>
      </w:r>
    </w:p>
    <w:p w14:paraId="03C64669" w14:textId="77777777" w:rsidR="002355BD" w:rsidRDefault="00000000">
      <w:r>
        <w:rPr>
          <w:i/>
        </w:rPr>
        <w:t>*E eu os seus. É... incrível.*</w:t>
      </w:r>
    </w:p>
    <w:p w14:paraId="6887DBE5" w14:textId="77777777" w:rsidR="002355BD" w:rsidRDefault="00000000">
      <w:r>
        <w:br/>
      </w:r>
    </w:p>
    <w:p w14:paraId="3F0BD169" w14:textId="77777777" w:rsidR="002355BD" w:rsidRDefault="00000000">
      <w:r>
        <w:t>Mas a conexão mental era apenas o começo. Luke sentiu seus poderes de teletransporte expandirem-se exponencialmente, sua percepção espacial tornando-se tão aguçada que podia sentir cada molécula do ar ao seu redor. Ao mesmo tempo, através do vínculo, podia sentir as habilidades de metamorfose de Elaine se intensificarem, seu controle sobre sua forma tornando-se absoluto.</w:t>
      </w:r>
    </w:p>
    <w:p w14:paraId="436D6E3B" w14:textId="77777777" w:rsidR="002355BD" w:rsidRDefault="00000000">
      <w:r>
        <w:br/>
      </w:r>
    </w:p>
    <w:p w14:paraId="582A930A" w14:textId="77777777" w:rsidR="002355BD" w:rsidRDefault="00000000">
      <w:r>
        <w:rPr>
          <w:i/>
        </w:rPr>
        <w:t>*Sinto-me... diferente,*</w:t>
      </w:r>
      <w:r>
        <w:t xml:space="preserve"> pensou Elaine para ele. </w:t>
      </w:r>
      <w:r>
        <w:rPr>
          <w:i/>
        </w:rPr>
        <w:t>*Mais forte. Mais conectada a tudo.*</w:t>
      </w:r>
    </w:p>
    <w:p w14:paraId="7457DD04" w14:textId="77777777" w:rsidR="002355BD" w:rsidRDefault="00000000">
      <w:r>
        <w:br/>
      </w:r>
    </w:p>
    <w:p w14:paraId="69C6E25A" w14:textId="77777777" w:rsidR="002355BD" w:rsidRDefault="00000000">
      <w:r>
        <w:rPr>
          <w:i/>
        </w:rPr>
        <w:t>*Eu também,*</w:t>
      </w:r>
      <w:r>
        <w:t xml:space="preserve"> respondeu Luke. </w:t>
      </w:r>
      <w:r>
        <w:rPr>
          <w:i/>
        </w:rPr>
        <w:t>*É como se as alianças estivessem amplificando nossos poderes naturais e... combinando-os de alguma forma.*</w:t>
      </w:r>
    </w:p>
    <w:p w14:paraId="0DE6994C" w14:textId="77777777" w:rsidR="002355BD" w:rsidRDefault="00000000">
      <w:r>
        <w:lastRenderedPageBreak/>
        <w:br/>
      </w:r>
    </w:p>
    <w:p w14:paraId="6293C316" w14:textId="77777777" w:rsidR="002355BD" w:rsidRDefault="00000000">
      <w:r>
        <w:t>Outro tremor sacudiu o edifício, lembrando-os da ameaça iminente. Através das janelas, podiam ver o Colosso avançando pela cidade, cada passo destruindo quarteirões inteiros.</w:t>
      </w:r>
    </w:p>
    <w:p w14:paraId="59B011F6" w14:textId="77777777" w:rsidR="002355BD" w:rsidRDefault="00000000">
      <w:r>
        <w:br/>
      </w:r>
    </w:p>
    <w:p w14:paraId="52ADE494" w14:textId="77777777" w:rsidR="002355BD" w:rsidRDefault="00000000">
      <w:r>
        <w:rPr>
          <w:i/>
        </w:rPr>
        <w:t>*Vamos,*</w:t>
      </w:r>
      <w:r>
        <w:t xml:space="preserve"> pensou Luke, estendendo a mão para Elaine. </w:t>
      </w:r>
      <w:r>
        <w:rPr>
          <w:i/>
        </w:rPr>
        <w:t>*Temos um mundo para salvar.*</w:t>
      </w:r>
    </w:p>
    <w:p w14:paraId="7426F647" w14:textId="77777777" w:rsidR="002355BD" w:rsidRDefault="00000000">
      <w:r>
        <w:br/>
      </w:r>
    </w:p>
    <w:p w14:paraId="15C2ECF1" w14:textId="77777777" w:rsidR="002355BD" w:rsidRDefault="00000000">
      <w:r>
        <w:t xml:space="preserve">Ela pegou sua mão, seus dedos entrelaçando-se naturalmente, as alianças brilhando em contato uma com a outra. </w:t>
      </w:r>
      <w:r>
        <w:rPr>
          <w:i/>
        </w:rPr>
        <w:t>*Juntos.*</w:t>
      </w:r>
    </w:p>
    <w:p w14:paraId="7208A9CC" w14:textId="77777777" w:rsidR="002355BD" w:rsidRDefault="00000000">
      <w:r>
        <w:br/>
      </w:r>
    </w:p>
    <w:p w14:paraId="5166E58E" w14:textId="77777777" w:rsidR="002355BD" w:rsidRDefault="00000000">
      <w:r>
        <w:t>Com um pensamento compartilhado, Luke os teletransportou para o telhado, onde Lion e Caçador estavam avaliando a situação. Os dois Primordiais se viraram, surpresos não apenas com sua aparição súbita, mas com a aura de poder que agora emanava do casal.</w:t>
      </w:r>
    </w:p>
    <w:p w14:paraId="73814888" w14:textId="77777777" w:rsidR="002355BD" w:rsidRDefault="00000000">
      <w:r>
        <w:br/>
      </w:r>
    </w:p>
    <w:p w14:paraId="41C88257" w14:textId="77777777" w:rsidR="002355BD" w:rsidRDefault="00000000">
      <w:r>
        <w:t>"O que aconteceu com vocês?" perguntou Lion, notando o brilho sobrenatural em seus olhos e as alianças idênticas em suas mãos.</w:t>
      </w:r>
    </w:p>
    <w:p w14:paraId="443D240A" w14:textId="77777777" w:rsidR="002355BD" w:rsidRDefault="00000000">
      <w:r>
        <w:br/>
      </w:r>
    </w:p>
    <w:p w14:paraId="789C64B4" w14:textId="77777777" w:rsidR="002355BD" w:rsidRDefault="00000000">
      <w:r>
        <w:t>"Ganhamos uma vantagem," respondeu Luke, sua voz carregando uma nova confiança. "As alianças nos conectaram. Amplificaram nossos poderes."</w:t>
      </w:r>
    </w:p>
    <w:p w14:paraId="22D03BC3" w14:textId="77777777" w:rsidR="002355BD" w:rsidRDefault="00000000">
      <w:r>
        <w:br/>
      </w:r>
    </w:p>
    <w:p w14:paraId="299170BF" w14:textId="77777777" w:rsidR="002355BD" w:rsidRDefault="00000000">
      <w:r>
        <w:t>"E nos deram uma chance contra aquela coisa," completou Elaine, apontando para o Colosso que agora estava a apenas alguns quarteirões de distância.</w:t>
      </w:r>
    </w:p>
    <w:p w14:paraId="4B9F1F1C" w14:textId="77777777" w:rsidR="002355BD" w:rsidRDefault="00000000">
      <w:r>
        <w:br/>
      </w:r>
    </w:p>
    <w:p w14:paraId="32795934" w14:textId="77777777" w:rsidR="002355BD" w:rsidRDefault="00000000">
      <w:r>
        <w:t>Caçador parecia cético, mas Lion – sempre o líder intuitivo – reconheceu a mudança neles imediatamente. "Qual é o plano?"</w:t>
      </w:r>
    </w:p>
    <w:p w14:paraId="745FE62C" w14:textId="77777777" w:rsidR="002355BD" w:rsidRDefault="00000000">
      <w:r>
        <w:lastRenderedPageBreak/>
        <w:br/>
      </w:r>
    </w:p>
    <w:p w14:paraId="1E0E0E5D" w14:textId="77777777" w:rsidR="002355BD" w:rsidRDefault="00000000">
      <w:r>
        <w:t>Luke e Elaine se entreolharam, comunicando-se silenciosamente através de seu novo vínculo. "Precisamos chegar perto o suficiente para atacar seu núcleo," explicou Luke. "Cada Colosso tem um núcleo de energia dimensional que o mantém estável neste plano."</w:t>
      </w:r>
    </w:p>
    <w:p w14:paraId="1C49BA50" w14:textId="77777777" w:rsidR="002355BD" w:rsidRDefault="00000000">
      <w:r>
        <w:br/>
      </w:r>
    </w:p>
    <w:p w14:paraId="537D4F33" w14:textId="77777777" w:rsidR="002355BD" w:rsidRDefault="00000000">
      <w:r>
        <w:t>"Como sabem disso?" perguntou Caçador, desconfiado.</w:t>
      </w:r>
    </w:p>
    <w:p w14:paraId="095443F4" w14:textId="77777777" w:rsidR="002355BD" w:rsidRDefault="00000000">
      <w:r>
        <w:br/>
      </w:r>
    </w:p>
    <w:p w14:paraId="00BF94C0" w14:textId="77777777" w:rsidR="002355BD" w:rsidRDefault="00000000">
      <w:r>
        <w:t>"Longa história," respondeu Elaine. "Mas confiem em nós – se destruirmos o núcleo, o Colosso será puxado de volta para o submundo."</w:t>
      </w:r>
    </w:p>
    <w:p w14:paraId="50BA4A90" w14:textId="77777777" w:rsidR="002355BD" w:rsidRDefault="00000000">
      <w:r>
        <w:br/>
      </w:r>
    </w:p>
    <w:p w14:paraId="15CB54BA" w14:textId="77777777" w:rsidR="002355BD" w:rsidRDefault="00000000">
      <w:r>
        <w:t>Lion assentiu. "O que precisam que façamos?"</w:t>
      </w:r>
    </w:p>
    <w:p w14:paraId="347E1D6A" w14:textId="77777777" w:rsidR="002355BD" w:rsidRDefault="00000000">
      <w:r>
        <w:br/>
      </w:r>
    </w:p>
    <w:p w14:paraId="653B4E09" w14:textId="77777777" w:rsidR="002355BD" w:rsidRDefault="00000000">
      <w:r>
        <w:t>"Distração," disse Luke. "Mantenham-no ocupado enquanto nos aproximamos."</w:t>
      </w:r>
    </w:p>
    <w:p w14:paraId="2F2DAA01" w14:textId="77777777" w:rsidR="002355BD" w:rsidRDefault="00000000">
      <w:r>
        <w:br/>
      </w:r>
    </w:p>
    <w:p w14:paraId="05DFB013" w14:textId="77777777" w:rsidR="002355BD" w:rsidRDefault="00000000">
      <w:r>
        <w:t>"Isso podemos fazer," garantiu Lion com um sorriso feroz. Ele se virou para Caçador. "Como nos velhos tempos?"</w:t>
      </w:r>
    </w:p>
    <w:p w14:paraId="717275DB" w14:textId="77777777" w:rsidR="002355BD" w:rsidRDefault="00000000">
      <w:r>
        <w:br/>
      </w:r>
    </w:p>
    <w:p w14:paraId="4F205229" w14:textId="77777777" w:rsidR="002355BD" w:rsidRDefault="00000000">
      <w:r>
        <w:t>Caçador verificou suas armas, um raro sorriso aparecendo em seu rosto normalmente sério. "Como nos velhos tempos."</w:t>
      </w:r>
    </w:p>
    <w:p w14:paraId="25FCD5A0" w14:textId="77777777" w:rsidR="002355BD" w:rsidRDefault="00000000">
      <w:r>
        <w:br/>
      </w:r>
    </w:p>
    <w:p w14:paraId="6F9C0FB9" w14:textId="77777777" w:rsidR="002355BD" w:rsidRDefault="00000000">
      <w:r>
        <w:t>Com um rugido que fez o próprio ar vibrar, Lion saltou do telhado, sua agilidade felina permitindo-lhe pular de edifício em edifício em direção ao Colosso. Caçador o seguiu, usando um gancho especial para se balançar entre os prédios.</w:t>
      </w:r>
    </w:p>
    <w:p w14:paraId="511419AD" w14:textId="77777777" w:rsidR="002355BD" w:rsidRDefault="00000000">
      <w:r>
        <w:br/>
      </w:r>
    </w:p>
    <w:p w14:paraId="0B29EA3A" w14:textId="77777777" w:rsidR="002355BD" w:rsidRDefault="00000000">
      <w:r>
        <w:rPr>
          <w:i/>
        </w:rPr>
        <w:lastRenderedPageBreak/>
        <w:t>*Prontos?*</w:t>
      </w:r>
      <w:r>
        <w:t xml:space="preserve"> perguntou Luke mentalmente.</w:t>
      </w:r>
    </w:p>
    <w:p w14:paraId="620B6785" w14:textId="77777777" w:rsidR="002355BD" w:rsidRDefault="00000000">
      <w:r>
        <w:br/>
      </w:r>
    </w:p>
    <w:p w14:paraId="6A8F38D9" w14:textId="77777777" w:rsidR="002355BD" w:rsidRDefault="00000000">
      <w:r>
        <w:rPr>
          <w:i/>
        </w:rPr>
        <w:t>*Sempre,*</w:t>
      </w:r>
      <w:r>
        <w:t xml:space="preserve"> respondeu Elaine, apertando sua mão.</w:t>
      </w:r>
    </w:p>
    <w:p w14:paraId="1384CD61" w14:textId="77777777" w:rsidR="002355BD" w:rsidRDefault="00000000">
      <w:r>
        <w:br/>
      </w:r>
    </w:p>
    <w:p w14:paraId="68C7AEF8" w14:textId="77777777" w:rsidR="002355BD" w:rsidRDefault="00000000">
      <w:r>
        <w:t>Com um pensamento compartilhado, Luke os teletransportou diretamente para o campo de batalha. Mas este não era um teletransporte normal – com seus poderes amplificados pelas alianças, ele podia agora criar múltiplos saltos em sequência, aparecendo e desaparecendo tão rapidamente que pareciam estar em vários lugares ao mesmo tempo.</w:t>
      </w:r>
    </w:p>
    <w:p w14:paraId="4F904ACA" w14:textId="77777777" w:rsidR="002355BD" w:rsidRDefault="00000000">
      <w:r>
        <w:br/>
      </w:r>
    </w:p>
    <w:p w14:paraId="6D921A65" w14:textId="77777777" w:rsidR="002355BD" w:rsidRDefault="00000000">
      <w:r>
        <w:t>Enquanto isso, Lion e Caçador executavam sua distração com perfeição sincronizada. Lion saltava pelo corpo do Colosso, seus golpes poderosos e rugidos sônicos irritando a criatura como picadas de inseto, enquanto Caçador disparava projéteis especiais que explodiam em pontos estratégicos, mantendo a atenção do monstro dividida.</w:t>
      </w:r>
    </w:p>
    <w:p w14:paraId="190B8DEE" w14:textId="77777777" w:rsidR="002355BD" w:rsidRDefault="00000000">
      <w:r>
        <w:br/>
      </w:r>
    </w:p>
    <w:p w14:paraId="6B50930A" w14:textId="77777777" w:rsidR="002355BD" w:rsidRDefault="00000000">
      <w:r>
        <w:t>Luke e Elaine usaram essa distração para se aproximarem do peito do Colosso, onde, segundo o conhecimento de Elaine sobre criaturas do submundo, o núcleo estaria localizado.</w:t>
      </w:r>
    </w:p>
    <w:p w14:paraId="0D25CD96" w14:textId="77777777" w:rsidR="002355BD" w:rsidRDefault="00000000">
      <w:r>
        <w:br/>
      </w:r>
    </w:p>
    <w:p w14:paraId="7E4CBD25" w14:textId="77777777" w:rsidR="002355BD" w:rsidRDefault="00000000">
      <w:r>
        <w:rPr>
          <w:i/>
        </w:rPr>
        <w:t>*Ali,*</w:t>
      </w:r>
      <w:r>
        <w:t xml:space="preserve"> apontou ela mentalmente, indicando um ponto onde a pele rochosa pulsava com energia roxa. </w:t>
      </w:r>
      <w:r>
        <w:rPr>
          <w:i/>
        </w:rPr>
        <w:t>*Aquela é a câmara do núcleo.*</w:t>
      </w:r>
    </w:p>
    <w:p w14:paraId="6101237C" w14:textId="77777777" w:rsidR="002355BD" w:rsidRDefault="00000000">
      <w:r>
        <w:br/>
      </w:r>
    </w:p>
    <w:p w14:paraId="03BB2D62" w14:textId="77777777" w:rsidR="002355BD" w:rsidRDefault="00000000">
      <w:r>
        <w:rPr>
          <w:i/>
        </w:rPr>
        <w:t>*Como entramos?*</w:t>
      </w:r>
      <w:r>
        <w:t xml:space="preserve"> perguntou Luke.</w:t>
      </w:r>
    </w:p>
    <w:p w14:paraId="3EC8BA34" w14:textId="77777777" w:rsidR="002355BD" w:rsidRDefault="00000000">
      <w:r>
        <w:br/>
      </w:r>
    </w:p>
    <w:p w14:paraId="359C402C" w14:textId="77777777" w:rsidR="002355BD" w:rsidRDefault="00000000">
      <w:r>
        <w:rPr>
          <w:i/>
        </w:rPr>
        <w:t>*Juntos,*</w:t>
      </w:r>
      <w:r>
        <w:t xml:space="preserve"> respondeu ela simplesmente.</w:t>
      </w:r>
    </w:p>
    <w:p w14:paraId="4656A54F" w14:textId="77777777" w:rsidR="002355BD" w:rsidRDefault="00000000">
      <w:r>
        <w:br/>
      </w:r>
    </w:p>
    <w:p w14:paraId="0510B2ED" w14:textId="77777777" w:rsidR="002355BD" w:rsidRDefault="00000000">
      <w:r>
        <w:lastRenderedPageBreak/>
        <w:t>Através do vínculo das alianças, eles combinaram seus poderes de uma forma que nunca teriam imaginado possível. Elaine transformou seu corpo em uma forma etérea que podia passar através de matéria sólida, enquanto Luke usou seu teletransporte amplificado para "carregar" essa forma através da pele rochosa do Colosso, diretamente para seu interior.</w:t>
      </w:r>
    </w:p>
    <w:p w14:paraId="6CACDECC" w14:textId="77777777" w:rsidR="002355BD" w:rsidRDefault="00000000">
      <w:r>
        <w:br/>
      </w:r>
    </w:p>
    <w:p w14:paraId="3EEC3ADC" w14:textId="77777777" w:rsidR="002355BD" w:rsidRDefault="00000000">
      <w:r>
        <w:t>Dentro da criatura, encontraram um ambiente alienígena – cavernas de carne e rocha fundidas, rios de lava pulsante, e no centro, uma câmara onde flutuava uma esfera de energia negra do tamanho de um carro.</w:t>
      </w:r>
    </w:p>
    <w:p w14:paraId="079AE26A" w14:textId="77777777" w:rsidR="002355BD" w:rsidRDefault="00000000">
      <w:r>
        <w:br/>
      </w:r>
    </w:p>
    <w:p w14:paraId="5BECC3D7" w14:textId="77777777" w:rsidR="002355BD" w:rsidRDefault="00000000">
      <w:r>
        <w:rPr>
          <w:i/>
        </w:rPr>
        <w:t>*O núcleo,*</w:t>
      </w:r>
      <w:r>
        <w:t xml:space="preserve"> identificou Elaine. </w:t>
      </w:r>
      <w:r>
        <w:rPr>
          <w:i/>
        </w:rPr>
        <w:t>*Precisamos destruí-lo.*</w:t>
      </w:r>
    </w:p>
    <w:p w14:paraId="2521E5F3" w14:textId="77777777" w:rsidR="002355BD" w:rsidRDefault="00000000">
      <w:r>
        <w:br/>
      </w:r>
    </w:p>
    <w:p w14:paraId="207F62C3" w14:textId="77777777" w:rsidR="002355BD" w:rsidRDefault="00000000">
      <w:r>
        <w:rPr>
          <w:i/>
        </w:rPr>
        <w:t>*Como?*</w:t>
      </w:r>
      <w:r>
        <w:t xml:space="preserve"> perguntou Luke. </w:t>
      </w:r>
      <w:r>
        <w:rPr>
          <w:i/>
        </w:rPr>
        <w:t>*Parece... impenetrável.*</w:t>
      </w:r>
    </w:p>
    <w:p w14:paraId="51FC9141" w14:textId="77777777" w:rsidR="002355BD" w:rsidRDefault="00000000">
      <w:r>
        <w:br/>
      </w:r>
    </w:p>
    <w:p w14:paraId="615D5037" w14:textId="77777777" w:rsidR="002355BD" w:rsidRDefault="00000000">
      <w:r>
        <w:t xml:space="preserve">Elaine estudou o núcleo por um momento, então teve uma ideia. </w:t>
      </w:r>
      <w:r>
        <w:rPr>
          <w:i/>
        </w:rPr>
        <w:t>*Nossas alianças. A energia delas parece oposta à do núcleo. Talvez...*</w:t>
      </w:r>
    </w:p>
    <w:p w14:paraId="53DB3382" w14:textId="77777777" w:rsidR="002355BD" w:rsidRDefault="00000000">
      <w:r>
        <w:br/>
      </w:r>
    </w:p>
    <w:p w14:paraId="1B53E0CA" w14:textId="77777777" w:rsidR="002355BD" w:rsidRDefault="00000000">
      <w:r>
        <w:rPr>
          <w:i/>
        </w:rPr>
        <w:t>*Entendi,*</w:t>
      </w:r>
      <w:r>
        <w:t xml:space="preserve"> completou Luke, captando seu pensamento. </w:t>
      </w:r>
      <w:r>
        <w:rPr>
          <w:i/>
        </w:rPr>
        <w:t>*Vamos canalizar a energia das alianças diretamente para o núcleo.*</w:t>
      </w:r>
    </w:p>
    <w:p w14:paraId="7BE361B2" w14:textId="77777777" w:rsidR="002355BD" w:rsidRDefault="00000000">
      <w:r>
        <w:br/>
      </w:r>
    </w:p>
    <w:p w14:paraId="5D27F255" w14:textId="77777777" w:rsidR="002355BD" w:rsidRDefault="00000000">
      <w:r>
        <w:t>Eles se posicionaram em lados opostos do núcleo, mãos estendidas com as alianças apontadas para a esfera de energia negra. Através de seu vínculo mental, sincronizaram suas ações perfeitamente.</w:t>
      </w:r>
    </w:p>
    <w:p w14:paraId="60888CB4" w14:textId="77777777" w:rsidR="002355BD" w:rsidRDefault="00000000">
      <w:r>
        <w:br/>
      </w:r>
    </w:p>
    <w:p w14:paraId="718ACFD2" w14:textId="77777777" w:rsidR="002355BD" w:rsidRDefault="00000000">
      <w:r>
        <w:rPr>
          <w:i/>
        </w:rPr>
        <w:t>*No três,*</w:t>
      </w:r>
      <w:r>
        <w:t xml:space="preserve"> pensou Luke. </w:t>
      </w:r>
      <w:r>
        <w:rPr>
          <w:i/>
        </w:rPr>
        <w:t>*Um... dois... três!*</w:t>
      </w:r>
    </w:p>
    <w:p w14:paraId="7553A3D9" w14:textId="77777777" w:rsidR="002355BD" w:rsidRDefault="00000000">
      <w:r>
        <w:br/>
      </w:r>
    </w:p>
    <w:p w14:paraId="24C19FB7" w14:textId="77777777" w:rsidR="002355BD" w:rsidRDefault="00000000">
      <w:r>
        <w:lastRenderedPageBreak/>
        <w:t>Raios de luz prateada jorraram das alianças, atingindo o núcleo simultaneamente. A energia negra reagiu violentamente, pulsando e se contorcendo como se estivesse em agonia. O Colosso inteiro tremeu, um rugido ensurdecedor ecoando tanto por dentro quanto por fora.</w:t>
      </w:r>
    </w:p>
    <w:p w14:paraId="3318E7E7" w14:textId="77777777" w:rsidR="002355BD" w:rsidRDefault="00000000">
      <w:r>
        <w:br/>
      </w:r>
    </w:p>
    <w:p w14:paraId="5D855A24" w14:textId="77777777" w:rsidR="002355BD" w:rsidRDefault="00000000">
      <w:r>
        <w:rPr>
          <w:i/>
        </w:rPr>
        <w:t>*Está funcionando!*</w:t>
      </w:r>
      <w:r>
        <w:t xml:space="preserve"> exclamou Elaine mentalmente. </w:t>
      </w:r>
      <w:r>
        <w:rPr>
          <w:i/>
        </w:rPr>
        <w:t>*Continue!*</w:t>
      </w:r>
    </w:p>
    <w:p w14:paraId="5FDFED05" w14:textId="77777777" w:rsidR="002355BD" w:rsidRDefault="00000000">
      <w:r>
        <w:br/>
      </w:r>
    </w:p>
    <w:p w14:paraId="2C94BFC5" w14:textId="77777777" w:rsidR="002355BD" w:rsidRDefault="00000000">
      <w:r>
        <w:t>Eles intensificaram o fluxo de energia, suas mentes unidas em concentração absoluta. O núcleo começou a rachar, fissuras de luz prateada espalhando-se por sua superfície negra.</w:t>
      </w:r>
    </w:p>
    <w:p w14:paraId="618DB212" w14:textId="77777777" w:rsidR="002355BD" w:rsidRDefault="00000000">
      <w:r>
        <w:br/>
      </w:r>
    </w:p>
    <w:p w14:paraId="13F53DA6" w14:textId="77777777" w:rsidR="002355BD" w:rsidRDefault="00000000">
      <w:r>
        <w:t>De repente, o núcleo explodiu em uma implosão de energia, sugando tudo ao seu redor para um vórtice dimensional. Luke e Elaine foram arremessados para trás pela força, mas conseguiram se agarrar um ao outro no último segundo.</w:t>
      </w:r>
    </w:p>
    <w:p w14:paraId="424ACC5E" w14:textId="77777777" w:rsidR="002355BD" w:rsidRDefault="00000000">
      <w:r>
        <w:br/>
      </w:r>
    </w:p>
    <w:p w14:paraId="4A8EFB6E" w14:textId="77777777" w:rsidR="002355BD" w:rsidRDefault="00000000">
      <w:r>
        <w:rPr>
          <w:i/>
        </w:rPr>
        <w:t>*Teletransporte!*</w:t>
      </w:r>
      <w:r>
        <w:t xml:space="preserve"> gritou Elaine mentalmente. </w:t>
      </w:r>
      <w:r>
        <w:rPr>
          <w:i/>
        </w:rPr>
        <w:t>*Agora!*</w:t>
      </w:r>
    </w:p>
    <w:p w14:paraId="6A507729" w14:textId="77777777" w:rsidR="002355BD" w:rsidRDefault="00000000">
      <w:r>
        <w:br/>
      </w:r>
    </w:p>
    <w:p w14:paraId="2BF855AF" w14:textId="77777777" w:rsidR="002355BD" w:rsidRDefault="00000000">
      <w:r>
        <w:t>Com um esforço final, Luke os teletransportou para fora do Colosso, materializando-os no ar a vários metros de altura. Eles caíram, mas Elaine rapidamente transformou seus braços em asas membranosas, permitindo-lhes planar até o chão em segurança.</w:t>
      </w:r>
    </w:p>
    <w:p w14:paraId="70FBE2BA" w14:textId="77777777" w:rsidR="002355BD" w:rsidRDefault="00000000">
      <w:r>
        <w:br/>
      </w:r>
    </w:p>
    <w:p w14:paraId="0A35F6B4" w14:textId="77777777" w:rsidR="002355BD" w:rsidRDefault="00000000">
      <w:r>
        <w:t>Do lado de fora, o espetáculo era impressionante. O Colosso congelou em meio a um passo, seu corpo inteiro começando a rachar com a mesma luz prateada que havia destruído seu núcleo. Então, com um rugido final de derrota, a criatura implodiu, sendo sugada para um portal dimensional que se fechou logo em seguida com um estrondo ensurdecedor.</w:t>
      </w:r>
    </w:p>
    <w:p w14:paraId="5346180E" w14:textId="77777777" w:rsidR="002355BD" w:rsidRDefault="00000000">
      <w:r>
        <w:br/>
      </w:r>
    </w:p>
    <w:p w14:paraId="4315A18F" w14:textId="77777777" w:rsidR="002355BD" w:rsidRDefault="00000000">
      <w:r>
        <w:t>Um silêncio surreal caiu sobre a cidade devastada. Aos poucos, Lion e Caçador se aproximaram de onde Luke e Elaine haviam pousado, seus rostos mostrando uma mistura de admiração e cautela.</w:t>
      </w:r>
    </w:p>
    <w:p w14:paraId="2FE3C7F0" w14:textId="77777777" w:rsidR="002355BD" w:rsidRDefault="00000000">
      <w:r>
        <w:lastRenderedPageBreak/>
        <w:br/>
      </w:r>
    </w:p>
    <w:p w14:paraId="507A059F" w14:textId="77777777" w:rsidR="002355BD" w:rsidRDefault="00000000">
      <w:r>
        <w:t>"Vocês... conseguiram," disse Lion, sua voz rouca de tanto rugir. "Como?"</w:t>
      </w:r>
    </w:p>
    <w:p w14:paraId="743690E1" w14:textId="77777777" w:rsidR="002355BD" w:rsidRDefault="00000000">
      <w:r>
        <w:br/>
      </w:r>
    </w:p>
    <w:p w14:paraId="6C610C0F" w14:textId="77777777" w:rsidR="002355BD" w:rsidRDefault="00000000">
      <w:r>
        <w:t>Luke e Elaine se entreolharam, ainda conectados pelo vínculo das alianças. "Trabalho em equipe," respondeu Luke simplesmente.</w:t>
      </w:r>
    </w:p>
    <w:p w14:paraId="62189342" w14:textId="77777777" w:rsidR="002355BD" w:rsidRDefault="00000000">
      <w:r>
        <w:br/>
      </w:r>
    </w:p>
    <w:p w14:paraId="63D635E6" w14:textId="77777777" w:rsidR="002355BD" w:rsidRDefault="00000000">
      <w:r>
        <w:t>Caçador estudou as alianças em seus dedos, que ainda brilhavam suavemente. "Esses artefatos... são poderosos demais para ficarem soltos por aí."</w:t>
      </w:r>
    </w:p>
    <w:p w14:paraId="2BDE9A1D" w14:textId="77777777" w:rsidR="002355BD" w:rsidRDefault="00000000">
      <w:r>
        <w:br/>
      </w:r>
    </w:p>
    <w:p w14:paraId="15CB110C" w14:textId="77777777" w:rsidR="002355BD" w:rsidRDefault="00000000">
      <w:r>
        <w:t>"Eles escolheram seus portadores," disse uma nova voz. Todos se viraram para ver Sang-Suga se aproximando, suas vestes esvoaçando dramaticamente apesar da ausência de vento. "Posso sentir a magia antiga neles. São as Alianças Gêmeas da lenda."</w:t>
      </w:r>
    </w:p>
    <w:p w14:paraId="2A59A9EA" w14:textId="77777777" w:rsidR="002355BD" w:rsidRDefault="00000000">
      <w:r>
        <w:br/>
      </w:r>
    </w:p>
    <w:p w14:paraId="4CD84475" w14:textId="77777777" w:rsidR="002355BD" w:rsidRDefault="00000000">
      <w:r>
        <w:t>"Você conhece esses artefatos?" perguntou Lion, surpreso.</w:t>
      </w:r>
    </w:p>
    <w:p w14:paraId="1FC71D2A" w14:textId="77777777" w:rsidR="002355BD" w:rsidRDefault="00000000">
      <w:r>
        <w:br/>
      </w:r>
    </w:p>
    <w:p w14:paraId="34B693DF" w14:textId="77777777" w:rsidR="002355BD" w:rsidRDefault="00000000">
      <w:r>
        <w:t>Sang-Suga assentiu, seus olhos fixos nas alianças. "São mencionados em textos antigos. Forjadas pelos Primordiais – não nós, mas os seres que existiam antes do tempo. Dizem que só podem ser usadas por aqueles com um vínculo genuíno, e que amplificam não apenas os poderes, mas a conexão entre os portadores."</w:t>
      </w:r>
    </w:p>
    <w:p w14:paraId="5B53B404" w14:textId="77777777" w:rsidR="002355BD" w:rsidRDefault="00000000">
      <w:r>
        <w:br/>
      </w:r>
    </w:p>
    <w:p w14:paraId="352DEDC6" w14:textId="77777777" w:rsidR="002355BD" w:rsidRDefault="00000000">
      <w:r>
        <w:t>Luke e Elaine trocaram olhares novamente, agora entendendo melhor o que havia acontecido com eles. As alianças não haviam criado sua conexão – haviam apenas amplificado algo que já existia.</w:t>
      </w:r>
    </w:p>
    <w:p w14:paraId="3E07831F" w14:textId="77777777" w:rsidR="002355BD" w:rsidRDefault="00000000">
      <w:r>
        <w:br/>
      </w:r>
    </w:p>
    <w:p w14:paraId="413E0CF6" w14:textId="77777777" w:rsidR="002355BD" w:rsidRDefault="00000000">
      <w:r>
        <w:t>"E quanto aos outros portais?" perguntou Luke, lembrando-se da ameaça maior.</w:t>
      </w:r>
    </w:p>
    <w:p w14:paraId="048404E6" w14:textId="77777777" w:rsidR="002355BD" w:rsidRDefault="00000000">
      <w:r>
        <w:lastRenderedPageBreak/>
        <w:br/>
      </w:r>
    </w:p>
    <w:p w14:paraId="57BCA2A0" w14:textId="77777777" w:rsidR="002355BD" w:rsidRDefault="00000000">
      <w:r>
        <w:t>"Estão se fechando," respondeu Android, juntando-se ao grupo com Enigma e Temporal. "Quando o Colosso foi destruído, a energia que sustentava os portais menores se dissipou."</w:t>
      </w:r>
    </w:p>
    <w:p w14:paraId="7AB7C15E" w14:textId="77777777" w:rsidR="002355BD" w:rsidRDefault="00000000">
      <w:r>
        <w:br/>
      </w:r>
    </w:p>
    <w:p w14:paraId="76822CE7" w14:textId="77777777" w:rsidR="002355BD" w:rsidRDefault="00000000">
      <w:r>
        <w:t>"Então... vencemos?" perguntou Elaine, quase não acreditando.</w:t>
      </w:r>
    </w:p>
    <w:p w14:paraId="7B01A090" w14:textId="77777777" w:rsidR="002355BD" w:rsidRDefault="00000000">
      <w:r>
        <w:br/>
      </w:r>
    </w:p>
    <w:p w14:paraId="08799DE4" w14:textId="77777777" w:rsidR="002355BD" w:rsidRDefault="00000000">
      <w:r>
        <w:t>"Por enquanto," disse Enigma, sua voz distorcida soando estranhamente profética. "Mas Abyzoth não desistirá tão facilmente. Isso foi apenas um teste, um reconhecimento de nossas defesas."</w:t>
      </w:r>
    </w:p>
    <w:p w14:paraId="3CAAE4C2" w14:textId="77777777" w:rsidR="002355BD" w:rsidRDefault="00000000">
      <w:r>
        <w:br/>
      </w:r>
    </w:p>
    <w:p w14:paraId="0316B169" w14:textId="77777777" w:rsidR="002355BD" w:rsidRDefault="00000000">
      <w:r>
        <w:t>Luke sabia que Enigma estava certo. Na linha do tempo original, Abyzoth continuaria sendo uma ameaça por décadas, culminando na Crise que ele e Elaine haviam deixado para trás em 2025.</w:t>
      </w:r>
    </w:p>
    <w:p w14:paraId="18A0AED6" w14:textId="77777777" w:rsidR="002355BD" w:rsidRDefault="00000000">
      <w:r>
        <w:br/>
      </w:r>
    </w:p>
    <w:p w14:paraId="6760093B" w14:textId="77777777" w:rsidR="002355BD" w:rsidRDefault="00000000">
      <w:r>
        <w:t>"O que fazemos agora?" perguntou Caçador, olhando ao redor para a destruição que os cercava.</w:t>
      </w:r>
    </w:p>
    <w:p w14:paraId="6A4F03D5" w14:textId="77777777" w:rsidR="002355BD" w:rsidRDefault="00000000">
      <w:r>
        <w:br/>
      </w:r>
    </w:p>
    <w:p w14:paraId="7452F5B1" w14:textId="77777777" w:rsidR="002355BD" w:rsidRDefault="00000000">
      <w:r>
        <w:t>"Reconstruímos," respondeu Lion firmemente. "Ajudamos os feridos. E nos preparamos para o próximo ataque." Ele se virou para Luke e Elaine. "E precisamos descobrir mais sobre vocês dois e essas alianças."</w:t>
      </w:r>
    </w:p>
    <w:p w14:paraId="2DA8760C" w14:textId="77777777" w:rsidR="002355BD" w:rsidRDefault="00000000">
      <w:r>
        <w:br/>
      </w:r>
    </w:p>
    <w:p w14:paraId="32C56FD2" w14:textId="77777777" w:rsidR="002355BD" w:rsidRDefault="00000000">
      <w:r>
        <w:t>Luke e Elaine se entreolharam, comunicando-se silenciosamente através de seu vínculo. Eles sabiam que precisavam ser cuidadosos sobre quanto revelar, mas também reconheciam que os Primordiais mereciam algumas respostas depois do que haviam acabado de enfrentar juntos.</w:t>
      </w:r>
    </w:p>
    <w:p w14:paraId="5B5F8D60" w14:textId="77777777" w:rsidR="002355BD" w:rsidRDefault="00000000">
      <w:r>
        <w:br/>
      </w:r>
    </w:p>
    <w:p w14:paraId="7BBF7DA7" w14:textId="77777777" w:rsidR="002355BD" w:rsidRDefault="00000000">
      <w:r>
        <w:rPr>
          <w:i/>
        </w:rPr>
        <w:lastRenderedPageBreak/>
        <w:t>*O que dizemos a eles?*</w:t>
      </w:r>
      <w:r>
        <w:t xml:space="preserve"> perguntou Elaine mentalmente.</w:t>
      </w:r>
    </w:p>
    <w:p w14:paraId="7C447171" w14:textId="77777777" w:rsidR="002355BD" w:rsidRDefault="00000000">
      <w:r>
        <w:br/>
      </w:r>
    </w:p>
    <w:p w14:paraId="68C0ECF7" w14:textId="77777777" w:rsidR="002355BD" w:rsidRDefault="00000000">
      <w:r>
        <w:rPr>
          <w:i/>
        </w:rPr>
        <w:t>*A verdade,*</w:t>
      </w:r>
      <w:r>
        <w:t xml:space="preserve"> respondeu Luke. </w:t>
      </w:r>
      <w:r>
        <w:rPr>
          <w:i/>
        </w:rPr>
        <w:t>*Ou pelo menos, parte dela. Talvez seja por isso que fomos trazidos aqui – para ajudar os Primordiais originais a entender a ameaça que enfrentam.*</w:t>
      </w:r>
    </w:p>
    <w:p w14:paraId="4C4FB5BE" w14:textId="77777777" w:rsidR="002355BD" w:rsidRDefault="00000000">
      <w:r>
        <w:br/>
      </w:r>
    </w:p>
    <w:p w14:paraId="28FC1716" w14:textId="77777777" w:rsidR="002355BD" w:rsidRDefault="00000000">
      <w:r>
        <w:rPr>
          <w:i/>
        </w:rPr>
        <w:t>*E quanto à linha do tempo?*</w:t>
      </w:r>
    </w:p>
    <w:p w14:paraId="6A0E7165" w14:textId="77777777" w:rsidR="002355BD" w:rsidRDefault="00000000">
      <w:r>
        <w:br/>
      </w:r>
    </w:p>
    <w:p w14:paraId="472117B1" w14:textId="77777777" w:rsidR="002355BD" w:rsidRDefault="00000000">
      <w:r>
        <w:rPr>
          <w:i/>
        </w:rPr>
        <w:t>*Talvez isso sempre tenha sido parte da história. Talvez nossa presença aqui seja um loop temporal que sempre existiu.*</w:t>
      </w:r>
    </w:p>
    <w:p w14:paraId="5B96BFA2" w14:textId="77777777" w:rsidR="002355BD" w:rsidRDefault="00000000">
      <w:r>
        <w:br/>
      </w:r>
    </w:p>
    <w:p w14:paraId="41429DFE" w14:textId="77777777" w:rsidR="002355BD" w:rsidRDefault="00000000">
      <w:r>
        <w:t>Elaine assentiu imperceptivelmente, concordando com sua lógica. Juntos, eles se viraram para encarar os Primordiais.</w:t>
      </w:r>
    </w:p>
    <w:p w14:paraId="33B3E195" w14:textId="77777777" w:rsidR="002355BD" w:rsidRDefault="00000000">
      <w:r>
        <w:br/>
      </w:r>
    </w:p>
    <w:p w14:paraId="16E1CF79" w14:textId="77777777" w:rsidR="002355BD" w:rsidRDefault="00000000">
      <w:r>
        <w:t>"Temos muito a conversar," disse Luke. "E uma história para contar que pode ser difícil de acreditar."</w:t>
      </w:r>
    </w:p>
    <w:p w14:paraId="6FE10D3A" w14:textId="77777777" w:rsidR="002355BD" w:rsidRDefault="00000000">
      <w:r>
        <w:br/>
      </w:r>
    </w:p>
    <w:p w14:paraId="27C553B9" w14:textId="77777777" w:rsidR="002355BD" w:rsidRDefault="00000000">
      <w:r>
        <w:t>Lion sorriu, seu carisma natural brilhando mesmo através da exaustão da batalha. "Depois do que acabamos de ver, acho que estamos abertos a acreditar em quase qualquer coisa."</w:t>
      </w:r>
    </w:p>
    <w:p w14:paraId="5829982D" w14:textId="77777777" w:rsidR="002355BD" w:rsidRDefault="00000000">
      <w:r>
        <w:br/>
      </w:r>
    </w:p>
    <w:p w14:paraId="4EBFEA7C" w14:textId="77777777" w:rsidR="002355BD" w:rsidRDefault="00000000">
      <w:r>
        <w:t>Enquanto o grupo começava a caminhar de volta para a base, Luke e Elaine permaneceram de mãos dadas, as alianças em seus dedos brilhando suavemente. Através de seu vínculo mental, compartilhavam não apenas pensamentos, mas emoções – alívio pela vitória, preocupação com as consequências de suas ações no passado, e algo mais profundo e mais pessoal que crescia entre eles a cada momento.</w:t>
      </w:r>
    </w:p>
    <w:p w14:paraId="339385B8" w14:textId="77777777" w:rsidR="002355BD" w:rsidRDefault="00000000">
      <w:r>
        <w:br/>
      </w:r>
    </w:p>
    <w:p w14:paraId="3D7DA22F" w14:textId="77777777" w:rsidR="002355BD" w:rsidRDefault="00000000">
      <w:r>
        <w:rPr>
          <w:i/>
        </w:rPr>
        <w:lastRenderedPageBreak/>
        <w:t>*Luke?*</w:t>
      </w:r>
      <w:r>
        <w:t xml:space="preserve"> chamou Elaine mentalmente.</w:t>
      </w:r>
    </w:p>
    <w:p w14:paraId="17C3C3B6" w14:textId="77777777" w:rsidR="002355BD" w:rsidRDefault="00000000">
      <w:r>
        <w:br/>
      </w:r>
    </w:p>
    <w:p w14:paraId="4C37E067" w14:textId="77777777" w:rsidR="002355BD" w:rsidRDefault="00000000">
      <w:r>
        <w:rPr>
          <w:i/>
        </w:rPr>
        <w:t>*Sim?*</w:t>
      </w:r>
    </w:p>
    <w:p w14:paraId="16A8AD9B" w14:textId="77777777" w:rsidR="002355BD" w:rsidRDefault="00000000">
      <w:r>
        <w:br/>
      </w:r>
    </w:p>
    <w:p w14:paraId="6018D325" w14:textId="77777777" w:rsidR="002355BD" w:rsidRDefault="00000000">
      <w:r>
        <w:rPr>
          <w:i/>
        </w:rPr>
        <w:t>*Não me arrependo de nada. De ter vindo para o passado, de ter encontrado as alianças... de estar com você.*</w:t>
      </w:r>
    </w:p>
    <w:p w14:paraId="3369295B" w14:textId="77777777" w:rsidR="002355BD" w:rsidRDefault="00000000">
      <w:r>
        <w:br/>
      </w:r>
    </w:p>
    <w:p w14:paraId="646445A6" w14:textId="77777777" w:rsidR="002355BD" w:rsidRDefault="00000000">
      <w:r>
        <w:t xml:space="preserve">Luke apertou sua mão gentilmente, um calor se espalhando em seu peito que nada tinha a ver com a adrenalina da batalha. </w:t>
      </w:r>
      <w:r>
        <w:rPr>
          <w:i/>
        </w:rPr>
        <w:t>*Eu também não. Seja qual for o motivo pelo qual fomos trazidos aqui, estou grato por estarmos juntos.*</w:t>
      </w:r>
    </w:p>
    <w:p w14:paraId="75D0D6FB" w14:textId="77777777" w:rsidR="002355BD" w:rsidRDefault="00000000">
      <w:r>
        <w:br/>
      </w:r>
    </w:p>
    <w:p w14:paraId="67D447AD" w14:textId="77777777" w:rsidR="002355BD" w:rsidRDefault="00000000">
      <w:r>
        <w:t>E enquanto caminhavam entre os escombros de uma batalha que a história nunca registraria completamente, ambos sentiram que, apesar dos perigos e incertezas que ainda enfrentariam, haviam encontrado algo precioso – um vínculo que transcendia o tempo e o espaço, fortalecido por alianças que eram tanto físicas quanto metafóricas.</w:t>
      </w:r>
    </w:p>
    <w:p w14:paraId="55CEB8A6" w14:textId="77777777" w:rsidR="002355BD" w:rsidRDefault="00000000">
      <w:r>
        <w:br/>
      </w:r>
    </w:p>
    <w:p w14:paraId="768E9B5B" w14:textId="77777777" w:rsidR="002355BD" w:rsidRDefault="00000000">
      <w:r>
        <w:t>A missão para encontrar a Chave dos Reinos e selar Abyzoth permanecia, mas agora tinham uma nova arma em seu arsenal – não apenas o poder das Alianças Gêmeas, mas a força de uma conexão que crescia mais profunda a cada momento compartilhado.</w:t>
      </w:r>
    </w:p>
    <w:p w14:paraId="57EAF734" w14:textId="77777777" w:rsidR="002355BD" w:rsidRDefault="002355BD"/>
    <w:p w14:paraId="6C1A7D8C" w14:textId="77777777" w:rsidR="002355BD" w:rsidRDefault="002355BD"/>
    <w:p w14:paraId="4F4F6722" w14:textId="77777777" w:rsidR="002355BD" w:rsidRDefault="00000000">
      <w:r>
        <w:t>Os dias que se seguiram à batalha contra o Colosso foram uma mistura de reconstrução, planejamento e descoberta para Luke e Elaine. A cidade de 1995, abalada pelo ataque dimensional, começava lentamente a se recuperar, com os Primordiais liderando os esforços de resgate e contenção. Enquanto isso, na base subterrânea, Luke e Elaine trabalhavam com a equipe original para entender melhor a ameaça de Abyzoth e, crucialmente, para explorar o poder recém-descoberto das Alianças Gêmeas.</w:t>
      </w:r>
    </w:p>
    <w:p w14:paraId="3434662F" w14:textId="77777777" w:rsidR="002355BD" w:rsidRDefault="00000000">
      <w:r>
        <w:br/>
      </w:r>
    </w:p>
    <w:p w14:paraId="5940E2F4" w14:textId="77777777" w:rsidR="002355BD" w:rsidRDefault="00000000">
      <w:r>
        <w:lastRenderedPageBreak/>
        <w:t>As alianças eram mais do que simples amplificadores de poder. Elas criavam uma sinergia entre os dois, permitindo-lhes não apenas comunicar pensamentos e emoções, mas também antecipar as ações um do outro, quase como se fossem uma única entidade em dois corpos. Em sessões de treinamento supervisionadas por Lion e Android, eles começaram a testar os limites dessa nova conexão.</w:t>
      </w:r>
    </w:p>
    <w:p w14:paraId="294F883A" w14:textId="77777777" w:rsidR="002355BD" w:rsidRDefault="00000000">
      <w:r>
        <w:br/>
      </w:r>
    </w:p>
    <w:p w14:paraId="6B29EDE3" w14:textId="77777777" w:rsidR="002355BD" w:rsidRDefault="00000000">
      <w:r>
        <w:t>Descobriram que podiam combinar seus poderes de maneiras surpreendentes. Luke podia teleportar Elaine enquanto ela estava em uma forma intangível, permitindo-lhes atravessar barreiras sólidas como se não existissem. Elaine, por sua vez, podia usar sua metamorfose para criar construtos de energia que Luke podia então teleportar para locais estratégicos, como escudos improvisados ou armadilhas.</w:t>
      </w:r>
    </w:p>
    <w:p w14:paraId="42980EFB" w14:textId="77777777" w:rsidR="002355BD" w:rsidRDefault="00000000">
      <w:r>
        <w:br/>
      </w:r>
    </w:p>
    <w:p w14:paraId="5E839437" w14:textId="77777777" w:rsidR="002355BD" w:rsidRDefault="00000000">
      <w:r>
        <w:rPr>
          <w:i/>
        </w:rPr>
        <w:t>É como se estivéssemos aprendendo uma nova linguagem,</w:t>
      </w:r>
      <w:r>
        <w:t xml:space="preserve"> pensou Elaine durante uma dessas sessões, enquanto ela e Luke desviavam de feixes de treinamento disparados por Android, movendo-se em perfeita sincronia sem trocar uma única palavra audível.</w:t>
      </w:r>
    </w:p>
    <w:p w14:paraId="78D9E46F" w14:textId="77777777" w:rsidR="002355BD" w:rsidRDefault="00000000">
      <w:r>
        <w:br/>
      </w:r>
    </w:p>
    <w:p w14:paraId="5A1D6A16" w14:textId="77777777" w:rsidR="002355BD" w:rsidRDefault="00000000">
      <w:r>
        <w:rPr>
          <w:i/>
        </w:rPr>
        <w:t>Uma linguagem que só nós dois entendemos,</w:t>
      </w:r>
      <w:r>
        <w:t xml:space="preserve"> respondeu Luke mentalmente, um sorriso tocando seus lábios enquanto ele a teleportava para trás de Android, permitindo que ela desarmasse o sistema de treinamento com um toque.</w:t>
      </w:r>
    </w:p>
    <w:p w14:paraId="357BC042" w14:textId="77777777" w:rsidR="002355BD" w:rsidRDefault="00000000">
      <w:r>
        <w:br/>
      </w:r>
    </w:p>
    <w:p w14:paraId="678B7DE3" w14:textId="77777777" w:rsidR="002355BD" w:rsidRDefault="00000000">
      <w:r>
        <w:t>Essa nova intimidade, tanto mental quanto física, aprofundou o vínculo entre eles. Passavam a maior parte do tempo juntos, seja treinando, analisando dados com Android, ou simplesmente conversando nos momentos de calma. As noites continuavam a ser um refúgio, onde compartilhavam a mesma cama estreita, encontrando conforto e segurança na presença um do outro. Os beijos se tornaram mais frequentes, mais profundos, carregados com a emoção crescente de um amor que florescia em meio ao perigo e à incerteza.</w:t>
      </w:r>
    </w:p>
    <w:p w14:paraId="6D696C77" w14:textId="77777777" w:rsidR="002355BD" w:rsidRDefault="00000000">
      <w:r>
        <w:br/>
      </w:r>
    </w:p>
    <w:p w14:paraId="00730CDE" w14:textId="77777777" w:rsidR="002355BD" w:rsidRDefault="00000000">
      <w:r>
        <w:t>No entanto, a sombra do futuro – ou melhor, do passado que eles conheciam – ainda pairava sobre eles. Durante uma sessão de análise de dados sobre a atividade dimensional, Caçador de Recompensas (o jovem General Vance) confrontou Luke diretamente.</w:t>
      </w:r>
    </w:p>
    <w:p w14:paraId="58C14909" w14:textId="77777777" w:rsidR="002355BD" w:rsidRDefault="00000000">
      <w:r>
        <w:lastRenderedPageBreak/>
        <w:br/>
      </w:r>
    </w:p>
    <w:p w14:paraId="0A1BB471" w14:textId="77777777" w:rsidR="002355BD" w:rsidRDefault="00000000">
      <w:r>
        <w:t>"Vocês sabem mais do que estão dizendo," afirmou ele, seus olhos penetrantes fixos em Luke. "Sobre Abyzoth, sobre o submundo... e sobre nós."</w:t>
      </w:r>
    </w:p>
    <w:p w14:paraId="63E60DA5" w14:textId="77777777" w:rsidR="002355BD" w:rsidRDefault="00000000">
      <w:r>
        <w:br/>
      </w:r>
    </w:p>
    <w:p w14:paraId="0BA64E6F" w14:textId="77777777" w:rsidR="002355BD" w:rsidRDefault="00000000">
      <w:r>
        <w:t>Luke trocou um olhar com Elaine. Eles haviam concordado em não revelar detalhes específicos sobre o futuro para evitar paradoxos temporais, mas a inteligência e a desconfiança de Caçador eram difíceis de contornar.</w:t>
      </w:r>
    </w:p>
    <w:p w14:paraId="061BA37D" w14:textId="77777777" w:rsidR="002355BD" w:rsidRDefault="00000000">
      <w:r>
        <w:br/>
      </w:r>
    </w:p>
    <w:p w14:paraId="6D5B977F" w14:textId="77777777" w:rsidR="002355BD" w:rsidRDefault="00000000">
      <w:r>
        <w:t>"Temos... conhecimento de eventos futuros," admitiu Luke cuidadosamente. "Mas não podemos compartilhá-los. As consequências poderiam ser desastrosas."</w:t>
      </w:r>
    </w:p>
    <w:p w14:paraId="6DCFDFF7" w14:textId="77777777" w:rsidR="002355BD" w:rsidRDefault="00000000">
      <w:r>
        <w:br/>
      </w:r>
    </w:p>
    <w:p w14:paraId="5ACFF83F" w14:textId="77777777" w:rsidR="002355BD" w:rsidRDefault="00000000">
      <w:r>
        <w:t>"Então como podemos confiar em vocês?" pressionou Caçador. "Como sabemos que não estão nos manipulando para seus próprios fins?"</w:t>
      </w:r>
    </w:p>
    <w:p w14:paraId="777369EA" w14:textId="77777777" w:rsidR="002355BD" w:rsidRDefault="00000000">
      <w:r>
        <w:br/>
      </w:r>
    </w:p>
    <w:p w14:paraId="21B33ED4" w14:textId="77777777" w:rsidR="002355BD" w:rsidRDefault="00000000">
      <w:r>
        <w:t>Antes que Luke pudesse responder, Lion entrou na sala. "Porque eu confio neles, Caçador. E isso deveria ser suficiente por enquanto." Ele se virou para Luke e Elaine. "Mas ele tem um ponto. Precisamos de algo mais. Alguma prova de que estão realmente do nosso lado."</w:t>
      </w:r>
    </w:p>
    <w:p w14:paraId="747E1890" w14:textId="77777777" w:rsidR="002355BD" w:rsidRDefault="00000000">
      <w:r>
        <w:br/>
      </w:r>
    </w:p>
    <w:p w14:paraId="24814C71" w14:textId="77777777" w:rsidR="002355BD" w:rsidRDefault="00000000">
      <w:r>
        <w:t>Foi Elaine quem respondeu, sua voz calma mas firme. "Sabemos que Abyzoth está planejando um ataque em grande escala, muito maior do que o que vimos. Ele está tentando encontrar e corromper pontos de poder na Terra – lugares onde a barreira entre as dimensões é naturalmente fina."</w:t>
      </w:r>
    </w:p>
    <w:p w14:paraId="0F5E55E8" w14:textId="77777777" w:rsidR="002355BD" w:rsidRDefault="00000000">
      <w:r>
        <w:br/>
      </w:r>
    </w:p>
    <w:p w14:paraId="31126A5E" w14:textId="77777777" w:rsidR="002355BD" w:rsidRDefault="00000000">
      <w:r>
        <w:t>"Como o Edifício Meridian," disse Android, juntando-se à conversa. "A Corporação Nexus estava claramente envolvida em algo relacionado a esses pontos de poder."</w:t>
      </w:r>
    </w:p>
    <w:p w14:paraId="2A875DC2" w14:textId="77777777" w:rsidR="002355BD" w:rsidRDefault="00000000">
      <w:r>
        <w:br/>
      </w:r>
    </w:p>
    <w:p w14:paraId="2624AB80" w14:textId="77777777" w:rsidR="002355BD" w:rsidRDefault="00000000">
      <w:r>
        <w:lastRenderedPageBreak/>
        <w:t>"Exatamente," confirmou Luke. "E sabemos de outro local que Abyzoth está mirando. Um lugar que, se cair em suas mãos, poderia dar a ele o poder de rasgar permanentemente o véu entre os mundos."</w:t>
      </w:r>
    </w:p>
    <w:p w14:paraId="67D4270A" w14:textId="77777777" w:rsidR="002355BD" w:rsidRDefault="00000000">
      <w:r>
        <w:br/>
      </w:r>
    </w:p>
    <w:p w14:paraId="50EA86CB" w14:textId="77777777" w:rsidR="002355BD" w:rsidRDefault="00000000">
      <w:r>
        <w:t>"Onde?" perguntou Lion, sua expressão séria.</w:t>
      </w:r>
    </w:p>
    <w:p w14:paraId="5042039E" w14:textId="77777777" w:rsidR="002355BD" w:rsidRDefault="00000000">
      <w:r>
        <w:br/>
      </w:r>
    </w:p>
    <w:p w14:paraId="0F91B77E" w14:textId="77777777" w:rsidR="002355BD" w:rsidRDefault="00000000">
      <w:r>
        <w:t>Luke hesitou, então olhou para Elaine, que assentiu encorajadoramente. "O Templo Esquecido," disse ele. "O mesmo lugar onde, no nosso tempo, deveríamos encontrar a Chave dos Reinos."</w:t>
      </w:r>
    </w:p>
    <w:p w14:paraId="6439103F" w14:textId="77777777" w:rsidR="002355BD" w:rsidRDefault="00000000">
      <w:r>
        <w:br/>
      </w:r>
    </w:p>
    <w:p w14:paraId="7C3138EB" w14:textId="77777777" w:rsidR="002355BD" w:rsidRDefault="00000000">
      <w:r>
        <w:t>Um silêncio caiu sobre a sala enquanto os Primordiais absorviam essa informação. O Templo Esquecido era uma lenda, um lugar de poder ancestral que muitos acreditavam ser apenas um mito.</w:t>
      </w:r>
    </w:p>
    <w:p w14:paraId="07618F21" w14:textId="77777777" w:rsidR="002355BD" w:rsidRDefault="00000000">
      <w:r>
        <w:br/>
      </w:r>
    </w:p>
    <w:p w14:paraId="44BC8CED" w14:textId="77777777" w:rsidR="002355BD" w:rsidRDefault="00000000">
      <w:r>
        <w:t>"Se Abyzoth chegar ao Templo antes de nós..." começou Sang-Suga, sua voz carregada de preocupação.</w:t>
      </w:r>
    </w:p>
    <w:p w14:paraId="107732D2" w14:textId="77777777" w:rsidR="002355BD" w:rsidRDefault="00000000">
      <w:r>
        <w:br/>
      </w:r>
    </w:p>
    <w:p w14:paraId="47E56A25" w14:textId="77777777" w:rsidR="002355BD" w:rsidRDefault="00000000">
      <w:r>
        <w:t>"Ele não vai," disse Luke com convicção. "Porque nós vamos detê-lo. Aqui e agora."</w:t>
      </w:r>
    </w:p>
    <w:p w14:paraId="4725EEB3" w14:textId="77777777" w:rsidR="002355BD" w:rsidRDefault="00000000">
      <w:r>
        <w:br/>
      </w:r>
    </w:p>
    <w:p w14:paraId="15431A07" w14:textId="77777777" w:rsidR="002355BD" w:rsidRDefault="00000000">
      <w:r>
        <w:rPr>
          <w:i/>
        </w:rPr>
        <w:t>Mas como?</w:t>
      </w:r>
      <w:r>
        <w:t xml:space="preserve"> perguntou Elaine mentalmente, sentindo a magnitude da tarefa. </w:t>
      </w:r>
      <w:r>
        <w:rPr>
          <w:i/>
        </w:rPr>
        <w:t>No nosso tempo, precisaríamos da Chave dos Reinos. Ela já existe nesta época?</w:t>
      </w:r>
    </w:p>
    <w:p w14:paraId="4A4A3F95" w14:textId="77777777" w:rsidR="002355BD" w:rsidRDefault="00000000">
      <w:r>
        <w:br/>
      </w:r>
    </w:p>
    <w:p w14:paraId="1D760415" w14:textId="77777777" w:rsidR="002355BD" w:rsidRDefault="00000000">
      <w:r>
        <w:rPr>
          <w:i/>
        </w:rPr>
        <w:t>Não sei,</w:t>
      </w:r>
      <w:r>
        <w:t xml:space="preserve"> respondeu Luke. </w:t>
      </w:r>
      <w:r>
        <w:rPr>
          <w:i/>
        </w:rPr>
        <w:t>Mas os Guardiões disseram que o Templo é onde o eco da Convergência Original é mais forte. Talvez haja outra maneira de usar o poder do Templo contra Abyzoth.</w:t>
      </w:r>
    </w:p>
    <w:p w14:paraId="53876202" w14:textId="77777777" w:rsidR="002355BD" w:rsidRDefault="00000000">
      <w:r>
        <w:lastRenderedPageBreak/>
        <w:br/>
      </w:r>
    </w:p>
    <w:p w14:paraId="0BC7D267" w14:textId="77777777" w:rsidR="002355BD" w:rsidRDefault="00000000">
      <w:r>
        <w:t>"Precisamos de um plano," disse Lion, trazendo-os de volta ao presente. "Android, localize este Templo Esquecido. Enigma, tente sentir qualquer atividade dimensional incomum em sua vizinhança. Temporal, Sang-Suga, preparem-se para o pior. Caçador, reúna todas as informações que temos sobre a Corporação Nexus – eles podem ter pistas sobre como Abyzoth planeja acessar o Templo."</w:t>
      </w:r>
    </w:p>
    <w:p w14:paraId="0BDF6D92" w14:textId="77777777" w:rsidR="002355BD" w:rsidRDefault="00000000">
      <w:r>
        <w:br/>
      </w:r>
    </w:p>
    <w:p w14:paraId="157B3DB4" w14:textId="77777777" w:rsidR="002355BD" w:rsidRDefault="00000000">
      <w:r>
        <w:t>"E vocês dois," continuou Lion, voltando-se para Luke e Elaine, "vão conosco. Seu conhecimento e o poder dessas alianças podem ser nossa única esperança."</w:t>
      </w:r>
    </w:p>
    <w:p w14:paraId="33FAD6B1" w14:textId="77777777" w:rsidR="002355BD" w:rsidRDefault="00000000">
      <w:r>
        <w:br/>
      </w:r>
    </w:p>
    <w:p w14:paraId="390B15E6" w14:textId="77777777" w:rsidR="002355BD" w:rsidRDefault="00000000">
      <w:r>
        <w:t>Nos dias seguintes, a base dos Primordiais se tornou um centro de atividade frenética. Android conseguiu localizar o Templo Esquecido – escondido em uma região montanhosa remota, exatamente como os Guardiões haviam descrito. Enigma relatou sentir uma crescente perturbação dimensional emanando do local, confirmando que Abyzoth já estava em movimento.</w:t>
      </w:r>
    </w:p>
    <w:p w14:paraId="7953EAF9" w14:textId="77777777" w:rsidR="002355BD" w:rsidRDefault="00000000">
      <w:r>
        <w:br/>
      </w:r>
    </w:p>
    <w:p w14:paraId="236A4B2B" w14:textId="77777777" w:rsidR="002355BD" w:rsidRDefault="00000000">
      <w:r>
        <w:t>Luke e Elaine passaram esse tempo aprimorando seu controle sobre as Alianças Gêmeas e compartilhando informações táticas com os Primordiais. A confiança entre as duas equipes cresceu, forjada pela ameaça comum e pelo respeito mútuo.</w:t>
      </w:r>
    </w:p>
    <w:p w14:paraId="3FD27C13" w14:textId="77777777" w:rsidR="002355BD" w:rsidRDefault="00000000">
      <w:r>
        <w:br/>
      </w:r>
    </w:p>
    <w:p w14:paraId="08EEBB60" w14:textId="77777777" w:rsidR="002355BD" w:rsidRDefault="00000000">
      <w:r>
        <w:t>Durante uma noite particularmente tensa, enquanto revisavam os planos para o ataque ao Templo, Elaine se aproximou de Luke, que estava sozinho na sala de observação, olhando para um mapa holográfico da região montanhosa.</w:t>
      </w:r>
    </w:p>
    <w:p w14:paraId="4996F684" w14:textId="77777777" w:rsidR="002355BD" w:rsidRDefault="00000000">
      <w:r>
        <w:br/>
      </w:r>
    </w:p>
    <w:p w14:paraId="3F7BF8F9" w14:textId="77777777" w:rsidR="002355BD" w:rsidRDefault="00000000">
      <w:r>
        <w:t>"Você está preocupado," ela disse suavemente, não como uma pergunta, mas como uma afirmação. Através do vínculo das alianças, ela podia sentir a ansiedade que emanava dele.</w:t>
      </w:r>
    </w:p>
    <w:p w14:paraId="120B4C31" w14:textId="77777777" w:rsidR="002355BD" w:rsidRDefault="00000000">
      <w:r>
        <w:br/>
      </w:r>
    </w:p>
    <w:p w14:paraId="56769E36" w14:textId="77777777" w:rsidR="002355BD" w:rsidRDefault="00000000">
      <w:r>
        <w:lastRenderedPageBreak/>
        <w:t>Luke suspirou, passando a mão pelo cabelo. "É muita responsabilidade, Elaine. O destino de dois tempos diferentes parece repousar sobre nossos ombros."</w:t>
      </w:r>
    </w:p>
    <w:p w14:paraId="1FA0501E" w14:textId="77777777" w:rsidR="002355BD" w:rsidRDefault="00000000">
      <w:r>
        <w:br/>
      </w:r>
    </w:p>
    <w:p w14:paraId="642E41D9" w14:textId="77777777" w:rsidR="002355BD" w:rsidRDefault="00000000">
      <w:r>
        <w:t>Ela pegou a mão dele, entrelaçando seus dedos. As alianças brilharam suavemente em contato. "Não estamos sozinhos nisso, Luke. Temos um ao outro. E temos os Primordiais."</w:t>
      </w:r>
    </w:p>
    <w:p w14:paraId="5DA10F73" w14:textId="77777777" w:rsidR="002355BD" w:rsidRDefault="00000000">
      <w:r>
        <w:br/>
      </w:r>
    </w:p>
    <w:p w14:paraId="06DAA505" w14:textId="77777777" w:rsidR="002355BD" w:rsidRDefault="00000000">
      <w:r>
        <w:t>Ele apertou sua mão, grato por sua força e otimismo. "Eu sei. Mas e se... e se não for suficiente? E se mudarmos algo para pior?"</w:t>
      </w:r>
    </w:p>
    <w:p w14:paraId="0CF9560F" w14:textId="77777777" w:rsidR="002355BD" w:rsidRDefault="00000000">
      <w:r>
        <w:br/>
      </w:r>
    </w:p>
    <w:p w14:paraId="54673B7D" w14:textId="77777777" w:rsidR="002355BD" w:rsidRDefault="00000000">
      <w:r>
        <w:t>Elaine se aproximou, seus olhos encontrando os dele. "Então lidaremos com isso juntos. Como sempre fazemos." Ela sorriu, um sorriso que alcançou seus olhos e aqueceu o coração de Luke. "Além disso, você esqueceu? Somos os viajantes do tempo com anéis mágicos. Isso tem que contar para alguma coisa."</w:t>
      </w:r>
    </w:p>
    <w:p w14:paraId="1762138A" w14:textId="77777777" w:rsidR="002355BD" w:rsidRDefault="00000000">
      <w:r>
        <w:br/>
      </w:r>
    </w:p>
    <w:p w14:paraId="2894428B" w14:textId="77777777" w:rsidR="002355BD" w:rsidRDefault="00000000">
      <w:r>
        <w:t>Luke riu, a tensão em seus ombros diminuindo um pouco. "Você sempre sabe o que dizer, não é?"</w:t>
      </w:r>
    </w:p>
    <w:p w14:paraId="5AC984D1" w14:textId="77777777" w:rsidR="002355BD" w:rsidRDefault="00000000">
      <w:r>
        <w:br/>
      </w:r>
    </w:p>
    <w:p w14:paraId="7FF93A36" w14:textId="77777777" w:rsidR="002355BD" w:rsidRDefault="00000000">
      <w:r>
        <w:t>"É um dos meus muitos talentos," brincou ela, inclinando-se para beijá-lo. O beijo foi longo e profundo, uma promessa silenciosa de apoio e amor, não importava o que o futuro – ou o passado – reservasse.</w:t>
      </w:r>
    </w:p>
    <w:p w14:paraId="173B263A" w14:textId="77777777" w:rsidR="002355BD" w:rsidRDefault="00000000">
      <w:r>
        <w:br/>
      </w:r>
    </w:p>
    <w:p w14:paraId="5336353E" w14:textId="77777777" w:rsidR="002355BD" w:rsidRDefault="00000000">
      <w:r>
        <w:rPr>
          <w:i/>
        </w:rPr>
        <w:t>Estou com medo,</w:t>
      </w:r>
      <w:r>
        <w:t xml:space="preserve"> admitiu Luke mentalmente, mesmo enquanto seus lábios ainda estavam nos dela.</w:t>
      </w:r>
    </w:p>
    <w:p w14:paraId="61A571E0" w14:textId="77777777" w:rsidR="002355BD" w:rsidRDefault="00000000">
      <w:r>
        <w:br/>
      </w:r>
    </w:p>
    <w:p w14:paraId="230E7CDD" w14:textId="77777777" w:rsidR="002355BD" w:rsidRDefault="00000000">
      <w:r>
        <w:rPr>
          <w:i/>
        </w:rPr>
        <w:t>Eu também,</w:t>
      </w:r>
      <w:r>
        <w:t xml:space="preserve"> respondeu ela. </w:t>
      </w:r>
      <w:r>
        <w:rPr>
          <w:i/>
        </w:rPr>
        <w:t>Mas estou mais com medo de enfrentar isso sem você.</w:t>
      </w:r>
    </w:p>
    <w:p w14:paraId="7DD8DFA1" w14:textId="77777777" w:rsidR="002355BD" w:rsidRDefault="00000000">
      <w:r>
        <w:lastRenderedPageBreak/>
        <w:br/>
      </w:r>
    </w:p>
    <w:p w14:paraId="04083048" w14:textId="77777777" w:rsidR="002355BD" w:rsidRDefault="00000000">
      <w:r>
        <w:t>Essa confissão mútua, transmitida através do vínculo das alianças, solidificou algo entre eles. Não era mais apenas uma atração ou uma parceria forjada pela necessidade. Era algo mais profundo, mais real – um amor que havia encontrado raízes no solo improvável da viagem no tempo e do perigo dimensional.</w:t>
      </w:r>
    </w:p>
    <w:p w14:paraId="4930F952" w14:textId="77777777" w:rsidR="002355BD" w:rsidRDefault="00000000">
      <w:r>
        <w:br/>
      </w:r>
    </w:p>
    <w:p w14:paraId="76D99D58" w14:textId="77777777" w:rsidR="002355BD" w:rsidRDefault="00000000">
      <w:r>
        <w:t>No dia seguinte, partiram para o Templo Esquecido. A jornada foi tensa, cada membro da equipe ciente da importância da missão. Luke e Elaine voaram com Lion e Temporal em um veículo aéreo furtivo, enquanto o restante da equipe seguia por terra.</w:t>
      </w:r>
    </w:p>
    <w:p w14:paraId="15764204" w14:textId="77777777" w:rsidR="002355BD" w:rsidRDefault="00000000">
      <w:r>
        <w:br/>
      </w:r>
    </w:p>
    <w:p w14:paraId="74CF4F78" w14:textId="77777777" w:rsidR="002355BD" w:rsidRDefault="00000000">
      <w:r>
        <w:t>Ao se aproximarem da região montanhosa, Enigma confirmou suas suspeitas – uma enorme concentração de energia dimensional estava reunida ao redor do Templo. E guardando a entrada, havia um exército de criaturas do submundo, lideradas por uma figura que fez o sangue de Luke gelar.</w:t>
      </w:r>
    </w:p>
    <w:p w14:paraId="50289B64" w14:textId="77777777" w:rsidR="002355BD" w:rsidRDefault="00000000">
      <w:r>
        <w:br/>
      </w:r>
    </w:p>
    <w:p w14:paraId="40DE1B47" w14:textId="77777777" w:rsidR="002355BD" w:rsidRDefault="00000000">
      <w:r>
        <w:t>Rox. O mesmo general de Abyzoth que eles haviam enfrentado em seu próprio tempo, o responsável por enviá-los para o submundo. Mas este era um Rox mais jovem, talvez menos poderoso, mas igualmente cruel.</w:t>
      </w:r>
    </w:p>
    <w:p w14:paraId="23C9455E" w14:textId="77777777" w:rsidR="002355BD" w:rsidRDefault="00000000">
      <w:r>
        <w:br/>
      </w:r>
    </w:p>
    <w:p w14:paraId="7B76E111" w14:textId="77777777" w:rsidR="002355BD" w:rsidRDefault="00000000">
      <w:r>
        <w:rPr>
          <w:i/>
        </w:rPr>
        <w:t>Ele não deveria estar aqui,</w:t>
      </w:r>
      <w:r>
        <w:t xml:space="preserve"> pensou Luke, sua mente acelerada. </w:t>
      </w:r>
      <w:r>
        <w:rPr>
          <w:i/>
        </w:rPr>
        <w:t>Sua presença nesta época... isso é uma grande alteração na linha do tempo.</w:t>
      </w:r>
    </w:p>
    <w:p w14:paraId="1AA532AD" w14:textId="77777777" w:rsidR="002355BD" w:rsidRDefault="00000000">
      <w:r>
        <w:br/>
      </w:r>
    </w:p>
    <w:p w14:paraId="4E95E718" w14:textId="77777777" w:rsidR="002355BD" w:rsidRDefault="00000000">
      <w:r>
        <w:rPr>
          <w:i/>
        </w:rPr>
        <w:t>Ou talvez,</w:t>
      </w:r>
      <w:r>
        <w:t xml:space="preserve"> sugeriu Elaine, sua voz mental calma e focada apesar do perigo, </w:t>
      </w:r>
      <w:r>
        <w:rPr>
          <w:i/>
        </w:rPr>
        <w:t>ele sempre esteve aqui. Talvez esta seja a primeira vez que ele tentou corromper o Templo, e os Primordiais o detiveram. Uma batalha que nunca foi registrada na história que conhecemos.</w:t>
      </w:r>
    </w:p>
    <w:p w14:paraId="67CF7229" w14:textId="77777777" w:rsidR="002355BD" w:rsidRDefault="00000000">
      <w:r>
        <w:br/>
      </w:r>
    </w:p>
    <w:p w14:paraId="1C5B850F" w14:textId="77777777" w:rsidR="002355BD" w:rsidRDefault="00000000">
      <w:r>
        <w:t>Luke considerou essa possibilidade. Fazia sentido. E explicaria por que eles haviam sido enviados para este momento específico.</w:t>
      </w:r>
    </w:p>
    <w:p w14:paraId="7E0C5514" w14:textId="77777777" w:rsidR="002355BD" w:rsidRDefault="00000000">
      <w:r>
        <w:lastRenderedPageBreak/>
        <w:br/>
      </w:r>
    </w:p>
    <w:p w14:paraId="3A28EF28" w14:textId="77777777" w:rsidR="002355BD" w:rsidRDefault="00000000">
      <w:r>
        <w:t>"Preparem-se para o combate!" ordenou Lion pelo comunicador, enquanto o veículo aéreo começava sua descida em direção ao Templo. "Lembrem-se do plano. Precisamos chegar ao coração do Templo antes que Rox consiga ativar o que quer que ele esteja planejando."</w:t>
      </w:r>
    </w:p>
    <w:p w14:paraId="4F6B93FE" w14:textId="77777777" w:rsidR="002355BD" w:rsidRDefault="00000000">
      <w:r>
        <w:br/>
      </w:r>
    </w:p>
    <w:p w14:paraId="6D195588" w14:textId="77777777" w:rsidR="002355BD" w:rsidRDefault="00000000">
      <w:r>
        <w:t xml:space="preserve">Luke olhou para Elaine, suas mãos se unindo, as Alianças Gêmeas brilhando com poder antecipado. </w:t>
      </w:r>
      <w:r>
        <w:rPr>
          <w:i/>
        </w:rPr>
        <w:t>Juntos?</w:t>
      </w:r>
      <w:r>
        <w:t xml:space="preserve"> perguntou ele.</w:t>
      </w:r>
    </w:p>
    <w:p w14:paraId="7FF32F93" w14:textId="77777777" w:rsidR="002355BD" w:rsidRDefault="00000000">
      <w:r>
        <w:br/>
      </w:r>
    </w:p>
    <w:p w14:paraId="2F750D45" w14:textId="77777777" w:rsidR="002355BD" w:rsidRDefault="00000000">
      <w:r>
        <w:t xml:space="preserve">Ela sorriu, um sorriso feroz e determinado que espelhava o dele. </w:t>
      </w:r>
      <w:r>
        <w:rPr>
          <w:i/>
        </w:rPr>
        <w:t>Sempre.</w:t>
      </w:r>
    </w:p>
    <w:p w14:paraId="388AD513" w14:textId="77777777" w:rsidR="002355BD" w:rsidRDefault="00000000">
      <w:r>
        <w:br/>
      </w:r>
    </w:p>
    <w:p w14:paraId="411D1EE8" w14:textId="77777777" w:rsidR="002355BD" w:rsidRDefault="00000000">
      <w:r>
        <w:t>E enquanto saltavam do veículo em direção à batalha que se desenrolava abaixo, sabiam que, não importava o resultado, enfrentariam o que viesse como um só, unidos por laços de luz em meio às sombras do passado.Os dias que se seguiram à batalha contra o Colosso foram uma mistura de reconstrução, planejamento e descoberta para Luke e Elaine. A cidade de 1995, abalada pelo ataque dimensional, começava lentamente a se recuperar, com os Primordiais liderando os esforços de resgate e contenção. Enquanto isso, na base subterrânea, Luke e Elaine trabalhavam com a equipe original para entender melhor a ameaça de Abyzoth e, crucialmente, para explorar o poder recém-descoberto das Alianças Gêmeas.</w:t>
      </w:r>
    </w:p>
    <w:p w14:paraId="15377E6E" w14:textId="77777777" w:rsidR="002355BD" w:rsidRDefault="00000000">
      <w:r>
        <w:br/>
      </w:r>
    </w:p>
    <w:p w14:paraId="0CF9F4C4" w14:textId="77777777" w:rsidR="002355BD" w:rsidRDefault="00000000">
      <w:r>
        <w:t>As alianças eram mais do que simples amplificadores de poder. Elas criavam uma sinergia entre os dois, permitindo-lhes não apenas comunicar pensamentos e emoções, mas também antecipar as ações um do outro, quase como se fossem uma única entidade em dois corpos. Em sessões de treinamento supervisionadas por Lion e Android, eles começaram a testar os limites dessa nova conexão.</w:t>
      </w:r>
    </w:p>
    <w:p w14:paraId="6C2FBC85" w14:textId="77777777" w:rsidR="002355BD" w:rsidRDefault="00000000">
      <w:r>
        <w:br/>
      </w:r>
    </w:p>
    <w:p w14:paraId="7E6038CB" w14:textId="77777777" w:rsidR="002355BD" w:rsidRDefault="00000000">
      <w:r>
        <w:t xml:space="preserve">Descobriram que podiam combinar seus poderes de maneiras surpreendentes. Luke podia teleportar Elaine enquanto ela estava em uma forma intangível, permitindo-lhes atravessar barreiras sólidas como se não existissem. Elaine, por sua vez, podia usar sua metamorfose </w:t>
      </w:r>
      <w:r>
        <w:lastRenderedPageBreak/>
        <w:t>para criar construtos de energia que Luke podia então teleportar para locais estratégicos, como escudos improvisados ou armadilhas.</w:t>
      </w:r>
    </w:p>
    <w:p w14:paraId="4C6FB4F6" w14:textId="77777777" w:rsidR="002355BD" w:rsidRDefault="00000000">
      <w:r>
        <w:br/>
      </w:r>
    </w:p>
    <w:p w14:paraId="747E2CE3" w14:textId="77777777" w:rsidR="002355BD" w:rsidRDefault="00000000">
      <w:r>
        <w:rPr>
          <w:i/>
        </w:rPr>
        <w:t>*É como se estivéssemos aprendendo uma nova linguagem,*</w:t>
      </w:r>
      <w:r>
        <w:t xml:space="preserve"> pensou Elaine durante uma dessas sessões, enquanto ela e Luke desviavam de feixes de treinamento disparados por Android, movendo-se em perfeita sincronia sem trocar uma única palavra audível.</w:t>
      </w:r>
    </w:p>
    <w:p w14:paraId="278CF368" w14:textId="77777777" w:rsidR="002355BD" w:rsidRDefault="00000000">
      <w:r>
        <w:br/>
      </w:r>
    </w:p>
    <w:p w14:paraId="6562A8D5" w14:textId="77777777" w:rsidR="002355BD" w:rsidRDefault="00000000">
      <w:r>
        <w:rPr>
          <w:i/>
        </w:rPr>
        <w:t>*Uma linguagem que só nós dois entendemos,*</w:t>
      </w:r>
      <w:r>
        <w:t xml:space="preserve"> respondeu Luke mentalmente, um sorriso tocando seus lábios enquanto ele a teleportava para trás de Android, permitindo que ela desarmasse o sistema de treinamento com um toque.</w:t>
      </w:r>
    </w:p>
    <w:p w14:paraId="14F3DB3C" w14:textId="77777777" w:rsidR="002355BD" w:rsidRDefault="00000000">
      <w:r>
        <w:br/>
      </w:r>
    </w:p>
    <w:p w14:paraId="6A2E36D4" w14:textId="77777777" w:rsidR="002355BD" w:rsidRDefault="00000000">
      <w:r>
        <w:t>Essa nova intimidade, tanto mental quanto física, aprofundou o vínculo entre eles. Passavam a maior parte do tempo juntos, seja treinando, analisando dados com Android, ou simplesmente conversando nos momentos de calma. As noites continuavam a ser um refúgio, onde compartilhavam a mesma cama estreita, encontrando conforto e segurança na presença um do outro. Os beijos se tornaram mais frequentes, mais profundos, carregados com a emoção crescente de um amor que florescia em meio ao perigo e à incerteza.</w:t>
      </w:r>
    </w:p>
    <w:p w14:paraId="09FA5F66" w14:textId="77777777" w:rsidR="002355BD" w:rsidRDefault="00000000">
      <w:r>
        <w:br/>
      </w:r>
    </w:p>
    <w:p w14:paraId="652A939C" w14:textId="77777777" w:rsidR="002355BD" w:rsidRDefault="00000000">
      <w:r>
        <w:t>No entanto, a sombra do futuro – ou melhor, do passado que eles conheciam – ainda pairava sobre eles. Durante uma sessão de análise de dados sobre a atividade dimensional, Caçador de Recompensas (o jovem General Vance) confrontou Luke diretamente.</w:t>
      </w:r>
    </w:p>
    <w:p w14:paraId="2D6DB36C" w14:textId="77777777" w:rsidR="002355BD" w:rsidRDefault="00000000">
      <w:r>
        <w:br/>
      </w:r>
    </w:p>
    <w:p w14:paraId="6488F15A" w14:textId="77777777" w:rsidR="002355BD" w:rsidRDefault="00000000">
      <w:r>
        <w:t>"Vocês sabem mais do que estão dizendo," afirmou ele, seus olhos penetrantes fixos em Luke. "Sobre Abyzoth, sobre o submundo... e sobre nós."</w:t>
      </w:r>
    </w:p>
    <w:p w14:paraId="749FEF98" w14:textId="77777777" w:rsidR="002355BD" w:rsidRDefault="00000000">
      <w:r>
        <w:br/>
      </w:r>
    </w:p>
    <w:p w14:paraId="36B79B9F" w14:textId="77777777" w:rsidR="002355BD" w:rsidRDefault="00000000">
      <w:r>
        <w:t>Luke trocou um olhar com Elaine. Eles haviam concordado em não revelar detalhes específicos sobre o futuro para evitar paradoxos temporais, mas a inteligência e a desconfiança de Caçador eram difíceis de contornar.</w:t>
      </w:r>
    </w:p>
    <w:p w14:paraId="3CD9F0EA" w14:textId="77777777" w:rsidR="002355BD" w:rsidRDefault="00000000">
      <w:r>
        <w:lastRenderedPageBreak/>
        <w:br/>
      </w:r>
    </w:p>
    <w:p w14:paraId="0FFC05CC" w14:textId="77777777" w:rsidR="002355BD" w:rsidRDefault="00000000">
      <w:r>
        <w:t>"Temos... conhecimento de eventos futuros," admitiu Luke cuidadosamente. "Mas não podemos compartilhá-los. As consequências poderiam ser desastrosas."</w:t>
      </w:r>
    </w:p>
    <w:p w14:paraId="52770CD8" w14:textId="77777777" w:rsidR="002355BD" w:rsidRDefault="00000000">
      <w:r>
        <w:br/>
      </w:r>
    </w:p>
    <w:p w14:paraId="3C349AFA" w14:textId="77777777" w:rsidR="002355BD" w:rsidRDefault="00000000">
      <w:r>
        <w:t>"Então como podemos confiar em vocês?" pressionou Caçador. "Como sabemos que não estão nos manipulando para seus próprios fins?"</w:t>
      </w:r>
    </w:p>
    <w:p w14:paraId="492A40DC" w14:textId="77777777" w:rsidR="002355BD" w:rsidRDefault="00000000">
      <w:r>
        <w:br/>
      </w:r>
    </w:p>
    <w:p w14:paraId="7507222B" w14:textId="77777777" w:rsidR="002355BD" w:rsidRDefault="00000000">
      <w:r>
        <w:t>Antes que Luke pudesse responder, Lion entrou na sala. "Porque eu confio neles, Caçador. E isso deveria ser suficiente por enquanto." Ele se virou para Luke e Elaine. "Mas ele tem um ponto. Precisamos de algo mais. Alguma prova de que estão realmente do nosso lado."</w:t>
      </w:r>
    </w:p>
    <w:p w14:paraId="2DB6BB31" w14:textId="77777777" w:rsidR="002355BD" w:rsidRDefault="00000000">
      <w:r>
        <w:br/>
      </w:r>
    </w:p>
    <w:p w14:paraId="56380C1C" w14:textId="77777777" w:rsidR="002355BD" w:rsidRDefault="00000000">
      <w:r>
        <w:t>Foi Elaine quem respondeu, sua voz calma mas firme. "Sabemos que Abyzoth está planejando um ataque em grande escala, muito maior do que o que vimos. Ele está tentando encontrar e corromper pontos de poder na Terra – lugares onde a barreira entre as dimensões é naturalmente fina."</w:t>
      </w:r>
    </w:p>
    <w:p w14:paraId="3F3568B0" w14:textId="77777777" w:rsidR="002355BD" w:rsidRDefault="00000000">
      <w:r>
        <w:br/>
      </w:r>
    </w:p>
    <w:p w14:paraId="7EFDEB98" w14:textId="77777777" w:rsidR="002355BD" w:rsidRDefault="00000000">
      <w:r>
        <w:t>"Como o Edifício Meridian," disse Android, juntando-se à conversa. "A Corporação Nexus estava claramente envolvida em algo relacionado a esses pontos de poder."</w:t>
      </w:r>
    </w:p>
    <w:p w14:paraId="6E44273E" w14:textId="77777777" w:rsidR="002355BD" w:rsidRDefault="00000000">
      <w:r>
        <w:br/>
      </w:r>
    </w:p>
    <w:p w14:paraId="47A26DA2" w14:textId="77777777" w:rsidR="002355BD" w:rsidRDefault="00000000">
      <w:r>
        <w:t>"Exatamente," confirmou Luke. "E sabemos de outro local que Abyzoth está mirando. Um lugar que, se cair em suas mãos, poderia dar a ele o poder de rasgar permanentemente o véu entre os mundos."</w:t>
      </w:r>
    </w:p>
    <w:p w14:paraId="3D54C049" w14:textId="77777777" w:rsidR="002355BD" w:rsidRDefault="00000000">
      <w:r>
        <w:br/>
      </w:r>
    </w:p>
    <w:p w14:paraId="77618197" w14:textId="77777777" w:rsidR="002355BD" w:rsidRDefault="00000000">
      <w:r>
        <w:t>"Onde?" perguntou Lion, sua expressão séria.</w:t>
      </w:r>
    </w:p>
    <w:p w14:paraId="72B56C39" w14:textId="77777777" w:rsidR="002355BD" w:rsidRDefault="00000000">
      <w:r>
        <w:br/>
      </w:r>
    </w:p>
    <w:p w14:paraId="3505B5FA" w14:textId="77777777" w:rsidR="002355BD" w:rsidRDefault="00000000">
      <w:r>
        <w:lastRenderedPageBreak/>
        <w:t>Luke hesitou, então olhou para Elaine, que assentiu encorajadoramente. "O Templo Esquecido," disse ele. "O mesmo lugar onde, no nosso tempo, deveríamos encontrar a Chave dos Reinos."</w:t>
      </w:r>
    </w:p>
    <w:p w14:paraId="3723079F" w14:textId="77777777" w:rsidR="002355BD" w:rsidRDefault="00000000">
      <w:r>
        <w:br/>
      </w:r>
    </w:p>
    <w:p w14:paraId="55E82365" w14:textId="77777777" w:rsidR="002355BD" w:rsidRDefault="00000000">
      <w:r>
        <w:t>Um silêncio caiu sobre a sala enquanto os Primordiais absorviam essa informação. O Templo Esquecido era uma lenda, um lugar de poder ancestral que muitos acreditavam ser apenas um mito.</w:t>
      </w:r>
    </w:p>
    <w:p w14:paraId="45A2C237" w14:textId="77777777" w:rsidR="002355BD" w:rsidRDefault="00000000">
      <w:r>
        <w:br/>
      </w:r>
    </w:p>
    <w:p w14:paraId="1001A0BC" w14:textId="77777777" w:rsidR="002355BD" w:rsidRDefault="00000000">
      <w:r>
        <w:t>"Se Abyzoth chegar ao Templo antes de nós..." começou Sang-Suga, sua voz carregada de preocupação.</w:t>
      </w:r>
    </w:p>
    <w:p w14:paraId="297FFD3A" w14:textId="77777777" w:rsidR="002355BD" w:rsidRDefault="00000000">
      <w:r>
        <w:br/>
      </w:r>
    </w:p>
    <w:p w14:paraId="2E226500" w14:textId="77777777" w:rsidR="002355BD" w:rsidRDefault="00000000">
      <w:r>
        <w:t>"Ele não vai," disse Luke com convicção. "Porque nós vamos detê-lo. Aqui e agora."</w:t>
      </w:r>
    </w:p>
    <w:p w14:paraId="78897D0D" w14:textId="77777777" w:rsidR="002355BD" w:rsidRDefault="00000000">
      <w:r>
        <w:br/>
      </w:r>
    </w:p>
    <w:p w14:paraId="4D8F4393" w14:textId="77777777" w:rsidR="002355BD" w:rsidRDefault="00000000">
      <w:r>
        <w:rPr>
          <w:i/>
        </w:rPr>
        <w:t>*Mas como?*</w:t>
      </w:r>
      <w:r>
        <w:t xml:space="preserve"> perguntou Elaine mentalmente, sentindo a magnitude da tarefa. </w:t>
      </w:r>
      <w:r>
        <w:rPr>
          <w:i/>
        </w:rPr>
        <w:t>*No nosso tempo, precisaríamos da Chave dos Reinos. Ela já existe nesta época?*</w:t>
      </w:r>
    </w:p>
    <w:p w14:paraId="0C202EF4" w14:textId="77777777" w:rsidR="002355BD" w:rsidRDefault="00000000">
      <w:r>
        <w:br/>
      </w:r>
    </w:p>
    <w:p w14:paraId="49B6043B" w14:textId="77777777" w:rsidR="002355BD" w:rsidRDefault="00000000">
      <w:r>
        <w:rPr>
          <w:i/>
        </w:rPr>
        <w:t>*Não sei,*</w:t>
      </w:r>
      <w:r>
        <w:t xml:space="preserve"> respondeu Luke. </w:t>
      </w:r>
      <w:r>
        <w:rPr>
          <w:i/>
        </w:rPr>
        <w:t>*Mas os Guardiões disseram que o Templo é onde o eco da Convergência Original é mais forte. Talvez haja outra maneira de usar o poder do Templo contra Abyzoth.*</w:t>
      </w:r>
    </w:p>
    <w:p w14:paraId="66CD311C" w14:textId="77777777" w:rsidR="002355BD" w:rsidRDefault="00000000">
      <w:r>
        <w:br/>
      </w:r>
    </w:p>
    <w:p w14:paraId="68E1EBAA" w14:textId="77777777" w:rsidR="002355BD" w:rsidRDefault="00000000">
      <w:r>
        <w:t>"Precisamos de um plano," disse Lion, trazendo-os de volta ao presente. "Android, localize este Templo Esquecido. Enigma, tente sentir qualquer atividade dimensional incomum em sua vizinhança. Temporal, Sang-Suga, preparem-se para o pior. Caçador, reúna todas as informações que temos sobre a Corporação Nexus – eles podem ter pistas sobre como Abyzoth planeja acessar o Templo."</w:t>
      </w:r>
    </w:p>
    <w:p w14:paraId="3E1AD98F" w14:textId="77777777" w:rsidR="002355BD" w:rsidRDefault="00000000">
      <w:r>
        <w:br/>
      </w:r>
    </w:p>
    <w:p w14:paraId="27192602" w14:textId="77777777" w:rsidR="002355BD" w:rsidRDefault="00000000">
      <w:r>
        <w:lastRenderedPageBreak/>
        <w:t>"E vocês dois," continuou Lion, voltando-se para Luke e Elaine, "vão conosco. Seu conhecimento e o poder dessas alianças podem ser nossa única esperança."</w:t>
      </w:r>
    </w:p>
    <w:p w14:paraId="0AD3D327" w14:textId="77777777" w:rsidR="002355BD" w:rsidRDefault="00000000">
      <w:r>
        <w:br/>
      </w:r>
    </w:p>
    <w:p w14:paraId="7B582A06" w14:textId="77777777" w:rsidR="002355BD" w:rsidRDefault="00000000">
      <w:r>
        <w:t>Nos dias seguintes, a base dos Primordiais se tornou um centro de atividade frenética. Android conseguiu localizar o Templo Esquecido – escondido em uma região montanhosa remota, exatamente como os Guardiões haviam descrito. Enigma relatou sentir uma crescente perturbação dimensional emanando do local, confirmando que Abyzoth já estava em movimento.</w:t>
      </w:r>
    </w:p>
    <w:p w14:paraId="0051247D" w14:textId="77777777" w:rsidR="002355BD" w:rsidRDefault="00000000">
      <w:r>
        <w:br/>
      </w:r>
    </w:p>
    <w:p w14:paraId="43F19013" w14:textId="77777777" w:rsidR="002355BD" w:rsidRDefault="00000000">
      <w:r>
        <w:t>Luke e Elaine passaram esse tempo aprimorando seu controle sobre as Alianças Gêmeas e compartilhando informações táticas com os Primordiais. A confiança entre as duas equipes cresceu, forjada pela ameaça comum e pelo respeito mútuo.</w:t>
      </w:r>
    </w:p>
    <w:p w14:paraId="2530F961" w14:textId="77777777" w:rsidR="002355BD" w:rsidRDefault="00000000">
      <w:r>
        <w:br/>
      </w:r>
    </w:p>
    <w:p w14:paraId="62DBC33F" w14:textId="77777777" w:rsidR="002355BD" w:rsidRDefault="00000000">
      <w:r>
        <w:t>Durante uma noite particularmente tensa, enquanto revisavam os planos para o ataque ao Templo, Elaine se aproximou de Luke, que estava sozinho na sala de observação, olhando para um mapa holográfico da região montanhosa.</w:t>
      </w:r>
    </w:p>
    <w:p w14:paraId="23DE2CE4" w14:textId="77777777" w:rsidR="002355BD" w:rsidRDefault="00000000">
      <w:r>
        <w:br/>
      </w:r>
    </w:p>
    <w:p w14:paraId="1D6CFAFA" w14:textId="77777777" w:rsidR="002355BD" w:rsidRDefault="00000000">
      <w:r>
        <w:t>"Você está preocupado," ela disse suavemente, não como uma pergunta, mas como uma afirmação. Através do vínculo das alianças, ela podia sentir a ansiedade que emanava dele.</w:t>
      </w:r>
    </w:p>
    <w:p w14:paraId="78E4FB9E" w14:textId="77777777" w:rsidR="002355BD" w:rsidRDefault="00000000">
      <w:r>
        <w:br/>
      </w:r>
    </w:p>
    <w:p w14:paraId="0395E273" w14:textId="77777777" w:rsidR="002355BD" w:rsidRDefault="00000000">
      <w:r>
        <w:t>Luke suspirou, passando a mão pelo cabelo. "É muita responsabilidade, Elaine. O destino de dois tempos diferentes parece repousar sobre nossos ombros."</w:t>
      </w:r>
    </w:p>
    <w:p w14:paraId="281D079B" w14:textId="77777777" w:rsidR="002355BD" w:rsidRDefault="00000000">
      <w:r>
        <w:br/>
      </w:r>
    </w:p>
    <w:p w14:paraId="7CB99720" w14:textId="77777777" w:rsidR="002355BD" w:rsidRDefault="00000000">
      <w:r>
        <w:t>Ela pegou a mão dele, entrelaçando seus dedos. As alianças brilharam suavemente em contato. "Não estamos sozinhos nisso, Luke. Temos um ao outro. E temos os Primordiais."</w:t>
      </w:r>
    </w:p>
    <w:p w14:paraId="76E7B450" w14:textId="77777777" w:rsidR="002355BD" w:rsidRDefault="00000000">
      <w:r>
        <w:br/>
      </w:r>
    </w:p>
    <w:p w14:paraId="31FD4D7C" w14:textId="77777777" w:rsidR="002355BD" w:rsidRDefault="00000000">
      <w:r>
        <w:lastRenderedPageBreak/>
        <w:t>Ele apertou sua mão, grato por sua força e otimismo. "Eu sei. Mas e se... e se não for suficiente? E se mudarmos algo para pior?"</w:t>
      </w:r>
    </w:p>
    <w:p w14:paraId="5D926197" w14:textId="77777777" w:rsidR="002355BD" w:rsidRDefault="00000000">
      <w:r>
        <w:br/>
      </w:r>
    </w:p>
    <w:p w14:paraId="53B6CC00" w14:textId="77777777" w:rsidR="002355BD" w:rsidRDefault="00000000">
      <w:r>
        <w:t>Elaine se aproximou, seus olhos encontrando os dele. "Então lidaremos com isso juntos. Como sempre fazemos." Ela sorriu, um sorriso que alcançou seus olhos e aqueceu o coração de Luke. "Além disso, você esqueceu? Somos os viajantes do tempo com anéis mágicos. Isso tem que contar para alguma coisa."</w:t>
      </w:r>
    </w:p>
    <w:p w14:paraId="26BCF64A" w14:textId="77777777" w:rsidR="002355BD" w:rsidRDefault="00000000">
      <w:r>
        <w:br/>
      </w:r>
    </w:p>
    <w:p w14:paraId="3A414A01" w14:textId="77777777" w:rsidR="002355BD" w:rsidRDefault="00000000">
      <w:r>
        <w:t>Luke riu, a tensão em seus ombros diminuindo um pouco. "Você sempre sabe o que dizer, não é?"</w:t>
      </w:r>
    </w:p>
    <w:p w14:paraId="75C0C906" w14:textId="77777777" w:rsidR="002355BD" w:rsidRDefault="00000000">
      <w:r>
        <w:br/>
      </w:r>
    </w:p>
    <w:p w14:paraId="7FECE203" w14:textId="77777777" w:rsidR="002355BD" w:rsidRDefault="00000000">
      <w:r>
        <w:t>"É um dos meus muitos talentos," brincou ela, inclinando-se para beijá-lo. O beijo foi longo e profundo, uma promessa silenciosa de apoio e amor, não importava o que o futuro – ou o passado – reservasse.</w:t>
      </w:r>
    </w:p>
    <w:p w14:paraId="3DA79097" w14:textId="77777777" w:rsidR="002355BD" w:rsidRDefault="00000000">
      <w:r>
        <w:br/>
      </w:r>
    </w:p>
    <w:p w14:paraId="6062C24D" w14:textId="77777777" w:rsidR="002355BD" w:rsidRDefault="00000000">
      <w:r>
        <w:rPr>
          <w:i/>
        </w:rPr>
        <w:t>*Estou com medo,*</w:t>
      </w:r>
      <w:r>
        <w:t xml:space="preserve"> admitiu Luke mentalmente, mesmo enquanto seus lábios ainda estavam nos dela.</w:t>
      </w:r>
    </w:p>
    <w:p w14:paraId="47C4EED2" w14:textId="77777777" w:rsidR="002355BD" w:rsidRDefault="00000000">
      <w:r>
        <w:br/>
      </w:r>
    </w:p>
    <w:p w14:paraId="690AC8E0" w14:textId="77777777" w:rsidR="002355BD" w:rsidRDefault="00000000">
      <w:r>
        <w:rPr>
          <w:i/>
        </w:rPr>
        <w:t>*Eu também,*</w:t>
      </w:r>
      <w:r>
        <w:t xml:space="preserve"> respondeu ela. </w:t>
      </w:r>
      <w:r>
        <w:rPr>
          <w:i/>
        </w:rPr>
        <w:t>*Mas estou mais com medo de enfrentar isso sem você.*</w:t>
      </w:r>
    </w:p>
    <w:p w14:paraId="5DC92A5E" w14:textId="77777777" w:rsidR="002355BD" w:rsidRDefault="00000000">
      <w:r>
        <w:br/>
      </w:r>
    </w:p>
    <w:p w14:paraId="096B2EB2" w14:textId="77777777" w:rsidR="002355BD" w:rsidRDefault="00000000">
      <w:r>
        <w:t>Essa confissão mútua, transmitida através do vínculo das alianças, solidificou algo entre eles. Não era mais apenas uma atração ou uma parceria forjada pela necessidade. Era algo mais profundo, mais real – um amor que havia encontrado raízes no solo improvável da viagem no tempo e do perigo dimensional.</w:t>
      </w:r>
    </w:p>
    <w:p w14:paraId="6FEB0E45" w14:textId="77777777" w:rsidR="002355BD" w:rsidRDefault="00000000">
      <w:r>
        <w:br/>
      </w:r>
    </w:p>
    <w:p w14:paraId="278F6255" w14:textId="77777777" w:rsidR="002355BD" w:rsidRDefault="00000000">
      <w:r>
        <w:lastRenderedPageBreak/>
        <w:t>No dia seguinte, partiram para o Templo Esquecido. A jornada foi tensa, cada membro da equipe ciente da importância da missão. Luke e Elaine voaram com Lion e Temporal em um veículo aéreo furtivo, enquanto o restante da equipe seguia por terra.</w:t>
      </w:r>
    </w:p>
    <w:p w14:paraId="42BC14B2" w14:textId="77777777" w:rsidR="002355BD" w:rsidRDefault="00000000">
      <w:r>
        <w:br/>
      </w:r>
    </w:p>
    <w:p w14:paraId="4472C4E2" w14:textId="77777777" w:rsidR="002355BD" w:rsidRDefault="00000000">
      <w:r>
        <w:t>Ao se aproximarem da região montanhosa, Enigma confirmou suas suspeitas – uma enorme concentração de energia dimensional estava reunida ao redor do Templo. E guardando a entrada, havia um exército de criaturas do submundo, lideradas por uma figura que fez o sangue de Luke gelar.</w:t>
      </w:r>
    </w:p>
    <w:p w14:paraId="01F7F23D" w14:textId="77777777" w:rsidR="002355BD" w:rsidRDefault="00000000">
      <w:r>
        <w:br/>
      </w:r>
    </w:p>
    <w:p w14:paraId="2014C35D" w14:textId="77777777" w:rsidR="002355BD" w:rsidRDefault="00000000">
      <w:r>
        <w:t>Rox. O mesmo general de Abyzoth que eles haviam enfrentado em seu próprio tempo, o responsável por enviá-los para o submundo. Mas este era um Rox mais jovem, talvez menos poderoso, mas igualmente cruel.</w:t>
      </w:r>
    </w:p>
    <w:p w14:paraId="579778EA" w14:textId="77777777" w:rsidR="002355BD" w:rsidRDefault="00000000">
      <w:r>
        <w:br/>
      </w:r>
    </w:p>
    <w:p w14:paraId="69068757" w14:textId="77777777" w:rsidR="002355BD" w:rsidRDefault="00000000">
      <w:r>
        <w:rPr>
          <w:i/>
        </w:rPr>
        <w:t>*Ele não deveria estar aqui,*</w:t>
      </w:r>
      <w:r>
        <w:t xml:space="preserve"> pensou Luke, sua mente acelerada. </w:t>
      </w:r>
      <w:r>
        <w:rPr>
          <w:i/>
        </w:rPr>
        <w:t>*Sua presença nesta época... isso é uma grande alteração na linha do tempo.*</w:t>
      </w:r>
    </w:p>
    <w:p w14:paraId="3A8308BF" w14:textId="77777777" w:rsidR="002355BD" w:rsidRDefault="00000000">
      <w:r>
        <w:br/>
      </w:r>
    </w:p>
    <w:p w14:paraId="4FF34FB1" w14:textId="77777777" w:rsidR="002355BD" w:rsidRDefault="00000000">
      <w:r>
        <w:rPr>
          <w:i/>
        </w:rPr>
        <w:t>*Ou talvez,*</w:t>
      </w:r>
      <w:r>
        <w:t xml:space="preserve"> sugeriu Elaine, sua voz mental calma e focada apesar do perigo, </w:t>
      </w:r>
      <w:r>
        <w:rPr>
          <w:i/>
        </w:rPr>
        <w:t>*ele sempre esteve aqui. Talvez esta seja a primeira vez que ele tentou corromper o Templo, e os Primordiais o detiveram. Uma batalha que nunca foi registrada na história que conhecemos.*</w:t>
      </w:r>
    </w:p>
    <w:p w14:paraId="44451E01" w14:textId="77777777" w:rsidR="002355BD" w:rsidRDefault="00000000">
      <w:r>
        <w:br/>
      </w:r>
    </w:p>
    <w:p w14:paraId="2A9CEB00" w14:textId="77777777" w:rsidR="002355BD" w:rsidRDefault="00000000">
      <w:r>
        <w:t>Luke considerou essa possibilidade. Fazia sentido. E explicaria por que eles haviam sido enviados para este momento específico.</w:t>
      </w:r>
    </w:p>
    <w:p w14:paraId="60F02249" w14:textId="77777777" w:rsidR="002355BD" w:rsidRDefault="00000000">
      <w:r>
        <w:br/>
      </w:r>
    </w:p>
    <w:p w14:paraId="776028B4" w14:textId="77777777" w:rsidR="002355BD" w:rsidRDefault="00000000">
      <w:r>
        <w:t>"Preparem-se para o combate!" ordenou Lion pelo comunicador, enquanto o veículo aéreo começava sua descida em direção ao Templo. "Lembrem-se do plano. Precisamos chegar ao coração do Templo antes que Rox consiga ativar o que quer que ele esteja planejando."</w:t>
      </w:r>
    </w:p>
    <w:p w14:paraId="3F066798" w14:textId="77777777" w:rsidR="002355BD" w:rsidRDefault="00000000">
      <w:r>
        <w:br/>
      </w:r>
    </w:p>
    <w:p w14:paraId="73C102C4" w14:textId="77777777" w:rsidR="002355BD" w:rsidRDefault="00000000">
      <w:r>
        <w:lastRenderedPageBreak/>
        <w:t xml:space="preserve">Luke olhou para Elaine, suas mãos se unindo, as Alianças Gêmeas brilhando com poder antecipado. </w:t>
      </w:r>
      <w:r>
        <w:rPr>
          <w:i/>
        </w:rPr>
        <w:t>*Juntos?*</w:t>
      </w:r>
      <w:r>
        <w:t xml:space="preserve"> perguntou ele.</w:t>
      </w:r>
    </w:p>
    <w:p w14:paraId="4E93FD28" w14:textId="77777777" w:rsidR="002355BD" w:rsidRDefault="00000000">
      <w:r>
        <w:br/>
      </w:r>
    </w:p>
    <w:p w14:paraId="1E63CD5C" w14:textId="77777777" w:rsidR="002355BD" w:rsidRDefault="00000000">
      <w:r>
        <w:t xml:space="preserve">Ela sorriu, um sorriso feroz e determinado que espelhava o dele. </w:t>
      </w:r>
      <w:r>
        <w:rPr>
          <w:i/>
        </w:rPr>
        <w:t>*Sempre.*</w:t>
      </w:r>
    </w:p>
    <w:p w14:paraId="75CA167D" w14:textId="77777777" w:rsidR="002355BD" w:rsidRDefault="00000000">
      <w:r>
        <w:br/>
      </w:r>
    </w:p>
    <w:p w14:paraId="64CDB1F8" w14:textId="77777777" w:rsidR="002355BD" w:rsidRDefault="00000000">
      <w:r>
        <w:t>E enquanto saltavam do veículo em direção à batalha que se desenrolava abaixo, sabiam que, não importava o resultado, enfrentariam o que viesse como um só, unidos por laços de luz em meio às sombras do passado.</w:t>
      </w:r>
    </w:p>
    <w:p w14:paraId="42315AF9" w14:textId="77777777" w:rsidR="002355BD" w:rsidRDefault="002355BD"/>
    <w:p w14:paraId="7A7BE12A" w14:textId="77777777" w:rsidR="002355BD" w:rsidRDefault="002355BD"/>
    <w:p w14:paraId="7D79F8DF" w14:textId="77777777" w:rsidR="002355BD" w:rsidRDefault="00000000">
      <w:r>
        <w:t>O Templo Esquecido era uma estrutura imponente esculpida na própria montanha, com colunas antigas que pareciam crescer organicamente da rocha. Símbolos arcanos cobriam cada superfície, brilhando suavemente com uma luz azulada que contrastava com o vermelho sinistro do céu acima, onde portais dimensionais pulsavam como feridas abertas na realidade.</w:t>
      </w:r>
    </w:p>
    <w:p w14:paraId="4B4D8383" w14:textId="77777777" w:rsidR="002355BD" w:rsidRDefault="00000000">
      <w:r>
        <w:br/>
      </w:r>
    </w:p>
    <w:p w14:paraId="77BB2635" w14:textId="77777777" w:rsidR="002355BD" w:rsidRDefault="00000000">
      <w:r>
        <w:t>A batalha começou antes mesmo que eles aterrissassem. Hordas de Caçadores das Sombras e Devastadores cercavam o Templo, com Rox comandando o ataque do topo de uma plataforma elevada. Seu corpo, parcialmente transformado em cristal negro, refletia a luz vermelha dos portais, dando-lhe uma aparência demoníaca.</w:t>
      </w:r>
    </w:p>
    <w:p w14:paraId="61B5B57D" w14:textId="77777777" w:rsidR="002355BD" w:rsidRDefault="00000000">
      <w:r>
        <w:br/>
      </w:r>
    </w:p>
    <w:p w14:paraId="13006E87" w14:textId="77777777" w:rsidR="002355BD" w:rsidRDefault="00000000">
      <w:r>
        <w:t>"Formação de ataque!" ordenou Lion, sua voz carregando aquela autoridade natural que fazia todos obedecerem instintivamente. "Temporal, Sang-Suga – criem uma distração no flanco leste. Android, Enigma – infiltrem-se pelo oeste. Caçador, você vem comigo pelo centro. Luke, Elaine – vocês são nossa melhor chance de chegar ao coração do Templo. Esperem nossa abertura e então usem seus poderes combinados para passar pela defesa principal."</w:t>
      </w:r>
    </w:p>
    <w:p w14:paraId="129CFD06" w14:textId="77777777" w:rsidR="002355BD" w:rsidRDefault="00000000">
      <w:r>
        <w:br/>
      </w:r>
    </w:p>
    <w:p w14:paraId="2BA389B3" w14:textId="77777777" w:rsidR="002355BD" w:rsidRDefault="00000000">
      <w:r>
        <w:lastRenderedPageBreak/>
        <w:t>Todos assentiram, a gravidade da situação eliminando qualquer necessidade de discussão. Os Primordiais se moveram com a precisão de uma equipe que havia treinado junta por anos, cada um conhecendo perfeitamente seu papel.</w:t>
      </w:r>
    </w:p>
    <w:p w14:paraId="3BE66C8C" w14:textId="77777777" w:rsidR="002355BD" w:rsidRDefault="00000000">
      <w:r>
        <w:br/>
      </w:r>
    </w:p>
    <w:p w14:paraId="11DF0C81" w14:textId="77777777" w:rsidR="002355BD" w:rsidRDefault="00000000">
      <w:r>
        <w:t>Luke e Elaine se posicionaram atrás de uma formação rochosa, observando o campo de batalha enquanto esperavam o sinal. Suas mãos estavam entrelaçadas, as Alianças Gêmeas brilhando com intensidade crescente à medida que se aproximavam do Templo.</w:t>
      </w:r>
    </w:p>
    <w:p w14:paraId="34EF7BF1" w14:textId="77777777" w:rsidR="002355BD" w:rsidRDefault="00000000">
      <w:r>
        <w:br/>
      </w:r>
    </w:p>
    <w:p w14:paraId="6272A68A" w14:textId="77777777" w:rsidR="002355BD" w:rsidRDefault="00000000">
      <w:r>
        <w:rPr>
          <w:i/>
        </w:rPr>
        <w:t>Você sente isso?</w:t>
      </w:r>
      <w:r>
        <w:t xml:space="preserve"> perguntou Elaine mentalmente. </w:t>
      </w:r>
      <w:r>
        <w:rPr>
          <w:i/>
        </w:rPr>
        <w:t>As alianças... estão reagindo a este lugar.</w:t>
      </w:r>
    </w:p>
    <w:p w14:paraId="636BDBBD" w14:textId="77777777" w:rsidR="002355BD" w:rsidRDefault="00000000">
      <w:r>
        <w:br/>
      </w:r>
    </w:p>
    <w:p w14:paraId="3BD9D92C" w14:textId="77777777" w:rsidR="002355BD" w:rsidRDefault="00000000">
      <w:r>
        <w:t xml:space="preserve">Luke assentiu. </w:t>
      </w:r>
      <w:r>
        <w:rPr>
          <w:i/>
        </w:rPr>
        <w:t>É como se estivessem reconhecendo algo. Talvez tenham sido forjadas aqui, ou com a mesma energia que permeia o Templo.</w:t>
      </w:r>
    </w:p>
    <w:p w14:paraId="2F6D3BF6" w14:textId="77777777" w:rsidR="002355BD" w:rsidRDefault="00000000">
      <w:r>
        <w:br/>
      </w:r>
    </w:p>
    <w:p w14:paraId="0CA21114" w14:textId="77777777" w:rsidR="002355BD" w:rsidRDefault="00000000">
      <w:r>
        <w:t>A batalha explodiu em toda sua fúria quando Temporal convocou uma tempestade localizada, relâmpagos azuis cortando o céu e atingindo grupos de Caçadores das Sombras com precisão devastadora. Ao mesmo tempo, Sang-Suga teceu um encantamento complexo que transformou o próprio solo em uma armadilha viva para os Devastadores, raízes místicas emergindo para prender suas pernas rochosas.</w:t>
      </w:r>
    </w:p>
    <w:p w14:paraId="4075F565" w14:textId="77777777" w:rsidR="002355BD" w:rsidRDefault="00000000">
      <w:r>
        <w:br/>
      </w:r>
    </w:p>
    <w:p w14:paraId="08540853" w14:textId="77777777" w:rsidR="002355BD" w:rsidRDefault="00000000">
      <w:r>
        <w:t>Do outro lado, Android e Enigma avançavam em perfeita sincronia – Android hackeando os sistemas de defesa que a Corporação Nexus havia instalado ao redor do Templo, enquanto Enigma se movia como um fantasma entre as dimensões, aparecendo e desaparecendo para eliminar sentinelas estrategicamente posicionadas.</w:t>
      </w:r>
    </w:p>
    <w:p w14:paraId="1AD00975" w14:textId="77777777" w:rsidR="002355BD" w:rsidRDefault="00000000">
      <w:r>
        <w:br/>
      </w:r>
    </w:p>
    <w:p w14:paraId="3A0794E9" w14:textId="77777777" w:rsidR="002355BD" w:rsidRDefault="00000000">
      <w:r>
        <w:t>No centro, Lion e Caçador avançavam como uma força da natureza – o rugido sônico de Lion desorientando grupos inteiros de inimigos, enquanto Caçador os eliminava com precisão letal, cada tiro encontrando um ponto fraco, cada movimento calculado para máxima eficiência.</w:t>
      </w:r>
    </w:p>
    <w:p w14:paraId="4FE88C74" w14:textId="77777777" w:rsidR="002355BD" w:rsidRDefault="00000000">
      <w:r>
        <w:lastRenderedPageBreak/>
        <w:br/>
      </w:r>
    </w:p>
    <w:p w14:paraId="276127DE" w14:textId="77777777" w:rsidR="002355BD" w:rsidRDefault="00000000">
      <w:r>
        <w:t>"Agora!" gritou Lion quando uma abertura se formou na linha de defesa principal.</w:t>
      </w:r>
    </w:p>
    <w:p w14:paraId="55432E70" w14:textId="77777777" w:rsidR="002355BD" w:rsidRDefault="00000000">
      <w:r>
        <w:br/>
      </w:r>
    </w:p>
    <w:p w14:paraId="0D5960C6" w14:textId="77777777" w:rsidR="002355BD" w:rsidRDefault="00000000">
      <w:r>
        <w:t xml:space="preserve">Luke apertou a mão de Elaine. </w:t>
      </w:r>
      <w:r>
        <w:rPr>
          <w:i/>
        </w:rPr>
        <w:t>Pronta?</w:t>
      </w:r>
    </w:p>
    <w:p w14:paraId="38E2367D" w14:textId="77777777" w:rsidR="002355BD" w:rsidRDefault="00000000">
      <w:r>
        <w:br/>
      </w:r>
    </w:p>
    <w:p w14:paraId="595139D7" w14:textId="77777777" w:rsidR="002355BD" w:rsidRDefault="00000000">
      <w:r>
        <w:rPr>
          <w:i/>
        </w:rPr>
        <w:t>Sempre,</w:t>
      </w:r>
      <w:r>
        <w:t xml:space="preserve"> respondeu ela, seus olhos brilhando com determinação.</w:t>
      </w:r>
    </w:p>
    <w:p w14:paraId="1C24E48B" w14:textId="77777777" w:rsidR="002355BD" w:rsidRDefault="00000000">
      <w:r>
        <w:br/>
      </w:r>
    </w:p>
    <w:p w14:paraId="4E607080" w14:textId="77777777" w:rsidR="002355BD" w:rsidRDefault="00000000">
      <w:r>
        <w:t>Com um pensamento compartilhado através do vínculo das alianças, eles combinaram seus poderes. Luke os teletransportou para o meio do caos, enquanto Elaine simultaneamente transformava seus corpos em uma forma etérea que os inimigos não podiam tocar. Eles avançaram como fantasmas através do campo de batalha, invisíveis para a maioria dos combatentes.</w:t>
      </w:r>
    </w:p>
    <w:p w14:paraId="64C8CDB1" w14:textId="77777777" w:rsidR="002355BD" w:rsidRDefault="00000000">
      <w:r>
        <w:br/>
      </w:r>
    </w:p>
    <w:p w14:paraId="0687EE6C" w14:textId="77777777" w:rsidR="002355BD" w:rsidRDefault="00000000">
      <w:r>
        <w:t>Rox, no entanto, os sentiu. Seus olhos, agora completamente negros com pupilas vermelhas, fixaram-se na direção deles mesmo quando não podiam ser vistos.</w:t>
      </w:r>
    </w:p>
    <w:p w14:paraId="27D26706" w14:textId="77777777" w:rsidR="002355BD" w:rsidRDefault="00000000">
      <w:r>
        <w:br/>
      </w:r>
    </w:p>
    <w:p w14:paraId="4DC71716" w14:textId="77777777" w:rsidR="002355BD" w:rsidRDefault="00000000">
      <w:r>
        <w:t>"Intrusos!" rugiu ele, sua voz distorcida por poder dimensional. "Protejam a entrada do Templo!"</w:t>
      </w:r>
    </w:p>
    <w:p w14:paraId="69CD92E3" w14:textId="77777777" w:rsidR="002355BD" w:rsidRDefault="00000000">
      <w:r>
        <w:br/>
      </w:r>
    </w:p>
    <w:p w14:paraId="0E88FDE3" w14:textId="77777777" w:rsidR="002355BD" w:rsidRDefault="00000000">
      <w:r>
        <w:t>Um grupo de elite de Devastadores – maiores e mais poderosos que os outros – formou uma barreira viva diante da entrada principal do Templo. Mesmo com seus poderes combinados, Luke e Elaine não conseguiriam passar por eles sem serem detectados.</w:t>
      </w:r>
    </w:p>
    <w:p w14:paraId="3880A4C3" w14:textId="77777777" w:rsidR="002355BD" w:rsidRDefault="00000000">
      <w:r>
        <w:br/>
      </w:r>
    </w:p>
    <w:p w14:paraId="3A3DA8A1" w14:textId="77777777" w:rsidR="002355BD" w:rsidRDefault="00000000">
      <w:r>
        <w:rPr>
          <w:i/>
        </w:rPr>
        <w:t>Precisamos de outra rota,</w:t>
      </w:r>
      <w:r>
        <w:t xml:space="preserve"> pensou Luke, analisando rapidamente a situação.</w:t>
      </w:r>
    </w:p>
    <w:p w14:paraId="6A7AEF85" w14:textId="77777777" w:rsidR="002355BD" w:rsidRDefault="00000000">
      <w:r>
        <w:lastRenderedPageBreak/>
        <w:br/>
      </w:r>
    </w:p>
    <w:p w14:paraId="0943A2A7" w14:textId="77777777" w:rsidR="002355BD" w:rsidRDefault="00000000">
      <w:r>
        <w:t xml:space="preserve">Elaine já estava um passo à frente, seus olhos escaneando a estrutura do Templo. </w:t>
      </w:r>
      <w:r>
        <w:rPr>
          <w:i/>
        </w:rPr>
        <w:t>Ali,</w:t>
      </w:r>
      <w:r>
        <w:t xml:space="preserve"> indicou ela, apontando para uma fissura na parede lateral, quase invisível a olho nu. </w:t>
      </w:r>
      <w:r>
        <w:rPr>
          <w:i/>
        </w:rPr>
        <w:t>Posso sentir uma corrente de ar. Deve levar para dentro.</w:t>
      </w:r>
    </w:p>
    <w:p w14:paraId="02C39246" w14:textId="77777777" w:rsidR="002355BD" w:rsidRDefault="00000000">
      <w:r>
        <w:br/>
      </w:r>
    </w:p>
    <w:p w14:paraId="23CF4459" w14:textId="77777777" w:rsidR="002355BD" w:rsidRDefault="00000000">
      <w:r>
        <w:t>Eles se moveram rapidamente, ainda em forma etérea, deslizando pela batalha como sombras. Quando alcançaram a fissura, Elaine se transformou em uma forma ainda mais fluida, quase líquida, enquanto Luke usava seu teletransporte amplificado para mover ambos através da abertura estreita.</w:t>
      </w:r>
    </w:p>
    <w:p w14:paraId="617DD7A9" w14:textId="77777777" w:rsidR="002355BD" w:rsidRDefault="00000000">
      <w:r>
        <w:br/>
      </w:r>
    </w:p>
    <w:p w14:paraId="33C74A42" w14:textId="77777777" w:rsidR="002355BD" w:rsidRDefault="00000000">
      <w:r>
        <w:t>O interior do Templo era um contraste chocante com o caos lá fora. Um silêncio reverente preenchia os corredores antigos, interrompido apenas pelo eco distante da batalha. A luz azulada emanava das próprias paredes, revelando mais símbolos arcanos que pareciam mudar e fluir quando observados diretamente.</w:t>
      </w:r>
    </w:p>
    <w:p w14:paraId="7F7893F9" w14:textId="77777777" w:rsidR="002355BD" w:rsidRDefault="00000000">
      <w:r>
        <w:br/>
      </w:r>
    </w:p>
    <w:p w14:paraId="4FD1BB08" w14:textId="77777777" w:rsidR="002355BD" w:rsidRDefault="00000000">
      <w:r>
        <w:rPr>
          <w:i/>
        </w:rPr>
        <w:t>É incrível,</w:t>
      </w:r>
      <w:r>
        <w:t xml:space="preserve"> pensou Elaine, maravilhada. </w:t>
      </w:r>
      <w:r>
        <w:rPr>
          <w:i/>
        </w:rPr>
        <w:t>Posso sentir o poder deste lugar. É... antigo. Mais antigo que qualquer coisa que já experimentei.</w:t>
      </w:r>
    </w:p>
    <w:p w14:paraId="3C00FA3F" w14:textId="77777777" w:rsidR="002355BD" w:rsidRDefault="00000000">
      <w:r>
        <w:br/>
      </w:r>
    </w:p>
    <w:p w14:paraId="0C8D22A6" w14:textId="77777777" w:rsidR="002355BD" w:rsidRDefault="00000000">
      <w:r>
        <w:rPr>
          <w:i/>
        </w:rPr>
        <w:t>Precisamos encontrar o coração do Templo,</w:t>
      </w:r>
      <w:r>
        <w:t xml:space="preserve"> lembrou Luke, embora ele também estivesse impressionado. </w:t>
      </w:r>
      <w:r>
        <w:rPr>
          <w:i/>
        </w:rPr>
        <w:t>Antes que Rox consiga entrar.</w:t>
      </w:r>
    </w:p>
    <w:p w14:paraId="1D76F307" w14:textId="77777777" w:rsidR="002355BD" w:rsidRDefault="00000000">
      <w:r>
        <w:br/>
      </w:r>
    </w:p>
    <w:p w14:paraId="77561A46" w14:textId="77777777" w:rsidR="002355BD" w:rsidRDefault="00000000">
      <w:r>
        <w:t>Eles avançaram pelos corredores labirínticos, guiados por uma combinação da intuição de Luke e da sensibilidade dimensional de Elaine, amplificadas pelas alianças. À medida que se aproximavam do centro do Templo, o brilho das paredes intensificava-se, e os símbolos tornavam-se mais complexos e vibrantes.</w:t>
      </w:r>
    </w:p>
    <w:p w14:paraId="3D3ADB41" w14:textId="77777777" w:rsidR="002355BD" w:rsidRDefault="00000000">
      <w:r>
        <w:br/>
      </w:r>
    </w:p>
    <w:p w14:paraId="15FA0EC7" w14:textId="77777777" w:rsidR="002355BD" w:rsidRDefault="00000000">
      <w:r>
        <w:lastRenderedPageBreak/>
        <w:t>Finalmente, chegaram a uma câmara circular imensa. No centro, flutuando a um metro do chão, estava um pedestal de cristal puro que emitia uma luz branca intensa. E sobre o pedestal...</w:t>
      </w:r>
    </w:p>
    <w:p w14:paraId="3515AAAE" w14:textId="77777777" w:rsidR="002355BD" w:rsidRDefault="00000000">
      <w:r>
        <w:br/>
      </w:r>
    </w:p>
    <w:p w14:paraId="1B41AC81" w14:textId="77777777" w:rsidR="002355BD" w:rsidRDefault="00000000">
      <w:r>
        <w:rPr>
          <w:i/>
        </w:rPr>
        <w:t>A Chave dos Reinos,</w:t>
      </w:r>
      <w:r>
        <w:t xml:space="preserve"> sussurrou Luke mentalmente, reconhecendo o artefato das descrições dos Guardiões.</w:t>
      </w:r>
    </w:p>
    <w:p w14:paraId="41839BCB" w14:textId="77777777" w:rsidR="002355BD" w:rsidRDefault="00000000">
      <w:r>
        <w:br/>
      </w:r>
    </w:p>
    <w:p w14:paraId="70FC86CC" w14:textId="77777777" w:rsidR="002355BD" w:rsidRDefault="00000000">
      <w:r>
        <w:t>Era uma chave como nenhuma outra – feita de um metal que parecia mudar de cor constantemente, com símbolos gravados que se moviam e reorganizavam como se estivessem vivos. Ela irradiava poder puro, uma energia tão antiga quanto o próprio universo.</w:t>
      </w:r>
    </w:p>
    <w:p w14:paraId="22CC27F6" w14:textId="77777777" w:rsidR="002355BD" w:rsidRDefault="00000000">
      <w:r>
        <w:br/>
      </w:r>
    </w:p>
    <w:p w14:paraId="0D25D8EB" w14:textId="77777777" w:rsidR="002355BD" w:rsidRDefault="00000000">
      <w:r>
        <w:t xml:space="preserve">Elaine deu um passo à frente, mas Luke a deteve. </w:t>
      </w:r>
      <w:r>
        <w:rPr>
          <w:i/>
        </w:rPr>
        <w:t>Espere. Lembre-se do que os Guardiões disseram. A Chave só pode ser empunhada por aqueles com corações puros e intenções nobres.</w:t>
      </w:r>
    </w:p>
    <w:p w14:paraId="7FFF6CF5" w14:textId="77777777" w:rsidR="002355BD" w:rsidRDefault="00000000">
      <w:r>
        <w:br/>
      </w:r>
    </w:p>
    <w:p w14:paraId="0503FF0C" w14:textId="77777777" w:rsidR="002355BD" w:rsidRDefault="00000000">
      <w:r>
        <w:rPr>
          <w:i/>
        </w:rPr>
        <w:t>E se não formos dignos?</w:t>
      </w:r>
      <w:r>
        <w:t xml:space="preserve"> perguntou ela, uma rara insegurança em sua voz mental.</w:t>
      </w:r>
    </w:p>
    <w:p w14:paraId="055C3592" w14:textId="77777777" w:rsidR="002355BD" w:rsidRDefault="00000000">
      <w:r>
        <w:br/>
      </w:r>
    </w:p>
    <w:p w14:paraId="3D7FDD15" w14:textId="77777777" w:rsidR="002355BD" w:rsidRDefault="00000000">
      <w:r>
        <w:t xml:space="preserve">Luke apertou sua mão, as alianças brilhando em resposta. </w:t>
      </w:r>
      <w:r>
        <w:rPr>
          <w:i/>
        </w:rPr>
        <w:t>Então enfrentaremos isso juntos, como sempre.</w:t>
      </w:r>
    </w:p>
    <w:p w14:paraId="6D514D90" w14:textId="77777777" w:rsidR="002355BD" w:rsidRDefault="00000000">
      <w:r>
        <w:br/>
      </w:r>
    </w:p>
    <w:p w14:paraId="63196C78" w14:textId="77777777" w:rsidR="002355BD" w:rsidRDefault="00000000">
      <w:r>
        <w:t>Eles avançaram lado a lado em direção ao pedestal. Quando estavam a apenas alguns passos de distância, um tremor sacudiu o Templo inteiro, e uma voz familiar e odiada ecoou pela câmara.</w:t>
      </w:r>
    </w:p>
    <w:p w14:paraId="61632BCE" w14:textId="77777777" w:rsidR="002355BD" w:rsidRDefault="00000000">
      <w:r>
        <w:br/>
      </w:r>
    </w:p>
    <w:p w14:paraId="34947379" w14:textId="77777777" w:rsidR="002355BD" w:rsidRDefault="00000000">
      <w:r>
        <w:t>"Tarde demais, viajantes do tempo."</w:t>
      </w:r>
    </w:p>
    <w:p w14:paraId="3E1EC98A" w14:textId="77777777" w:rsidR="002355BD" w:rsidRDefault="00000000">
      <w:r>
        <w:lastRenderedPageBreak/>
        <w:br/>
      </w:r>
    </w:p>
    <w:p w14:paraId="3E269224" w14:textId="77777777" w:rsidR="002355BD" w:rsidRDefault="00000000">
      <w:r>
        <w:t>Rox estava na entrada da câmara, seu corpo agora quase completamente transformado em cristal negro. Atrás dele, vários Devastadores bloqueavam a única saída.</w:t>
      </w:r>
    </w:p>
    <w:p w14:paraId="68C15534" w14:textId="77777777" w:rsidR="002355BD" w:rsidRDefault="00000000">
      <w:r>
        <w:br/>
      </w:r>
    </w:p>
    <w:p w14:paraId="5BEE9BD5" w14:textId="77777777" w:rsidR="002355BD" w:rsidRDefault="00000000">
      <w:r>
        <w:t>"Vocês realmente acreditaram que poderiam me deter?" zombou ele, avançando lentamente. "Eu, que sou o arauto escolhido de Abyzoth? Eu, que comungo com a Dragoa Maligna?"</w:t>
      </w:r>
    </w:p>
    <w:p w14:paraId="6BDD2274" w14:textId="77777777" w:rsidR="002355BD" w:rsidRDefault="00000000">
      <w:r>
        <w:br/>
      </w:r>
    </w:p>
    <w:p w14:paraId="1D7FA172" w14:textId="77777777" w:rsidR="002355BD" w:rsidRDefault="00000000">
      <w:r>
        <w:t>"Como você entrou?" perguntou Luke, posicionando-se protetoramente ao lado de Elaine.</w:t>
      </w:r>
    </w:p>
    <w:p w14:paraId="44615C12" w14:textId="77777777" w:rsidR="002355BD" w:rsidRDefault="00000000">
      <w:r>
        <w:br/>
      </w:r>
    </w:p>
    <w:p w14:paraId="6615E738" w14:textId="77777777" w:rsidR="002355BD" w:rsidRDefault="00000000">
      <w:r>
        <w:t>Rox sorriu, um sorriso terrível em seu rosto parcialmente cristalizado. "Seus amigos Primordiais lutam bravamente, devo admitir. Mas eles são apenas mortais enfrentando o poder do submundo. Quanto a como entrei..." Ele ergueu a mão, revelando um amuleto negro que pulsava com energia maligna. "Digamos que tenho meus próprios artefatos de poder."</w:t>
      </w:r>
    </w:p>
    <w:p w14:paraId="71543086" w14:textId="77777777" w:rsidR="002355BD" w:rsidRDefault="00000000">
      <w:r>
        <w:br/>
      </w:r>
    </w:p>
    <w:p w14:paraId="45D67512" w14:textId="77777777" w:rsidR="002355BD" w:rsidRDefault="00000000">
      <w:r>
        <w:rPr>
          <w:i/>
        </w:rPr>
        <w:t>Luke,</w:t>
      </w:r>
      <w:r>
        <w:t xml:space="preserve"> chamou Elaine mentalmente. </w:t>
      </w:r>
      <w:r>
        <w:rPr>
          <w:i/>
        </w:rPr>
        <w:t>A Chave. Precisamos pegá-la agora.</w:t>
      </w:r>
    </w:p>
    <w:p w14:paraId="4F561F10" w14:textId="77777777" w:rsidR="002355BD" w:rsidRDefault="00000000">
      <w:r>
        <w:br/>
      </w:r>
    </w:p>
    <w:p w14:paraId="35F27564" w14:textId="77777777" w:rsidR="002355BD" w:rsidRDefault="00000000">
      <w:r>
        <w:rPr>
          <w:i/>
        </w:rPr>
        <w:t>Ele vai nos atacar no momento em que nos movermos,</w:t>
      </w:r>
      <w:r>
        <w:t xml:space="preserve"> respondeu Luke, avaliando rapidamente suas opções.</w:t>
      </w:r>
    </w:p>
    <w:p w14:paraId="318E493B" w14:textId="77777777" w:rsidR="002355BD" w:rsidRDefault="00000000">
      <w:r>
        <w:br/>
      </w:r>
    </w:p>
    <w:p w14:paraId="3A9C3659" w14:textId="77777777" w:rsidR="002355BD" w:rsidRDefault="00000000">
      <w:r>
        <w:rPr>
          <w:i/>
        </w:rPr>
        <w:t>Então vamos dar a ele algo para se preocupar,</w:t>
      </w:r>
      <w:r>
        <w:t xml:space="preserve"> sugeriu Elaine, um plano já se formando em sua mente.</w:t>
      </w:r>
    </w:p>
    <w:p w14:paraId="15DDCCFA" w14:textId="77777777" w:rsidR="002355BD" w:rsidRDefault="00000000">
      <w:r>
        <w:br/>
      </w:r>
    </w:p>
    <w:p w14:paraId="790D41B9" w14:textId="77777777" w:rsidR="002355BD" w:rsidRDefault="00000000">
      <w:r>
        <w:lastRenderedPageBreak/>
        <w:t>Sem aviso, Elaine se transformou em uma forma ofuscante de luz pura, tão brilhante que Rox e seus Devastadores foram forçados a recuar, protegendo os olhos. Simultaneamente, Luke usou seu teletransporte para aparecer diretamente ao lado do pedestal.</w:t>
      </w:r>
    </w:p>
    <w:p w14:paraId="0C9F4B2C" w14:textId="77777777" w:rsidR="002355BD" w:rsidRDefault="00000000">
      <w:r>
        <w:br/>
      </w:r>
    </w:p>
    <w:p w14:paraId="56139F4A" w14:textId="77777777" w:rsidR="002355BD" w:rsidRDefault="00000000">
      <w:r>
        <w:t>Mas Rox era mais rápido do que eles haviam antecipado. Recuperando-se rapidamente, ele lançou uma onda de energia negra que atingiu Luke antes que ele pudesse tocar a Chave, arremessando-o contra uma parede.</w:t>
      </w:r>
    </w:p>
    <w:p w14:paraId="49D2BE96" w14:textId="77777777" w:rsidR="002355BD" w:rsidRDefault="00000000">
      <w:r>
        <w:br/>
      </w:r>
    </w:p>
    <w:p w14:paraId="34E65F21" w14:textId="77777777" w:rsidR="002355BD" w:rsidRDefault="00000000">
      <w:r>
        <w:t>"Luke!" gritou Elaine, abandonando sua forma luminosa e correndo para ele.</w:t>
      </w:r>
    </w:p>
    <w:p w14:paraId="04DC3847" w14:textId="77777777" w:rsidR="002355BD" w:rsidRDefault="00000000">
      <w:r>
        <w:br/>
      </w:r>
    </w:p>
    <w:p w14:paraId="0F67B39E" w14:textId="77777777" w:rsidR="002355BD" w:rsidRDefault="00000000">
      <w:r>
        <w:t>Rox riu, aproximando-se do pedestal. "Tão previsíveis. Tão... humanos em seu apego um ao outro." Ele estendeu a mão para a Chave. "Agora, o poder supremo será meu. Com a Chave dos Reinos, abrirei portais permanentes entre as dimensões. Abyzoth caminhará livremente neste mundo, e todos se ajoelharão perante—AAAARGH!"</w:t>
      </w:r>
    </w:p>
    <w:p w14:paraId="1862743D" w14:textId="77777777" w:rsidR="002355BD" w:rsidRDefault="00000000">
      <w:r>
        <w:br/>
      </w:r>
    </w:p>
    <w:p w14:paraId="141218B6" w14:textId="77777777" w:rsidR="002355BD" w:rsidRDefault="00000000">
      <w:r>
        <w:t>No momento em que seus dedos tocaram a Chave, uma descarga de energia pura explodiu do artefato, envolvendo Rox em chamas brancas. Ele recuou, sua mão cristalizada parcialmente derretida e fumegante.</w:t>
      </w:r>
    </w:p>
    <w:p w14:paraId="154ABBB6" w14:textId="77777777" w:rsidR="002355BD" w:rsidRDefault="00000000">
      <w:r>
        <w:br/>
      </w:r>
    </w:p>
    <w:p w14:paraId="6F0FF46E" w14:textId="77777777" w:rsidR="002355BD" w:rsidRDefault="00000000">
      <w:r>
        <w:t>"IMPOSSÍVEL!" rugiu ele em fúria e dor. "A Chave deveria reconhecer meu poder!"</w:t>
      </w:r>
    </w:p>
    <w:p w14:paraId="52210C75" w14:textId="77777777" w:rsidR="002355BD" w:rsidRDefault="00000000">
      <w:r>
        <w:br/>
      </w:r>
    </w:p>
    <w:p w14:paraId="58E7BEF1" w14:textId="77777777" w:rsidR="002355BD" w:rsidRDefault="00000000">
      <w:r>
        <w:t>"A Chave reconhece a intenção, não o poder," disse Luke, levantando-se com a ajuda de Elaine. "E sua intenção é corromper e destruir."</w:t>
      </w:r>
    </w:p>
    <w:p w14:paraId="4D95069B" w14:textId="77777777" w:rsidR="002355BD" w:rsidRDefault="00000000">
      <w:r>
        <w:br/>
      </w:r>
    </w:p>
    <w:p w14:paraId="692B4717" w14:textId="77777777" w:rsidR="002355BD" w:rsidRDefault="00000000">
      <w:r>
        <w:t>Rox rosnou, sua forma agora pulsando com energia negra. "Então destruirei este Templo inteiro! Se não posso ter a Chave, ninguém terá!"</w:t>
      </w:r>
    </w:p>
    <w:p w14:paraId="3C5334F1" w14:textId="77777777" w:rsidR="002355BD" w:rsidRDefault="00000000">
      <w:r>
        <w:lastRenderedPageBreak/>
        <w:br/>
      </w:r>
    </w:p>
    <w:p w14:paraId="5F22D77E" w14:textId="77777777" w:rsidR="002355BD" w:rsidRDefault="00000000">
      <w:r>
        <w:t>Ele começou a canalizar uma quantidade imensa de energia dimensional, o próprio ar ao seu redor distorcendo-se com o poder. Os Devastadores avançaram, formando um círculo protetor ao redor de seu mestre enquanto ele preparava seu ataque final.</w:t>
      </w:r>
    </w:p>
    <w:p w14:paraId="56B1E3B9" w14:textId="77777777" w:rsidR="002355BD" w:rsidRDefault="00000000">
      <w:r>
        <w:br/>
      </w:r>
    </w:p>
    <w:p w14:paraId="017A2014" w14:textId="77777777" w:rsidR="002355BD" w:rsidRDefault="00000000">
      <w:r>
        <w:t>Luke e Elaine se entreolharam, uma compreensão silenciosa passando entre eles. Este era o momento para o qual toda sua jornada havia os preparado.</w:t>
      </w:r>
    </w:p>
    <w:p w14:paraId="452D5A02" w14:textId="77777777" w:rsidR="002355BD" w:rsidRDefault="00000000">
      <w:r>
        <w:br/>
      </w:r>
    </w:p>
    <w:p w14:paraId="77E2E826" w14:textId="77777777" w:rsidR="002355BD" w:rsidRDefault="00000000">
      <w:r>
        <w:rPr>
          <w:i/>
        </w:rPr>
        <w:t>As alianças,</w:t>
      </w:r>
      <w:r>
        <w:t xml:space="preserve"> pensou Luke. </w:t>
      </w:r>
      <w:r>
        <w:rPr>
          <w:i/>
        </w:rPr>
        <w:t>Elas estão reagindo à Chave.</w:t>
      </w:r>
    </w:p>
    <w:p w14:paraId="56F0F4E9" w14:textId="77777777" w:rsidR="002355BD" w:rsidRDefault="00000000">
      <w:r>
        <w:br/>
      </w:r>
    </w:p>
    <w:p w14:paraId="74F07944" w14:textId="77777777" w:rsidR="002355BD" w:rsidRDefault="00000000">
      <w:r>
        <w:t>Era verdade. As Alianças Gêmeas em seus dedos brilhavam mais intensamente do que nunca, pulsando em sincronia com a luz emanada pela Chave dos Reinos.</w:t>
      </w:r>
    </w:p>
    <w:p w14:paraId="486911C0" w14:textId="77777777" w:rsidR="002355BD" w:rsidRDefault="00000000">
      <w:r>
        <w:br/>
      </w:r>
    </w:p>
    <w:p w14:paraId="01DAC9E5" w14:textId="77777777" w:rsidR="002355BD" w:rsidRDefault="00000000">
      <w:r>
        <w:rPr>
          <w:i/>
        </w:rPr>
        <w:t>Talvez não seja coincidência,</w:t>
      </w:r>
      <w:r>
        <w:t xml:space="preserve"> sugeriu Elaine. </w:t>
      </w:r>
      <w:r>
        <w:rPr>
          <w:i/>
        </w:rPr>
        <w:t>Talvez as alianças e a Chave sejam parte do mesmo conjunto de artefatos.</w:t>
      </w:r>
    </w:p>
    <w:p w14:paraId="4180132F" w14:textId="77777777" w:rsidR="002355BD" w:rsidRDefault="00000000">
      <w:r>
        <w:br/>
      </w:r>
    </w:p>
    <w:p w14:paraId="696CC65E" w14:textId="77777777" w:rsidR="002355BD" w:rsidRDefault="00000000">
      <w:r>
        <w:rPr>
          <w:i/>
        </w:rPr>
        <w:t>Ou talvez,</w:t>
      </w:r>
      <w:r>
        <w:t xml:space="preserve"> pensou Luke, uma revelação surgindo, </w:t>
      </w:r>
      <w:r>
        <w:rPr>
          <w:i/>
        </w:rPr>
        <w:t>as alianças sejam a chave para usar a Chave.</w:t>
      </w:r>
    </w:p>
    <w:p w14:paraId="0D030242" w14:textId="77777777" w:rsidR="002355BD" w:rsidRDefault="00000000">
      <w:r>
        <w:br/>
      </w:r>
    </w:p>
    <w:p w14:paraId="477A45FD" w14:textId="77777777" w:rsidR="002355BD" w:rsidRDefault="00000000">
      <w:r>
        <w:t>Sem hesitar mais, eles avançaram juntos em direção ao pedestal, mãos unidas, alianças brilhando. Rox gritou uma ordem, e os Devastadores se lançaram para interceptá-los.</w:t>
      </w:r>
    </w:p>
    <w:p w14:paraId="38DBD49A" w14:textId="77777777" w:rsidR="002355BD" w:rsidRDefault="00000000">
      <w:r>
        <w:br/>
      </w:r>
    </w:p>
    <w:p w14:paraId="6477DBAE" w14:textId="77777777" w:rsidR="002355BD" w:rsidRDefault="00000000">
      <w:r>
        <w:t>Mas naquele momento, algo extraordinário aconteceu. As Alianças Gêmeas emitiram um pulso de energia que criou uma barreira protetora ao redor de Luke e Elaine, repelindo os Devastadores como se fossem feitos de papel.</w:t>
      </w:r>
    </w:p>
    <w:p w14:paraId="653383D7" w14:textId="77777777" w:rsidR="002355BD" w:rsidRDefault="00000000">
      <w:r>
        <w:lastRenderedPageBreak/>
        <w:br/>
      </w:r>
    </w:p>
    <w:p w14:paraId="0455C2F3" w14:textId="77777777" w:rsidR="002355BD" w:rsidRDefault="00000000">
      <w:r>
        <w:t>Quando alcançaram o pedestal, ambos estenderam as mãos simultaneamente para a Chave dos Reinos. No instante em que seus dedos tocaram o artefato, uma explosão de luz branca preencheu a câmara, tão intensa que por um momento tudo desapareceu em um vazio luminoso.</w:t>
      </w:r>
    </w:p>
    <w:p w14:paraId="692490B5" w14:textId="77777777" w:rsidR="002355BD" w:rsidRDefault="00000000">
      <w:r>
        <w:br/>
      </w:r>
    </w:p>
    <w:p w14:paraId="3AD064F1" w14:textId="77777777" w:rsidR="002355BD" w:rsidRDefault="00000000">
      <w:r>
        <w:t>Luke sentiu seu corpo se tornar leve, quase etéreo, como se estivesse se dissolvendo na própria luz. Ao mesmo tempo, sua mente expandiu-se, conectando-se não apenas com Elaine através do vínculo das alianças, mas com algo maior, mais vasto – a própria teia do tempo e do espaço.</w:t>
      </w:r>
    </w:p>
    <w:p w14:paraId="67BD4EAF" w14:textId="77777777" w:rsidR="002355BD" w:rsidRDefault="00000000">
      <w:r>
        <w:br/>
      </w:r>
    </w:p>
    <w:p w14:paraId="6480874F" w14:textId="77777777" w:rsidR="002355BD" w:rsidRDefault="00000000">
      <w:r>
        <w:rPr>
          <w:i/>
        </w:rPr>
        <w:t>Luke?</w:t>
      </w:r>
      <w:r>
        <w:t xml:space="preserve"> A voz mental de Elaine era sua única âncora naquele oceano de luz e conhecimento.</w:t>
      </w:r>
    </w:p>
    <w:p w14:paraId="31D3C594" w14:textId="77777777" w:rsidR="002355BD" w:rsidRDefault="00000000">
      <w:r>
        <w:br/>
      </w:r>
    </w:p>
    <w:p w14:paraId="244F9D7A" w14:textId="77777777" w:rsidR="002355BD" w:rsidRDefault="00000000">
      <w:r>
        <w:rPr>
          <w:i/>
        </w:rPr>
        <w:t>Estou aqui,</w:t>
      </w:r>
      <w:r>
        <w:t xml:space="preserve"> respondeu ele, agarrando-se à conexão deles. </w:t>
      </w:r>
      <w:r>
        <w:rPr>
          <w:i/>
        </w:rPr>
        <w:t>Você consegue ver?</w:t>
      </w:r>
    </w:p>
    <w:p w14:paraId="1D591B94" w14:textId="77777777" w:rsidR="002355BD" w:rsidRDefault="00000000">
      <w:r>
        <w:br/>
      </w:r>
    </w:p>
    <w:p w14:paraId="7E83B076" w14:textId="77777777" w:rsidR="002355BD" w:rsidRDefault="00000000">
      <w:r>
        <w:rPr>
          <w:i/>
        </w:rPr>
        <w:t>Sim,</w:t>
      </w:r>
      <w:r>
        <w:t xml:space="preserve"> respondeu ela, maravilhada. </w:t>
      </w:r>
      <w:r>
        <w:rPr>
          <w:i/>
        </w:rPr>
        <w:t>Vejo... tudo. O passado, o presente, o futuro. Todas as possibilidades, todos os caminhos.</w:t>
      </w:r>
    </w:p>
    <w:p w14:paraId="1D15ABCF" w14:textId="77777777" w:rsidR="002355BD" w:rsidRDefault="00000000">
      <w:r>
        <w:br/>
      </w:r>
    </w:p>
    <w:p w14:paraId="636CF14C" w14:textId="77777777" w:rsidR="002355BD" w:rsidRDefault="00000000">
      <w:r>
        <w:t>Através dessa visão compartilhada, eles compreenderam finalmente o verdadeiro propósito de sua jornada. Não era apenas sobre deter Rox ou encontrar a Chave dos Reinos. Era sobre completar um ciclo que havia começado muito antes deles nascerem – um ciclo de equilíbrio entre luz e sombra, entre ordem e caos.</w:t>
      </w:r>
    </w:p>
    <w:p w14:paraId="6571ED4A" w14:textId="77777777" w:rsidR="002355BD" w:rsidRDefault="00000000">
      <w:r>
        <w:br/>
      </w:r>
    </w:p>
    <w:p w14:paraId="5EA91350" w14:textId="77777777" w:rsidR="002355BD" w:rsidRDefault="00000000">
      <w:r>
        <w:t>E naquele momento de clareza perfeita, eles souberam exatamente o que precisavam fazer.</w:t>
      </w:r>
    </w:p>
    <w:p w14:paraId="1756BF54" w14:textId="77777777" w:rsidR="002355BD" w:rsidRDefault="00000000">
      <w:r>
        <w:br/>
      </w:r>
    </w:p>
    <w:p w14:paraId="75F6B621" w14:textId="77777777" w:rsidR="002355BD" w:rsidRDefault="00000000">
      <w:r>
        <w:lastRenderedPageBreak/>
        <w:t>Juntos, guiados pelo conhecimento ancestral que fluía através deles, Luke e Elaine começaram a manipular a Chave dos Reinos. Não era um objeto para ser usado como uma ferramenta comum – era um nexo de poder dimensional que respondia à intenção e ao coração de seus portadores.</w:t>
      </w:r>
    </w:p>
    <w:p w14:paraId="14B60E2C" w14:textId="77777777" w:rsidR="002355BD" w:rsidRDefault="00000000">
      <w:r>
        <w:br/>
      </w:r>
    </w:p>
    <w:p w14:paraId="274A5CF7" w14:textId="77777777" w:rsidR="002355BD" w:rsidRDefault="00000000">
      <w:r>
        <w:t>Com um pensamento unificado, eles direcionaram o poder da Chave não para destruir Rox, mas para criar algo que nunca havia existido antes – um selo dimensional perfeito, uma barreira impenetrável entre o submundo e a Terra.</w:t>
      </w:r>
    </w:p>
    <w:p w14:paraId="6ADD454C" w14:textId="77777777" w:rsidR="002355BD" w:rsidRDefault="00000000">
      <w:r>
        <w:br/>
      </w:r>
    </w:p>
    <w:p w14:paraId="45B85F15" w14:textId="77777777" w:rsidR="002355BD" w:rsidRDefault="00000000">
      <w:r>
        <w:t>A luz se intensificou, e então, subitamente, implodiu, concentrando-se em um único ponto brilhante que pairava entre Luke e Elaine. A Chave dos Reinos havia se transformado, tornando-se uma esfera de energia pura que continha o poder de separar as dimensões permanentemente.</w:t>
      </w:r>
    </w:p>
    <w:p w14:paraId="4D2486D0" w14:textId="77777777" w:rsidR="002355BD" w:rsidRDefault="00000000">
      <w:r>
        <w:br/>
      </w:r>
    </w:p>
    <w:p w14:paraId="0D54BFC5" w14:textId="77777777" w:rsidR="002355BD" w:rsidRDefault="00000000">
      <w:r>
        <w:t>Rox, percebendo o que estava acontecendo, lançou-se em um ataque desesperado. "NÃO! VOCÊS NÃO PODEM FAZER ISSO!"</w:t>
      </w:r>
    </w:p>
    <w:p w14:paraId="074D92C1" w14:textId="77777777" w:rsidR="002355BD" w:rsidRDefault="00000000">
      <w:r>
        <w:br/>
      </w:r>
    </w:p>
    <w:p w14:paraId="4603B3B4" w14:textId="77777777" w:rsidR="002355BD" w:rsidRDefault="00000000">
      <w:r>
        <w:t>Mas era tarde demais. Com um movimento sincronizado, Luke e Elaine lançaram a esfera de energia diretamente contra Rox. Quando o atingiu, em vez de destruí-lo, a esfera se expandiu, criando um vórtice dimensional que começou a puxá-lo para dentro.</w:t>
      </w:r>
    </w:p>
    <w:p w14:paraId="1711E612" w14:textId="77777777" w:rsidR="002355BD" w:rsidRDefault="00000000">
      <w:r>
        <w:br/>
      </w:r>
    </w:p>
    <w:p w14:paraId="24B406AD" w14:textId="77777777" w:rsidR="002355BD" w:rsidRDefault="00000000">
      <w:r>
        <w:t>"ISSO NÃO TERMINA AQUI!" gritou Rox enquanto era arrastado para o vórtice. "ABYZOTH ENCONTRARÁ OUTRO CAMINHO! A DRAGOA MALIGNA SE ERGUERÁ NOVAMENTE!"</w:t>
      </w:r>
    </w:p>
    <w:p w14:paraId="2970CEED" w14:textId="77777777" w:rsidR="002355BD" w:rsidRDefault="00000000">
      <w:r>
        <w:br/>
      </w:r>
    </w:p>
    <w:p w14:paraId="67BF16CA" w14:textId="77777777" w:rsidR="002355BD" w:rsidRDefault="00000000">
      <w:r>
        <w:t>"Não desta vez," disse Luke, sua voz calma mas firme. "Este selo é permanente. Nem Abyzoth, nem a Dragoa Maligna, nem você jamais atravessarão novamente."</w:t>
      </w:r>
    </w:p>
    <w:p w14:paraId="28DA222B" w14:textId="77777777" w:rsidR="002355BD" w:rsidRDefault="00000000">
      <w:r>
        <w:br/>
      </w:r>
    </w:p>
    <w:p w14:paraId="535D9CD8" w14:textId="77777777" w:rsidR="002355BD" w:rsidRDefault="00000000">
      <w:r>
        <w:lastRenderedPageBreak/>
        <w:t>O vórtice cresceu, engolindo não apenas Rox, mas todos os Devastadores na câmara. Através de sua conexão com a Chave, Luke e Elaine podiam sentir o mesmo acontecendo em todo o mundo – todos os portais se fechando, todas as criaturas do submundo sendo puxadas de volta para sua dimensão de origem.</w:t>
      </w:r>
    </w:p>
    <w:p w14:paraId="4956E069" w14:textId="77777777" w:rsidR="002355BD" w:rsidRDefault="00000000">
      <w:r>
        <w:br/>
      </w:r>
    </w:p>
    <w:p w14:paraId="24EC0319" w14:textId="77777777" w:rsidR="002355BD" w:rsidRDefault="00000000">
      <w:r>
        <w:t>E então, tão subitamente quanto havia começado, tudo terminou. O vórtice se fechou com um estalo final, deixando apenas um silêncio reverente na câmara do Templo.</w:t>
      </w:r>
    </w:p>
    <w:p w14:paraId="0D3F9F97" w14:textId="77777777" w:rsidR="002355BD" w:rsidRDefault="00000000">
      <w:r>
        <w:br/>
      </w:r>
    </w:p>
    <w:p w14:paraId="5CDA1E99" w14:textId="77777777" w:rsidR="002355BD" w:rsidRDefault="00000000">
      <w:r>
        <w:t>Luke e Elaine permaneceram imóveis por um momento, ainda segurando a Chave dos Reinos entre eles, agora transformada em um cristal transparente que continha uma pequena luz pulsante em seu centro – o selo dimensional, agora permanente e autossustentável.</w:t>
      </w:r>
    </w:p>
    <w:p w14:paraId="36D4BD02" w14:textId="77777777" w:rsidR="002355BD" w:rsidRDefault="00000000">
      <w:r>
        <w:br/>
      </w:r>
    </w:p>
    <w:p w14:paraId="1A63BF02" w14:textId="77777777" w:rsidR="002355BD" w:rsidRDefault="00000000">
      <w:r>
        <w:t>"Conseguimos," sussurrou Elaine, sua voz trêmula de exaustão e alívio.</w:t>
      </w:r>
    </w:p>
    <w:p w14:paraId="7FA37BED" w14:textId="77777777" w:rsidR="002355BD" w:rsidRDefault="00000000">
      <w:r>
        <w:br/>
      </w:r>
    </w:p>
    <w:p w14:paraId="3DD628E3" w14:textId="77777777" w:rsidR="002355BD" w:rsidRDefault="00000000">
      <w:r>
        <w:t>Luke assentiu, igualmente esgotado. "Sim, mas..." Ele olhou ao redor, para o Templo que ainda estava intacto, para a batalha que provavelmente ainda acontecia lá fora. "Estamos presos em 1995. Como voltamos para nosso tempo?"</w:t>
      </w:r>
    </w:p>
    <w:p w14:paraId="5BEB549F" w14:textId="77777777" w:rsidR="002355BD" w:rsidRDefault="00000000">
      <w:r>
        <w:br/>
      </w:r>
    </w:p>
    <w:p w14:paraId="6E1A2E87" w14:textId="77777777" w:rsidR="002355BD" w:rsidRDefault="00000000">
      <w:r>
        <w:t>Como em resposta à sua pergunta, o cristal em suas mãos começou a pulsar mais rapidamente, e as Alianças Gêmeas em seus dedos brilharam em sincronia.</w:t>
      </w:r>
    </w:p>
    <w:p w14:paraId="7D77D7EB" w14:textId="77777777" w:rsidR="002355BD" w:rsidRDefault="00000000">
      <w:r>
        <w:br/>
      </w:r>
    </w:p>
    <w:p w14:paraId="79A33B58" w14:textId="77777777" w:rsidR="002355BD" w:rsidRDefault="00000000">
      <w:r>
        <w:rPr>
          <w:i/>
        </w:rPr>
        <w:t>Acho que temos nossa resposta,</w:t>
      </w:r>
      <w:r>
        <w:t xml:space="preserve"> pensou Elaine, um sorriso se formando em seus lábios.</w:t>
      </w:r>
    </w:p>
    <w:p w14:paraId="06288B3E" w14:textId="77777777" w:rsidR="002355BD" w:rsidRDefault="00000000">
      <w:r>
        <w:br/>
      </w:r>
    </w:p>
    <w:p w14:paraId="5C728F21" w14:textId="77777777" w:rsidR="002355BD" w:rsidRDefault="00000000">
      <w:r>
        <w:t>Antes que pudessem dizer mais alguma coisa, a porta da câmara se abriu, e os Primordiais entraram, feridos mas vitoriosos.</w:t>
      </w:r>
    </w:p>
    <w:p w14:paraId="31E9DB60" w14:textId="77777777" w:rsidR="002355BD" w:rsidRDefault="00000000">
      <w:r>
        <w:lastRenderedPageBreak/>
        <w:br/>
      </w:r>
    </w:p>
    <w:p w14:paraId="7391CB69" w14:textId="77777777" w:rsidR="002355BD" w:rsidRDefault="00000000">
      <w:r>
        <w:t>"Vocês conseguiram," disse Lion, seus olhos arregalados ao ver o cristal nas mãos deles. "Os portais se fecharam. As criaturas desapareceram."</w:t>
      </w:r>
    </w:p>
    <w:p w14:paraId="3B357DAC" w14:textId="77777777" w:rsidR="002355BD" w:rsidRDefault="00000000">
      <w:r>
        <w:br/>
      </w:r>
    </w:p>
    <w:p w14:paraId="0E22F326" w14:textId="77777777" w:rsidR="002355BD" w:rsidRDefault="00000000">
      <w:r>
        <w:t>"O que aconteceu com Rox?" perguntou Caçador, sempre prático.</w:t>
      </w:r>
    </w:p>
    <w:p w14:paraId="6DD6AD1A" w14:textId="77777777" w:rsidR="002355BD" w:rsidRDefault="00000000">
      <w:r>
        <w:br/>
      </w:r>
    </w:p>
    <w:p w14:paraId="5FBBB667" w14:textId="77777777" w:rsidR="002355BD" w:rsidRDefault="00000000">
      <w:r>
        <w:t>"Ele foi selado no submundo," explicou Luke. "Junto com Abyzoth e todas as outras entidades. O selo é permanente desta vez."</w:t>
      </w:r>
    </w:p>
    <w:p w14:paraId="3F518647" w14:textId="77777777" w:rsidR="002355BD" w:rsidRDefault="00000000">
      <w:r>
        <w:br/>
      </w:r>
    </w:p>
    <w:p w14:paraId="35992B1C" w14:textId="77777777" w:rsidR="002355BD" w:rsidRDefault="00000000">
      <w:r>
        <w:t>Enigma se aproximou, seu capacete removido pela primeira vez, revelando um rosto surpreendentemente jovem com olhos antigos. "Vocês alteraram o curso da história hoje," disse ele, sua voz não mais distorcida pelo modulador. "Mas acho que sempre foi assim que deveria ser."</w:t>
      </w:r>
    </w:p>
    <w:p w14:paraId="5017986E" w14:textId="77777777" w:rsidR="002355BD" w:rsidRDefault="00000000">
      <w:r>
        <w:br/>
      </w:r>
    </w:p>
    <w:p w14:paraId="343F83D6" w14:textId="77777777" w:rsidR="002355BD" w:rsidRDefault="00000000">
      <w:r>
        <w:t>"Um loop temporal perfeito," concordou Android, analisando o cristal com fascínio científico. "Vocês vieram ao passado porque sempre estiveram destinados a vir."</w:t>
      </w:r>
    </w:p>
    <w:p w14:paraId="03B17459" w14:textId="77777777" w:rsidR="002355BD" w:rsidRDefault="00000000">
      <w:r>
        <w:br/>
      </w:r>
    </w:p>
    <w:p w14:paraId="49C9385F" w14:textId="77777777" w:rsidR="002355BD" w:rsidRDefault="00000000">
      <w:r>
        <w:t>Sang-Suga estudou as Alianças Gêmeas nos dedos de Luke e Elaine. "Essas alianças... agora entendo sua verdadeira natureza. Elas não são apenas amplificadores de poder. São âncoras temporais."</w:t>
      </w:r>
    </w:p>
    <w:p w14:paraId="47847DA3" w14:textId="77777777" w:rsidR="002355BD" w:rsidRDefault="00000000">
      <w:r>
        <w:br/>
      </w:r>
    </w:p>
    <w:p w14:paraId="40D4A9FC" w14:textId="77777777" w:rsidR="002355BD" w:rsidRDefault="00000000">
      <w:r>
        <w:t>"Âncoras temporais?" repetiu Elaine, confusa.</w:t>
      </w:r>
    </w:p>
    <w:p w14:paraId="398A053C" w14:textId="77777777" w:rsidR="002355BD" w:rsidRDefault="00000000">
      <w:r>
        <w:br/>
      </w:r>
    </w:p>
    <w:p w14:paraId="7EF79CB8" w14:textId="77777777" w:rsidR="002355BD" w:rsidRDefault="00000000">
      <w:r>
        <w:t>"Sim," confirmou Sang-Suga. "Elas podem levar vocês de volta ao seu próprio tempo, agora que sua missão aqui está completa."</w:t>
      </w:r>
    </w:p>
    <w:p w14:paraId="7C443B72" w14:textId="77777777" w:rsidR="002355BD" w:rsidRDefault="00000000">
      <w:r>
        <w:lastRenderedPageBreak/>
        <w:br/>
      </w:r>
    </w:p>
    <w:p w14:paraId="60A98750" w14:textId="77777777" w:rsidR="002355BD" w:rsidRDefault="00000000">
      <w:r>
        <w:t>Luke e Elaine trocaram olhares esperançosos. Voltar para 2025, para seu próprio tempo... parecia quase um sonho depois de tudo que haviam passado.</w:t>
      </w:r>
    </w:p>
    <w:p w14:paraId="62B8EE7D" w14:textId="77777777" w:rsidR="002355BD" w:rsidRDefault="00000000">
      <w:r>
        <w:br/>
      </w:r>
    </w:p>
    <w:p w14:paraId="6BA216DC" w14:textId="77777777" w:rsidR="002355BD" w:rsidRDefault="00000000">
      <w:r>
        <w:t>"Como funcionam?" perguntou Luke.</w:t>
      </w:r>
    </w:p>
    <w:p w14:paraId="4453F3E0" w14:textId="77777777" w:rsidR="002355BD" w:rsidRDefault="00000000">
      <w:r>
        <w:br/>
      </w:r>
    </w:p>
    <w:p w14:paraId="63BFBF40" w14:textId="77777777" w:rsidR="002355BD" w:rsidRDefault="00000000">
      <w:r>
        <w:t>"Da mesma forma que tudo o mais que vocês fizeram," respondeu Sang-Suga com um sorriso enigmático. "Juntos."</w:t>
      </w:r>
    </w:p>
    <w:p w14:paraId="4E18E326" w14:textId="77777777" w:rsidR="002355BD" w:rsidRDefault="00000000">
      <w:r>
        <w:br/>
      </w:r>
    </w:p>
    <w:p w14:paraId="2BCF0E09" w14:textId="77777777" w:rsidR="002355BD" w:rsidRDefault="00000000">
      <w:r>
        <w:t>Temporal deu um passo à frente. "Vocês devem ir logo. Quanto mais tempo permanecerem aqui, mais difícil será para as alianças encontrarem seu ponto de origem temporal."</w:t>
      </w:r>
    </w:p>
    <w:p w14:paraId="415A31F5" w14:textId="77777777" w:rsidR="002355BD" w:rsidRDefault="00000000">
      <w:r>
        <w:br/>
      </w:r>
    </w:p>
    <w:p w14:paraId="3C3B50CE" w14:textId="77777777" w:rsidR="002355BD" w:rsidRDefault="00000000">
      <w:r>
        <w:t>Luke olhou para os Primordiais – estes heróis lendários que agora conhecia pessoalmente, que haviam lutado ao lado deles. "E quanto a vocês? E quanto às memórias desta batalha?"</w:t>
      </w:r>
    </w:p>
    <w:p w14:paraId="4A97CFA5" w14:textId="77777777" w:rsidR="002355BD" w:rsidRDefault="00000000">
      <w:r>
        <w:br/>
      </w:r>
    </w:p>
    <w:p w14:paraId="3D05BA7E" w14:textId="77777777" w:rsidR="002355BD" w:rsidRDefault="00000000">
      <w:r>
        <w:t>Lion sorriu, aquele sorriso carismático que o tornaria uma lenda. "Algumas histórias são melhores mantidas em segredo. Esta será uma delas – conhecida apenas por nós seis... e por vocês dois, em seu próprio tempo."</w:t>
      </w:r>
    </w:p>
    <w:p w14:paraId="1FD04D8A" w14:textId="77777777" w:rsidR="002355BD" w:rsidRDefault="00000000">
      <w:r>
        <w:br/>
      </w:r>
    </w:p>
    <w:p w14:paraId="153B71D7" w14:textId="77777777" w:rsidR="002355BD" w:rsidRDefault="00000000">
      <w:r>
        <w:t>"Obrigado," disse Luke, estendendo a mão. "Por tudo."</w:t>
      </w:r>
    </w:p>
    <w:p w14:paraId="248AFC41" w14:textId="77777777" w:rsidR="002355BD" w:rsidRDefault="00000000">
      <w:r>
        <w:br/>
      </w:r>
    </w:p>
    <w:p w14:paraId="02FC1778" w14:textId="77777777" w:rsidR="002355BD" w:rsidRDefault="00000000">
      <w:r>
        <w:t>Lion apertou sua mão firmemente. "Não, obrigado a vocês. Por nos mostrar que o futuro está em boas mãos."</w:t>
      </w:r>
    </w:p>
    <w:p w14:paraId="1C1CFF82" w14:textId="77777777" w:rsidR="002355BD" w:rsidRDefault="00000000">
      <w:r>
        <w:br/>
      </w:r>
    </w:p>
    <w:p w14:paraId="1F82D873" w14:textId="77777777" w:rsidR="002355BD" w:rsidRDefault="00000000">
      <w:r>
        <w:lastRenderedPageBreak/>
        <w:t>Despedidas foram trocadas rapidamente – um abraço de Lion, um aperto de mão respeitoso de Caçador, um aceno de Android, um toque enigmático de Enigma, uma bênção sussurrada de Sang-Suga, e um saluto formal de Temporal.</w:t>
      </w:r>
    </w:p>
    <w:p w14:paraId="79B6836C" w14:textId="77777777" w:rsidR="002355BD" w:rsidRDefault="00000000">
      <w:r>
        <w:br/>
      </w:r>
    </w:p>
    <w:p w14:paraId="69DCC9A8" w14:textId="77777777" w:rsidR="002355BD" w:rsidRDefault="00000000">
      <w:r>
        <w:t>Então, Luke e Elaine ficaram sozinhos no centro da câmara, o cristal contendo o selo dimensional seguro entre eles, as Alianças Gêmeas brilhando com expectativa.</w:t>
      </w:r>
    </w:p>
    <w:p w14:paraId="563122F2" w14:textId="77777777" w:rsidR="002355BD" w:rsidRDefault="00000000">
      <w:r>
        <w:br/>
      </w:r>
    </w:p>
    <w:p w14:paraId="361693DA" w14:textId="77777777" w:rsidR="002355BD" w:rsidRDefault="00000000">
      <w:r>
        <w:t>"Pronta para ir para casa?" perguntou Luke, estendendo a mão.</w:t>
      </w:r>
    </w:p>
    <w:p w14:paraId="1B32E84A" w14:textId="77777777" w:rsidR="002355BD" w:rsidRDefault="00000000">
      <w:r>
        <w:br/>
      </w:r>
    </w:p>
    <w:p w14:paraId="0B062D69" w14:textId="77777777" w:rsidR="002355BD" w:rsidRDefault="00000000">
      <w:r>
        <w:t>Elaine entrelaçou seus dedos nos dele, as alianças tocando-se. "Casa é onde você está," respondeu ela suavemente.</w:t>
      </w:r>
    </w:p>
    <w:p w14:paraId="0708D669" w14:textId="77777777" w:rsidR="002355BD" w:rsidRDefault="00000000">
      <w:r>
        <w:br/>
      </w:r>
    </w:p>
    <w:p w14:paraId="791635A2" w14:textId="77777777" w:rsidR="002355BD" w:rsidRDefault="00000000">
      <w:r>
        <w:t>Com um último olhar para o Templo Esquecido e para os Primordiais que os observavam, eles fecharam os olhos e se concentraram nas alianças. O poder fluiu entre eles, amplificado pelo cristal, criando um vórtice temporal que os envolveu completamente.</w:t>
      </w:r>
    </w:p>
    <w:p w14:paraId="64149098" w14:textId="77777777" w:rsidR="002355BD" w:rsidRDefault="00000000">
      <w:r>
        <w:br/>
      </w:r>
    </w:p>
    <w:p w14:paraId="03FC0418" w14:textId="77777777" w:rsidR="002355BD" w:rsidRDefault="00000000">
      <w:r>
        <w:t>A sensação de viajar através do tempo era agora familiar, mas desta vez havia uma diferença. Não havia turbulência, não havia resistência. Era como se o próprio tempo os reconhecesse e os guiasse gentilmente de volta para onde pertenciam.</w:t>
      </w:r>
    </w:p>
    <w:p w14:paraId="7635BD45" w14:textId="77777777" w:rsidR="002355BD" w:rsidRDefault="00000000">
      <w:r>
        <w:br/>
      </w:r>
    </w:p>
    <w:p w14:paraId="06AAF4E2" w14:textId="77777777" w:rsidR="002355BD" w:rsidRDefault="00000000">
      <w:r>
        <w:t>Quando a sensação de movimento cessou e eles abriram os olhos, encontraram-se exatamente onde sua jornada havia começado – na base da G.R.A.I.A. em 2025, na sala de comando principal.</w:t>
      </w:r>
    </w:p>
    <w:p w14:paraId="67813C78" w14:textId="77777777" w:rsidR="002355BD" w:rsidRDefault="00000000">
      <w:r>
        <w:br/>
      </w:r>
    </w:p>
    <w:p w14:paraId="63F9B48A" w14:textId="77777777" w:rsidR="002355BD" w:rsidRDefault="00000000">
      <w:r>
        <w:t>E não estavam sozinhos. O General Vance – o Caçador de Recompensas que haviam deixado décadas atrás, agora um homem mais velho e mais sábio – estava lá, junto com o restante da equipe atual dos Primordiais II.</w:t>
      </w:r>
    </w:p>
    <w:p w14:paraId="7D8FF004" w14:textId="77777777" w:rsidR="002355BD" w:rsidRDefault="00000000">
      <w:r>
        <w:lastRenderedPageBreak/>
        <w:br/>
      </w:r>
    </w:p>
    <w:p w14:paraId="15F7BA26" w14:textId="77777777" w:rsidR="002355BD" w:rsidRDefault="00000000">
      <w:r>
        <w:t>"Vocês voltaram," disse o General, sua voz carregando o peso de décadas de memórias. "Exatamente como me lembrava."</w:t>
      </w:r>
    </w:p>
    <w:p w14:paraId="5BACFE79" w14:textId="77777777" w:rsidR="002355BD" w:rsidRDefault="00000000">
      <w:r>
        <w:br/>
      </w:r>
    </w:p>
    <w:p w14:paraId="16AB4A6A" w14:textId="77777777" w:rsidR="002355BD" w:rsidRDefault="00000000">
      <w:r>
        <w:t>Luke e Elaine se entreolharam, surpresos. "Você se lembra?" perguntou Luke.</w:t>
      </w:r>
    </w:p>
    <w:p w14:paraId="445291E9" w14:textId="77777777" w:rsidR="002355BD" w:rsidRDefault="00000000">
      <w:r>
        <w:br/>
      </w:r>
    </w:p>
    <w:p w14:paraId="2EB46379" w14:textId="77777777" w:rsidR="002355BD" w:rsidRDefault="00000000">
      <w:r>
        <w:t>O General sorriu, um eco do jovem Caçador visível brevemente em seu rosto enrugado. "Algumas memórias são fortes demais para serem esquecidas, mesmo após trinta anos."</w:t>
      </w:r>
    </w:p>
    <w:p w14:paraId="5958EBE7" w14:textId="77777777" w:rsidR="002355BD" w:rsidRDefault="00000000">
      <w:r>
        <w:br/>
      </w:r>
    </w:p>
    <w:p w14:paraId="435ED9AE" w14:textId="77777777" w:rsidR="002355BD" w:rsidRDefault="00000000">
      <w:r>
        <w:t>Ele se aproximou, observando o cristal que ainda seguravam e as Alianças Gêmeas em seus dedos. "Vocês conseguiram, então. O selo está completo."</w:t>
      </w:r>
    </w:p>
    <w:p w14:paraId="28D1BD1B" w14:textId="77777777" w:rsidR="002355BD" w:rsidRDefault="00000000">
      <w:r>
        <w:br/>
      </w:r>
    </w:p>
    <w:p w14:paraId="115086EF" w14:textId="77777777" w:rsidR="002355BD" w:rsidRDefault="00000000">
      <w:r>
        <w:t>"Sim," confirmou Elaine. "Abyzoth, a Dragoa Maligna, Rox – todos estão permanentemente selados no submundo. Os portais estão fechados para sempre."</w:t>
      </w:r>
    </w:p>
    <w:p w14:paraId="5955354C" w14:textId="77777777" w:rsidR="002355BD" w:rsidRDefault="00000000">
      <w:r>
        <w:br/>
      </w:r>
    </w:p>
    <w:p w14:paraId="34EA8079" w14:textId="77777777" w:rsidR="002355BD" w:rsidRDefault="00000000">
      <w:r>
        <w:t>Um suspiro coletivo de alívio percorreu a sala. A ameaça que havia pairado sobre eles por tanto tempo finalmente havia terminado.</w:t>
      </w:r>
    </w:p>
    <w:p w14:paraId="234F6FF6" w14:textId="77777777" w:rsidR="002355BD" w:rsidRDefault="00000000">
      <w:r>
        <w:br/>
      </w:r>
    </w:p>
    <w:p w14:paraId="3986E737" w14:textId="77777777" w:rsidR="002355BD" w:rsidRDefault="00000000">
      <w:r>
        <w:t>As próximas horas foram preenchidas com relatórios, explicações e celebrações. O cristal contendo o selo dimensional foi colocado em uma câmara de contenção especial – não porque fosse perigoso, mas para protegê-lo. As Alianças Gêmeas, no entanto, permaneceram nos dedos de Luke e Elaine. Como Sang-Suga havia dito no passado, elas haviam escolhido seus portadores.</w:t>
      </w:r>
    </w:p>
    <w:p w14:paraId="07610153" w14:textId="77777777" w:rsidR="002355BD" w:rsidRDefault="00000000">
      <w:r>
        <w:br/>
      </w:r>
    </w:p>
    <w:p w14:paraId="2F7C868C" w14:textId="77777777" w:rsidR="002355BD" w:rsidRDefault="00000000">
      <w:r>
        <w:lastRenderedPageBreak/>
        <w:t>Quando finalmente tiveram um momento de privacidade, Luke levou Elaine para o telhado da base, onde podiam ver as estrelas acima e as luzes da cidade abaixo. A noite estava clara e fresca, um contraste bem-vindo com o caos dimensional que haviam enfrentado.</w:t>
      </w:r>
    </w:p>
    <w:p w14:paraId="574287F1" w14:textId="77777777" w:rsidR="002355BD" w:rsidRDefault="00000000">
      <w:r>
        <w:br/>
      </w:r>
    </w:p>
    <w:p w14:paraId="2E6615A6" w14:textId="77777777" w:rsidR="002355BD" w:rsidRDefault="00000000">
      <w:r>
        <w:t>"Parece quase surreal, não é?" comentou Luke, seus dedos entrelaçados com os de Elaine enquanto observavam a paisagem pacífica. "Depois de tudo que passamos, estar simplesmente... aqui."</w:t>
      </w:r>
    </w:p>
    <w:p w14:paraId="1D5946C4" w14:textId="77777777" w:rsidR="002355BD" w:rsidRDefault="00000000">
      <w:r>
        <w:br/>
      </w:r>
    </w:p>
    <w:p w14:paraId="04FC8F4B" w14:textId="77777777" w:rsidR="002355BD" w:rsidRDefault="00000000">
      <w:r>
        <w:t>Elaine assentiu, recostando-se contra ele. "Parte de mim ainda espera que um portal se abra ou que Rox apareça do nada."</w:t>
      </w:r>
    </w:p>
    <w:p w14:paraId="6811EBAA" w14:textId="77777777" w:rsidR="002355BD" w:rsidRDefault="00000000">
      <w:r>
        <w:br/>
      </w:r>
    </w:p>
    <w:p w14:paraId="128AB42C" w14:textId="77777777" w:rsidR="002355BD" w:rsidRDefault="00000000">
      <w:r>
        <w:t>"Mas não vai acontecer," disse Luke com convicção. "O selo é permanente. Nós garantimos isso."</w:t>
      </w:r>
    </w:p>
    <w:p w14:paraId="6E2EC689" w14:textId="77777777" w:rsidR="002355BD" w:rsidRDefault="00000000">
      <w:r>
        <w:br/>
      </w:r>
    </w:p>
    <w:p w14:paraId="13836BB6" w14:textId="77777777" w:rsidR="002355BD" w:rsidRDefault="00000000">
      <w:r>
        <w:t>Eles ficaram em silêncio por um momento, absorvendo a realidade de sua vitória e o simples prazer de estarem juntos sem a pressão constante do perigo.</w:t>
      </w:r>
    </w:p>
    <w:p w14:paraId="33C7D4FF" w14:textId="77777777" w:rsidR="002355BD" w:rsidRDefault="00000000">
      <w:r>
        <w:br/>
      </w:r>
    </w:p>
    <w:p w14:paraId="1443171A" w14:textId="77777777" w:rsidR="002355BD" w:rsidRDefault="00000000">
      <w:r>
        <w:t>"O que acontece agora?" perguntou Elaine finalmente, virando-se para encará-lo. "Com a ameaça eliminada, com nossa missão cumprida... o que vem a seguir para nós?"</w:t>
      </w:r>
    </w:p>
    <w:p w14:paraId="6CD9F977" w14:textId="77777777" w:rsidR="002355BD" w:rsidRDefault="00000000">
      <w:r>
        <w:br/>
      </w:r>
    </w:p>
    <w:p w14:paraId="01442CD7" w14:textId="77777777" w:rsidR="002355BD" w:rsidRDefault="00000000">
      <w:r>
        <w:t>Luke olhou para as Alianças Gêmeas em seus dedos, ainda brilhando suavemente sob a luz das estrelas. Então, seus olhos encontraram os dela, e ele sorriu.</w:t>
      </w:r>
    </w:p>
    <w:p w14:paraId="2F78E915" w14:textId="77777777" w:rsidR="002355BD" w:rsidRDefault="00000000">
      <w:r>
        <w:br/>
      </w:r>
    </w:p>
    <w:p w14:paraId="4C928E37" w14:textId="77777777" w:rsidR="002355BD" w:rsidRDefault="00000000">
      <w:r>
        <w:t>"Qualquer coisa que quisermos," respondeu ele. "Temos todo o tempo do mundo agora."</w:t>
      </w:r>
    </w:p>
    <w:p w14:paraId="2D66B32E" w14:textId="77777777" w:rsidR="002355BD" w:rsidRDefault="00000000">
      <w:r>
        <w:br/>
      </w:r>
    </w:p>
    <w:p w14:paraId="57F4A9C0" w14:textId="77777777" w:rsidR="002355BD" w:rsidRDefault="00000000">
      <w:r>
        <w:lastRenderedPageBreak/>
        <w:t>Elaine sorriu em retorno, um sorriso que iluminava seu rosto inteiro. "Gosto como isso soa."</w:t>
      </w:r>
    </w:p>
    <w:p w14:paraId="602113DF" w14:textId="77777777" w:rsidR="002355BD" w:rsidRDefault="00000000">
      <w:r>
        <w:br/>
      </w:r>
    </w:p>
    <w:p w14:paraId="70044C24" w14:textId="77777777" w:rsidR="002355BD" w:rsidRDefault="00000000">
      <w:r>
        <w:t>Luke a puxou para mais perto, uma mão gentilmente acariciando seu rosto. "Sabe, em toda essa loucura de viagem no tempo e batalhas dimensionais, nunca tive a chance de dizer algo muito importante."</w:t>
      </w:r>
    </w:p>
    <w:p w14:paraId="6FEA0420" w14:textId="77777777" w:rsidR="002355BD" w:rsidRDefault="00000000">
      <w:r>
        <w:br/>
      </w:r>
    </w:p>
    <w:p w14:paraId="7FAD33FC" w14:textId="77777777" w:rsidR="002355BD" w:rsidRDefault="00000000">
      <w:r>
        <w:t>"O quê?" perguntou ela, seus olhos fixos nos dele.</w:t>
      </w:r>
    </w:p>
    <w:p w14:paraId="32B04E32" w14:textId="77777777" w:rsidR="002355BD" w:rsidRDefault="00000000">
      <w:r>
        <w:br/>
      </w:r>
    </w:p>
    <w:p w14:paraId="30B4B38D" w14:textId="77777777" w:rsidR="002355BD" w:rsidRDefault="00000000">
      <w:r>
        <w:t>"Eu te amo, Elaine," disse ele simplesmente. "Não apenas por causa das aventuras que compartilhamos ou dos perigos que enfrentamos juntos. Mas por quem você é – corajosa, inteligente, compassiva, real. Amo cada parte de você."</w:t>
      </w:r>
    </w:p>
    <w:p w14:paraId="1F58E478" w14:textId="77777777" w:rsidR="002355BD" w:rsidRDefault="00000000">
      <w:r>
        <w:br/>
      </w:r>
    </w:p>
    <w:p w14:paraId="30418492" w14:textId="77777777" w:rsidR="002355BD" w:rsidRDefault="00000000">
      <w:r>
        <w:t>Os olhos de Elaine brilharam com emoção contida. "Eu também te amo, Luke. Mais do que pensei ser possível amar alguém. Você me viu – realmente me viu – quando ninguém mais conseguia enxergar além da superfície."</w:t>
      </w:r>
    </w:p>
    <w:p w14:paraId="5C87989F" w14:textId="77777777" w:rsidR="002355BD" w:rsidRDefault="00000000">
      <w:r>
        <w:br/>
      </w:r>
    </w:p>
    <w:p w14:paraId="58F705D2" w14:textId="77777777" w:rsidR="002355BD" w:rsidRDefault="00000000">
      <w:r>
        <w:t>Suas alianças brilharam mais intensamente quando seus lábios se encontraram em um beijo profundo e apaixonado, selando as palavras que haviam acabado de trocar. O vínculo entre eles, fortalecido por tudo que haviam enfrentado juntos, pulsava com uma energia quase tangível.</w:t>
      </w:r>
    </w:p>
    <w:p w14:paraId="17A71F03" w14:textId="77777777" w:rsidR="002355BD" w:rsidRDefault="00000000">
      <w:r>
        <w:br/>
      </w:r>
    </w:p>
    <w:p w14:paraId="015D61C7" w14:textId="77777777" w:rsidR="002355BD" w:rsidRDefault="00000000">
      <w:r>
        <w:rPr>
          <w:i/>
        </w:rPr>
        <w:t>Posso sentir seu coração,</w:t>
      </w:r>
      <w:r>
        <w:t xml:space="preserve"> pensou Elaine através do vínculo das alianças. </w:t>
      </w:r>
      <w:r>
        <w:rPr>
          <w:i/>
        </w:rPr>
        <w:t>Não apenas seus pensamentos, mas seu coração.</w:t>
      </w:r>
    </w:p>
    <w:p w14:paraId="767CBECB" w14:textId="77777777" w:rsidR="002355BD" w:rsidRDefault="00000000">
      <w:r>
        <w:br/>
      </w:r>
    </w:p>
    <w:p w14:paraId="2AB07818" w14:textId="77777777" w:rsidR="002355BD" w:rsidRDefault="00000000">
      <w:r>
        <w:rPr>
          <w:i/>
        </w:rPr>
        <w:t>E eu o seu,</w:t>
      </w:r>
      <w:r>
        <w:t xml:space="preserve"> respondeu Luke. </w:t>
      </w:r>
      <w:r>
        <w:rPr>
          <w:i/>
        </w:rPr>
        <w:t>É como se fôssemos um só, de alguma forma.</w:t>
      </w:r>
    </w:p>
    <w:p w14:paraId="4EFC09F5" w14:textId="77777777" w:rsidR="002355BD" w:rsidRDefault="00000000">
      <w:r>
        <w:lastRenderedPageBreak/>
        <w:br/>
      </w:r>
    </w:p>
    <w:p w14:paraId="3616E2A8" w14:textId="77777777" w:rsidR="002355BD" w:rsidRDefault="00000000">
      <w:r>
        <w:t>Quando o beijo terminou, eles permaneceram abraçados sob as estrelas, suas testemunhas silenciosas. A noite avançava, mas nenhum dos dois sentia pressa para voltar para dentro. Este momento – esta paz duramente conquistada – era deles para saborear.</w:t>
      </w:r>
    </w:p>
    <w:p w14:paraId="27021B07" w14:textId="77777777" w:rsidR="002355BD" w:rsidRDefault="00000000">
      <w:r>
        <w:br/>
      </w:r>
    </w:p>
    <w:p w14:paraId="16D3A6C6" w14:textId="77777777" w:rsidR="002355BD" w:rsidRDefault="00000000">
      <w:r>
        <w:t>---</w:t>
      </w:r>
    </w:p>
    <w:p w14:paraId="50B1BB7E" w14:textId="77777777" w:rsidR="002355BD" w:rsidRDefault="00000000">
      <w:r>
        <w:br/>
      </w:r>
    </w:p>
    <w:p w14:paraId="4D72A824" w14:textId="77777777" w:rsidR="002355BD" w:rsidRDefault="00000000">
      <w:r>
        <w:t>A noite já ia avançada quando finalmente retornaram aos seus aposentos na base. A adrenalina da vitória havia dado lugar a um cansaço profundo, mas também a uma sensação de contentamento que nenhum dos dois havia experimentado antes.</w:t>
      </w:r>
    </w:p>
    <w:p w14:paraId="42A93EFA" w14:textId="77777777" w:rsidR="002355BD" w:rsidRDefault="00000000">
      <w:r>
        <w:br/>
      </w:r>
    </w:p>
    <w:p w14:paraId="71E1C4C0" w14:textId="77777777" w:rsidR="002355BD" w:rsidRDefault="00000000">
      <w:r>
        <w:t>O quarto de Luke – agora tacitamente compartilhado com Elaine – estava banhado apenas pela luz suave do luar que entrava pela janela. Eles se moviam em silêncio confortável, trocando olhares e toques casuais enquanto se preparavam para o merecido descanso.</w:t>
      </w:r>
    </w:p>
    <w:p w14:paraId="7D45E1F9" w14:textId="77777777" w:rsidR="002355BD" w:rsidRDefault="00000000">
      <w:r>
        <w:br/>
      </w:r>
    </w:p>
    <w:p w14:paraId="7CFB00C5" w14:textId="77777777" w:rsidR="002355BD" w:rsidRDefault="00000000">
      <w:r>
        <w:t>Mas quando Elaine saiu do banheiro, vestindo apenas uma camiseta longa que mal cobria suas coxas, Luke sentiu um calor familiar se espalhar por seu corpo. Ela estava linda na penumbra, sua pele quase brilhando sob a luz prateada da lua, seus olhos refletindo um desejo que espelhava o dele.</w:t>
      </w:r>
    </w:p>
    <w:p w14:paraId="44597463" w14:textId="77777777" w:rsidR="002355BD" w:rsidRDefault="00000000">
      <w:r>
        <w:br/>
      </w:r>
    </w:p>
    <w:p w14:paraId="36D2C651" w14:textId="77777777" w:rsidR="002355BD" w:rsidRDefault="00000000">
      <w:r>
        <w:t>"Sabe," disse ela, aproximando-se lentamente da cama onde ele estava sentado, "acho que ainda não celebramos adequadamente nossa vitória."</w:t>
      </w:r>
    </w:p>
    <w:p w14:paraId="4F0EEEC9" w14:textId="77777777" w:rsidR="002355BD" w:rsidRDefault="00000000">
      <w:r>
        <w:br/>
      </w:r>
    </w:p>
    <w:p w14:paraId="0AEB7B4D" w14:textId="77777777" w:rsidR="002355BD" w:rsidRDefault="00000000">
      <w:r>
        <w:t>Luke sorriu, estendendo a mão para ela. "E o que você sugere?"</w:t>
      </w:r>
    </w:p>
    <w:p w14:paraId="06E5EA21" w14:textId="77777777" w:rsidR="002355BD" w:rsidRDefault="00000000">
      <w:r>
        <w:br/>
      </w:r>
    </w:p>
    <w:p w14:paraId="3D53AD75" w14:textId="77777777" w:rsidR="002355BD" w:rsidRDefault="00000000">
      <w:r>
        <w:lastRenderedPageBreak/>
        <w:t>Em vez de responder com palavras, Elaine usou seu poder de metamorfose de uma forma que nunca havia feito antes. Sua forma tremulou, tornando-se parcialmente invisível, apenas o contorno de seu corpo delineado por uma luz suave. Era como se ela fosse feita de ar e luz, uma presença etérea mas inegavelmente real.</w:t>
      </w:r>
    </w:p>
    <w:p w14:paraId="4E32478E" w14:textId="77777777" w:rsidR="002355BD" w:rsidRDefault="00000000">
      <w:r>
        <w:br/>
      </w:r>
    </w:p>
    <w:p w14:paraId="79EFFB8F" w14:textId="77777777" w:rsidR="002355BD" w:rsidRDefault="00000000">
      <w:r>
        <w:t>"Elaine?" sussurrou Luke, maravilhado.</w:t>
      </w:r>
    </w:p>
    <w:p w14:paraId="06928926" w14:textId="77777777" w:rsidR="002355BD" w:rsidRDefault="00000000">
      <w:r>
        <w:br/>
      </w:r>
    </w:p>
    <w:p w14:paraId="3EA4355F" w14:textId="77777777" w:rsidR="002355BD" w:rsidRDefault="00000000">
      <w:r>
        <w:t xml:space="preserve">Ela se aproximou, sua forma translúcida emitindo um calor que ele podia sentir mesmo antes de tocá-la. </w:t>
      </w:r>
      <w:r>
        <w:rPr>
          <w:i/>
        </w:rPr>
        <w:t>Quero que me sinta de uma forma que ninguém jamais sentiu,</w:t>
      </w:r>
      <w:r>
        <w:t xml:space="preserve"> sua voz ecoou em sua mente através do vínculo das alianças. </w:t>
      </w:r>
      <w:r>
        <w:rPr>
          <w:i/>
        </w:rPr>
        <w:t>Quero sentir você de uma forma que transcende o físico.</w:t>
      </w:r>
    </w:p>
    <w:p w14:paraId="3CA04AB0" w14:textId="77777777" w:rsidR="002355BD" w:rsidRDefault="00000000">
      <w:r>
        <w:br/>
      </w:r>
    </w:p>
    <w:p w14:paraId="6C5E1F39" w14:textId="77777777" w:rsidR="002355BD" w:rsidRDefault="00000000">
      <w:r>
        <w:t>Luke estendeu a mão, tocando o que parecia ser ar sólido. A sensação era extraordinária – como tocar seda, água e eletricidade ao mesmo tempo. Elaine estremeceu sob seu toque, sua forma brilhando mais intensamente onde os dedos dele a encontravam.</w:t>
      </w:r>
    </w:p>
    <w:p w14:paraId="71E0AD03" w14:textId="77777777" w:rsidR="002355BD" w:rsidRDefault="00000000">
      <w:r>
        <w:br/>
      </w:r>
    </w:p>
    <w:p w14:paraId="535A4E17" w14:textId="77777777" w:rsidR="002355BD" w:rsidRDefault="00000000">
      <w:r>
        <w:rPr>
          <w:i/>
        </w:rPr>
        <w:t>Posso fazer o mesmo?</w:t>
      </w:r>
      <w:r>
        <w:t xml:space="preserve"> perguntou ele mentalmente, fascinado pelas possibilidades.</w:t>
      </w:r>
    </w:p>
    <w:p w14:paraId="4A72A7E4" w14:textId="77777777" w:rsidR="002355BD" w:rsidRDefault="00000000">
      <w:r>
        <w:br/>
      </w:r>
    </w:p>
    <w:p w14:paraId="2B9FA002" w14:textId="77777777" w:rsidR="002355BD" w:rsidRDefault="00000000">
      <w:r>
        <w:rPr>
          <w:i/>
        </w:rPr>
        <w:t>Tente,</w:t>
      </w:r>
      <w:r>
        <w:t xml:space="preserve"> encorajou ela. </w:t>
      </w:r>
      <w:r>
        <w:rPr>
          <w:i/>
        </w:rPr>
        <w:t>As alianças... elas nos conectam em um nível mais profundo do que imaginávamos.</w:t>
      </w:r>
    </w:p>
    <w:p w14:paraId="25CA3FD3" w14:textId="77777777" w:rsidR="002355BD" w:rsidRDefault="00000000">
      <w:r>
        <w:br/>
      </w:r>
    </w:p>
    <w:p w14:paraId="5AFF45FC" w14:textId="77777777" w:rsidR="002355BD" w:rsidRDefault="00000000">
      <w:r>
        <w:t>Luke fechou os olhos, concentrando-se no poder que fluía através da aliança em seu dedo. Para sua surpresa, sentiu seu corpo responder, tornando-se mais leve, mais etéreo, como se estivesse se dissolvendo nas bordas. Não era teletransporte – era algo novo, uma extensão de seu poder facilitada pelo vínculo com Elaine.</w:t>
      </w:r>
    </w:p>
    <w:p w14:paraId="0E2CC791" w14:textId="77777777" w:rsidR="002355BD" w:rsidRDefault="00000000">
      <w:r>
        <w:br/>
      </w:r>
    </w:p>
    <w:p w14:paraId="66F0B22E" w14:textId="77777777" w:rsidR="002355BD" w:rsidRDefault="00000000">
      <w:r>
        <w:lastRenderedPageBreak/>
        <w:t>Quando abriu os olhos, viu que seu corpo também havia se tornado parcialmente translúcido, emanando uma luz azulada que contrastava com o brilho prateado de Elaine.</w:t>
      </w:r>
    </w:p>
    <w:p w14:paraId="3AF08ADE" w14:textId="77777777" w:rsidR="002355BD" w:rsidRDefault="00000000">
      <w:r>
        <w:br/>
      </w:r>
    </w:p>
    <w:p w14:paraId="390C3FAA" w14:textId="77777777" w:rsidR="002355BD" w:rsidRDefault="00000000">
      <w:r>
        <w:rPr>
          <w:i/>
        </w:rPr>
        <w:t>É incrível,</w:t>
      </w:r>
      <w:r>
        <w:t xml:space="preserve"> pensou ele, maravilhado.</w:t>
      </w:r>
    </w:p>
    <w:p w14:paraId="25F32E82" w14:textId="77777777" w:rsidR="002355BD" w:rsidRDefault="00000000">
      <w:r>
        <w:br/>
      </w:r>
    </w:p>
    <w:p w14:paraId="7D4BEB38" w14:textId="77777777" w:rsidR="002355BD" w:rsidRDefault="00000000">
      <w:r>
        <w:rPr>
          <w:i/>
        </w:rPr>
        <w:t>Isso é apenas o começo,</w:t>
      </w:r>
      <w:r>
        <w:t xml:space="preserve"> respondeu ela, um sorriso em sua voz mental.</w:t>
      </w:r>
    </w:p>
    <w:p w14:paraId="648BB3CF" w14:textId="77777777" w:rsidR="002355BD" w:rsidRDefault="00000000">
      <w:r>
        <w:br/>
      </w:r>
    </w:p>
    <w:p w14:paraId="5E7DFEC3" w14:textId="77777777" w:rsidR="002355BD" w:rsidRDefault="00000000">
      <w:r>
        <w:t>O que se seguiu foi uma experiência que transcendia qualquer intimidade física que qualquer um deles já havia conhecido. Seus corpos semi-etéreos se entrelaçaram, fundindo-se parcialmente em pontos de contato, criando sensações que iam além do toque normal. Através do vínculo das alianças, cada sensação era compartilhada, amplificada e refletida de volta, criando um loop de prazer e conexão que se intensificava a cada momento.</w:t>
      </w:r>
    </w:p>
    <w:p w14:paraId="22A374A1" w14:textId="77777777" w:rsidR="002355BD" w:rsidRDefault="00000000">
      <w:r>
        <w:br/>
      </w:r>
    </w:p>
    <w:p w14:paraId="73BE0CA4" w14:textId="77777777" w:rsidR="002355BD" w:rsidRDefault="00000000">
      <w:r>
        <w:t>Luke descobriu que podia criar múltiplas projeções de si mesmo – não clones físicos completos, mas extensões de sua consciência e forma que podiam tocar e ser sentidas. Elaine, por sua vez, explorava os limites de sua metamorfose, alterando aspectos de sua forma para intensificar o prazer de ambos, criando pontos de contato impossíveis em corpos puramente físicos.</w:t>
      </w:r>
    </w:p>
    <w:p w14:paraId="5CF7ECB5" w14:textId="77777777" w:rsidR="002355BD" w:rsidRDefault="00000000">
      <w:r>
        <w:br/>
      </w:r>
    </w:p>
    <w:p w14:paraId="2E40C2C8" w14:textId="77777777" w:rsidR="002355BD" w:rsidRDefault="00000000">
      <w:r>
        <w:t>Era uma dança de luz e sensação, seus corpos e mentes tão entrelaçados que era impossível dizer onde um terminava e o outro começava. As alianças brilhavam como pequenos sóis em seus dedos, canalizando e amplificando sua conexão.</w:t>
      </w:r>
    </w:p>
    <w:p w14:paraId="057D4322" w14:textId="77777777" w:rsidR="002355BD" w:rsidRDefault="00000000">
      <w:r>
        <w:br/>
      </w:r>
    </w:p>
    <w:p w14:paraId="318525FA" w14:textId="77777777" w:rsidR="002355BD" w:rsidRDefault="00000000">
      <w:r>
        <w:rPr>
          <w:i/>
        </w:rPr>
        <w:t>Posso sentir seu coração batendo como se fosse o meu,</w:t>
      </w:r>
      <w:r>
        <w:t xml:space="preserve"> pensou Luke, maravilhado pela intimidade absoluta que compartilhavam.</w:t>
      </w:r>
    </w:p>
    <w:p w14:paraId="5C0EAB41" w14:textId="77777777" w:rsidR="002355BD" w:rsidRDefault="00000000">
      <w:r>
        <w:br/>
      </w:r>
    </w:p>
    <w:p w14:paraId="39CCC8BC" w14:textId="77777777" w:rsidR="002355BD" w:rsidRDefault="00000000">
      <w:r>
        <w:rPr>
          <w:i/>
        </w:rPr>
        <w:lastRenderedPageBreak/>
        <w:t>E eu posso sentir cada nervo do seu corpo como se fosse meu próprio,</w:t>
      </w:r>
      <w:r>
        <w:t xml:space="preserve"> respondeu Elaine, sua consciência expandindo-se para abranger a dele.</w:t>
      </w:r>
    </w:p>
    <w:p w14:paraId="003DB243" w14:textId="77777777" w:rsidR="002355BD" w:rsidRDefault="00000000">
      <w:r>
        <w:br/>
      </w:r>
    </w:p>
    <w:p w14:paraId="59EC5F46" w14:textId="77777777" w:rsidR="002355BD" w:rsidRDefault="00000000">
      <w:r>
        <w:t>O prazer cresceu entre eles como uma onda, construindo-se e refletindo-se de volta, cada sensação compartilhada e multiplicada pelo vínculo. Quando finalmente atingiram o clímax, foi uma experiência simultânea e transcendente – uma explosão de luz e sensação que parecia existir fora do tempo e do espaço.</w:t>
      </w:r>
    </w:p>
    <w:p w14:paraId="5C0FDD57" w14:textId="77777777" w:rsidR="002355BD" w:rsidRDefault="00000000">
      <w:r>
        <w:br/>
      </w:r>
    </w:p>
    <w:p w14:paraId="67AB43D2" w14:textId="77777777" w:rsidR="002355BD" w:rsidRDefault="00000000">
      <w:r>
        <w:t>Por um breve momento, enquanto o êxtase os consumia, ambos tiveram uma visão compartilhada – não do passado ou do futuro, mas de todas as possibilidades, todos os universos paralelos onde versões deles existiam. E em cada um desses universos, de alguma forma, eles sempre se encontravam, sempre se conectavam, sempre se amavam.</w:t>
      </w:r>
    </w:p>
    <w:p w14:paraId="3055BABD" w14:textId="77777777" w:rsidR="002355BD" w:rsidRDefault="00000000">
      <w:r>
        <w:br/>
      </w:r>
    </w:p>
    <w:p w14:paraId="63E9AA44" w14:textId="77777777" w:rsidR="002355BD" w:rsidRDefault="00000000">
      <w:r>
        <w:t>Quando finalmente retornaram à plena consciência, seus corpos haviam voltado ao normal, sólidos e tangíveis novamente. Estavam entrelaçados na cama, pele contra pele, respirações sincronizadas, corações batendo em uníssono.</w:t>
      </w:r>
    </w:p>
    <w:p w14:paraId="1635E918" w14:textId="77777777" w:rsidR="002355BD" w:rsidRDefault="00000000">
      <w:r>
        <w:br/>
      </w:r>
    </w:p>
    <w:p w14:paraId="2D3BF0E5" w14:textId="77777777" w:rsidR="002355BD" w:rsidRDefault="00000000">
      <w:r>
        <w:t>"Isso foi..." começou Luke, palavras falhando para descrever o que haviam acabado de experimentar.</w:t>
      </w:r>
    </w:p>
    <w:p w14:paraId="6F955D5A" w14:textId="77777777" w:rsidR="002355BD" w:rsidRDefault="00000000">
      <w:r>
        <w:br/>
      </w:r>
    </w:p>
    <w:p w14:paraId="502B2F91" w14:textId="77777777" w:rsidR="002355BD" w:rsidRDefault="00000000">
      <w:r>
        <w:t>"Eu sei," sussurrou Elaine, aninhando-se mais perto dele. "Foi além de qualquer coisa que já senti antes."</w:t>
      </w:r>
    </w:p>
    <w:p w14:paraId="23CCC0D8" w14:textId="77777777" w:rsidR="002355BD" w:rsidRDefault="00000000">
      <w:r>
        <w:br/>
      </w:r>
    </w:p>
    <w:p w14:paraId="010ED8EB" w14:textId="77777777" w:rsidR="002355BD" w:rsidRDefault="00000000">
      <w:r>
        <w:t>"As alianças," murmurou Luke, observando o brilho suave que ainda emanava delas. "Elas nos conectam em um nível que nem imaginávamos ser possível."</w:t>
      </w:r>
    </w:p>
    <w:p w14:paraId="31A4568F" w14:textId="77777777" w:rsidR="002355BD" w:rsidRDefault="00000000">
      <w:r>
        <w:br/>
      </w:r>
    </w:p>
    <w:p w14:paraId="089985B8" w14:textId="77777777" w:rsidR="002355BD" w:rsidRDefault="00000000">
      <w:r>
        <w:lastRenderedPageBreak/>
        <w:t>Elaine assentiu, traçando padrões suaves no peito dele. "Não são apenas as alianças, Luke. É o que sentimos um pelo outro. As alianças apenas amplificam o que já existe entre nós."</w:t>
      </w:r>
    </w:p>
    <w:p w14:paraId="04AB93B0" w14:textId="77777777" w:rsidR="002355BD" w:rsidRDefault="00000000">
      <w:r>
        <w:br/>
      </w:r>
    </w:p>
    <w:p w14:paraId="454D8CBC" w14:textId="77777777" w:rsidR="002355BD" w:rsidRDefault="00000000">
      <w:r>
        <w:t>Luke sorriu, puxando-a para mais perto. "Amor amplificado por magia antiga e viagem no tempo. Quem diria?"</w:t>
      </w:r>
    </w:p>
    <w:p w14:paraId="4B1CD68F" w14:textId="77777777" w:rsidR="002355BD" w:rsidRDefault="00000000">
      <w:r>
        <w:br/>
      </w:r>
    </w:p>
    <w:p w14:paraId="2C600E68" w14:textId="77777777" w:rsidR="002355BD" w:rsidRDefault="00000000">
      <w:r>
        <w:t>Ela riu suavemente, o som mais doce que ele já havia ouvido. "Nossa história definitivamente não é convencional."</w:t>
      </w:r>
    </w:p>
    <w:p w14:paraId="7C15792E" w14:textId="77777777" w:rsidR="002355BD" w:rsidRDefault="00000000">
      <w:r>
        <w:br/>
      </w:r>
    </w:p>
    <w:p w14:paraId="5ED6CBE6" w14:textId="77777777" w:rsidR="002355BD" w:rsidRDefault="00000000">
      <w:r>
        <w:t>"Não trocaria por nada," disse ele com convicção.</w:t>
      </w:r>
    </w:p>
    <w:p w14:paraId="71592FDC" w14:textId="77777777" w:rsidR="002355BD" w:rsidRDefault="00000000">
      <w:r>
        <w:br/>
      </w:r>
    </w:p>
    <w:p w14:paraId="058E0E0D" w14:textId="77777777" w:rsidR="002355BD" w:rsidRDefault="00000000">
      <w:r>
        <w:t>"Nem eu," concordou ela, seus olhos encontrando os dele na penumbra. "Nem por todos os universos paralelos que vislumbramos."</w:t>
      </w:r>
    </w:p>
    <w:p w14:paraId="35BDB767" w14:textId="77777777" w:rsidR="002355BD" w:rsidRDefault="00000000">
      <w:r>
        <w:br/>
      </w:r>
    </w:p>
    <w:p w14:paraId="4A31CA7A" w14:textId="77777777" w:rsidR="002355BD" w:rsidRDefault="00000000">
      <w:r>
        <w:t>Eles adormeceram assim, entrelaçados e em paz, as Alianças Gêmeas em seus dedos brilhando suavemente como estrelas gêmeas na escuridão. O cristal contendo o selo dimensional repousava seguro em sua câmara de contenção vários andares abaixo, um lembrete silencioso da batalha que haviam vencido e do futuro que haviam salvado.</w:t>
      </w:r>
    </w:p>
    <w:p w14:paraId="73317EE9" w14:textId="77777777" w:rsidR="002355BD" w:rsidRDefault="00000000">
      <w:r>
        <w:br/>
      </w:r>
    </w:p>
    <w:p w14:paraId="4CDEB39E" w14:textId="77777777" w:rsidR="002355BD" w:rsidRDefault="00000000">
      <w:r>
        <w:t>E em algum lugar, além do tempo e do espaço, os Guardiões do Vale dos Ecos observavam e sorriam, sabendo que o ciclo estava completo. O passado havia sido preservado, o presente estava seguro, e o futuro – com todas as suas infinitas possibilidades – pertencia a Luke e Elaine, unidos por laços mais fortes que o próprio tempo.O Templo Esquecido era uma estrutura imponente esculpida na própria montanha, com colunas antigas que pareciam crescer organicamente da rocha. Símbolos arcanos cobriam cada superfície, brilhando suavemente com uma luz azulada que contrastava com o vermelho sinistro do céu acima, onde portais dimensionais pulsavam como feridas abertas na realidade.</w:t>
      </w:r>
    </w:p>
    <w:p w14:paraId="169DA1B9" w14:textId="77777777" w:rsidR="002355BD" w:rsidRDefault="00000000">
      <w:r>
        <w:br/>
      </w:r>
    </w:p>
    <w:p w14:paraId="3851EA35" w14:textId="77777777" w:rsidR="002355BD" w:rsidRDefault="00000000">
      <w:r>
        <w:lastRenderedPageBreak/>
        <w:t>A batalha começou antes mesmo que eles aterrissassem. Hordas de Caçadores das Sombras e Devastadores cercavam o Templo, com Rox comandando o ataque do topo de uma plataforma elevada. Seu corpo, parcialmente transformado em cristal negro, refletia a luz vermelha dos portais, dando-lhe uma aparência demoníaca.</w:t>
      </w:r>
    </w:p>
    <w:p w14:paraId="3992CF57" w14:textId="77777777" w:rsidR="002355BD" w:rsidRDefault="00000000">
      <w:r>
        <w:br/>
      </w:r>
    </w:p>
    <w:p w14:paraId="50291F83" w14:textId="77777777" w:rsidR="002355BD" w:rsidRDefault="00000000">
      <w:r>
        <w:t>"Formação de ataque!" ordenou Lion, sua voz carregando aquela autoridade natural que fazia todos obedecerem instintivamente. "Temporal, Sang-Suga – criem uma distração no flanco leste. Android, Enigma – infiltrem-se pelo oeste. Caçador, você vem comigo pelo centro. Luke, Elaine – vocês são nossa melhor chance de chegar ao coração do Templo. Esperem nossa abertura e então usem seus poderes combinados para passar pela defesa principal."</w:t>
      </w:r>
    </w:p>
    <w:p w14:paraId="54AAB570" w14:textId="77777777" w:rsidR="002355BD" w:rsidRDefault="00000000">
      <w:r>
        <w:br/>
      </w:r>
    </w:p>
    <w:p w14:paraId="33FF6327" w14:textId="77777777" w:rsidR="002355BD" w:rsidRDefault="00000000">
      <w:r>
        <w:t>Todos assentiram, a gravidade da situação eliminando qualquer necessidade de discussão. Os Primordiais se moveram com a precisão de uma equipe que havia treinado junta por anos, cada um conhecendo perfeitamente seu papel.</w:t>
      </w:r>
    </w:p>
    <w:p w14:paraId="678BA45C" w14:textId="77777777" w:rsidR="002355BD" w:rsidRDefault="00000000">
      <w:r>
        <w:br/>
      </w:r>
    </w:p>
    <w:p w14:paraId="732D4B6A" w14:textId="77777777" w:rsidR="002355BD" w:rsidRDefault="00000000">
      <w:r>
        <w:t>Luke e Elaine se posicionaram atrás de uma formação rochosa, observando o campo de batalha enquanto esperavam o sinal. Suas mãos estavam entrelaçadas, as Alianças Gêmeas brilhando com intensidade crescente à medida que se aproximavam do Templo.</w:t>
      </w:r>
    </w:p>
    <w:p w14:paraId="2BB31439" w14:textId="77777777" w:rsidR="002355BD" w:rsidRDefault="00000000">
      <w:r>
        <w:br/>
      </w:r>
    </w:p>
    <w:p w14:paraId="101BAC25" w14:textId="77777777" w:rsidR="002355BD" w:rsidRDefault="00000000">
      <w:r>
        <w:rPr>
          <w:i/>
        </w:rPr>
        <w:t>*Você sente isso?*</w:t>
      </w:r>
      <w:r>
        <w:t xml:space="preserve"> perguntou Elaine mentalmente. </w:t>
      </w:r>
      <w:r>
        <w:rPr>
          <w:i/>
        </w:rPr>
        <w:t>*As alianças... estão reagindo a este lugar.*</w:t>
      </w:r>
    </w:p>
    <w:p w14:paraId="10A7CE54" w14:textId="77777777" w:rsidR="002355BD" w:rsidRDefault="00000000">
      <w:r>
        <w:br/>
      </w:r>
    </w:p>
    <w:p w14:paraId="10A3198D" w14:textId="77777777" w:rsidR="002355BD" w:rsidRDefault="00000000">
      <w:r>
        <w:t xml:space="preserve">Luke assentiu. </w:t>
      </w:r>
      <w:r>
        <w:rPr>
          <w:i/>
        </w:rPr>
        <w:t>*É como se estivessem reconhecendo algo. Talvez tenham sido forjadas aqui, ou com a mesma energia que permeia o Templo.*</w:t>
      </w:r>
    </w:p>
    <w:p w14:paraId="5C17F011" w14:textId="77777777" w:rsidR="002355BD" w:rsidRDefault="00000000">
      <w:r>
        <w:br/>
      </w:r>
    </w:p>
    <w:p w14:paraId="1D619EB5" w14:textId="77777777" w:rsidR="002355BD" w:rsidRDefault="00000000">
      <w:r>
        <w:t xml:space="preserve">A batalha explodiu em toda sua fúria quando Temporal convocou uma tempestade localizada, relâmpagos azuis cortando o céu e atingindo grupos de Caçadores das Sombras com precisão devastadora. Ao mesmo tempo, Sang-Suga teceu um encantamento complexo </w:t>
      </w:r>
      <w:r>
        <w:lastRenderedPageBreak/>
        <w:t>que transformou o próprio solo em uma armadilha viva para os Devastadores, raízes místicas emergindo para prender suas pernas rochosas.</w:t>
      </w:r>
    </w:p>
    <w:p w14:paraId="45125A20" w14:textId="77777777" w:rsidR="002355BD" w:rsidRDefault="00000000">
      <w:r>
        <w:br/>
      </w:r>
    </w:p>
    <w:p w14:paraId="6C184554" w14:textId="77777777" w:rsidR="002355BD" w:rsidRDefault="00000000">
      <w:r>
        <w:t>Do outro lado, Android e Enigma avançavam em perfeita sincronia – Android hackeando os sistemas de defesa que a Corporação Nexus havia instalado ao redor do Templo, enquanto Enigma se movia como um fantasma entre as dimensões, aparecendo e desaparecendo para eliminar sentinelas estrategicamente posicionadas.</w:t>
      </w:r>
    </w:p>
    <w:p w14:paraId="7A28A132" w14:textId="77777777" w:rsidR="002355BD" w:rsidRDefault="00000000">
      <w:r>
        <w:br/>
      </w:r>
    </w:p>
    <w:p w14:paraId="03BCFAC5" w14:textId="77777777" w:rsidR="002355BD" w:rsidRDefault="00000000">
      <w:r>
        <w:t>No centro, Lion e Caçador avançavam como uma força da natureza – o rugido sônico de Lion desorientando grupos inteiros de inimigos, enquanto Caçador os eliminava com precisão letal, cada tiro encontrando um ponto fraco, cada movimento calculado para máxima eficiência.</w:t>
      </w:r>
    </w:p>
    <w:p w14:paraId="03ED17EF" w14:textId="77777777" w:rsidR="002355BD" w:rsidRDefault="00000000">
      <w:r>
        <w:br/>
      </w:r>
    </w:p>
    <w:p w14:paraId="39BBE06D" w14:textId="77777777" w:rsidR="002355BD" w:rsidRDefault="00000000">
      <w:r>
        <w:t>"Agora!" gritou Lion quando uma abertura se formou na linha de defesa principal.</w:t>
      </w:r>
    </w:p>
    <w:p w14:paraId="779D7CB4" w14:textId="77777777" w:rsidR="002355BD" w:rsidRDefault="00000000">
      <w:r>
        <w:br/>
      </w:r>
    </w:p>
    <w:p w14:paraId="6FC5EDB0" w14:textId="77777777" w:rsidR="002355BD" w:rsidRDefault="00000000">
      <w:r>
        <w:t xml:space="preserve">Luke apertou a mão de Elaine. </w:t>
      </w:r>
      <w:r>
        <w:rPr>
          <w:i/>
        </w:rPr>
        <w:t>*Pronta?*</w:t>
      </w:r>
    </w:p>
    <w:p w14:paraId="173C7326" w14:textId="77777777" w:rsidR="002355BD" w:rsidRDefault="00000000">
      <w:r>
        <w:br/>
      </w:r>
    </w:p>
    <w:p w14:paraId="051A362D" w14:textId="77777777" w:rsidR="002355BD" w:rsidRDefault="00000000">
      <w:r>
        <w:rPr>
          <w:i/>
        </w:rPr>
        <w:t>*Sempre,*</w:t>
      </w:r>
      <w:r>
        <w:t xml:space="preserve"> respondeu ela, seus olhos brilhando com determinação.</w:t>
      </w:r>
    </w:p>
    <w:p w14:paraId="599D06C1" w14:textId="77777777" w:rsidR="002355BD" w:rsidRDefault="00000000">
      <w:r>
        <w:br/>
      </w:r>
    </w:p>
    <w:p w14:paraId="781912F8" w14:textId="77777777" w:rsidR="002355BD" w:rsidRDefault="00000000">
      <w:r>
        <w:t>Com um pensamento compartilhado através do vínculo das alianças, eles combinaram seus poderes. Luke os teletransportou para o meio do caos, enquanto Elaine simultaneamente transformava seus corpos em uma forma etérea que os inimigos não podiam tocar. Eles avançaram como fantasmas através do campo de batalha, invisíveis para a maioria dos combatentes.</w:t>
      </w:r>
    </w:p>
    <w:p w14:paraId="74F9B3C5" w14:textId="77777777" w:rsidR="002355BD" w:rsidRDefault="00000000">
      <w:r>
        <w:br/>
      </w:r>
    </w:p>
    <w:p w14:paraId="2A727A30" w14:textId="77777777" w:rsidR="002355BD" w:rsidRDefault="00000000">
      <w:r>
        <w:t>Rox, no entanto, os sentiu. Seus olhos, agora completamente negros com pupilas vermelhas, fixaram-se na direção deles mesmo quando não podiam ser vistos.</w:t>
      </w:r>
    </w:p>
    <w:p w14:paraId="04C65364" w14:textId="77777777" w:rsidR="002355BD" w:rsidRDefault="00000000">
      <w:r>
        <w:lastRenderedPageBreak/>
        <w:br/>
      </w:r>
    </w:p>
    <w:p w14:paraId="4779CF89" w14:textId="77777777" w:rsidR="002355BD" w:rsidRDefault="00000000">
      <w:r>
        <w:t>"Intrusos!" rugiu ele, sua voz distorcida por poder dimensional. "Protejam a entrada do Templo!"</w:t>
      </w:r>
    </w:p>
    <w:p w14:paraId="271B9B0E" w14:textId="77777777" w:rsidR="002355BD" w:rsidRDefault="00000000">
      <w:r>
        <w:br/>
      </w:r>
    </w:p>
    <w:p w14:paraId="69182B38" w14:textId="77777777" w:rsidR="002355BD" w:rsidRDefault="00000000">
      <w:r>
        <w:t>Um grupo de elite de Devastadores – maiores e mais poderosos que os outros – formou uma barreira viva diante da entrada principal do Templo. Mesmo com seus poderes combinados, Luke e Elaine não conseguiriam passar por eles sem serem detectados.</w:t>
      </w:r>
    </w:p>
    <w:p w14:paraId="5F3EF9F4" w14:textId="77777777" w:rsidR="002355BD" w:rsidRDefault="00000000">
      <w:r>
        <w:br/>
      </w:r>
    </w:p>
    <w:p w14:paraId="0E07F417" w14:textId="77777777" w:rsidR="002355BD" w:rsidRDefault="00000000">
      <w:r>
        <w:rPr>
          <w:i/>
        </w:rPr>
        <w:t>*Precisamos de outra rota,*</w:t>
      </w:r>
      <w:r>
        <w:t xml:space="preserve"> pensou Luke, analisando rapidamente a situação.</w:t>
      </w:r>
    </w:p>
    <w:p w14:paraId="622BBFCA" w14:textId="77777777" w:rsidR="002355BD" w:rsidRDefault="00000000">
      <w:r>
        <w:br/>
      </w:r>
    </w:p>
    <w:p w14:paraId="43699361" w14:textId="77777777" w:rsidR="002355BD" w:rsidRDefault="00000000">
      <w:r>
        <w:t xml:space="preserve">Elaine já estava um passo à frente, seus olhos escaneando a estrutura do Templo. </w:t>
      </w:r>
      <w:r>
        <w:rPr>
          <w:i/>
        </w:rPr>
        <w:t>*Ali,*</w:t>
      </w:r>
      <w:r>
        <w:t xml:space="preserve"> indicou ela, apontando para uma fissura na parede lateral, quase invisível a olho nu. </w:t>
      </w:r>
      <w:r>
        <w:rPr>
          <w:i/>
        </w:rPr>
        <w:t>*Posso sentir uma corrente de ar. Deve levar para dentro.*</w:t>
      </w:r>
    </w:p>
    <w:p w14:paraId="4447D8C3" w14:textId="77777777" w:rsidR="002355BD" w:rsidRDefault="00000000">
      <w:r>
        <w:br/>
      </w:r>
    </w:p>
    <w:p w14:paraId="13539998" w14:textId="77777777" w:rsidR="002355BD" w:rsidRDefault="00000000">
      <w:r>
        <w:t>Eles se moveram rapidamente, ainda em forma etérea, deslizando pela batalha como sombras. Quando alcançaram a fissura, Elaine se transformou em uma forma ainda mais fluida, quase líquida, enquanto Luke usava seu teletransporte amplificado para mover ambos através da abertura estreita.</w:t>
      </w:r>
    </w:p>
    <w:p w14:paraId="09380D27" w14:textId="77777777" w:rsidR="002355BD" w:rsidRDefault="00000000">
      <w:r>
        <w:br/>
      </w:r>
    </w:p>
    <w:p w14:paraId="465D35BC" w14:textId="77777777" w:rsidR="002355BD" w:rsidRDefault="00000000">
      <w:r>
        <w:t>O interior do Templo era um contraste chocante com o caos lá fora. Um silêncio reverente preenchia os corredores antigos, interrompido apenas pelo eco distante da batalha. A luz azulada emanava das próprias paredes, revelando mais símbolos arcanos que pareciam mudar e fluir quando observados diretamente.</w:t>
      </w:r>
    </w:p>
    <w:p w14:paraId="00E3395A" w14:textId="77777777" w:rsidR="002355BD" w:rsidRDefault="00000000">
      <w:r>
        <w:br/>
      </w:r>
    </w:p>
    <w:p w14:paraId="281BF32F" w14:textId="77777777" w:rsidR="002355BD" w:rsidRDefault="00000000">
      <w:r>
        <w:rPr>
          <w:i/>
        </w:rPr>
        <w:t>*É incrível,*</w:t>
      </w:r>
      <w:r>
        <w:t xml:space="preserve"> pensou Elaine, maravilhada. </w:t>
      </w:r>
      <w:r>
        <w:rPr>
          <w:i/>
        </w:rPr>
        <w:t>*Posso sentir o poder deste lugar. É... antigo. Mais antigo que qualquer coisa que já experimentei.*</w:t>
      </w:r>
    </w:p>
    <w:p w14:paraId="534D2279" w14:textId="77777777" w:rsidR="002355BD" w:rsidRDefault="00000000">
      <w:r>
        <w:lastRenderedPageBreak/>
        <w:br/>
      </w:r>
    </w:p>
    <w:p w14:paraId="51305D7A" w14:textId="77777777" w:rsidR="002355BD" w:rsidRDefault="00000000">
      <w:r>
        <w:rPr>
          <w:i/>
        </w:rPr>
        <w:t>*Precisamos encontrar o coração do Templo,*</w:t>
      </w:r>
      <w:r>
        <w:t xml:space="preserve"> lembrou Luke, embora ele também estivesse impressionado. </w:t>
      </w:r>
      <w:r>
        <w:rPr>
          <w:i/>
        </w:rPr>
        <w:t>*Antes que Rox consiga entrar.*</w:t>
      </w:r>
    </w:p>
    <w:p w14:paraId="477EE77D" w14:textId="77777777" w:rsidR="002355BD" w:rsidRDefault="00000000">
      <w:r>
        <w:br/>
      </w:r>
    </w:p>
    <w:p w14:paraId="6A837BE7" w14:textId="77777777" w:rsidR="002355BD" w:rsidRDefault="00000000">
      <w:r>
        <w:t>Eles avançaram pelos corredores labirínticos, guiados por uma combinação da intuição de Luke e da sensibilidade dimensional de Elaine, amplificadas pelas alianças. À medida que se aproximavam do centro do Templo, o brilho das paredes intensificava-se, e os símbolos tornavam-se mais complexos e vibrantes.</w:t>
      </w:r>
    </w:p>
    <w:p w14:paraId="5135306C" w14:textId="77777777" w:rsidR="002355BD" w:rsidRDefault="00000000">
      <w:r>
        <w:br/>
      </w:r>
    </w:p>
    <w:p w14:paraId="008F8178" w14:textId="77777777" w:rsidR="002355BD" w:rsidRDefault="00000000">
      <w:r>
        <w:t>Finalmente, chegaram a uma câmara circular imensa. No centro, flutuando a um metro do chão, estava um pedestal de cristal puro que emitia uma luz branca intensa. E sobre o pedestal...</w:t>
      </w:r>
    </w:p>
    <w:p w14:paraId="1C669118" w14:textId="77777777" w:rsidR="002355BD" w:rsidRDefault="00000000">
      <w:r>
        <w:br/>
      </w:r>
    </w:p>
    <w:p w14:paraId="25D8F78D" w14:textId="77777777" w:rsidR="002355BD" w:rsidRDefault="00000000">
      <w:r>
        <w:rPr>
          <w:i/>
        </w:rPr>
        <w:t>*A Chave dos Reinos,*</w:t>
      </w:r>
      <w:r>
        <w:t xml:space="preserve"> sussurrou Luke mentalmente, reconhecendo o artefato das descrições dos Guardiões.</w:t>
      </w:r>
    </w:p>
    <w:p w14:paraId="0F9D9330" w14:textId="77777777" w:rsidR="002355BD" w:rsidRDefault="00000000">
      <w:r>
        <w:br/>
      </w:r>
    </w:p>
    <w:p w14:paraId="2B2441B0" w14:textId="77777777" w:rsidR="002355BD" w:rsidRDefault="00000000">
      <w:r>
        <w:t>Era uma chave como nenhuma outra – feita de um metal que parecia mudar de cor constantemente, com símbolos gravados que se moviam e reorganizavam como se estivessem vivos. Ela irradiava poder puro, uma energia tão antiga quanto o próprio universo.</w:t>
      </w:r>
    </w:p>
    <w:p w14:paraId="28F8C356" w14:textId="77777777" w:rsidR="002355BD" w:rsidRDefault="00000000">
      <w:r>
        <w:br/>
      </w:r>
    </w:p>
    <w:p w14:paraId="6A6A7386" w14:textId="77777777" w:rsidR="002355BD" w:rsidRDefault="00000000">
      <w:r>
        <w:t xml:space="preserve">Elaine deu um passo à frente, mas Luke a deteve. </w:t>
      </w:r>
      <w:r>
        <w:rPr>
          <w:i/>
        </w:rPr>
        <w:t>*Espere. Lembre-se do que os Guardiões disseram. A Chave só pode ser empunhada por aqueles com corações puros e intenções nobres.*</w:t>
      </w:r>
    </w:p>
    <w:p w14:paraId="10DEC37F" w14:textId="77777777" w:rsidR="002355BD" w:rsidRDefault="00000000">
      <w:r>
        <w:br/>
      </w:r>
    </w:p>
    <w:p w14:paraId="4CFE98D5" w14:textId="77777777" w:rsidR="002355BD" w:rsidRDefault="00000000">
      <w:r>
        <w:rPr>
          <w:i/>
        </w:rPr>
        <w:t>*E se não formos dignos?*</w:t>
      </w:r>
      <w:r>
        <w:t xml:space="preserve"> perguntou ela, uma rara insegurança em sua voz mental.</w:t>
      </w:r>
    </w:p>
    <w:p w14:paraId="5E39F7F9" w14:textId="77777777" w:rsidR="002355BD" w:rsidRDefault="00000000">
      <w:r>
        <w:lastRenderedPageBreak/>
        <w:br/>
      </w:r>
    </w:p>
    <w:p w14:paraId="70EAE811" w14:textId="77777777" w:rsidR="002355BD" w:rsidRDefault="00000000">
      <w:r>
        <w:t xml:space="preserve">Luke apertou sua mão, as alianças brilhando em resposta. </w:t>
      </w:r>
      <w:r>
        <w:rPr>
          <w:i/>
        </w:rPr>
        <w:t>*Então enfrentaremos isso juntos, como sempre.*</w:t>
      </w:r>
    </w:p>
    <w:p w14:paraId="7ED5C17E" w14:textId="77777777" w:rsidR="002355BD" w:rsidRDefault="00000000">
      <w:r>
        <w:br/>
      </w:r>
    </w:p>
    <w:p w14:paraId="696CFF93" w14:textId="77777777" w:rsidR="002355BD" w:rsidRDefault="00000000">
      <w:r>
        <w:t>Eles avançaram lado a lado em direção ao pedestal. Quando estavam a apenas alguns passos de distância, um tremor sacudiu o Templo inteiro, e uma voz familiar e odiada ecoou pela câmara.</w:t>
      </w:r>
    </w:p>
    <w:p w14:paraId="15958D89" w14:textId="77777777" w:rsidR="002355BD" w:rsidRDefault="00000000">
      <w:r>
        <w:br/>
      </w:r>
    </w:p>
    <w:p w14:paraId="25638029" w14:textId="77777777" w:rsidR="002355BD" w:rsidRDefault="00000000">
      <w:r>
        <w:t>"Tarde demais, viajantes do tempo."</w:t>
      </w:r>
    </w:p>
    <w:p w14:paraId="753871FE" w14:textId="77777777" w:rsidR="002355BD" w:rsidRDefault="00000000">
      <w:r>
        <w:br/>
      </w:r>
    </w:p>
    <w:p w14:paraId="117A19F5" w14:textId="77777777" w:rsidR="002355BD" w:rsidRDefault="00000000">
      <w:r>
        <w:t>Rox estava na entrada da câmara, seu corpo agora quase completamente transformado em cristal negro. Atrás dele, vários Devastadores bloqueavam a única saída.</w:t>
      </w:r>
    </w:p>
    <w:p w14:paraId="14428913" w14:textId="77777777" w:rsidR="002355BD" w:rsidRDefault="00000000">
      <w:r>
        <w:br/>
      </w:r>
    </w:p>
    <w:p w14:paraId="579152CD" w14:textId="77777777" w:rsidR="002355BD" w:rsidRDefault="00000000">
      <w:r>
        <w:t>"Vocês realmente acreditaram que poderiam me deter?" zombou ele, avançando lentamente. "Eu, que sou o arauto escolhido de Abyzoth? Eu, que comungo com a Dragoa Maligna?"</w:t>
      </w:r>
    </w:p>
    <w:p w14:paraId="7D226573" w14:textId="77777777" w:rsidR="002355BD" w:rsidRDefault="00000000">
      <w:r>
        <w:br/>
      </w:r>
    </w:p>
    <w:p w14:paraId="2B9AEAF5" w14:textId="77777777" w:rsidR="002355BD" w:rsidRDefault="00000000">
      <w:r>
        <w:t>"Como você entrou?" perguntou Luke, posicionando-se protetoramente ao lado de Elaine.</w:t>
      </w:r>
    </w:p>
    <w:p w14:paraId="71348E58" w14:textId="77777777" w:rsidR="002355BD" w:rsidRDefault="00000000">
      <w:r>
        <w:br/>
      </w:r>
    </w:p>
    <w:p w14:paraId="0845C1E7" w14:textId="77777777" w:rsidR="002355BD" w:rsidRDefault="00000000">
      <w:r>
        <w:t>Rox sorriu, um sorriso terrível em seu rosto parcialmente cristalizado. "Seus amigos Primordiais lutam bravamente, devo admitir. Mas eles são apenas mortais enfrentando o poder do submundo. Quanto a como entrei..." Ele ergueu a mão, revelando um amuleto negro que pulsava com energia maligna. "Digamos que tenho meus próprios artefatos de poder."</w:t>
      </w:r>
    </w:p>
    <w:p w14:paraId="772C7F2D" w14:textId="77777777" w:rsidR="002355BD" w:rsidRDefault="00000000">
      <w:r>
        <w:br/>
      </w:r>
    </w:p>
    <w:p w14:paraId="0117CD66" w14:textId="77777777" w:rsidR="002355BD" w:rsidRDefault="00000000">
      <w:r>
        <w:rPr>
          <w:i/>
        </w:rPr>
        <w:lastRenderedPageBreak/>
        <w:t>*Luke,*</w:t>
      </w:r>
      <w:r>
        <w:t xml:space="preserve"> chamou Elaine mentalmente. </w:t>
      </w:r>
      <w:r>
        <w:rPr>
          <w:i/>
        </w:rPr>
        <w:t>*A Chave. Precisamos pegá-la agora.*</w:t>
      </w:r>
    </w:p>
    <w:p w14:paraId="092F72D6" w14:textId="77777777" w:rsidR="002355BD" w:rsidRDefault="00000000">
      <w:r>
        <w:br/>
      </w:r>
    </w:p>
    <w:p w14:paraId="7C5538BB" w14:textId="77777777" w:rsidR="002355BD" w:rsidRDefault="00000000">
      <w:r>
        <w:rPr>
          <w:i/>
        </w:rPr>
        <w:t>*Ele vai nos atacar no momento em que nos movermos,*</w:t>
      </w:r>
      <w:r>
        <w:t xml:space="preserve"> respondeu Luke, avaliando rapidamente suas opções.</w:t>
      </w:r>
    </w:p>
    <w:p w14:paraId="6C6E6417" w14:textId="77777777" w:rsidR="002355BD" w:rsidRDefault="00000000">
      <w:r>
        <w:br/>
      </w:r>
    </w:p>
    <w:p w14:paraId="6202BC37" w14:textId="77777777" w:rsidR="002355BD" w:rsidRDefault="00000000">
      <w:r>
        <w:rPr>
          <w:i/>
        </w:rPr>
        <w:t>*Então vamos dar a ele algo para se preocupar,*</w:t>
      </w:r>
      <w:r>
        <w:t xml:space="preserve"> sugeriu Elaine, um plano já se formando em sua mente.</w:t>
      </w:r>
    </w:p>
    <w:p w14:paraId="1DFB7F8C" w14:textId="77777777" w:rsidR="002355BD" w:rsidRDefault="00000000">
      <w:r>
        <w:br/>
      </w:r>
    </w:p>
    <w:p w14:paraId="5458D11C" w14:textId="77777777" w:rsidR="002355BD" w:rsidRDefault="00000000">
      <w:r>
        <w:t>Sem aviso, Elaine se transformou em uma forma ofuscante de luz pura, tão brilhante que Rox e seus Devastadores foram forçados a recuar, protegendo os olhos. Simultaneamente, Luke usou seu teletransporte para aparecer diretamente ao lado do pedestal.</w:t>
      </w:r>
    </w:p>
    <w:p w14:paraId="6E5B024D" w14:textId="77777777" w:rsidR="002355BD" w:rsidRDefault="00000000">
      <w:r>
        <w:br/>
      </w:r>
    </w:p>
    <w:p w14:paraId="347429BA" w14:textId="77777777" w:rsidR="002355BD" w:rsidRDefault="00000000">
      <w:r>
        <w:t>Mas Rox era mais rápido do que eles haviam antecipado. Recuperando-se rapidamente, ele lançou uma onda de energia negra que atingiu Luke antes que ele pudesse tocar a Chave, arremessando-o contra uma parede.</w:t>
      </w:r>
    </w:p>
    <w:p w14:paraId="677191D2" w14:textId="77777777" w:rsidR="002355BD" w:rsidRDefault="00000000">
      <w:r>
        <w:br/>
      </w:r>
    </w:p>
    <w:p w14:paraId="0AF4098C" w14:textId="77777777" w:rsidR="002355BD" w:rsidRDefault="00000000">
      <w:r>
        <w:t>"Luke!" gritou Elaine, abandonando sua forma luminosa e correndo para ele.</w:t>
      </w:r>
    </w:p>
    <w:p w14:paraId="4F1EF4AF" w14:textId="77777777" w:rsidR="002355BD" w:rsidRDefault="00000000">
      <w:r>
        <w:br/>
      </w:r>
    </w:p>
    <w:p w14:paraId="719DB995" w14:textId="77777777" w:rsidR="002355BD" w:rsidRDefault="00000000">
      <w:r>
        <w:t>Rox riu, aproximando-se do pedestal. "Tão previsíveis. Tão... humanos em seu apego um ao outro." Ele estendeu a mão para a Chave. "Agora, o poder supremo será meu. Com a Chave dos Reinos, abrirei portais permanentes entre as dimensões. Abyzoth caminhará livremente neste mundo, e todos se ajoelharão perante—AAAARGH!"</w:t>
      </w:r>
    </w:p>
    <w:p w14:paraId="4AE58B6E" w14:textId="77777777" w:rsidR="002355BD" w:rsidRDefault="00000000">
      <w:r>
        <w:br/>
      </w:r>
    </w:p>
    <w:p w14:paraId="6322D001" w14:textId="77777777" w:rsidR="002355BD" w:rsidRDefault="00000000">
      <w:r>
        <w:t>No momento em que seus dedos tocaram a Chave, uma descarga de energia pura explodiu do artefato, envolvendo Rox em chamas brancas. Ele recuou, sua mão cristalizada parcialmente derretida e fumegante.</w:t>
      </w:r>
    </w:p>
    <w:p w14:paraId="4992966C" w14:textId="77777777" w:rsidR="002355BD" w:rsidRDefault="00000000">
      <w:r>
        <w:lastRenderedPageBreak/>
        <w:br/>
      </w:r>
    </w:p>
    <w:p w14:paraId="17A181D5" w14:textId="77777777" w:rsidR="002355BD" w:rsidRDefault="00000000">
      <w:r>
        <w:t>"IMPOSSÍVEL!" rugiu ele em fúria e dor. "A Chave deveria reconhecer meu poder!"</w:t>
      </w:r>
    </w:p>
    <w:p w14:paraId="29FE7EA1" w14:textId="77777777" w:rsidR="002355BD" w:rsidRDefault="00000000">
      <w:r>
        <w:br/>
      </w:r>
    </w:p>
    <w:p w14:paraId="234CAD73" w14:textId="77777777" w:rsidR="002355BD" w:rsidRDefault="00000000">
      <w:r>
        <w:t>"A Chave reconhece a intenção, não o poder," disse Luke, levantando-se com a ajuda de Elaine. "E sua intenção é corromper e destruir."</w:t>
      </w:r>
    </w:p>
    <w:p w14:paraId="4FA6C8C7" w14:textId="77777777" w:rsidR="002355BD" w:rsidRDefault="00000000">
      <w:r>
        <w:br/>
      </w:r>
    </w:p>
    <w:p w14:paraId="4C715661" w14:textId="77777777" w:rsidR="002355BD" w:rsidRDefault="00000000">
      <w:r>
        <w:t>Rox rosnou, sua forma agora pulsando com energia negra. "Então destruirei este Templo inteiro! Se não posso ter a Chave, ninguém terá!"</w:t>
      </w:r>
    </w:p>
    <w:p w14:paraId="330BAA25" w14:textId="77777777" w:rsidR="002355BD" w:rsidRDefault="00000000">
      <w:r>
        <w:br/>
      </w:r>
    </w:p>
    <w:p w14:paraId="618B1E4A" w14:textId="77777777" w:rsidR="002355BD" w:rsidRDefault="00000000">
      <w:r>
        <w:t>Ele começou a canalizar uma quantidade imensa de energia dimensional, o próprio ar ao seu redor distorcendo-se com o poder. Os Devastadores avançaram, formando um círculo protetor ao redor de seu mestre enquanto ele preparava seu ataque final.</w:t>
      </w:r>
    </w:p>
    <w:p w14:paraId="3115D659" w14:textId="77777777" w:rsidR="002355BD" w:rsidRDefault="00000000">
      <w:r>
        <w:br/>
      </w:r>
    </w:p>
    <w:p w14:paraId="2DCCE987" w14:textId="77777777" w:rsidR="002355BD" w:rsidRDefault="00000000">
      <w:r>
        <w:t>Luke e Elaine se entreolharam, uma compreensão silenciosa passando entre eles. Este era o momento para o qual toda sua jornada havia os preparado.</w:t>
      </w:r>
    </w:p>
    <w:p w14:paraId="2927A7AD" w14:textId="77777777" w:rsidR="002355BD" w:rsidRDefault="00000000">
      <w:r>
        <w:br/>
      </w:r>
    </w:p>
    <w:p w14:paraId="71586432" w14:textId="77777777" w:rsidR="002355BD" w:rsidRDefault="00000000">
      <w:r>
        <w:rPr>
          <w:i/>
        </w:rPr>
        <w:t>*As alianças,*</w:t>
      </w:r>
      <w:r>
        <w:t xml:space="preserve"> pensou Luke. </w:t>
      </w:r>
      <w:r>
        <w:rPr>
          <w:i/>
        </w:rPr>
        <w:t>*Elas estão reagindo à Chave.*</w:t>
      </w:r>
    </w:p>
    <w:p w14:paraId="6708D5E3" w14:textId="77777777" w:rsidR="002355BD" w:rsidRDefault="00000000">
      <w:r>
        <w:br/>
      </w:r>
    </w:p>
    <w:p w14:paraId="59024BE4" w14:textId="77777777" w:rsidR="002355BD" w:rsidRDefault="00000000">
      <w:r>
        <w:t>Era verdade. As Alianças Gêmeas em seus dedos brilhavam mais intensamente do que nunca, pulsando em sincronia com a luz emanada pela Chave dos Reinos.</w:t>
      </w:r>
    </w:p>
    <w:p w14:paraId="48264F48" w14:textId="77777777" w:rsidR="002355BD" w:rsidRDefault="00000000">
      <w:r>
        <w:br/>
      </w:r>
    </w:p>
    <w:p w14:paraId="00BC54C0" w14:textId="77777777" w:rsidR="002355BD" w:rsidRDefault="00000000">
      <w:r>
        <w:rPr>
          <w:i/>
        </w:rPr>
        <w:t>*Talvez não seja coincidência,*</w:t>
      </w:r>
      <w:r>
        <w:t xml:space="preserve"> sugeriu Elaine. </w:t>
      </w:r>
      <w:r>
        <w:rPr>
          <w:i/>
        </w:rPr>
        <w:t>*Talvez as alianças e a Chave sejam parte do mesmo conjunto de artefatos.*</w:t>
      </w:r>
    </w:p>
    <w:p w14:paraId="540C0A30" w14:textId="77777777" w:rsidR="002355BD" w:rsidRDefault="00000000">
      <w:r>
        <w:br/>
      </w:r>
    </w:p>
    <w:p w14:paraId="6CEFB55E" w14:textId="77777777" w:rsidR="002355BD" w:rsidRDefault="00000000">
      <w:r>
        <w:rPr>
          <w:i/>
        </w:rPr>
        <w:lastRenderedPageBreak/>
        <w:t>*Ou talvez,*</w:t>
      </w:r>
      <w:r>
        <w:t xml:space="preserve"> pensou Luke, uma revelação surgindo, </w:t>
      </w:r>
      <w:r>
        <w:rPr>
          <w:i/>
        </w:rPr>
        <w:t>*as alianças sejam a chave para usar a Chave.*</w:t>
      </w:r>
    </w:p>
    <w:p w14:paraId="430DCBF6" w14:textId="77777777" w:rsidR="002355BD" w:rsidRDefault="00000000">
      <w:r>
        <w:br/>
      </w:r>
    </w:p>
    <w:p w14:paraId="03567D1B" w14:textId="77777777" w:rsidR="002355BD" w:rsidRDefault="00000000">
      <w:r>
        <w:t>Sem hesitar mais, eles avançaram juntos em direção ao pedestal, mãos unidas, alianças brilhando. Rox gritou uma ordem, e os Devastadores se lançaram para interceptá-los.</w:t>
      </w:r>
    </w:p>
    <w:p w14:paraId="280A1508" w14:textId="77777777" w:rsidR="002355BD" w:rsidRDefault="00000000">
      <w:r>
        <w:br/>
      </w:r>
    </w:p>
    <w:p w14:paraId="25D58B6E" w14:textId="77777777" w:rsidR="002355BD" w:rsidRDefault="00000000">
      <w:r>
        <w:t>Mas naquele momento, algo extraordinário aconteceu. As Alianças Gêmeas emitiram um pulso de energia que criou uma barreira protetora ao redor de Luke e Elaine, repelindo os Devastadores como se fossem feitos de papel.</w:t>
      </w:r>
    </w:p>
    <w:p w14:paraId="0C52C54B" w14:textId="77777777" w:rsidR="002355BD" w:rsidRDefault="00000000">
      <w:r>
        <w:br/>
      </w:r>
    </w:p>
    <w:p w14:paraId="5E6788EA" w14:textId="77777777" w:rsidR="002355BD" w:rsidRDefault="00000000">
      <w:r>
        <w:t>Quando alcançaram o pedestal, ambos estenderam as mãos simultaneamente para a Chave dos Reinos. No instante em que seus dedos tocaram o artefato, uma explosão de luz branca preencheu a câmara, tão intensa que por um momento tudo desapareceu em um vazio luminoso.</w:t>
      </w:r>
    </w:p>
    <w:p w14:paraId="44FC5B77" w14:textId="77777777" w:rsidR="002355BD" w:rsidRDefault="00000000">
      <w:r>
        <w:br/>
      </w:r>
    </w:p>
    <w:p w14:paraId="204DB1A2" w14:textId="77777777" w:rsidR="002355BD" w:rsidRDefault="00000000">
      <w:r>
        <w:t>Luke sentiu seu corpo se tornar leve, quase etéreo, como se estivesse se dissolvendo na própria luz. Ao mesmo tempo, sua mente expandiu-se, conectando-se não apenas com Elaine através do vínculo das alianças, mas com algo maior, mais vasto – a própria teia do tempo e do espaço.</w:t>
      </w:r>
    </w:p>
    <w:p w14:paraId="5FA45FAD" w14:textId="77777777" w:rsidR="002355BD" w:rsidRDefault="00000000">
      <w:r>
        <w:br/>
      </w:r>
    </w:p>
    <w:p w14:paraId="3FF76928" w14:textId="77777777" w:rsidR="002355BD" w:rsidRDefault="00000000">
      <w:r>
        <w:rPr>
          <w:i/>
        </w:rPr>
        <w:t>*Luke?*</w:t>
      </w:r>
      <w:r>
        <w:t xml:space="preserve"> A voz mental de Elaine era sua única âncora naquele oceano de luz e conhecimento.</w:t>
      </w:r>
    </w:p>
    <w:p w14:paraId="118A004C" w14:textId="77777777" w:rsidR="002355BD" w:rsidRDefault="00000000">
      <w:r>
        <w:br/>
      </w:r>
    </w:p>
    <w:p w14:paraId="763A1223" w14:textId="77777777" w:rsidR="002355BD" w:rsidRDefault="00000000">
      <w:r>
        <w:rPr>
          <w:i/>
        </w:rPr>
        <w:t>*Estou aqui,*</w:t>
      </w:r>
      <w:r>
        <w:t xml:space="preserve"> respondeu ele, agarrando-se à conexão deles. </w:t>
      </w:r>
      <w:r>
        <w:rPr>
          <w:i/>
        </w:rPr>
        <w:t>*Você consegue ver?*</w:t>
      </w:r>
    </w:p>
    <w:p w14:paraId="2CD6C133" w14:textId="77777777" w:rsidR="002355BD" w:rsidRDefault="00000000">
      <w:r>
        <w:br/>
      </w:r>
    </w:p>
    <w:p w14:paraId="45BE9E5D" w14:textId="77777777" w:rsidR="002355BD" w:rsidRDefault="00000000">
      <w:r>
        <w:rPr>
          <w:i/>
        </w:rPr>
        <w:t>*Sim,*</w:t>
      </w:r>
      <w:r>
        <w:t xml:space="preserve"> respondeu ela, maravilhada. </w:t>
      </w:r>
      <w:r>
        <w:rPr>
          <w:i/>
        </w:rPr>
        <w:t>*Vejo... tudo. O passado, o presente, o futuro. Todas as possibilidades, todos os caminhos.*</w:t>
      </w:r>
    </w:p>
    <w:p w14:paraId="3CCE31A6" w14:textId="77777777" w:rsidR="002355BD" w:rsidRDefault="00000000">
      <w:r>
        <w:lastRenderedPageBreak/>
        <w:br/>
      </w:r>
    </w:p>
    <w:p w14:paraId="4D537B4E" w14:textId="77777777" w:rsidR="002355BD" w:rsidRDefault="00000000">
      <w:r>
        <w:t>Através dessa visão compartilhada, eles compreenderam finalmente o verdadeiro propósito de sua jornada. Não era apenas sobre deter Rox ou encontrar a Chave dos Reinos. Era sobre completar um ciclo que havia começado muito antes deles nascerem – um ciclo de equilíbrio entre luz e sombra, entre ordem e caos.</w:t>
      </w:r>
    </w:p>
    <w:p w14:paraId="16AE3C8D" w14:textId="77777777" w:rsidR="002355BD" w:rsidRDefault="00000000">
      <w:r>
        <w:br/>
      </w:r>
    </w:p>
    <w:p w14:paraId="35559F33" w14:textId="77777777" w:rsidR="002355BD" w:rsidRDefault="00000000">
      <w:r>
        <w:t>E naquele momento de clareza perfeita, eles souberam exatamente o que precisavam fazer.</w:t>
      </w:r>
    </w:p>
    <w:p w14:paraId="30C94749" w14:textId="77777777" w:rsidR="002355BD" w:rsidRDefault="00000000">
      <w:r>
        <w:br/>
      </w:r>
    </w:p>
    <w:p w14:paraId="34C09A9B" w14:textId="77777777" w:rsidR="002355BD" w:rsidRDefault="00000000">
      <w:r>
        <w:t>Juntos, guiados pelo conhecimento ancestral que fluía através deles, Luke e Elaine começaram a manipular a Chave dos Reinos. Não era um objeto para ser usado como uma ferramenta comum – era um nexo de poder dimensional que respondia à intenção e ao coração de seus portadores.</w:t>
      </w:r>
    </w:p>
    <w:p w14:paraId="5BF7F30A" w14:textId="77777777" w:rsidR="002355BD" w:rsidRDefault="00000000">
      <w:r>
        <w:br/>
      </w:r>
    </w:p>
    <w:p w14:paraId="5233B274" w14:textId="77777777" w:rsidR="002355BD" w:rsidRDefault="00000000">
      <w:r>
        <w:t>Com um pensamento unificado, eles direcionaram o poder da Chave não para destruir Rox, mas para criar algo que nunca havia existido antes – um selo dimensional perfeito, uma barreira impenetrável entre o submundo e a Terra.</w:t>
      </w:r>
    </w:p>
    <w:p w14:paraId="2451F498" w14:textId="77777777" w:rsidR="002355BD" w:rsidRDefault="00000000">
      <w:r>
        <w:br/>
      </w:r>
    </w:p>
    <w:p w14:paraId="772126A2" w14:textId="77777777" w:rsidR="002355BD" w:rsidRDefault="00000000">
      <w:r>
        <w:t>A luz se intensificou, e então, subitamente, implodiu, concentrando-se em um único ponto brilhante que pairava entre Luke e Elaine. A Chave dos Reinos havia se transformado, tornando-se uma esfera de energia pura que continha o poder de separar as dimensões permanentemente.</w:t>
      </w:r>
    </w:p>
    <w:p w14:paraId="4DD416A0" w14:textId="77777777" w:rsidR="002355BD" w:rsidRDefault="00000000">
      <w:r>
        <w:br/>
      </w:r>
    </w:p>
    <w:p w14:paraId="5C74E90A" w14:textId="77777777" w:rsidR="002355BD" w:rsidRDefault="00000000">
      <w:r>
        <w:t>Rox, percebendo o que estava acontecendo, lançou-se em um ataque desesperado. "NÃO! VOCÊS NÃO PODEM FAZER ISSO!"</w:t>
      </w:r>
    </w:p>
    <w:p w14:paraId="0C1D1A93" w14:textId="77777777" w:rsidR="002355BD" w:rsidRDefault="00000000">
      <w:r>
        <w:br/>
      </w:r>
    </w:p>
    <w:p w14:paraId="53912921" w14:textId="77777777" w:rsidR="002355BD" w:rsidRDefault="00000000">
      <w:r>
        <w:t>Mas era tarde demais. Com um movimento sincronizado, Luke e Elaine lançaram a esfera de energia diretamente contra Rox. Quando o atingiu, em vez de destruí-lo, a esfera se expandiu, criando um vórtice dimensional que começou a puxá-lo para dentro.</w:t>
      </w:r>
    </w:p>
    <w:p w14:paraId="02E3CBE1" w14:textId="77777777" w:rsidR="002355BD" w:rsidRDefault="00000000">
      <w:r>
        <w:lastRenderedPageBreak/>
        <w:br/>
      </w:r>
    </w:p>
    <w:p w14:paraId="781137FF" w14:textId="77777777" w:rsidR="002355BD" w:rsidRDefault="00000000">
      <w:r>
        <w:t>"ISSO NÃO TERMINA AQUI!" gritou Rox enquanto era arrastado para o vórtice. "ABYZOTH ENCONTRARÁ OUTRO CAMINHO! A DRAGOA MALIGNA SE ERGUERÁ NOVAMENTE!"</w:t>
      </w:r>
    </w:p>
    <w:p w14:paraId="479E39DC" w14:textId="77777777" w:rsidR="002355BD" w:rsidRDefault="00000000">
      <w:r>
        <w:br/>
      </w:r>
    </w:p>
    <w:p w14:paraId="1C1E8005" w14:textId="77777777" w:rsidR="002355BD" w:rsidRDefault="00000000">
      <w:r>
        <w:t>"Não desta vez," disse Luke, sua voz calma mas firme. "Este selo é permanente. Nem Abyzoth, nem a Dragoa Maligna, nem você jamais atravessarão novamente."</w:t>
      </w:r>
    </w:p>
    <w:p w14:paraId="59220426" w14:textId="77777777" w:rsidR="002355BD" w:rsidRDefault="00000000">
      <w:r>
        <w:br/>
      </w:r>
    </w:p>
    <w:p w14:paraId="090618D3" w14:textId="77777777" w:rsidR="002355BD" w:rsidRDefault="00000000">
      <w:r>
        <w:t>O vórtice cresceu, engolindo não apenas Rox, mas todos os Devastadores na câmara. Através de sua conexão com a Chave, Luke e Elaine podiam sentir o mesmo acontecendo em todo o mundo – todos os portais se fechando, todas as criaturas do submundo sendo puxadas de volta para sua dimensão de origem.</w:t>
      </w:r>
    </w:p>
    <w:p w14:paraId="49F30329" w14:textId="77777777" w:rsidR="002355BD" w:rsidRDefault="00000000">
      <w:r>
        <w:br/>
      </w:r>
    </w:p>
    <w:p w14:paraId="0ACD11B1" w14:textId="77777777" w:rsidR="002355BD" w:rsidRDefault="00000000">
      <w:r>
        <w:t>E então, tão subitamente quanto havia começado, tudo terminou. O vórtice se fechou com um estalo final, deixando apenas um silêncio reverente na câmara do Templo.</w:t>
      </w:r>
    </w:p>
    <w:p w14:paraId="782C65F3" w14:textId="77777777" w:rsidR="002355BD" w:rsidRDefault="00000000">
      <w:r>
        <w:br/>
      </w:r>
    </w:p>
    <w:p w14:paraId="5A501363" w14:textId="77777777" w:rsidR="002355BD" w:rsidRDefault="00000000">
      <w:r>
        <w:t>Luke e Elaine permaneceram imóveis por um momento, ainda segurando a Chave dos Reinos entre eles, agora transformada em um cristal transparente que continha uma pequena luz pulsante em seu centro – o selo dimensional, agora permanente e autossustentável.</w:t>
      </w:r>
    </w:p>
    <w:p w14:paraId="4D049D66" w14:textId="77777777" w:rsidR="002355BD" w:rsidRDefault="00000000">
      <w:r>
        <w:br/>
      </w:r>
    </w:p>
    <w:p w14:paraId="45172321" w14:textId="77777777" w:rsidR="002355BD" w:rsidRDefault="00000000">
      <w:r>
        <w:t>"Conseguimos," sussurrou Elaine, sua voz trêmula de exaustão e alívio.</w:t>
      </w:r>
    </w:p>
    <w:p w14:paraId="23AB70FF" w14:textId="77777777" w:rsidR="002355BD" w:rsidRDefault="00000000">
      <w:r>
        <w:br/>
      </w:r>
    </w:p>
    <w:p w14:paraId="031AAF79" w14:textId="77777777" w:rsidR="002355BD" w:rsidRDefault="00000000">
      <w:r>
        <w:t>Luke assentiu, igualmente esgotado. "Sim, mas..." Ele olhou ao redor, para o Templo que ainda estava intacto, para a batalha que provavelmente ainda acontecia lá fora. "Estamos presos em 1995. Como voltamos para nosso tempo?"</w:t>
      </w:r>
    </w:p>
    <w:p w14:paraId="31CA575A" w14:textId="77777777" w:rsidR="002355BD" w:rsidRDefault="00000000">
      <w:r>
        <w:br/>
      </w:r>
    </w:p>
    <w:p w14:paraId="3A85D97C" w14:textId="77777777" w:rsidR="002355BD" w:rsidRDefault="00000000">
      <w:r>
        <w:lastRenderedPageBreak/>
        <w:t>Como em resposta à sua pergunta, o cristal em suas mãos começou a pulsar mais rapidamente, e as Alianças Gêmeas em seus dedos brilharam em sincronia.</w:t>
      </w:r>
    </w:p>
    <w:p w14:paraId="3BF546F5" w14:textId="77777777" w:rsidR="002355BD" w:rsidRDefault="00000000">
      <w:r>
        <w:br/>
      </w:r>
    </w:p>
    <w:p w14:paraId="4BB007D5" w14:textId="77777777" w:rsidR="002355BD" w:rsidRDefault="00000000">
      <w:r>
        <w:rPr>
          <w:i/>
        </w:rPr>
        <w:t>*Acho que temos nossa resposta,*</w:t>
      </w:r>
      <w:r>
        <w:t xml:space="preserve"> pensou Elaine, um sorriso se formando em seus lábios.</w:t>
      </w:r>
    </w:p>
    <w:p w14:paraId="3B29669F" w14:textId="77777777" w:rsidR="002355BD" w:rsidRDefault="00000000">
      <w:r>
        <w:br/>
      </w:r>
    </w:p>
    <w:p w14:paraId="3E52BF59" w14:textId="77777777" w:rsidR="002355BD" w:rsidRDefault="00000000">
      <w:r>
        <w:t>Antes que pudessem dizer mais alguma coisa, a porta da câmara se abriu, e os Primordiais entraram, feridos mas vitoriosos.</w:t>
      </w:r>
    </w:p>
    <w:p w14:paraId="07838E28" w14:textId="77777777" w:rsidR="002355BD" w:rsidRDefault="00000000">
      <w:r>
        <w:br/>
      </w:r>
    </w:p>
    <w:p w14:paraId="5CF13952" w14:textId="77777777" w:rsidR="002355BD" w:rsidRDefault="00000000">
      <w:r>
        <w:t>"Vocês conseguiram," disse Lion, seus olhos arregalados ao ver o cristal nas mãos deles. "Os portais se fecharam. As criaturas desapareceram."</w:t>
      </w:r>
    </w:p>
    <w:p w14:paraId="2D30DFBF" w14:textId="77777777" w:rsidR="002355BD" w:rsidRDefault="00000000">
      <w:r>
        <w:br/>
      </w:r>
    </w:p>
    <w:p w14:paraId="47047DE0" w14:textId="77777777" w:rsidR="002355BD" w:rsidRDefault="00000000">
      <w:r>
        <w:t>"O que aconteceu com Rox?" perguntou Caçador, sempre prático.</w:t>
      </w:r>
    </w:p>
    <w:p w14:paraId="125DCBE6" w14:textId="77777777" w:rsidR="002355BD" w:rsidRDefault="00000000">
      <w:r>
        <w:br/>
      </w:r>
    </w:p>
    <w:p w14:paraId="33640202" w14:textId="77777777" w:rsidR="002355BD" w:rsidRDefault="00000000">
      <w:r>
        <w:t>"Ele foi selado no submundo," explicou Luke. "Junto com Abyzoth e todas as outras entidades. O selo é permanente desta vez."</w:t>
      </w:r>
    </w:p>
    <w:p w14:paraId="1EADDD32" w14:textId="77777777" w:rsidR="002355BD" w:rsidRDefault="00000000">
      <w:r>
        <w:br/>
      </w:r>
    </w:p>
    <w:p w14:paraId="0F0B922C" w14:textId="77777777" w:rsidR="002355BD" w:rsidRDefault="00000000">
      <w:r>
        <w:t>Enigma se aproximou, seu capacete removido pela primeira vez, revelando um rosto surpreendentemente jovem com olhos antigos. "Vocês alteraram o curso da história hoje," disse ele, sua voz não mais distorcida pelo modulador. "Mas acho que sempre foi assim que deveria ser."</w:t>
      </w:r>
    </w:p>
    <w:p w14:paraId="49F34EA4" w14:textId="77777777" w:rsidR="002355BD" w:rsidRDefault="00000000">
      <w:r>
        <w:br/>
      </w:r>
    </w:p>
    <w:p w14:paraId="161CCD50" w14:textId="77777777" w:rsidR="002355BD" w:rsidRDefault="00000000">
      <w:r>
        <w:t>"Um loop temporal perfeito," concordou Android, analisando o cristal com fascínio científico. "Vocês vieram ao passado porque sempre estiveram destinados a vir."</w:t>
      </w:r>
    </w:p>
    <w:p w14:paraId="69FD2078" w14:textId="77777777" w:rsidR="002355BD" w:rsidRDefault="00000000">
      <w:r>
        <w:br/>
      </w:r>
    </w:p>
    <w:p w14:paraId="2ED39474" w14:textId="77777777" w:rsidR="002355BD" w:rsidRDefault="00000000">
      <w:r>
        <w:lastRenderedPageBreak/>
        <w:t>Sang-Suga estudou as Alianças Gêmeas nos dedos de Luke e Elaine. "Essas alianças... agora entendo sua verdadeira natureza. Elas não são apenas amplificadores de poder. São âncoras temporais."</w:t>
      </w:r>
    </w:p>
    <w:p w14:paraId="05F2FF76" w14:textId="77777777" w:rsidR="002355BD" w:rsidRDefault="00000000">
      <w:r>
        <w:br/>
      </w:r>
    </w:p>
    <w:p w14:paraId="563EF2C2" w14:textId="77777777" w:rsidR="002355BD" w:rsidRDefault="00000000">
      <w:r>
        <w:t>"Âncoras temporais?" repetiu Elaine, confusa.</w:t>
      </w:r>
    </w:p>
    <w:p w14:paraId="47F3F2B7" w14:textId="77777777" w:rsidR="002355BD" w:rsidRDefault="00000000">
      <w:r>
        <w:br/>
      </w:r>
    </w:p>
    <w:p w14:paraId="74B32215" w14:textId="77777777" w:rsidR="002355BD" w:rsidRDefault="00000000">
      <w:r>
        <w:t>"Sim," confirmou Sang-Suga. "Elas podem levar vocês de volta ao seu próprio tempo, agora que sua missão aqui está completa."</w:t>
      </w:r>
    </w:p>
    <w:p w14:paraId="172F6409" w14:textId="77777777" w:rsidR="002355BD" w:rsidRDefault="00000000">
      <w:r>
        <w:br/>
      </w:r>
    </w:p>
    <w:p w14:paraId="101D7009" w14:textId="77777777" w:rsidR="002355BD" w:rsidRDefault="00000000">
      <w:r>
        <w:t>Luke e Elaine trocaram olhares esperançosos. Voltar para 2025, para seu próprio tempo... parecia quase um sonho depois de tudo que haviam passado.</w:t>
      </w:r>
    </w:p>
    <w:p w14:paraId="545FB6AD" w14:textId="77777777" w:rsidR="002355BD" w:rsidRDefault="00000000">
      <w:r>
        <w:br/>
      </w:r>
    </w:p>
    <w:p w14:paraId="76EFE788" w14:textId="77777777" w:rsidR="002355BD" w:rsidRDefault="00000000">
      <w:r>
        <w:t>"Como funcionam?" perguntou Luke.</w:t>
      </w:r>
    </w:p>
    <w:p w14:paraId="6C9240B1" w14:textId="77777777" w:rsidR="002355BD" w:rsidRDefault="00000000">
      <w:r>
        <w:br/>
      </w:r>
    </w:p>
    <w:p w14:paraId="41C8C2E8" w14:textId="77777777" w:rsidR="002355BD" w:rsidRDefault="00000000">
      <w:r>
        <w:t>"Da mesma forma que tudo o mais que vocês fizeram," respondeu Sang-Suga com um sorriso enigmático. "Juntos."</w:t>
      </w:r>
    </w:p>
    <w:p w14:paraId="4DEA1AD1" w14:textId="77777777" w:rsidR="002355BD" w:rsidRDefault="00000000">
      <w:r>
        <w:br/>
      </w:r>
    </w:p>
    <w:p w14:paraId="2913AA48" w14:textId="77777777" w:rsidR="002355BD" w:rsidRDefault="00000000">
      <w:r>
        <w:t>Temporal deu um passo à frente. "Vocês devem ir logo. Quanto mais tempo permanecerem aqui, mais difícil será para as alianças encontrarem seu ponto de origem temporal."</w:t>
      </w:r>
    </w:p>
    <w:p w14:paraId="72784446" w14:textId="77777777" w:rsidR="002355BD" w:rsidRDefault="00000000">
      <w:r>
        <w:br/>
      </w:r>
    </w:p>
    <w:p w14:paraId="0AE03382" w14:textId="77777777" w:rsidR="002355BD" w:rsidRDefault="00000000">
      <w:r>
        <w:t>Luke olhou para os Primordiais – estes heróis lendários que agora conhecia pessoalmente, que haviam lutado ao lado deles. "E quanto a vocês? E quanto às memórias desta batalha?"</w:t>
      </w:r>
    </w:p>
    <w:p w14:paraId="5624C24A" w14:textId="77777777" w:rsidR="002355BD" w:rsidRDefault="00000000">
      <w:r>
        <w:br/>
      </w:r>
    </w:p>
    <w:p w14:paraId="5B3E7656" w14:textId="77777777" w:rsidR="002355BD" w:rsidRDefault="00000000">
      <w:r>
        <w:lastRenderedPageBreak/>
        <w:t>Lion sorriu, aquele sorriso carismático que o tornaria uma lenda. "Algumas histórias são melhores mantidas em segredo. Esta será uma delas – conhecida apenas por nós seis... e por vocês dois, em seu próprio tempo."</w:t>
      </w:r>
    </w:p>
    <w:p w14:paraId="064E98D6" w14:textId="77777777" w:rsidR="002355BD" w:rsidRDefault="00000000">
      <w:r>
        <w:br/>
      </w:r>
    </w:p>
    <w:p w14:paraId="104A0A2F" w14:textId="77777777" w:rsidR="002355BD" w:rsidRDefault="00000000">
      <w:r>
        <w:t>"Obrigado," disse Luke, estendendo a mão. "Por tudo."</w:t>
      </w:r>
    </w:p>
    <w:p w14:paraId="037568A5" w14:textId="77777777" w:rsidR="002355BD" w:rsidRDefault="00000000">
      <w:r>
        <w:br/>
      </w:r>
    </w:p>
    <w:p w14:paraId="4A3C44ED" w14:textId="77777777" w:rsidR="002355BD" w:rsidRDefault="00000000">
      <w:r>
        <w:t>Lion apertou sua mão firmemente. "Não, obrigado a vocês. Por nos mostrar que o futuro está em boas mãos."</w:t>
      </w:r>
    </w:p>
    <w:p w14:paraId="052D20C7" w14:textId="77777777" w:rsidR="002355BD" w:rsidRDefault="00000000">
      <w:r>
        <w:br/>
      </w:r>
    </w:p>
    <w:p w14:paraId="2F4F1C41" w14:textId="77777777" w:rsidR="002355BD" w:rsidRDefault="00000000">
      <w:r>
        <w:t>Despedidas foram trocadas rapidamente – um abraço de Lion, um aperto de mão respeitoso de Caçador, um aceno de Android, um toque enigmático de Enigma, uma bênção sussurrada de Sang-Suga, e um saluto formal de Temporal.</w:t>
      </w:r>
    </w:p>
    <w:p w14:paraId="08FBB8AB" w14:textId="77777777" w:rsidR="002355BD" w:rsidRDefault="00000000">
      <w:r>
        <w:br/>
      </w:r>
    </w:p>
    <w:p w14:paraId="3BE81D70" w14:textId="77777777" w:rsidR="002355BD" w:rsidRDefault="00000000">
      <w:r>
        <w:t>Então, Luke e Elaine ficaram sozinhos no centro da câmara, o cristal contendo o selo dimensional seguro entre eles, as Alianças Gêmeas brilhando com expectativa.</w:t>
      </w:r>
    </w:p>
    <w:p w14:paraId="52BE16B2" w14:textId="77777777" w:rsidR="002355BD" w:rsidRDefault="00000000">
      <w:r>
        <w:br/>
      </w:r>
    </w:p>
    <w:p w14:paraId="61798FAA" w14:textId="77777777" w:rsidR="002355BD" w:rsidRDefault="00000000">
      <w:r>
        <w:t>"Pronta para ir para casa?" perguntou Luke, estendendo a mão.</w:t>
      </w:r>
    </w:p>
    <w:p w14:paraId="0F896745" w14:textId="77777777" w:rsidR="002355BD" w:rsidRDefault="00000000">
      <w:r>
        <w:br/>
      </w:r>
    </w:p>
    <w:p w14:paraId="254B74DF" w14:textId="77777777" w:rsidR="002355BD" w:rsidRDefault="00000000">
      <w:r>
        <w:t>Elaine entrelaçou seus dedos nos dele, as alianças tocando-se. "Casa é onde você está," respondeu ela suavemente.</w:t>
      </w:r>
    </w:p>
    <w:p w14:paraId="5ACF4855" w14:textId="77777777" w:rsidR="002355BD" w:rsidRDefault="00000000">
      <w:r>
        <w:br/>
      </w:r>
    </w:p>
    <w:p w14:paraId="5D16BCFE" w14:textId="77777777" w:rsidR="002355BD" w:rsidRDefault="00000000">
      <w:r>
        <w:t>Com um último olhar para o Templo Esquecido e para os Primordiais que os observavam, eles fecharam os olhos e se concentraram nas alianças. O poder fluiu entre eles, amplificado pelo cristal, criando um vórtice temporal que os envolveu completamente.</w:t>
      </w:r>
    </w:p>
    <w:p w14:paraId="4C5D4D7D" w14:textId="77777777" w:rsidR="002355BD" w:rsidRDefault="00000000">
      <w:r>
        <w:br/>
      </w:r>
    </w:p>
    <w:p w14:paraId="32729FDC" w14:textId="77777777" w:rsidR="002355BD" w:rsidRDefault="00000000">
      <w:r>
        <w:lastRenderedPageBreak/>
        <w:t>A sensação de viajar através do tempo era agora familiar, mas desta vez havia uma diferença. Não havia turbulência, não havia resistência. Era como se o próprio tempo os reconhecesse e os guiasse gentilmente de volta para onde pertenciam.</w:t>
      </w:r>
    </w:p>
    <w:p w14:paraId="726B8087" w14:textId="77777777" w:rsidR="002355BD" w:rsidRDefault="002355BD"/>
    <w:p w14:paraId="212EB16F" w14:textId="77777777" w:rsidR="002355BD" w:rsidRDefault="00000000">
      <w:r>
        <w:t>O retorno para 2025 não foi um simples estalo. O vórtice temporal se desfez ao redor deles em uma onda de eletricidade azulada, trazendo consigo o cheiro acre de ozônio e um solavanco no estômago. A base da G.R.A.I.A. estava exatamente como a haviam deixado naquele fatídico segundo em que tudo mudou, mas havia um detalhe inegável no ar: algo estava diferente, e não se tratava apenas do tempo que passaram afastados.</w:t>
      </w:r>
    </w:p>
    <w:p w14:paraId="1759A281" w14:textId="77777777" w:rsidR="002355BD" w:rsidRDefault="002355BD"/>
    <w:p w14:paraId="64BBE4A9" w14:textId="77777777" w:rsidR="002355BD" w:rsidRDefault="00000000">
      <w:r>
        <w:t>Luzes de emergência piscavam suavemente, lançando sombras longas pela sala de comando. Telas exibiam alertas em looping, mostrando um breve apanhado do caos que havia varrido o planeta nos minutos em que todos os portais dimensionais se fecharam. Luke quase conseguiu ouvir, como um eco de fundo, os gritos de batalha e ordens urgentes vindos do passado recente, agora reduzidos a estática e sussurros eletrônicos.</w:t>
      </w:r>
    </w:p>
    <w:p w14:paraId="17401145" w14:textId="77777777" w:rsidR="002355BD" w:rsidRDefault="00000000">
      <w:r>
        <w:br/>
      </w:r>
    </w:p>
    <w:p w14:paraId="0FE350CC" w14:textId="77777777" w:rsidR="002355BD" w:rsidRDefault="00000000">
      <w:r>
        <w:t>E não estavam sozinhos. O General Vance – o Caçador de Recompensas que haviam deixado décadas atrás, agora um homem mais velho e mais sábio – estava lá, junto com o restante da equipe atual dos Primordiais II.</w:t>
      </w:r>
    </w:p>
    <w:p w14:paraId="1E9F5596" w14:textId="77777777" w:rsidR="002355BD" w:rsidRDefault="002355BD"/>
    <w:p w14:paraId="61A32D2A" w14:textId="77777777" w:rsidR="002355BD" w:rsidRDefault="00000000">
      <w:r>
        <w:t>Luke e Elaine trocaram olhares, ambos se perguntando o que dizer primeiro, como se tivessem acabado de despertar de um sonho coletivo. Mas as palavras não precisavam ser ditas. O próprio espaço parecia vibrar com a tensão acumulada do reencontro.</w:t>
      </w:r>
    </w:p>
    <w:p w14:paraId="4C087DA6" w14:textId="77777777" w:rsidR="002355BD" w:rsidRDefault="002355BD"/>
    <w:p w14:paraId="7CC91787" w14:textId="77777777" w:rsidR="002355BD" w:rsidRDefault="00000000">
      <w:r>
        <w:t>O General Vance foi o primeiro a quebrar o silêncio. Ele caminhou até eles com passos decididos. Seus olhos encontraram os de Luke, e por uma fração de segundo o tempo pareceu dar um giro completo, unindo passado e futuro em um só olhar.</w:t>
      </w:r>
    </w:p>
    <w:p w14:paraId="49988829" w14:textId="77777777" w:rsidR="002355BD" w:rsidRDefault="00000000">
      <w:r>
        <w:br/>
      </w:r>
    </w:p>
    <w:p w14:paraId="7BAC58F2" w14:textId="77777777" w:rsidR="002355BD" w:rsidRDefault="00000000">
      <w:r>
        <w:t>"Vocês voltaram," disse o General, sua voz carregando o peso de décadas de memórias. "Exatamente como me lembrava."</w:t>
      </w:r>
    </w:p>
    <w:p w14:paraId="1DDD23C4" w14:textId="77777777" w:rsidR="002355BD" w:rsidRDefault="00000000">
      <w:r>
        <w:br/>
      </w:r>
    </w:p>
    <w:p w14:paraId="47B1E6C0" w14:textId="77777777" w:rsidR="002355BD" w:rsidRDefault="00000000">
      <w:r>
        <w:lastRenderedPageBreak/>
        <w:t>Luke e Elaine se entreolharam, surpresos. "Você se lembra?" perguntou Luke.</w:t>
      </w:r>
    </w:p>
    <w:p w14:paraId="0EEE37B5" w14:textId="77777777" w:rsidR="002355BD" w:rsidRDefault="00000000">
      <w:r>
        <w:br/>
      </w:r>
    </w:p>
    <w:p w14:paraId="63DBDA11" w14:textId="77777777" w:rsidR="002355BD" w:rsidRDefault="00000000">
      <w:r>
        <w:t>O General sorriu, um eco do jovem Caçador visível brevemente em seu rosto enrugado. "Algumas memórias são fortes demais para serem esquecidas, mesmo após trinta anos."</w:t>
      </w:r>
    </w:p>
    <w:p w14:paraId="0449AAAD" w14:textId="77777777" w:rsidR="002355BD" w:rsidRDefault="00000000">
      <w:r>
        <w:br/>
      </w:r>
    </w:p>
    <w:p w14:paraId="192562ED" w14:textId="77777777" w:rsidR="002355BD" w:rsidRDefault="00000000">
      <w:r>
        <w:t>Ele se aproximou, observando o cristal que ainda seguravam e as Alianças Gêmeas em seus dedos. "Vocês conseguiram, então. O selo está completo."</w:t>
      </w:r>
    </w:p>
    <w:p w14:paraId="4A50DACA" w14:textId="77777777" w:rsidR="002355BD" w:rsidRDefault="00000000">
      <w:r>
        <w:br/>
      </w:r>
    </w:p>
    <w:p w14:paraId="1AE6562B" w14:textId="77777777" w:rsidR="002355BD" w:rsidRDefault="00000000">
      <w:r>
        <w:t>"Sim," confirmou Elaine. "Abyzoth, a Dragoa Maligna, Rox – todos estão permanentemente selados no submundo. Os portais estão fechados para sempre."</w:t>
      </w:r>
    </w:p>
    <w:p w14:paraId="118480D9" w14:textId="77777777" w:rsidR="002355BD" w:rsidRDefault="00000000">
      <w:r>
        <w:br/>
      </w:r>
    </w:p>
    <w:p w14:paraId="234FB46A" w14:textId="77777777" w:rsidR="002355BD" w:rsidRDefault="00000000">
      <w:r>
        <w:t>Um suspiro coletivo de alívio percorreu a sala. A ameaça que havia pairado sobre eles por tanto tempo finalmente havia terminado.</w:t>
      </w:r>
    </w:p>
    <w:p w14:paraId="43C90719" w14:textId="77777777" w:rsidR="002355BD" w:rsidRDefault="00000000">
      <w:r>
        <w:br/>
      </w:r>
    </w:p>
    <w:p w14:paraId="12221397" w14:textId="77777777" w:rsidR="002355BD" w:rsidRDefault="00000000">
      <w:r>
        <w:t>As próximas horas foram preenchidas com relatórios, explicações e celebrações. O cristal contendo o selo dimensional foi colocado em uma câmara de contenção especial – não porque fosse perigoso, mas para protegê-lo. As Alianças Gêmeas, no entanto, permaneceram nos dedos de Luke e Elaine. Como Sang-Suga havia dito no passado, elas haviam escolhido seus portadores.</w:t>
      </w:r>
    </w:p>
    <w:p w14:paraId="40564299" w14:textId="77777777" w:rsidR="002355BD" w:rsidRDefault="00000000">
      <w:r>
        <w:br/>
      </w:r>
    </w:p>
    <w:p w14:paraId="4845D102" w14:textId="77777777" w:rsidR="002355BD" w:rsidRDefault="00000000">
      <w:r>
        <w:t>Quando finalmente tiveram um momento de privacidade, Luke levou Elaine para o telhado da base, onde podiam ver as estrelas acima e as luzes da cidade abaixo. A noite estava clara e fresca, um contraste bem-vindo com o caos dimensional que haviam enfrentado.</w:t>
      </w:r>
    </w:p>
    <w:p w14:paraId="39700302" w14:textId="77777777" w:rsidR="002355BD" w:rsidRDefault="00000000">
      <w:r>
        <w:br/>
      </w:r>
    </w:p>
    <w:p w14:paraId="19302FEE" w14:textId="77777777" w:rsidR="002355BD" w:rsidRDefault="00000000">
      <w:r>
        <w:t>"Parece quase surreal, não é?" comentou Luke, seus dedos entrelaçados com os de Elaine enquanto observavam a paisagem pacífica. "Depois de tudo que passamos, estar simplesmente... aqui."</w:t>
      </w:r>
    </w:p>
    <w:p w14:paraId="68AB8CE2" w14:textId="77777777" w:rsidR="002355BD" w:rsidRDefault="00000000">
      <w:r>
        <w:lastRenderedPageBreak/>
        <w:br/>
      </w:r>
    </w:p>
    <w:p w14:paraId="1848A8A0" w14:textId="77777777" w:rsidR="002355BD" w:rsidRDefault="00000000">
      <w:r>
        <w:t>Elaine assentiu, recostando-se contra ele. "Parte de mim ainda espera que um portal se abra ou que Rox apareça do nada."</w:t>
      </w:r>
    </w:p>
    <w:p w14:paraId="3679B288" w14:textId="77777777" w:rsidR="002355BD" w:rsidRDefault="00000000">
      <w:r>
        <w:br/>
      </w:r>
    </w:p>
    <w:p w14:paraId="75C2CBEB" w14:textId="77777777" w:rsidR="002355BD" w:rsidRDefault="00000000">
      <w:r>
        <w:t>"Mas não vai acontecer," disse Luke com convicção. "O selo é permanente. Nós garantimos isso."</w:t>
      </w:r>
    </w:p>
    <w:p w14:paraId="4D15DF45" w14:textId="77777777" w:rsidR="002355BD" w:rsidRDefault="00000000">
      <w:r>
        <w:br/>
      </w:r>
    </w:p>
    <w:p w14:paraId="5B233F4B" w14:textId="77777777" w:rsidR="002355BD" w:rsidRDefault="00000000">
      <w:r>
        <w:t>Eles ficaram em silêncio por um momento, absorvendo a realidade de sua vitória e o simples prazer de estarem juntos sem a pressão constante do perigo.</w:t>
      </w:r>
    </w:p>
    <w:p w14:paraId="7240094B" w14:textId="77777777" w:rsidR="002355BD" w:rsidRDefault="00000000">
      <w:r>
        <w:br/>
      </w:r>
    </w:p>
    <w:p w14:paraId="1DB1756A" w14:textId="77777777" w:rsidR="002355BD" w:rsidRDefault="00000000">
      <w:r>
        <w:t>"O que acontece agora?" perguntou Elaine finalmente, virando-se para encará-lo. "Com a ameaça eliminada, com nossa missão cumprida... o que vem a seguir para nós?"</w:t>
      </w:r>
    </w:p>
    <w:p w14:paraId="3BF21E07" w14:textId="77777777" w:rsidR="002355BD" w:rsidRDefault="00000000">
      <w:r>
        <w:br/>
      </w:r>
    </w:p>
    <w:p w14:paraId="5276C710" w14:textId="77777777" w:rsidR="002355BD" w:rsidRDefault="00000000">
      <w:r>
        <w:t>Luke olhou para as Alianças Gêmeas em seus dedos, ainda brilhando suavemente sob a luz das estrelas. Então, seus olhos encontraram os dela, e ele sorriu.</w:t>
      </w:r>
    </w:p>
    <w:p w14:paraId="31BF8675" w14:textId="77777777" w:rsidR="002355BD" w:rsidRDefault="00000000">
      <w:r>
        <w:br/>
      </w:r>
    </w:p>
    <w:p w14:paraId="1B960196" w14:textId="77777777" w:rsidR="002355BD" w:rsidRDefault="00000000">
      <w:r>
        <w:t>"Qualquer coisa que quisermos," respondeu ele. "Temos todo o tempo do mundo agora."</w:t>
      </w:r>
    </w:p>
    <w:p w14:paraId="64C78B1E" w14:textId="77777777" w:rsidR="002355BD" w:rsidRDefault="00000000">
      <w:r>
        <w:br/>
      </w:r>
    </w:p>
    <w:p w14:paraId="5630DD82" w14:textId="77777777" w:rsidR="002355BD" w:rsidRDefault="00000000">
      <w:r>
        <w:t>Elaine sorriu em retorno, um sorriso que iluminava seu rosto inteiro. "Gosto como isso soa."</w:t>
      </w:r>
    </w:p>
    <w:p w14:paraId="2BAE9560" w14:textId="77777777" w:rsidR="002355BD" w:rsidRDefault="00000000">
      <w:r>
        <w:br/>
      </w:r>
    </w:p>
    <w:p w14:paraId="63A552D9" w14:textId="77777777" w:rsidR="002355BD" w:rsidRDefault="00000000">
      <w:r>
        <w:t>Luke a puxou para mais perto, uma mão gentilmente acariciando seu rosto. "Sabe, em toda essa loucura de viagem no tempo e batalhas dimensionais, nunca tive a chance de dizer algo muito importante."</w:t>
      </w:r>
    </w:p>
    <w:p w14:paraId="586839E7" w14:textId="77777777" w:rsidR="002355BD" w:rsidRDefault="00000000">
      <w:r>
        <w:br/>
      </w:r>
    </w:p>
    <w:p w14:paraId="3182426A" w14:textId="77777777" w:rsidR="002355BD" w:rsidRDefault="00000000">
      <w:r>
        <w:lastRenderedPageBreak/>
        <w:t>"O quê?" perguntou ela, seus olhos fixos nos dele.</w:t>
      </w:r>
    </w:p>
    <w:p w14:paraId="6D3A9AC5" w14:textId="77777777" w:rsidR="002355BD" w:rsidRDefault="00000000">
      <w:r>
        <w:br/>
      </w:r>
    </w:p>
    <w:p w14:paraId="7C507598" w14:textId="77777777" w:rsidR="002355BD" w:rsidRDefault="00000000">
      <w:r>
        <w:t>"Eu te amo, Elaine," disse ele simplesmente. "Não apenas por causa das aventuras que compartilhamos ou dos perigos que enfrentamos juntos. Mas por quem você é – corajosa, inteligente, compassiva, real. Amo cada parte de você."</w:t>
      </w:r>
    </w:p>
    <w:p w14:paraId="35BC3624" w14:textId="77777777" w:rsidR="002355BD" w:rsidRDefault="00000000">
      <w:r>
        <w:br/>
      </w:r>
    </w:p>
    <w:p w14:paraId="1075C88A" w14:textId="77777777" w:rsidR="002355BD" w:rsidRDefault="00000000">
      <w:r>
        <w:t>Os olhos de Elaine brilharam com emoção contida. "Eu também te amo, Luke. Mais do que pensei ser possível amar alguém. Você me viu – realmente me viu – quando ninguém mais conseguia enxergar além da superfície."</w:t>
      </w:r>
    </w:p>
    <w:p w14:paraId="119B1839" w14:textId="77777777" w:rsidR="002355BD" w:rsidRDefault="00000000">
      <w:r>
        <w:br/>
      </w:r>
    </w:p>
    <w:p w14:paraId="05FCFE21" w14:textId="77777777" w:rsidR="002355BD" w:rsidRDefault="00000000">
      <w:r>
        <w:t>Suas alianças brilharam mais intensamente quando seus lábios se encontraram em um beijo profundo e apaixonado, selando as palavras que haviam acabado de trocar. O vínculo entre eles, fortalecido por tudo que haviam enfrentado juntos, pulsava com uma energia quase tangível.</w:t>
      </w:r>
    </w:p>
    <w:p w14:paraId="55ADED09" w14:textId="77777777" w:rsidR="002355BD" w:rsidRDefault="00000000">
      <w:r>
        <w:br/>
      </w:r>
    </w:p>
    <w:p w14:paraId="0C6B6331" w14:textId="77777777" w:rsidR="002355BD" w:rsidRDefault="00000000">
      <w:r>
        <w:rPr>
          <w:i/>
        </w:rPr>
        <w:t>*Posso sentir seu coração,*</w:t>
      </w:r>
      <w:r>
        <w:t xml:space="preserve"> pensou Elaine através do vínculo das alianças. </w:t>
      </w:r>
      <w:r>
        <w:rPr>
          <w:i/>
        </w:rPr>
        <w:t>*Não apenas seus pensamentos, mas seu coração.*</w:t>
      </w:r>
    </w:p>
    <w:p w14:paraId="0EC8F804" w14:textId="77777777" w:rsidR="002355BD" w:rsidRDefault="00000000">
      <w:r>
        <w:br/>
      </w:r>
    </w:p>
    <w:p w14:paraId="4EDF612F" w14:textId="77777777" w:rsidR="002355BD" w:rsidRDefault="00000000">
      <w:r>
        <w:rPr>
          <w:i/>
        </w:rPr>
        <w:t>*E eu o seu,*</w:t>
      </w:r>
      <w:r>
        <w:t xml:space="preserve"> respondeu Luke. </w:t>
      </w:r>
      <w:r>
        <w:rPr>
          <w:i/>
        </w:rPr>
        <w:t>*É como se fôssemos um só, de alguma forma.*</w:t>
      </w:r>
    </w:p>
    <w:p w14:paraId="6AA01699" w14:textId="77777777" w:rsidR="002355BD" w:rsidRDefault="00000000">
      <w:r>
        <w:br/>
      </w:r>
    </w:p>
    <w:p w14:paraId="1A8FD336" w14:textId="77777777" w:rsidR="002355BD" w:rsidRDefault="00000000">
      <w:r>
        <w:t>Quando o beijo terminou, eles permaneceram abraçados sob as estrelas, suas testemunhas silenciosas. A noite avançava, mas nenhum dos dois sentia pressa para voltar para dentro. Este momento – esta paz duramente conquistada – era deles para saborear.</w:t>
      </w:r>
    </w:p>
    <w:p w14:paraId="1AA67A1D" w14:textId="77777777" w:rsidR="002355BD" w:rsidRDefault="00000000">
      <w:r>
        <w:br/>
      </w:r>
    </w:p>
    <w:p w14:paraId="7FA7668D" w14:textId="77777777" w:rsidR="002355BD" w:rsidRDefault="00000000">
      <w:r>
        <w:t>---</w:t>
      </w:r>
    </w:p>
    <w:p w14:paraId="54161C05" w14:textId="77777777" w:rsidR="002355BD" w:rsidRDefault="00000000">
      <w:r>
        <w:lastRenderedPageBreak/>
        <w:br/>
      </w:r>
    </w:p>
    <w:p w14:paraId="6F3DBBC3" w14:textId="77777777" w:rsidR="002355BD" w:rsidRDefault="00000000">
      <w:r>
        <w:t>A noite já ia avançada quando finalmente retornaram aos seus aposentos na base. A adrenalina da vitória havia dado lugar a um cansaço profundo, mas também a uma sensação de contentamento que nenhum dos dois havia experimentado antes.</w:t>
      </w:r>
    </w:p>
    <w:p w14:paraId="2E5920C7" w14:textId="77777777" w:rsidR="002355BD" w:rsidRDefault="00000000">
      <w:r>
        <w:br/>
      </w:r>
    </w:p>
    <w:p w14:paraId="2C4B2C5D" w14:textId="77777777" w:rsidR="002355BD" w:rsidRDefault="00000000">
      <w:r>
        <w:t>O quarto de Luke – agora tacitamente compartilhado com Elaine – estava banhado apenas pela luz suave do luar que entrava pela janela. Eles se moviam em silêncio confortável, trocando olhares e toques casuais enquanto se preparavam para o merecido descanso.</w:t>
      </w:r>
    </w:p>
    <w:p w14:paraId="5AF1BCDB" w14:textId="77777777" w:rsidR="002355BD" w:rsidRDefault="00000000">
      <w:r>
        <w:br/>
      </w:r>
    </w:p>
    <w:p w14:paraId="06E70BEF" w14:textId="77777777" w:rsidR="002355BD" w:rsidRDefault="00000000">
      <w:r>
        <w:t>Mas quando Elaine saiu do banheiro, vestindo apenas uma camiseta longa que mal cobria suas coxas, Luke sentiu um calor familiar se espalhar por seu corpo. Ela estava linda na penumbra, sua pele quase brilhando sob a luz prateada da lua, seus olhos refletindo um desejo que espelhava o dele.</w:t>
      </w:r>
    </w:p>
    <w:p w14:paraId="68C1724A" w14:textId="77777777" w:rsidR="002355BD" w:rsidRDefault="00000000">
      <w:r>
        <w:br/>
      </w:r>
    </w:p>
    <w:p w14:paraId="604A7000" w14:textId="77777777" w:rsidR="002355BD" w:rsidRDefault="00000000">
      <w:r>
        <w:t>"Sabe," disse ela, aproximando-se lentamente da cama onde ele estava sentado, "acho que ainda não celebramos adequadamente nossa vitória."</w:t>
      </w:r>
    </w:p>
    <w:p w14:paraId="22B79827" w14:textId="77777777" w:rsidR="002355BD" w:rsidRDefault="00000000">
      <w:r>
        <w:br/>
      </w:r>
    </w:p>
    <w:p w14:paraId="7854D613" w14:textId="77777777" w:rsidR="002355BD" w:rsidRDefault="00000000">
      <w:r>
        <w:t>Luke sorriu, estendendo a mão para ela. "E o que você sugere?"</w:t>
      </w:r>
    </w:p>
    <w:p w14:paraId="69A582CC" w14:textId="77777777" w:rsidR="002355BD" w:rsidRDefault="00000000">
      <w:r>
        <w:br/>
      </w:r>
    </w:p>
    <w:p w14:paraId="0D97BB88" w14:textId="77777777" w:rsidR="002355BD" w:rsidRDefault="00000000">
      <w:r>
        <w:t>Em vez de responder com palavras, Elaine usou seu poder de metamorfose de uma forma que nunca havia feito antes. Sua forma tremulou, tornando-se parcialmente invisível, apenas o contorno de seu corpo delineado por uma luz suave. Era como se ela fosse feita de ar e luz, uma presença etérea mas inegavelmente real.</w:t>
      </w:r>
    </w:p>
    <w:p w14:paraId="110207B5" w14:textId="77777777" w:rsidR="002355BD" w:rsidRDefault="00000000">
      <w:r>
        <w:br/>
      </w:r>
    </w:p>
    <w:p w14:paraId="15EE602E" w14:textId="77777777" w:rsidR="002355BD" w:rsidRDefault="00000000">
      <w:r>
        <w:t>"Elaine?" sussurrou Luke, maravilhado.</w:t>
      </w:r>
    </w:p>
    <w:p w14:paraId="74EC8BBD" w14:textId="77777777" w:rsidR="002355BD" w:rsidRDefault="00000000">
      <w:r>
        <w:br/>
      </w:r>
    </w:p>
    <w:p w14:paraId="31B9D95B" w14:textId="77777777" w:rsidR="002355BD" w:rsidRDefault="00000000">
      <w:r>
        <w:lastRenderedPageBreak/>
        <w:t xml:space="preserve">Ela se aproximou, sua forma translúcida emitindo um calor que ele podia sentir mesmo antes de tocá-la. </w:t>
      </w:r>
      <w:r>
        <w:rPr>
          <w:i/>
        </w:rPr>
        <w:t>*Quero que me sinta de uma forma que ninguém jamais sentiu,*</w:t>
      </w:r>
      <w:r>
        <w:t xml:space="preserve"> sua voz ecoou em sua mente através do vínculo das alianças. </w:t>
      </w:r>
      <w:r>
        <w:rPr>
          <w:i/>
        </w:rPr>
        <w:t>*Quero sentir você de uma forma que transcende o físico.*</w:t>
      </w:r>
    </w:p>
    <w:p w14:paraId="41D45019" w14:textId="77777777" w:rsidR="002355BD" w:rsidRDefault="00000000">
      <w:r>
        <w:br/>
      </w:r>
    </w:p>
    <w:p w14:paraId="0911B956" w14:textId="77777777" w:rsidR="002355BD" w:rsidRDefault="00000000">
      <w:r>
        <w:t>Luke estendeu a mão, tocando o que parecia ser ar sólido. A sensação era extraordinária – como tocar seda, água e eletricidade ao mesmo tempo. Elaine estremeceu sob seu toque, sua forma brilhando mais intensamente onde os dedos dele a encontravam.</w:t>
      </w:r>
    </w:p>
    <w:p w14:paraId="07FFBB16" w14:textId="77777777" w:rsidR="002355BD" w:rsidRDefault="00000000">
      <w:r>
        <w:br/>
      </w:r>
    </w:p>
    <w:p w14:paraId="78B90039" w14:textId="77777777" w:rsidR="002355BD" w:rsidRDefault="00000000">
      <w:r>
        <w:rPr>
          <w:i/>
        </w:rPr>
        <w:t>*Posso fazer o mesmo?*</w:t>
      </w:r>
      <w:r>
        <w:t xml:space="preserve"> perguntou ele mentalmente, fascinado pelas possibilidades.</w:t>
      </w:r>
    </w:p>
    <w:p w14:paraId="6C4A849D" w14:textId="77777777" w:rsidR="002355BD" w:rsidRDefault="00000000">
      <w:r>
        <w:br/>
      </w:r>
    </w:p>
    <w:p w14:paraId="01CE6942" w14:textId="77777777" w:rsidR="002355BD" w:rsidRDefault="00000000">
      <w:r>
        <w:rPr>
          <w:i/>
        </w:rPr>
        <w:t>*Tente,*</w:t>
      </w:r>
      <w:r>
        <w:t xml:space="preserve"> encorajou ela. </w:t>
      </w:r>
      <w:r>
        <w:rPr>
          <w:i/>
        </w:rPr>
        <w:t>*As alianças... elas nos conectam em um nível mais profundo do que imaginávamos.*</w:t>
      </w:r>
    </w:p>
    <w:p w14:paraId="66A8C3F1" w14:textId="77777777" w:rsidR="002355BD" w:rsidRDefault="00000000">
      <w:r>
        <w:br/>
      </w:r>
    </w:p>
    <w:p w14:paraId="7371F2E1" w14:textId="77777777" w:rsidR="002355BD" w:rsidRDefault="00000000">
      <w:r>
        <w:t>Luke fechou os olhos, concentrando-se no poder que fluía através da aliança em seu dedo. Para sua surpresa, sentiu seu corpo responder, tornando-se mais leve, mais etéreo, como se estivesse se dissolvendo nas bordas. Não era teletransporte – era algo novo, uma extensão de seu poder facilitada pelo vínculo com Elaine.</w:t>
      </w:r>
    </w:p>
    <w:p w14:paraId="757F9C05" w14:textId="77777777" w:rsidR="002355BD" w:rsidRDefault="00000000">
      <w:r>
        <w:br/>
      </w:r>
    </w:p>
    <w:p w14:paraId="3B915671" w14:textId="77777777" w:rsidR="002355BD" w:rsidRDefault="00000000">
      <w:r>
        <w:t>Quando abriu os olhos, viu que seu corpo também havia se tornado parcialmente translúcido, emanando uma luz azulada que contrastava com o brilho prateado de Elaine.</w:t>
      </w:r>
    </w:p>
    <w:p w14:paraId="51ADF2CF" w14:textId="77777777" w:rsidR="002355BD" w:rsidRDefault="00000000">
      <w:r>
        <w:br/>
      </w:r>
    </w:p>
    <w:p w14:paraId="1948CD29" w14:textId="77777777" w:rsidR="002355BD" w:rsidRDefault="00000000">
      <w:r>
        <w:rPr>
          <w:i/>
        </w:rPr>
        <w:t>*É incrível,*</w:t>
      </w:r>
      <w:r>
        <w:t xml:space="preserve"> pensou ele, maravilhado.</w:t>
      </w:r>
    </w:p>
    <w:p w14:paraId="18F36F32" w14:textId="77777777" w:rsidR="002355BD" w:rsidRDefault="00000000">
      <w:r>
        <w:br/>
      </w:r>
    </w:p>
    <w:p w14:paraId="4DFD87B6" w14:textId="77777777" w:rsidR="002355BD" w:rsidRDefault="00000000">
      <w:r>
        <w:rPr>
          <w:i/>
        </w:rPr>
        <w:t>*Isso é apenas o começo,*</w:t>
      </w:r>
      <w:r>
        <w:t xml:space="preserve"> respondeu ela, um sorriso em sua voz mental.</w:t>
      </w:r>
    </w:p>
    <w:p w14:paraId="124C33F3" w14:textId="77777777" w:rsidR="002355BD" w:rsidRDefault="00000000">
      <w:r>
        <w:lastRenderedPageBreak/>
        <w:br/>
      </w:r>
    </w:p>
    <w:p w14:paraId="1071BB29" w14:textId="77777777" w:rsidR="002355BD" w:rsidRDefault="00000000">
      <w:r>
        <w:t>O que se seguiu foi uma experiência que transcendia qualquer intimidade física que qualquer um deles já havia conhecido. Seus corpos semi-etéreos se entrelaçaram, fundindo-se parcialmente em pontos de contato, criando sensações que iam além do toque normal. Através do vínculo das alianças, cada sensação era compartilhada, amplificada e refletida de volta, criando um loop de prazer e conexão que se intensificava a cada momento.</w:t>
      </w:r>
    </w:p>
    <w:p w14:paraId="7625CB1D" w14:textId="77777777" w:rsidR="002355BD" w:rsidRDefault="00000000">
      <w:r>
        <w:br/>
      </w:r>
    </w:p>
    <w:p w14:paraId="22EE12B8" w14:textId="77777777" w:rsidR="002355BD" w:rsidRDefault="00000000">
      <w:r>
        <w:t>Luke descobriu que podia criar múltiplas projeções de si mesmo – não clones físicos completos, mas extensões de sua consciência e forma que podiam tocar e ser sentidas. Elaine, por sua vez, explorava os limites de sua metamorfose, alterando aspectos de sua forma para intensificar o prazer de ambos, criando pontos de contato impossíveis em corpos puramente físicos.</w:t>
      </w:r>
    </w:p>
    <w:p w14:paraId="2250E800" w14:textId="77777777" w:rsidR="002355BD" w:rsidRDefault="00000000">
      <w:r>
        <w:br/>
      </w:r>
    </w:p>
    <w:p w14:paraId="14E10299" w14:textId="77777777" w:rsidR="002355BD" w:rsidRDefault="00000000">
      <w:r>
        <w:t>Era uma dança de luz e sensação, seus corpos e mentes tão entrelaçados que era impossível dizer onde um terminava e o outro começava. As alianças brilhavam como pequenos sóis em seus dedos, canalizando e amplificando sua conexão.</w:t>
      </w:r>
    </w:p>
    <w:p w14:paraId="172D5CB6" w14:textId="77777777" w:rsidR="002355BD" w:rsidRDefault="00000000">
      <w:r>
        <w:br/>
      </w:r>
    </w:p>
    <w:p w14:paraId="424A5D47" w14:textId="77777777" w:rsidR="002355BD" w:rsidRDefault="00000000">
      <w:r>
        <w:rPr>
          <w:i/>
        </w:rPr>
        <w:t>*Posso sentir seu coração batendo como se fosse o meu,*</w:t>
      </w:r>
      <w:r>
        <w:t xml:space="preserve"> pensou Luke, maravilhado pela intimidade absoluta que compartilhavam.</w:t>
      </w:r>
    </w:p>
    <w:p w14:paraId="39E9383F" w14:textId="77777777" w:rsidR="002355BD" w:rsidRDefault="00000000">
      <w:r>
        <w:br/>
      </w:r>
    </w:p>
    <w:p w14:paraId="431F9F5B" w14:textId="77777777" w:rsidR="002355BD" w:rsidRDefault="00000000">
      <w:r>
        <w:rPr>
          <w:i/>
        </w:rPr>
        <w:t>*E eu posso sentir cada nervo do seu corpo como se fosse meu próprio,*</w:t>
      </w:r>
      <w:r>
        <w:t xml:space="preserve"> respondeu Elaine, sua consciência expandindo-se para abranger a dele.</w:t>
      </w:r>
    </w:p>
    <w:p w14:paraId="2F313110" w14:textId="77777777" w:rsidR="002355BD" w:rsidRDefault="00000000">
      <w:r>
        <w:br/>
      </w:r>
    </w:p>
    <w:p w14:paraId="0D3405D6" w14:textId="77777777" w:rsidR="002355BD" w:rsidRDefault="00000000">
      <w:r>
        <w:t>O prazer cresceu entre eles como uma onda, construindo-se e refletindo-se de volta, cada sensação compartilhada e multiplicada pelo vínculo. Quando finalmente atingiram o clímax, foi uma experiência simultânea e transcendente – uma explosão de luz e sensação que parecia existir fora do tempo e do espaço.</w:t>
      </w:r>
    </w:p>
    <w:p w14:paraId="1FD0A01C" w14:textId="77777777" w:rsidR="002355BD" w:rsidRDefault="00000000">
      <w:r>
        <w:br/>
      </w:r>
    </w:p>
    <w:p w14:paraId="219B22F2" w14:textId="77777777" w:rsidR="002355BD" w:rsidRDefault="00000000">
      <w:r>
        <w:lastRenderedPageBreak/>
        <w:t>Por um breve momento, enquanto o êxtase os consumia, ambos tiveram uma visão compartilhada – não do passado ou do futuro, mas de todas as possibilidades, todos os universos paralelos onde versões deles existiam. E em cada um desses universos, de alguma forma, eles sempre se encontravam, sempre se conectavam, sempre se amavam.</w:t>
      </w:r>
    </w:p>
    <w:p w14:paraId="57987069" w14:textId="77777777" w:rsidR="002355BD" w:rsidRDefault="00000000">
      <w:r>
        <w:br/>
      </w:r>
    </w:p>
    <w:p w14:paraId="0E1D4576" w14:textId="77777777" w:rsidR="002355BD" w:rsidRDefault="00000000">
      <w:r>
        <w:t>Quando finalmente retornaram à plena consciência, seus corpos haviam voltado ao normal, sólidos e tangíveis novamente. Estavam entrelaçados na cama, pele contra pele, respirações sincronizadas, corações batendo em uníssono.</w:t>
      </w:r>
    </w:p>
    <w:p w14:paraId="13FE8721" w14:textId="77777777" w:rsidR="002355BD" w:rsidRDefault="00000000">
      <w:r>
        <w:br/>
      </w:r>
    </w:p>
    <w:p w14:paraId="2692A680" w14:textId="77777777" w:rsidR="002355BD" w:rsidRDefault="00000000">
      <w:r>
        <w:t>"Isso foi..." começou Luke, palavras falhando para descrever o que haviam acabado de experimentar.</w:t>
      </w:r>
    </w:p>
    <w:p w14:paraId="630A481A" w14:textId="77777777" w:rsidR="002355BD" w:rsidRDefault="00000000">
      <w:r>
        <w:br/>
      </w:r>
    </w:p>
    <w:p w14:paraId="1C7CF1DA" w14:textId="77777777" w:rsidR="002355BD" w:rsidRDefault="00000000">
      <w:r>
        <w:t>"Eu sei," sussurrou Elaine, aninhando-se mais perto dele. "Foi além de qualquer coisa que já senti antes."</w:t>
      </w:r>
    </w:p>
    <w:p w14:paraId="0056FAF6" w14:textId="77777777" w:rsidR="002355BD" w:rsidRDefault="00000000">
      <w:r>
        <w:br/>
      </w:r>
    </w:p>
    <w:p w14:paraId="23E65CC7" w14:textId="77777777" w:rsidR="002355BD" w:rsidRDefault="00000000">
      <w:r>
        <w:t>"As alianças," murmurou Luke, observando o brilho suave que ainda emanava delas. "Elas nos conectam em um nível que nem imaginávamos ser possível."</w:t>
      </w:r>
    </w:p>
    <w:p w14:paraId="5781F49E" w14:textId="77777777" w:rsidR="002355BD" w:rsidRDefault="00000000">
      <w:r>
        <w:br/>
      </w:r>
    </w:p>
    <w:p w14:paraId="2F922DB6" w14:textId="77777777" w:rsidR="002355BD" w:rsidRDefault="00000000">
      <w:r>
        <w:t>Elaine assentiu, traçando padrões suaves no peito dele. "Não são apenas as alianças, Luke. É o que sentimos um pelo outro. As alianças apenas amplificam o que já existe entre nós."</w:t>
      </w:r>
    </w:p>
    <w:p w14:paraId="15F07091" w14:textId="77777777" w:rsidR="002355BD" w:rsidRDefault="00000000">
      <w:r>
        <w:br/>
      </w:r>
    </w:p>
    <w:p w14:paraId="441B2F29" w14:textId="77777777" w:rsidR="002355BD" w:rsidRDefault="00000000">
      <w:r>
        <w:t>Luke sorriu, puxando-a para mais perto. "Amor amplificado por magia antiga e viagem no tempo. Quem diria?"</w:t>
      </w:r>
    </w:p>
    <w:p w14:paraId="61ED127B" w14:textId="77777777" w:rsidR="002355BD" w:rsidRDefault="00000000">
      <w:r>
        <w:br/>
      </w:r>
    </w:p>
    <w:p w14:paraId="5EEAE9AD" w14:textId="77777777" w:rsidR="002355BD" w:rsidRDefault="00000000">
      <w:r>
        <w:t>Ela riu suavemente, o som mais doce que ele já havia ouvido. "Nossa história definitivamente não é convencional."</w:t>
      </w:r>
    </w:p>
    <w:p w14:paraId="75136863" w14:textId="77777777" w:rsidR="002355BD" w:rsidRDefault="00000000">
      <w:r>
        <w:lastRenderedPageBreak/>
        <w:br/>
      </w:r>
    </w:p>
    <w:p w14:paraId="0498964E" w14:textId="77777777" w:rsidR="002355BD" w:rsidRDefault="00000000">
      <w:r>
        <w:t>"Não trocaria por nada," disse ele com convicção.</w:t>
      </w:r>
    </w:p>
    <w:p w14:paraId="6CCAD705" w14:textId="77777777" w:rsidR="002355BD" w:rsidRDefault="00000000">
      <w:r>
        <w:br/>
      </w:r>
    </w:p>
    <w:p w14:paraId="3CA7CCDC" w14:textId="77777777" w:rsidR="002355BD" w:rsidRDefault="00000000">
      <w:r>
        <w:t>"Nem eu," concordou ela, seus olhos encontrando os dele na penumbra. "Nem por todos os universos paralelos que vislumbramos."</w:t>
      </w:r>
    </w:p>
    <w:p w14:paraId="0C6AD916" w14:textId="77777777" w:rsidR="002355BD" w:rsidRDefault="00000000">
      <w:r>
        <w:br/>
      </w:r>
    </w:p>
    <w:p w14:paraId="7A16C734" w14:textId="77777777" w:rsidR="002355BD" w:rsidRDefault="00000000">
      <w:r>
        <w:t>Eles adormeceram assim, entrelaçados e em paz, as Alianças Gêmeas em seus dedos brilhando suavemente como estrelas gêmeas na escuridão. O cristal contendo o selo dimensional repousava seguro em sua câmara de contenção vários andares abaixo, um lembrete silencioso da batalha que haviam vencido e do futuro que haviam salvado.</w:t>
      </w:r>
    </w:p>
    <w:p w14:paraId="56E50828" w14:textId="77777777" w:rsidR="002355BD" w:rsidRDefault="00000000">
      <w:r>
        <w:br/>
      </w:r>
    </w:p>
    <w:p w14:paraId="2B76C086" w14:textId="77777777" w:rsidR="002355BD" w:rsidRDefault="00000000">
      <w:r>
        <w:t>E em algum lugar, além do tempo e do espaço, os Guardiões do Vale dos Ecos observavam e sorriam, sabendo que o ciclo estava completo. O passado havia sido preservado, o presente estava seguro, e o futuro – com todas as suas infinitas possibilidades – pertencia a Luke e Elaine, unidos por laços mais fortes que o próprio tempo.</w:t>
      </w:r>
    </w:p>
    <w:p w14:paraId="05C48DEE" w14:textId="77777777" w:rsidR="002355BD" w:rsidRDefault="002355BD"/>
    <w:p w14:paraId="60858E3E" w14:textId="77777777" w:rsidR="002355BD" w:rsidRDefault="002355BD"/>
    <w:p w14:paraId="7EAED5DC" w14:textId="77777777" w:rsidR="002355BD" w:rsidRDefault="002355BD"/>
    <w:p w14:paraId="144F43FF" w14:textId="77777777" w:rsidR="002355BD" w:rsidRDefault="00000000">
      <w:pPr>
        <w:pStyle w:val="Ttulo2"/>
      </w:pPr>
      <w:r>
        <w:t>Luke &amp; Elaine</w:t>
      </w:r>
      <w:r>
        <w:br/>
      </w:r>
    </w:p>
    <w:p w14:paraId="3FF056D8" w14:textId="77777777" w:rsidR="002355BD" w:rsidRDefault="002355BD"/>
    <w:p w14:paraId="024061B5" w14:textId="77777777" w:rsidR="002355BD" w:rsidRDefault="00000000">
      <w:r>
        <w:t>A cerimônia de condecoração havia sido grandiosa – medalhas de honra, discursos de líderes mundiais, flashes de câmeras e aplausos ensurdecedores. Os Primordiais II e seus aliados foram reconhecidos como os maiores heróis da história moderna, salvadores do mundo que havia estado à beira da destruição dimensional.</w:t>
      </w:r>
    </w:p>
    <w:p w14:paraId="7AF109EF" w14:textId="77777777" w:rsidR="002355BD" w:rsidRDefault="002355BD"/>
    <w:p w14:paraId="0C1703FA" w14:textId="77777777" w:rsidR="002355BD" w:rsidRDefault="00000000">
      <w:r>
        <w:t>Mas para Luke e Elaine, o verdadeiro momento definidor veio três dias depois, em uma conversa silenciosa à beira do lago nos fundos da base da G.R.A.I.A.</w:t>
      </w:r>
    </w:p>
    <w:p w14:paraId="6A003275" w14:textId="77777777" w:rsidR="002355BD" w:rsidRDefault="002355BD"/>
    <w:p w14:paraId="249CABE4" w14:textId="77777777" w:rsidR="002355BD" w:rsidRDefault="00000000">
      <w:r>
        <w:lastRenderedPageBreak/>
        <w:t>"Não pertencemos a este mundo, não é?" perguntou Elaine, suas mãos brincando com a superfície da água, criando pequenas ondulações que se expandiam em círculos perfeitos.</w:t>
      </w:r>
    </w:p>
    <w:p w14:paraId="297B0732" w14:textId="77777777" w:rsidR="002355BD" w:rsidRDefault="002355BD"/>
    <w:p w14:paraId="6FCFD9EF" w14:textId="77777777" w:rsidR="002355BD" w:rsidRDefault="00000000">
      <w:r>
        <w:t>Luke assentiu, sentindo um alívio imenso por ela ter sido a primeira a dizer em voz alta o que ele vinha pensando. "Nunca pertenci. Só entrei para a G.R.A.I.A. para apoiar Ricardo. E você..."</w:t>
      </w:r>
    </w:p>
    <w:p w14:paraId="13E89EB0" w14:textId="77777777" w:rsidR="002355BD" w:rsidRDefault="002355BD"/>
    <w:p w14:paraId="5E1C78F6" w14:textId="77777777" w:rsidR="002355BD" w:rsidRDefault="00000000">
      <w:r>
        <w:t>"Eu nasci e cresci no submundo," completou ela. "Este mundo ainda é estranho para mim em muitos aspectos. Tão cheio de... possibilidades."</w:t>
      </w:r>
    </w:p>
    <w:p w14:paraId="055969F6" w14:textId="77777777" w:rsidR="002355BD" w:rsidRDefault="002355BD"/>
    <w:p w14:paraId="5242A7C1" w14:textId="77777777" w:rsidR="002355BD" w:rsidRDefault="00000000">
      <w:r>
        <w:t>Eles se entreolharam, as Alianças Gêmeas em seus dedos brilhando suavemente sob o sol poente, como se aprovassem a conversa.</w:t>
      </w:r>
    </w:p>
    <w:p w14:paraId="622A8974" w14:textId="77777777" w:rsidR="002355BD" w:rsidRDefault="002355BD"/>
    <w:p w14:paraId="14E80807" w14:textId="77777777" w:rsidR="002355BD" w:rsidRDefault="00000000">
      <w:r>
        <w:t>Uma semana depois, com mochilas nas costas e as bênçãos relutantes do General Vance, eles partiram. Não foi uma despedida definitiva – apenas o início de uma nova jornada. Primeiro, viajaram pelo mundo, descobrindo juntos as maravilhas que Elaine nunca havia visto e que Luke nunca havia realmente apreciado em sua vida anterior de detetive solitário.</w:t>
      </w:r>
    </w:p>
    <w:p w14:paraId="2488A2B3" w14:textId="77777777" w:rsidR="002355BD" w:rsidRDefault="002355BD"/>
    <w:p w14:paraId="28D682AC" w14:textId="77777777" w:rsidR="002355BD" w:rsidRDefault="00000000">
      <w:r>
        <w:t>As pirâmides do Egito, onde Elaine ficou fascinada com a engenharia antiga. As florestas tropicais da Amazônia, onde Luke descobriu uma afinidade surpreendente com a natureza selvagem. Os templos do Japão, onde ambos encontraram uma paz que não sabiam que buscavam.</w:t>
      </w:r>
    </w:p>
    <w:p w14:paraId="485FCB90" w14:textId="77777777" w:rsidR="002355BD" w:rsidRDefault="002355BD"/>
    <w:p w14:paraId="1E112D4E" w14:textId="77777777" w:rsidR="002355BD" w:rsidRDefault="00000000">
      <w:r>
        <w:t>Eventualmente, encontraram um lar – uma fazenda nos Alpes suíços, com vistas de tirar o fôlego e ar tão puro que parecia limpar não apenas os pulmões, mas a própria alma. Ali, estabeleceram uma pequena mas próspera produção de cacau e café gourmet, rapidamente reconhecida pela qualidade excepcional.</w:t>
      </w:r>
    </w:p>
    <w:p w14:paraId="1403C296" w14:textId="77777777" w:rsidR="002355BD" w:rsidRDefault="002355BD"/>
    <w:p w14:paraId="6F4C9F46" w14:textId="77777777" w:rsidR="002355BD" w:rsidRDefault="00000000">
      <w:r>
        <w:t>Mas a vida tranquila não significava inatividade para mentes tão afiadas. Usando suas habilidades únicas e a experiência de Luke como detetive, fundaram a "Nexus Investigations" – uma agência especializada em casos que a polícia convencional não conseguia resolver. Mistérios impossíveis, desaparecimentos inexplicáveis, crimes aparentemente perfeitos – todos encontravam solução quando o casal entrava em ação.</w:t>
      </w:r>
    </w:p>
    <w:p w14:paraId="698735C4" w14:textId="77777777" w:rsidR="002355BD" w:rsidRDefault="002355BD"/>
    <w:p w14:paraId="03268B6E" w14:textId="77777777" w:rsidR="002355BD" w:rsidRDefault="00000000">
      <w:r>
        <w:t>As Alianças Gêmeas permaneceram com eles, seu vínculo telepático e amplificação de poderes provando-se inestimáveis tanto na vida cotidiana quanto em suas investigações. Embora raramente precisassem usar seus poderes em toda sua extensão, a conexão profunda que as alianças proporcionavam tornou-se parte integral de quem eles eram como casal.</w:t>
      </w:r>
    </w:p>
    <w:p w14:paraId="78BFABA9" w14:textId="77777777" w:rsidR="002355BD" w:rsidRDefault="002355BD"/>
    <w:p w14:paraId="6C297525" w14:textId="77777777" w:rsidR="002355BD" w:rsidRDefault="00000000">
      <w:r>
        <w:t>Cinco anos após salvarem o mundo, Luke e Elaine Winters (ela havia adotado o sobrenome dele após um casamento íntimo nas montanhas) haviam encontrado um equilíbrio perfeito entre aventura e tranquilidade. Sua fazenda tornou-se um refúgio ocasional para outros Primordiais que precisavam de um tempo longe do dever, e sua agência de detetives havia se tornado lendária nos círculos certos.</w:t>
      </w:r>
    </w:p>
    <w:p w14:paraId="0D7FFBDD" w14:textId="77777777" w:rsidR="002355BD" w:rsidRDefault="002355BD"/>
    <w:p w14:paraId="01EE04A9" w14:textId="77777777" w:rsidR="002355BD" w:rsidRDefault="00000000">
      <w:r>
        <w:t>E nas noites claras, quando as estrelas brilhavam intensamente sobre os Alpes, eles ainda olhavam para o céu e lembravam-se de sua jornada através do tempo – não com nostalgia ou arrependimento, mas com a certeza tranquila de que cada passo os havia levado exatamente para onde deveriam estar.</w:t>
      </w:r>
    </w:p>
    <w:p w14:paraId="233583CA" w14:textId="77777777" w:rsidR="002355BD" w:rsidRDefault="002355BD"/>
    <w:p w14:paraId="570D9F4C" w14:textId="77777777" w:rsidR="002355BD" w:rsidRDefault="00000000">
      <w:pPr>
        <w:pStyle w:val="Ttulo2"/>
      </w:pPr>
      <w:r>
        <w:t>Art &amp; Linda</w:t>
      </w:r>
      <w:r>
        <w:br/>
      </w:r>
    </w:p>
    <w:p w14:paraId="40A4F8F5" w14:textId="77777777" w:rsidR="002355BD" w:rsidRDefault="002355BD"/>
    <w:p w14:paraId="13EF9A63" w14:textId="77777777" w:rsidR="002355BD" w:rsidRDefault="00000000">
      <w:r>
        <w:t>Cinco anos após a missão diplomática aos cinco reinos, Arthur "Art" Vance-LeFay e Linda Blomkvist haviam se tornado figuras centrais na nova era de cooperação interdimensional. Sua união, tanto pessoal quanto profissional, simbolizava a harmonia que agora existia entre mundos antes separados.</w:t>
      </w:r>
    </w:p>
    <w:p w14:paraId="6A027119" w14:textId="77777777" w:rsidR="002355BD" w:rsidRDefault="002355BD"/>
    <w:p w14:paraId="7AB9C191" w14:textId="77777777" w:rsidR="002355BD" w:rsidRDefault="00000000">
      <w:r>
        <w:t>Art finalmente encontrou seu equilíbrio, abraçando tanto seu lado estratégico herdado do pai quanto os dons místicos dos LeFay. Sob a orientação ocasional de Sang-Suga, ele desenvolveu uma compreensão mais profunda da magia que complementava seu poder de absorção por toque. Esta combinação única o tornou um mediador excepcional – capaz de literalmente "sentir" as intenções e necessidades das diferentes partes em negociações complexas.</w:t>
      </w:r>
    </w:p>
    <w:p w14:paraId="4343D0AF" w14:textId="77777777" w:rsidR="002355BD" w:rsidRDefault="002355BD"/>
    <w:p w14:paraId="1BA9B0E7" w14:textId="77777777" w:rsidR="002355BD" w:rsidRDefault="00000000">
      <w:r>
        <w:t xml:space="preserve">Linda, com sua natureza dual de gigante e fada, tornou-se a embaixadora perfeita entre os reinos. Sua capacidade de alternar entre formas, combinada com sua clorocinese e </w:t>
      </w:r>
      <w:r>
        <w:lastRenderedPageBreak/>
        <w:t>fabricação de golens, permitia-lhe adaptar-se perfeitamente a qualquer ambiente. O imenso jardim botânico que ela estabeleceu na base da G.R.A.I.A. tornou-se um centro de pesquisa interdimensional, onde plantas de todos os reinos eram estudadas por suas propriedades medicinais e mágicas.</w:t>
      </w:r>
    </w:p>
    <w:p w14:paraId="57F453E6" w14:textId="77777777" w:rsidR="002355BD" w:rsidRDefault="002355BD"/>
    <w:p w14:paraId="5343916B" w14:textId="77777777" w:rsidR="002355BD" w:rsidRDefault="00000000">
      <w:r>
        <w:t>Três anos após a derrota de Abyzoth, eles se casaram em uma cerimônia que refletia perfeitamente sua missão de união entre mundos. Realizada em um círculo de pedras antigas no limite entre dimensões, a cerimônia contou com representantes de todos os cinco reinos. O momento mais tocante veio quando Linda, em sua forma de fada, dançou um ritual de bênção ao redor de Art, enquanto ele absorvia temporariamente um pouco da essência de cada reino, simbolizando a união não apenas de dois corações, mas de mundos inteiros.</w:t>
      </w:r>
    </w:p>
    <w:p w14:paraId="622EA12B" w14:textId="77777777" w:rsidR="002355BD" w:rsidRDefault="002355BD"/>
    <w:p w14:paraId="31E9CCA8" w14:textId="77777777" w:rsidR="002355BD" w:rsidRDefault="00000000">
      <w:r>
        <w:t>Atualmente, o casal divide seu tempo entre a base da G.R.A.I.A. e uma residência única construída no ponto de convergência entre o Reino das Fadas e o mundo humano. Esta casa extraordinária muda e se adapta conforme a necessidade, com raízes profundas que se estendem entre dimensões – um projeto que só foi possível graças à combinação dos golens de Linda e do conhecimento místico de Art.</w:t>
      </w:r>
    </w:p>
    <w:p w14:paraId="715D214B" w14:textId="77777777" w:rsidR="002355BD" w:rsidRDefault="002355BD"/>
    <w:p w14:paraId="1CD33967" w14:textId="77777777" w:rsidR="002355BD" w:rsidRDefault="00000000">
      <w:r>
        <w:t>O General Vance, inicialmente cético sobre o caminho escolhido pelo filho, agora observa com orgulho silencioso como Art se tornou não o soldado que ele imaginava, mas algo muito mais valioso – uma ponte entre mundos, combinando o melhor de suas heranças para criar algo inteiramente novo.</w:t>
      </w:r>
    </w:p>
    <w:p w14:paraId="6E4DE155" w14:textId="77777777" w:rsidR="002355BD" w:rsidRDefault="002355BD"/>
    <w:p w14:paraId="3CCA6D92" w14:textId="77777777" w:rsidR="002355BD" w:rsidRDefault="00000000">
      <w:pPr>
        <w:pStyle w:val="Ttulo2"/>
      </w:pPr>
      <w:r>
        <w:t>Ricardo &amp; Nicole</w:t>
      </w:r>
      <w:r>
        <w:br/>
      </w:r>
    </w:p>
    <w:p w14:paraId="3CDA3EE6" w14:textId="77777777" w:rsidR="002355BD" w:rsidRDefault="002355BD"/>
    <w:p w14:paraId="1BABD4A0" w14:textId="77777777" w:rsidR="002355BD" w:rsidRDefault="00000000">
      <w:r>
        <w:t>A história de Ricardo "Punk" Santana e Nicole "Chrome" Winters após a derrota de Abyzoth é uma de contrastes e complementaridade, exatamente como eles próprios. O rebelde impulsivo e a estrategista metódica encontraram um equilíbrio que surpreendeu a todos – inclusive a eles mesmos.</w:t>
      </w:r>
    </w:p>
    <w:p w14:paraId="2A08B426" w14:textId="77777777" w:rsidR="002355BD" w:rsidRDefault="002355BD"/>
    <w:p w14:paraId="2AF3EE39" w14:textId="77777777" w:rsidR="002355BD" w:rsidRDefault="00000000">
      <w:r>
        <w:t xml:space="preserve">Após retornarem do submundo, Ricardo canalizou sua energia caótica para a reconstrução. Sua capacidade de manipular ondas sonoras provou-se inestimável na detecção de estruturas instáveis e na comunicação através de escombros. Nicole, com sua natureza </w:t>
      </w:r>
      <w:r>
        <w:lastRenderedPageBreak/>
        <w:t>metahumana e controle preciso sobre sua forma metálica e eletricidade, tornou-se especialista em restaurar sistemas de energia e infraestrutura crítica.</w:t>
      </w:r>
    </w:p>
    <w:p w14:paraId="6B06C111" w14:textId="77777777" w:rsidR="002355BD" w:rsidRDefault="002355BD"/>
    <w:p w14:paraId="7D29AA80" w14:textId="77777777" w:rsidR="002355BD" w:rsidRDefault="00000000">
      <w:r>
        <w:t>Juntos, eles formaram a dupla de resposta rápida mais eficiente dos Primordiais II. Onde Ricardo era instinto e improvisação, Nicole era análise e precisão. Esta dinâmica se estendia à sua vida pessoal, com Ricardo trazendo espontaneidade e paixão, enquanto Nicole proporcionava estabilidade e profundidade.</w:t>
      </w:r>
    </w:p>
    <w:p w14:paraId="427EDE1F" w14:textId="77777777" w:rsidR="002355BD" w:rsidRDefault="002355BD"/>
    <w:p w14:paraId="181C1B37" w14:textId="77777777" w:rsidR="002355BD" w:rsidRDefault="00000000">
      <w:r>
        <w:t>Seu casamento, realizado apenas oito meses após a grande batalha, foi um evento que refletiu perfeitamente suas personalidades. A cerimônia formal, planejada meticulosamente por Nicole, foi seguida por uma recepção caótica e vibrante organizada por Ricardo, com música ao vivo e celebrações que duraram até o amanhecer.</w:t>
      </w:r>
    </w:p>
    <w:p w14:paraId="094CB931" w14:textId="77777777" w:rsidR="002355BD" w:rsidRDefault="002355BD"/>
    <w:p w14:paraId="5F6946B8" w14:textId="77777777" w:rsidR="002355BD" w:rsidRDefault="00000000">
      <w:r>
        <w:t>A maior surpresa veio dois anos depois, com o nascimento dos gêmeos – Miguel e Sofia. A paternidade transformou Ricardo de maneiras que ninguém esperava. O homem que uma vez se orgulhava de seu desprezo por regras tornou-se fervorosamente dedicado à rotina e segurança de seus filhos, embora ainda mantivesse seu senso de humor irreverente e seu estilo distintivo.</w:t>
      </w:r>
    </w:p>
    <w:p w14:paraId="64CAEA57" w14:textId="77777777" w:rsidR="002355BD" w:rsidRDefault="002355BD"/>
    <w:p w14:paraId="578D0237" w14:textId="77777777" w:rsidR="002355BD" w:rsidRDefault="00000000">
      <w:r>
        <w:t>Nicole, por sua vez, descobriu uma flexibilidade que não sabia possuir. A estrategista que sempre planejava dez passos à frente aprendeu a abraçar o momento presente, encontrando alegria nas pequenas descobertas diárias das crianças.</w:t>
      </w:r>
    </w:p>
    <w:p w14:paraId="579AE66C" w14:textId="77777777" w:rsidR="002355BD" w:rsidRDefault="002355BD"/>
    <w:p w14:paraId="6C86B365" w14:textId="77777777" w:rsidR="002355BD" w:rsidRDefault="00000000">
      <w:r>
        <w:t>Os gêmeos, agora com três anos, já mostram sinais de habilidades únicas. Miguel parece ter herdado uma versão da manipulação sonora do pai, mas com um componente elétrico que cria efeitos visuais fascinantes quando ele ri ou chora. Sofia demonstra afinidade com metal, não na forma de metalomorfose completa como a mãe, mas na capacidade de atrair e manipular pequenos objetos metálicos – uma habilidade que torna a arrumação da casa um desafio constante.</w:t>
      </w:r>
    </w:p>
    <w:p w14:paraId="069D14B1" w14:textId="77777777" w:rsidR="002355BD" w:rsidRDefault="002355BD"/>
    <w:p w14:paraId="532F8C76" w14:textId="77777777" w:rsidR="002355BD" w:rsidRDefault="00000000">
      <w:r>
        <w:t>Eletron e Nyx, os pais de Nicole, inicialmente céticos sobre Ricardo, tornaram-se avós devotados. Eletron projeta brinquedos educativos que ajudam as crianças a compreender e controlar seus poderes emergentes, enquanto Nyx, sempre vigilante, usa suas habilidades de umbracinese para criar espetáculos de sombras que encantam os netos.</w:t>
      </w:r>
    </w:p>
    <w:p w14:paraId="622C739D" w14:textId="77777777" w:rsidR="002355BD" w:rsidRDefault="002355BD"/>
    <w:p w14:paraId="5E5C4BB0" w14:textId="77777777" w:rsidR="002355BD" w:rsidRDefault="00000000">
      <w:r>
        <w:lastRenderedPageBreak/>
        <w:t>Densa e Nitro, os pais de Ricardo, complementam a dinâmica familiar com seu próprio estilo único. Densa ensina os gêmeos sobre ciência de forma acessível e divertida, enquanto Nitro os leva em "aventuras supervisionadas" que invariavelmente terminam com crianças exaustas e felizes.</w:t>
      </w:r>
    </w:p>
    <w:p w14:paraId="15D0903B" w14:textId="77777777" w:rsidR="002355BD" w:rsidRDefault="002355BD"/>
    <w:p w14:paraId="7D39F37B" w14:textId="77777777" w:rsidR="002355BD" w:rsidRDefault="00000000">
      <w:r>
        <w:t>Atualmente, a família vive em um apartamento especialmente adaptado próximo à base da G.R.A.I.A., com proteções sonoras avançadas (necessárias tanto para os poderes de Ricardo quanto para as explosões ocasionais de energia dos gêmeos) e reforços estruturais para suportar os momentos em que Nicole, distraída, se torna completamente metálica enquanto cozinha ou lê histórias para as crianças.</w:t>
      </w:r>
    </w:p>
    <w:p w14:paraId="333EC3E6" w14:textId="77777777" w:rsidR="002355BD" w:rsidRDefault="002355BD"/>
    <w:p w14:paraId="09EE1F1B" w14:textId="77777777" w:rsidR="002355BD" w:rsidRDefault="00000000">
      <w:r>
        <w:t>Nos finais de semana, frequentemente visitam a fazenda de Luke e Elaine nos Alpes, onde Ricardo e Luke discutem casos intrigantes enquanto Nicole e Elaine compartilham experiências sobre adaptar-se a um mundo que nem sempre compreende aqueles que são diferentes.</w:t>
      </w:r>
    </w:p>
    <w:p w14:paraId="0F2C0C67" w14:textId="77777777" w:rsidR="002355BD" w:rsidRDefault="002355BD"/>
    <w:p w14:paraId="27E48ABC" w14:textId="77777777" w:rsidR="002355BD" w:rsidRDefault="00000000">
      <w:pPr>
        <w:pStyle w:val="Ttulo2"/>
      </w:pPr>
      <w:r>
        <w:t>Dante &amp; Lia</w:t>
      </w:r>
      <w:r>
        <w:br/>
      </w:r>
    </w:p>
    <w:p w14:paraId="05AB146F" w14:textId="77777777" w:rsidR="002355BD" w:rsidRDefault="002355BD"/>
    <w:p w14:paraId="0F3B9A67" w14:textId="77777777" w:rsidR="002355BD" w:rsidRDefault="00000000">
      <w:r>
        <w:t>A jornada de Dante "Fogo-Vivo" Ferreira e Lia "Híbrida" Nakamura nos cinco anos após a derrota de Abyzoth é uma história de equilíbrio entre elementos opostos – fogo e água, terra e mar, dever e família.</w:t>
      </w:r>
    </w:p>
    <w:p w14:paraId="7C9F1E1B" w14:textId="77777777" w:rsidR="002355BD" w:rsidRDefault="002355BD"/>
    <w:p w14:paraId="7F52F6F4" w14:textId="77777777" w:rsidR="002355BD" w:rsidRDefault="00000000">
      <w:r>
        <w:t>Como líder de campo dos Primordiais II, Dante aperfeiçoou seu controle sobre o fogo, desenvolvendo técnicas que vão muito além da simples combustão. Ele agora pode manipular o calor em nível molecular, criar construtos de plasma estáveis e até mesmo "sentir" através das chamas, usando-as como uma extensão de seus sentidos. Esta evolução de seus poderes reflete seu crescimento pessoal – o jovem impulsivo e temperamental tornou-se um líder calmo e reflexivo, que pensa antes de agir.</w:t>
      </w:r>
    </w:p>
    <w:p w14:paraId="2CD8E64D" w14:textId="77777777" w:rsidR="002355BD" w:rsidRDefault="002355BD"/>
    <w:p w14:paraId="1807F4F6" w14:textId="77777777" w:rsidR="002355BD" w:rsidRDefault="00000000">
      <w:r>
        <w:t>Lia, com sua natureza dual humano-marítima, tornou-se a ponte perfeita entre o mundo da superfície e o Reino Marítimo. Como estrategista principal dos Primordiais II, ela implementou sistemas de comunicação e resposta que transcendem as barreiras entre dimensões. Sua capacidade de adaptar-se a diferentes ambientes provou-se inestimável em missões que atravessam múltiplos reinos.</w:t>
      </w:r>
    </w:p>
    <w:p w14:paraId="044D44CE" w14:textId="77777777" w:rsidR="002355BD" w:rsidRDefault="002355BD"/>
    <w:p w14:paraId="23555899" w14:textId="77777777" w:rsidR="002355BD" w:rsidRDefault="00000000">
      <w:r>
        <w:t>O relacionamento deles, inicialmente marcado por tensão e diferenças culturais, floresceu em uma parceria baseada em respeito mútuo e compreensão profunda. Dante aprendeu a apreciar a abordagem metódica e diplomática de Lia, enquanto ela encontrou valor na intuição e ação direta que ele representa.</w:t>
      </w:r>
    </w:p>
    <w:p w14:paraId="1C349D2E" w14:textId="77777777" w:rsidR="002355BD" w:rsidRDefault="002355BD"/>
    <w:p w14:paraId="297EBF03" w14:textId="77777777" w:rsidR="002355BD" w:rsidRDefault="00000000">
      <w:r>
        <w:t>Seu casamento, realizado três anos após a grande batalha, foi uma celebração verdadeiramente única. A cerimônia aconteceu em uma plataforma cristalina criada por artesãos do Reino Marítimo, posicionada exatamente na fronteira entre o oceano e a terra. Metade dos convidados assistiu da água, incluindo a Rainha Marina, mãe de Lia, enquanto a outra metade observava da praia. O momento mais simbólico veio quando Dante criou um anel de fogo que dançava sobre a água sem evaporá-la – uma demonstração perfeita do equilíbrio que haviam encontrado juntos.</w:t>
      </w:r>
    </w:p>
    <w:p w14:paraId="7E728CA2" w14:textId="77777777" w:rsidR="002355BD" w:rsidRDefault="002355BD"/>
    <w:p w14:paraId="0B8A2C0C" w14:textId="77777777" w:rsidR="002355BD" w:rsidRDefault="00000000">
      <w:r>
        <w:t>A maior provação veio um ano depois, quando Lia descobriu que estava grávida. A combinação genética única – humano com poderes de fogo e híbrida humano-marítima – apresentava desafios sem precedentes. Durante meses, médicos e cientistas de todos os reinos trabalharam juntos, enquanto Dante e Lia enfrentavam a incerteza com coragem e esperança.</w:t>
      </w:r>
    </w:p>
    <w:p w14:paraId="4EC89250" w14:textId="77777777" w:rsidR="002355BD" w:rsidRDefault="002355BD"/>
    <w:p w14:paraId="7FA1EB9D" w14:textId="77777777" w:rsidR="002355BD" w:rsidRDefault="00000000">
      <w:r>
        <w:t>O resultado foi Kai, um menino com uma fisiologia verdadeiramente extraordinária. Capaz de respirar tanto no ar quanto na água, ele possui a habilidade única de gerar e controlar vapor – nem completamente fogo como o pai, nem completamente água como a herança materna, mas uma síntese perfeita dos dois elementos. Sua pele muda sutilmente de cor conforme o ambiente, e pequenas escamas iridescentes aparecem quando está emocionado ou concentrado.</w:t>
      </w:r>
    </w:p>
    <w:p w14:paraId="01D8DD1A" w14:textId="77777777" w:rsidR="002355BD" w:rsidRDefault="002355BD"/>
    <w:p w14:paraId="77A6D3AE" w14:textId="77777777" w:rsidR="002355BD" w:rsidRDefault="00000000">
      <w:r>
        <w:t>Atualmente, a família divide seu tempo entre três lares: um apartamento na base da G.R.A.I.A. para as responsabilidades profissionais, uma casa à beira-mar para os fins de semana, e um palácio submarino no Reino Marítimo para visitas regulares à família materna. Esta vida entre mundos reflete perfeitamente a missão que Dante e Lia abraçaram – ser a ponte que une diferentes reinos em compreensão e cooperação mútua.</w:t>
      </w:r>
    </w:p>
    <w:p w14:paraId="5613C4FB" w14:textId="77777777" w:rsidR="002355BD" w:rsidRDefault="002355BD"/>
    <w:p w14:paraId="4F78AB06" w14:textId="77777777" w:rsidR="002355BD" w:rsidRDefault="00000000">
      <w:r>
        <w:t xml:space="preserve">Kai, agora com um ano, é adorado tanto na superfície quanto no Reino Marítimo, visto como um símbolo vivo da harmonia possível entre mundos diferentes. Sua educação promete ser tão única quanto ele próprio, com lições de controle elemental de Dante, diplomacia e </w:t>
      </w:r>
      <w:r>
        <w:lastRenderedPageBreak/>
        <w:t>adaptabilidade de Lia, e visitas regulares a todos os reinos para compreender a diversidade do multiverso que um dia ajudará a proteger.</w:t>
      </w:r>
      <w:r>
        <w:br/>
      </w:r>
    </w:p>
    <w:p w14:paraId="6345D6DA" w14:textId="77777777" w:rsidR="002355BD" w:rsidRDefault="00000000">
      <w:pPr>
        <w:pStyle w:val="Ttulo1"/>
      </w:pPr>
      <w:r>
        <w:t>Os Primordiais Originais e Mentores</w:t>
      </w:r>
    </w:p>
    <w:p w14:paraId="09504297" w14:textId="77777777" w:rsidR="002355BD" w:rsidRDefault="002355BD"/>
    <w:p w14:paraId="671742B7" w14:textId="77777777" w:rsidR="002355BD" w:rsidRDefault="00000000">
      <w:pPr>
        <w:pStyle w:val="Ttulo2"/>
      </w:pPr>
      <w:r>
        <w:t>General Arthur Vance</w:t>
      </w:r>
      <w:r>
        <w:br/>
      </w:r>
    </w:p>
    <w:p w14:paraId="0267589A" w14:textId="77777777" w:rsidR="002355BD" w:rsidRDefault="002355BD"/>
    <w:p w14:paraId="51BEB18F" w14:textId="77777777" w:rsidR="002355BD" w:rsidRDefault="00000000">
      <w:r>
        <w:t>Cinco anos após a derrota definitiva de Abyzoth, o General Vance permanece como a espinha dorsal da G.R.A.I.A., embora tenha finalmente permitido-se delegar responsabilidades e, ocasionalmente, tirar folgas. A experiência de quase perder o mundo – e seu filho – para Abyzoth fez com que reavaliasse suas prioridades.</w:t>
      </w:r>
    </w:p>
    <w:p w14:paraId="1BAE9BD6" w14:textId="77777777" w:rsidR="002355BD" w:rsidRDefault="002355BD"/>
    <w:p w14:paraId="149D25E7" w14:textId="77777777" w:rsidR="002355BD" w:rsidRDefault="00000000">
      <w:r>
        <w:t>Ainda impecavelmente uniformizado e disciplinado como sempre, Vance agora dedica tempo considerável ao treinamento pessoal da nova geração de agentes, compartilhando não apenas táticas e estratégias, mas também as lições de vida que aprendeu em décadas de serviço. Seu relacionamento com Art melhorou significativamente, com pai e filho encontrando um novo respeito mútuo baseado não em expectativas, mas em aceitação.</w:t>
      </w:r>
    </w:p>
    <w:p w14:paraId="6BC3DB7E" w14:textId="77777777" w:rsidR="002355BD" w:rsidRDefault="002355BD"/>
    <w:p w14:paraId="53C8630A" w14:textId="77777777" w:rsidR="002355BD" w:rsidRDefault="00000000">
      <w:r>
        <w:t>A maior mudança em Vance, notada apenas por aqueles mais próximos a ele, é uma nova capacidade de ocasionalmente relaxar e até mesmo sorrir. Nas reuniões familiares que agora acontecem regularmente na residência Vance-LeFay, ele pode ser visto brincando com os filhos de Ricardo e Nicole, ou discutindo filosofia com Luke durante longas caminhadas.</w:t>
      </w:r>
    </w:p>
    <w:p w14:paraId="498C509F" w14:textId="77777777" w:rsidR="002355BD" w:rsidRDefault="002355BD"/>
    <w:p w14:paraId="26FDC35F" w14:textId="77777777" w:rsidR="002355BD" w:rsidRDefault="00000000">
      <w:r>
        <w:t>Em momentos raros de nostalgia, Vance ainda se reúne com seus antigos companheiros dos Primordiais originais, relembrando aventuras passadas – incluindo uma certa batalha em 1995 que, por décadas, manteve em segredo, e que agora compreende ter sido parte de um loop temporal perfeito.</w:t>
      </w:r>
    </w:p>
    <w:p w14:paraId="703CE4A8" w14:textId="77777777" w:rsidR="002355BD" w:rsidRDefault="002355BD"/>
    <w:p w14:paraId="6B1CF65E" w14:textId="77777777" w:rsidR="002355BD" w:rsidRDefault="00000000">
      <w:pPr>
        <w:pStyle w:val="Ttulo2"/>
      </w:pPr>
      <w:r>
        <w:t>Sang-Suga</w:t>
      </w:r>
      <w:r>
        <w:br/>
      </w:r>
    </w:p>
    <w:p w14:paraId="51245F5F" w14:textId="77777777" w:rsidR="002355BD" w:rsidRDefault="002355BD"/>
    <w:p w14:paraId="7B6B96A6" w14:textId="77777777" w:rsidR="002355BD" w:rsidRDefault="00000000">
      <w:r>
        <w:lastRenderedPageBreak/>
        <w:t>Após completar sua transição de gênero anos antes, Sang-Suga emergiu como uma das figuras mais respeitadas e influentes no campo da magia interdimensional. Sua experiência única como membro original dos Primordiais, combinada com décadas de estudo místico, a tornaram inestimável na nova era de cooperação entre reinos.</w:t>
      </w:r>
    </w:p>
    <w:p w14:paraId="697F6805" w14:textId="77777777" w:rsidR="002355BD" w:rsidRDefault="002355BD"/>
    <w:p w14:paraId="57C6829F" w14:textId="77777777" w:rsidR="002355BD" w:rsidRDefault="00000000">
      <w:r>
        <w:t>Vestida em elaboradas vestes de seda que flutuam ao seu redor como se tivessem vida própria, Sang-Suga agora divide seu tempo entre a academia de artes místicas que fundou e expedições a dimensões recém-descobertas. Seu relacionamento com Art tornou-se uma parceria de mentor e aprendiz que beneficia ambos – ela compartilha séculos de conhecimento místico, enquanto ele traz uma perspectiva fresca e inovadora para tradições antigas.</w:t>
      </w:r>
    </w:p>
    <w:p w14:paraId="758E02CC" w14:textId="77777777" w:rsidR="002355BD" w:rsidRDefault="002355BD"/>
    <w:p w14:paraId="640E41AC" w14:textId="77777777" w:rsidR="002355BD" w:rsidRDefault="00000000">
      <w:r>
        <w:t>Como uma mulher trans que viveu através de épocas menos compreensivas, Sang-Suga tornou-se uma importante defensora e mentora para jovens que enfrentam questões de identidade. Sua história pessoal de transformação e autoaceitação inspira muitos, e sua academia é conhecida por acolher estudantes de todas as origens e identidades.</w:t>
      </w:r>
    </w:p>
    <w:p w14:paraId="11FA3D2D" w14:textId="77777777" w:rsidR="002355BD" w:rsidRDefault="002355BD"/>
    <w:p w14:paraId="4809AB15" w14:textId="77777777" w:rsidR="002355BD" w:rsidRDefault="00000000">
      <w:r>
        <w:t>Em seus momentos privados, ela continua a explorar os mistérios do multiverso, ocasionalmente trazendo Luke e Elaine para consultas sobre anomalias temporais que apenas viajantes do tempo poderiam compreender. Sua amizade com o casal é baseada em respeito mútuo e na experiência compartilhada de serem, cada um à sua maneira, pontes entre mundos diferentes.</w:t>
      </w:r>
    </w:p>
    <w:p w14:paraId="35F52643" w14:textId="77777777" w:rsidR="002355BD" w:rsidRDefault="002355BD"/>
    <w:p w14:paraId="18C9A5D2" w14:textId="77777777" w:rsidR="002355BD" w:rsidRDefault="00000000">
      <w:pPr>
        <w:pStyle w:val="Ttulo2"/>
      </w:pPr>
      <w:r>
        <w:t>Android</w:t>
      </w:r>
      <w:r>
        <w:br/>
      </w:r>
    </w:p>
    <w:p w14:paraId="0AEB15BA" w14:textId="77777777" w:rsidR="002355BD" w:rsidRDefault="002355BD"/>
    <w:p w14:paraId="77AD2907" w14:textId="77777777" w:rsidR="002355BD" w:rsidRDefault="00000000">
      <w:r>
        <w:t>Sempre o cientista dedicado, Android aproveitou os avanços tecnológicos dos últimos cinco anos para atualizar seu próprio corpo cibernético, incorporando elementos de tecnologia dos cinco reinos. Estas melhorias permitiram-lhe desenvolver uma compreensão mais profunda de emoções humanas – algo que sempre considerou sua maior limitação.</w:t>
      </w:r>
    </w:p>
    <w:p w14:paraId="490BF50B" w14:textId="77777777" w:rsidR="002355BD" w:rsidRDefault="002355BD"/>
    <w:p w14:paraId="6AC47871" w14:textId="77777777" w:rsidR="002355BD" w:rsidRDefault="00000000">
      <w:r>
        <w:t>Seu corpo, agora uma obra-prima de engenharia interdimensional, mantém a aparência humanóide clássica que sempre preferiu, mas com capacidades vastamente ampliadas. A maior mudança, no entanto, está em seu processador emocional, que agora permite que ele não apenas analise emoções, mas as experimente em uma versão sintética porém genuína.</w:t>
      </w:r>
    </w:p>
    <w:p w14:paraId="0E4D71E7" w14:textId="77777777" w:rsidR="002355BD" w:rsidRDefault="002355BD"/>
    <w:p w14:paraId="4C175F25" w14:textId="77777777" w:rsidR="002355BD" w:rsidRDefault="00000000">
      <w:r>
        <w:t>Android estabeleceu o Centro de Tecnologia Interdimensional da G.R.A.I.A., onde lidera pesquisas em comunicação entre reinos, transporte seguro e detecção precoce de anomalias dimensionais. Seu trabalho revolucionou a forma como a Terra interage com outros reinos, tornando possível viagens regulares e seguras entre dimensões.</w:t>
      </w:r>
    </w:p>
    <w:p w14:paraId="37A9D912" w14:textId="77777777" w:rsidR="002355BD" w:rsidRDefault="002355BD"/>
    <w:p w14:paraId="09F95E16" w14:textId="77777777" w:rsidR="002355BD" w:rsidRDefault="00000000">
      <w:r>
        <w:t>Ele desenvolveu uma amizade improvável com Nicole, cuja natureza parcialmente tecnológica sempre o fascinou. Juntos, criaram dispositivos que permitem que pessoas sem poderes inatos possam contribuir efetivamente em missões interdimensionais – uma iniciativa que Android considera sua contribuição mais significativa para a igualdade entre seres de diferentes capacidades.</w:t>
      </w:r>
    </w:p>
    <w:p w14:paraId="3E9B1D9A" w14:textId="77777777" w:rsidR="002355BD" w:rsidRDefault="002355BD"/>
    <w:p w14:paraId="5FCB6BD8" w14:textId="77777777" w:rsidR="002355BD" w:rsidRDefault="00000000">
      <w:r>
        <w:t>Embora ainda mantenha sua personalidade analítica e precisa, aqueles próximos a ele notaram mudanças sutis – um senso de humor ocasional, apreciação por arte e música, e até mesmo momentos de contemplação filosófica que vão além da pura lógica. Estas mudanças culminaram recentemente em um projeto pessoal surpreendente: Android começou a compor música, uma fusão única de padrões matemáticos precisos e expressão emocional que está ganhando reconhecimento no mundo artístico.</w:t>
      </w:r>
    </w:p>
    <w:p w14:paraId="19F52193" w14:textId="77777777" w:rsidR="002355BD" w:rsidRDefault="002355BD"/>
    <w:p w14:paraId="6C15D1A7" w14:textId="77777777" w:rsidR="002355BD" w:rsidRDefault="00000000">
      <w:pPr>
        <w:pStyle w:val="Ttulo2"/>
      </w:pPr>
      <w:r>
        <w:t>Eletron &amp; Nyx</w:t>
      </w:r>
      <w:r>
        <w:br/>
      </w:r>
    </w:p>
    <w:p w14:paraId="1C18D7ED" w14:textId="77777777" w:rsidR="002355BD" w:rsidRDefault="002355BD"/>
    <w:p w14:paraId="00205414" w14:textId="77777777" w:rsidR="002355BD" w:rsidRDefault="00000000">
      <w:r>
        <w:t>Os pais de Nicole encontraram uma nova fase em suas vidas após o nascimento dos netos. Eletron, sempre o cientista dedicado e metódico, surpreendeu a todos ao se tornar um avô extremamente presente e carinhoso. Seu laboratório, antes um santuário de ordem e precisão, agora frequentemente contém desenhos infantis e projetos de "experimentos seguros" desenvolvidos especialmente para os gêmeos.</w:t>
      </w:r>
    </w:p>
    <w:p w14:paraId="7346207C" w14:textId="77777777" w:rsidR="002355BD" w:rsidRDefault="002355BD"/>
    <w:p w14:paraId="64592F1B" w14:textId="77777777" w:rsidR="002355BD" w:rsidRDefault="00000000">
      <w:r>
        <w:t>Com seu cabelo grisalho sempre perfeitamente arrumado e óculos de precisão que escondem olhos gentis, Eletron desenvolveu uma linha de brinquedos educativos que ajudam crianças com poderes a compreender e controlar suas habilidades emergentes. Estes brinquedos, inicialmente criados apenas para os netos, tornaram-se um projeto oficial da G.R.A.I.A. para ajudar famílias em todo o mundo.</w:t>
      </w:r>
    </w:p>
    <w:p w14:paraId="4C7102FD" w14:textId="77777777" w:rsidR="002355BD" w:rsidRDefault="002355BD"/>
    <w:p w14:paraId="268C7822" w14:textId="77777777" w:rsidR="002355BD" w:rsidRDefault="00000000">
      <w:r>
        <w:lastRenderedPageBreak/>
        <w:t>Nyx, com sua natureza reservada e habilidades de umbracinese, encontrou na avosidade uma oportunidade de expressar o afeto que muitas vezes teve dificuldade em demonstrar para a própria filha. Ainda se movendo silenciosamente como uma sombra e mantendo sua vigilância constante, ela agora usa seus poderes para criar espetáculos encantadores de teatro de sombras que contam histórias dos Primordiais originais para os netos.</w:t>
      </w:r>
    </w:p>
    <w:p w14:paraId="75E96A1E" w14:textId="77777777" w:rsidR="002355BD" w:rsidRDefault="002355BD"/>
    <w:p w14:paraId="169902D4" w14:textId="77777777" w:rsidR="002355BD" w:rsidRDefault="00000000">
      <w:r>
        <w:t>Vestida sempre em seu traje ninja moderno que absorve luz e som, Nyx continua sendo a protetora silenciosa da família, mas agora com um sorriso ocasional que ilumina seus olhos violeta escuro. Sua relação com Ricardo evoluiu de desconfiança inicial para um respeito mútuo baseado no amor compartilhado por Nicole e as crianças.</w:t>
      </w:r>
    </w:p>
    <w:p w14:paraId="070E314C" w14:textId="77777777" w:rsidR="002355BD" w:rsidRDefault="002355BD"/>
    <w:p w14:paraId="4685DF84" w14:textId="77777777" w:rsidR="002355BD" w:rsidRDefault="00000000">
      <w:r>
        <w:t>Profissionalmente, o casal continua ativo na G.R.A.I.A., mas em funções mais consultivas. Eletron lidera pesquisas sobre energia interdimensional, enquanto Nyx supervisiona o treinamento de agentes em habilidades de infiltração e reconhecimento. Juntos, eles representam a ponte perfeita entre a geração original dos Primordiais e o futuro que seus netos um dia herdarão.</w:t>
      </w:r>
      <w:r>
        <w:br/>
      </w:r>
    </w:p>
    <w:p w14:paraId="18DC998E" w14:textId="77777777" w:rsidR="002355BD" w:rsidRDefault="00000000">
      <w:pPr>
        <w:pStyle w:val="Ttulo2"/>
      </w:pPr>
      <w:r>
        <w:t>Densa &amp; Nitro</w:t>
      </w:r>
      <w:r>
        <w:br/>
      </w:r>
    </w:p>
    <w:p w14:paraId="61FBA4D1" w14:textId="77777777" w:rsidR="002355BD" w:rsidRDefault="002355BD"/>
    <w:p w14:paraId="0DEEC3AA" w14:textId="77777777" w:rsidR="002355BD" w:rsidRDefault="00000000">
      <w:r>
        <w:t>Os pais de Ricardo passaram por uma transformação significativa após quase perderem seu filho no submundo. Densa, sempre a cientista racional focada em densidade molecular, permitiu-se expressar mais abertamente seu lado emocional, fortalecendo não apenas seu vínculo com o filho, mas também seu relacionamento com Nitro.</w:t>
      </w:r>
    </w:p>
    <w:p w14:paraId="1BD50D27" w14:textId="77777777" w:rsidR="002355BD" w:rsidRDefault="002355BD"/>
    <w:p w14:paraId="57665414" w14:textId="77777777" w:rsidR="002355BD" w:rsidRDefault="00000000">
      <w:r>
        <w:t>Com seu cabelo castanho sempre preso em um coque prático e óculos de laboratório frequentemente esquecidos no topo da cabeça, Densa agora divide seu tempo entre pesquisas avançadas e sessões educativas com os netos. Sua abordagem para ensinar ciência às crianças é surpreendentemente divertida e acessível, transformando conceitos complexos em experimentos práticos que encantam os gêmeos.</w:t>
      </w:r>
    </w:p>
    <w:p w14:paraId="0BB464FA" w14:textId="77777777" w:rsidR="002355BD" w:rsidRDefault="002355BD"/>
    <w:p w14:paraId="229278E7" w14:textId="77777777" w:rsidR="002355BD" w:rsidRDefault="00000000">
      <w:r>
        <w:t>Nitro, com sua energia explosiva e personalidade vibrante, canalizou seu entusiasmo para projetos construtivos. Seu cabelo vermelho-alaranjado ainda parece estar em constante movimento, assim como ele próprio. Liderando esforços de reconstrução em áreas danificadas durante a crise dimensional, sua capacidade de acelerar moléculas provou-se inestimável na remoção de escombros e na construção rápida de novas estruturas.</w:t>
      </w:r>
    </w:p>
    <w:p w14:paraId="68350497" w14:textId="77777777" w:rsidR="002355BD" w:rsidRDefault="002355BD"/>
    <w:p w14:paraId="54FE0A6B" w14:textId="77777777" w:rsidR="002355BD" w:rsidRDefault="00000000">
      <w:r>
        <w:t>Como avô, Nitro é exatamente o que se esperaria – uma fonte inesgotável de energia e diversão. Suas "aventuras supervisionadas" com os gêmeos tornaram-se lendárias na família, invariavelmente terminando com crianças exaustas, felizes e frequentemente cobertas de lama, tinta ou alguma substância experimental (sempre não-tóxica, Densa garante).</w:t>
      </w:r>
    </w:p>
    <w:p w14:paraId="30E2847D" w14:textId="77777777" w:rsidR="002355BD" w:rsidRDefault="002355BD"/>
    <w:p w14:paraId="7D016C2C" w14:textId="77777777" w:rsidR="002355BD" w:rsidRDefault="00000000">
      <w:r>
        <w:t>Profissionalmente, o casal desenvolveu um sistema revolucionário de contenção de energia que se tornou padrão em todas as instalações da G.R.A.I.A., combinando a compreensão de densidade molecular de Densa com o conhecimento de Nitro sobre energia cinética. Este sistema não apenas protege contra ameaças externas, mas também ajuda jovens meta-humanos a treinar seus poderes em ambientes seguros.</w:t>
      </w:r>
    </w:p>
    <w:p w14:paraId="3A9FE01A" w14:textId="77777777" w:rsidR="002355BD" w:rsidRDefault="002355BD"/>
    <w:p w14:paraId="226512B3" w14:textId="77777777" w:rsidR="002355BD" w:rsidRDefault="00000000">
      <w:r>
        <w:t>Nas reuniões familiares, que agora acontecem regularmente alternando entre as casas dos filhos, Densa e Nitro representam o equilíbrio perfeito entre ciência e espontaneidade, racionalidade e emoção – um lembrete constante para Ricardo e Nicole de que opostos não apenas se atraem, mas se complementam de maneiras maravilhosas e inesperadas.</w:t>
      </w:r>
    </w:p>
    <w:p w14:paraId="1A8B1AEC" w14:textId="77777777" w:rsidR="002355BD" w:rsidRDefault="002355BD"/>
    <w:p w14:paraId="6594848F" w14:textId="77777777" w:rsidR="002355BD" w:rsidRDefault="00000000">
      <w:pPr>
        <w:pStyle w:val="Ttulo1"/>
      </w:pPr>
      <w:r>
        <w:t>A Nova Era</w:t>
      </w:r>
      <w:r>
        <w:br/>
      </w:r>
    </w:p>
    <w:p w14:paraId="0DAE3DF7" w14:textId="77777777" w:rsidR="002355BD" w:rsidRDefault="00000000">
      <w:r>
        <w:t>Cinco anos após a derrota definitiva de Abyzoth e o selamento permanente do submundo, o mundo entrou em uma era sem precedentes de cooperação interdimensional e avanço tecnológico-místico. A G.R.A.I.A. evoluiu de uma organização secreta de defesa para uma agência internacional publicamente reconhecida, servindo como ponte entre a humanidade e os cinco reinos.</w:t>
      </w:r>
    </w:p>
    <w:p w14:paraId="708BE24D" w14:textId="77777777" w:rsidR="002355BD" w:rsidRDefault="002355BD"/>
    <w:p w14:paraId="41759F4E" w14:textId="77777777" w:rsidR="002355BD" w:rsidRDefault="00000000">
      <w:r>
        <w:t>Os Primordiais II, embora seguindo caminhos diferentes, permanecem unidos por laços mais fortes que família. Reúnem-se regularmente – seja na fazenda alpina de Luke e Elaine, na residência costeira de Dante e Lia, no apartamento urbano de Ricardo e Nicole, ou na casa entre mundos de Art e Linda.</w:t>
      </w:r>
    </w:p>
    <w:p w14:paraId="586D4C93" w14:textId="77777777" w:rsidR="002355BD" w:rsidRDefault="002355BD"/>
    <w:p w14:paraId="741F8A0D" w14:textId="77777777" w:rsidR="002355BD" w:rsidRDefault="00000000">
      <w:r>
        <w:t xml:space="preserve">Nestas reuniões, entre risos de crianças com poderes extraordinários e conversas de adultos que carregam o peso de mundos em seus ombros, há sempre um momento de </w:t>
      </w:r>
      <w:r>
        <w:lastRenderedPageBreak/>
        <w:t>silêncio – um brinde silencioso aos sacrifícios feitos, às batalhas vencidas, e ao futuro que continuam a proteger.</w:t>
      </w:r>
    </w:p>
    <w:p w14:paraId="79000F14" w14:textId="77777777" w:rsidR="002355BD" w:rsidRDefault="00000000">
      <w:r>
        <w:t>E nas noites claras, quando as estrelas brilham intensamente sobre um mundo em paz, as Alianças Gêmeas nos dedos de Luke e Elaine ainda cintilam suavemente, lembrando a todos que alguns laços transcendem o tempo, o espaço e até mesmo a própria realidade.</w:t>
      </w:r>
    </w:p>
    <w:p w14:paraId="124F63EF" w14:textId="77777777" w:rsidR="002355BD" w:rsidRDefault="002355BD"/>
    <w:sectPr w:rsidR="002355BD"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num w:numId="1" w16cid:durableId="596408456">
    <w:abstractNumId w:val="8"/>
  </w:num>
  <w:num w:numId="2" w16cid:durableId="687297614">
    <w:abstractNumId w:val="6"/>
  </w:num>
  <w:num w:numId="3" w16cid:durableId="782649099">
    <w:abstractNumId w:val="5"/>
  </w:num>
  <w:num w:numId="4" w16cid:durableId="397821169">
    <w:abstractNumId w:val="4"/>
  </w:num>
  <w:num w:numId="5" w16cid:durableId="938177583">
    <w:abstractNumId w:val="7"/>
  </w:num>
  <w:num w:numId="6" w16cid:durableId="840194384">
    <w:abstractNumId w:val="3"/>
  </w:num>
  <w:num w:numId="7" w16cid:durableId="1554927127">
    <w:abstractNumId w:val="2"/>
  </w:num>
  <w:num w:numId="8" w16cid:durableId="805244615">
    <w:abstractNumId w:val="1"/>
  </w:num>
  <w:num w:numId="9" w16cid:durableId="7872398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179E8"/>
    <w:rsid w:val="0015074B"/>
    <w:rsid w:val="002355BD"/>
    <w:rsid w:val="0029639D"/>
    <w:rsid w:val="00326F90"/>
    <w:rsid w:val="004C0929"/>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81DA80"/>
  <w14:defaultImageDpi w14:val="300"/>
  <w15:docId w15:val="{58F87AE4-6D0D-49E2-B591-023997FA0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540</Pages>
  <Words>109576</Words>
  <Characters>624586</Characters>
  <Application>Microsoft Office Word</Application>
  <DocSecurity>0</DocSecurity>
  <Lines>5204</Lines>
  <Paragraphs>1465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732697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BARROS Matheus M</cp:lastModifiedBy>
  <cp:revision>2</cp:revision>
  <cp:lastPrinted>2025-06-09T16:29:00Z</cp:lastPrinted>
  <dcterms:created xsi:type="dcterms:W3CDTF">2013-12-23T23:15:00Z</dcterms:created>
  <dcterms:modified xsi:type="dcterms:W3CDTF">2025-06-09T16:29:00Z</dcterms:modified>
  <cp:category/>
</cp:coreProperties>
</file>